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Wyoming County, WV</w:t>
      </w:r>
    </w:p>
    <w:p>
      <w:pPr>
        <w:spacing w:after="120" w:before="0"/>
      </w:pPr>
      <w:r>
        <w:rPr>
          <w:color w:val="555555"/>
          <w:sz w:val="24"/>
        </w:rPr>
        <w:t>Risk-assessment baseline packet</w:t>
      </w:r>
    </w:p>
    <w:p>
      <w:pPr>
        <w:spacing w:after="120" w:before="0"/>
      </w:pPr>
      <w:r>
        <w:rPr>
          <w:b/>
          <w:sz w:val="18"/>
        </w:rPr>
        <w:t xml:space="preserve">County FIPS: </w:t>
      </w:r>
      <w:r>
        <w:rPr>
          <w:sz w:val="18"/>
        </w:rPr>
        <w:t>54109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2027-08-09. Plan: RPDC 01 Hazard Mitigation Plan (FEMA plan 108436), approved 2022-08-10.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2022-08-10: 2 new hazard declarations (2 incidents) and 57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($15,780,314 a year), Cold Wave ($2,097,471) and Strong Wind ($188,674).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2027-08-09</w:t>
      </w:r>
    </w:p>
    <w:p>
      <w:pPr>
        <w:keepNext/>
        <w:spacing w:after="40" w:before="0"/>
      </w:pPr>
      <w:r>
        <w:rPr>
          <w:b/>
        </w:rPr>
        <w:t xml:space="preserve">Plan: </w:t>
      </w:r>
      <w:r>
        <w:rPr/>
        <w:t>RPDC 01 Hazard Mitigation Plan (FEMA plan 108436)</w:t>
      </w:r>
    </w:p>
    <w:p>
      <w:pPr>
        <w:keepNext/>
        <w:spacing w:after="40" w:before="0"/>
      </w:pPr>
      <w:r>
        <w:rPr>
          <w:b/>
        </w:rPr>
        <w:t xml:space="preserve">Approved: </w:t>
      </w:r>
      <w:r>
        <w:rPr/>
        <w:t>2022-08-10</w:t>
      </w:r>
    </w:p>
    <w:p>
      <w:pPr>
        <w:keepNext/>
        <w:spacing w:after="40" w:before="0"/>
      </w:pPr>
      <w:r>
        <w:rPr>
          <w:b/>
        </w:rPr>
        <w:t xml:space="preserve">Days to expiry: </w:t>
      </w:r>
      <w:r>
        <w:rPr/>
        <w:t>313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DR-4861-WV (Severe Storm, Straight-Line Winds,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10 (44 CFR 77.2); any definition: 95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8"/>
        <w:gridCol w:w="680"/>
        <w:gridCol w:w="2319"/>
        <w:gridCol w:w="3814"/>
        <w:gridCol w:w="1037"/>
        <w:gridCol w:w="1037"/>
        <w:gridCol w:w="872"/>
        <w:gridCol w:w="2996"/>
      </w:tblGrid>
      <w:tr>
        <w:trPr>
          <w:cantSplit/>
          <w:tblHeader/>
        </w:trPr>
        <w:tc>
          <w:tcPr>
            <w:tcW w:type="dxa" w:w="13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Status</w:t>
            </w:r>
          </w:p>
        </w:tc>
        <w:tc>
          <w:tcPr>
            <w:tcW w:type="dxa" w:w="38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96"/>
            <w:shd w:val="clear" w:color="auto" w:fill="E8E8E8"/>
          </w:tcPr>
          <w:p>
            <w:pPr>
              <w:spacing w:after="0"/>
              <w:jc w:val="left"/>
            </w:pPr>
            <w:r>
              <w:rPr>
                <w:b/>
                <w:sz w:val="16"/>
              </w:rPr>
              <w:t>Notes</w:t>
            </w:r>
          </w:p>
        </w:tc>
      </w:tr>
      <w:tr>
        <w:trPr>
          <w:cantSplit/>
        </w:trPr>
        <w:tc>
          <w:tcPr>
            <w:tcW w:type="dxa" w:w="1358"/>
          </w:tcPr>
          <w:p>
            <w:pPr>
              <w:spacing w:after="0"/>
              <w:jc w:val="left"/>
            </w:pPr>
            <w:r>
              <w:rPr>
                <w:sz w:val="16"/>
              </w:rPr>
              <w:t>Wyoming County</w:t>
            </w:r>
          </w:p>
        </w:tc>
        <w:tc>
          <w:tcPr>
            <w:tcW w:type="dxa" w:w="680"/>
          </w:tcPr>
          <w:p>
            <w:pPr>
              <w:spacing w:after="0"/>
              <w:jc w:val="left"/>
            </w:pPr>
            <w:r>
              <w:rPr>
                <w:sz w:val="16"/>
              </w:rPr>
              <w:t>County</w:t>
            </w:r>
          </w:p>
        </w:tc>
        <w:tc>
          <w:tcPr>
            <w:tcW w:type="dxa" w:w="2319"/>
          </w:tcPr>
          <w:p>
            <w:pPr>
              <w:spacing w:after="0"/>
              <w:jc w:val="left"/>
            </w:pPr>
            <w:r>
              <w:rPr>
                <w:sz w:val="16"/>
              </w:rPr>
              <w:t>Approved, expires 2027-08-09</w:t>
            </w:r>
          </w:p>
        </w:tc>
        <w:tc>
          <w:tcPr>
            <w:tcW w:type="dxa" w:w="3814"/>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2"/>
          </w:tcPr>
          <w:p>
            <w:pPr>
              <w:spacing w:after="0"/>
              <w:jc w:val="right"/>
            </w:pPr>
            <w:r>
              <w:rPr>
                <w:sz w:val="16"/>
              </w:rPr>
              <w:t>313</w:t>
            </w:r>
          </w:p>
        </w:tc>
        <w:tc>
          <w:tcPr>
            <w:tcW w:type="dxa" w:w="2996"/>
          </w:tcPr>
          <w:p>
            <w:pPr>
              <w:spacing w:after="0"/>
              <w:jc w:val="left"/>
            </w:pPr>
            <w:r>
              <w:rPr>
                <w:sz w:val="16"/>
              </w:rPr>
              <w:t>this jurisdiction approved 2022-08-17</w:t>
            </w:r>
          </w:p>
        </w:tc>
      </w:tr>
      <w:tr>
        <w:trPr>
          <w:cantSplit/>
        </w:trPr>
        <w:tc>
          <w:tcPr>
            <w:tcW w:type="dxa" w:w="1358"/>
          </w:tcPr>
          <w:p>
            <w:pPr>
              <w:spacing w:after="0"/>
              <w:jc w:val="left"/>
            </w:pPr>
            <w:r>
              <w:rPr>
                <w:sz w:val="16"/>
              </w:rPr>
              <w:t>Mullens city</w:t>
            </w:r>
          </w:p>
        </w:tc>
        <w:tc>
          <w:tcPr>
            <w:tcW w:type="dxa" w:w="680"/>
          </w:tcPr>
          <w:p>
            <w:pPr>
              <w:spacing w:after="0"/>
              <w:jc w:val="left"/>
            </w:pPr>
            <w:r>
              <w:rPr>
                <w:sz w:val="16"/>
              </w:rPr>
              <w:t>City</w:t>
            </w:r>
          </w:p>
        </w:tc>
        <w:tc>
          <w:tcPr>
            <w:tcW w:type="dxa" w:w="2319"/>
          </w:tcPr>
          <w:p>
            <w:pPr>
              <w:spacing w:after="0"/>
              <w:jc w:val="left"/>
            </w:pPr>
            <w:r>
              <w:rPr>
                <w:sz w:val="16"/>
              </w:rPr>
              <w:t>Approved, expires 2027-08-09</w:t>
            </w:r>
          </w:p>
        </w:tc>
        <w:tc>
          <w:tcPr>
            <w:tcW w:type="dxa" w:w="3814"/>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2"/>
          </w:tcPr>
          <w:p>
            <w:pPr>
              <w:spacing w:after="0"/>
              <w:jc w:val="right"/>
            </w:pPr>
            <w:r>
              <w:rPr>
                <w:sz w:val="16"/>
              </w:rPr>
              <w:t>313</w:t>
            </w:r>
          </w:p>
        </w:tc>
        <w:tc>
          <w:tcPr>
            <w:tcW w:type="dxa" w:w="2996"/>
          </w:tcPr>
          <w:p>
            <w:pPr>
              <w:spacing w:after="0"/>
              <w:jc w:val="left"/>
            </w:pPr>
            <w:r>
              <w:rPr>
                <w:sz w:val="16"/>
              </w:rPr>
              <w:t>this jurisdiction approved 2023-02-02</w:t>
            </w:r>
          </w:p>
        </w:tc>
      </w:tr>
      <w:tr>
        <w:trPr>
          <w:cantSplit/>
        </w:trPr>
        <w:tc>
          <w:tcPr>
            <w:tcW w:type="dxa" w:w="1358"/>
          </w:tcPr>
          <w:p>
            <w:pPr>
              <w:spacing w:after="0"/>
              <w:jc w:val="left"/>
            </w:pPr>
            <w:r>
              <w:rPr>
                <w:sz w:val="16"/>
              </w:rPr>
              <w:t>Oceana town</w:t>
            </w:r>
          </w:p>
        </w:tc>
        <w:tc>
          <w:tcPr>
            <w:tcW w:type="dxa" w:w="680"/>
          </w:tcPr>
          <w:p>
            <w:pPr>
              <w:spacing w:after="0"/>
              <w:jc w:val="left"/>
            </w:pPr>
            <w:r>
              <w:rPr>
                <w:sz w:val="16"/>
              </w:rPr>
              <w:t>Town</w:t>
            </w:r>
          </w:p>
        </w:tc>
        <w:tc>
          <w:tcPr>
            <w:tcW w:type="dxa" w:w="2319"/>
          </w:tcPr>
          <w:p>
            <w:pPr>
              <w:spacing w:after="0"/>
              <w:jc w:val="left"/>
            </w:pPr>
            <w:r>
              <w:rPr>
                <w:sz w:val="16"/>
              </w:rPr>
              <w:t>Approved, expires 2027-08-09</w:t>
            </w:r>
          </w:p>
        </w:tc>
        <w:tc>
          <w:tcPr>
            <w:tcW w:type="dxa" w:w="3814"/>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2"/>
          </w:tcPr>
          <w:p>
            <w:pPr>
              <w:spacing w:after="0"/>
              <w:jc w:val="right"/>
            </w:pPr>
            <w:r>
              <w:rPr>
                <w:sz w:val="16"/>
              </w:rPr>
              <w:t>313</w:t>
            </w:r>
          </w:p>
        </w:tc>
        <w:tc>
          <w:tcPr>
            <w:tcW w:type="dxa" w:w="2996"/>
          </w:tcPr>
          <w:p>
            <w:pPr>
              <w:spacing w:after="0"/>
              <w:jc w:val="left"/>
            </w:pPr>
            <w:r>
              <w:rPr>
                <w:sz w:val="16"/>
              </w:rPr>
              <w:t>this jurisdiction approved 2022-09-08</w:t>
            </w:r>
          </w:p>
        </w:tc>
      </w:tr>
      <w:tr>
        <w:trPr>
          <w:cantSplit/>
        </w:trPr>
        <w:tc>
          <w:tcPr>
            <w:tcW w:type="dxa" w:w="1358"/>
          </w:tcPr>
          <w:p>
            <w:pPr>
              <w:spacing w:after="0"/>
              <w:jc w:val="left"/>
            </w:pPr>
            <w:r>
              <w:rPr>
                <w:sz w:val="16"/>
              </w:rPr>
              <w:t>Pineville town</w:t>
            </w:r>
          </w:p>
        </w:tc>
        <w:tc>
          <w:tcPr>
            <w:tcW w:type="dxa" w:w="680"/>
          </w:tcPr>
          <w:p>
            <w:pPr>
              <w:spacing w:after="0"/>
              <w:jc w:val="left"/>
            </w:pPr>
            <w:r>
              <w:rPr>
                <w:sz w:val="16"/>
              </w:rPr>
              <w:t>Town</w:t>
            </w:r>
          </w:p>
        </w:tc>
        <w:tc>
          <w:tcPr>
            <w:tcW w:type="dxa" w:w="2319"/>
          </w:tcPr>
          <w:p>
            <w:pPr>
              <w:spacing w:after="0"/>
              <w:jc w:val="left"/>
            </w:pPr>
            <w:r>
              <w:rPr>
                <w:sz w:val="16"/>
              </w:rPr>
              <w:t>Approved, expires 2027-08-09</w:t>
            </w:r>
          </w:p>
        </w:tc>
        <w:tc>
          <w:tcPr>
            <w:tcW w:type="dxa" w:w="3814"/>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2"/>
          </w:tcPr>
          <w:p>
            <w:pPr>
              <w:spacing w:after="0"/>
              <w:jc w:val="right"/>
            </w:pPr>
            <w:r>
              <w:rPr>
                <w:sz w:val="16"/>
              </w:rPr>
              <w:t>313</w:t>
            </w:r>
          </w:p>
        </w:tc>
        <w:tc>
          <w:tcPr>
            <w:tcW w:type="dxa" w:w="2996"/>
          </w:tcPr>
          <w:p>
            <w:pPr>
              <w:spacing w:after="0"/>
              <w:jc w:val="left"/>
            </w:pPr>
            <w:r>
              <w:rPr>
                <w:sz w:val="16"/>
              </w:rPr>
              <w:t>this jurisdiction approved 2022-10-24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108436 covers 28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037"/>
        <w:gridCol w:w="1343"/>
        <w:gridCol w:w="1343"/>
        <w:gridCol w:w="1126"/>
        <w:gridCol w:w="1126"/>
        <w:gridCol w:w="1924"/>
        <w:gridCol w:w="1203"/>
        <w:gridCol w:w="2107"/>
        <w:gridCol w:w="2184"/>
      </w:tblGrid>
      <w:tr>
        <w:trPr>
          <w:cantSplit/>
          <w:tblHeader/>
        </w:trPr>
        <w:tc>
          <w:tcPr>
            <w:tcW w:type="dxa" w:w="72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3"/>
            <w:shd w:val="clear" w:color="auto" w:fill="E8E8E8"/>
          </w:tcPr>
          <w:p>
            <w:pPr>
              <w:spacing w:after="0"/>
              <w:jc w:val="left"/>
            </w:pPr>
            <w:r>
              <w:rPr>
                <w:b/>
                <w:sz w:val="16"/>
              </w:rPr>
              <w:t>NRI risk rating</w:t>
            </w:r>
          </w:p>
        </w:tc>
        <w:tc>
          <w:tcPr>
            <w:tcW w:type="dxa" w:w="13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4"/>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037"/>
          </w:tcPr>
          <w:p>
            <w:pPr>
              <w:spacing w:after="0"/>
              <w:jc w:val="left"/>
            </w:pPr>
            <w:r>
              <w:rPr>
                <w:sz w:val="16"/>
              </w:rPr>
              <w:t>Inland Flooding</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$15,041,788</w:t>
            </w:r>
          </w:p>
        </w:tc>
        <w:tc>
          <w:tcPr>
            <w:tcW w:type="dxa" w:w="1126"/>
          </w:tcPr>
          <w:p>
            <w:pPr>
              <w:spacing w:after="0"/>
              <w:jc w:val="right"/>
            </w:pPr>
            <w:r>
              <w:rPr>
                <w:sz w:val="16"/>
              </w:rPr>
              <w:t>$8</w:t>
            </w:r>
          </w:p>
        </w:tc>
        <w:tc>
          <w:tcPr>
            <w:tcW w:type="dxa" w:w="1924"/>
          </w:tcPr>
          <w:p>
            <w:pPr>
              <w:spacing w:after="0"/>
              <w:jc w:val="right"/>
            </w:pPr>
            <w:r>
              <w:rPr>
                <w:sz w:val="16"/>
              </w:rPr>
              <w:t>$738,518</w:t>
            </w:r>
          </w:p>
        </w:tc>
        <w:tc>
          <w:tcPr>
            <w:tcW w:type="dxa" w:w="1203"/>
          </w:tcPr>
          <w:p>
            <w:pPr>
              <w:spacing w:after="0"/>
              <w:jc w:val="right"/>
            </w:pPr>
            <w:r>
              <w:rPr>
                <w:sz w:val="16"/>
              </w:rPr>
              <w:t>$15,780,314</w:t>
            </w:r>
          </w:p>
        </w:tc>
        <w:tc>
          <w:tcPr>
            <w:tcW w:type="dxa" w:w="2107"/>
          </w:tcPr>
          <w:p>
            <w:pPr>
              <w:spacing w:after="0"/>
              <w:jc w:val="right"/>
            </w:pPr>
            <w:r>
              <w:rPr>
                <w:sz w:val="16"/>
              </w:rPr>
              <w:t>45</w:t>
            </w:r>
          </w:p>
        </w:tc>
        <w:tc>
          <w:tcPr>
            <w:tcW w:type="dxa" w:w="2184"/>
          </w:tcPr>
          <w:p>
            <w:pPr>
              <w:spacing w:after="0"/>
              <w:jc w:val="left"/>
            </w:pPr>
          </w:p>
        </w:tc>
      </w:tr>
      <w:tr>
        <w:trPr>
          <w:cantSplit/>
        </w:trPr>
        <w:tc>
          <w:tcPr>
            <w:tcW w:type="dxa" w:w="721"/>
          </w:tcPr>
          <w:p>
            <w:pPr>
              <w:spacing w:after="0"/>
              <w:jc w:val="right"/>
            </w:pPr>
            <w:r>
              <w:rPr>
                <w:sz w:val="16"/>
              </w:rPr>
              <w:t>2</w:t>
            </w:r>
          </w:p>
        </w:tc>
        <w:tc>
          <w:tcPr>
            <w:tcW w:type="dxa" w:w="1037"/>
          </w:tcPr>
          <w:p>
            <w:pPr>
              <w:spacing w:after="0"/>
              <w:jc w:val="left"/>
            </w:pPr>
            <w:r>
              <w:rPr>
                <w:sz w:val="16"/>
              </w:rPr>
              <w:t>Cold Wave</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$2,168</w:t>
            </w:r>
          </w:p>
        </w:tc>
        <w:tc>
          <w:tcPr>
            <w:tcW w:type="dxa" w:w="1126"/>
          </w:tcPr>
          <w:p>
            <w:pPr>
              <w:spacing w:after="0"/>
              <w:jc w:val="right"/>
            </w:pPr>
            <w:r>
              <w:rPr>
                <w:sz w:val="16"/>
              </w:rPr>
              <w:t>$17</w:t>
            </w:r>
          </w:p>
        </w:tc>
        <w:tc>
          <w:tcPr>
            <w:tcW w:type="dxa" w:w="1924"/>
          </w:tcPr>
          <w:p>
            <w:pPr>
              <w:spacing w:after="0"/>
              <w:jc w:val="right"/>
            </w:pPr>
            <w:r>
              <w:rPr>
                <w:sz w:val="16"/>
              </w:rPr>
              <w:t>$2,095,286</w:t>
            </w:r>
          </w:p>
        </w:tc>
        <w:tc>
          <w:tcPr>
            <w:tcW w:type="dxa" w:w="1203"/>
          </w:tcPr>
          <w:p>
            <w:pPr>
              <w:spacing w:after="0"/>
              <w:jc w:val="right"/>
            </w:pPr>
            <w:r>
              <w:rPr>
                <w:sz w:val="16"/>
              </w:rPr>
              <w:t>$2,097,471</w:t>
            </w:r>
          </w:p>
        </w:tc>
        <w:tc>
          <w:tcPr>
            <w:tcW w:type="dxa" w:w="2107"/>
          </w:tcPr>
          <w:p>
            <w:pPr>
              <w:spacing w:after="0"/>
              <w:jc w:val="right"/>
            </w:pPr>
            <w:r>
              <w:rPr>
                <w:sz w:val="16"/>
              </w:rPr>
              <w:t>28</w:t>
            </w:r>
          </w:p>
        </w:tc>
        <w:tc>
          <w:tcPr>
            <w:tcW w:type="dxa" w:w="2184"/>
          </w:tcPr>
          <w:p>
            <w:pPr>
              <w:spacing w:after="0"/>
              <w:jc w:val="left"/>
            </w:pPr>
            <w:r>
              <w:rPr>
                <w:sz w:val="16"/>
              </w:rPr>
              <w:t>Includes 2 Frost/Freeze records (outside NRI's Cold Wave definition; counted in this table and in B1-d, not in the B1-e descriptor).</w:t>
            </w:r>
          </w:p>
        </w:tc>
      </w:tr>
      <w:tr>
        <w:trPr>
          <w:cantSplit/>
        </w:trPr>
        <w:tc>
          <w:tcPr>
            <w:tcW w:type="dxa" w:w="721"/>
          </w:tcPr>
          <w:p>
            <w:pPr>
              <w:spacing w:after="0"/>
              <w:jc w:val="right"/>
            </w:pPr>
            <w:r>
              <w:rPr>
                <w:sz w:val="16"/>
              </w:rPr>
              <w:t>3</w:t>
            </w:r>
          </w:p>
        </w:tc>
        <w:tc>
          <w:tcPr>
            <w:tcW w:type="dxa" w:w="1037"/>
          </w:tcPr>
          <w:p>
            <w:pPr>
              <w:spacing w:after="0"/>
              <w:jc w:val="left"/>
            </w:pPr>
            <w:r>
              <w:rPr>
                <w:sz w:val="16"/>
              </w:rPr>
              <w:t>Strong Wind</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$49,494</w:t>
            </w:r>
          </w:p>
        </w:tc>
        <w:tc>
          <w:tcPr>
            <w:tcW w:type="dxa" w:w="1126"/>
          </w:tcPr>
          <w:p>
            <w:pPr>
              <w:spacing w:after="0"/>
              <w:jc w:val="right"/>
            </w:pPr>
            <w:r>
              <w:rPr>
                <w:sz w:val="16"/>
              </w:rPr>
              <w:t>$78</w:t>
            </w:r>
          </w:p>
        </w:tc>
        <w:tc>
          <w:tcPr>
            <w:tcW w:type="dxa" w:w="1924"/>
          </w:tcPr>
          <w:p>
            <w:pPr>
              <w:spacing w:after="0"/>
              <w:jc w:val="right"/>
            </w:pPr>
            <w:r>
              <w:rPr>
                <w:sz w:val="16"/>
              </w:rPr>
              <w:t>$139,102</w:t>
            </w:r>
          </w:p>
        </w:tc>
        <w:tc>
          <w:tcPr>
            <w:tcW w:type="dxa" w:w="1203"/>
          </w:tcPr>
          <w:p>
            <w:pPr>
              <w:spacing w:after="0"/>
              <w:jc w:val="right"/>
            </w:pPr>
            <w:r>
              <w:rPr>
                <w:sz w:val="16"/>
              </w:rPr>
              <w:t>$188,674</w:t>
            </w:r>
          </w:p>
        </w:tc>
        <w:tc>
          <w:tcPr>
            <w:tcW w:type="dxa" w:w="2107"/>
          </w:tcPr>
          <w:p>
            <w:pPr>
              <w:spacing w:after="0"/>
              <w:jc w:val="right"/>
            </w:pPr>
            <w:r>
              <w:rPr>
                <w:sz w:val="16"/>
              </w:rPr>
              <w:t>104</w:t>
            </w:r>
          </w:p>
        </w:tc>
        <w:tc>
          <w:tcPr>
            <w:tcW w:type="dxa" w:w="2184"/>
          </w:tcPr>
          <w:p>
            <w:pPr>
              <w:spacing w:after="0"/>
              <w:jc w:val="left"/>
            </w:pPr>
            <w:r>
              <w:rPr>
                <w:sz w:val="16"/>
              </w:rPr>
              <w:t>Includes 11 High Wind and 11 Strong Wind records (NOAA non-thunderstorm wind types, outside NRI's Strong Wind definition).</w:t>
            </w:r>
          </w:p>
        </w:tc>
      </w:tr>
      <w:tr>
        <w:trPr>
          <w:cantSplit/>
        </w:trPr>
        <w:tc>
          <w:tcPr>
            <w:tcW w:type="dxa" w:w="721"/>
          </w:tcPr>
          <w:p>
            <w:pPr>
              <w:spacing w:after="0"/>
              <w:jc w:val="right"/>
            </w:pPr>
            <w:r>
              <w:rPr>
                <w:sz w:val="16"/>
              </w:rPr>
              <w:t>4</w:t>
            </w:r>
          </w:p>
        </w:tc>
        <w:tc>
          <w:tcPr>
            <w:tcW w:type="dxa" w:w="1037"/>
          </w:tcPr>
          <w:p>
            <w:pPr>
              <w:spacing w:after="0"/>
              <w:jc w:val="left"/>
            </w:pPr>
            <w:r>
              <w:rPr>
                <w:sz w:val="16"/>
              </w:rPr>
              <w:t>Wildfire</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$128,861</w:t>
            </w:r>
          </w:p>
        </w:tc>
        <w:tc>
          <w:tcPr>
            <w:tcW w:type="dxa" w:w="1126"/>
          </w:tcPr>
          <w:p>
            <w:pPr>
              <w:spacing w:after="0"/>
              <w:jc w:val="right"/>
            </w:pPr>
            <w:r>
              <w:rPr>
                <w:sz w:val="16"/>
              </w:rPr>
              <w:t>$1</w:t>
            </w:r>
          </w:p>
        </w:tc>
        <w:tc>
          <w:tcPr>
            <w:tcW w:type="dxa" w:w="1924"/>
          </w:tcPr>
          <w:p>
            <w:pPr>
              <w:spacing w:after="0"/>
              <w:jc w:val="right"/>
            </w:pPr>
            <w:r>
              <w:rPr>
                <w:sz w:val="16"/>
              </w:rPr>
              <w:t>$50,859</w:t>
            </w:r>
          </w:p>
        </w:tc>
        <w:tc>
          <w:tcPr>
            <w:tcW w:type="dxa" w:w="1203"/>
          </w:tcPr>
          <w:p>
            <w:pPr>
              <w:spacing w:after="0"/>
              <w:jc w:val="right"/>
            </w:pPr>
            <w:r>
              <w:rPr>
                <w:sz w:val="16"/>
              </w:rPr>
              <w:t>$179,720</w:t>
            </w:r>
          </w:p>
        </w:tc>
        <w:tc>
          <w:tcPr>
            <w:tcW w:type="dxa" w:w="2107"/>
          </w:tcPr>
          <w:p>
            <w:pPr>
              <w:spacing w:after="0"/>
              <w:jc w:val="right"/>
            </w:pPr>
            <w:r>
              <w:rPr>
                <w:sz w:val="16"/>
              </w:rPr>
              <w:t>3</w:t>
            </w:r>
          </w:p>
        </w:tc>
        <w:tc>
          <w:tcPr>
            <w:tcW w:type="dxa" w:w="2184"/>
          </w:tcPr>
          <w:p>
            <w:pPr>
              <w:spacing w:after="0"/>
              <w:jc w:val="left"/>
            </w:pPr>
          </w:p>
        </w:tc>
      </w:tr>
      <w:tr>
        <w:trPr>
          <w:cantSplit/>
        </w:trPr>
        <w:tc>
          <w:tcPr>
            <w:tcW w:type="dxa" w:w="721"/>
          </w:tcPr>
          <w:p>
            <w:pPr>
              <w:spacing w:after="0"/>
              <w:jc w:val="right"/>
            </w:pPr>
            <w:r>
              <w:rPr>
                <w:sz w:val="16"/>
              </w:rPr>
              <w:t>5</w:t>
            </w:r>
          </w:p>
        </w:tc>
        <w:tc>
          <w:tcPr>
            <w:tcW w:type="dxa" w:w="1037"/>
          </w:tcPr>
          <w:p>
            <w:pPr>
              <w:spacing w:after="0"/>
              <w:jc w:val="left"/>
            </w:pPr>
            <w:r>
              <w:rPr>
                <w:sz w:val="16"/>
              </w:rPr>
              <w:t>Avalanche</w:t>
            </w:r>
          </w:p>
        </w:tc>
        <w:tc>
          <w:tcPr>
            <w:tcW w:type="dxa" w:w="1343"/>
          </w:tcPr>
          <w:p>
            <w:pPr>
              <w:spacing w:after="0"/>
              <w:jc w:val="left"/>
            </w:pPr>
            <w:r>
              <w:rPr>
                <w:sz w:val="16"/>
              </w:rPr>
              <w:t>Relatively Moderate</w:t>
            </w:r>
          </w:p>
        </w:tc>
        <w:tc>
          <w:tcPr>
            <w:tcW w:type="dxa" w:w="1343"/>
          </w:tcPr>
          <w:p>
            <w:pPr>
              <w:spacing w:after="0"/>
              <w:jc w:val="left"/>
            </w:pPr>
            <w:r>
              <w:rPr>
                <w:sz w:val="16"/>
              </w:rPr>
              <w:t>Relatively Low</w:t>
            </w:r>
          </w:p>
        </w:tc>
        <w:tc>
          <w:tcPr>
            <w:tcW w:type="dxa" w:w="1126"/>
          </w:tcPr>
          <w:p>
            <w:pPr>
              <w:spacing w:after="0"/>
              <w:jc w:val="right"/>
            </w:pPr>
            <w:r>
              <w:rPr>
                <w:sz w:val="16"/>
              </w:rPr>
              <w:t>$7</w:t>
            </w:r>
          </w:p>
        </w:tc>
        <w:tc>
          <w:tcPr>
            <w:tcW w:type="dxa" w:w="1126"/>
          </w:tcPr>
          <w:p>
            <w:pPr>
              <w:spacing w:after="0"/>
              <w:jc w:val="right"/>
            </w:pPr>
            <w:r>
              <w:rPr>
                <w:sz w:val="16"/>
              </w:rPr>
              <w:t>n/a</w:t>
            </w:r>
          </w:p>
        </w:tc>
        <w:tc>
          <w:tcPr>
            <w:tcW w:type="dxa" w:w="1924"/>
          </w:tcPr>
          <w:p>
            <w:pPr>
              <w:spacing w:after="0"/>
              <w:jc w:val="right"/>
            </w:pPr>
            <w:r>
              <w:rPr>
                <w:sz w:val="16"/>
              </w:rPr>
              <w:t>$144,597</w:t>
            </w:r>
          </w:p>
        </w:tc>
        <w:tc>
          <w:tcPr>
            <w:tcW w:type="dxa" w:w="1203"/>
          </w:tcPr>
          <w:p>
            <w:pPr>
              <w:spacing w:after="0"/>
              <w:jc w:val="right"/>
            </w:pPr>
            <w:r>
              <w:rPr>
                <w:sz w:val="16"/>
              </w:rPr>
              <w:t>$144,604</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6</w:t>
            </w:r>
          </w:p>
        </w:tc>
        <w:tc>
          <w:tcPr>
            <w:tcW w:type="dxa" w:w="1037"/>
          </w:tcPr>
          <w:p>
            <w:pPr>
              <w:spacing w:after="0"/>
              <w:jc w:val="left"/>
            </w:pPr>
            <w:r>
              <w:rPr>
                <w:sz w:val="16"/>
              </w:rPr>
              <w:t>Earthquake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$86,290</w:t>
            </w:r>
          </w:p>
        </w:tc>
        <w:tc>
          <w:tcPr>
            <w:tcW w:type="dxa" w:w="1126"/>
          </w:tcPr>
          <w:p>
            <w:pPr>
              <w:spacing w:after="0"/>
              <w:jc w:val="right"/>
            </w:pPr>
            <w:r>
              <w:rPr>
                <w:sz w:val="16"/>
              </w:rPr>
              <w:t>n/a</w:t>
            </w:r>
          </w:p>
        </w:tc>
        <w:tc>
          <w:tcPr>
            <w:tcW w:type="dxa" w:w="1924"/>
          </w:tcPr>
          <w:p>
            <w:pPr>
              <w:spacing w:after="0"/>
              <w:jc w:val="right"/>
            </w:pPr>
            <w:r>
              <w:rPr>
                <w:sz w:val="16"/>
              </w:rPr>
              <w:t>$27,721</w:t>
            </w:r>
          </w:p>
        </w:tc>
        <w:tc>
          <w:tcPr>
            <w:tcW w:type="dxa" w:w="1203"/>
          </w:tcPr>
          <w:p>
            <w:pPr>
              <w:spacing w:after="0"/>
              <w:jc w:val="right"/>
            </w:pPr>
            <w:r>
              <w:rPr>
                <w:sz w:val="16"/>
              </w:rPr>
              <w:t>$114,010</w:t>
            </w:r>
          </w:p>
        </w:tc>
        <w:tc>
          <w:tcPr>
            <w:tcW w:type="dxa" w:w="2107"/>
          </w:tcPr>
          <w:p>
            <w:pPr>
              <w:spacing w:after="0"/>
              <w:jc w:val="right"/>
            </w:pPr>
          </w:p>
        </w:tc>
        <w:tc>
          <w:tcPr>
            <w:tcW w:type="dxa" w:w="2184"/>
          </w:tcPr>
          <w:p>
            <w:pPr>
              <w:spacing w:after="0"/>
              <w:jc w:val="left"/>
            </w:pPr>
            <w:r>
              <w:rPr>
                <w:sz w:val="16"/>
              </w:rPr>
              <w:t>Storm Events does not record earthquakes.</w:t>
            </w:r>
          </w:p>
        </w:tc>
      </w:tr>
      <w:tr>
        <w:trPr>
          <w:cantSplit/>
        </w:trPr>
        <w:tc>
          <w:tcPr>
            <w:tcW w:type="dxa" w:w="721"/>
          </w:tcPr>
          <w:p>
            <w:pPr>
              <w:spacing w:after="0"/>
              <w:jc w:val="right"/>
            </w:pPr>
            <w:r>
              <w:rPr>
                <w:sz w:val="16"/>
              </w:rPr>
              <w:t>7</w:t>
            </w:r>
          </w:p>
        </w:tc>
        <w:tc>
          <w:tcPr>
            <w:tcW w:type="dxa" w:w="1037"/>
          </w:tcPr>
          <w:p>
            <w:pPr>
              <w:spacing w:after="0"/>
              <w:jc w:val="left"/>
            </w:pPr>
            <w:r>
              <w:rPr>
                <w:sz w:val="16"/>
              </w:rPr>
              <w:t>Lightning</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$4,634</w:t>
            </w:r>
          </w:p>
        </w:tc>
        <w:tc>
          <w:tcPr>
            <w:tcW w:type="dxa" w:w="1126"/>
          </w:tcPr>
          <w:p>
            <w:pPr>
              <w:spacing w:after="0"/>
              <w:jc w:val="right"/>
            </w:pPr>
            <w:r>
              <w:rPr>
                <w:sz w:val="16"/>
              </w:rPr>
              <w:t>n/a</w:t>
            </w:r>
          </w:p>
        </w:tc>
        <w:tc>
          <w:tcPr>
            <w:tcW w:type="dxa" w:w="1924"/>
          </w:tcPr>
          <w:p>
            <w:pPr>
              <w:spacing w:after="0"/>
              <w:jc w:val="right"/>
            </w:pPr>
            <w:r>
              <w:rPr>
                <w:sz w:val="16"/>
              </w:rPr>
              <w:t>$106,478</w:t>
            </w:r>
          </w:p>
        </w:tc>
        <w:tc>
          <w:tcPr>
            <w:tcW w:type="dxa" w:w="1203"/>
          </w:tcPr>
          <w:p>
            <w:pPr>
              <w:spacing w:after="0"/>
              <w:jc w:val="right"/>
            </w:pPr>
            <w:r>
              <w:rPr>
                <w:sz w:val="16"/>
              </w:rPr>
              <w:t>$111,111</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8</w:t>
            </w:r>
          </w:p>
        </w:tc>
        <w:tc>
          <w:tcPr>
            <w:tcW w:type="dxa" w:w="1037"/>
          </w:tcPr>
          <w:p>
            <w:pPr>
              <w:spacing w:after="0"/>
              <w:jc w:val="left"/>
            </w:pPr>
            <w:r>
              <w:rPr>
                <w:sz w:val="16"/>
              </w:rPr>
              <w:t>Landslide</w:t>
            </w:r>
          </w:p>
        </w:tc>
        <w:tc>
          <w:tcPr>
            <w:tcW w:type="dxa" w:w="1343"/>
          </w:tcPr>
          <w:p>
            <w:pPr>
              <w:spacing w:after="0"/>
              <w:jc w:val="left"/>
            </w:pPr>
            <w:r>
              <w:rPr>
                <w:sz w:val="16"/>
              </w:rPr>
              <w:t>Relatively Moderate</w:t>
            </w:r>
          </w:p>
        </w:tc>
        <w:tc>
          <w:tcPr>
            <w:tcW w:type="dxa" w:w="1343"/>
          </w:tcPr>
          <w:p>
            <w:pPr>
              <w:spacing w:after="0"/>
              <w:jc w:val="left"/>
            </w:pPr>
            <w:r>
              <w:rPr>
                <w:sz w:val="16"/>
              </w:rPr>
              <w:t>Relatively Low</w:t>
            </w:r>
          </w:p>
        </w:tc>
        <w:tc>
          <w:tcPr>
            <w:tcW w:type="dxa" w:w="1126"/>
          </w:tcPr>
          <w:p>
            <w:pPr>
              <w:spacing w:after="0"/>
              <w:jc w:val="right"/>
            </w:pPr>
            <w:r>
              <w:rPr>
                <w:sz w:val="16"/>
              </w:rPr>
              <w:t>$4,997</w:t>
            </w:r>
          </w:p>
        </w:tc>
        <w:tc>
          <w:tcPr>
            <w:tcW w:type="dxa" w:w="1126"/>
          </w:tcPr>
          <w:p>
            <w:pPr>
              <w:spacing w:after="0"/>
              <w:jc w:val="right"/>
            </w:pPr>
            <w:r>
              <w:rPr>
                <w:sz w:val="16"/>
              </w:rPr>
              <w:t>n/a</w:t>
            </w:r>
          </w:p>
        </w:tc>
        <w:tc>
          <w:tcPr>
            <w:tcW w:type="dxa" w:w="1924"/>
          </w:tcPr>
          <w:p>
            <w:pPr>
              <w:spacing w:after="0"/>
              <w:jc w:val="right"/>
            </w:pPr>
            <w:r>
              <w:rPr>
                <w:sz w:val="16"/>
              </w:rPr>
              <w:t>$72,914</w:t>
            </w:r>
          </w:p>
        </w:tc>
        <w:tc>
          <w:tcPr>
            <w:tcW w:type="dxa" w:w="1203"/>
          </w:tcPr>
          <w:p>
            <w:pPr>
              <w:spacing w:after="0"/>
              <w:jc w:val="right"/>
            </w:pPr>
            <w:r>
              <w:rPr>
                <w:sz w:val="16"/>
              </w:rPr>
              <w:t>$77,911</w:t>
            </w:r>
          </w:p>
        </w:tc>
        <w:tc>
          <w:tcPr>
            <w:tcW w:type="dxa" w:w="2107"/>
          </w:tcPr>
          <w:p>
            <w:pPr>
              <w:spacing w:after="0"/>
              <w:jc w:val="right"/>
            </w:pPr>
            <w:r>
              <w:rPr>
                <w:sz w:val="16"/>
              </w:rPr>
              <w:t>0</w:t>
            </w:r>
          </w:p>
        </w:tc>
        <w:tc>
          <w:tcPr>
            <w:tcW w:type="dxa" w:w="2184"/>
          </w:tcPr>
          <w:p>
            <w:pPr>
              <w:spacing w:after="0"/>
              <w:jc w:val="left"/>
            </w:pPr>
            <w:r>
              <w:rPr>
                <w:sz w:val="16"/>
              </w:rPr>
              <w:t>Declared 11 times; no Storm Events record of this type.</w:t>
            </w:r>
          </w:p>
        </w:tc>
      </w:tr>
      <w:tr>
        <w:trPr>
          <w:cantSplit/>
        </w:trPr>
        <w:tc>
          <w:tcPr>
            <w:tcW w:type="dxa" w:w="721"/>
          </w:tcPr>
          <w:p>
            <w:pPr>
              <w:spacing w:after="0"/>
              <w:jc w:val="right"/>
            </w:pPr>
            <w:r>
              <w:rPr>
                <w:sz w:val="16"/>
              </w:rPr>
              <w:t>9</w:t>
            </w:r>
          </w:p>
        </w:tc>
        <w:tc>
          <w:tcPr>
            <w:tcW w:type="dxa" w:w="1037"/>
          </w:tcPr>
          <w:p>
            <w:pPr>
              <w:spacing w:after="0"/>
              <w:jc w:val="left"/>
            </w:pPr>
            <w:r>
              <w:rPr>
                <w:sz w:val="16"/>
              </w:rPr>
              <w:t>Hurricane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$55,580</w:t>
            </w:r>
          </w:p>
        </w:tc>
        <w:tc>
          <w:tcPr>
            <w:tcW w:type="dxa" w:w="1126"/>
          </w:tcPr>
          <w:p>
            <w:pPr>
              <w:spacing w:after="0"/>
              <w:jc w:val="right"/>
            </w:pPr>
            <w:r>
              <w:rPr>
                <w:sz w:val="16"/>
              </w:rPr>
              <w:t>$32</w:t>
            </w:r>
          </w:p>
        </w:tc>
        <w:tc>
          <w:tcPr>
            <w:tcW w:type="dxa" w:w="1924"/>
          </w:tcPr>
          <w:p>
            <w:pPr>
              <w:spacing w:after="0"/>
              <w:jc w:val="right"/>
            </w:pPr>
            <w:r>
              <w:rPr>
                <w:sz w:val="16"/>
              </w:rPr>
              <w:t>$1,937</w:t>
            </w:r>
          </w:p>
        </w:tc>
        <w:tc>
          <w:tcPr>
            <w:tcW w:type="dxa" w:w="1203"/>
          </w:tcPr>
          <w:p>
            <w:pPr>
              <w:spacing w:after="0"/>
              <w:jc w:val="right"/>
            </w:pPr>
            <w:r>
              <w:rPr>
                <w:sz w:val="16"/>
              </w:rPr>
              <w:t>$57,548</w:t>
            </w:r>
          </w:p>
        </w:tc>
        <w:tc>
          <w:tcPr>
            <w:tcW w:type="dxa" w:w="2107"/>
          </w:tcPr>
          <w:p>
            <w:pPr>
              <w:spacing w:after="0"/>
              <w:jc w:val="right"/>
            </w:pPr>
            <w:r>
              <w:rPr>
                <w:sz w:val="16"/>
              </w:rPr>
              <w:t>0</w:t>
            </w:r>
          </w:p>
        </w:tc>
        <w:tc>
          <w:tcPr>
            <w:tcW w:type="dxa" w:w="2184"/>
          </w:tcPr>
          <w:p>
            <w:pPr>
              <w:spacing w:after="0"/>
              <w:jc w:val="left"/>
            </w:pPr>
            <w:r>
              <w:rPr>
                <w:sz w:val="16"/>
              </w:rPr>
              <w:t>Declared 1 time; no Storm Events record of this type.</w:t>
            </w:r>
          </w:p>
        </w:tc>
      </w:tr>
      <w:tr>
        <w:trPr>
          <w:cantSplit/>
        </w:trPr>
        <w:tc>
          <w:tcPr>
            <w:tcW w:type="dxa" w:w="721"/>
          </w:tcPr>
          <w:p>
            <w:pPr>
              <w:spacing w:after="0"/>
              <w:jc w:val="right"/>
            </w:pPr>
            <w:r>
              <w:rPr>
                <w:sz w:val="16"/>
              </w:rPr>
              <w:t>10</w:t>
            </w:r>
          </w:p>
        </w:tc>
        <w:tc>
          <w:tcPr>
            <w:tcW w:type="dxa" w:w="1037"/>
          </w:tcPr>
          <w:p>
            <w:pPr>
              <w:spacing w:after="0"/>
              <w:jc w:val="left"/>
            </w:pPr>
            <w:r>
              <w:rPr>
                <w:sz w:val="16"/>
              </w:rPr>
              <w:t>Hail</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$31,372</w:t>
            </w:r>
          </w:p>
        </w:tc>
        <w:tc>
          <w:tcPr>
            <w:tcW w:type="dxa" w:w="1126"/>
          </w:tcPr>
          <w:p>
            <w:pPr>
              <w:spacing w:after="0"/>
              <w:jc w:val="right"/>
            </w:pPr>
            <w:r>
              <w:rPr>
                <w:sz w:val="16"/>
              </w:rPr>
              <w:t>$4</w:t>
            </w:r>
          </w:p>
        </w:tc>
        <w:tc>
          <w:tcPr>
            <w:tcW w:type="dxa" w:w="1924"/>
          </w:tcPr>
          <w:p>
            <w:pPr>
              <w:spacing w:after="0"/>
              <w:jc w:val="right"/>
            </w:pPr>
            <w:r>
              <w:rPr>
                <w:sz w:val="16"/>
              </w:rPr>
              <w:t>$23,182</w:t>
            </w:r>
          </w:p>
        </w:tc>
        <w:tc>
          <w:tcPr>
            <w:tcW w:type="dxa" w:w="1203"/>
          </w:tcPr>
          <w:p>
            <w:pPr>
              <w:spacing w:after="0"/>
              <w:jc w:val="right"/>
            </w:pPr>
            <w:r>
              <w:rPr>
                <w:sz w:val="16"/>
              </w:rPr>
              <w:t>$54,558</w:t>
            </w:r>
          </w:p>
        </w:tc>
        <w:tc>
          <w:tcPr>
            <w:tcW w:type="dxa" w:w="2107"/>
          </w:tcPr>
          <w:p>
            <w:pPr>
              <w:spacing w:after="0"/>
              <w:jc w:val="right"/>
            </w:pPr>
            <w:r>
              <w:rPr>
                <w:sz w:val="16"/>
              </w:rPr>
              <w:t>76</w:t>
            </w:r>
          </w:p>
        </w:tc>
        <w:tc>
          <w:tcPr>
            <w:tcW w:type="dxa" w:w="2184"/>
          </w:tcPr>
          <w:p>
            <w:pPr>
              <w:spacing w:after="0"/>
              <w:jc w:val="left"/>
            </w:pPr>
          </w:p>
        </w:tc>
      </w:tr>
      <w:tr>
        <w:trPr>
          <w:cantSplit/>
        </w:trPr>
        <w:tc>
          <w:tcPr>
            <w:tcW w:type="dxa" w:w="721"/>
          </w:tcPr>
          <w:p>
            <w:pPr>
              <w:spacing w:after="0"/>
              <w:jc w:val="right"/>
            </w:pPr>
            <w:r>
              <w:rPr>
                <w:sz w:val="16"/>
              </w:rPr>
              <w:t>11</w:t>
            </w:r>
          </w:p>
        </w:tc>
        <w:tc>
          <w:tcPr>
            <w:tcW w:type="dxa" w:w="1037"/>
          </w:tcPr>
          <w:p>
            <w:pPr>
              <w:spacing w:after="0"/>
              <w:jc w:val="left"/>
            </w:pPr>
            <w:r>
              <w:rPr>
                <w:sz w:val="16"/>
              </w:rPr>
              <w:t>Tornado</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$21,722</w:t>
            </w:r>
          </w:p>
        </w:tc>
        <w:tc>
          <w:tcPr>
            <w:tcW w:type="dxa" w:w="1126"/>
          </w:tcPr>
          <w:p>
            <w:pPr>
              <w:spacing w:after="0"/>
              <w:jc w:val="right"/>
            </w:pPr>
            <w:r>
              <w:rPr>
                <w:sz w:val="16"/>
              </w:rPr>
              <w:t>$1</w:t>
            </w:r>
          </w:p>
        </w:tc>
        <w:tc>
          <w:tcPr>
            <w:tcW w:type="dxa" w:w="1924"/>
          </w:tcPr>
          <w:p>
            <w:pPr>
              <w:spacing w:after="0"/>
              <w:jc w:val="right"/>
            </w:pPr>
            <w:r>
              <w:rPr>
                <w:sz w:val="16"/>
              </w:rPr>
              <w:t>$18,122</w:t>
            </w:r>
          </w:p>
        </w:tc>
        <w:tc>
          <w:tcPr>
            <w:tcW w:type="dxa" w:w="1203"/>
          </w:tcPr>
          <w:p>
            <w:pPr>
              <w:spacing w:after="0"/>
              <w:jc w:val="right"/>
            </w:pPr>
            <w:r>
              <w:rPr>
                <w:sz w:val="16"/>
              </w:rPr>
              <w:t>$39,845</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12</w:t>
            </w:r>
          </w:p>
        </w:tc>
        <w:tc>
          <w:tcPr>
            <w:tcW w:type="dxa" w:w="1037"/>
          </w:tcPr>
          <w:p>
            <w:pPr>
              <w:spacing w:after="0"/>
              <w:jc w:val="left"/>
            </w:pPr>
            <w:r>
              <w:rPr>
                <w:sz w:val="16"/>
              </w:rPr>
              <w:t>Winter Weather</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$10,263</w:t>
            </w:r>
          </w:p>
        </w:tc>
        <w:tc>
          <w:tcPr>
            <w:tcW w:type="dxa" w:w="1126"/>
          </w:tcPr>
          <w:p>
            <w:pPr>
              <w:spacing w:after="0"/>
              <w:jc w:val="right"/>
            </w:pPr>
            <w:r>
              <w:rPr>
                <w:sz w:val="16"/>
              </w:rPr>
              <w:t>under $1</w:t>
            </w:r>
          </w:p>
        </w:tc>
        <w:tc>
          <w:tcPr>
            <w:tcW w:type="dxa" w:w="1924"/>
          </w:tcPr>
          <w:p>
            <w:pPr>
              <w:spacing w:after="0"/>
              <w:jc w:val="right"/>
            </w:pPr>
            <w:r>
              <w:rPr>
                <w:sz w:val="16"/>
              </w:rPr>
              <w:t>$19,524</w:t>
            </w:r>
          </w:p>
        </w:tc>
        <w:tc>
          <w:tcPr>
            <w:tcW w:type="dxa" w:w="1203"/>
          </w:tcPr>
          <w:p>
            <w:pPr>
              <w:spacing w:after="0"/>
              <w:jc w:val="right"/>
            </w:pPr>
            <w:r>
              <w:rPr>
                <w:sz w:val="16"/>
              </w:rPr>
              <w:t>$29,786</w:t>
            </w:r>
          </w:p>
        </w:tc>
        <w:tc>
          <w:tcPr>
            <w:tcW w:type="dxa" w:w="2107"/>
          </w:tcPr>
          <w:p>
            <w:pPr>
              <w:spacing w:after="0"/>
              <w:jc w:val="right"/>
            </w:pPr>
            <w:r>
              <w:rPr>
                <w:sz w:val="16"/>
              </w:rPr>
              <w:t>88</w:t>
            </w:r>
          </w:p>
        </w:tc>
        <w:tc>
          <w:tcPr>
            <w:tcW w:type="dxa" w:w="2184"/>
          </w:tcPr>
          <w:p>
            <w:pPr>
              <w:spacing w:after="0"/>
              <w:jc w:val="left"/>
            </w:pPr>
          </w:p>
        </w:tc>
      </w:tr>
      <w:tr>
        <w:trPr>
          <w:cantSplit/>
        </w:trPr>
        <w:tc>
          <w:tcPr>
            <w:tcW w:type="dxa" w:w="721"/>
          </w:tcPr>
          <w:p>
            <w:pPr>
              <w:spacing w:after="0"/>
              <w:jc w:val="right"/>
            </w:pPr>
            <w:r>
              <w:rPr>
                <w:sz w:val="16"/>
              </w:rPr>
              <w:t>13</w:t>
            </w:r>
          </w:p>
        </w:tc>
        <w:tc>
          <w:tcPr>
            <w:tcW w:type="dxa" w:w="1037"/>
          </w:tcPr>
          <w:p>
            <w:pPr>
              <w:spacing w:after="0"/>
              <w:jc w:val="left"/>
            </w:pPr>
            <w:r>
              <w:rPr>
                <w:sz w:val="16"/>
              </w:rPr>
              <w:t>Heat Wave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under $1</w:t>
            </w:r>
          </w:p>
        </w:tc>
        <w:tc>
          <w:tcPr>
            <w:tcW w:type="dxa" w:w="1924"/>
          </w:tcPr>
          <w:p>
            <w:pPr>
              <w:spacing w:after="0"/>
              <w:jc w:val="right"/>
            </w:pPr>
            <w:r>
              <w:rPr>
                <w:sz w:val="16"/>
              </w:rPr>
              <w:t>$24,978</w:t>
            </w:r>
          </w:p>
        </w:tc>
        <w:tc>
          <w:tcPr>
            <w:tcW w:type="dxa" w:w="1203"/>
          </w:tcPr>
          <w:p>
            <w:pPr>
              <w:spacing w:after="0"/>
              <w:jc w:val="right"/>
            </w:pPr>
            <w:r>
              <w:rPr>
                <w:sz w:val="16"/>
              </w:rPr>
              <w:t>$24,979</w:t>
            </w:r>
          </w:p>
        </w:tc>
        <w:tc>
          <w:tcPr>
            <w:tcW w:type="dxa" w:w="2107"/>
          </w:tcPr>
          <w:p>
            <w:pPr>
              <w:spacing w:after="0"/>
              <w:jc w:val="right"/>
            </w:pPr>
            <w:r>
              <w:rPr>
                <w:sz w:val="16"/>
              </w:rPr>
              <w:t>20</w:t>
            </w:r>
          </w:p>
        </w:tc>
        <w:tc>
          <w:tcPr>
            <w:tcW w:type="dxa" w:w="2184"/>
          </w:tcPr>
          <w:p>
            <w:pPr>
              <w:spacing w:after="0"/>
              <w:jc w:val="left"/>
            </w:pPr>
          </w:p>
        </w:tc>
      </w:tr>
      <w:tr>
        <w:trPr>
          <w:cantSplit/>
        </w:trPr>
        <w:tc>
          <w:tcPr>
            <w:tcW w:type="dxa" w:w="721"/>
          </w:tcPr>
          <w:p>
            <w:pPr>
              <w:spacing w:after="0"/>
              <w:jc w:val="right"/>
            </w:pPr>
            <w:r>
              <w:rPr>
                <w:sz w:val="16"/>
              </w:rPr>
              <w:t>14</w:t>
            </w:r>
          </w:p>
        </w:tc>
        <w:tc>
          <w:tcPr>
            <w:tcW w:type="dxa" w:w="1037"/>
          </w:tcPr>
          <w:p>
            <w:pPr>
              <w:spacing w:after="0"/>
              <w:jc w:val="left"/>
            </w:pPr>
            <w:r>
              <w:rPr>
                <w:sz w:val="16"/>
              </w:rPr>
              <w:t>Ice Storm</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$4,459</w:t>
            </w:r>
          </w:p>
        </w:tc>
        <w:tc>
          <w:tcPr>
            <w:tcW w:type="dxa" w:w="1126"/>
          </w:tcPr>
          <w:p>
            <w:pPr>
              <w:spacing w:after="0"/>
              <w:jc w:val="right"/>
            </w:pPr>
            <w:r>
              <w:rPr>
                <w:sz w:val="16"/>
              </w:rPr>
              <w:t>n/a</w:t>
            </w:r>
          </w:p>
        </w:tc>
        <w:tc>
          <w:tcPr>
            <w:tcW w:type="dxa" w:w="1924"/>
          </w:tcPr>
          <w:p>
            <w:pPr>
              <w:spacing w:after="0"/>
              <w:jc w:val="right"/>
            </w:pPr>
            <w:r>
              <w:rPr>
                <w:sz w:val="16"/>
              </w:rPr>
              <w:t>$7,824</w:t>
            </w:r>
          </w:p>
        </w:tc>
        <w:tc>
          <w:tcPr>
            <w:tcW w:type="dxa" w:w="1203"/>
          </w:tcPr>
          <w:p>
            <w:pPr>
              <w:spacing w:after="0"/>
              <w:jc w:val="right"/>
            </w:pPr>
            <w:r>
              <w:rPr>
                <w:sz w:val="16"/>
              </w:rPr>
              <w:t>$12,283</w:t>
            </w:r>
          </w:p>
        </w:tc>
        <w:tc>
          <w:tcPr>
            <w:tcW w:type="dxa" w:w="2107"/>
          </w:tcPr>
          <w:p>
            <w:pPr>
              <w:spacing w:after="0"/>
              <w:jc w:val="right"/>
            </w:pPr>
            <w:r>
              <w:rPr>
                <w:sz w:val="16"/>
              </w:rPr>
              <w:t>2</w:t>
            </w:r>
          </w:p>
        </w:tc>
        <w:tc>
          <w:tcPr>
            <w:tcW w:type="dxa" w:w="2184"/>
          </w:tcPr>
          <w:p>
            <w:pPr>
              <w:spacing w:after="0"/>
              <w:jc w:val="left"/>
            </w:pPr>
          </w:p>
        </w:tc>
      </w:tr>
      <w:tr>
        <w:trPr>
          <w:cantSplit/>
        </w:trPr>
        <w:tc>
          <w:tcPr>
            <w:tcW w:type="dxa" w:w="721"/>
          </w:tcPr>
          <w:p>
            <w:pPr>
              <w:spacing w:after="0"/>
              <w:jc w:val="right"/>
            </w:pPr>
            <w:r>
              <w:rPr>
                <w:sz w:val="16"/>
              </w:rPr>
              <w:t>15</w:t>
            </w:r>
          </w:p>
        </w:tc>
        <w:tc>
          <w:tcPr>
            <w:tcW w:type="dxa" w:w="1037"/>
          </w:tcPr>
          <w:p>
            <w:pPr>
              <w:spacing w:after="0"/>
              <w:jc w:val="left"/>
            </w:pPr>
            <w:r>
              <w:rPr>
                <w:sz w:val="16"/>
              </w:rPr>
              <w:t>Drought</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$367</w:t>
            </w:r>
          </w:p>
        </w:tc>
        <w:tc>
          <w:tcPr>
            <w:tcW w:type="dxa" w:w="1924"/>
          </w:tcPr>
          <w:p>
            <w:pPr>
              <w:spacing w:after="0"/>
              <w:jc w:val="right"/>
            </w:pPr>
            <w:r>
              <w:rPr>
                <w:sz w:val="16"/>
              </w:rPr>
              <w:t>n/a</w:t>
            </w:r>
          </w:p>
        </w:tc>
        <w:tc>
          <w:tcPr>
            <w:tcW w:type="dxa" w:w="1203"/>
          </w:tcPr>
          <w:p>
            <w:pPr>
              <w:spacing w:after="0"/>
              <w:jc w:val="right"/>
            </w:pPr>
            <w:r>
              <w:rPr>
                <w:sz w:val="16"/>
              </w:rPr>
              <w:t>$367</w:t>
            </w:r>
          </w:p>
        </w:tc>
        <w:tc>
          <w:tcPr>
            <w:tcW w:type="dxa" w:w="2107"/>
          </w:tcPr>
          <w:p>
            <w:pPr>
              <w:spacing w:after="0"/>
              <w:jc w:val="right"/>
            </w:pPr>
            <w:r>
              <w:rPr>
                <w:sz w:val="16"/>
              </w:rPr>
              <w:t>19</w:t>
            </w:r>
          </w:p>
        </w:tc>
        <w:tc>
          <w:tcPr>
            <w:tcW w:type="dxa" w:w="218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30 (Relatively Low, 73.5); tract 29.01 (Relatively Low, 73.4); tract 29.02 (Relatively Low, 73.3)</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32 (Relatively Low, 55.9); tract 31 (Relatively Low, 53.7); tract 29.01 (Relatively Low, 46.9)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31 (Relatively Low, 57.7); tract 29.01 (Relatively Low, 54.3); tract 29.02 (Relatively Low, 54.2)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31 (Relatively Moderate, 99.2); tract 32 (Relatively Moderate, 98.6); tract 29.01 (Relatively Moderate, 98.4)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31 (Very Low, 26.5); tract 29.01 (Very Low, 22.3); tract 32 (Very Low, 20.8)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29.01 (Relatively Moderate, 93.1); tract 29.02 (Relatively Moderate, 92.3); tract 30 (Relatively Moderate, 92.1)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 is Census Tract 30).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6"/>
        <w:gridCol w:w="1807"/>
        <w:gridCol w:w="1696"/>
        <w:gridCol w:w="1802"/>
        <w:gridCol w:w="1569"/>
        <w:gridCol w:w="1599"/>
        <w:gridCol w:w="2012"/>
        <w:gridCol w:w="1862"/>
      </w:tblGrid>
      <w:tr>
        <w:trPr>
          <w:cantSplit/>
          <w:tblHeader/>
        </w:trPr>
        <w:tc>
          <w:tcPr>
            <w:tcW w:type="dxa" w:w="1766"/>
            <w:shd w:val="clear" w:color="auto" w:fill="E8E8E8"/>
          </w:tcPr>
          <w:p>
            <w:pPr>
              <w:spacing w:after="0"/>
              <w:jc w:val="left"/>
            </w:pPr>
            <w:r>
              <w:rPr>
                <w:b/>
                <w:sz w:val="16"/>
              </w:rPr>
              <w:t>Hazard</w:t>
            </w:r>
          </w:p>
        </w:tc>
        <w:tc>
          <w:tcPr>
            <w:tcW w:type="dxa" w:w="1807"/>
            <w:shd w:val="clear" w:color="auto" w:fill="E8E8E8"/>
          </w:tcPr>
          <w:p>
            <w:pPr>
              <w:spacing w:after="0"/>
              <w:jc w:val="left"/>
            </w:pPr>
            <w:r>
              <w:rPr>
                <w:b/>
                <w:sz w:val="16"/>
              </w:rPr>
              <w:t>Scale</w:t>
            </w:r>
          </w:p>
        </w:tc>
        <w:tc>
          <w:tcPr>
            <w:tcW w:type="dxa" w:w="16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2"/>
            <w:shd w:val="clear" w:color="auto" w:fill="E8E8E8"/>
          </w:tcPr>
          <w:p>
            <w:pPr>
              <w:spacing w:after="0"/>
              <w:jc w:val="left"/>
            </w:pPr>
            <w:r>
              <w:rPr>
                <w:b/>
                <w:sz w:val="16"/>
              </w:rPr>
              <w:t>Observed range</w:t>
            </w:r>
          </w:p>
        </w:tc>
        <w:tc>
          <w:tcPr>
            <w:tcW w:type="dxa" w:w="1569"/>
            <w:shd w:val="clear" w:color="auto" w:fill="E8E8E8"/>
          </w:tcPr>
          <w:p>
            <w:pPr>
              <w:spacing w:after="0"/>
              <w:jc w:val="left"/>
            </w:pPr>
            <w:r>
              <w:rPr>
                <w:b/>
                <w:sz w:val="16"/>
              </w:rPr>
              <w:t>Worst recorded event</w:t>
            </w:r>
          </w:p>
        </w:tc>
        <w:tc>
          <w:tcPr>
            <w:tcW w:type="dxa" w:w="1599"/>
            <w:shd w:val="clear" w:color="auto" w:fill="E8E8E8"/>
          </w:tcPr>
          <w:p>
            <w:pPr>
              <w:spacing w:after="0"/>
              <w:jc w:val="left"/>
            </w:pPr>
            <w:r>
              <w:rPr>
                <w:b/>
                <w:sz w:val="16"/>
              </w:rPr>
              <w:t>Most damaging (when different)</w:t>
            </w:r>
          </w:p>
        </w:tc>
        <w:tc>
          <w:tcPr>
            <w:tcW w:type="dxa" w:w="2012"/>
            <w:shd w:val="clear" w:color="auto" w:fill="E8E8E8"/>
          </w:tcPr>
          <w:p>
            <w:pPr>
              <w:spacing w:after="0"/>
              <w:jc w:val="left"/>
            </w:pPr>
            <w:r>
              <w:rPr>
                <w:b/>
                <w:sz w:val="16"/>
              </w:rPr>
              <w:t>How it applies to jurisdictions</w:t>
            </w:r>
          </w:p>
        </w:tc>
        <w:tc>
          <w:tcPr>
            <w:tcW w:type="dxa" w:w="1862"/>
            <w:shd w:val="clear" w:color="auto" w:fill="E8E8E8"/>
          </w:tcPr>
          <w:p>
            <w:pPr>
              <w:spacing w:after="0"/>
              <w:jc w:val="left"/>
            </w:pPr>
            <w:r>
              <w:rPr>
                <w:b/>
                <w:sz w:val="16"/>
              </w:rPr>
              <w:t>Note</w:t>
            </w:r>
          </w:p>
        </w:tc>
      </w:tr>
      <w:tr>
        <w:trPr>
          <w:cantSplit/>
        </w:trPr>
        <w:tc>
          <w:tcPr>
            <w:tcW w:type="dxa" w:w="1766"/>
          </w:tcPr>
          <w:p>
            <w:pPr>
              <w:spacing w:after="0"/>
              <w:jc w:val="left"/>
            </w:pPr>
            <w:r>
              <w:rPr>
                <w:sz w:val="16"/>
              </w:rPr>
              <w:t>Avalanche</w:t>
            </w:r>
          </w:p>
        </w:tc>
        <w:tc>
          <w:tcPr>
            <w:tcW w:type="dxa" w:w="1807"/>
          </w:tcPr>
          <w:p>
            <w:pPr>
              <w:spacing w:after="0"/>
              <w:jc w:val="left"/>
            </w:pPr>
            <w:r>
              <w:rPr>
                <w:sz w:val="16"/>
              </w:rPr>
              <w:t>none (count and damage only)</w:t>
            </w:r>
          </w:p>
        </w:tc>
        <w:tc>
          <w:tcPr>
            <w:tcW w:type="dxa" w:w="1696"/>
          </w:tcPr>
          <w:p>
            <w:pPr>
              <w:spacing w:after="0"/>
              <w:jc w:val="right"/>
            </w:pPr>
            <w:r>
              <w:rPr>
                <w:sz w:val="16"/>
              </w:rPr>
              <w:t>0</w:t>
            </w:r>
          </w:p>
        </w:tc>
        <w:tc>
          <w:tcPr>
            <w:tcW w:type="dxa" w:w="1802"/>
          </w:tcPr>
          <w:p>
            <w:pPr>
              <w:spacing w:after="0"/>
              <w:jc w:val="left"/>
            </w:pPr>
          </w:p>
        </w:tc>
        <w:tc>
          <w:tcPr>
            <w:tcW w:type="dxa" w:w="1569"/>
          </w:tcPr>
          <w:p>
            <w:pPr>
              <w:spacing w:after="0"/>
              <w:jc w:val="left"/>
            </w:pPr>
          </w:p>
        </w:tc>
        <w:tc>
          <w:tcPr>
            <w:tcW w:type="dxa" w:w="1599"/>
          </w:tcPr>
          <w:p>
            <w:pPr>
              <w:spacing w:after="0"/>
              <w:jc w:val="left"/>
            </w:pPr>
          </w:p>
        </w:tc>
        <w:tc>
          <w:tcPr>
            <w:tcW w:type="dxa" w:w="2012"/>
          </w:tcPr>
          <w:p>
            <w:pPr>
              <w:spacing w:after="0"/>
              <w:jc w:val="left"/>
            </w:pPr>
          </w:p>
        </w:tc>
        <w:tc>
          <w:tcPr>
            <w:tcW w:type="dxa" w:w="1862"/>
          </w:tcPr>
          <w:p>
            <w:pPr>
              <w:spacing w:after="0"/>
              <w:jc w:val="left"/>
            </w:pPr>
          </w:p>
        </w:tc>
      </w:tr>
      <w:tr>
        <w:trPr>
          <w:cantSplit/>
        </w:trPr>
        <w:tc>
          <w:tcPr>
            <w:tcW w:type="dxa" w:w="1766"/>
          </w:tcPr>
          <w:p>
            <w:pPr>
              <w:spacing w:after="0"/>
              <w:jc w:val="left"/>
            </w:pPr>
            <w:r>
              <w:rPr>
                <w:sz w:val="16"/>
              </w:rPr>
              <w:t>Cold/Wind Chill, Extreme Cold/Wind Chill</w:t>
            </w:r>
          </w:p>
        </w:tc>
        <w:tc>
          <w:tcPr>
            <w:tcW w:type="dxa" w:w="1807"/>
          </w:tcPr>
          <w:p>
            <w:pPr>
              <w:spacing w:after="0"/>
              <w:jc w:val="left"/>
            </w:pPr>
            <w:r>
              <w:rPr>
                <w:sz w:val="16"/>
              </w:rPr>
              <w:t>wind chill</w:t>
            </w:r>
          </w:p>
        </w:tc>
        <w:tc>
          <w:tcPr>
            <w:tcW w:type="dxa" w:w="1696"/>
          </w:tcPr>
          <w:p>
            <w:pPr>
              <w:spacing w:after="0"/>
              <w:jc w:val="right"/>
            </w:pPr>
            <w:r>
              <w:rPr>
                <w:sz w:val="16"/>
              </w:rPr>
              <w:t>26 records, 1996 to 2026 (26 zone-level)</w:t>
            </w:r>
          </w:p>
        </w:tc>
        <w:tc>
          <w:tcPr>
            <w:tcW w:type="dxa" w:w="1802"/>
          </w:tcPr>
          <w:p>
            <w:pPr>
              <w:spacing w:after="0"/>
              <w:jc w:val="left"/>
            </w:pPr>
            <w:r>
              <w:rPr>
                <w:sz w:val="16"/>
              </w:rPr>
              <w:t>1 day to 31 days (median 4 days); 21 with a recorded value</w:t>
            </w:r>
          </w:p>
        </w:tc>
        <w:tc>
          <w:tcPr>
            <w:tcW w:type="dxa" w:w="1569"/>
          </w:tcPr>
          <w:p>
            <w:pPr>
              <w:spacing w:after="0"/>
              <w:jc w:val="left"/>
            </w:pPr>
            <w:r>
              <w:rPr>
                <w:sz w:val="16"/>
              </w:rPr>
              <w:t>March 2001 (1 monthly summary record), zone-level</w:t>
            </w:r>
          </w:p>
        </w:tc>
        <w:tc>
          <w:tcPr>
            <w:tcW w:type="dxa" w:w="1599"/>
          </w:tcPr>
          <w:p>
            <w:pPr>
              <w:spacing w:after="0"/>
              <w:jc w:val="left"/>
            </w:pPr>
            <w:r>
              <w:rPr>
                <w:sz w:val="16"/>
              </w:rPr>
              <w:t>Extreme Cold/Wind Chill, 2014-01-27, $25,000 property; $0 crops (zone total, 2014 dollars)</w:t>
            </w:r>
          </w:p>
        </w:tc>
        <w:tc>
          <w:tcPr>
            <w:tcW w:type="dxa" w:w="2012"/>
          </w:tcPr>
          <w:p>
            <w:pPr>
              <w:spacing w:after="0"/>
              <w:jc w:val="left"/>
            </w:pPr>
            <w:r>
              <w:rPr>
                <w:sz w:val="16"/>
              </w:rPr>
              <w:t>Countywide (zone-level records).</w:t>
            </w:r>
          </w:p>
        </w:tc>
        <w:tc>
          <w:tcPr>
            <w:tcW w:type="dxa" w:w="1862"/>
          </w:tcPr>
          <w:p>
            <w:pPr>
              <w:spacing w:after="0"/>
              <w:jc w:val="left"/>
            </w:pPr>
            <w:r>
              <w:rPr>
                <w:sz w:val="16"/>
              </w:rPr>
              <w:t>Cold/Wind Chill records from May to September (a frost night, not a cold wave) are counted but not used for the longest run.</w:t>
            </w:r>
          </w:p>
        </w:tc>
      </w:tr>
      <w:tr>
        <w:trPr>
          <w:cantSplit/>
        </w:trPr>
        <w:tc>
          <w:tcPr>
            <w:tcW w:type="dxa" w:w="1766"/>
          </w:tcPr>
          <w:p>
            <w:pPr>
              <w:spacing w:after="0"/>
              <w:jc w:val="left"/>
            </w:pPr>
            <w:r>
              <w:rPr>
                <w:sz w:val="16"/>
              </w:rPr>
              <w:t>Frost/Freeze (outside NRI's Cold Wave definition)</w:t>
            </w:r>
          </w:p>
        </w:tc>
        <w:tc>
          <w:tcPr>
            <w:tcW w:type="dxa" w:w="1807"/>
          </w:tcPr>
          <w:p>
            <w:pPr>
              <w:spacing w:after="0"/>
              <w:jc w:val="left"/>
            </w:pPr>
            <w:r>
              <w:rPr>
                <w:sz w:val="16"/>
              </w:rPr>
              <w:t>crop damage</w:t>
            </w:r>
          </w:p>
        </w:tc>
        <w:tc>
          <w:tcPr>
            <w:tcW w:type="dxa" w:w="1696"/>
          </w:tcPr>
          <w:p>
            <w:pPr>
              <w:spacing w:after="0"/>
              <w:jc w:val="right"/>
            </w:pPr>
            <w:r>
              <w:rPr>
                <w:sz w:val="16"/>
              </w:rPr>
              <w:t>2 records, 2003 to 2004 (2 zone-level)</w:t>
            </w:r>
          </w:p>
        </w:tc>
        <w:tc>
          <w:tcPr>
            <w:tcW w:type="dxa" w:w="1802"/>
          </w:tcPr>
          <w:p>
            <w:pPr>
              <w:spacing w:after="0"/>
              <w:jc w:val="left"/>
            </w:pPr>
          </w:p>
        </w:tc>
        <w:tc>
          <w:tcPr>
            <w:tcW w:type="dxa" w:w="1569"/>
          </w:tcPr>
          <w:p>
            <w:pPr>
              <w:spacing w:after="0"/>
              <w:jc w:val="left"/>
            </w:pPr>
            <w:r>
              <w:rPr>
                <w:sz w:val="16"/>
              </w:rPr>
              <w:t>No crop damage reported in 2 records.</w:t>
            </w:r>
          </w:p>
        </w:tc>
        <w:tc>
          <w:tcPr>
            <w:tcW w:type="dxa" w:w="1599"/>
          </w:tcPr>
          <w:p>
            <w:pPr>
              <w:spacing w:after="0"/>
              <w:jc w:val="left"/>
            </w:pPr>
          </w:p>
        </w:tc>
        <w:tc>
          <w:tcPr>
            <w:tcW w:type="dxa" w:w="2012"/>
          </w:tcPr>
          <w:p>
            <w:pPr>
              <w:spacing w:after="0"/>
              <w:jc w:val="left"/>
            </w:pPr>
            <w:r>
              <w:rPr>
                <w:sz w:val="16"/>
              </w:rPr>
              <w:t>Countywide (zone-level records).</w:t>
            </w:r>
          </w:p>
        </w:tc>
        <w:tc>
          <w:tcPr>
            <w:tcW w:type="dxa" w:w="1862"/>
          </w:tcPr>
          <w:p>
            <w:pPr>
              <w:spacing w:after="0"/>
              <w:jc w:val="left"/>
            </w:pPr>
          </w:p>
        </w:tc>
      </w:tr>
      <w:tr>
        <w:trPr>
          <w:cantSplit/>
        </w:trPr>
        <w:tc>
          <w:tcPr>
            <w:tcW w:type="dxa" w:w="1766"/>
          </w:tcPr>
          <w:p>
            <w:pPr>
              <w:spacing w:after="0"/>
              <w:jc w:val="left"/>
            </w:pPr>
            <w:r>
              <w:rPr>
                <w:sz w:val="16"/>
              </w:rPr>
              <w:t>Drought</w:t>
            </w:r>
          </w:p>
        </w:tc>
        <w:tc>
          <w:tcPr>
            <w:tcW w:type="dxa" w:w="1807"/>
          </w:tcPr>
          <w:p>
            <w:pPr>
              <w:spacing w:after="0"/>
              <w:jc w:val="left"/>
            </w:pPr>
            <w:r>
              <w:rPr>
                <w:sz w:val="16"/>
              </w:rPr>
              <w:t>U.S. Drought Monitor scale (D0 to D4)</w:t>
            </w:r>
          </w:p>
        </w:tc>
        <w:tc>
          <w:tcPr>
            <w:tcW w:type="dxa" w:w="1696"/>
          </w:tcPr>
          <w:p>
            <w:pPr>
              <w:spacing w:after="0"/>
              <w:jc w:val="right"/>
            </w:pPr>
            <w:r>
              <w:rPr>
                <w:sz w:val="16"/>
              </w:rPr>
              <w:t>19 records, 1997 to 2026 (19 zone-level)</w:t>
            </w:r>
          </w:p>
        </w:tc>
        <w:tc>
          <w:tcPr>
            <w:tcW w:type="dxa" w:w="1802"/>
          </w:tcPr>
          <w:p>
            <w:pPr>
              <w:spacing w:after="0"/>
              <w:jc w:val="left"/>
            </w:pPr>
            <w:r>
              <w:rPr>
                <w:sz w:val="16"/>
              </w:rPr>
              <w:t>25 days to 153 days (median 91 days); 7 with a recorded value</w:t>
            </w:r>
          </w:p>
        </w:tc>
        <w:tc>
          <w:tcPr>
            <w:tcW w:type="dxa" w:w="1569"/>
          </w:tcPr>
          <w:p>
            <w:pPr>
              <w:spacing w:after="0"/>
              <w:jc w:val="left"/>
            </w:pPr>
            <w:r>
              <w:rPr>
                <w:sz w:val="16"/>
              </w:rPr>
              <w:t>153 days (5 months), 1999-06-01 to 1999-10-31, a run of 5 consecutive Storm Events drought records, zone-level</w:t>
            </w:r>
          </w:p>
        </w:tc>
        <w:tc>
          <w:tcPr>
            <w:tcW w:type="dxa" w:w="1599"/>
          </w:tcPr>
          <w:p>
            <w:pPr>
              <w:spacing w:after="0"/>
              <w:jc w:val="left"/>
            </w:pPr>
          </w:p>
        </w:tc>
        <w:tc>
          <w:tcPr>
            <w:tcW w:type="dxa" w:w="2012"/>
          </w:tcPr>
          <w:p>
            <w:pPr>
              <w:spacing w:after="0"/>
              <w:jc w:val="left"/>
            </w:pPr>
            <w:r>
              <w:rPr>
                <w:sz w:val="16"/>
              </w:rPr>
              <w:t>Countywide (zone-level records).</w:t>
            </w:r>
          </w:p>
        </w:tc>
        <w:tc>
          <w:tcPr>
            <w:tcW w:type="dxa" w:w="18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6"/>
          </w:tcPr>
          <w:p>
            <w:pPr>
              <w:spacing w:after="0"/>
              <w:jc w:val="left"/>
            </w:pPr>
            <w:r>
              <w:rPr>
                <w:sz w:val="16"/>
              </w:rPr>
              <w:t>Earthquake</w:t>
            </w:r>
          </w:p>
        </w:tc>
        <w:tc>
          <w:tcPr>
            <w:tcW w:type="dxa" w:w="1807"/>
          </w:tcPr>
          <w:p>
            <w:pPr>
              <w:spacing w:after="0"/>
              <w:jc w:val="left"/>
            </w:pPr>
            <w:r>
              <w:rPr>
                <w:sz w:val="16"/>
              </w:rPr>
              <w:t>Modified Mercalli (local data)</w:t>
            </w:r>
          </w:p>
        </w:tc>
        <w:tc>
          <w:tcPr>
            <w:tcW w:type="dxa" w:w="1696"/>
          </w:tcPr>
          <w:p>
            <w:pPr>
              <w:spacing w:after="0"/>
              <w:jc w:val="right"/>
            </w:pPr>
            <w:r>
              <w:rPr>
                <w:sz w:val="16"/>
              </w:rPr>
              <w:t>0</w:t>
            </w:r>
          </w:p>
        </w:tc>
        <w:tc>
          <w:tcPr>
            <w:tcW w:type="dxa" w:w="1802"/>
          </w:tcPr>
          <w:p>
            <w:pPr>
              <w:spacing w:after="0"/>
              <w:jc w:val="left"/>
            </w:pPr>
          </w:p>
        </w:tc>
        <w:tc>
          <w:tcPr>
            <w:tcW w:type="dxa" w:w="1569"/>
          </w:tcPr>
          <w:p>
            <w:pPr>
              <w:spacing w:after="0"/>
              <w:jc w:val="left"/>
            </w:pPr>
          </w:p>
        </w:tc>
        <w:tc>
          <w:tcPr>
            <w:tcW w:type="dxa" w:w="1599"/>
          </w:tcPr>
          <w:p>
            <w:pPr>
              <w:spacing w:after="0"/>
              <w:jc w:val="left"/>
            </w:pPr>
          </w:p>
        </w:tc>
        <w:tc>
          <w:tcPr>
            <w:tcW w:type="dxa" w:w="2012"/>
          </w:tcPr>
          <w:p>
            <w:pPr>
              <w:spacing w:after="0"/>
              <w:jc w:val="left"/>
            </w:pPr>
          </w:p>
        </w:tc>
        <w:tc>
          <w:tcPr>
            <w:tcW w:type="dxa" w:w="1862"/>
          </w:tcPr>
          <w:p>
            <w:pPr>
              <w:spacing w:after="0"/>
              <w:jc w:val="left"/>
            </w:pPr>
            <w:r>
              <w:rPr>
                <w:sz w:val="16"/>
              </w:rPr>
              <w:t>Storm Events does not record earthquakes; the USGS earthquake catalog is the source.</w:t>
            </w:r>
          </w:p>
        </w:tc>
      </w:tr>
      <w:tr>
        <w:trPr>
          <w:cantSplit/>
        </w:trPr>
        <w:tc>
          <w:tcPr>
            <w:tcW w:type="dxa" w:w="1766"/>
          </w:tcPr>
          <w:p>
            <w:pPr>
              <w:spacing w:after="0"/>
              <w:jc w:val="left"/>
            </w:pPr>
            <w:r>
              <w:rPr>
                <w:sz w:val="16"/>
              </w:rPr>
              <w:t>Hail</w:t>
            </w:r>
          </w:p>
        </w:tc>
        <w:tc>
          <w:tcPr>
            <w:tcW w:type="dxa" w:w="1807"/>
          </w:tcPr>
          <w:p>
            <w:pPr>
              <w:spacing w:after="0"/>
              <w:jc w:val="left"/>
            </w:pPr>
            <w:r>
              <w:rPr>
                <w:sz w:val="16"/>
              </w:rPr>
              <w:t>hail size (inches)</w:t>
            </w:r>
          </w:p>
        </w:tc>
        <w:tc>
          <w:tcPr>
            <w:tcW w:type="dxa" w:w="1696"/>
          </w:tcPr>
          <w:p>
            <w:pPr>
              <w:spacing w:after="0"/>
              <w:jc w:val="right"/>
            </w:pPr>
            <w:r>
              <w:rPr>
                <w:sz w:val="16"/>
              </w:rPr>
              <w:t>90 records, 1976 to 2024</w:t>
            </w:r>
          </w:p>
        </w:tc>
        <w:tc>
          <w:tcPr>
            <w:tcW w:type="dxa" w:w="1802"/>
          </w:tcPr>
          <w:p>
            <w:pPr>
              <w:spacing w:after="0"/>
              <w:jc w:val="left"/>
            </w:pPr>
            <w:r>
              <w:rPr>
                <w:sz w:val="16"/>
              </w:rPr>
              <w:t>0.75 in to 2 in (median 1 in); 90 with a recorded value</w:t>
            </w:r>
          </w:p>
        </w:tc>
        <w:tc>
          <w:tcPr>
            <w:tcW w:type="dxa" w:w="1569"/>
          </w:tcPr>
          <w:p>
            <w:pPr>
              <w:spacing w:after="0"/>
              <w:jc w:val="left"/>
            </w:pPr>
            <w:r>
              <w:rPr>
                <w:sz w:val="16"/>
              </w:rPr>
              <w:t>2 in hail, 2021-03-18; same size also recorded on 1980-07-08, 2016-05-02</w:t>
            </w:r>
          </w:p>
        </w:tc>
        <w:tc>
          <w:tcPr>
            <w:tcW w:type="dxa" w:w="1599"/>
          </w:tcPr>
          <w:p>
            <w:pPr>
              <w:spacing w:after="0"/>
              <w:jc w:val="left"/>
            </w:pPr>
            <w:r>
              <w:rPr>
                <w:sz w:val="16"/>
              </w:rPr>
              <w:t>Hail, 1999-04-23, $100,000 property; crops not reported (1999 dollars)</w:t>
            </w:r>
          </w:p>
        </w:tc>
        <w:tc>
          <w:tcPr>
            <w:tcW w:type="dxa" w:w="2012"/>
          </w:tcPr>
          <w:p>
            <w:pPr>
              <w:spacing w:after="0"/>
              <w:jc w:val="left"/>
            </w:pPr>
            <w:r>
              <w:rPr>
                <w:sz w:val="16"/>
              </w:rPr>
              <w:t>Event records naming jurisdictions in the plan: Pineville town (17 records), Oceana town (11 records), Mullens city (6 records).</w:t>
            </w:r>
          </w:p>
        </w:tc>
        <w:tc>
          <w:tcPr>
            <w:tcW w:type="dxa" w:w="1862"/>
          </w:tcPr>
          <w:p>
            <w:pPr>
              <w:spacing w:after="0"/>
              <w:jc w:val="left"/>
            </w:pPr>
          </w:p>
        </w:tc>
      </w:tr>
      <w:tr>
        <w:trPr>
          <w:cantSplit/>
        </w:trPr>
        <w:tc>
          <w:tcPr>
            <w:tcW w:type="dxa" w:w="1766"/>
          </w:tcPr>
          <w:p>
            <w:pPr>
              <w:spacing w:after="0"/>
              <w:jc w:val="left"/>
            </w:pPr>
            <w:r>
              <w:rPr>
                <w:sz w:val="16"/>
              </w:rPr>
              <w:t>Excessive Heat, Heat</w:t>
            </w:r>
          </w:p>
        </w:tc>
        <w:tc>
          <w:tcPr>
            <w:tcW w:type="dxa" w:w="1807"/>
          </w:tcPr>
          <w:p>
            <w:pPr>
              <w:spacing w:after="0"/>
              <w:jc w:val="left"/>
            </w:pPr>
            <w:r>
              <w:rPr>
                <w:sz w:val="16"/>
              </w:rPr>
              <w:t>heat index (in event narratives)</w:t>
            </w:r>
          </w:p>
        </w:tc>
        <w:tc>
          <w:tcPr>
            <w:tcW w:type="dxa" w:w="1696"/>
          </w:tcPr>
          <w:p>
            <w:pPr>
              <w:spacing w:after="0"/>
              <w:jc w:val="right"/>
            </w:pPr>
            <w:r>
              <w:rPr>
                <w:sz w:val="16"/>
              </w:rPr>
              <w:t>20 records, 1996 to 2011 (20 zone-level)</w:t>
            </w:r>
          </w:p>
        </w:tc>
        <w:tc>
          <w:tcPr>
            <w:tcW w:type="dxa" w:w="1802"/>
          </w:tcPr>
          <w:p>
            <w:pPr>
              <w:spacing w:after="0"/>
              <w:jc w:val="left"/>
            </w:pPr>
            <w:r>
              <w:rPr>
                <w:sz w:val="16"/>
              </w:rPr>
              <w:t>1 day to 4 days (median 2 days); 5 with a recorded value</w:t>
            </w:r>
          </w:p>
        </w:tc>
        <w:tc>
          <w:tcPr>
            <w:tcW w:type="dxa" w:w="1569"/>
          </w:tcPr>
          <w:p>
            <w:pPr>
              <w:spacing w:after="0"/>
              <w:jc w:val="left"/>
            </w:pPr>
            <w:r>
              <w:rPr>
                <w:sz w:val="16"/>
              </w:rPr>
              <w:t>4 consecutive days, 2011-07-20 to 2011-07-23, zone-level</w:t>
            </w:r>
          </w:p>
        </w:tc>
        <w:tc>
          <w:tcPr>
            <w:tcW w:type="dxa" w:w="1599"/>
          </w:tcPr>
          <w:p>
            <w:pPr>
              <w:spacing w:after="0"/>
              <w:jc w:val="left"/>
            </w:pPr>
          </w:p>
        </w:tc>
        <w:tc>
          <w:tcPr>
            <w:tcW w:type="dxa" w:w="2012"/>
          </w:tcPr>
          <w:p>
            <w:pPr>
              <w:spacing w:after="0"/>
              <w:jc w:val="left"/>
            </w:pPr>
            <w:r>
              <w:rPr>
                <w:sz w:val="16"/>
              </w:rPr>
              <w:t>Countywide (zone-level records).</w:t>
            </w:r>
          </w:p>
        </w:tc>
        <w:tc>
          <w:tcPr>
            <w:tcW w:type="dxa" w:w="1862"/>
          </w:tcPr>
          <w:p>
            <w:pPr>
              <w:spacing w:after="0"/>
              <w:jc w:val="left"/>
            </w:pPr>
            <w:r>
              <w:rPr>
                <w:sz w:val="16"/>
              </w:rPr>
              <w:t>Heat records from November to March (unseasonable warmth, not a heat wave) are counted but not used for the longest run.</w:t>
            </w:r>
          </w:p>
        </w:tc>
      </w:tr>
      <w:tr>
        <w:trPr>
          <w:cantSplit/>
        </w:trPr>
        <w:tc>
          <w:tcPr>
            <w:tcW w:type="dxa" w:w="1766"/>
          </w:tcPr>
          <w:p>
            <w:pPr>
              <w:spacing w:after="0"/>
              <w:jc w:val="left"/>
            </w:pPr>
            <w:r>
              <w:rPr>
                <w:sz w:val="16"/>
              </w:rPr>
              <w:t>Hurricane, Tropical Storm, Tropical Depression</w:t>
            </w:r>
          </w:p>
        </w:tc>
        <w:tc>
          <w:tcPr>
            <w:tcW w:type="dxa" w:w="1807"/>
          </w:tcPr>
          <w:p>
            <w:pPr>
              <w:spacing w:after="0"/>
              <w:jc w:val="left"/>
            </w:pPr>
            <w:r>
              <w:rPr>
                <w:sz w:val="16"/>
              </w:rPr>
              <w:t>Saffir-Simpson</w:t>
            </w:r>
          </w:p>
        </w:tc>
        <w:tc>
          <w:tcPr>
            <w:tcW w:type="dxa" w:w="1696"/>
          </w:tcPr>
          <w:p>
            <w:pPr>
              <w:spacing w:after="0"/>
              <w:jc w:val="right"/>
            </w:pPr>
            <w:r>
              <w:rPr>
                <w:sz w:val="16"/>
              </w:rPr>
              <w:t>0</w:t>
            </w:r>
          </w:p>
        </w:tc>
        <w:tc>
          <w:tcPr>
            <w:tcW w:type="dxa" w:w="1802"/>
          </w:tcPr>
          <w:p>
            <w:pPr>
              <w:spacing w:after="0"/>
              <w:jc w:val="left"/>
            </w:pPr>
          </w:p>
        </w:tc>
        <w:tc>
          <w:tcPr>
            <w:tcW w:type="dxa" w:w="1569"/>
          </w:tcPr>
          <w:p>
            <w:pPr>
              <w:spacing w:after="0"/>
              <w:jc w:val="left"/>
            </w:pPr>
          </w:p>
        </w:tc>
        <w:tc>
          <w:tcPr>
            <w:tcW w:type="dxa" w:w="1599"/>
          </w:tcPr>
          <w:p>
            <w:pPr>
              <w:spacing w:after="0"/>
              <w:jc w:val="left"/>
            </w:pPr>
          </w:p>
        </w:tc>
        <w:tc>
          <w:tcPr>
            <w:tcW w:type="dxa" w:w="2012"/>
          </w:tcPr>
          <w:p>
            <w:pPr>
              <w:spacing w:after="0"/>
              <w:jc w:val="left"/>
            </w:pPr>
          </w:p>
        </w:tc>
        <w:tc>
          <w:tcPr>
            <w:tcW w:type="dxa" w:w="18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6"/>
          </w:tcPr>
          <w:p>
            <w:pPr>
              <w:spacing w:after="0"/>
              <w:jc w:val="left"/>
            </w:pPr>
            <w:r>
              <w:rPr>
                <w:sz w:val="16"/>
              </w:rPr>
              <w:t>Ice Storm</w:t>
            </w:r>
          </w:p>
        </w:tc>
        <w:tc>
          <w:tcPr>
            <w:tcW w:type="dxa" w:w="1807"/>
          </w:tcPr>
          <w:p>
            <w:pPr>
              <w:spacing w:after="0"/>
              <w:jc w:val="left"/>
            </w:pPr>
            <w:r>
              <w:rPr>
                <w:sz w:val="16"/>
              </w:rPr>
              <w:t>Sperry-Piltz ice scale (local data)</w:t>
            </w:r>
          </w:p>
        </w:tc>
        <w:tc>
          <w:tcPr>
            <w:tcW w:type="dxa" w:w="1696"/>
          </w:tcPr>
          <w:p>
            <w:pPr>
              <w:spacing w:after="0"/>
              <w:jc w:val="right"/>
            </w:pPr>
            <w:r>
              <w:rPr>
                <w:sz w:val="16"/>
              </w:rPr>
              <w:t>2 records, 1997 to 1998 (2 zone-level)</w:t>
            </w:r>
          </w:p>
        </w:tc>
        <w:tc>
          <w:tcPr>
            <w:tcW w:type="dxa" w:w="1802"/>
          </w:tcPr>
          <w:p>
            <w:pPr>
              <w:spacing w:after="0"/>
              <w:jc w:val="left"/>
            </w:pPr>
          </w:p>
        </w:tc>
        <w:tc>
          <w:tcPr>
            <w:tcW w:type="dxa" w:w="1569"/>
          </w:tcPr>
          <w:p>
            <w:pPr>
              <w:spacing w:after="0"/>
              <w:jc w:val="left"/>
            </w:pPr>
            <w:r>
              <w:rPr>
                <w:sz w:val="16"/>
              </w:rPr>
              <w:t>Ice Storm, 1997-01-08, $5,000 property; crops not reported (1997 dollars); NWS zone WVZ034</w:t>
            </w:r>
          </w:p>
        </w:tc>
        <w:tc>
          <w:tcPr>
            <w:tcW w:type="dxa" w:w="1599"/>
          </w:tcPr>
          <w:p>
            <w:pPr>
              <w:spacing w:after="0"/>
              <w:jc w:val="left"/>
            </w:pPr>
          </w:p>
        </w:tc>
        <w:tc>
          <w:tcPr>
            <w:tcW w:type="dxa" w:w="2012"/>
          </w:tcPr>
          <w:p>
            <w:pPr>
              <w:spacing w:after="0"/>
              <w:jc w:val="left"/>
            </w:pPr>
            <w:r>
              <w:rPr>
                <w:sz w:val="16"/>
              </w:rPr>
              <w:t>Countywide (zone-level records).</w:t>
            </w:r>
          </w:p>
        </w:tc>
        <w:tc>
          <w:tcPr>
            <w:tcW w:type="dxa" w:w="1862"/>
          </w:tcPr>
          <w:p>
            <w:pPr>
              <w:spacing w:after="0"/>
              <w:jc w:val="left"/>
            </w:pPr>
          </w:p>
        </w:tc>
      </w:tr>
      <w:tr>
        <w:trPr>
          <w:cantSplit/>
        </w:trPr>
        <w:tc>
          <w:tcPr>
            <w:tcW w:type="dxa" w:w="1766"/>
          </w:tcPr>
          <w:p>
            <w:pPr>
              <w:spacing w:after="0"/>
              <w:jc w:val="left"/>
            </w:pPr>
            <w:r>
              <w:rPr>
                <w:sz w:val="16"/>
              </w:rPr>
              <w:t>Flash Flood, Flood, Lakeshore Flood</w:t>
            </w:r>
          </w:p>
        </w:tc>
        <w:tc>
          <w:tcPr>
            <w:tcW w:type="dxa" w:w="1807"/>
          </w:tcPr>
          <w:p>
            <w:pPr>
              <w:spacing w:after="0"/>
              <w:jc w:val="left"/>
            </w:pPr>
            <w:r>
              <w:rPr>
                <w:sz w:val="16"/>
              </w:rPr>
              <w:t>damage and flood days (flood depth: FIRM)</w:t>
            </w:r>
          </w:p>
        </w:tc>
        <w:tc>
          <w:tcPr>
            <w:tcW w:type="dxa" w:w="1696"/>
          </w:tcPr>
          <w:p>
            <w:pPr>
              <w:spacing w:after="0"/>
              <w:jc w:val="right"/>
            </w:pPr>
            <w:r>
              <w:rPr>
                <w:sz w:val="16"/>
              </w:rPr>
              <w:t>45 records, 1996 to 2025 (4 zone-level)</w:t>
            </w:r>
          </w:p>
        </w:tc>
        <w:tc>
          <w:tcPr>
            <w:tcW w:type="dxa" w:w="1802"/>
          </w:tcPr>
          <w:p>
            <w:pPr>
              <w:spacing w:after="0"/>
              <w:jc w:val="left"/>
            </w:pPr>
          </w:p>
        </w:tc>
        <w:tc>
          <w:tcPr>
            <w:tcW w:type="dxa" w:w="1569"/>
          </w:tcPr>
          <w:p>
            <w:pPr>
              <w:spacing w:after="0"/>
              <w:jc w:val="left"/>
            </w:pPr>
            <w:r>
              <w:rPr>
                <w:sz w:val="16"/>
              </w:rPr>
              <w:t>Flash Flood, 2001-07-08, $60,000,000 property; crops not reported (2001 dollars), 1 direct death</w:t>
            </w:r>
          </w:p>
        </w:tc>
        <w:tc>
          <w:tcPr>
            <w:tcW w:type="dxa" w:w="1599"/>
          </w:tcPr>
          <w:p>
            <w:pPr>
              <w:spacing w:after="0"/>
              <w:jc w:val="left"/>
            </w:pPr>
          </w:p>
        </w:tc>
        <w:tc>
          <w:tcPr>
            <w:tcW w:type="dxa" w:w="2012"/>
          </w:tcPr>
          <w:p>
            <w:pPr>
              <w:spacing w:after="0"/>
              <w:jc w:val="left"/>
            </w:pPr>
            <w:r>
              <w:rPr>
                <w:sz w:val="16"/>
              </w:rPr>
              <w:t>Event records naming jurisdictions in the plan: Oceana town (4 records). Zone-level records (4) apply countywide.</w:t>
            </w:r>
          </w:p>
        </w:tc>
        <w:tc>
          <w:tcPr>
            <w:tcW w:type="dxa" w:w="18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6"/>
          </w:tcPr>
          <w:p>
            <w:pPr>
              <w:spacing w:after="0"/>
              <w:jc w:val="left"/>
            </w:pPr>
            <w:r>
              <w:rPr>
                <w:sz w:val="16"/>
              </w:rPr>
              <w:t>Debris Flow</w:t>
            </w:r>
          </w:p>
        </w:tc>
        <w:tc>
          <w:tcPr>
            <w:tcW w:type="dxa" w:w="1807"/>
          </w:tcPr>
          <w:p>
            <w:pPr>
              <w:spacing w:after="0"/>
              <w:jc w:val="left"/>
            </w:pPr>
            <w:r>
              <w:rPr>
                <w:sz w:val="16"/>
              </w:rPr>
              <w:t>none (count and damage only)</w:t>
            </w:r>
          </w:p>
        </w:tc>
        <w:tc>
          <w:tcPr>
            <w:tcW w:type="dxa" w:w="1696"/>
          </w:tcPr>
          <w:p>
            <w:pPr>
              <w:spacing w:after="0"/>
              <w:jc w:val="right"/>
            </w:pPr>
            <w:r>
              <w:rPr>
                <w:sz w:val="16"/>
              </w:rPr>
              <w:t>0</w:t>
            </w:r>
          </w:p>
        </w:tc>
        <w:tc>
          <w:tcPr>
            <w:tcW w:type="dxa" w:w="1802"/>
          </w:tcPr>
          <w:p>
            <w:pPr>
              <w:spacing w:after="0"/>
              <w:jc w:val="left"/>
            </w:pPr>
          </w:p>
        </w:tc>
        <w:tc>
          <w:tcPr>
            <w:tcW w:type="dxa" w:w="1569"/>
          </w:tcPr>
          <w:p>
            <w:pPr>
              <w:spacing w:after="0"/>
              <w:jc w:val="left"/>
            </w:pPr>
          </w:p>
        </w:tc>
        <w:tc>
          <w:tcPr>
            <w:tcW w:type="dxa" w:w="1599"/>
          </w:tcPr>
          <w:p>
            <w:pPr>
              <w:spacing w:after="0"/>
              <w:jc w:val="left"/>
            </w:pPr>
          </w:p>
        </w:tc>
        <w:tc>
          <w:tcPr>
            <w:tcW w:type="dxa" w:w="2012"/>
          </w:tcPr>
          <w:p>
            <w:pPr>
              <w:spacing w:after="0"/>
              <w:jc w:val="left"/>
            </w:pPr>
          </w:p>
        </w:tc>
        <w:tc>
          <w:tcPr>
            <w:tcW w:type="dxa" w:w="1862"/>
          </w:tcPr>
          <w:p>
            <w:pPr>
              <w:spacing w:after="0"/>
              <w:jc w:val="left"/>
            </w:pPr>
          </w:p>
        </w:tc>
      </w:tr>
      <w:tr>
        <w:trPr>
          <w:cantSplit/>
        </w:trPr>
        <w:tc>
          <w:tcPr>
            <w:tcW w:type="dxa" w:w="1766"/>
          </w:tcPr>
          <w:p>
            <w:pPr>
              <w:spacing w:after="0"/>
              <w:jc w:val="left"/>
            </w:pPr>
            <w:r>
              <w:rPr>
                <w:sz w:val="16"/>
              </w:rPr>
              <w:t>Lightning</w:t>
            </w:r>
          </w:p>
        </w:tc>
        <w:tc>
          <w:tcPr>
            <w:tcW w:type="dxa" w:w="1807"/>
          </w:tcPr>
          <w:p>
            <w:pPr>
              <w:spacing w:after="0"/>
              <w:jc w:val="left"/>
            </w:pPr>
            <w:r>
              <w:rPr>
                <w:sz w:val="16"/>
              </w:rPr>
              <w:t>annualized frequency (the measure FEMA's Local Mitigation Planning Handbook names)</w:t>
            </w:r>
          </w:p>
        </w:tc>
        <w:tc>
          <w:tcPr>
            <w:tcW w:type="dxa" w:w="1696"/>
          </w:tcPr>
          <w:p>
            <w:pPr>
              <w:spacing w:after="0"/>
              <w:jc w:val="right"/>
            </w:pPr>
            <w:r>
              <w:rPr>
                <w:sz w:val="16"/>
              </w:rPr>
              <w:t>0</w:t>
            </w:r>
          </w:p>
        </w:tc>
        <w:tc>
          <w:tcPr>
            <w:tcW w:type="dxa" w:w="1802"/>
          </w:tcPr>
          <w:p>
            <w:pPr>
              <w:spacing w:after="0"/>
              <w:jc w:val="left"/>
            </w:pPr>
          </w:p>
        </w:tc>
        <w:tc>
          <w:tcPr>
            <w:tcW w:type="dxa" w:w="1569"/>
          </w:tcPr>
          <w:p>
            <w:pPr>
              <w:spacing w:after="0"/>
              <w:jc w:val="left"/>
            </w:pPr>
          </w:p>
        </w:tc>
        <w:tc>
          <w:tcPr>
            <w:tcW w:type="dxa" w:w="1599"/>
          </w:tcPr>
          <w:p>
            <w:pPr>
              <w:spacing w:after="0"/>
              <w:jc w:val="left"/>
            </w:pPr>
          </w:p>
        </w:tc>
        <w:tc>
          <w:tcPr>
            <w:tcW w:type="dxa" w:w="2012"/>
          </w:tcPr>
          <w:p>
            <w:pPr>
              <w:spacing w:after="0"/>
              <w:jc w:val="left"/>
            </w:pPr>
          </w:p>
        </w:tc>
        <w:tc>
          <w:tcPr>
            <w:tcW w:type="dxa" w:w="1862"/>
          </w:tcPr>
          <w:p>
            <w:pPr>
              <w:spacing w:after="0"/>
              <w:jc w:val="left"/>
            </w:pPr>
            <w:r>
              <w:rPr>
                <w:sz w:val="16"/>
              </w:rPr>
              <w:t>Storm Events lists lightning with damage or casualties.</w:t>
            </w:r>
          </w:p>
        </w:tc>
      </w:tr>
      <w:tr>
        <w:trPr>
          <w:cantSplit/>
        </w:trPr>
        <w:tc>
          <w:tcPr>
            <w:tcW w:type="dxa" w:w="1766"/>
          </w:tcPr>
          <w:p>
            <w:pPr>
              <w:spacing w:after="0"/>
              <w:jc w:val="left"/>
            </w:pPr>
            <w:r>
              <w:rPr>
                <w:sz w:val="16"/>
              </w:rPr>
              <w:t>High Wind and Strong Wind (outside NRI's Strong Wind definition)</w:t>
            </w:r>
          </w:p>
        </w:tc>
        <w:tc>
          <w:tcPr>
            <w:tcW w:type="dxa" w:w="1807"/>
          </w:tcPr>
          <w:p>
            <w:pPr>
              <w:spacing w:after="0"/>
              <w:jc w:val="left"/>
            </w:pPr>
            <w:r>
              <w:rPr>
                <w:sz w:val="16"/>
              </w:rPr>
              <w:t>wind speed (kt and mph)</w:t>
            </w:r>
          </w:p>
        </w:tc>
        <w:tc>
          <w:tcPr>
            <w:tcW w:type="dxa" w:w="1696"/>
          </w:tcPr>
          <w:p>
            <w:pPr>
              <w:spacing w:after="0"/>
              <w:jc w:val="right"/>
            </w:pPr>
            <w:r>
              <w:rPr>
                <w:sz w:val="16"/>
              </w:rPr>
              <w:t>22 records, 1999 to 2025 (22 zone-level)</w:t>
            </w:r>
          </w:p>
        </w:tc>
        <w:tc>
          <w:tcPr>
            <w:tcW w:type="dxa" w:w="1802"/>
          </w:tcPr>
          <w:p>
            <w:pPr>
              <w:spacing w:after="0"/>
              <w:jc w:val="left"/>
            </w:pPr>
            <w:r>
              <w:rPr>
                <w:sz w:val="16"/>
              </w:rPr>
              <w:t>35 kt (40 mph) to 52 kt (60 mph) (median 40 kt (46 mph)); 13 with a recorded value</w:t>
            </w:r>
          </w:p>
        </w:tc>
        <w:tc>
          <w:tcPr>
            <w:tcW w:type="dxa" w:w="1569"/>
          </w:tcPr>
          <w:p>
            <w:pPr>
              <w:spacing w:after="0"/>
              <w:jc w:val="left"/>
            </w:pPr>
            <w:r>
              <w:rPr>
                <w:sz w:val="16"/>
              </w:rPr>
              <w:t>52 kt (60 mph) estimated gust, High Wind, 2009-12-09; NWS zone WVZ034</w:t>
            </w:r>
          </w:p>
        </w:tc>
        <w:tc>
          <w:tcPr>
            <w:tcW w:type="dxa" w:w="1599"/>
          </w:tcPr>
          <w:p>
            <w:pPr>
              <w:spacing w:after="0"/>
              <w:jc w:val="left"/>
            </w:pPr>
            <w:r>
              <w:rPr>
                <w:sz w:val="16"/>
              </w:rPr>
              <w:t>Strong Wind, 2019-02-24, $50,000 property; $0 crops (zone total, 2019 dollars)</w:t>
            </w:r>
          </w:p>
        </w:tc>
        <w:tc>
          <w:tcPr>
            <w:tcW w:type="dxa" w:w="2012"/>
          </w:tcPr>
          <w:p>
            <w:pPr>
              <w:spacing w:after="0"/>
              <w:jc w:val="left"/>
            </w:pPr>
            <w:r>
              <w:rPr>
                <w:sz w:val="16"/>
              </w:rPr>
              <w:t>Countywide (zone-level records).</w:t>
            </w:r>
          </w:p>
        </w:tc>
        <w:tc>
          <w:tcPr>
            <w:tcW w:type="dxa" w:w="1862"/>
          </w:tcPr>
          <w:p>
            <w:pPr>
              <w:spacing w:after="0"/>
              <w:jc w:val="left"/>
            </w:pPr>
          </w:p>
        </w:tc>
      </w:tr>
      <w:tr>
        <w:trPr>
          <w:cantSplit/>
        </w:trPr>
        <w:tc>
          <w:tcPr>
            <w:tcW w:type="dxa" w:w="1766"/>
          </w:tcPr>
          <w:p>
            <w:pPr>
              <w:spacing w:after="0"/>
              <w:jc w:val="left"/>
            </w:pPr>
            <w:r>
              <w:rPr>
                <w:sz w:val="16"/>
              </w:rPr>
              <w:t>Thunderstorm Wind</w:t>
            </w:r>
          </w:p>
        </w:tc>
        <w:tc>
          <w:tcPr>
            <w:tcW w:type="dxa" w:w="1807"/>
          </w:tcPr>
          <w:p>
            <w:pPr>
              <w:spacing w:after="0"/>
              <w:jc w:val="left"/>
            </w:pPr>
            <w:r>
              <w:rPr>
                <w:sz w:val="16"/>
              </w:rPr>
              <w:t>wind speed (kt and mph)</w:t>
            </w:r>
          </w:p>
        </w:tc>
        <w:tc>
          <w:tcPr>
            <w:tcW w:type="dxa" w:w="1696"/>
          </w:tcPr>
          <w:p>
            <w:pPr>
              <w:spacing w:after="0"/>
              <w:jc w:val="right"/>
            </w:pPr>
            <w:r>
              <w:rPr>
                <w:sz w:val="16"/>
              </w:rPr>
              <w:t>94 records, 1983 to 2026</w:t>
            </w:r>
          </w:p>
        </w:tc>
        <w:tc>
          <w:tcPr>
            <w:tcW w:type="dxa" w:w="1802"/>
          </w:tcPr>
          <w:p>
            <w:pPr>
              <w:spacing w:after="0"/>
              <w:jc w:val="left"/>
            </w:pPr>
            <w:r>
              <w:rPr>
                <w:sz w:val="16"/>
              </w:rPr>
              <w:t>43 kt (49 mph) to 55 kt (63 mph) (median 50 kt (58 mph)); 70 with a recorded value</w:t>
            </w:r>
          </w:p>
        </w:tc>
        <w:tc>
          <w:tcPr>
            <w:tcW w:type="dxa" w:w="1569"/>
          </w:tcPr>
          <w:p>
            <w:pPr>
              <w:spacing w:after="0"/>
              <w:jc w:val="left"/>
            </w:pPr>
            <w:r>
              <w:rPr>
                <w:sz w:val="16"/>
              </w:rPr>
              <w:t>55 kt (63 mph) estimated gust, Thunderstorm Wind, 2009-02-11</w:t>
            </w:r>
          </w:p>
        </w:tc>
        <w:tc>
          <w:tcPr>
            <w:tcW w:type="dxa" w:w="1599"/>
          </w:tcPr>
          <w:p>
            <w:pPr>
              <w:spacing w:after="0"/>
              <w:jc w:val="left"/>
            </w:pPr>
            <w:r>
              <w:rPr>
                <w:sz w:val="16"/>
              </w:rPr>
              <w:t>Thunderstorm Wind, 2012-06-29, $250,000 property; $0 crops (2012 dollars)</w:t>
            </w:r>
          </w:p>
        </w:tc>
        <w:tc>
          <w:tcPr>
            <w:tcW w:type="dxa" w:w="2012"/>
          </w:tcPr>
          <w:p>
            <w:pPr>
              <w:spacing w:after="0"/>
              <w:jc w:val="left"/>
            </w:pPr>
            <w:r>
              <w:rPr>
                <w:sz w:val="16"/>
              </w:rPr>
              <w:t>Event records naming jurisdictions in the plan: Pineville town (11 records), Mullens city (9 records), Oceana town (4 records).</w:t>
            </w:r>
          </w:p>
        </w:tc>
        <w:tc>
          <w:tcPr>
            <w:tcW w:type="dxa" w:w="1862"/>
          </w:tcPr>
          <w:p>
            <w:pPr>
              <w:spacing w:after="0"/>
              <w:jc w:val="left"/>
            </w:pPr>
          </w:p>
        </w:tc>
      </w:tr>
      <w:tr>
        <w:trPr>
          <w:cantSplit/>
        </w:trPr>
        <w:tc>
          <w:tcPr>
            <w:tcW w:type="dxa" w:w="1766"/>
          </w:tcPr>
          <w:p>
            <w:pPr>
              <w:spacing w:after="0"/>
              <w:jc w:val="left"/>
            </w:pPr>
            <w:r>
              <w:rPr>
                <w:sz w:val="16"/>
              </w:rPr>
              <w:t>Tornado</w:t>
            </w:r>
          </w:p>
        </w:tc>
        <w:tc>
          <w:tcPr>
            <w:tcW w:type="dxa" w:w="1807"/>
          </w:tcPr>
          <w:p>
            <w:pPr>
              <w:spacing w:after="0"/>
              <w:jc w:val="left"/>
            </w:pPr>
            <w:r>
              <w:rPr>
                <w:sz w:val="16"/>
              </w:rPr>
              <w:t>Enhanced Fujita (Fujita before Feb 2007)</w:t>
            </w:r>
          </w:p>
        </w:tc>
        <w:tc>
          <w:tcPr>
            <w:tcW w:type="dxa" w:w="1696"/>
          </w:tcPr>
          <w:p>
            <w:pPr>
              <w:spacing w:after="0"/>
              <w:jc w:val="right"/>
            </w:pPr>
            <w:r>
              <w:rPr>
                <w:sz w:val="16"/>
              </w:rPr>
              <w:t>1 record, 1974</w:t>
            </w:r>
          </w:p>
        </w:tc>
        <w:tc>
          <w:tcPr>
            <w:tcW w:type="dxa" w:w="1802"/>
          </w:tcPr>
          <w:p>
            <w:pPr>
              <w:spacing w:after="0"/>
              <w:jc w:val="left"/>
            </w:pPr>
            <w:r>
              <w:rPr>
                <w:sz w:val="16"/>
              </w:rPr>
              <w:t>F/EF1; 1 with a recorded value</w:t>
            </w:r>
          </w:p>
        </w:tc>
        <w:tc>
          <w:tcPr>
            <w:tcW w:type="dxa" w:w="1569"/>
          </w:tcPr>
          <w:p>
            <w:pPr>
              <w:spacing w:after="0"/>
              <w:jc w:val="left"/>
            </w:pPr>
            <w:r>
              <w:rPr>
                <w:sz w:val="16"/>
              </w:rPr>
              <w:t>F1 tornado, 1974-04-04, 4.9 mi path length (whole path, pre-1996), 33 yd wide, $2,500,000 property; crops not recorded (1974 dollars), 9 direct injuries</w:t>
            </w:r>
          </w:p>
        </w:tc>
        <w:tc>
          <w:tcPr>
            <w:tcW w:type="dxa" w:w="1599"/>
          </w:tcPr>
          <w:p>
            <w:pPr>
              <w:spacing w:after="0"/>
              <w:jc w:val="left"/>
            </w:pPr>
          </w:p>
        </w:tc>
        <w:tc>
          <w:tcPr>
            <w:tcW w:type="dxa" w:w="2012"/>
          </w:tcPr>
          <w:p>
            <w:pPr>
              <w:spacing w:after="0"/>
              <w:jc w:val="left"/>
            </w:pPr>
            <w:r>
              <w:rPr>
                <w:sz w:val="16"/>
              </w:rPr>
              <w:t>No event record names a jurisdiction in the plan.</w:t>
            </w:r>
          </w:p>
        </w:tc>
        <w:tc>
          <w:tcPr>
            <w:tcW w:type="dxa" w:w="18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6"/>
          </w:tcPr>
          <w:p>
            <w:pPr>
              <w:spacing w:after="0"/>
              <w:jc w:val="left"/>
            </w:pPr>
            <w:r>
              <w:rPr>
                <w:sz w:val="16"/>
              </w:rPr>
              <w:t>Wildfire</w:t>
            </w:r>
          </w:p>
        </w:tc>
        <w:tc>
          <w:tcPr>
            <w:tcW w:type="dxa" w:w="1807"/>
          </w:tcPr>
          <w:p>
            <w:pPr>
              <w:spacing w:after="0"/>
              <w:jc w:val="left"/>
            </w:pPr>
            <w:r>
              <w:rPr>
                <w:sz w:val="16"/>
              </w:rPr>
              <w:t>acres burned (local data)</w:t>
            </w:r>
          </w:p>
        </w:tc>
        <w:tc>
          <w:tcPr>
            <w:tcW w:type="dxa" w:w="1696"/>
          </w:tcPr>
          <w:p>
            <w:pPr>
              <w:spacing w:after="0"/>
              <w:jc w:val="right"/>
            </w:pPr>
            <w:r>
              <w:rPr>
                <w:sz w:val="16"/>
              </w:rPr>
              <w:t>3 records, 1999 to 2001</w:t>
            </w:r>
          </w:p>
        </w:tc>
        <w:tc>
          <w:tcPr>
            <w:tcW w:type="dxa" w:w="1802"/>
          </w:tcPr>
          <w:p>
            <w:pPr>
              <w:spacing w:after="0"/>
              <w:jc w:val="left"/>
            </w:pPr>
          </w:p>
        </w:tc>
        <w:tc>
          <w:tcPr>
            <w:tcW w:type="dxa" w:w="1569"/>
          </w:tcPr>
          <w:p>
            <w:pPr>
              <w:spacing w:after="0"/>
              <w:jc w:val="left"/>
            </w:pPr>
            <w:r>
              <w:rPr>
                <w:sz w:val="16"/>
              </w:rPr>
              <w:t>No damage reported in 3 records.</w:t>
            </w:r>
          </w:p>
        </w:tc>
        <w:tc>
          <w:tcPr>
            <w:tcW w:type="dxa" w:w="1599"/>
          </w:tcPr>
          <w:p>
            <w:pPr>
              <w:spacing w:after="0"/>
              <w:jc w:val="left"/>
            </w:pPr>
          </w:p>
        </w:tc>
        <w:tc>
          <w:tcPr>
            <w:tcW w:type="dxa" w:w="2012"/>
          </w:tcPr>
          <w:p>
            <w:pPr>
              <w:spacing w:after="0"/>
              <w:jc w:val="left"/>
            </w:pPr>
            <w:r>
              <w:rPr>
                <w:sz w:val="16"/>
              </w:rPr>
              <w:t>No event record names a jurisdiction in the plan.</w:t>
            </w:r>
          </w:p>
        </w:tc>
        <w:tc>
          <w:tcPr>
            <w:tcW w:type="dxa" w:w="1862"/>
          </w:tcPr>
          <w:p>
            <w:pPr>
              <w:spacing w:after="0"/>
              <w:jc w:val="left"/>
            </w:pPr>
          </w:p>
        </w:tc>
      </w:tr>
      <w:tr>
        <w:trPr>
          <w:cantSplit/>
        </w:trPr>
        <w:tc>
          <w:tcPr>
            <w:tcW w:type="dxa" w:w="1766"/>
          </w:tcPr>
          <w:p>
            <w:pPr>
              <w:spacing w:after="0"/>
              <w:jc w:val="left"/>
            </w:pPr>
            <w:r>
              <w:rPr>
                <w:sz w:val="16"/>
              </w:rPr>
              <w:t>Winter Storm, Heavy Snow, Blizzard, Lake-Effect Snow, Winter Weather, Sleet</w:t>
            </w:r>
          </w:p>
        </w:tc>
        <w:tc>
          <w:tcPr>
            <w:tcW w:type="dxa" w:w="1807"/>
          </w:tcPr>
          <w:p>
            <w:pPr>
              <w:spacing w:after="0"/>
              <w:jc w:val="left"/>
            </w:pPr>
            <w:r>
              <w:rPr>
                <w:sz w:val="16"/>
              </w:rPr>
              <w:t>none in data (snowfall: local data)</w:t>
            </w:r>
          </w:p>
        </w:tc>
        <w:tc>
          <w:tcPr>
            <w:tcW w:type="dxa" w:w="1696"/>
          </w:tcPr>
          <w:p>
            <w:pPr>
              <w:spacing w:after="0"/>
              <w:jc w:val="right"/>
            </w:pPr>
            <w:r>
              <w:rPr>
                <w:sz w:val="16"/>
              </w:rPr>
              <w:t>88 records, 1996 to 2026 (88 zone-level)</w:t>
            </w:r>
          </w:p>
        </w:tc>
        <w:tc>
          <w:tcPr>
            <w:tcW w:type="dxa" w:w="1802"/>
          </w:tcPr>
          <w:p>
            <w:pPr>
              <w:spacing w:after="0"/>
              <w:jc w:val="left"/>
            </w:pPr>
          </w:p>
        </w:tc>
        <w:tc>
          <w:tcPr>
            <w:tcW w:type="dxa" w:w="1569"/>
          </w:tcPr>
          <w:p>
            <w:pPr>
              <w:spacing w:after="0"/>
              <w:jc w:val="left"/>
            </w:pPr>
            <w:r>
              <w:rPr>
                <w:sz w:val="16"/>
              </w:rPr>
              <w:t>Heavy Snow, 1998-01-27, $1,000,000 property; crops not reported (1998 dollars); NWS zone WVZ034</w:t>
            </w:r>
          </w:p>
        </w:tc>
        <w:tc>
          <w:tcPr>
            <w:tcW w:type="dxa" w:w="1599"/>
          </w:tcPr>
          <w:p>
            <w:pPr>
              <w:spacing w:after="0"/>
              <w:jc w:val="left"/>
            </w:pPr>
          </w:p>
        </w:tc>
        <w:tc>
          <w:tcPr>
            <w:tcW w:type="dxa" w:w="2012"/>
          </w:tcPr>
          <w:p>
            <w:pPr>
              <w:spacing w:after="0"/>
              <w:jc w:val="left"/>
            </w:pPr>
            <w:r>
              <w:rPr>
                <w:sz w:val="16"/>
              </w:rPr>
              <w:t>Countywide (zone-level records).</w:t>
            </w:r>
          </w:p>
        </w:tc>
        <w:tc>
          <w:tcPr>
            <w:tcW w:type="dxa" w:w="18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6"/>
        <w:gridCol w:w="3054"/>
        <w:gridCol w:w="2157"/>
        <w:gridCol w:w="2381"/>
        <w:gridCol w:w="121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6"/>
            <w:shd w:val="clear" w:color="auto" w:fill="E8E8E8"/>
          </w:tcPr>
          <w:p>
            <w:pPr>
              <w:spacing w:after="0"/>
              <w:jc w:val="left"/>
            </w:pPr>
            <w:r>
              <w:rPr>
                <w:b/>
                <w:sz w:val="16"/>
              </w:rPr>
              <w:t>Type</w:t>
            </w:r>
          </w:p>
        </w:tc>
        <w:tc>
          <w:tcPr>
            <w:tcW w:type="dxa" w:w="3054"/>
            <w:shd w:val="clear" w:color="auto" w:fill="E8E8E8"/>
          </w:tcPr>
          <w:p>
            <w:pPr>
              <w:spacing w:after="0"/>
              <w:jc w:val="left"/>
            </w:pPr>
            <w:r>
              <w:rPr>
                <w:b/>
                <w:sz w:val="16"/>
              </w:rPr>
              <w:t>Title</w:t>
            </w:r>
          </w:p>
        </w:tc>
        <w:tc>
          <w:tcPr>
            <w:tcW w:type="dxa" w:w="2157"/>
            <w:shd w:val="clear" w:color="auto" w:fill="E8E8E8"/>
          </w:tcPr>
          <w:p>
            <w:pPr>
              <w:spacing w:after="0"/>
              <w:jc w:val="left"/>
            </w:pPr>
            <w:r>
              <w:rPr>
                <w:b/>
                <w:sz w:val="16"/>
              </w:rPr>
              <w:t>Mapped hazard</w:t>
            </w:r>
          </w:p>
        </w:tc>
        <w:tc>
          <w:tcPr>
            <w:tcW w:type="dxa" w:w="23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306"/>
          </w:tcPr>
          <w:p>
            <w:pPr>
              <w:spacing w:after="0"/>
              <w:jc w:val="left"/>
            </w:pPr>
            <w:r>
              <w:rPr>
                <w:sz w:val="16"/>
              </w:rPr>
              <w:t>Emergency</w:t>
            </w:r>
          </w:p>
        </w:tc>
        <w:tc>
          <w:tcPr>
            <w:tcW w:type="dxa" w:w="3054"/>
          </w:tcPr>
          <w:p>
            <w:pPr>
              <w:spacing w:after="0"/>
              <w:jc w:val="left"/>
            </w:pPr>
            <w:r>
              <w:rPr>
                <w:sz w:val="16"/>
              </w:rPr>
              <w:t>Severe Winter Storm</w:t>
            </w:r>
          </w:p>
        </w:tc>
        <w:tc>
          <w:tcPr>
            <w:tcW w:type="dxa" w:w="2157"/>
          </w:tcPr>
          <w:p>
            <w:pPr>
              <w:spacing w:after="0"/>
              <w:jc w:val="left"/>
            </w:pPr>
            <w:r>
              <w:rPr>
                <w:sz w:val="16"/>
              </w:rPr>
              <w:t>Winter Weather</w:t>
            </w:r>
          </w:p>
        </w:tc>
        <w:tc>
          <w:tcPr>
            <w:tcW w:type="dxa" w:w="2381"/>
          </w:tcPr>
          <w:p>
            <w:pPr>
              <w:spacing w:after="0"/>
              <w:jc w:val="right"/>
            </w:pPr>
            <w:r>
              <w:rPr>
                <w:sz w:val="16"/>
              </w:rPr>
              <w:t>no Public Assistance recorded</w:t>
            </w:r>
          </w:p>
        </w:tc>
        <w:tc>
          <w:tcPr>
            <w:tcW w:type="dxa" w:w="1218"/>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2025-02-26</w:t>
            </w:r>
          </w:p>
        </w:tc>
        <w:tc>
          <w:tcPr>
            <w:tcW w:type="dxa" w:w="1037"/>
          </w:tcPr>
          <w:p>
            <w:pPr>
              <w:spacing w:after="0"/>
              <w:jc w:val="left"/>
            </w:pPr>
            <w:r>
              <w:rPr>
                <w:sz w:val="16"/>
              </w:rPr>
              <w:t>2025-02-15</w:t>
            </w:r>
          </w:p>
        </w:tc>
        <w:tc>
          <w:tcPr>
            <w:tcW w:type="dxa" w:w="1037"/>
          </w:tcPr>
          <w:p>
            <w:pPr>
              <w:spacing w:after="0"/>
              <w:jc w:val="left"/>
            </w:pPr>
            <w:r>
              <w:rPr>
                <w:sz w:val="16"/>
              </w:rPr>
              <w:t>DR-4861-WV</w:t>
            </w:r>
          </w:p>
        </w:tc>
        <w:tc>
          <w:tcPr>
            <w:tcW w:type="dxa" w:w="1306"/>
          </w:tcPr>
          <w:p>
            <w:pPr>
              <w:spacing w:after="0"/>
              <w:jc w:val="left"/>
            </w:pPr>
            <w:r>
              <w:rPr>
                <w:sz w:val="16"/>
              </w:rPr>
              <w:t>Major disaster</w:t>
            </w:r>
          </w:p>
        </w:tc>
        <w:tc>
          <w:tcPr>
            <w:tcW w:type="dxa" w:w="3054"/>
          </w:tcPr>
          <w:p>
            <w:pPr>
              <w:spacing w:after="0"/>
              <w:jc w:val="left"/>
            </w:pPr>
            <w:r>
              <w:rPr>
                <w:sz w:val="16"/>
              </w:rPr>
              <w:t>Severe Storm, Straight-Line Winds, Flooding, Landslides, and Mudslides</w:t>
            </w:r>
          </w:p>
        </w:tc>
        <w:tc>
          <w:tcPr>
            <w:tcW w:type="dxa" w:w="2157"/>
          </w:tcPr>
          <w:p>
            <w:pPr>
              <w:spacing w:after="0"/>
              <w:jc w:val="left"/>
            </w:pPr>
            <w:r>
              <w:rPr>
                <w:sz w:val="16"/>
              </w:rPr>
              <w:t>Inland Flooding; Landslide; Strong Wind</w:t>
            </w:r>
          </w:p>
        </w:tc>
        <w:tc>
          <w:tcPr>
            <w:tcW w:type="dxa" w:w="2381"/>
          </w:tcPr>
          <w:p>
            <w:pPr>
              <w:spacing w:after="0"/>
              <w:jc w:val="right"/>
            </w:pPr>
            <w:r>
              <w:rPr>
                <w:sz w:val="16"/>
              </w:rPr>
              <w:t>$5,346,113.62</w:t>
            </w:r>
          </w:p>
        </w:tc>
        <w:tc>
          <w:tcPr>
            <w:tcW w:type="dxa" w:w="1218"/>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306"/>
          </w:tcPr>
          <w:p>
            <w:pPr>
              <w:spacing w:after="0"/>
              <w:jc w:val="left"/>
            </w:pPr>
            <w:r>
              <w:rPr>
                <w:sz w:val="16"/>
              </w:rPr>
              <w:t>Major disaster</w:t>
            </w:r>
          </w:p>
        </w:tc>
        <w:tc>
          <w:tcPr>
            <w:tcW w:type="dxa" w:w="3054"/>
          </w:tcPr>
          <w:p>
            <w:pPr>
              <w:spacing w:after="0"/>
              <w:jc w:val="left"/>
            </w:pPr>
            <w:r>
              <w:rPr>
                <w:sz w:val="16"/>
              </w:rPr>
              <w:t>COVID-19 Pandemic</w:t>
            </w:r>
          </w:p>
        </w:tc>
        <w:tc>
          <w:tcPr>
            <w:tcW w:type="dxa" w:w="2157"/>
          </w:tcPr>
          <w:p>
            <w:pPr>
              <w:spacing w:after="0"/>
              <w:jc w:val="left"/>
            </w:pPr>
            <w:r>
              <w:rPr>
                <w:sz w:val="16"/>
              </w:rPr>
              <w:t>Non-natural, not counted</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306"/>
          </w:tcPr>
          <w:p>
            <w:pPr>
              <w:spacing w:after="0"/>
              <w:jc w:val="left"/>
            </w:pPr>
            <w:r>
              <w:rPr>
                <w:sz w:val="16"/>
              </w:rPr>
              <w:t>Emergency</w:t>
            </w:r>
          </w:p>
        </w:tc>
        <w:tc>
          <w:tcPr>
            <w:tcW w:type="dxa" w:w="3054"/>
          </w:tcPr>
          <w:p>
            <w:pPr>
              <w:spacing w:after="0"/>
              <w:jc w:val="left"/>
            </w:pPr>
            <w:r>
              <w:rPr>
                <w:sz w:val="16"/>
              </w:rPr>
              <w:t>COVID-19</w:t>
            </w:r>
          </w:p>
        </w:tc>
        <w:tc>
          <w:tcPr>
            <w:tcW w:type="dxa" w:w="2157"/>
          </w:tcPr>
          <w:p>
            <w:pPr>
              <w:spacing w:after="0"/>
              <w:jc w:val="left"/>
            </w:pPr>
            <w:r>
              <w:rPr>
                <w:sz w:val="16"/>
              </w:rPr>
              <w:t>Non-natural, not counted</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r>
              <w:rPr>
                <w:sz w:val="16"/>
              </w:rPr>
              <w:t>same incident as DR-4517</w:t>
            </w: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306"/>
          </w:tcPr>
          <w:p>
            <w:pPr>
              <w:spacing w:after="0"/>
              <w:jc w:val="left"/>
            </w:pPr>
            <w:r>
              <w:rPr>
                <w:sz w:val="16"/>
              </w:rPr>
              <w:t>Major disaster</w:t>
            </w:r>
          </w:p>
        </w:tc>
        <w:tc>
          <w:tcPr>
            <w:tcW w:type="dxa" w:w="3054"/>
          </w:tcPr>
          <w:p>
            <w:pPr>
              <w:spacing w:after="0"/>
              <w:jc w:val="left"/>
            </w:pPr>
            <w:r>
              <w:rPr>
                <w:sz w:val="16"/>
              </w:rPr>
              <w:t>Severe Winter Storm, Flooding, Landslides, and Mudslides</w:t>
            </w:r>
          </w:p>
        </w:tc>
        <w:tc>
          <w:tcPr>
            <w:tcW w:type="dxa" w:w="2157"/>
          </w:tcPr>
          <w:p>
            <w:pPr>
              <w:spacing w:after="0"/>
              <w:jc w:val="left"/>
            </w:pPr>
            <w:r>
              <w:rPr>
                <w:sz w:val="16"/>
              </w:rPr>
              <w:t>Inland Flooding; Landslide; Winter Weather</w:t>
            </w:r>
          </w:p>
        </w:tc>
        <w:tc>
          <w:tcPr>
            <w:tcW w:type="dxa" w:w="2381"/>
          </w:tcPr>
          <w:p>
            <w:pPr>
              <w:spacing w:after="0"/>
              <w:jc w:val="right"/>
            </w:pPr>
            <w:r>
              <w:rPr>
                <w:sz w:val="16"/>
              </w:rPr>
              <w:t>$57,534.17</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306"/>
          </w:tcPr>
          <w:p>
            <w:pPr>
              <w:spacing w:after="0"/>
              <w:jc w:val="left"/>
            </w:pPr>
            <w:r>
              <w:rPr>
                <w:sz w:val="16"/>
              </w:rPr>
              <w:t>Major disaster</w:t>
            </w:r>
          </w:p>
        </w:tc>
        <w:tc>
          <w:tcPr>
            <w:tcW w:type="dxa" w:w="3054"/>
          </w:tcPr>
          <w:p>
            <w:pPr>
              <w:spacing w:after="0"/>
              <w:jc w:val="left"/>
            </w:pPr>
            <w:r>
              <w:rPr>
                <w:sz w:val="16"/>
              </w:rPr>
              <w:t>Hurricane Sandy</w:t>
            </w:r>
          </w:p>
        </w:tc>
        <w:tc>
          <w:tcPr>
            <w:tcW w:type="dxa" w:w="2157"/>
          </w:tcPr>
          <w:p>
            <w:pPr>
              <w:spacing w:after="0"/>
              <w:jc w:val="left"/>
            </w:pPr>
            <w:r>
              <w:rPr>
                <w:sz w:val="16"/>
              </w:rPr>
              <w:t>Hurricane</w:t>
            </w:r>
          </w:p>
        </w:tc>
        <w:tc>
          <w:tcPr>
            <w:tcW w:type="dxa" w:w="2381"/>
          </w:tcPr>
          <w:p>
            <w:pPr>
              <w:spacing w:after="0"/>
              <w:jc w:val="right"/>
            </w:pPr>
            <w:r>
              <w:rPr>
                <w:sz w:val="16"/>
              </w:rPr>
              <w:t>$29,189.91</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306"/>
          </w:tcPr>
          <w:p>
            <w:pPr>
              <w:spacing w:after="0"/>
              <w:jc w:val="left"/>
            </w:pPr>
            <w:r>
              <w:rPr>
                <w:sz w:val="16"/>
              </w:rPr>
              <w:t>Emergency</w:t>
            </w:r>
          </w:p>
        </w:tc>
        <w:tc>
          <w:tcPr>
            <w:tcW w:type="dxa" w:w="3054"/>
          </w:tcPr>
          <w:p>
            <w:pPr>
              <w:spacing w:after="0"/>
              <w:jc w:val="left"/>
            </w:pPr>
            <w:r>
              <w:rPr>
                <w:sz w:val="16"/>
              </w:rPr>
              <w:t>Hurricane Sandy</w:t>
            </w:r>
          </w:p>
        </w:tc>
        <w:tc>
          <w:tcPr>
            <w:tcW w:type="dxa" w:w="2157"/>
          </w:tcPr>
          <w:p>
            <w:pPr>
              <w:spacing w:after="0"/>
              <w:jc w:val="left"/>
            </w:pPr>
            <w:r>
              <w:rPr>
                <w:sz w:val="16"/>
              </w:rPr>
              <w:t>Hurricane</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306"/>
          </w:tcPr>
          <w:p>
            <w:pPr>
              <w:spacing w:after="0"/>
              <w:jc w:val="left"/>
            </w:pPr>
            <w:r>
              <w:rPr>
                <w:sz w:val="16"/>
              </w:rPr>
              <w:t>Major disaster</w:t>
            </w:r>
          </w:p>
        </w:tc>
        <w:tc>
          <w:tcPr>
            <w:tcW w:type="dxa" w:w="3054"/>
          </w:tcPr>
          <w:p>
            <w:pPr>
              <w:spacing w:after="0"/>
              <w:jc w:val="left"/>
            </w:pPr>
            <w:r>
              <w:rPr>
                <w:sz w:val="16"/>
              </w:rPr>
              <w:t>Severe Storms and Straight-Line Winds</w:t>
            </w:r>
          </w:p>
        </w:tc>
        <w:tc>
          <w:tcPr>
            <w:tcW w:type="dxa" w:w="2157"/>
          </w:tcPr>
          <w:p>
            <w:pPr>
              <w:spacing w:after="0"/>
              <w:jc w:val="left"/>
            </w:pPr>
            <w:r>
              <w:rPr>
                <w:sz w:val="16"/>
              </w:rPr>
              <w:t>Strong Wind</w:t>
            </w:r>
          </w:p>
        </w:tc>
        <w:tc>
          <w:tcPr>
            <w:tcW w:type="dxa" w:w="2381"/>
          </w:tcPr>
          <w:p>
            <w:pPr>
              <w:spacing w:after="0"/>
              <w:jc w:val="right"/>
            </w:pPr>
            <w:r>
              <w:rPr>
                <w:sz w:val="16"/>
              </w:rPr>
              <w:t>$33,113.90</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306"/>
          </w:tcPr>
          <w:p>
            <w:pPr>
              <w:spacing w:after="0"/>
              <w:jc w:val="left"/>
            </w:pPr>
            <w:r>
              <w:rPr>
                <w:sz w:val="16"/>
              </w:rPr>
              <w:t>Emergency</w:t>
            </w:r>
          </w:p>
        </w:tc>
        <w:tc>
          <w:tcPr>
            <w:tcW w:type="dxa" w:w="3054"/>
          </w:tcPr>
          <w:p>
            <w:pPr>
              <w:spacing w:after="0"/>
              <w:jc w:val="left"/>
            </w:pPr>
            <w:r>
              <w:rPr>
                <w:sz w:val="16"/>
              </w:rPr>
              <w:t>Severe Storms</w:t>
            </w:r>
          </w:p>
        </w:tc>
        <w:tc>
          <w:tcPr>
            <w:tcW w:type="dxa" w:w="2157"/>
          </w:tcPr>
          <w:p>
            <w:pPr>
              <w:spacing w:after="0"/>
              <w:jc w:val="left"/>
            </w:pPr>
            <w:r>
              <w:rPr>
                <w:sz w:val="16"/>
              </w:rPr>
              <w:t>Hazard not mapped (severe storm title names no single hazard); not counted</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r>
              <w:rPr>
                <w:sz w:val="16"/>
              </w:rPr>
              <w:t>same incident as DR-4071</w:t>
            </w:r>
          </w:p>
        </w:tc>
      </w:tr>
      <w:tr>
        <w:trPr>
          <w:cantSplit/>
        </w:trPr>
        <w:tc>
          <w:tcPr>
            <w:tcW w:type="dxa" w:w="1037"/>
          </w:tcPr>
          <w:p>
            <w:pPr>
              <w:spacing w:after="0"/>
              <w:jc w:val="left"/>
            </w:pPr>
            <w:r>
              <w:rPr>
                <w:sz w:val="16"/>
              </w:rPr>
              <w:t>2010-06-24</w:t>
            </w:r>
          </w:p>
        </w:tc>
        <w:tc>
          <w:tcPr>
            <w:tcW w:type="dxa" w:w="1037"/>
          </w:tcPr>
          <w:p>
            <w:pPr>
              <w:spacing w:after="0"/>
              <w:jc w:val="left"/>
            </w:pPr>
            <w:r>
              <w:rPr>
                <w:sz w:val="16"/>
              </w:rPr>
              <w:t>2010-06-12</w:t>
            </w:r>
          </w:p>
        </w:tc>
        <w:tc>
          <w:tcPr>
            <w:tcW w:type="dxa" w:w="1037"/>
          </w:tcPr>
          <w:p>
            <w:pPr>
              <w:spacing w:after="0"/>
              <w:jc w:val="left"/>
            </w:pPr>
            <w:r>
              <w:rPr>
                <w:sz w:val="16"/>
              </w:rPr>
              <w:t>DR-1918-WV</w:t>
            </w:r>
          </w:p>
        </w:tc>
        <w:tc>
          <w:tcPr>
            <w:tcW w:type="dxa" w:w="1306"/>
          </w:tcPr>
          <w:p>
            <w:pPr>
              <w:spacing w:after="0"/>
              <w:jc w:val="left"/>
            </w:pPr>
            <w:r>
              <w:rPr>
                <w:sz w:val="16"/>
              </w:rPr>
              <w:t>Major disaster</w:t>
            </w:r>
          </w:p>
        </w:tc>
        <w:tc>
          <w:tcPr>
            <w:tcW w:type="dxa" w:w="3054"/>
          </w:tcPr>
          <w:p>
            <w:pPr>
              <w:spacing w:after="0"/>
              <w:jc w:val="left"/>
            </w:pPr>
            <w:r>
              <w:rPr>
                <w:sz w:val="16"/>
              </w:rPr>
              <w:t>Severe Storms, Flooding, Mudslides, and Landslides</w:t>
            </w:r>
          </w:p>
        </w:tc>
        <w:tc>
          <w:tcPr>
            <w:tcW w:type="dxa" w:w="2157"/>
          </w:tcPr>
          <w:p>
            <w:pPr>
              <w:spacing w:after="0"/>
              <w:jc w:val="left"/>
            </w:pPr>
            <w:r>
              <w:rPr>
                <w:sz w:val="16"/>
              </w:rPr>
              <w:t>Inland Flooding (primary); also designated: Landslide</w:t>
            </w:r>
          </w:p>
        </w:tc>
        <w:tc>
          <w:tcPr>
            <w:tcW w:type="dxa" w:w="2381"/>
          </w:tcPr>
          <w:p>
            <w:pPr>
              <w:spacing w:after="0"/>
              <w:jc w:val="right"/>
            </w:pPr>
            <w:r>
              <w:rPr>
                <w:sz w:val="16"/>
              </w:rPr>
              <w:t>$119,882.93</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306"/>
          </w:tcPr>
          <w:p>
            <w:pPr>
              <w:spacing w:after="0"/>
              <w:jc w:val="left"/>
            </w:pPr>
            <w:r>
              <w:rPr>
                <w:sz w:val="16"/>
              </w:rPr>
              <w:t>Major disaster</w:t>
            </w:r>
          </w:p>
        </w:tc>
        <w:tc>
          <w:tcPr>
            <w:tcW w:type="dxa" w:w="3054"/>
          </w:tcPr>
          <w:p>
            <w:pPr>
              <w:spacing w:after="0"/>
              <w:jc w:val="left"/>
            </w:pPr>
            <w:r>
              <w:rPr>
                <w:sz w:val="16"/>
              </w:rPr>
              <w:t>Severe Winter Storm and Snowstorm</w:t>
            </w:r>
          </w:p>
        </w:tc>
        <w:tc>
          <w:tcPr>
            <w:tcW w:type="dxa" w:w="2157"/>
          </w:tcPr>
          <w:p>
            <w:pPr>
              <w:spacing w:after="0"/>
              <w:jc w:val="left"/>
            </w:pPr>
            <w:r>
              <w:rPr>
                <w:sz w:val="16"/>
              </w:rPr>
              <w:t>Winter Weather</w:t>
            </w:r>
          </w:p>
        </w:tc>
        <w:tc>
          <w:tcPr>
            <w:tcW w:type="dxa" w:w="2381"/>
          </w:tcPr>
          <w:p>
            <w:pPr>
              <w:spacing w:after="0"/>
              <w:jc w:val="right"/>
            </w:pPr>
            <w:r>
              <w:rPr>
                <w:sz w:val="16"/>
              </w:rPr>
              <w:t>$13,033.33</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2009-05-15</w:t>
            </w:r>
          </w:p>
        </w:tc>
        <w:tc>
          <w:tcPr>
            <w:tcW w:type="dxa" w:w="1037"/>
          </w:tcPr>
          <w:p>
            <w:pPr>
              <w:spacing w:after="0"/>
              <w:jc w:val="left"/>
            </w:pPr>
            <w:r>
              <w:rPr>
                <w:sz w:val="16"/>
              </w:rPr>
              <w:t>2009-05-03</w:t>
            </w:r>
          </w:p>
        </w:tc>
        <w:tc>
          <w:tcPr>
            <w:tcW w:type="dxa" w:w="1037"/>
          </w:tcPr>
          <w:p>
            <w:pPr>
              <w:spacing w:after="0"/>
              <w:jc w:val="left"/>
            </w:pPr>
            <w:r>
              <w:rPr>
                <w:sz w:val="16"/>
              </w:rPr>
              <w:t>DR-1838-WV</w:t>
            </w:r>
          </w:p>
        </w:tc>
        <w:tc>
          <w:tcPr>
            <w:tcW w:type="dxa" w:w="1306"/>
          </w:tcPr>
          <w:p>
            <w:pPr>
              <w:spacing w:after="0"/>
              <w:jc w:val="left"/>
            </w:pPr>
            <w:r>
              <w:rPr>
                <w:sz w:val="16"/>
              </w:rPr>
              <w:t>Major disaster</w:t>
            </w:r>
          </w:p>
        </w:tc>
        <w:tc>
          <w:tcPr>
            <w:tcW w:type="dxa" w:w="3054"/>
          </w:tcPr>
          <w:p>
            <w:pPr>
              <w:spacing w:after="0"/>
              <w:jc w:val="left"/>
            </w:pPr>
            <w:r>
              <w:rPr>
                <w:sz w:val="16"/>
              </w:rPr>
              <w:t>Severe Storms, Flooding, Mudslides, and Landslides</w:t>
            </w:r>
          </w:p>
        </w:tc>
        <w:tc>
          <w:tcPr>
            <w:tcW w:type="dxa" w:w="2157"/>
          </w:tcPr>
          <w:p>
            <w:pPr>
              <w:spacing w:after="0"/>
              <w:jc w:val="left"/>
            </w:pPr>
            <w:r>
              <w:rPr>
                <w:sz w:val="16"/>
              </w:rPr>
              <w:t>Inland Flooding; Landslide</w:t>
            </w:r>
          </w:p>
        </w:tc>
        <w:tc>
          <w:tcPr>
            <w:tcW w:type="dxa" w:w="2381"/>
          </w:tcPr>
          <w:p>
            <w:pPr>
              <w:spacing w:after="0"/>
              <w:jc w:val="right"/>
            </w:pPr>
            <w:r>
              <w:rPr>
                <w:sz w:val="16"/>
              </w:rPr>
              <w:t>$967,840.64</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306"/>
          </w:tcPr>
          <w:p>
            <w:pPr>
              <w:spacing w:after="0"/>
              <w:jc w:val="left"/>
            </w:pPr>
            <w:r>
              <w:rPr>
                <w:sz w:val="16"/>
              </w:rPr>
              <w:t>Major disaster</w:t>
            </w:r>
          </w:p>
        </w:tc>
        <w:tc>
          <w:tcPr>
            <w:tcW w:type="dxa" w:w="3054"/>
          </w:tcPr>
          <w:p>
            <w:pPr>
              <w:spacing w:after="0"/>
              <w:jc w:val="left"/>
            </w:pPr>
            <w:r>
              <w:rPr>
                <w:sz w:val="16"/>
              </w:rPr>
              <w:t>Severe Storms, Flooding, Landslides, and Mudslides</w:t>
            </w:r>
          </w:p>
        </w:tc>
        <w:tc>
          <w:tcPr>
            <w:tcW w:type="dxa" w:w="2157"/>
          </w:tcPr>
          <w:p>
            <w:pPr>
              <w:spacing w:after="0"/>
              <w:jc w:val="left"/>
            </w:pPr>
            <w:r>
              <w:rPr>
                <w:sz w:val="16"/>
              </w:rPr>
              <w:t>Inland Flooding; Landslide</w:t>
            </w:r>
          </w:p>
        </w:tc>
        <w:tc>
          <w:tcPr>
            <w:tcW w:type="dxa" w:w="2381"/>
          </w:tcPr>
          <w:p>
            <w:pPr>
              <w:spacing w:after="0"/>
              <w:jc w:val="right"/>
            </w:pPr>
            <w:r>
              <w:rPr>
                <w:sz w:val="16"/>
              </w:rPr>
              <w:t>$42,035.95</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306"/>
          </w:tcPr>
          <w:p>
            <w:pPr>
              <w:spacing w:after="0"/>
              <w:jc w:val="left"/>
            </w:pPr>
            <w:r>
              <w:rPr>
                <w:sz w:val="16"/>
              </w:rPr>
              <w:t>Emergency</w:t>
            </w:r>
          </w:p>
        </w:tc>
        <w:tc>
          <w:tcPr>
            <w:tcW w:type="dxa" w:w="3054"/>
          </w:tcPr>
          <w:p>
            <w:pPr>
              <w:spacing w:after="0"/>
              <w:jc w:val="left"/>
            </w:pPr>
            <w:r>
              <w:rPr>
                <w:sz w:val="16"/>
              </w:rPr>
              <w:t>Hurricane Katrina Evacuation</w:t>
            </w:r>
          </w:p>
        </w:tc>
        <w:tc>
          <w:tcPr>
            <w:tcW w:type="dxa" w:w="2157"/>
          </w:tcPr>
          <w:p>
            <w:pPr>
              <w:spacing w:after="0"/>
              <w:jc w:val="left"/>
            </w:pPr>
            <w:r>
              <w:rPr>
                <w:sz w:val="16"/>
              </w:rPr>
              <w:t>Hurricane: evacuation support, not a local hazard event; not counted</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306"/>
          </w:tcPr>
          <w:p>
            <w:pPr>
              <w:spacing w:after="0"/>
              <w:jc w:val="left"/>
            </w:pPr>
            <w:r>
              <w:rPr>
                <w:sz w:val="16"/>
              </w:rPr>
              <w:t>Major disaster</w:t>
            </w:r>
          </w:p>
        </w:tc>
        <w:tc>
          <w:tcPr>
            <w:tcW w:type="dxa" w:w="3054"/>
          </w:tcPr>
          <w:p>
            <w:pPr>
              <w:spacing w:after="0"/>
              <w:jc w:val="left"/>
            </w:pPr>
            <w:r>
              <w:rPr>
                <w:sz w:val="16"/>
              </w:rPr>
              <w:t>Severe Storms, Flooding, and Landslides</w:t>
            </w:r>
          </w:p>
        </w:tc>
        <w:tc>
          <w:tcPr>
            <w:tcW w:type="dxa" w:w="2157"/>
          </w:tcPr>
          <w:p>
            <w:pPr>
              <w:spacing w:after="0"/>
              <w:jc w:val="left"/>
            </w:pPr>
            <w:r>
              <w:rPr>
                <w:sz w:val="16"/>
              </w:rPr>
              <w:t>Inland Flooding; Landslide</w:t>
            </w:r>
          </w:p>
        </w:tc>
        <w:tc>
          <w:tcPr>
            <w:tcW w:type="dxa" w:w="2381"/>
          </w:tcPr>
          <w:p>
            <w:pPr>
              <w:spacing w:after="0"/>
              <w:jc w:val="right"/>
            </w:pPr>
            <w:r>
              <w:rPr>
                <w:sz w:val="16"/>
              </w:rPr>
              <w:t>$8,637.09</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306"/>
          </w:tcPr>
          <w:p>
            <w:pPr>
              <w:spacing w:after="0"/>
              <w:jc w:val="left"/>
            </w:pPr>
            <w:r>
              <w:rPr>
                <w:sz w:val="16"/>
              </w:rPr>
              <w:t>Major disaster</w:t>
            </w:r>
          </w:p>
        </w:tc>
        <w:tc>
          <w:tcPr>
            <w:tcW w:type="dxa" w:w="3054"/>
          </w:tcPr>
          <w:p>
            <w:pPr>
              <w:spacing w:after="0"/>
              <w:jc w:val="left"/>
            </w:pPr>
            <w:r>
              <w:rPr>
                <w:sz w:val="16"/>
              </w:rPr>
              <w:t>Severe Storms, Flooding, and Landslides</w:t>
            </w:r>
          </w:p>
        </w:tc>
        <w:tc>
          <w:tcPr>
            <w:tcW w:type="dxa" w:w="2157"/>
          </w:tcPr>
          <w:p>
            <w:pPr>
              <w:spacing w:after="0"/>
              <w:jc w:val="left"/>
            </w:pPr>
            <w:r>
              <w:rPr>
                <w:sz w:val="16"/>
              </w:rPr>
              <w:t>Inland Flooding; Landslide</w:t>
            </w:r>
          </w:p>
        </w:tc>
        <w:tc>
          <w:tcPr>
            <w:tcW w:type="dxa" w:w="2381"/>
          </w:tcPr>
          <w:p>
            <w:pPr>
              <w:spacing w:after="0"/>
              <w:jc w:val="right"/>
            </w:pPr>
            <w:r>
              <w:rPr>
                <w:sz w:val="16"/>
              </w:rPr>
              <w:t>$61,114.30</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306"/>
          </w:tcPr>
          <w:p>
            <w:pPr>
              <w:spacing w:after="0"/>
              <w:jc w:val="left"/>
            </w:pPr>
            <w:r>
              <w:rPr>
                <w:sz w:val="16"/>
              </w:rPr>
              <w:t>Major disaster</w:t>
            </w:r>
          </w:p>
        </w:tc>
        <w:tc>
          <w:tcPr>
            <w:tcW w:type="dxa" w:w="3054"/>
          </w:tcPr>
          <w:p>
            <w:pPr>
              <w:spacing w:after="0"/>
              <w:jc w:val="left"/>
            </w:pPr>
            <w:r>
              <w:rPr>
                <w:sz w:val="16"/>
              </w:rPr>
              <w:t>Severe Storms, Flooding, and Landslides</w:t>
            </w:r>
          </w:p>
        </w:tc>
        <w:tc>
          <w:tcPr>
            <w:tcW w:type="dxa" w:w="2157"/>
          </w:tcPr>
          <w:p>
            <w:pPr>
              <w:spacing w:after="0"/>
              <w:jc w:val="left"/>
            </w:pPr>
            <w:r>
              <w:rPr>
                <w:sz w:val="16"/>
              </w:rPr>
              <w:t>Inland Flooding; Landslide</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306"/>
          </w:tcPr>
          <w:p>
            <w:pPr>
              <w:spacing w:after="0"/>
              <w:jc w:val="left"/>
            </w:pPr>
            <w:r>
              <w:rPr>
                <w:sz w:val="16"/>
              </w:rPr>
              <w:t>Major disaster</w:t>
            </w:r>
          </w:p>
        </w:tc>
        <w:tc>
          <w:tcPr>
            <w:tcW w:type="dxa" w:w="3054"/>
          </w:tcPr>
          <w:p>
            <w:pPr>
              <w:spacing w:after="0"/>
              <w:jc w:val="left"/>
            </w:pPr>
            <w:r>
              <w:rPr>
                <w:sz w:val="16"/>
              </w:rPr>
              <w:t>Severe Winter Storm, Record/Near Record Snow, Heavy Rains, Flooding and Landslides</w:t>
            </w:r>
          </w:p>
        </w:tc>
        <w:tc>
          <w:tcPr>
            <w:tcW w:type="dxa" w:w="2157"/>
          </w:tcPr>
          <w:p>
            <w:pPr>
              <w:spacing w:after="0"/>
              <w:jc w:val="left"/>
            </w:pPr>
            <w:r>
              <w:rPr>
                <w:sz w:val="16"/>
              </w:rPr>
              <w:t>Inland Flooding; Landslide; Winter Weather</w:t>
            </w:r>
          </w:p>
        </w:tc>
        <w:tc>
          <w:tcPr>
            <w:tcW w:type="dxa" w:w="2381"/>
          </w:tcPr>
          <w:p>
            <w:pPr>
              <w:spacing w:after="0"/>
              <w:jc w:val="right"/>
            </w:pPr>
            <w:r>
              <w:rPr>
                <w:sz w:val="16"/>
              </w:rPr>
              <w:t>$57,043.15</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2002-05-02</w:t>
            </w:r>
          </w:p>
        </w:tc>
        <w:tc>
          <w:tcPr>
            <w:tcW w:type="dxa" w:w="1037"/>
          </w:tcPr>
          <w:p>
            <w:pPr>
              <w:spacing w:after="0"/>
              <w:jc w:val="left"/>
            </w:pPr>
            <w:r>
              <w:rPr>
                <w:sz w:val="16"/>
              </w:rPr>
              <w:t>DR-1410-WV</w:t>
            </w:r>
          </w:p>
        </w:tc>
        <w:tc>
          <w:tcPr>
            <w:tcW w:type="dxa" w:w="1306"/>
          </w:tcPr>
          <w:p>
            <w:pPr>
              <w:spacing w:after="0"/>
              <w:jc w:val="left"/>
            </w:pPr>
            <w:r>
              <w:rPr>
                <w:sz w:val="16"/>
              </w:rPr>
              <w:t>Major disaster</w:t>
            </w:r>
          </w:p>
        </w:tc>
        <w:tc>
          <w:tcPr>
            <w:tcW w:type="dxa" w:w="3054"/>
          </w:tcPr>
          <w:p>
            <w:pPr>
              <w:spacing w:after="0"/>
              <w:jc w:val="left"/>
            </w:pPr>
            <w:r>
              <w:rPr>
                <w:sz w:val="16"/>
              </w:rPr>
              <w:t>Severe Storms, Flooding and Landslides</w:t>
            </w:r>
          </w:p>
        </w:tc>
        <w:tc>
          <w:tcPr>
            <w:tcW w:type="dxa" w:w="2157"/>
          </w:tcPr>
          <w:p>
            <w:pPr>
              <w:spacing w:after="0"/>
              <w:jc w:val="left"/>
            </w:pPr>
            <w:r>
              <w:rPr>
                <w:sz w:val="16"/>
              </w:rPr>
              <w:t>Inland Flooding; Landslide</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2001-11-16</w:t>
            </w:r>
          </w:p>
        </w:tc>
        <w:tc>
          <w:tcPr>
            <w:tcW w:type="dxa" w:w="1037"/>
          </w:tcPr>
          <w:p>
            <w:pPr>
              <w:spacing w:after="0"/>
              <w:jc w:val="left"/>
            </w:pPr>
            <w:r>
              <w:rPr>
                <w:sz w:val="16"/>
              </w:rPr>
              <w:t>FM-2391-WV</w:t>
            </w:r>
          </w:p>
        </w:tc>
        <w:tc>
          <w:tcPr>
            <w:tcW w:type="dxa" w:w="1306"/>
          </w:tcPr>
          <w:p>
            <w:pPr>
              <w:spacing w:after="0"/>
              <w:jc w:val="left"/>
            </w:pPr>
            <w:r>
              <w:rPr>
                <w:sz w:val="16"/>
              </w:rPr>
              <w:t>Fire management</w:t>
            </w:r>
          </w:p>
        </w:tc>
        <w:tc>
          <w:tcPr>
            <w:tcW w:type="dxa" w:w="3054"/>
          </w:tcPr>
          <w:p>
            <w:pPr>
              <w:spacing w:after="0"/>
              <w:jc w:val="left"/>
            </w:pPr>
            <w:r>
              <w:rPr>
                <w:sz w:val="16"/>
              </w:rPr>
              <w:t>Wv - Southeast Fire Complex - 11/16/2001</w:t>
            </w:r>
          </w:p>
        </w:tc>
        <w:tc>
          <w:tcPr>
            <w:tcW w:type="dxa" w:w="2157"/>
          </w:tcPr>
          <w:p>
            <w:pPr>
              <w:spacing w:after="0"/>
              <w:jc w:val="left"/>
            </w:pPr>
            <w:r>
              <w:rPr>
                <w:sz w:val="16"/>
              </w:rPr>
              <w:t>Wildfire</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306"/>
          </w:tcPr>
          <w:p>
            <w:pPr>
              <w:spacing w:after="0"/>
              <w:jc w:val="left"/>
            </w:pPr>
            <w:r>
              <w:rPr>
                <w:sz w:val="16"/>
              </w:rPr>
              <w:t>Major disaster</w:t>
            </w:r>
          </w:p>
        </w:tc>
        <w:tc>
          <w:tcPr>
            <w:tcW w:type="dxa" w:w="3054"/>
          </w:tcPr>
          <w:p>
            <w:pPr>
              <w:spacing w:after="0"/>
              <w:jc w:val="left"/>
            </w:pPr>
            <w:r>
              <w:rPr>
                <w:sz w:val="16"/>
              </w:rPr>
              <w:t>Severe Storms, Flooding and Landslides</w:t>
            </w:r>
          </w:p>
        </w:tc>
        <w:tc>
          <w:tcPr>
            <w:tcW w:type="dxa" w:w="2157"/>
          </w:tcPr>
          <w:p>
            <w:pPr>
              <w:spacing w:after="0"/>
              <w:jc w:val="left"/>
            </w:pPr>
            <w:r>
              <w:rPr>
                <w:sz w:val="16"/>
              </w:rPr>
              <w:t>Inland Flooding; Landslide</w:t>
            </w:r>
          </w:p>
        </w:tc>
        <w:tc>
          <w:tcPr>
            <w:tcW w:type="dxa" w:w="2381"/>
          </w:tcPr>
          <w:p>
            <w:pPr>
              <w:spacing w:after="0"/>
              <w:jc w:val="right"/>
            </w:pPr>
            <w:r>
              <w:rPr>
                <w:sz w:val="16"/>
              </w:rPr>
              <w:t>$2,173,891.47</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306"/>
          </w:tcPr>
          <w:p>
            <w:pPr>
              <w:spacing w:after="0"/>
              <w:jc w:val="left"/>
            </w:pPr>
            <w:r>
              <w:rPr>
                <w:sz w:val="16"/>
              </w:rPr>
              <w:t>Major disaster</w:t>
            </w:r>
          </w:p>
        </w:tc>
        <w:tc>
          <w:tcPr>
            <w:tcW w:type="dxa" w:w="3054"/>
          </w:tcPr>
          <w:p>
            <w:pPr>
              <w:spacing w:after="0"/>
              <w:jc w:val="left"/>
            </w:pPr>
            <w:r>
              <w:rPr>
                <w:sz w:val="16"/>
              </w:rPr>
              <w:t>Flooding, Heavy Winds</w:t>
            </w:r>
          </w:p>
        </w:tc>
        <w:tc>
          <w:tcPr>
            <w:tcW w:type="dxa" w:w="2157"/>
          </w:tcPr>
          <w:p>
            <w:pPr>
              <w:spacing w:after="0"/>
              <w:jc w:val="left"/>
            </w:pPr>
            <w:r>
              <w:rPr>
                <w:sz w:val="16"/>
              </w:rPr>
              <w:t>Inland Flooding</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306"/>
          </w:tcPr>
          <w:p>
            <w:pPr>
              <w:spacing w:after="0"/>
              <w:jc w:val="left"/>
            </w:pPr>
            <w:r>
              <w:rPr>
                <w:sz w:val="16"/>
              </w:rPr>
              <w:t>Major disaster</w:t>
            </w:r>
          </w:p>
        </w:tc>
        <w:tc>
          <w:tcPr>
            <w:tcW w:type="dxa" w:w="3054"/>
          </w:tcPr>
          <w:p>
            <w:pPr>
              <w:spacing w:after="0"/>
              <w:jc w:val="left"/>
            </w:pPr>
            <w:r>
              <w:rPr>
                <w:sz w:val="16"/>
              </w:rPr>
              <w:t>Blizzard of 96 (Severe Snow Storm)</w:t>
            </w:r>
          </w:p>
        </w:tc>
        <w:tc>
          <w:tcPr>
            <w:tcW w:type="dxa" w:w="2157"/>
          </w:tcPr>
          <w:p>
            <w:pPr>
              <w:spacing w:after="0"/>
              <w:jc w:val="left"/>
            </w:pPr>
            <w:r>
              <w:rPr>
                <w:sz w:val="16"/>
              </w:rPr>
              <w:t>Winter Weather</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306"/>
          </w:tcPr>
          <w:p>
            <w:pPr>
              <w:spacing w:after="0"/>
              <w:jc w:val="left"/>
            </w:pPr>
            <w:r>
              <w:rPr>
                <w:sz w:val="16"/>
              </w:rPr>
              <w:t>Emergency</w:t>
            </w:r>
          </w:p>
        </w:tc>
        <w:tc>
          <w:tcPr>
            <w:tcW w:type="dxa" w:w="3054"/>
          </w:tcPr>
          <w:p>
            <w:pPr>
              <w:spacing w:after="0"/>
              <w:jc w:val="left"/>
            </w:pPr>
            <w:r>
              <w:rPr>
                <w:sz w:val="16"/>
              </w:rPr>
              <w:t>Severe Snowfall &amp; Winter Storm</w:t>
            </w:r>
          </w:p>
        </w:tc>
        <w:tc>
          <w:tcPr>
            <w:tcW w:type="dxa" w:w="2157"/>
          </w:tcPr>
          <w:p>
            <w:pPr>
              <w:spacing w:after="0"/>
              <w:jc w:val="left"/>
            </w:pPr>
            <w:r>
              <w:rPr>
                <w:sz w:val="16"/>
              </w:rPr>
              <w:t>Winter Weather</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DR-531-WV</w:t>
            </w:r>
          </w:p>
        </w:tc>
        <w:tc>
          <w:tcPr>
            <w:tcW w:type="dxa" w:w="1306"/>
          </w:tcPr>
          <w:p>
            <w:pPr>
              <w:spacing w:after="0"/>
              <w:jc w:val="left"/>
            </w:pPr>
            <w:r>
              <w:rPr>
                <w:sz w:val="16"/>
              </w:rPr>
              <w:t>Major disaster</w:t>
            </w:r>
          </w:p>
        </w:tc>
        <w:tc>
          <w:tcPr>
            <w:tcW w:type="dxa" w:w="3054"/>
          </w:tcPr>
          <w:p>
            <w:pPr>
              <w:spacing w:after="0"/>
              <w:jc w:val="left"/>
            </w:pPr>
            <w:r>
              <w:rPr>
                <w:sz w:val="16"/>
              </w:rPr>
              <w:t>Severe Storms &amp; Flooding</w:t>
            </w:r>
          </w:p>
        </w:tc>
        <w:tc>
          <w:tcPr>
            <w:tcW w:type="dxa" w:w="2157"/>
          </w:tcPr>
          <w:p>
            <w:pPr>
              <w:spacing w:after="0"/>
              <w:jc w:val="left"/>
            </w:pPr>
            <w:r>
              <w:rPr>
                <w:sz w:val="16"/>
              </w:rPr>
              <w:t>Inland Flooding</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1977-01-19</w:t>
            </w:r>
          </w:p>
        </w:tc>
        <w:tc>
          <w:tcPr>
            <w:tcW w:type="dxa" w:w="1037"/>
          </w:tcPr>
          <w:p>
            <w:pPr>
              <w:spacing w:after="0"/>
              <w:jc w:val="left"/>
            </w:pPr>
            <w:r>
              <w:rPr>
                <w:sz w:val="16"/>
              </w:rPr>
              <w:t>1977-01-19</w:t>
            </w:r>
          </w:p>
        </w:tc>
        <w:tc>
          <w:tcPr>
            <w:tcW w:type="dxa" w:w="1037"/>
          </w:tcPr>
          <w:p>
            <w:pPr>
              <w:spacing w:after="0"/>
              <w:jc w:val="left"/>
            </w:pPr>
            <w:r>
              <w:rPr>
                <w:sz w:val="16"/>
              </w:rPr>
              <w:t>EM-3021-WV</w:t>
            </w:r>
          </w:p>
        </w:tc>
        <w:tc>
          <w:tcPr>
            <w:tcW w:type="dxa" w:w="1306"/>
          </w:tcPr>
          <w:p>
            <w:pPr>
              <w:spacing w:after="0"/>
              <w:jc w:val="left"/>
            </w:pPr>
            <w:r>
              <w:rPr>
                <w:sz w:val="16"/>
              </w:rPr>
              <w:t>Emergency</w:t>
            </w:r>
          </w:p>
        </w:tc>
        <w:tc>
          <w:tcPr>
            <w:tcW w:type="dxa" w:w="3054"/>
          </w:tcPr>
          <w:p>
            <w:pPr>
              <w:spacing w:after="0"/>
              <w:jc w:val="left"/>
            </w:pPr>
            <w:r>
              <w:rPr>
                <w:sz w:val="16"/>
              </w:rPr>
              <w:t>Drought</w:t>
            </w:r>
          </w:p>
        </w:tc>
        <w:tc>
          <w:tcPr>
            <w:tcW w:type="dxa" w:w="2157"/>
          </w:tcPr>
          <w:p>
            <w:pPr>
              <w:spacing w:after="0"/>
              <w:jc w:val="left"/>
            </w:pPr>
            <w:r>
              <w:rPr>
                <w:sz w:val="16"/>
              </w:rPr>
              <w:t>Drought</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1974-04-11</w:t>
            </w:r>
          </w:p>
        </w:tc>
        <w:tc>
          <w:tcPr>
            <w:tcW w:type="dxa" w:w="1037"/>
          </w:tcPr>
          <w:p>
            <w:pPr>
              <w:spacing w:after="0"/>
              <w:jc w:val="left"/>
            </w:pPr>
            <w:r>
              <w:rPr>
                <w:sz w:val="16"/>
              </w:rPr>
              <w:t>1974-04-11</w:t>
            </w:r>
          </w:p>
        </w:tc>
        <w:tc>
          <w:tcPr>
            <w:tcW w:type="dxa" w:w="1037"/>
          </w:tcPr>
          <w:p>
            <w:pPr>
              <w:spacing w:after="0"/>
              <w:jc w:val="left"/>
            </w:pPr>
            <w:r>
              <w:rPr>
                <w:sz w:val="16"/>
              </w:rPr>
              <w:t>DR-426-WV</w:t>
            </w:r>
          </w:p>
        </w:tc>
        <w:tc>
          <w:tcPr>
            <w:tcW w:type="dxa" w:w="1306"/>
          </w:tcPr>
          <w:p>
            <w:pPr>
              <w:spacing w:after="0"/>
              <w:jc w:val="left"/>
            </w:pPr>
            <w:r>
              <w:rPr>
                <w:sz w:val="16"/>
              </w:rPr>
              <w:t>Major disaster</w:t>
            </w:r>
          </w:p>
        </w:tc>
        <w:tc>
          <w:tcPr>
            <w:tcW w:type="dxa" w:w="3054"/>
          </w:tcPr>
          <w:p>
            <w:pPr>
              <w:spacing w:after="0"/>
              <w:jc w:val="left"/>
            </w:pPr>
            <w:r>
              <w:rPr>
                <w:sz w:val="16"/>
              </w:rPr>
              <w:t>Severe Storms &amp; Flooding</w:t>
            </w:r>
          </w:p>
        </w:tc>
        <w:tc>
          <w:tcPr>
            <w:tcW w:type="dxa" w:w="2157"/>
          </w:tcPr>
          <w:p>
            <w:pPr>
              <w:spacing w:after="0"/>
              <w:jc w:val="left"/>
            </w:pPr>
            <w:r>
              <w:rPr>
                <w:sz w:val="16"/>
              </w:rPr>
              <w:t>Inland Flooding</w:t>
            </w:r>
          </w:p>
        </w:tc>
        <w:tc>
          <w:tcPr>
            <w:tcW w:type="dxa" w:w="2381"/>
          </w:tcPr>
          <w:p>
            <w:pPr>
              <w:spacing w:after="0"/>
              <w:jc w:val="right"/>
            </w:pPr>
            <w:r>
              <w:rPr>
                <w:sz w:val="16"/>
              </w:rPr>
              <w:t>PA not declared for this county</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1972-08-23</w:t>
            </w:r>
          </w:p>
        </w:tc>
        <w:tc>
          <w:tcPr>
            <w:tcW w:type="dxa" w:w="1037"/>
          </w:tcPr>
          <w:p>
            <w:pPr>
              <w:spacing w:after="0"/>
              <w:jc w:val="left"/>
            </w:pPr>
            <w:r>
              <w:rPr>
                <w:sz w:val="16"/>
              </w:rPr>
              <w:t>1972-08-23</w:t>
            </w:r>
          </w:p>
        </w:tc>
        <w:tc>
          <w:tcPr>
            <w:tcW w:type="dxa" w:w="1037"/>
          </w:tcPr>
          <w:p>
            <w:pPr>
              <w:spacing w:after="0"/>
              <w:jc w:val="left"/>
            </w:pPr>
            <w:r>
              <w:rPr>
                <w:sz w:val="16"/>
              </w:rPr>
              <w:t>DR-349-WV</w:t>
            </w:r>
          </w:p>
        </w:tc>
        <w:tc>
          <w:tcPr>
            <w:tcW w:type="dxa" w:w="1306"/>
          </w:tcPr>
          <w:p>
            <w:pPr>
              <w:spacing w:after="0"/>
              <w:jc w:val="left"/>
            </w:pPr>
            <w:r>
              <w:rPr>
                <w:sz w:val="16"/>
              </w:rPr>
              <w:t>Major disaster</w:t>
            </w:r>
          </w:p>
        </w:tc>
        <w:tc>
          <w:tcPr>
            <w:tcW w:type="dxa" w:w="3054"/>
          </w:tcPr>
          <w:p>
            <w:pPr>
              <w:spacing w:after="0"/>
              <w:jc w:val="left"/>
            </w:pPr>
            <w:r>
              <w:rPr>
                <w:sz w:val="16"/>
              </w:rPr>
              <w:t>Heavy Rains &amp; Flooding</w:t>
            </w:r>
          </w:p>
        </w:tc>
        <w:tc>
          <w:tcPr>
            <w:tcW w:type="dxa" w:w="2157"/>
          </w:tcPr>
          <w:p>
            <w:pPr>
              <w:spacing w:after="0"/>
              <w:jc w:val="left"/>
            </w:pPr>
            <w:r>
              <w:rPr>
                <w:sz w:val="16"/>
              </w:rPr>
              <w:t>Inland Flooding</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1972-02-27</w:t>
            </w:r>
          </w:p>
        </w:tc>
        <w:tc>
          <w:tcPr>
            <w:tcW w:type="dxa" w:w="1037"/>
          </w:tcPr>
          <w:p>
            <w:pPr>
              <w:spacing w:after="0"/>
              <w:jc w:val="left"/>
            </w:pPr>
            <w:r>
              <w:rPr>
                <w:sz w:val="16"/>
              </w:rPr>
              <w:t>1972-02-27</w:t>
            </w:r>
          </w:p>
        </w:tc>
        <w:tc>
          <w:tcPr>
            <w:tcW w:type="dxa" w:w="1037"/>
          </w:tcPr>
          <w:p>
            <w:pPr>
              <w:spacing w:after="0"/>
              <w:jc w:val="left"/>
            </w:pPr>
            <w:r>
              <w:rPr>
                <w:sz w:val="16"/>
              </w:rPr>
              <w:t>DR-323-WV</w:t>
            </w:r>
          </w:p>
        </w:tc>
        <w:tc>
          <w:tcPr>
            <w:tcW w:type="dxa" w:w="1306"/>
          </w:tcPr>
          <w:p>
            <w:pPr>
              <w:spacing w:after="0"/>
              <w:jc w:val="left"/>
            </w:pPr>
            <w:r>
              <w:rPr>
                <w:sz w:val="16"/>
              </w:rPr>
              <w:t>Major disaster</w:t>
            </w:r>
          </w:p>
        </w:tc>
        <w:tc>
          <w:tcPr>
            <w:tcW w:type="dxa" w:w="3054"/>
          </w:tcPr>
          <w:p>
            <w:pPr>
              <w:spacing w:after="0"/>
              <w:jc w:val="left"/>
            </w:pPr>
            <w:r>
              <w:rPr>
                <w:sz w:val="16"/>
              </w:rPr>
              <w:t>Heavy Rains &amp; Flooding</w:t>
            </w:r>
          </w:p>
        </w:tc>
        <w:tc>
          <w:tcPr>
            <w:tcW w:type="dxa" w:w="2157"/>
          </w:tcPr>
          <w:p>
            <w:pPr>
              <w:spacing w:after="0"/>
              <w:jc w:val="left"/>
            </w:pPr>
            <w:r>
              <w:rPr>
                <w:sz w:val="16"/>
              </w:rPr>
              <w:t>Inland Flooding</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306"/>
          </w:tcPr>
          <w:p>
            <w:pPr>
              <w:spacing w:after="0"/>
              <w:jc w:val="left"/>
            </w:pPr>
            <w:r>
              <w:rPr>
                <w:sz w:val="16"/>
              </w:rPr>
              <w:t>Major disaster</w:t>
            </w:r>
          </w:p>
        </w:tc>
        <w:tc>
          <w:tcPr>
            <w:tcW w:type="dxa" w:w="3054"/>
          </w:tcPr>
          <w:p>
            <w:pPr>
              <w:spacing w:after="0"/>
              <w:jc w:val="left"/>
            </w:pPr>
            <w:r>
              <w:rPr>
                <w:sz w:val="16"/>
              </w:rPr>
              <w:t>Flooding</w:t>
            </w:r>
          </w:p>
        </w:tc>
        <w:tc>
          <w:tcPr>
            <w:tcW w:type="dxa" w:w="2157"/>
          </w:tcPr>
          <w:p>
            <w:pPr>
              <w:spacing w:after="0"/>
              <w:jc w:val="left"/>
            </w:pPr>
            <w:r>
              <w:rPr>
                <w:sz w:val="16"/>
              </w:rPr>
              <w:t>Inland Flooding</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19</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45</w:t>
            </w:r>
          </w:p>
        </w:tc>
        <w:tc>
          <w:tcPr>
            <w:tcW w:type="dxa" w:w="1159"/>
          </w:tcPr>
          <w:p>
            <w:pPr>
              <w:spacing w:after="0"/>
              <w:jc w:val="right"/>
            </w:pPr>
            <w:r>
              <w:rPr>
                <w:sz w:val="16"/>
              </w:rPr>
              <w:t>10</w:t>
            </w:r>
          </w:p>
        </w:tc>
        <w:tc>
          <w:tcPr>
            <w:tcW w:type="dxa" w:w="2116"/>
          </w:tcPr>
          <w:p>
            <w:pPr>
              <w:spacing w:after="0"/>
              <w:jc w:val="right"/>
            </w:pPr>
            <w:r>
              <w:rPr>
                <w:sz w:val="16"/>
              </w:rPr>
              <w:t>5</w:t>
            </w:r>
          </w:p>
        </w:tc>
        <w:tc>
          <w:tcPr>
            <w:tcW w:type="dxa" w:w="786"/>
          </w:tcPr>
          <w:p>
            <w:pPr>
              <w:spacing w:after="0"/>
              <w:jc w:val="right"/>
            </w:pPr>
            <w:r>
              <w:rPr>
                <w:sz w:val="16"/>
              </w:rPr>
              <w:t>12</w:t>
            </w:r>
          </w:p>
        </w:tc>
        <w:tc>
          <w:tcPr>
            <w:tcW w:type="dxa" w:w="1692"/>
          </w:tcPr>
          <w:p>
            <w:pPr>
              <w:spacing w:after="0"/>
              <w:jc w:val="right"/>
            </w:pPr>
            <w:r>
              <w:rPr>
                <w:sz w:val="16"/>
              </w:rPr>
              <w:t>17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11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116</w:t>
            </w:r>
          </w:p>
        </w:tc>
        <w:tc>
          <w:tcPr>
            <w:tcW w:type="dxa" w:w="1159"/>
          </w:tcPr>
          <w:p>
            <w:pPr>
              <w:spacing w:after="0"/>
              <w:jc w:val="right"/>
            </w:pPr>
            <w:r>
              <w:rPr>
                <w:sz w:val="16"/>
              </w:rPr>
              <w:t>15</w:t>
            </w:r>
          </w:p>
        </w:tc>
        <w:tc>
          <w:tcPr>
            <w:tcW w:type="dxa" w:w="2116"/>
          </w:tcPr>
          <w:p>
            <w:pPr>
              <w:spacing w:after="0"/>
              <w:jc w:val="right"/>
            </w:pPr>
            <w:r>
              <w:rPr>
                <w:sz w:val="16"/>
              </w:rPr>
              <w:t>4</w:t>
            </w:r>
          </w:p>
        </w:tc>
        <w:tc>
          <w:tcPr>
            <w:tcW w:type="dxa" w:w="786"/>
          </w:tcPr>
          <w:p>
            <w:pPr>
              <w:spacing w:after="0"/>
              <w:jc w:val="right"/>
            </w:pPr>
            <w:r>
              <w:rPr>
                <w:sz w:val="16"/>
              </w:rPr>
              <w:t>19</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11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88</w:t>
            </w:r>
          </w:p>
        </w:tc>
        <w:tc>
          <w:tcPr>
            <w:tcW w:type="dxa" w:w="1159"/>
          </w:tcPr>
          <w:p>
            <w:pPr>
              <w:spacing w:after="0"/>
              <w:jc w:val="right"/>
            </w:pPr>
            <w:r>
              <w:rPr>
                <w:sz w:val="16"/>
              </w:rPr>
              <w:t>19</w:t>
            </w:r>
          </w:p>
        </w:tc>
        <w:tc>
          <w:tcPr>
            <w:tcW w:type="dxa" w:w="2116"/>
          </w:tcPr>
          <w:p>
            <w:pPr>
              <w:spacing w:after="0"/>
              <w:jc w:val="right"/>
            </w:pPr>
            <w:r>
              <w:rPr>
                <w:sz w:val="16"/>
              </w:rPr>
              <w:t>4</w:t>
            </w:r>
          </w:p>
        </w:tc>
        <w:tc>
          <w:tcPr>
            <w:tcW w:type="dxa" w:w="786"/>
          </w:tcPr>
          <w:p>
            <w:pPr>
              <w:spacing w:after="0"/>
              <w:jc w:val="right"/>
            </w:pPr>
            <w:r>
              <w:rPr>
                <w:sz w:val="16"/>
              </w:rPr>
              <w:t>23</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04"/>
        <w:gridCol w:w="3577"/>
        <w:gridCol w:w="949"/>
        <w:gridCol w:w="2576"/>
        <w:gridCol w:w="31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04"/>
            <w:shd w:val="clear" w:color="auto" w:fill="E8E8E8"/>
          </w:tcPr>
          <w:p>
            <w:pPr>
              <w:spacing w:after="0"/>
              <w:jc w:val="left"/>
            </w:pPr>
            <w:r>
              <w:rPr>
                <w:b/>
                <w:sz w:val="16"/>
              </w:rPr>
              <w:t>Magnitude or extent</w:t>
            </w:r>
          </w:p>
        </w:tc>
        <w:tc>
          <w:tcPr>
            <w:tcW w:type="dxa" w:w="3577"/>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6"/>
            <w:shd w:val="clear" w:color="auto" w:fill="E8E8E8"/>
          </w:tcPr>
          <w:p>
            <w:pPr>
              <w:spacing w:after="0"/>
              <w:jc w:val="left"/>
            </w:pPr>
            <w:r>
              <w:rPr>
                <w:b/>
                <w:sz w:val="16"/>
              </w:rPr>
              <w:t>Location</w:t>
            </w:r>
          </w:p>
        </w:tc>
        <w:tc>
          <w:tcPr>
            <w:tcW w:type="dxa" w:w="31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2021-03-18</w:t>
            </w:r>
          </w:p>
        </w:tc>
        <w:tc>
          <w:tcPr>
            <w:tcW w:type="dxa" w:w="1215"/>
          </w:tcPr>
          <w:p>
            <w:pPr>
              <w:spacing w:after="0"/>
              <w:jc w:val="left"/>
            </w:pPr>
            <w:r>
              <w:rPr>
                <w:sz w:val="16"/>
              </w:rPr>
              <w:t>Hail</w:t>
            </w:r>
          </w:p>
        </w:tc>
        <w:tc>
          <w:tcPr>
            <w:tcW w:type="dxa" w:w="1604"/>
          </w:tcPr>
          <w:p>
            <w:pPr>
              <w:spacing w:after="0"/>
              <w:jc w:val="left"/>
            </w:pPr>
            <w:r>
              <w:rPr>
                <w:sz w:val="16"/>
              </w:rPr>
              <w:t>2 in</w:t>
            </w:r>
          </w:p>
        </w:tc>
        <w:tc>
          <w:tcPr>
            <w:tcW w:type="dxa" w:w="3577"/>
          </w:tcPr>
          <w:p>
            <w:pPr>
              <w:spacing w:after="0"/>
              <w:jc w:val="left"/>
            </w:pPr>
            <w:r>
              <w:rPr>
                <w:sz w:val="16"/>
              </w:rPr>
              <w:t>$10,000 property; $0 crops (2021 dollars)</w:t>
            </w:r>
          </w:p>
        </w:tc>
        <w:tc>
          <w:tcPr>
            <w:tcW w:type="dxa" w:w="949"/>
          </w:tcPr>
          <w:p>
            <w:pPr>
              <w:spacing w:after="0"/>
              <w:jc w:val="right"/>
            </w:pPr>
            <w:r>
              <w:rPr>
                <w:sz w:val="16"/>
              </w:rPr>
              <w:t>0, 0</w:t>
            </w:r>
          </w:p>
        </w:tc>
        <w:tc>
          <w:tcPr>
            <w:tcW w:type="dxa" w:w="2576"/>
          </w:tcPr>
          <w:p>
            <w:pPr>
              <w:spacing w:after="0"/>
              <w:jc w:val="left"/>
            </w:pPr>
            <w:r>
              <w:rPr>
                <w:sz w:val="16"/>
              </w:rPr>
              <w:t>MC GRAWS</w:t>
            </w:r>
          </w:p>
        </w:tc>
        <w:tc>
          <w:tcPr>
            <w:tcW w:type="dxa" w:w="3153"/>
          </w:tcPr>
          <w:p>
            <w:pPr>
              <w:spacing w:after="0"/>
              <w:jc w:val="left"/>
            </w:pPr>
            <w:r>
              <w:rPr>
                <w:sz w:val="16"/>
              </w:rPr>
              <w:t>B1-c worst recorded: Hail</w:t>
            </w:r>
          </w:p>
        </w:tc>
      </w:tr>
      <w:tr>
        <w:trPr>
          <w:cantSplit/>
        </w:trPr>
        <w:tc>
          <w:tcPr>
            <w:tcW w:type="dxa" w:w="1037"/>
          </w:tcPr>
          <w:p>
            <w:pPr>
              <w:spacing w:after="0"/>
              <w:jc w:val="left"/>
            </w:pPr>
            <w:r>
              <w:rPr>
                <w:sz w:val="16"/>
              </w:rPr>
              <w:t>2014-01-27</w:t>
            </w:r>
          </w:p>
        </w:tc>
        <w:tc>
          <w:tcPr>
            <w:tcW w:type="dxa" w:w="1215"/>
          </w:tcPr>
          <w:p>
            <w:pPr>
              <w:spacing w:after="0"/>
              <w:jc w:val="left"/>
            </w:pPr>
            <w:r>
              <w:rPr>
                <w:sz w:val="16"/>
              </w:rPr>
              <w:t>Extreme Cold/Wind Chill</w:t>
            </w:r>
          </w:p>
        </w:tc>
        <w:tc>
          <w:tcPr>
            <w:tcW w:type="dxa" w:w="1604"/>
          </w:tcPr>
          <w:p>
            <w:pPr>
              <w:spacing w:after="0"/>
              <w:jc w:val="left"/>
            </w:pPr>
          </w:p>
        </w:tc>
        <w:tc>
          <w:tcPr>
            <w:tcW w:type="dxa" w:w="3577"/>
          </w:tcPr>
          <w:p>
            <w:pPr>
              <w:spacing w:after="0"/>
              <w:jc w:val="left"/>
            </w:pPr>
            <w:r>
              <w:rPr>
                <w:sz w:val="16"/>
              </w:rPr>
              <w:t>$25,000 property; $0 crops (zone total, 2014 dollars)</w:t>
            </w:r>
          </w:p>
        </w:tc>
        <w:tc>
          <w:tcPr>
            <w:tcW w:type="dxa" w:w="949"/>
          </w:tcPr>
          <w:p>
            <w:pPr>
              <w:spacing w:after="0"/>
              <w:jc w:val="right"/>
            </w:pPr>
            <w:r>
              <w:rPr>
                <w:sz w:val="16"/>
              </w:rPr>
              <w:t>0, 0</w:t>
            </w:r>
          </w:p>
        </w:tc>
        <w:tc>
          <w:tcPr>
            <w:tcW w:type="dxa" w:w="2576"/>
          </w:tcPr>
          <w:p>
            <w:pPr>
              <w:spacing w:after="0"/>
              <w:jc w:val="left"/>
            </w:pPr>
            <w:r>
              <w:rPr>
                <w:sz w:val="16"/>
              </w:rPr>
              <w:t>NWS zone WVZ034 (WYOMING), zone-level</w:t>
            </w:r>
          </w:p>
        </w:tc>
        <w:tc>
          <w:tcPr>
            <w:tcW w:type="dxa" w:w="3153"/>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604"/>
          </w:tcPr>
          <w:p>
            <w:pPr>
              <w:spacing w:after="0"/>
              <w:jc w:val="left"/>
            </w:pPr>
          </w:p>
        </w:tc>
        <w:tc>
          <w:tcPr>
            <w:tcW w:type="dxa" w:w="3577"/>
          </w:tcPr>
          <w:p>
            <w:pPr>
              <w:spacing w:after="0"/>
              <w:jc w:val="left"/>
            </w:pPr>
            <w:r>
              <w:rPr>
                <w:sz w:val="16"/>
              </w:rPr>
              <w:t>$0 property; $0 crops (zone total, 2011 dollars)</w:t>
            </w:r>
          </w:p>
        </w:tc>
        <w:tc>
          <w:tcPr>
            <w:tcW w:type="dxa" w:w="949"/>
          </w:tcPr>
          <w:p>
            <w:pPr>
              <w:spacing w:after="0"/>
              <w:jc w:val="right"/>
            </w:pPr>
            <w:r>
              <w:rPr>
                <w:sz w:val="16"/>
              </w:rPr>
              <w:t>0, 0</w:t>
            </w:r>
          </w:p>
        </w:tc>
        <w:tc>
          <w:tcPr>
            <w:tcW w:type="dxa" w:w="2576"/>
          </w:tcPr>
          <w:p>
            <w:pPr>
              <w:spacing w:after="0"/>
              <w:jc w:val="left"/>
            </w:pPr>
            <w:r>
              <w:rPr>
                <w:sz w:val="16"/>
              </w:rPr>
              <w:t>NWS zone WVZ034 (WYOMING), zone-level</w:t>
            </w:r>
          </w:p>
        </w:tc>
        <w:tc>
          <w:tcPr>
            <w:tcW w:type="dxa" w:w="3153"/>
          </w:tcPr>
          <w:p>
            <w:pPr>
              <w:spacing w:after="0"/>
              <w:jc w:val="left"/>
            </w:pPr>
            <w:r>
              <w:rPr>
                <w:sz w:val="16"/>
              </w:rPr>
              <w:t>B1-c worst recorded: Excessive Heat, Heat</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604"/>
          </w:tcPr>
          <w:p>
            <w:pPr>
              <w:spacing w:after="0"/>
              <w:jc w:val="left"/>
            </w:pPr>
            <w:r>
              <w:rPr>
                <w:sz w:val="16"/>
              </w:rPr>
              <w:t>52 kt (60 mph) estimated gust</w:t>
            </w:r>
          </w:p>
        </w:tc>
        <w:tc>
          <w:tcPr>
            <w:tcW w:type="dxa" w:w="3577"/>
          </w:tcPr>
          <w:p>
            <w:pPr>
              <w:spacing w:after="0"/>
              <w:jc w:val="left"/>
            </w:pPr>
            <w:r>
              <w:rPr>
                <w:sz w:val="16"/>
              </w:rPr>
              <w:t>$15,000 property; $0 crops (zone total, 2009 dollars)</w:t>
            </w:r>
          </w:p>
        </w:tc>
        <w:tc>
          <w:tcPr>
            <w:tcW w:type="dxa" w:w="949"/>
          </w:tcPr>
          <w:p>
            <w:pPr>
              <w:spacing w:after="0"/>
              <w:jc w:val="right"/>
            </w:pPr>
            <w:r>
              <w:rPr>
                <w:sz w:val="16"/>
              </w:rPr>
              <w:t>0, 0</w:t>
            </w:r>
          </w:p>
        </w:tc>
        <w:tc>
          <w:tcPr>
            <w:tcW w:type="dxa" w:w="2576"/>
          </w:tcPr>
          <w:p>
            <w:pPr>
              <w:spacing w:after="0"/>
              <w:jc w:val="left"/>
            </w:pPr>
            <w:r>
              <w:rPr>
                <w:sz w:val="16"/>
              </w:rPr>
              <w:t>NWS zone WVZ034 (WYOMING), zone-level</w:t>
            </w:r>
          </w:p>
        </w:tc>
        <w:tc>
          <w:tcPr>
            <w:tcW w:type="dxa" w:w="3153"/>
          </w:tcPr>
          <w:p>
            <w:pPr>
              <w:spacing w:after="0"/>
              <w:jc w:val="left"/>
            </w:pPr>
            <w:r>
              <w:rPr>
                <w:sz w:val="16"/>
              </w:rPr>
              <w:t>B1-c worst recorded: High Wind and Strong Wind</w:t>
            </w:r>
          </w:p>
        </w:tc>
      </w:tr>
      <w:tr>
        <w:trPr>
          <w:cantSplit/>
        </w:trPr>
        <w:tc>
          <w:tcPr>
            <w:tcW w:type="dxa" w:w="1037"/>
          </w:tcPr>
          <w:p>
            <w:pPr>
              <w:spacing w:after="0"/>
              <w:jc w:val="left"/>
            </w:pPr>
            <w:r>
              <w:rPr>
                <w:sz w:val="16"/>
              </w:rPr>
              <w:t>2009-02-11</w:t>
            </w:r>
          </w:p>
        </w:tc>
        <w:tc>
          <w:tcPr>
            <w:tcW w:type="dxa" w:w="1215"/>
          </w:tcPr>
          <w:p>
            <w:pPr>
              <w:spacing w:after="0"/>
              <w:jc w:val="left"/>
            </w:pPr>
            <w:r>
              <w:rPr>
                <w:sz w:val="16"/>
              </w:rPr>
              <w:t>Thunderstorm Wind</w:t>
            </w:r>
          </w:p>
        </w:tc>
        <w:tc>
          <w:tcPr>
            <w:tcW w:type="dxa" w:w="1604"/>
          </w:tcPr>
          <w:p>
            <w:pPr>
              <w:spacing w:after="0"/>
              <w:jc w:val="left"/>
            </w:pPr>
            <w:r>
              <w:rPr>
                <w:sz w:val="16"/>
              </w:rPr>
              <w:t>55 kt (63 mph) estimated gust</w:t>
            </w:r>
          </w:p>
        </w:tc>
        <w:tc>
          <w:tcPr>
            <w:tcW w:type="dxa" w:w="3577"/>
          </w:tcPr>
          <w:p>
            <w:pPr>
              <w:spacing w:after="0"/>
              <w:jc w:val="left"/>
            </w:pPr>
            <w:r>
              <w:rPr>
                <w:sz w:val="16"/>
              </w:rPr>
              <w:t>$10,000 property; $0 crops (2009 dollars)</w:t>
            </w:r>
          </w:p>
        </w:tc>
        <w:tc>
          <w:tcPr>
            <w:tcW w:type="dxa" w:w="949"/>
          </w:tcPr>
          <w:p>
            <w:pPr>
              <w:spacing w:after="0"/>
              <w:jc w:val="right"/>
            </w:pPr>
            <w:r>
              <w:rPr>
                <w:sz w:val="16"/>
              </w:rPr>
              <w:t>0, 0</w:t>
            </w:r>
          </w:p>
        </w:tc>
        <w:tc>
          <w:tcPr>
            <w:tcW w:type="dxa" w:w="2576"/>
          </w:tcPr>
          <w:p>
            <w:pPr>
              <w:spacing w:after="0"/>
              <w:jc w:val="left"/>
            </w:pPr>
            <w:r>
              <w:rPr>
                <w:sz w:val="16"/>
              </w:rPr>
              <w:t>OCEANA</w:t>
            </w:r>
          </w:p>
        </w:tc>
        <w:tc>
          <w:tcPr>
            <w:tcW w:type="dxa" w:w="3153"/>
          </w:tcPr>
          <w:p>
            <w:pPr>
              <w:spacing w:after="0"/>
              <w:jc w:val="left"/>
            </w:pPr>
            <w:r>
              <w:rPr>
                <w:sz w:val="16"/>
              </w:rPr>
              <w:t>B1-c worst recorded: Thunderstorm Wind</w:t>
            </w:r>
          </w:p>
        </w:tc>
      </w:tr>
      <w:tr>
        <w:trPr>
          <w:cantSplit/>
        </w:trPr>
        <w:tc>
          <w:tcPr>
            <w:tcW w:type="dxa" w:w="1037"/>
          </w:tcPr>
          <w:p>
            <w:pPr>
              <w:spacing w:after="0"/>
              <w:jc w:val="left"/>
            </w:pPr>
            <w:r>
              <w:rPr>
                <w:sz w:val="16"/>
              </w:rPr>
              <w:t>2004-05-31</w:t>
            </w:r>
          </w:p>
        </w:tc>
        <w:tc>
          <w:tcPr>
            <w:tcW w:type="dxa" w:w="1215"/>
          </w:tcPr>
          <w:p>
            <w:pPr>
              <w:spacing w:after="0"/>
              <w:jc w:val="left"/>
            </w:pPr>
            <w:r>
              <w:rPr>
                <w:sz w:val="16"/>
              </w:rPr>
              <w:t>Flash Flood</w:t>
            </w:r>
          </w:p>
        </w:tc>
        <w:tc>
          <w:tcPr>
            <w:tcW w:type="dxa" w:w="1604"/>
          </w:tcPr>
          <w:p>
            <w:pPr>
              <w:spacing w:after="0"/>
              <w:jc w:val="left"/>
            </w:pPr>
          </w:p>
        </w:tc>
        <w:tc>
          <w:tcPr>
            <w:tcW w:type="dxa" w:w="3577"/>
          </w:tcPr>
          <w:p>
            <w:pPr>
              <w:spacing w:after="0"/>
              <w:jc w:val="left"/>
            </w:pPr>
            <w:r>
              <w:rPr>
                <w:sz w:val="16"/>
              </w:rPr>
              <w:t>$500,000 property; crops not reported (2004 dollars)</w:t>
            </w:r>
          </w:p>
        </w:tc>
        <w:tc>
          <w:tcPr>
            <w:tcW w:type="dxa" w:w="949"/>
          </w:tcPr>
          <w:p>
            <w:pPr>
              <w:spacing w:after="0"/>
              <w:jc w:val="right"/>
            </w:pPr>
            <w:r>
              <w:rPr>
                <w:sz w:val="16"/>
              </w:rPr>
              <w:t>1, 0</w:t>
            </w:r>
          </w:p>
        </w:tc>
        <w:tc>
          <w:tcPr>
            <w:tcW w:type="dxa" w:w="2576"/>
          </w:tcPr>
          <w:p>
            <w:pPr>
              <w:spacing w:after="0"/>
              <w:jc w:val="left"/>
            </w:pPr>
            <w:r>
              <w:rPr>
                <w:sz w:val="16"/>
              </w:rPr>
              <w:t>NORTH PORTION</w:t>
            </w:r>
          </w:p>
        </w:tc>
        <w:tc>
          <w:tcPr>
            <w:tcW w:type="dxa" w:w="3153"/>
          </w:tcPr>
          <w:p>
            <w:pPr>
              <w:spacing w:after="0"/>
              <w:jc w:val="left"/>
            </w:pPr>
            <w:r>
              <w:rPr>
                <w:sz w:val="16"/>
              </w:rPr>
              <w:t>deaths or injuries recorded</w:t>
            </w:r>
          </w:p>
        </w:tc>
      </w:tr>
      <w:tr>
        <w:trPr>
          <w:cantSplit/>
        </w:trPr>
        <w:tc>
          <w:tcPr>
            <w:tcW w:type="dxa" w:w="1037"/>
          </w:tcPr>
          <w:p>
            <w:pPr>
              <w:spacing w:after="0"/>
              <w:jc w:val="left"/>
            </w:pPr>
            <w:r>
              <w:rPr>
                <w:sz w:val="16"/>
              </w:rPr>
              <w:t>2001-07-08</w:t>
            </w:r>
          </w:p>
        </w:tc>
        <w:tc>
          <w:tcPr>
            <w:tcW w:type="dxa" w:w="1215"/>
          </w:tcPr>
          <w:p>
            <w:pPr>
              <w:spacing w:after="0"/>
              <w:jc w:val="left"/>
            </w:pPr>
            <w:r>
              <w:rPr>
                <w:sz w:val="16"/>
              </w:rPr>
              <w:t>Flash Flood</w:t>
            </w:r>
          </w:p>
        </w:tc>
        <w:tc>
          <w:tcPr>
            <w:tcW w:type="dxa" w:w="1604"/>
          </w:tcPr>
          <w:p>
            <w:pPr>
              <w:spacing w:after="0"/>
              <w:jc w:val="left"/>
            </w:pPr>
          </w:p>
        </w:tc>
        <w:tc>
          <w:tcPr>
            <w:tcW w:type="dxa" w:w="3577"/>
          </w:tcPr>
          <w:p>
            <w:pPr>
              <w:spacing w:after="0"/>
              <w:jc w:val="left"/>
            </w:pPr>
            <w:r>
              <w:rPr>
                <w:sz w:val="16"/>
              </w:rPr>
              <w:t>$60,000,000 property; crops not reported (2001 dollars)</w:t>
            </w:r>
          </w:p>
        </w:tc>
        <w:tc>
          <w:tcPr>
            <w:tcW w:type="dxa" w:w="949"/>
          </w:tcPr>
          <w:p>
            <w:pPr>
              <w:spacing w:after="0"/>
              <w:jc w:val="right"/>
            </w:pPr>
            <w:r>
              <w:rPr>
                <w:sz w:val="16"/>
              </w:rPr>
              <w:t>1, 0</w:t>
            </w:r>
          </w:p>
        </w:tc>
        <w:tc>
          <w:tcPr>
            <w:tcW w:type="dxa" w:w="2576"/>
          </w:tcPr>
          <w:p>
            <w:pPr>
              <w:spacing w:after="0"/>
              <w:jc w:val="left"/>
            </w:pPr>
            <w:r>
              <w:rPr>
                <w:sz w:val="16"/>
              </w:rPr>
              <w:t>EAST PORTION</w:t>
            </w:r>
          </w:p>
        </w:tc>
        <w:tc>
          <w:tcPr>
            <w:tcW w:type="dxa" w:w="3153"/>
          </w:tcPr>
          <w:p>
            <w:pPr>
              <w:spacing w:after="0"/>
              <w:jc w:val="left"/>
            </w:pPr>
            <w:r>
              <w:rPr>
                <w:sz w:val="16"/>
              </w:rPr>
              <w:t>deaths or injuries recorded</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604"/>
          </w:tcPr>
          <w:p>
            <w:pPr>
              <w:spacing w:after="0"/>
              <w:jc w:val="left"/>
            </w:pPr>
          </w:p>
        </w:tc>
        <w:tc>
          <w:tcPr>
            <w:tcW w:type="dxa" w:w="3577"/>
          </w:tcPr>
          <w:p>
            <w:pPr>
              <w:spacing w:after="0"/>
              <w:jc w:val="left"/>
            </w:pPr>
            <w:r>
              <w:rPr>
                <w:sz w:val="16"/>
              </w:rPr>
              <w:t>damage not reported</w:t>
            </w:r>
          </w:p>
        </w:tc>
        <w:tc>
          <w:tcPr>
            <w:tcW w:type="dxa" w:w="949"/>
          </w:tcPr>
          <w:p>
            <w:pPr>
              <w:spacing w:after="0"/>
              <w:jc w:val="right"/>
            </w:pPr>
            <w:r>
              <w:rPr>
                <w:sz w:val="16"/>
              </w:rPr>
              <w:t>0, 0</w:t>
            </w:r>
          </w:p>
        </w:tc>
        <w:tc>
          <w:tcPr>
            <w:tcW w:type="dxa" w:w="2576"/>
          </w:tcPr>
          <w:p>
            <w:pPr>
              <w:spacing w:after="0"/>
              <w:jc w:val="left"/>
            </w:pPr>
            <w:r>
              <w:rPr>
                <w:sz w:val="16"/>
              </w:rPr>
              <w:t>NWS zone WVZ034 (WYOMING), zone-level</w:t>
            </w:r>
          </w:p>
        </w:tc>
        <w:tc>
          <w:tcPr>
            <w:tcW w:type="dxa" w:w="31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604"/>
          </w:tcPr>
          <w:p>
            <w:pPr>
              <w:spacing w:after="0"/>
              <w:jc w:val="left"/>
            </w:pPr>
          </w:p>
        </w:tc>
        <w:tc>
          <w:tcPr>
            <w:tcW w:type="dxa" w:w="3577"/>
          </w:tcPr>
          <w:p>
            <w:pPr>
              <w:spacing w:after="0"/>
              <w:jc w:val="left"/>
            </w:pPr>
            <w:r>
              <w:rPr>
                <w:sz w:val="16"/>
              </w:rPr>
              <w:t>damage not reported</w:t>
            </w:r>
          </w:p>
        </w:tc>
        <w:tc>
          <w:tcPr>
            <w:tcW w:type="dxa" w:w="949"/>
          </w:tcPr>
          <w:p>
            <w:pPr>
              <w:spacing w:after="0"/>
              <w:jc w:val="right"/>
            </w:pPr>
            <w:r>
              <w:rPr>
                <w:sz w:val="16"/>
              </w:rPr>
              <w:t>0, 0</w:t>
            </w:r>
          </w:p>
        </w:tc>
        <w:tc>
          <w:tcPr>
            <w:tcW w:type="dxa" w:w="2576"/>
          </w:tcPr>
          <w:p>
            <w:pPr>
              <w:spacing w:after="0"/>
              <w:jc w:val="left"/>
            </w:pPr>
            <w:r>
              <w:rPr>
                <w:sz w:val="16"/>
              </w:rPr>
              <w:t>NWS zone WVZ034 (WYOMING), zone-level</w:t>
            </w:r>
          </w:p>
        </w:tc>
        <w:tc>
          <w:tcPr>
            <w:tcW w:type="dxa" w:w="3153"/>
          </w:tcPr>
          <w:p>
            <w:pPr>
              <w:spacing w:after="0"/>
              <w:jc w:val="left"/>
            </w:pPr>
            <w:r>
              <w:rPr>
                <w:sz w:val="16"/>
              </w:rPr>
              <w:t>B1-c worst recorded: Drought</w:t>
            </w:r>
          </w:p>
        </w:tc>
      </w:tr>
      <w:tr>
        <w:trPr>
          <w:cantSplit/>
        </w:trPr>
        <w:tc>
          <w:tcPr>
            <w:tcW w:type="dxa" w:w="1037"/>
          </w:tcPr>
          <w:p>
            <w:pPr>
              <w:spacing w:after="0"/>
              <w:jc w:val="left"/>
            </w:pPr>
            <w:r>
              <w:rPr>
                <w:sz w:val="16"/>
              </w:rPr>
              <w:t>1998-01-27</w:t>
            </w:r>
          </w:p>
        </w:tc>
        <w:tc>
          <w:tcPr>
            <w:tcW w:type="dxa" w:w="1215"/>
          </w:tcPr>
          <w:p>
            <w:pPr>
              <w:spacing w:after="0"/>
              <w:jc w:val="left"/>
            </w:pPr>
            <w:r>
              <w:rPr>
                <w:sz w:val="16"/>
              </w:rPr>
              <w:t>Heavy Snow</w:t>
            </w:r>
          </w:p>
        </w:tc>
        <w:tc>
          <w:tcPr>
            <w:tcW w:type="dxa" w:w="1604"/>
          </w:tcPr>
          <w:p>
            <w:pPr>
              <w:spacing w:after="0"/>
              <w:jc w:val="left"/>
            </w:pPr>
          </w:p>
        </w:tc>
        <w:tc>
          <w:tcPr>
            <w:tcW w:type="dxa" w:w="3577"/>
          </w:tcPr>
          <w:p>
            <w:pPr>
              <w:spacing w:after="0"/>
              <w:jc w:val="left"/>
            </w:pPr>
            <w:r>
              <w:rPr>
                <w:sz w:val="16"/>
              </w:rPr>
              <w:t>$1,000,000 property; crops not reported (zone total, 1998 dollars)</w:t>
            </w:r>
          </w:p>
        </w:tc>
        <w:tc>
          <w:tcPr>
            <w:tcW w:type="dxa" w:w="949"/>
          </w:tcPr>
          <w:p>
            <w:pPr>
              <w:spacing w:after="0"/>
              <w:jc w:val="right"/>
            </w:pPr>
            <w:r>
              <w:rPr>
                <w:sz w:val="16"/>
              </w:rPr>
              <w:t>0, 0</w:t>
            </w:r>
          </w:p>
        </w:tc>
        <w:tc>
          <w:tcPr>
            <w:tcW w:type="dxa" w:w="2576"/>
          </w:tcPr>
          <w:p>
            <w:pPr>
              <w:spacing w:after="0"/>
              <w:jc w:val="left"/>
            </w:pPr>
            <w:r>
              <w:rPr>
                <w:sz w:val="16"/>
              </w:rPr>
              <w:t>NWS zone WVZ034 (WYOMING), zone-level</w:t>
            </w:r>
          </w:p>
        </w:tc>
        <w:tc>
          <w:tcPr>
            <w:tcW w:type="dxa" w:w="31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1997-01-08</w:t>
            </w:r>
          </w:p>
        </w:tc>
        <w:tc>
          <w:tcPr>
            <w:tcW w:type="dxa" w:w="1215"/>
          </w:tcPr>
          <w:p>
            <w:pPr>
              <w:spacing w:after="0"/>
              <w:jc w:val="left"/>
            </w:pPr>
            <w:r>
              <w:rPr>
                <w:sz w:val="16"/>
              </w:rPr>
              <w:t>Ice Storm</w:t>
            </w:r>
          </w:p>
        </w:tc>
        <w:tc>
          <w:tcPr>
            <w:tcW w:type="dxa" w:w="1604"/>
          </w:tcPr>
          <w:p>
            <w:pPr>
              <w:spacing w:after="0"/>
              <w:jc w:val="left"/>
            </w:pPr>
          </w:p>
        </w:tc>
        <w:tc>
          <w:tcPr>
            <w:tcW w:type="dxa" w:w="3577"/>
          </w:tcPr>
          <w:p>
            <w:pPr>
              <w:spacing w:after="0"/>
              <w:jc w:val="left"/>
            </w:pPr>
            <w:r>
              <w:rPr>
                <w:sz w:val="16"/>
              </w:rPr>
              <w:t>$5,000 property; crops not reported (zone total, 1997 dollars)</w:t>
            </w:r>
          </w:p>
        </w:tc>
        <w:tc>
          <w:tcPr>
            <w:tcW w:type="dxa" w:w="949"/>
          </w:tcPr>
          <w:p>
            <w:pPr>
              <w:spacing w:after="0"/>
              <w:jc w:val="right"/>
            </w:pPr>
            <w:r>
              <w:rPr>
                <w:sz w:val="16"/>
              </w:rPr>
              <w:t>0, 0</w:t>
            </w:r>
          </w:p>
        </w:tc>
        <w:tc>
          <w:tcPr>
            <w:tcW w:type="dxa" w:w="2576"/>
          </w:tcPr>
          <w:p>
            <w:pPr>
              <w:spacing w:after="0"/>
              <w:jc w:val="left"/>
            </w:pPr>
            <w:r>
              <w:rPr>
                <w:sz w:val="16"/>
              </w:rPr>
              <w:t>NWS zone WVZ034 (WYOMING), zone-level</w:t>
            </w:r>
          </w:p>
        </w:tc>
        <w:tc>
          <w:tcPr>
            <w:tcW w:type="dxa" w:w="3153"/>
          </w:tcPr>
          <w:p>
            <w:pPr>
              <w:spacing w:after="0"/>
              <w:jc w:val="left"/>
            </w:pPr>
            <w:r>
              <w:rPr>
                <w:sz w:val="16"/>
              </w:rPr>
              <w:t>B1-c worst recorded: Ice Storm</w:t>
            </w:r>
          </w:p>
        </w:tc>
      </w:tr>
      <w:tr>
        <w:trPr>
          <w:cantSplit/>
        </w:trPr>
        <w:tc>
          <w:tcPr>
            <w:tcW w:type="dxa" w:w="1037"/>
          </w:tcPr>
          <w:p>
            <w:pPr>
              <w:spacing w:after="0"/>
              <w:jc w:val="left"/>
            </w:pPr>
            <w:r>
              <w:rPr>
                <w:sz w:val="16"/>
              </w:rPr>
              <w:t>1974-04-04</w:t>
            </w:r>
          </w:p>
        </w:tc>
        <w:tc>
          <w:tcPr>
            <w:tcW w:type="dxa" w:w="1215"/>
          </w:tcPr>
          <w:p>
            <w:pPr>
              <w:spacing w:after="0"/>
              <w:jc w:val="left"/>
            </w:pPr>
            <w:r>
              <w:rPr>
                <w:sz w:val="16"/>
              </w:rPr>
              <w:t>Tornado</w:t>
            </w:r>
          </w:p>
        </w:tc>
        <w:tc>
          <w:tcPr>
            <w:tcW w:type="dxa" w:w="1604"/>
          </w:tcPr>
          <w:p>
            <w:pPr>
              <w:spacing w:after="0"/>
              <w:jc w:val="left"/>
            </w:pPr>
            <w:r>
              <w:rPr>
                <w:sz w:val="16"/>
              </w:rPr>
              <w:t>F1, 4.9 mi path length (whole path, pre-1996), 33 yd wide</w:t>
            </w:r>
          </w:p>
        </w:tc>
        <w:tc>
          <w:tcPr>
            <w:tcW w:type="dxa" w:w="3577"/>
          </w:tcPr>
          <w:p>
            <w:pPr>
              <w:spacing w:after="0"/>
              <w:jc w:val="left"/>
            </w:pPr>
            <w:r>
              <w:rPr>
                <w:sz w:val="16"/>
              </w:rPr>
              <w:t>$2,500,000 property; crops not recorded (1974 dollars)</w:t>
            </w:r>
          </w:p>
        </w:tc>
        <w:tc>
          <w:tcPr>
            <w:tcW w:type="dxa" w:w="949"/>
          </w:tcPr>
          <w:p>
            <w:pPr>
              <w:spacing w:after="0"/>
              <w:jc w:val="right"/>
            </w:pPr>
            <w:r>
              <w:rPr>
                <w:sz w:val="16"/>
              </w:rPr>
              <w:t>0, 9</w:t>
            </w:r>
          </w:p>
        </w:tc>
        <w:tc>
          <w:tcPr>
            <w:tcW w:type="dxa" w:w="2576"/>
          </w:tcPr>
          <w:p>
            <w:pPr>
              <w:spacing w:after="0"/>
              <w:jc w:val="left"/>
            </w:pPr>
            <w:r>
              <w:rPr>
                <w:sz w:val="16"/>
              </w:rPr>
              <w:t>location not recorded</w:t>
            </w:r>
          </w:p>
        </w:tc>
        <w:tc>
          <w:tcPr>
            <w:tcW w:type="dxa" w:w="315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093"/>
        <w:gridCol w:w="1977"/>
        <w:gridCol w:w="1522"/>
        <w:gridCol w:w="1507"/>
        <w:gridCol w:w="1037"/>
        <w:gridCol w:w="1843"/>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93"/>
            <w:shd w:val="clear" w:color="auto" w:fill="E8E8E8"/>
          </w:tcPr>
          <w:p>
            <w:pPr>
              <w:spacing w:after="0"/>
              <w:jc w:val="left"/>
            </w:pPr>
            <w:r>
              <w:rPr>
                <w:b/>
                <w:sz w:val="16"/>
              </w:rPr>
              <w:t>Descriptor</w:t>
            </w:r>
          </w:p>
        </w:tc>
        <w:tc>
          <w:tcPr>
            <w:tcW w:type="dxa" w:w="197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0.1</w:t>
            </w:r>
          </w:p>
        </w:tc>
        <w:tc>
          <w:tcPr>
            <w:tcW w:type="dxa" w:w="1277"/>
          </w:tcPr>
          <w:p>
            <w:pPr>
              <w:spacing w:after="0"/>
              <w:jc w:val="left"/>
            </w:pPr>
            <w:r>
              <w:rPr>
                <w:sz w:val="16"/>
              </w:rPr>
              <w:t>events per year</w:t>
            </w:r>
          </w:p>
        </w:tc>
        <w:tc>
          <w:tcPr>
            <w:tcW w:type="dxa" w:w="1576"/>
          </w:tcPr>
          <w:p>
            <w:pPr>
              <w:spacing w:after="0"/>
              <w:jc w:val="left"/>
            </w:pPr>
            <w:r>
              <w:rPr>
                <w:sz w:val="16"/>
              </w:rPr>
              <w:t>about 1 in 10 years</w:t>
            </w:r>
          </w:p>
        </w:tc>
        <w:tc>
          <w:tcPr>
            <w:tcW w:type="dxa" w:w="1093"/>
          </w:tcPr>
          <w:p>
            <w:pPr>
              <w:spacing w:after="0"/>
              <w:jc w:val="left"/>
            </w:pPr>
            <w:r>
              <w:rPr>
                <w:sz w:val="16"/>
              </w:rPr>
              <w:t>Likely</w:t>
            </w:r>
          </w:p>
        </w:tc>
        <w:tc>
          <w:tcPr>
            <w:tcW w:type="dxa" w:w="1977"/>
          </w:tcPr>
          <w:p>
            <w:pPr>
              <w:spacing w:after="0"/>
              <w:jc w:val="left"/>
            </w:pPr>
            <w:r>
              <w:rPr>
                <w:sz w:val="16"/>
              </w:rPr>
              <w:t>FEMA annualized frequency (modeled)</w:t>
            </w:r>
          </w:p>
        </w:tc>
        <w:tc>
          <w:tcPr>
            <w:tcW w:type="dxa" w:w="1522"/>
          </w:tcPr>
          <w:p>
            <w:pPr>
              <w:spacing w:after="0"/>
              <w:jc w:val="right"/>
            </w:pPr>
            <w:r>
              <w:rPr>
                <w:sz w:val="16"/>
              </w:rPr>
              <w:t>3</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Cold Wave</w:t>
            </w:r>
          </w:p>
        </w:tc>
        <w:tc>
          <w:tcPr>
            <w:tcW w:type="dxa" w:w="1244"/>
          </w:tcPr>
          <w:p>
            <w:pPr>
              <w:spacing w:after="0"/>
              <w:jc w:val="right"/>
            </w:pPr>
            <w:r>
              <w:rPr>
                <w:sz w:val="16"/>
              </w:rPr>
              <w:t>0.842</w:t>
            </w:r>
          </w:p>
        </w:tc>
        <w:tc>
          <w:tcPr>
            <w:tcW w:type="dxa" w:w="1277"/>
          </w:tcPr>
          <w:p>
            <w:pPr>
              <w:spacing w:after="0"/>
              <w:jc w:val="left"/>
            </w:pPr>
            <w:r>
              <w:rPr>
                <w:sz w:val="16"/>
              </w:rPr>
              <w:t>event-days per year</w:t>
            </w:r>
          </w:p>
        </w:tc>
        <w:tc>
          <w:tcPr>
            <w:tcW w:type="dxa" w:w="1576"/>
          </w:tcPr>
          <w:p>
            <w:pPr>
              <w:spacing w:after="0"/>
              <w:jc w:val="left"/>
            </w:pPr>
            <w:r>
              <w:rPr>
                <w:sz w:val="16"/>
              </w:rPr>
              <w:t>about 0.842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10 of 30 years, 1996 to 2025 (33.3%)</w:t>
            </w:r>
          </w:p>
        </w:tc>
        <w:tc>
          <w:tcPr>
            <w:tcW w:type="dxa" w:w="1522"/>
          </w:tcPr>
          <w:p>
            <w:pPr>
              <w:spacing w:after="0"/>
              <w:jc w:val="right"/>
            </w:pPr>
            <w:r>
              <w:rPr>
                <w:sz w:val="16"/>
              </w:rPr>
              <w:t>16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1.32</w:t>
            </w:r>
          </w:p>
        </w:tc>
        <w:tc>
          <w:tcPr>
            <w:tcW w:type="dxa" w:w="1277"/>
          </w:tcPr>
          <w:p>
            <w:pPr>
              <w:spacing w:after="0"/>
              <w:jc w:val="left"/>
            </w:pPr>
            <w:r>
              <w:rPr>
                <w:sz w:val="16"/>
              </w:rPr>
              <w:t>event-days per year</w:t>
            </w:r>
          </w:p>
        </w:tc>
        <w:tc>
          <w:tcPr>
            <w:tcW w:type="dxa" w:w="1576"/>
          </w:tcPr>
          <w:p>
            <w:pPr>
              <w:spacing w:after="0"/>
              <w:jc w:val="left"/>
            </w:pPr>
            <w:r>
              <w:rPr>
                <w:sz w:val="16"/>
              </w:rPr>
              <w:t>about 1.32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6 of 30 years, 1996 to 2025 (20%)</w:t>
            </w:r>
          </w:p>
        </w:tc>
        <w:tc>
          <w:tcPr>
            <w:tcW w:type="dxa" w:w="1522"/>
          </w:tcPr>
          <w:p>
            <w:pPr>
              <w:spacing w:after="0"/>
              <w:jc w:val="right"/>
            </w:pPr>
            <w:r>
              <w:rPr>
                <w:sz w:val="16"/>
              </w:rPr>
              <w:t>49</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0.00134</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0.134%</w:t>
            </w:r>
          </w:p>
        </w:tc>
        <w:tc>
          <w:tcPr>
            <w:tcW w:type="dxa" w:w="1093"/>
          </w:tcPr>
          <w:p>
            <w:pPr>
              <w:spacing w:after="0"/>
              <w:jc w:val="left"/>
            </w:pPr>
          </w:p>
        </w:tc>
        <w:tc>
          <w:tcPr>
            <w:tcW w:type="dxa" w:w="1977"/>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3.07</w:t>
            </w:r>
          </w:p>
        </w:tc>
        <w:tc>
          <w:tcPr>
            <w:tcW w:type="dxa" w:w="1277"/>
          </w:tcPr>
          <w:p>
            <w:pPr>
              <w:spacing w:after="0"/>
              <w:jc w:val="left"/>
            </w:pPr>
            <w:r>
              <w:rPr>
                <w:sz w:val="16"/>
              </w:rPr>
              <w:t>events per year</w:t>
            </w:r>
          </w:p>
        </w:tc>
        <w:tc>
          <w:tcPr>
            <w:tcW w:type="dxa" w:w="1576"/>
          </w:tcPr>
          <w:p>
            <w:pPr>
              <w:spacing w:after="0"/>
              <w:jc w:val="left"/>
            </w:pPr>
            <w:r>
              <w:rPr>
                <w:sz w:val="16"/>
              </w:rPr>
              <w:t>about 3.07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116.6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0.421</w:t>
            </w:r>
          </w:p>
        </w:tc>
        <w:tc>
          <w:tcPr>
            <w:tcW w:type="dxa" w:w="1277"/>
          </w:tcPr>
          <w:p>
            <w:pPr>
              <w:spacing w:after="0"/>
              <w:jc w:val="left"/>
            </w:pPr>
            <w:r>
              <w:rPr>
                <w:sz w:val="16"/>
              </w:rPr>
              <w:t>event-days per year</w:t>
            </w:r>
          </w:p>
        </w:tc>
        <w:tc>
          <w:tcPr>
            <w:tcW w:type="dxa" w:w="1576"/>
          </w:tcPr>
          <w:p>
            <w:pPr>
              <w:spacing w:after="0"/>
              <w:jc w:val="left"/>
            </w:pPr>
            <w:r>
              <w:rPr>
                <w:sz w:val="16"/>
              </w:rPr>
              <w:t>about 0.421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9 of 30 years, 1996 to 2025 (30%)</w:t>
            </w:r>
          </w:p>
        </w:tc>
        <w:tc>
          <w:tcPr>
            <w:tcW w:type="dxa" w:w="1522"/>
          </w:tcPr>
          <w:p>
            <w:pPr>
              <w:spacing w:after="0"/>
              <w:jc w:val="right"/>
            </w:pPr>
            <w:r>
              <w:rPr>
                <w:sz w:val="16"/>
              </w:rPr>
              <w:t>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0.0237</w:t>
            </w:r>
          </w:p>
        </w:tc>
        <w:tc>
          <w:tcPr>
            <w:tcW w:type="dxa" w:w="1277"/>
          </w:tcPr>
          <w:p>
            <w:pPr>
              <w:spacing w:after="0"/>
              <w:jc w:val="left"/>
            </w:pPr>
            <w:r>
              <w:rPr>
                <w:sz w:val="16"/>
              </w:rPr>
              <w:t>events per year</w:t>
            </w:r>
          </w:p>
        </w:tc>
        <w:tc>
          <w:tcPr>
            <w:tcW w:type="dxa" w:w="1576"/>
          </w:tcPr>
          <w:p>
            <w:pPr>
              <w:spacing w:after="0"/>
              <w:jc w:val="left"/>
            </w:pPr>
            <w:r>
              <w:rPr>
                <w:sz w:val="16"/>
              </w:rPr>
              <w:t>about 1 in 42 years</w:t>
            </w:r>
          </w:p>
        </w:tc>
        <w:tc>
          <w:tcPr>
            <w:tcW w:type="dxa" w:w="1093"/>
          </w:tcPr>
          <w:p>
            <w:pPr>
              <w:spacing w:after="0"/>
              <w:jc w:val="left"/>
            </w:pPr>
            <w:r>
              <w:rPr>
                <w:sz w:val="16"/>
              </w:rPr>
              <w:t>Possible</w:t>
            </w:r>
          </w:p>
        </w:tc>
        <w:tc>
          <w:tcPr>
            <w:tcW w:type="dxa" w:w="1977"/>
          </w:tcPr>
          <w:p>
            <w:pPr>
              <w:spacing w:after="0"/>
              <w:jc w:val="left"/>
            </w:pPr>
            <w:r>
              <w:rPr>
                <w:sz w:val="16"/>
              </w:rPr>
              <w:t>FEMA annualized frequency (modeled)</w:t>
            </w:r>
          </w:p>
        </w:tc>
        <w:tc>
          <w:tcPr>
            <w:tcW w:type="dxa" w:w="1522"/>
          </w:tcPr>
          <w:p>
            <w:pPr>
              <w:spacing w:after="0"/>
              <w:jc w:val="right"/>
            </w:pPr>
            <w:r>
              <w:rPr>
                <w:sz w:val="16"/>
              </w:rPr>
              <w:t>10</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8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0.343</w:t>
            </w:r>
          </w:p>
        </w:tc>
        <w:tc>
          <w:tcPr>
            <w:tcW w:type="dxa" w:w="1277"/>
          </w:tcPr>
          <w:p>
            <w:pPr>
              <w:spacing w:after="0"/>
              <w:jc w:val="left"/>
            </w:pPr>
            <w:r>
              <w:rPr>
                <w:sz w:val="16"/>
              </w:rPr>
              <w:t>event-days per year</w:t>
            </w:r>
          </w:p>
        </w:tc>
        <w:tc>
          <w:tcPr>
            <w:tcW w:type="dxa" w:w="1576"/>
          </w:tcPr>
          <w:p>
            <w:pPr>
              <w:spacing w:after="0"/>
              <w:jc w:val="left"/>
            </w:pPr>
            <w:r>
              <w:rPr>
                <w:sz w:val="16"/>
              </w:rPr>
              <w:t>about 0.343 days per year</w:t>
            </w:r>
          </w:p>
        </w:tc>
        <w:tc>
          <w:tcPr>
            <w:tcW w:type="dxa" w:w="1093"/>
          </w:tcPr>
          <w:p>
            <w:pPr>
              <w:spacing w:after="0"/>
              <w:jc w:val="left"/>
            </w:pPr>
            <w:r>
              <w:rPr>
                <w:sz w:val="16"/>
              </w:rPr>
              <w:t>Possible</w:t>
            </w:r>
          </w:p>
        </w:tc>
        <w:tc>
          <w:tcPr>
            <w:tcW w:type="dxa" w:w="1977"/>
          </w:tcPr>
          <w:p>
            <w:pPr>
              <w:spacing w:after="0"/>
              <w:jc w:val="left"/>
            </w:pPr>
            <w:r>
              <w:rPr>
                <w:sz w:val="16"/>
              </w:rPr>
              <w:t>Storm Events event-days in 2 of 30 years, 1996 to 2025 (6.67%)</w:t>
            </w:r>
          </w:p>
        </w:tc>
        <w:tc>
          <w:tcPr>
            <w:tcW w:type="dxa" w:w="1522"/>
          </w:tcPr>
          <w:p>
            <w:pPr>
              <w:spacing w:after="0"/>
              <w:jc w:val="right"/>
            </w:pPr>
            <w:r>
              <w:rPr>
                <w:sz w:val="16"/>
              </w:rPr>
              <w:t>24</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1.14</w:t>
            </w:r>
          </w:p>
        </w:tc>
        <w:tc>
          <w:tcPr>
            <w:tcW w:type="dxa" w:w="1277"/>
          </w:tcPr>
          <w:p>
            <w:pPr>
              <w:spacing w:after="0"/>
              <w:jc w:val="left"/>
            </w:pPr>
            <w:r>
              <w:rPr>
                <w:sz w:val="16"/>
              </w:rPr>
              <w:t>event-days per year</w:t>
            </w:r>
          </w:p>
        </w:tc>
        <w:tc>
          <w:tcPr>
            <w:tcW w:type="dxa" w:w="1576"/>
          </w:tcPr>
          <w:p>
            <w:pPr>
              <w:spacing w:after="0"/>
              <w:jc w:val="left"/>
            </w:pPr>
            <w:r>
              <w:rPr>
                <w:sz w:val="16"/>
              </w:rPr>
              <w:t>about 1.14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19 of 30 years, 1996 to 2025 (63.3%)</w:t>
            </w:r>
          </w:p>
        </w:tc>
        <w:tc>
          <w:tcPr>
            <w:tcW w:type="dxa" w:w="1522"/>
          </w:tcPr>
          <w:p>
            <w:pPr>
              <w:spacing w:after="0"/>
              <w:jc w:val="right"/>
            </w:pPr>
            <w:r>
              <w:rPr>
                <w:sz w:val="16"/>
              </w:rPr>
              <w:t>32</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1.58</w:t>
            </w:r>
          </w:p>
        </w:tc>
        <w:tc>
          <w:tcPr>
            <w:tcW w:type="dxa" w:w="1277"/>
          </w:tcPr>
          <w:p>
            <w:pPr>
              <w:spacing w:after="0"/>
              <w:jc w:val="left"/>
            </w:pPr>
            <w:r>
              <w:rPr>
                <w:sz w:val="16"/>
              </w:rPr>
              <w:t>events per year (modeled)</w:t>
            </w:r>
          </w:p>
        </w:tc>
        <w:tc>
          <w:tcPr>
            <w:tcW w:type="dxa" w:w="1576"/>
          </w:tcPr>
          <w:p>
            <w:pPr>
              <w:spacing w:after="0"/>
              <w:jc w:val="left"/>
            </w:pPr>
            <w:r>
              <w:rPr>
                <w:sz w:val="16"/>
              </w:rPr>
              <w:t>about 1.58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47.5</w:t>
            </w:r>
          </w:p>
        </w:tc>
        <w:tc>
          <w:tcPr>
            <w:tcW w:type="dxa" w:w="1277"/>
          </w:tcPr>
          <w:p>
            <w:pPr>
              <w:spacing w:after="0"/>
              <w:jc w:val="left"/>
            </w:pPr>
            <w:r>
              <w:rPr>
                <w:sz w:val="16"/>
              </w:rPr>
              <w:t>days per year with a strike</w:t>
            </w:r>
          </w:p>
        </w:tc>
        <w:tc>
          <w:tcPr>
            <w:tcW w:type="dxa" w:w="1576"/>
          </w:tcPr>
          <w:p>
            <w:pPr>
              <w:spacing w:after="0"/>
              <w:jc w:val="left"/>
            </w:pPr>
            <w:r>
              <w:rPr>
                <w:sz w:val="16"/>
              </w:rPr>
              <w:t>about 47.5 days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1.73</w:t>
            </w:r>
          </w:p>
        </w:tc>
        <w:tc>
          <w:tcPr>
            <w:tcW w:type="dxa" w:w="1277"/>
          </w:tcPr>
          <w:p>
            <w:pPr>
              <w:spacing w:after="0"/>
              <w:jc w:val="left"/>
            </w:pPr>
            <w:r>
              <w:rPr>
                <w:sz w:val="16"/>
              </w:rPr>
              <w:t>events per year</w:t>
            </w:r>
          </w:p>
        </w:tc>
        <w:tc>
          <w:tcPr>
            <w:tcW w:type="dxa" w:w="1576"/>
          </w:tcPr>
          <w:p>
            <w:pPr>
              <w:spacing w:after="0"/>
              <w:jc w:val="left"/>
            </w:pPr>
            <w:r>
              <w:rPr>
                <w:sz w:val="16"/>
              </w:rPr>
              <w:t>about 1.73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66</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0.0384</w:t>
            </w:r>
          </w:p>
        </w:tc>
        <w:tc>
          <w:tcPr>
            <w:tcW w:type="dxa" w:w="1277"/>
          </w:tcPr>
          <w:p>
            <w:pPr>
              <w:spacing w:after="0"/>
              <w:jc w:val="left"/>
            </w:pPr>
            <w:r>
              <w:rPr>
                <w:sz w:val="16"/>
              </w:rPr>
              <w:t>events per year</w:t>
            </w:r>
          </w:p>
        </w:tc>
        <w:tc>
          <w:tcPr>
            <w:tcW w:type="dxa" w:w="1576"/>
          </w:tcPr>
          <w:p>
            <w:pPr>
              <w:spacing w:after="0"/>
              <w:jc w:val="left"/>
            </w:pPr>
            <w:r>
              <w:rPr>
                <w:sz w:val="16"/>
              </w:rPr>
              <w:t>about 1 in 26 years</w:t>
            </w:r>
          </w:p>
        </w:tc>
        <w:tc>
          <w:tcPr>
            <w:tcW w:type="dxa" w:w="1093"/>
          </w:tcPr>
          <w:p>
            <w:pPr>
              <w:spacing w:after="0"/>
              <w:jc w:val="left"/>
            </w:pPr>
            <w:r>
              <w:rPr>
                <w:sz w:val="16"/>
              </w:rPr>
              <w:t>Possible</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0.00737</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0.737%</w:t>
            </w:r>
          </w:p>
        </w:tc>
        <w:tc>
          <w:tcPr>
            <w:tcW w:type="dxa" w:w="1093"/>
          </w:tcPr>
          <w:p>
            <w:pPr>
              <w:spacing w:after="0"/>
              <w:jc w:val="left"/>
            </w:pPr>
            <w:r>
              <w:rPr>
                <w:sz w:val="16"/>
              </w:rPr>
              <w:t>Likely</w:t>
            </w:r>
          </w:p>
        </w:tc>
        <w:tc>
          <w:tcPr>
            <w:tcW w:type="dxa" w:w="1977"/>
          </w:tcPr>
          <w:p>
            <w:pPr>
              <w:spacing w:after="0"/>
              <w:jc w:val="left"/>
            </w:pPr>
            <w:r>
              <w:rPr>
                <w:sz w:val="16"/>
              </w:rPr>
              <w:t>Storm Events records in 3 of 30 years, 1996 to 2025 (10%)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11.4</w:t>
            </w:r>
          </w:p>
        </w:tc>
        <w:tc>
          <w:tcPr>
            <w:tcW w:type="dxa" w:w="1277"/>
          </w:tcPr>
          <w:p>
            <w:pPr>
              <w:spacing w:after="0"/>
              <w:jc w:val="left"/>
            </w:pPr>
            <w:r>
              <w:rPr>
                <w:sz w:val="16"/>
              </w:rPr>
              <w:t>event-days per year</w:t>
            </w:r>
          </w:p>
        </w:tc>
        <w:tc>
          <w:tcPr>
            <w:tcW w:type="dxa" w:w="1576"/>
          </w:tcPr>
          <w:p>
            <w:pPr>
              <w:spacing w:after="0"/>
              <w:jc w:val="left"/>
            </w:pPr>
            <w:r>
              <w:rPr>
                <w:sz w:val="16"/>
              </w:rPr>
              <w:t>about 11.4 days per year</w:t>
            </w:r>
          </w:p>
        </w:tc>
        <w:tc>
          <w:tcPr>
            <w:tcW w:type="dxa" w:w="1093"/>
          </w:tcPr>
          <w:p>
            <w:pPr>
              <w:spacing w:after="0"/>
              <w:jc w:val="left"/>
            </w:pPr>
            <w:r>
              <w:rPr>
                <w:sz w:val="16"/>
              </w:rPr>
              <w:t>Highly likely</w:t>
            </w:r>
          </w:p>
        </w:tc>
        <w:tc>
          <w:tcPr>
            <w:tcW w:type="dxa" w:w="1977"/>
          </w:tcPr>
          <w:p>
            <w:pPr>
              <w:spacing w:after="0"/>
              <w:jc w:val="left"/>
            </w:pPr>
            <w:r>
              <w:rPr>
                <w:sz w:val="16"/>
              </w:rPr>
              <w:t>Storm Events event-days in 29 of 30 years, 1996 to 2025 (96.7%)</w:t>
            </w:r>
          </w:p>
        </w:tc>
        <w:tc>
          <w:tcPr>
            <w:tcW w:type="dxa" w:w="1522"/>
          </w:tcPr>
          <w:p>
            <w:pPr>
              <w:spacing w:after="0"/>
              <w:jc w:val="right"/>
            </w:pPr>
            <w:r>
              <w:rPr>
                <w:sz w:val="16"/>
              </w:rPr>
              <w:t>217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6 of 6</w:t>
            </w:r>
          </w:p>
        </w:tc>
        <w:tc>
          <w:tcPr>
            <w:tcW w:type="dxa" w:w="1404"/>
          </w:tcPr>
          <w:p>
            <w:pPr>
              <w:spacing w:after="0"/>
              <w:jc w:val="right"/>
            </w:pPr>
            <w:r>
              <w:rPr>
                <w:sz w:val="16"/>
              </w:rPr>
              <w:t>72.7</w:t>
            </w:r>
          </w:p>
        </w:tc>
        <w:tc>
          <w:tcPr>
            <w:tcW w:type="dxa" w:w="1472"/>
          </w:tcPr>
          <w:p>
            <w:pPr>
              <w:spacing w:after="0"/>
              <w:jc w:val="right"/>
            </w:pPr>
            <w:r>
              <w:rPr>
                <w:sz w:val="16"/>
              </w:rPr>
              <w:t>73.3</w:t>
            </w:r>
          </w:p>
        </w:tc>
        <w:tc>
          <w:tcPr>
            <w:tcW w:type="dxa" w:w="1404"/>
          </w:tcPr>
          <w:p>
            <w:pPr>
              <w:spacing w:after="0"/>
              <w:jc w:val="right"/>
            </w:pPr>
            <w:r>
              <w:rPr>
                <w:sz w:val="16"/>
              </w:rPr>
              <w:t>73.5</w:t>
            </w:r>
          </w:p>
        </w:tc>
        <w:tc>
          <w:tcPr>
            <w:tcW w:type="dxa" w:w="6114"/>
          </w:tcPr>
          <w:p>
            <w:pPr>
              <w:spacing w:after="0"/>
              <w:jc w:val="left"/>
            </w:pPr>
            <w:r>
              <w:rPr>
                <w:sz w:val="16"/>
              </w:rPr>
              <w:t>Relatively Low 6</w:t>
            </w:r>
          </w:p>
        </w:tc>
      </w:tr>
      <w:tr>
        <w:trPr>
          <w:cantSplit/>
        </w:trPr>
        <w:tc>
          <w:tcPr>
            <w:tcW w:type="dxa" w:w="2246"/>
          </w:tcPr>
          <w:p>
            <w:pPr>
              <w:spacing w:after="0"/>
              <w:jc w:val="left"/>
            </w:pPr>
            <w:r>
              <w:rPr>
                <w:sz w:val="16"/>
              </w:rPr>
              <w:t>Cold Wave</w:t>
            </w:r>
          </w:p>
        </w:tc>
        <w:tc>
          <w:tcPr>
            <w:tcW w:type="dxa" w:w="1472"/>
          </w:tcPr>
          <w:p>
            <w:pPr>
              <w:spacing w:after="0"/>
              <w:jc w:val="right"/>
            </w:pPr>
            <w:r>
              <w:rPr>
                <w:sz w:val="16"/>
              </w:rPr>
              <w:t>6 of 6</w:t>
            </w:r>
          </w:p>
        </w:tc>
        <w:tc>
          <w:tcPr>
            <w:tcW w:type="dxa" w:w="1404"/>
          </w:tcPr>
          <w:p>
            <w:pPr>
              <w:spacing w:after="0"/>
              <w:jc w:val="right"/>
            </w:pPr>
            <w:r>
              <w:rPr>
                <w:sz w:val="16"/>
              </w:rPr>
              <w:t>87.1</w:t>
            </w:r>
          </w:p>
        </w:tc>
        <w:tc>
          <w:tcPr>
            <w:tcW w:type="dxa" w:w="1472"/>
          </w:tcPr>
          <w:p>
            <w:pPr>
              <w:spacing w:after="0"/>
              <w:jc w:val="right"/>
            </w:pPr>
            <w:r>
              <w:rPr>
                <w:sz w:val="16"/>
              </w:rPr>
              <w:t>94.7</w:t>
            </w:r>
          </w:p>
        </w:tc>
        <w:tc>
          <w:tcPr>
            <w:tcW w:type="dxa" w:w="1404"/>
          </w:tcPr>
          <w:p>
            <w:pPr>
              <w:spacing w:after="0"/>
              <w:jc w:val="right"/>
            </w:pPr>
            <w:r>
              <w:rPr>
                <w:sz w:val="16"/>
              </w:rPr>
              <w:t>97.2</w:t>
            </w:r>
          </w:p>
        </w:tc>
        <w:tc>
          <w:tcPr>
            <w:tcW w:type="dxa" w:w="6114"/>
          </w:tcPr>
          <w:p>
            <w:pPr>
              <w:spacing w:after="0"/>
              <w:jc w:val="left"/>
            </w:pPr>
            <w:r>
              <w:rPr>
                <w:sz w:val="16"/>
              </w:rPr>
              <w:t>Very High 2, Relatively High 4</w:t>
            </w:r>
          </w:p>
        </w:tc>
      </w:tr>
      <w:tr>
        <w:trPr>
          <w:cantSplit/>
        </w:trPr>
        <w:tc>
          <w:tcPr>
            <w:tcW w:type="dxa" w:w="2246"/>
          </w:tcPr>
          <w:p>
            <w:pPr>
              <w:spacing w:after="0"/>
              <w:jc w:val="left"/>
            </w:pPr>
            <w:r>
              <w:rPr>
                <w:sz w:val="16"/>
              </w:rPr>
              <w:t>Drought</w:t>
            </w:r>
          </w:p>
        </w:tc>
        <w:tc>
          <w:tcPr>
            <w:tcW w:type="dxa" w:w="1472"/>
          </w:tcPr>
          <w:p>
            <w:pPr>
              <w:spacing w:after="0"/>
              <w:jc w:val="right"/>
            </w:pPr>
            <w:r>
              <w:rPr>
                <w:sz w:val="16"/>
              </w:rPr>
              <w:t>1 of 6</w:t>
            </w:r>
          </w:p>
        </w:tc>
        <w:tc>
          <w:tcPr>
            <w:tcW w:type="dxa" w:w="1404"/>
          </w:tcPr>
          <w:p>
            <w:pPr>
              <w:spacing w:after="0"/>
              <w:jc w:val="right"/>
            </w:pPr>
            <w:r>
              <w:rPr>
                <w:sz w:val="16"/>
              </w:rPr>
              <w:t>76.6</w:t>
            </w:r>
          </w:p>
        </w:tc>
        <w:tc>
          <w:tcPr>
            <w:tcW w:type="dxa" w:w="1472"/>
          </w:tcPr>
          <w:p>
            <w:pPr>
              <w:spacing w:after="0"/>
              <w:jc w:val="right"/>
            </w:pPr>
            <w:r>
              <w:rPr>
                <w:sz w:val="16"/>
              </w:rPr>
              <w:t>76.6</w:t>
            </w:r>
          </w:p>
        </w:tc>
        <w:tc>
          <w:tcPr>
            <w:tcW w:type="dxa" w:w="1404"/>
          </w:tcPr>
          <w:p>
            <w:pPr>
              <w:spacing w:after="0"/>
              <w:jc w:val="right"/>
            </w:pPr>
            <w:r>
              <w:rPr>
                <w:sz w:val="16"/>
              </w:rPr>
              <w:t>76.6</w:t>
            </w:r>
          </w:p>
        </w:tc>
        <w:tc>
          <w:tcPr>
            <w:tcW w:type="dxa" w:w="6114"/>
          </w:tcPr>
          <w:p>
            <w:pPr>
              <w:spacing w:after="0"/>
              <w:jc w:val="left"/>
            </w:pPr>
            <w:r>
              <w:rPr>
                <w:sz w:val="16"/>
              </w:rPr>
              <w:t>Very Low 1, No Rating 5</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6 of 6</w:t>
            </w:r>
          </w:p>
        </w:tc>
        <w:tc>
          <w:tcPr>
            <w:tcW w:type="dxa" w:w="1404"/>
          </w:tcPr>
          <w:p>
            <w:pPr>
              <w:spacing w:after="0"/>
              <w:jc w:val="right"/>
            </w:pPr>
            <w:r>
              <w:rPr>
                <w:sz w:val="16"/>
              </w:rPr>
              <w:t>29.2</w:t>
            </w:r>
          </w:p>
        </w:tc>
        <w:tc>
          <w:tcPr>
            <w:tcW w:type="dxa" w:w="1472"/>
          </w:tcPr>
          <w:p>
            <w:pPr>
              <w:spacing w:after="0"/>
              <w:jc w:val="right"/>
            </w:pPr>
            <w:r>
              <w:rPr>
                <w:sz w:val="16"/>
              </w:rPr>
              <w:t>43.1</w:t>
            </w:r>
          </w:p>
        </w:tc>
        <w:tc>
          <w:tcPr>
            <w:tcW w:type="dxa" w:w="1404"/>
          </w:tcPr>
          <w:p>
            <w:pPr>
              <w:spacing w:after="0"/>
              <w:jc w:val="right"/>
            </w:pPr>
            <w:r>
              <w:rPr>
                <w:sz w:val="16"/>
              </w:rPr>
              <w:t>55.9</w:t>
            </w:r>
          </w:p>
        </w:tc>
        <w:tc>
          <w:tcPr>
            <w:tcW w:type="dxa" w:w="6114"/>
          </w:tcPr>
          <w:p>
            <w:pPr>
              <w:spacing w:after="0"/>
              <w:jc w:val="left"/>
            </w:pPr>
            <w:r>
              <w:rPr>
                <w:sz w:val="16"/>
              </w:rPr>
              <w:t>Relatively Low 3, 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6 of 6</w:t>
            </w:r>
          </w:p>
        </w:tc>
        <w:tc>
          <w:tcPr>
            <w:tcW w:type="dxa" w:w="1404"/>
          </w:tcPr>
          <w:p>
            <w:pPr>
              <w:spacing w:after="0"/>
              <w:jc w:val="right"/>
            </w:pPr>
            <w:r>
              <w:rPr>
                <w:sz w:val="16"/>
              </w:rPr>
              <w:t>49.5</w:t>
            </w:r>
          </w:p>
        </w:tc>
        <w:tc>
          <w:tcPr>
            <w:tcW w:type="dxa" w:w="1472"/>
          </w:tcPr>
          <w:p>
            <w:pPr>
              <w:spacing w:after="0"/>
              <w:jc w:val="right"/>
            </w:pPr>
            <w:r>
              <w:rPr>
                <w:sz w:val="16"/>
              </w:rPr>
              <w:t>59.9</w:t>
            </w:r>
          </w:p>
        </w:tc>
        <w:tc>
          <w:tcPr>
            <w:tcW w:type="dxa" w:w="1404"/>
          </w:tcPr>
          <w:p>
            <w:pPr>
              <w:spacing w:after="0"/>
              <w:jc w:val="right"/>
            </w:pPr>
            <w:r>
              <w:rPr>
                <w:sz w:val="16"/>
              </w:rPr>
              <w:t>66.7</w:t>
            </w:r>
          </w:p>
        </w:tc>
        <w:tc>
          <w:tcPr>
            <w:tcW w:type="dxa" w:w="6114"/>
          </w:tcPr>
          <w:p>
            <w:pPr>
              <w:spacing w:after="0"/>
              <w:jc w:val="left"/>
            </w:pPr>
            <w:r>
              <w:rPr>
                <w:sz w:val="16"/>
              </w:rPr>
              <w:t>Relatively Low 6</w:t>
            </w:r>
          </w:p>
        </w:tc>
      </w:tr>
      <w:tr>
        <w:trPr>
          <w:cantSplit/>
        </w:trPr>
        <w:tc>
          <w:tcPr>
            <w:tcW w:type="dxa" w:w="2246"/>
          </w:tcPr>
          <w:p>
            <w:pPr>
              <w:spacing w:after="0"/>
              <w:jc w:val="left"/>
            </w:pPr>
            <w:r>
              <w:rPr>
                <w:sz w:val="16"/>
              </w:rPr>
              <w:t>Heat Wave</w:t>
            </w:r>
          </w:p>
        </w:tc>
        <w:tc>
          <w:tcPr>
            <w:tcW w:type="dxa" w:w="1472"/>
          </w:tcPr>
          <w:p>
            <w:pPr>
              <w:spacing w:after="0"/>
              <w:jc w:val="right"/>
            </w:pPr>
            <w:r>
              <w:rPr>
                <w:sz w:val="16"/>
              </w:rPr>
              <w:t>6 of 6</w:t>
            </w:r>
          </w:p>
        </w:tc>
        <w:tc>
          <w:tcPr>
            <w:tcW w:type="dxa" w:w="1404"/>
          </w:tcPr>
          <w:p>
            <w:pPr>
              <w:spacing w:after="0"/>
              <w:jc w:val="right"/>
            </w:pPr>
            <w:r>
              <w:rPr>
                <w:sz w:val="16"/>
              </w:rPr>
              <w:t>3.9</w:t>
            </w:r>
          </w:p>
        </w:tc>
        <w:tc>
          <w:tcPr>
            <w:tcW w:type="dxa" w:w="1472"/>
          </w:tcPr>
          <w:p>
            <w:pPr>
              <w:spacing w:after="0"/>
              <w:jc w:val="right"/>
            </w:pPr>
            <w:r>
              <w:rPr>
                <w:sz w:val="16"/>
              </w:rPr>
              <w:t>6.7</w:t>
            </w:r>
          </w:p>
        </w:tc>
        <w:tc>
          <w:tcPr>
            <w:tcW w:type="dxa" w:w="1404"/>
          </w:tcPr>
          <w:p>
            <w:pPr>
              <w:spacing w:after="0"/>
              <w:jc w:val="right"/>
            </w:pPr>
            <w:r>
              <w:rPr>
                <w:sz w:val="16"/>
              </w:rPr>
              <w:t>9.6</w:t>
            </w:r>
          </w:p>
        </w:tc>
        <w:tc>
          <w:tcPr>
            <w:tcW w:type="dxa" w:w="6114"/>
          </w:tcPr>
          <w:p>
            <w:pPr>
              <w:spacing w:after="0"/>
              <w:jc w:val="left"/>
            </w:pPr>
            <w:r>
              <w:rPr>
                <w:sz w:val="16"/>
              </w:rPr>
              <w:t>Very Low 6</w:t>
            </w:r>
          </w:p>
        </w:tc>
      </w:tr>
      <w:tr>
        <w:trPr>
          <w:cantSplit/>
        </w:trPr>
        <w:tc>
          <w:tcPr>
            <w:tcW w:type="dxa" w:w="2246"/>
          </w:tcPr>
          <w:p>
            <w:pPr>
              <w:spacing w:after="0"/>
              <w:jc w:val="left"/>
            </w:pPr>
            <w:r>
              <w:rPr>
                <w:sz w:val="16"/>
              </w:rPr>
              <w:t>Hurricane</w:t>
            </w:r>
          </w:p>
        </w:tc>
        <w:tc>
          <w:tcPr>
            <w:tcW w:type="dxa" w:w="1472"/>
          </w:tcPr>
          <w:p>
            <w:pPr>
              <w:spacing w:after="0"/>
              <w:jc w:val="right"/>
            </w:pPr>
            <w:r>
              <w:rPr>
                <w:sz w:val="16"/>
              </w:rPr>
              <w:t>6 of 6</w:t>
            </w:r>
          </w:p>
        </w:tc>
        <w:tc>
          <w:tcPr>
            <w:tcW w:type="dxa" w:w="1404"/>
          </w:tcPr>
          <w:p>
            <w:pPr>
              <w:spacing w:after="0"/>
              <w:jc w:val="right"/>
            </w:pPr>
            <w:r>
              <w:rPr>
                <w:sz w:val="16"/>
              </w:rPr>
              <w:t>50.1</w:t>
            </w:r>
          </w:p>
        </w:tc>
        <w:tc>
          <w:tcPr>
            <w:tcW w:type="dxa" w:w="1472"/>
          </w:tcPr>
          <w:p>
            <w:pPr>
              <w:spacing w:after="0"/>
              <w:jc w:val="right"/>
            </w:pPr>
            <w:r>
              <w:rPr>
                <w:sz w:val="16"/>
              </w:rPr>
              <w:t>53.7</w:t>
            </w:r>
          </w:p>
        </w:tc>
        <w:tc>
          <w:tcPr>
            <w:tcW w:type="dxa" w:w="1404"/>
          </w:tcPr>
          <w:p>
            <w:pPr>
              <w:spacing w:after="0"/>
              <w:jc w:val="right"/>
            </w:pPr>
            <w:r>
              <w:rPr>
                <w:sz w:val="16"/>
              </w:rPr>
              <w:t>57.7</w:t>
            </w:r>
          </w:p>
        </w:tc>
        <w:tc>
          <w:tcPr>
            <w:tcW w:type="dxa" w:w="6114"/>
          </w:tcPr>
          <w:p>
            <w:pPr>
              <w:spacing w:after="0"/>
              <w:jc w:val="left"/>
            </w:pPr>
            <w:r>
              <w:rPr>
                <w:sz w:val="16"/>
              </w:rPr>
              <w:t>Relatively Low 5, Very Low 1</w:t>
            </w:r>
          </w:p>
        </w:tc>
      </w:tr>
      <w:tr>
        <w:trPr>
          <w:cantSplit/>
        </w:trPr>
        <w:tc>
          <w:tcPr>
            <w:tcW w:type="dxa" w:w="2246"/>
          </w:tcPr>
          <w:p>
            <w:pPr>
              <w:spacing w:after="0"/>
              <w:jc w:val="left"/>
            </w:pPr>
            <w:r>
              <w:rPr>
                <w:sz w:val="16"/>
              </w:rPr>
              <w:t>Ice Storm</w:t>
            </w:r>
          </w:p>
        </w:tc>
        <w:tc>
          <w:tcPr>
            <w:tcW w:type="dxa" w:w="1472"/>
          </w:tcPr>
          <w:p>
            <w:pPr>
              <w:spacing w:after="0"/>
              <w:jc w:val="right"/>
            </w:pPr>
            <w:r>
              <w:rPr>
                <w:sz w:val="16"/>
              </w:rPr>
              <w:t>6 of 6</w:t>
            </w:r>
          </w:p>
        </w:tc>
        <w:tc>
          <w:tcPr>
            <w:tcW w:type="dxa" w:w="1404"/>
          </w:tcPr>
          <w:p>
            <w:pPr>
              <w:spacing w:after="0"/>
              <w:jc w:val="right"/>
            </w:pPr>
            <w:r>
              <w:rPr>
                <w:sz w:val="16"/>
              </w:rPr>
              <w:t>19.6</w:t>
            </w:r>
          </w:p>
        </w:tc>
        <w:tc>
          <w:tcPr>
            <w:tcW w:type="dxa" w:w="1472"/>
          </w:tcPr>
          <w:p>
            <w:pPr>
              <w:spacing w:after="0"/>
              <w:jc w:val="right"/>
            </w:pPr>
            <w:r>
              <w:rPr>
                <w:sz w:val="16"/>
              </w:rPr>
              <w:t>36.1</w:t>
            </w:r>
          </w:p>
        </w:tc>
        <w:tc>
          <w:tcPr>
            <w:tcW w:type="dxa" w:w="1404"/>
          </w:tcPr>
          <w:p>
            <w:pPr>
              <w:spacing w:after="0"/>
              <w:jc w:val="right"/>
            </w:pPr>
            <w:r>
              <w:rPr>
                <w:sz w:val="16"/>
              </w:rPr>
              <w:t>43.0</w:t>
            </w:r>
          </w:p>
        </w:tc>
        <w:tc>
          <w:tcPr>
            <w:tcW w:type="dxa" w:w="6114"/>
          </w:tcPr>
          <w:p>
            <w:pPr>
              <w:spacing w:after="0"/>
              <w:jc w:val="left"/>
            </w:pPr>
            <w:r>
              <w:rPr>
                <w:sz w:val="16"/>
              </w:rPr>
              <w:t>Relatively Low 4, Very Low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6 of 6</w:t>
            </w:r>
          </w:p>
        </w:tc>
        <w:tc>
          <w:tcPr>
            <w:tcW w:type="dxa" w:w="1404"/>
          </w:tcPr>
          <w:p>
            <w:pPr>
              <w:spacing w:after="0"/>
              <w:jc w:val="right"/>
            </w:pPr>
            <w:r>
              <w:rPr>
                <w:sz w:val="16"/>
              </w:rPr>
              <w:t>89.5</w:t>
            </w:r>
          </w:p>
        </w:tc>
        <w:tc>
          <w:tcPr>
            <w:tcW w:type="dxa" w:w="1472"/>
          </w:tcPr>
          <w:p>
            <w:pPr>
              <w:spacing w:after="0"/>
              <w:jc w:val="right"/>
            </w:pPr>
            <w:r>
              <w:rPr>
                <w:sz w:val="16"/>
              </w:rPr>
              <w:t>98.8</w:t>
            </w:r>
          </w:p>
        </w:tc>
        <w:tc>
          <w:tcPr>
            <w:tcW w:type="dxa" w:w="1404"/>
          </w:tcPr>
          <w:p>
            <w:pPr>
              <w:spacing w:after="0"/>
              <w:jc w:val="right"/>
            </w:pPr>
            <w:r>
              <w:rPr>
                <w:sz w:val="16"/>
              </w:rPr>
              <w:t>99.7</w:t>
            </w:r>
          </w:p>
        </w:tc>
        <w:tc>
          <w:tcPr>
            <w:tcW w:type="dxa" w:w="6114"/>
          </w:tcPr>
          <w:p>
            <w:pPr>
              <w:spacing w:after="0"/>
              <w:jc w:val="left"/>
            </w:pPr>
            <w:r>
              <w:rPr>
                <w:sz w:val="16"/>
              </w:rPr>
              <w:t>Very High 5, Relatively High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6 of 6</w:t>
            </w:r>
          </w:p>
        </w:tc>
        <w:tc>
          <w:tcPr>
            <w:tcW w:type="dxa" w:w="1404"/>
          </w:tcPr>
          <w:p>
            <w:pPr>
              <w:spacing w:after="0"/>
              <w:jc w:val="right"/>
            </w:pPr>
            <w:r>
              <w:rPr>
                <w:sz w:val="16"/>
              </w:rPr>
              <w:t>96.3</w:t>
            </w:r>
          </w:p>
        </w:tc>
        <w:tc>
          <w:tcPr>
            <w:tcW w:type="dxa" w:w="1472"/>
          </w:tcPr>
          <w:p>
            <w:pPr>
              <w:spacing w:after="0"/>
              <w:jc w:val="right"/>
            </w:pPr>
            <w:r>
              <w:rPr>
                <w:sz w:val="16"/>
              </w:rPr>
              <w:t>98.2</w:t>
            </w:r>
          </w:p>
        </w:tc>
        <w:tc>
          <w:tcPr>
            <w:tcW w:type="dxa" w:w="1404"/>
          </w:tcPr>
          <w:p>
            <w:pPr>
              <w:spacing w:after="0"/>
              <w:jc w:val="right"/>
            </w:pPr>
            <w:r>
              <w:rPr>
                <w:sz w:val="16"/>
              </w:rPr>
              <w:t>99.2</w:t>
            </w:r>
          </w:p>
        </w:tc>
        <w:tc>
          <w:tcPr>
            <w:tcW w:type="dxa" w:w="6114"/>
          </w:tcPr>
          <w:p>
            <w:pPr>
              <w:spacing w:after="0"/>
              <w:jc w:val="left"/>
            </w:pPr>
            <w:r>
              <w:rPr>
                <w:sz w:val="16"/>
              </w:rPr>
              <w:t>Relatively Moderate 6</w:t>
            </w:r>
          </w:p>
        </w:tc>
      </w:tr>
      <w:tr>
        <w:trPr>
          <w:cantSplit/>
        </w:trPr>
        <w:tc>
          <w:tcPr>
            <w:tcW w:type="dxa" w:w="2246"/>
          </w:tcPr>
          <w:p>
            <w:pPr>
              <w:spacing w:after="0"/>
              <w:jc w:val="left"/>
            </w:pPr>
            <w:r>
              <w:rPr>
                <w:sz w:val="16"/>
              </w:rPr>
              <w:t>Lightning</w:t>
            </w:r>
          </w:p>
        </w:tc>
        <w:tc>
          <w:tcPr>
            <w:tcW w:type="dxa" w:w="1472"/>
          </w:tcPr>
          <w:p>
            <w:pPr>
              <w:spacing w:after="0"/>
              <w:jc w:val="right"/>
            </w:pPr>
            <w:r>
              <w:rPr>
                <w:sz w:val="16"/>
              </w:rPr>
              <w:t>6 of 6</w:t>
            </w:r>
          </w:p>
        </w:tc>
        <w:tc>
          <w:tcPr>
            <w:tcW w:type="dxa" w:w="1404"/>
          </w:tcPr>
          <w:p>
            <w:pPr>
              <w:spacing w:after="0"/>
              <w:jc w:val="right"/>
            </w:pPr>
            <w:r>
              <w:rPr>
                <w:sz w:val="16"/>
              </w:rPr>
              <w:t>54.7</w:t>
            </w:r>
          </w:p>
        </w:tc>
        <w:tc>
          <w:tcPr>
            <w:tcW w:type="dxa" w:w="1472"/>
          </w:tcPr>
          <w:p>
            <w:pPr>
              <w:spacing w:after="0"/>
              <w:jc w:val="right"/>
            </w:pPr>
            <w:r>
              <w:rPr>
                <w:sz w:val="16"/>
              </w:rPr>
              <w:t>74.0</w:t>
            </w:r>
          </w:p>
        </w:tc>
        <w:tc>
          <w:tcPr>
            <w:tcW w:type="dxa" w:w="1404"/>
          </w:tcPr>
          <w:p>
            <w:pPr>
              <w:spacing w:after="0"/>
              <w:jc w:val="right"/>
            </w:pPr>
            <w:r>
              <w:rPr>
                <w:sz w:val="16"/>
              </w:rPr>
              <w:t>83.6</w:t>
            </w:r>
          </w:p>
        </w:tc>
        <w:tc>
          <w:tcPr>
            <w:tcW w:type="dxa" w:w="6114"/>
          </w:tcPr>
          <w:p>
            <w:pPr>
              <w:spacing w:after="0"/>
              <w:jc w:val="left"/>
            </w:pPr>
            <w:r>
              <w:rPr>
                <w:sz w:val="16"/>
              </w:rPr>
              <w:t>Relatively High 2, Relatively Moderate 4</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6 of 6</w:t>
            </w:r>
          </w:p>
        </w:tc>
        <w:tc>
          <w:tcPr>
            <w:tcW w:type="dxa" w:w="1404"/>
          </w:tcPr>
          <w:p>
            <w:pPr>
              <w:spacing w:after="0"/>
              <w:jc w:val="right"/>
            </w:pPr>
            <w:r>
              <w:rPr>
                <w:sz w:val="16"/>
              </w:rPr>
              <w:t>54.8</w:t>
            </w:r>
          </w:p>
        </w:tc>
        <w:tc>
          <w:tcPr>
            <w:tcW w:type="dxa" w:w="1472"/>
          </w:tcPr>
          <w:p>
            <w:pPr>
              <w:spacing w:after="0"/>
              <w:jc w:val="right"/>
            </w:pPr>
            <w:r>
              <w:rPr>
                <w:sz w:val="16"/>
              </w:rPr>
              <w:t>74.0</w:t>
            </w:r>
          </w:p>
        </w:tc>
        <w:tc>
          <w:tcPr>
            <w:tcW w:type="dxa" w:w="1404"/>
          </w:tcPr>
          <w:p>
            <w:pPr>
              <w:spacing w:after="0"/>
              <w:jc w:val="right"/>
            </w:pPr>
            <w:r>
              <w:rPr>
                <w:sz w:val="16"/>
              </w:rPr>
              <w:t>84.0</w:t>
            </w:r>
          </w:p>
        </w:tc>
        <w:tc>
          <w:tcPr>
            <w:tcW w:type="dxa" w:w="6114"/>
          </w:tcPr>
          <w:p>
            <w:pPr>
              <w:spacing w:after="0"/>
              <w:jc w:val="left"/>
            </w:pPr>
            <w:r>
              <w:rPr>
                <w:sz w:val="16"/>
              </w:rPr>
              <w:t>Relatively High 1, Relatively Moderate 5</w:t>
            </w:r>
          </w:p>
        </w:tc>
      </w:tr>
      <w:tr>
        <w:trPr>
          <w:cantSplit/>
        </w:trPr>
        <w:tc>
          <w:tcPr>
            <w:tcW w:type="dxa" w:w="2246"/>
          </w:tcPr>
          <w:p>
            <w:pPr>
              <w:spacing w:after="0"/>
              <w:jc w:val="left"/>
            </w:pPr>
            <w:r>
              <w:rPr>
                <w:sz w:val="16"/>
              </w:rPr>
              <w:t>Tornado</w:t>
            </w:r>
          </w:p>
        </w:tc>
        <w:tc>
          <w:tcPr>
            <w:tcW w:type="dxa" w:w="1472"/>
          </w:tcPr>
          <w:p>
            <w:pPr>
              <w:spacing w:after="0"/>
              <w:jc w:val="right"/>
            </w:pPr>
            <w:r>
              <w:rPr>
                <w:sz w:val="16"/>
              </w:rPr>
              <w:t>6 of 6</w:t>
            </w:r>
          </w:p>
        </w:tc>
        <w:tc>
          <w:tcPr>
            <w:tcW w:type="dxa" w:w="1404"/>
          </w:tcPr>
          <w:p>
            <w:pPr>
              <w:spacing w:after="0"/>
              <w:jc w:val="right"/>
            </w:pPr>
            <w:r>
              <w:rPr>
                <w:sz w:val="16"/>
              </w:rPr>
              <w:t>11.2</w:t>
            </w:r>
          </w:p>
        </w:tc>
        <w:tc>
          <w:tcPr>
            <w:tcW w:type="dxa" w:w="1472"/>
          </w:tcPr>
          <w:p>
            <w:pPr>
              <w:spacing w:after="0"/>
              <w:jc w:val="right"/>
            </w:pPr>
            <w:r>
              <w:rPr>
                <w:sz w:val="16"/>
              </w:rPr>
              <w:t>20.7</w:t>
            </w:r>
          </w:p>
        </w:tc>
        <w:tc>
          <w:tcPr>
            <w:tcW w:type="dxa" w:w="1404"/>
          </w:tcPr>
          <w:p>
            <w:pPr>
              <w:spacing w:after="0"/>
              <w:jc w:val="right"/>
            </w:pPr>
            <w:r>
              <w:rPr>
                <w:sz w:val="16"/>
              </w:rPr>
              <w:t>26.5</w:t>
            </w:r>
          </w:p>
        </w:tc>
        <w:tc>
          <w:tcPr>
            <w:tcW w:type="dxa" w:w="6114"/>
          </w:tcPr>
          <w:p>
            <w:pPr>
              <w:spacing w:after="0"/>
              <w:jc w:val="left"/>
            </w:pPr>
            <w:r>
              <w:rPr>
                <w:sz w:val="16"/>
              </w:rPr>
              <w:t>Very Low 6</w:t>
            </w:r>
          </w:p>
        </w:tc>
      </w:tr>
      <w:tr>
        <w:trPr>
          <w:cantSplit/>
        </w:trPr>
        <w:tc>
          <w:tcPr>
            <w:tcW w:type="dxa" w:w="2246"/>
          </w:tcPr>
          <w:p>
            <w:pPr>
              <w:spacing w:after="0"/>
              <w:jc w:val="left"/>
            </w:pPr>
            <w:r>
              <w:rPr>
                <w:sz w:val="16"/>
              </w:rPr>
              <w:t>Wildfire</w:t>
            </w:r>
          </w:p>
        </w:tc>
        <w:tc>
          <w:tcPr>
            <w:tcW w:type="dxa" w:w="1472"/>
          </w:tcPr>
          <w:p>
            <w:pPr>
              <w:spacing w:after="0"/>
              <w:jc w:val="right"/>
            </w:pPr>
            <w:r>
              <w:rPr>
                <w:sz w:val="16"/>
              </w:rPr>
              <w:t>6 of 6</w:t>
            </w:r>
          </w:p>
        </w:tc>
        <w:tc>
          <w:tcPr>
            <w:tcW w:type="dxa" w:w="1404"/>
          </w:tcPr>
          <w:p>
            <w:pPr>
              <w:spacing w:after="0"/>
              <w:jc w:val="right"/>
            </w:pPr>
            <w:r>
              <w:rPr>
                <w:sz w:val="16"/>
              </w:rPr>
              <w:t>84.2</w:t>
            </w:r>
          </w:p>
        </w:tc>
        <w:tc>
          <w:tcPr>
            <w:tcW w:type="dxa" w:w="1472"/>
          </w:tcPr>
          <w:p>
            <w:pPr>
              <w:spacing w:after="0"/>
              <w:jc w:val="right"/>
            </w:pPr>
            <w:r>
              <w:rPr>
                <w:sz w:val="16"/>
              </w:rPr>
              <w:t>91.9</w:t>
            </w:r>
          </w:p>
        </w:tc>
        <w:tc>
          <w:tcPr>
            <w:tcW w:type="dxa" w:w="1404"/>
          </w:tcPr>
          <w:p>
            <w:pPr>
              <w:spacing w:after="0"/>
              <w:jc w:val="right"/>
            </w:pPr>
            <w:r>
              <w:rPr>
                <w:sz w:val="16"/>
              </w:rPr>
              <w:t>93.1</w:t>
            </w:r>
          </w:p>
        </w:tc>
        <w:tc>
          <w:tcPr>
            <w:tcW w:type="dxa" w:w="6114"/>
          </w:tcPr>
          <w:p>
            <w:pPr>
              <w:spacing w:after="0"/>
              <w:jc w:val="left"/>
            </w:pPr>
            <w:r>
              <w:rPr>
                <w:sz w:val="16"/>
              </w:rPr>
              <w:t>Relatively Moderate 5,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6 of 6</w:t>
            </w:r>
          </w:p>
        </w:tc>
        <w:tc>
          <w:tcPr>
            <w:tcW w:type="dxa" w:w="1404"/>
          </w:tcPr>
          <w:p>
            <w:pPr>
              <w:spacing w:after="0"/>
              <w:jc w:val="right"/>
            </w:pPr>
            <w:r>
              <w:rPr>
                <w:sz w:val="16"/>
              </w:rPr>
              <w:t>58.7</w:t>
            </w:r>
          </w:p>
        </w:tc>
        <w:tc>
          <w:tcPr>
            <w:tcW w:type="dxa" w:w="1472"/>
          </w:tcPr>
          <w:p>
            <w:pPr>
              <w:spacing w:after="0"/>
              <w:jc w:val="right"/>
            </w:pPr>
            <w:r>
              <w:rPr>
                <w:sz w:val="16"/>
              </w:rPr>
              <w:t>72.5</w:t>
            </w:r>
          </w:p>
        </w:tc>
        <w:tc>
          <w:tcPr>
            <w:tcW w:type="dxa" w:w="1404"/>
          </w:tcPr>
          <w:p>
            <w:pPr>
              <w:spacing w:after="0"/>
              <w:jc w:val="right"/>
            </w:pPr>
            <w:r>
              <w:rPr>
                <w:sz w:val="16"/>
              </w:rPr>
              <w:t>80.5</w:t>
            </w:r>
          </w:p>
        </w:tc>
        <w:tc>
          <w:tcPr>
            <w:tcW w:type="dxa" w:w="6114"/>
          </w:tcPr>
          <w:p>
            <w:pPr>
              <w:spacing w:after="0"/>
              <w:jc w:val="left"/>
            </w:pPr>
            <w:r>
              <w:rPr>
                <w:sz w:val="16"/>
              </w:rPr>
              <w:t>Relatively High 1,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2"/>
        <w:gridCol w:w="830"/>
        <w:gridCol w:w="3228"/>
        <w:gridCol w:w="2683"/>
        <w:gridCol w:w="2661"/>
        <w:gridCol w:w="3010"/>
      </w:tblGrid>
      <w:tr>
        <w:trPr>
          <w:cantSplit/>
          <w:tblHeader/>
        </w:trPr>
        <w:tc>
          <w:tcPr>
            <w:tcW w:type="dxa" w:w="1702"/>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6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2"/>
          </w:tcPr>
          <w:p>
            <w:pPr>
              <w:spacing w:after="0"/>
              <w:jc w:val="left"/>
            </w:pPr>
            <w:r>
              <w:rPr>
                <w:sz w:val="16"/>
              </w:rPr>
              <w:t>Wyoming County</w:t>
            </w:r>
          </w:p>
        </w:tc>
        <w:tc>
          <w:tcPr>
            <w:tcW w:type="dxa" w:w="830"/>
          </w:tcPr>
          <w:p>
            <w:pPr>
              <w:spacing w:after="0"/>
              <w:jc w:val="left"/>
            </w:pPr>
            <w:r>
              <w:rPr>
                <w:sz w:val="16"/>
              </w:rPr>
              <w:t>County</w:t>
            </w:r>
          </w:p>
        </w:tc>
        <w:tc>
          <w:tcPr>
            <w:tcW w:type="dxa" w:w="3228"/>
          </w:tcPr>
          <w:p>
            <w:pPr>
              <w:spacing w:after="0"/>
              <w:jc w:val="left"/>
            </w:pPr>
            <w:r>
              <w:rPr>
                <w:sz w:val="16"/>
              </w:rPr>
              <w:t>Approved, expires 2027-08-09</w:t>
            </w:r>
          </w:p>
        </w:tc>
        <w:tc>
          <w:tcPr>
            <w:tcW w:type="dxa" w:w="2683"/>
          </w:tcPr>
          <w:p>
            <w:pPr>
              <w:spacing w:after="0"/>
              <w:jc w:val="right"/>
            </w:pPr>
            <w:r>
              <w:rPr>
                <w:sz w:val="16"/>
              </w:rPr>
              <w:t>FMA RL 4, SRL 5; any 63</w:t>
            </w:r>
          </w:p>
        </w:tc>
        <w:tc>
          <w:tcPr>
            <w:tcW w:type="dxa" w:w="2661"/>
          </w:tcPr>
          <w:p>
            <w:pPr>
              <w:spacing w:after="0"/>
              <w:jc w:val="right"/>
            </w:pPr>
            <w:r>
              <w:rPr>
                <w:sz w:val="16"/>
              </w:rPr>
              <w:t>$1,018,471.24</w:t>
            </w:r>
          </w:p>
        </w:tc>
        <w:tc>
          <w:tcPr>
            <w:tcW w:type="dxa" w:w="3010"/>
          </w:tcPr>
          <w:p>
            <w:pPr>
              <w:spacing w:after="0"/>
              <w:jc w:val="right"/>
            </w:pPr>
            <w:r>
              <w:rPr>
                <w:sz w:val="16"/>
              </w:rPr>
              <w:t>0 total; 0 since its plan</w:t>
            </w:r>
          </w:p>
        </w:tc>
      </w:tr>
      <w:tr>
        <w:trPr>
          <w:cantSplit/>
        </w:trPr>
        <w:tc>
          <w:tcPr>
            <w:tcW w:type="dxa" w:w="1702"/>
          </w:tcPr>
          <w:p>
            <w:pPr>
              <w:spacing w:after="0"/>
              <w:jc w:val="left"/>
            </w:pPr>
            <w:r>
              <w:rPr>
                <w:sz w:val="16"/>
              </w:rPr>
              <w:t>Mullens city</w:t>
            </w:r>
          </w:p>
        </w:tc>
        <w:tc>
          <w:tcPr>
            <w:tcW w:type="dxa" w:w="830"/>
          </w:tcPr>
          <w:p>
            <w:pPr>
              <w:spacing w:after="0"/>
              <w:jc w:val="left"/>
            </w:pPr>
            <w:r>
              <w:rPr>
                <w:sz w:val="16"/>
              </w:rPr>
              <w:t>City</w:t>
            </w:r>
          </w:p>
        </w:tc>
        <w:tc>
          <w:tcPr>
            <w:tcW w:type="dxa" w:w="3228"/>
          </w:tcPr>
          <w:p>
            <w:pPr>
              <w:spacing w:after="0"/>
              <w:jc w:val="left"/>
            </w:pPr>
            <w:r>
              <w:rPr>
                <w:sz w:val="16"/>
              </w:rPr>
              <w:t>Approved, expires 2027-08-09</w:t>
            </w:r>
          </w:p>
        </w:tc>
        <w:tc>
          <w:tcPr>
            <w:tcW w:type="dxa" w:w="2683"/>
          </w:tcPr>
          <w:p>
            <w:pPr>
              <w:spacing w:after="0"/>
              <w:jc w:val="right"/>
            </w:pPr>
            <w:r>
              <w:rPr>
                <w:sz w:val="16"/>
              </w:rPr>
              <w:t>FMA RL 1, SRL 5; any 21</w:t>
            </w:r>
          </w:p>
        </w:tc>
        <w:tc>
          <w:tcPr>
            <w:tcW w:type="dxa" w:w="2661"/>
          </w:tcPr>
          <w:p>
            <w:pPr>
              <w:spacing w:after="0"/>
              <w:jc w:val="right"/>
            </w:pPr>
            <w:r>
              <w:rPr>
                <w:sz w:val="16"/>
              </w:rPr>
              <w:t>$1,110,608.43</w:t>
            </w:r>
          </w:p>
        </w:tc>
        <w:tc>
          <w:tcPr>
            <w:tcW w:type="dxa" w:w="3010"/>
          </w:tcPr>
          <w:p>
            <w:pPr>
              <w:spacing w:after="0"/>
              <w:jc w:val="right"/>
            </w:pPr>
            <w:r>
              <w:rPr>
                <w:sz w:val="16"/>
              </w:rPr>
              <w:t>15 total; 0 since its plan</w:t>
            </w:r>
          </w:p>
        </w:tc>
      </w:tr>
      <w:tr>
        <w:trPr>
          <w:cantSplit/>
        </w:trPr>
        <w:tc>
          <w:tcPr>
            <w:tcW w:type="dxa" w:w="1702"/>
          </w:tcPr>
          <w:p>
            <w:pPr>
              <w:spacing w:after="0"/>
              <w:jc w:val="left"/>
            </w:pPr>
            <w:r>
              <w:rPr>
                <w:sz w:val="16"/>
              </w:rPr>
              <w:t>Oceana town</w:t>
            </w:r>
          </w:p>
        </w:tc>
        <w:tc>
          <w:tcPr>
            <w:tcW w:type="dxa" w:w="830"/>
          </w:tcPr>
          <w:p>
            <w:pPr>
              <w:spacing w:after="0"/>
              <w:jc w:val="left"/>
            </w:pPr>
            <w:r>
              <w:rPr>
                <w:sz w:val="16"/>
              </w:rPr>
              <w:t>Town</w:t>
            </w:r>
          </w:p>
        </w:tc>
        <w:tc>
          <w:tcPr>
            <w:tcW w:type="dxa" w:w="3228"/>
          </w:tcPr>
          <w:p>
            <w:pPr>
              <w:spacing w:after="0"/>
              <w:jc w:val="left"/>
            </w:pPr>
            <w:r>
              <w:rPr>
                <w:sz w:val="16"/>
              </w:rPr>
              <w:t>Approved, expires 2027-08-09</w:t>
            </w:r>
          </w:p>
        </w:tc>
        <w:tc>
          <w:tcPr>
            <w:tcW w:type="dxa" w:w="2683"/>
          </w:tcPr>
          <w:p>
            <w:pPr>
              <w:spacing w:after="0"/>
              <w:jc w:val="right"/>
            </w:pPr>
            <w:r>
              <w:rPr>
                <w:sz w:val="16"/>
              </w:rPr>
              <w:t>FMA RL 0, SRL 0; any 5</w:t>
            </w:r>
          </w:p>
        </w:tc>
        <w:tc>
          <w:tcPr>
            <w:tcW w:type="dxa" w:w="2661"/>
          </w:tcPr>
          <w:p>
            <w:pPr>
              <w:spacing w:after="0"/>
              <w:jc w:val="right"/>
            </w:pPr>
            <w:r>
              <w:rPr>
                <w:sz w:val="16"/>
              </w:rPr>
              <w:t>$3,961,767.55</w:t>
            </w:r>
          </w:p>
        </w:tc>
        <w:tc>
          <w:tcPr>
            <w:tcW w:type="dxa" w:w="3010"/>
          </w:tcPr>
          <w:p>
            <w:pPr>
              <w:spacing w:after="0"/>
              <w:jc w:val="right"/>
            </w:pPr>
            <w:r>
              <w:rPr>
                <w:sz w:val="16"/>
              </w:rPr>
              <w:t>19 total; 1 since its plan</w:t>
            </w:r>
          </w:p>
        </w:tc>
      </w:tr>
      <w:tr>
        <w:trPr>
          <w:cantSplit/>
        </w:trPr>
        <w:tc>
          <w:tcPr>
            <w:tcW w:type="dxa" w:w="1702"/>
          </w:tcPr>
          <w:p>
            <w:pPr>
              <w:spacing w:after="0"/>
              <w:jc w:val="left"/>
            </w:pPr>
            <w:r>
              <w:rPr>
                <w:sz w:val="16"/>
              </w:rPr>
              <w:t>Pineville town</w:t>
            </w:r>
          </w:p>
        </w:tc>
        <w:tc>
          <w:tcPr>
            <w:tcW w:type="dxa" w:w="830"/>
          </w:tcPr>
          <w:p>
            <w:pPr>
              <w:spacing w:after="0"/>
              <w:jc w:val="left"/>
            </w:pPr>
            <w:r>
              <w:rPr>
                <w:sz w:val="16"/>
              </w:rPr>
              <w:t>Town</w:t>
            </w:r>
          </w:p>
        </w:tc>
        <w:tc>
          <w:tcPr>
            <w:tcW w:type="dxa" w:w="3228"/>
          </w:tcPr>
          <w:p>
            <w:pPr>
              <w:spacing w:after="0"/>
              <w:jc w:val="left"/>
            </w:pPr>
            <w:r>
              <w:rPr>
                <w:sz w:val="16"/>
              </w:rPr>
              <w:t>Approved, expires 2027-08-09</w:t>
            </w:r>
          </w:p>
        </w:tc>
        <w:tc>
          <w:tcPr>
            <w:tcW w:type="dxa" w:w="2683"/>
          </w:tcPr>
          <w:p>
            <w:pPr>
              <w:spacing w:after="0"/>
              <w:jc w:val="right"/>
            </w:pPr>
            <w:r>
              <w:rPr>
                <w:sz w:val="16"/>
              </w:rPr>
              <w:t>FMA RL 0, SRL 0; any 6</w:t>
            </w:r>
          </w:p>
        </w:tc>
        <w:tc>
          <w:tcPr>
            <w:tcW w:type="dxa" w:w="2661"/>
          </w:tcPr>
          <w:p>
            <w:pPr>
              <w:spacing w:after="0"/>
              <w:jc w:val="right"/>
            </w:pPr>
            <w:r>
              <w:rPr>
                <w:sz w:val="16"/>
              </w:rPr>
              <w:t>$54,952.35</w:t>
            </w:r>
          </w:p>
        </w:tc>
        <w:tc>
          <w:tcPr>
            <w:tcW w:type="dxa" w:w="3010"/>
          </w:tcPr>
          <w:p>
            <w:pPr>
              <w:spacing w:after="0"/>
              <w:jc w:val="right"/>
            </w:pPr>
            <w:r>
              <w:rPr>
                <w:sz w:val="16"/>
              </w:rPr>
              <w:t>28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384"/>
        <w:gridCol w:w="1118"/>
        <w:gridCol w:w="1030"/>
        <w:gridCol w:w="1118"/>
        <w:gridCol w:w="1118"/>
        <w:gridCol w:w="1030"/>
        <w:gridCol w:w="1296"/>
        <w:gridCol w:w="1101"/>
        <w:gridCol w:w="1030"/>
        <w:gridCol w:w="1296"/>
        <w:gridCol w:w="1562"/>
      </w:tblGrid>
      <w:tr>
        <w:trPr>
          <w:cantSplit/>
          <w:tblHeader/>
        </w:trPr>
        <w:tc>
          <w:tcPr>
            <w:tcW w:type="dxa" w:w="1030"/>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2022-08-10</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384"/>
          </w:tcPr>
          <w:p>
            <w:pPr>
              <w:spacing w:after="0"/>
              <w:jc w:val="right"/>
            </w:pPr>
            <w:r>
              <w:rPr>
                <w:sz w:val="16"/>
              </w:rPr>
              <w:t>$2,296,854</w:t>
            </w:r>
          </w:p>
        </w:tc>
        <w:tc>
          <w:tcPr>
            <w:tcW w:type="dxa" w:w="1118"/>
          </w:tcPr>
          <w:p>
            <w:pPr>
              <w:spacing w:after="0"/>
              <w:jc w:val="right"/>
            </w:pPr>
            <w:r>
              <w:rPr>
                <w:sz w:val="16"/>
              </w:rPr>
              <w:t>n/a</w:t>
            </w:r>
          </w:p>
        </w:tc>
        <w:tc>
          <w:tcPr>
            <w:tcW w:type="dxa" w:w="1030"/>
          </w:tcPr>
          <w:p>
            <w:pPr>
              <w:spacing w:after="0"/>
              <w:jc w:val="right"/>
            </w:pPr>
            <w:r>
              <w:rPr>
                <w:sz w:val="16"/>
              </w:rPr>
              <w:t>5</w:t>
            </w:r>
          </w:p>
        </w:tc>
        <w:tc>
          <w:tcPr>
            <w:tcW w:type="dxa" w:w="1118"/>
          </w:tcPr>
          <w:p>
            <w:pPr>
              <w:spacing w:after="0"/>
              <w:jc w:val="right"/>
            </w:pPr>
            <w:r>
              <w:rPr>
                <w:sz w:val="16"/>
              </w:rPr>
              <w:t>$7</w:t>
            </w:r>
          </w:p>
        </w:tc>
        <w:tc>
          <w:tcPr>
            <w:tcW w:type="dxa" w:w="1118"/>
          </w:tcPr>
          <w:p>
            <w:pPr>
              <w:spacing w:after="0"/>
              <w:jc w:val="right"/>
            </w:pPr>
            <w:r>
              <w:rPr>
                <w:sz w:val="16"/>
              </w:rPr>
              <w:t>n/a</w:t>
            </w:r>
          </w:p>
        </w:tc>
        <w:tc>
          <w:tcPr>
            <w:tcW w:type="dxa" w:w="1030"/>
          </w:tcPr>
          <w:p>
            <w:pPr>
              <w:spacing w:after="0"/>
              <w:jc w:val="right"/>
            </w:pPr>
            <w:r>
              <w:rPr>
                <w:sz w:val="16"/>
              </w:rPr>
              <w:t>$144,597</w:t>
            </w:r>
          </w:p>
        </w:tc>
        <w:tc>
          <w:tcPr>
            <w:tcW w:type="dxa" w:w="1296"/>
          </w:tcPr>
          <w:p>
            <w:pPr>
              <w:spacing w:after="0"/>
              <w:jc w:val="right"/>
            </w:pPr>
            <w:r>
              <w:rPr>
                <w:sz w:val="16"/>
              </w:rPr>
              <w:t>0.000301%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Cold Wave</w:t>
            </w:r>
          </w:p>
        </w:tc>
        <w:tc>
          <w:tcPr>
            <w:tcW w:type="dxa" w:w="1384"/>
          </w:tcPr>
          <w:p>
            <w:pPr>
              <w:spacing w:after="0"/>
              <w:jc w:val="right"/>
            </w:pPr>
            <w:r>
              <w:rPr>
                <w:sz w:val="16"/>
              </w:rPr>
              <w:t>$3,514,137,705</w:t>
            </w:r>
          </w:p>
        </w:tc>
        <w:tc>
          <w:tcPr>
            <w:tcW w:type="dxa" w:w="1118"/>
          </w:tcPr>
          <w:p>
            <w:pPr>
              <w:spacing w:after="0"/>
              <w:jc w:val="right"/>
            </w:pPr>
            <w:r>
              <w:rPr>
                <w:sz w:val="16"/>
              </w:rPr>
              <w:t>$119,505</w:t>
            </w:r>
          </w:p>
        </w:tc>
        <w:tc>
          <w:tcPr>
            <w:tcW w:type="dxa" w:w="1030"/>
          </w:tcPr>
          <w:p>
            <w:pPr>
              <w:spacing w:after="0"/>
              <w:jc w:val="right"/>
            </w:pPr>
            <w:r>
              <w:rPr>
                <w:sz w:val="16"/>
              </w:rPr>
              <w:t>21,372</w:t>
            </w:r>
          </w:p>
        </w:tc>
        <w:tc>
          <w:tcPr>
            <w:tcW w:type="dxa" w:w="1118"/>
          </w:tcPr>
          <w:p>
            <w:pPr>
              <w:spacing w:after="0"/>
              <w:jc w:val="right"/>
            </w:pPr>
            <w:r>
              <w:rPr>
                <w:sz w:val="16"/>
              </w:rPr>
              <w:t>$2,168</w:t>
            </w:r>
          </w:p>
        </w:tc>
        <w:tc>
          <w:tcPr>
            <w:tcW w:type="dxa" w:w="1118"/>
          </w:tcPr>
          <w:p>
            <w:pPr>
              <w:spacing w:after="0"/>
              <w:jc w:val="right"/>
            </w:pPr>
            <w:r>
              <w:rPr>
                <w:sz w:val="16"/>
              </w:rPr>
              <w:t>$17</w:t>
            </w:r>
          </w:p>
        </w:tc>
        <w:tc>
          <w:tcPr>
            <w:tcW w:type="dxa" w:w="1030"/>
          </w:tcPr>
          <w:p>
            <w:pPr>
              <w:spacing w:after="0"/>
              <w:jc w:val="right"/>
            </w:pPr>
            <w:r>
              <w:rPr>
                <w:sz w:val="16"/>
              </w:rPr>
              <w:t>$2,095,286</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384"/>
          </w:tcPr>
          <w:p>
            <w:pPr>
              <w:spacing w:after="0"/>
              <w:jc w:val="right"/>
            </w:pPr>
            <w:r>
              <w:rPr>
                <w:sz w:val="16"/>
              </w:rPr>
              <w:t>n/a</w:t>
            </w:r>
          </w:p>
        </w:tc>
        <w:tc>
          <w:tcPr>
            <w:tcW w:type="dxa" w:w="1118"/>
          </w:tcPr>
          <w:p>
            <w:pPr>
              <w:spacing w:after="0"/>
              <w:jc w:val="right"/>
            </w:pPr>
            <w:r>
              <w:rPr>
                <w:sz w:val="16"/>
              </w:rPr>
              <w:t>$85,838</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$367</w:t>
            </w:r>
          </w:p>
        </w:tc>
        <w:tc>
          <w:tcPr>
            <w:tcW w:type="dxa" w:w="1030"/>
          </w:tcPr>
          <w:p>
            <w:pPr>
              <w:spacing w:after="0"/>
              <w:jc w:val="right"/>
            </w:pPr>
            <w:r>
              <w:rPr>
                <w:sz w:val="16"/>
              </w:rPr>
              <w:t>n/a</w:t>
            </w:r>
          </w:p>
        </w:tc>
        <w:tc>
          <w:tcPr>
            <w:tcW w:type="dxa" w:w="1296"/>
          </w:tcPr>
          <w:p>
            <w:pPr>
              <w:spacing w:after="0"/>
              <w:jc w:val="right"/>
            </w:pPr>
            <w:r>
              <w:rPr>
                <w:sz w:val="16"/>
              </w:rPr>
              <w:t>0.427% (agriculture)</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384"/>
          </w:tcPr>
          <w:p>
            <w:pPr>
              <w:spacing w:after="0"/>
              <w:jc w:val="right"/>
            </w:pPr>
            <w:r>
              <w:rPr>
                <w:sz w:val="16"/>
              </w:rPr>
              <w:t>$5,693,196,606</w:t>
            </w:r>
          </w:p>
        </w:tc>
        <w:tc>
          <w:tcPr>
            <w:tcW w:type="dxa" w:w="1118"/>
          </w:tcPr>
          <w:p>
            <w:pPr>
              <w:spacing w:after="0"/>
              <w:jc w:val="right"/>
            </w:pPr>
            <w:r>
              <w:rPr>
                <w:sz w:val="16"/>
              </w:rPr>
              <w:t>n/a</w:t>
            </w:r>
          </w:p>
        </w:tc>
        <w:tc>
          <w:tcPr>
            <w:tcW w:type="dxa" w:w="1030"/>
          </w:tcPr>
          <w:p>
            <w:pPr>
              <w:spacing w:after="0"/>
              <w:jc w:val="right"/>
            </w:pPr>
            <w:r>
              <w:rPr>
                <w:sz w:val="16"/>
              </w:rPr>
              <w:t>21,382</w:t>
            </w:r>
          </w:p>
        </w:tc>
        <w:tc>
          <w:tcPr>
            <w:tcW w:type="dxa" w:w="1118"/>
          </w:tcPr>
          <w:p>
            <w:pPr>
              <w:spacing w:after="0"/>
              <w:jc w:val="right"/>
            </w:pPr>
            <w:r>
              <w:rPr>
                <w:sz w:val="16"/>
              </w:rPr>
              <w:t>$86,290</w:t>
            </w:r>
          </w:p>
        </w:tc>
        <w:tc>
          <w:tcPr>
            <w:tcW w:type="dxa" w:w="1118"/>
          </w:tcPr>
          <w:p>
            <w:pPr>
              <w:spacing w:after="0"/>
              <w:jc w:val="right"/>
            </w:pPr>
            <w:r>
              <w:rPr>
                <w:sz w:val="16"/>
              </w:rPr>
              <w:t>n/a</w:t>
            </w:r>
          </w:p>
        </w:tc>
        <w:tc>
          <w:tcPr>
            <w:tcW w:type="dxa" w:w="1030"/>
          </w:tcPr>
          <w:p>
            <w:pPr>
              <w:spacing w:after="0"/>
              <w:jc w:val="right"/>
            </w:pPr>
            <w:r>
              <w:rPr>
                <w:sz w:val="16"/>
              </w:rPr>
              <w:t>$27,721</w:t>
            </w:r>
          </w:p>
        </w:tc>
        <w:tc>
          <w:tcPr>
            <w:tcW w:type="dxa" w:w="1296"/>
          </w:tcPr>
          <w:p>
            <w:pPr>
              <w:spacing w:after="0"/>
              <w:jc w:val="right"/>
            </w:pPr>
            <w:r>
              <w:rPr>
                <w:sz w:val="16"/>
              </w:rPr>
              <w:t>0.00152%</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384"/>
          </w:tcPr>
          <w:p>
            <w:pPr>
              <w:spacing w:after="0"/>
              <w:jc w:val="right"/>
            </w:pPr>
            <w:r>
              <w:rPr>
                <w:sz w:val="16"/>
              </w:rPr>
              <w:t>$3,514,137,705</w:t>
            </w:r>
          </w:p>
        </w:tc>
        <w:tc>
          <w:tcPr>
            <w:tcW w:type="dxa" w:w="1118"/>
          </w:tcPr>
          <w:p>
            <w:pPr>
              <w:spacing w:after="0"/>
              <w:jc w:val="right"/>
            </w:pPr>
            <w:r>
              <w:rPr>
                <w:sz w:val="16"/>
              </w:rPr>
              <w:t>$119,505</w:t>
            </w:r>
          </w:p>
        </w:tc>
        <w:tc>
          <w:tcPr>
            <w:tcW w:type="dxa" w:w="1030"/>
          </w:tcPr>
          <w:p>
            <w:pPr>
              <w:spacing w:after="0"/>
              <w:jc w:val="right"/>
            </w:pPr>
            <w:r>
              <w:rPr>
                <w:sz w:val="16"/>
              </w:rPr>
              <w:t>21,372</w:t>
            </w:r>
          </w:p>
        </w:tc>
        <w:tc>
          <w:tcPr>
            <w:tcW w:type="dxa" w:w="1118"/>
          </w:tcPr>
          <w:p>
            <w:pPr>
              <w:spacing w:after="0"/>
              <w:jc w:val="right"/>
            </w:pPr>
            <w:r>
              <w:rPr>
                <w:sz w:val="16"/>
              </w:rPr>
              <w:t>$31,372</w:t>
            </w:r>
          </w:p>
        </w:tc>
        <w:tc>
          <w:tcPr>
            <w:tcW w:type="dxa" w:w="1118"/>
          </w:tcPr>
          <w:p>
            <w:pPr>
              <w:spacing w:after="0"/>
              <w:jc w:val="right"/>
            </w:pPr>
            <w:r>
              <w:rPr>
                <w:sz w:val="16"/>
              </w:rPr>
              <w:t>$4</w:t>
            </w:r>
          </w:p>
        </w:tc>
        <w:tc>
          <w:tcPr>
            <w:tcW w:type="dxa" w:w="1030"/>
          </w:tcPr>
          <w:p>
            <w:pPr>
              <w:spacing w:after="0"/>
              <w:jc w:val="right"/>
            </w:pPr>
            <w:r>
              <w:rPr>
                <w:sz w:val="16"/>
              </w:rPr>
              <w:t>$23,182</w:t>
            </w:r>
          </w:p>
        </w:tc>
        <w:tc>
          <w:tcPr>
            <w:tcW w:type="dxa" w:w="1296"/>
          </w:tcPr>
          <w:p>
            <w:pPr>
              <w:spacing w:after="0"/>
              <w:jc w:val="right"/>
            </w:pPr>
            <w:r>
              <w:rPr>
                <w:sz w:val="16"/>
              </w:rPr>
              <w:t>0.000893%</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384"/>
          </w:tcPr>
          <w:p>
            <w:pPr>
              <w:spacing w:after="0"/>
              <w:jc w:val="right"/>
            </w:pPr>
            <w:r>
              <w:rPr>
                <w:sz w:val="16"/>
              </w:rPr>
              <w:t>$3,514,137,705</w:t>
            </w:r>
          </w:p>
        </w:tc>
        <w:tc>
          <w:tcPr>
            <w:tcW w:type="dxa" w:w="1118"/>
          </w:tcPr>
          <w:p>
            <w:pPr>
              <w:spacing w:after="0"/>
              <w:jc w:val="right"/>
            </w:pPr>
            <w:r>
              <w:rPr>
                <w:sz w:val="16"/>
              </w:rPr>
              <w:t>$119,505</w:t>
            </w:r>
          </w:p>
        </w:tc>
        <w:tc>
          <w:tcPr>
            <w:tcW w:type="dxa" w:w="1030"/>
          </w:tcPr>
          <w:p>
            <w:pPr>
              <w:spacing w:after="0"/>
              <w:jc w:val="right"/>
            </w:pPr>
            <w:r>
              <w:rPr>
                <w:sz w:val="16"/>
              </w:rPr>
              <w:t>21,372</w:t>
            </w:r>
          </w:p>
        </w:tc>
        <w:tc>
          <w:tcPr>
            <w:tcW w:type="dxa" w:w="1118"/>
          </w:tcPr>
          <w:p>
            <w:pPr>
              <w:spacing w:after="0"/>
              <w:jc w:val="right"/>
            </w:pPr>
            <w:r>
              <w:rPr>
                <w:sz w:val="16"/>
              </w:rPr>
              <w:t>$1</w:t>
            </w:r>
          </w:p>
        </w:tc>
        <w:tc>
          <w:tcPr>
            <w:tcW w:type="dxa" w:w="1118"/>
          </w:tcPr>
          <w:p>
            <w:pPr>
              <w:spacing w:after="0"/>
              <w:jc w:val="right"/>
            </w:pPr>
            <w:r>
              <w:rPr>
                <w:sz w:val="16"/>
              </w:rPr>
              <w:t>under $1</w:t>
            </w:r>
          </w:p>
        </w:tc>
        <w:tc>
          <w:tcPr>
            <w:tcW w:type="dxa" w:w="1030"/>
          </w:tcPr>
          <w:p>
            <w:pPr>
              <w:spacing w:after="0"/>
              <w:jc w:val="right"/>
            </w:pPr>
            <w:r>
              <w:rPr>
                <w:sz w:val="16"/>
              </w:rPr>
              <w:t>$24,978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384"/>
          </w:tcPr>
          <w:p>
            <w:pPr>
              <w:spacing w:after="0"/>
              <w:jc w:val="right"/>
            </w:pPr>
            <w:r>
              <w:rPr>
                <w:sz w:val="16"/>
              </w:rPr>
              <w:t>$3,514,137,705</w:t>
            </w:r>
          </w:p>
        </w:tc>
        <w:tc>
          <w:tcPr>
            <w:tcW w:type="dxa" w:w="1118"/>
          </w:tcPr>
          <w:p>
            <w:pPr>
              <w:spacing w:after="0"/>
              <w:jc w:val="right"/>
            </w:pPr>
            <w:r>
              <w:rPr>
                <w:sz w:val="16"/>
              </w:rPr>
              <w:t>$119,505</w:t>
            </w:r>
          </w:p>
        </w:tc>
        <w:tc>
          <w:tcPr>
            <w:tcW w:type="dxa" w:w="1030"/>
          </w:tcPr>
          <w:p>
            <w:pPr>
              <w:spacing w:after="0"/>
              <w:jc w:val="right"/>
            </w:pPr>
            <w:r>
              <w:rPr>
                <w:sz w:val="16"/>
              </w:rPr>
              <w:t>21,372</w:t>
            </w:r>
          </w:p>
        </w:tc>
        <w:tc>
          <w:tcPr>
            <w:tcW w:type="dxa" w:w="1118"/>
          </w:tcPr>
          <w:p>
            <w:pPr>
              <w:spacing w:after="0"/>
              <w:jc w:val="right"/>
            </w:pPr>
            <w:r>
              <w:rPr>
                <w:sz w:val="16"/>
              </w:rPr>
              <w:t>$55,580</w:t>
            </w:r>
          </w:p>
        </w:tc>
        <w:tc>
          <w:tcPr>
            <w:tcW w:type="dxa" w:w="1118"/>
          </w:tcPr>
          <w:p>
            <w:pPr>
              <w:spacing w:after="0"/>
              <w:jc w:val="right"/>
            </w:pPr>
            <w:r>
              <w:rPr>
                <w:sz w:val="16"/>
              </w:rPr>
              <w:t>$32</w:t>
            </w:r>
          </w:p>
        </w:tc>
        <w:tc>
          <w:tcPr>
            <w:tcW w:type="dxa" w:w="1030"/>
          </w:tcPr>
          <w:p>
            <w:pPr>
              <w:spacing w:after="0"/>
              <w:jc w:val="right"/>
            </w:pPr>
            <w:r>
              <w:rPr>
                <w:sz w:val="16"/>
              </w:rPr>
              <w:t>$1,937</w:t>
            </w:r>
          </w:p>
        </w:tc>
        <w:tc>
          <w:tcPr>
            <w:tcW w:type="dxa" w:w="1296"/>
          </w:tcPr>
          <w:p>
            <w:pPr>
              <w:spacing w:after="0"/>
              <w:jc w:val="right"/>
            </w:pPr>
            <w:r>
              <w:rPr>
                <w:sz w:val="16"/>
              </w:rPr>
              <w:t>0.00158%</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384"/>
          </w:tcPr>
          <w:p>
            <w:pPr>
              <w:spacing w:after="0"/>
              <w:jc w:val="right"/>
            </w:pPr>
            <w:r>
              <w:rPr>
                <w:sz w:val="16"/>
              </w:rPr>
              <w:t>$3,514,108,759</w:t>
            </w:r>
          </w:p>
        </w:tc>
        <w:tc>
          <w:tcPr>
            <w:tcW w:type="dxa" w:w="1118"/>
          </w:tcPr>
          <w:p>
            <w:pPr>
              <w:spacing w:after="0"/>
              <w:jc w:val="right"/>
            </w:pPr>
            <w:r>
              <w:rPr>
                <w:sz w:val="16"/>
              </w:rPr>
              <w:t>n/a</w:t>
            </w:r>
          </w:p>
        </w:tc>
        <w:tc>
          <w:tcPr>
            <w:tcW w:type="dxa" w:w="1030"/>
          </w:tcPr>
          <w:p>
            <w:pPr>
              <w:spacing w:after="0"/>
              <w:jc w:val="right"/>
            </w:pPr>
            <w:r>
              <w:rPr>
                <w:sz w:val="16"/>
              </w:rPr>
              <w:t>21,372</w:t>
            </w:r>
          </w:p>
        </w:tc>
        <w:tc>
          <w:tcPr>
            <w:tcW w:type="dxa" w:w="1118"/>
          </w:tcPr>
          <w:p>
            <w:pPr>
              <w:spacing w:after="0"/>
              <w:jc w:val="right"/>
            </w:pPr>
            <w:r>
              <w:rPr>
                <w:sz w:val="16"/>
              </w:rPr>
              <w:t>$4,459</w:t>
            </w:r>
          </w:p>
        </w:tc>
        <w:tc>
          <w:tcPr>
            <w:tcW w:type="dxa" w:w="1118"/>
          </w:tcPr>
          <w:p>
            <w:pPr>
              <w:spacing w:after="0"/>
              <w:jc w:val="right"/>
            </w:pPr>
            <w:r>
              <w:rPr>
                <w:sz w:val="16"/>
              </w:rPr>
              <w:t>n/a</w:t>
            </w:r>
          </w:p>
        </w:tc>
        <w:tc>
          <w:tcPr>
            <w:tcW w:type="dxa" w:w="1030"/>
          </w:tcPr>
          <w:p>
            <w:pPr>
              <w:spacing w:after="0"/>
              <w:jc w:val="right"/>
            </w:pPr>
            <w:r>
              <w:rPr>
                <w:sz w:val="16"/>
              </w:rPr>
              <w:t>$7,824</w:t>
            </w:r>
          </w:p>
        </w:tc>
        <w:tc>
          <w:tcPr>
            <w:tcW w:type="dxa" w:w="1296"/>
          </w:tcPr>
          <w:p>
            <w:pPr>
              <w:spacing w:after="0"/>
              <w:jc w:val="right"/>
            </w:pPr>
            <w:r>
              <w:rPr>
                <w:sz w:val="16"/>
              </w:rPr>
              <w:t>0.000127%</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384"/>
          </w:tcPr>
          <w:p>
            <w:pPr>
              <w:spacing w:after="0"/>
              <w:jc w:val="right"/>
            </w:pPr>
            <w:r>
              <w:rPr>
                <w:sz w:val="16"/>
              </w:rPr>
              <w:t>$3,477,423,151</w:t>
            </w:r>
          </w:p>
        </w:tc>
        <w:tc>
          <w:tcPr>
            <w:tcW w:type="dxa" w:w="1118"/>
          </w:tcPr>
          <w:p>
            <w:pPr>
              <w:spacing w:after="0"/>
              <w:jc w:val="right"/>
            </w:pPr>
            <w:r>
              <w:rPr>
                <w:sz w:val="16"/>
              </w:rPr>
              <w:t>$1,400</w:t>
            </w:r>
          </w:p>
        </w:tc>
        <w:tc>
          <w:tcPr>
            <w:tcW w:type="dxa" w:w="1030"/>
          </w:tcPr>
          <w:p>
            <w:pPr>
              <w:spacing w:after="0"/>
              <w:jc w:val="right"/>
            </w:pPr>
            <w:r>
              <w:rPr>
                <w:sz w:val="16"/>
              </w:rPr>
              <w:t>3,120</w:t>
            </w:r>
          </w:p>
        </w:tc>
        <w:tc>
          <w:tcPr>
            <w:tcW w:type="dxa" w:w="1118"/>
          </w:tcPr>
          <w:p>
            <w:pPr>
              <w:spacing w:after="0"/>
              <w:jc w:val="right"/>
            </w:pPr>
            <w:r>
              <w:rPr>
                <w:sz w:val="16"/>
              </w:rPr>
              <w:t>$15,041,788</w:t>
            </w:r>
          </w:p>
        </w:tc>
        <w:tc>
          <w:tcPr>
            <w:tcW w:type="dxa" w:w="1118"/>
          </w:tcPr>
          <w:p>
            <w:pPr>
              <w:spacing w:after="0"/>
              <w:jc w:val="right"/>
            </w:pPr>
            <w:r>
              <w:rPr>
                <w:sz w:val="16"/>
              </w:rPr>
              <w:t>$8</w:t>
            </w:r>
          </w:p>
        </w:tc>
        <w:tc>
          <w:tcPr>
            <w:tcW w:type="dxa" w:w="1030"/>
          </w:tcPr>
          <w:p>
            <w:pPr>
              <w:spacing w:after="0"/>
              <w:jc w:val="right"/>
            </w:pPr>
            <w:r>
              <w:rPr>
                <w:sz w:val="16"/>
              </w:rPr>
              <w:t>$738,518</w:t>
            </w:r>
          </w:p>
        </w:tc>
        <w:tc>
          <w:tcPr>
            <w:tcW w:type="dxa" w:w="1296"/>
          </w:tcPr>
          <w:p>
            <w:pPr>
              <w:spacing w:after="0"/>
              <w:jc w:val="right"/>
            </w:pPr>
            <w:r>
              <w:rPr>
                <w:sz w:val="16"/>
              </w:rPr>
              <w:t>n/a (see note)</w:t>
            </w:r>
          </w:p>
        </w:tc>
        <w:tc>
          <w:tcPr>
            <w:tcW w:type="dxa" w:w="1101"/>
          </w:tcPr>
          <w:p>
            <w:pPr>
              <w:spacing w:after="0"/>
              <w:jc w:val="right"/>
            </w:pPr>
            <w:r>
              <w:rPr>
                <w:sz w:val="16"/>
              </w:rPr>
              <w:t>$3,250</w:t>
            </w:r>
          </w:p>
        </w:tc>
        <w:tc>
          <w:tcPr>
            <w:tcW w:type="dxa" w:w="1030"/>
          </w:tcPr>
          <w:p>
            <w:pPr>
              <w:spacing w:after="0"/>
              <w:jc w:val="right"/>
            </w:pPr>
          </w:p>
        </w:tc>
        <w:tc>
          <w:tcPr>
            <w:tcW w:type="dxa" w:w="1296"/>
          </w:tcPr>
          <w:p>
            <w:pPr>
              <w:spacing w:after="0"/>
              <w:jc w:val="right"/>
            </w:pPr>
            <w:r>
              <w:rPr>
                <w:sz w:val="16"/>
              </w:rPr>
              <w:t>$5,346,113.62</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384"/>
          </w:tcPr>
          <w:p>
            <w:pPr>
              <w:spacing w:after="0"/>
              <w:jc w:val="right"/>
            </w:pPr>
            <w:r>
              <w:rPr>
                <w:sz w:val="16"/>
              </w:rPr>
              <w:t>$1,046,613,298</w:t>
            </w:r>
          </w:p>
        </w:tc>
        <w:tc>
          <w:tcPr>
            <w:tcW w:type="dxa" w:w="1118"/>
          </w:tcPr>
          <w:p>
            <w:pPr>
              <w:spacing w:after="0"/>
              <w:jc w:val="right"/>
            </w:pPr>
            <w:r>
              <w:rPr>
                <w:sz w:val="16"/>
              </w:rPr>
              <w:t>n/a</w:t>
            </w:r>
          </w:p>
        </w:tc>
        <w:tc>
          <w:tcPr>
            <w:tcW w:type="dxa" w:w="1030"/>
          </w:tcPr>
          <w:p>
            <w:pPr>
              <w:spacing w:after="0"/>
              <w:jc w:val="right"/>
            </w:pPr>
            <w:r>
              <w:rPr>
                <w:sz w:val="16"/>
              </w:rPr>
              <w:t>6,498</w:t>
            </w:r>
          </w:p>
        </w:tc>
        <w:tc>
          <w:tcPr>
            <w:tcW w:type="dxa" w:w="1118"/>
          </w:tcPr>
          <w:p>
            <w:pPr>
              <w:spacing w:after="0"/>
              <w:jc w:val="right"/>
            </w:pPr>
            <w:r>
              <w:rPr>
                <w:sz w:val="16"/>
              </w:rPr>
              <w:t>$4,997</w:t>
            </w:r>
          </w:p>
        </w:tc>
        <w:tc>
          <w:tcPr>
            <w:tcW w:type="dxa" w:w="1118"/>
          </w:tcPr>
          <w:p>
            <w:pPr>
              <w:spacing w:after="0"/>
              <w:jc w:val="right"/>
            </w:pPr>
            <w:r>
              <w:rPr>
                <w:sz w:val="16"/>
              </w:rPr>
              <w:t>n/a</w:t>
            </w:r>
          </w:p>
        </w:tc>
        <w:tc>
          <w:tcPr>
            <w:tcW w:type="dxa" w:w="1030"/>
          </w:tcPr>
          <w:p>
            <w:pPr>
              <w:spacing w:after="0"/>
              <w:jc w:val="right"/>
            </w:pPr>
            <w:r>
              <w:rPr>
                <w:sz w:val="16"/>
              </w:rPr>
              <w:t>$72,914</w:t>
            </w:r>
          </w:p>
        </w:tc>
        <w:tc>
          <w:tcPr>
            <w:tcW w:type="dxa" w:w="1296"/>
          </w:tcPr>
          <w:p>
            <w:pPr>
              <w:spacing w:after="0"/>
              <w:jc w:val="right"/>
            </w:pPr>
            <w:r>
              <w:rPr>
                <w:sz w:val="16"/>
              </w:rPr>
              <w:t>0.000477%</w:t>
            </w:r>
          </w:p>
        </w:tc>
        <w:tc>
          <w:tcPr>
            <w:tcW w:type="dxa" w:w="1101"/>
          </w:tcPr>
          <w:p>
            <w:pPr>
              <w:spacing w:after="0"/>
              <w:jc w:val="right"/>
            </w:pPr>
          </w:p>
        </w:tc>
        <w:tc>
          <w:tcPr>
            <w:tcW w:type="dxa" w:w="1030"/>
          </w:tcPr>
          <w:p>
            <w:pPr>
              <w:spacing w:after="0"/>
              <w:jc w:val="right"/>
            </w:pPr>
          </w:p>
        </w:tc>
        <w:tc>
          <w:tcPr>
            <w:tcW w:type="dxa" w:w="1296"/>
          </w:tcPr>
          <w:p>
            <w:pPr>
              <w:spacing w:after="0"/>
              <w:jc w:val="right"/>
            </w:pPr>
            <w:r>
              <w:rPr>
                <w:sz w:val="16"/>
              </w:rPr>
              <w:t>$5,346,113.62</w:t>
            </w: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384"/>
          </w:tcPr>
          <w:p>
            <w:pPr>
              <w:spacing w:after="0"/>
              <w:jc w:val="right"/>
            </w:pPr>
            <w:r>
              <w:rPr>
                <w:sz w:val="16"/>
              </w:rPr>
              <w:t>$3,514,137,705</w:t>
            </w:r>
          </w:p>
        </w:tc>
        <w:tc>
          <w:tcPr>
            <w:tcW w:type="dxa" w:w="1118"/>
          </w:tcPr>
          <w:p>
            <w:pPr>
              <w:spacing w:after="0"/>
              <w:jc w:val="right"/>
            </w:pPr>
            <w:r>
              <w:rPr>
                <w:sz w:val="16"/>
              </w:rPr>
              <w:t>n/a</w:t>
            </w:r>
          </w:p>
        </w:tc>
        <w:tc>
          <w:tcPr>
            <w:tcW w:type="dxa" w:w="1030"/>
          </w:tcPr>
          <w:p>
            <w:pPr>
              <w:spacing w:after="0"/>
              <w:jc w:val="right"/>
            </w:pPr>
            <w:r>
              <w:rPr>
                <w:sz w:val="16"/>
              </w:rPr>
              <w:t>21,372</w:t>
            </w:r>
          </w:p>
        </w:tc>
        <w:tc>
          <w:tcPr>
            <w:tcW w:type="dxa" w:w="1118"/>
          </w:tcPr>
          <w:p>
            <w:pPr>
              <w:spacing w:after="0"/>
              <w:jc w:val="right"/>
            </w:pPr>
            <w:r>
              <w:rPr>
                <w:sz w:val="16"/>
              </w:rPr>
              <w:t>$4,634</w:t>
            </w:r>
          </w:p>
        </w:tc>
        <w:tc>
          <w:tcPr>
            <w:tcW w:type="dxa" w:w="1118"/>
          </w:tcPr>
          <w:p>
            <w:pPr>
              <w:spacing w:after="0"/>
              <w:jc w:val="right"/>
            </w:pPr>
            <w:r>
              <w:rPr>
                <w:sz w:val="16"/>
              </w:rPr>
              <w:t>n/a</w:t>
            </w:r>
          </w:p>
        </w:tc>
        <w:tc>
          <w:tcPr>
            <w:tcW w:type="dxa" w:w="1030"/>
          </w:tcPr>
          <w:p>
            <w:pPr>
              <w:spacing w:after="0"/>
              <w:jc w:val="right"/>
            </w:pPr>
            <w:r>
              <w:rPr>
                <w:sz w:val="16"/>
              </w:rPr>
              <w:t>$106,478</w:t>
            </w:r>
          </w:p>
        </w:tc>
        <w:tc>
          <w:tcPr>
            <w:tcW w:type="dxa" w:w="1296"/>
          </w:tcPr>
          <w:p>
            <w:pPr>
              <w:spacing w:after="0"/>
              <w:jc w:val="right"/>
            </w:pPr>
            <w:r>
              <w:rPr>
                <w:sz w:val="16"/>
              </w:rPr>
              <w:t>0.000132%</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384"/>
          </w:tcPr>
          <w:p>
            <w:pPr>
              <w:spacing w:after="0"/>
              <w:jc w:val="right"/>
            </w:pPr>
            <w:r>
              <w:rPr>
                <w:sz w:val="16"/>
              </w:rPr>
              <w:t>$3,514,137,705</w:t>
            </w:r>
          </w:p>
        </w:tc>
        <w:tc>
          <w:tcPr>
            <w:tcW w:type="dxa" w:w="1118"/>
          </w:tcPr>
          <w:p>
            <w:pPr>
              <w:spacing w:after="0"/>
              <w:jc w:val="right"/>
            </w:pPr>
            <w:r>
              <w:rPr>
                <w:sz w:val="16"/>
              </w:rPr>
              <w:t>$119,505</w:t>
            </w:r>
          </w:p>
        </w:tc>
        <w:tc>
          <w:tcPr>
            <w:tcW w:type="dxa" w:w="1030"/>
          </w:tcPr>
          <w:p>
            <w:pPr>
              <w:spacing w:after="0"/>
              <w:jc w:val="right"/>
            </w:pPr>
            <w:r>
              <w:rPr>
                <w:sz w:val="16"/>
              </w:rPr>
              <w:t>21,372</w:t>
            </w:r>
          </w:p>
        </w:tc>
        <w:tc>
          <w:tcPr>
            <w:tcW w:type="dxa" w:w="1118"/>
          </w:tcPr>
          <w:p>
            <w:pPr>
              <w:spacing w:after="0"/>
              <w:jc w:val="right"/>
            </w:pPr>
            <w:r>
              <w:rPr>
                <w:sz w:val="16"/>
              </w:rPr>
              <w:t>$49,494</w:t>
            </w:r>
          </w:p>
        </w:tc>
        <w:tc>
          <w:tcPr>
            <w:tcW w:type="dxa" w:w="1118"/>
          </w:tcPr>
          <w:p>
            <w:pPr>
              <w:spacing w:after="0"/>
              <w:jc w:val="right"/>
            </w:pPr>
            <w:r>
              <w:rPr>
                <w:sz w:val="16"/>
              </w:rPr>
              <w:t>$78</w:t>
            </w:r>
          </w:p>
        </w:tc>
        <w:tc>
          <w:tcPr>
            <w:tcW w:type="dxa" w:w="1030"/>
          </w:tcPr>
          <w:p>
            <w:pPr>
              <w:spacing w:after="0"/>
              <w:jc w:val="right"/>
            </w:pPr>
            <w:r>
              <w:rPr>
                <w:sz w:val="16"/>
              </w:rPr>
              <w:t>$139,102</w:t>
            </w:r>
          </w:p>
        </w:tc>
        <w:tc>
          <w:tcPr>
            <w:tcW w:type="dxa" w:w="1296"/>
          </w:tcPr>
          <w:p>
            <w:pPr>
              <w:spacing w:after="0"/>
              <w:jc w:val="right"/>
            </w:pPr>
            <w:r>
              <w:rPr>
                <w:sz w:val="16"/>
              </w:rPr>
              <w:t>0.00141%</w:t>
            </w:r>
          </w:p>
        </w:tc>
        <w:tc>
          <w:tcPr>
            <w:tcW w:type="dxa" w:w="1101"/>
          </w:tcPr>
          <w:p>
            <w:pPr>
              <w:spacing w:after="0"/>
              <w:jc w:val="right"/>
            </w:pPr>
            <w:r>
              <w:rPr>
                <w:sz w:val="16"/>
              </w:rPr>
              <w:t>$8,000</w:t>
            </w:r>
          </w:p>
        </w:tc>
        <w:tc>
          <w:tcPr>
            <w:tcW w:type="dxa" w:w="1030"/>
          </w:tcPr>
          <w:p>
            <w:pPr>
              <w:spacing w:after="0"/>
              <w:jc w:val="right"/>
            </w:pPr>
            <w:r>
              <w:rPr>
                <w:sz w:val="16"/>
              </w:rPr>
              <w:t>$12,000</w:t>
            </w:r>
          </w:p>
        </w:tc>
        <w:tc>
          <w:tcPr>
            <w:tcW w:type="dxa" w:w="1296"/>
          </w:tcPr>
          <w:p>
            <w:pPr>
              <w:spacing w:after="0"/>
              <w:jc w:val="right"/>
            </w:pPr>
            <w:r>
              <w:rPr>
                <w:sz w:val="16"/>
              </w:rPr>
              <w:t>$5,346,113.62</w:t>
            </w:r>
          </w:p>
        </w:tc>
        <w:tc>
          <w:tcPr>
            <w:tcW w:type="dxa" w:w="1562"/>
          </w:tcPr>
          <w:p>
            <w:pPr>
              <w:spacing w:after="0"/>
              <w:jc w:val="left"/>
            </w:pPr>
            <w:r>
              <w:rPr>
                <w:sz w:val="16"/>
              </w:rPr>
              <w:t>Storm Events damage since the plan includes 5 zone-level Strong Wind records ($12,000): a NOAA non-thunderstorm wind type, outside NRI's Strong Wind definition.</w:t>
            </w:r>
          </w:p>
        </w:tc>
      </w:tr>
      <w:tr>
        <w:trPr>
          <w:cantSplit/>
        </w:trPr>
        <w:tc>
          <w:tcPr>
            <w:tcW w:type="dxa" w:w="1030"/>
          </w:tcPr>
          <w:p>
            <w:pPr>
              <w:spacing w:after="0"/>
              <w:jc w:val="left"/>
            </w:pPr>
            <w:r>
              <w:rPr>
                <w:sz w:val="16"/>
              </w:rPr>
              <w:t>Tornado</w:t>
            </w:r>
          </w:p>
        </w:tc>
        <w:tc>
          <w:tcPr>
            <w:tcW w:type="dxa" w:w="1384"/>
          </w:tcPr>
          <w:p>
            <w:pPr>
              <w:spacing w:after="0"/>
              <w:jc w:val="right"/>
            </w:pPr>
            <w:r>
              <w:rPr>
                <w:sz w:val="16"/>
              </w:rPr>
              <w:t>$3,514,137,705</w:t>
            </w:r>
          </w:p>
        </w:tc>
        <w:tc>
          <w:tcPr>
            <w:tcW w:type="dxa" w:w="1118"/>
          </w:tcPr>
          <w:p>
            <w:pPr>
              <w:spacing w:after="0"/>
              <w:jc w:val="right"/>
            </w:pPr>
            <w:r>
              <w:rPr>
                <w:sz w:val="16"/>
              </w:rPr>
              <w:t>$119,505</w:t>
            </w:r>
          </w:p>
        </w:tc>
        <w:tc>
          <w:tcPr>
            <w:tcW w:type="dxa" w:w="1030"/>
          </w:tcPr>
          <w:p>
            <w:pPr>
              <w:spacing w:after="0"/>
              <w:jc w:val="right"/>
            </w:pPr>
            <w:r>
              <w:rPr>
                <w:sz w:val="16"/>
              </w:rPr>
              <w:t>21,372</w:t>
            </w:r>
          </w:p>
        </w:tc>
        <w:tc>
          <w:tcPr>
            <w:tcW w:type="dxa" w:w="1118"/>
          </w:tcPr>
          <w:p>
            <w:pPr>
              <w:spacing w:after="0"/>
              <w:jc w:val="right"/>
            </w:pPr>
            <w:r>
              <w:rPr>
                <w:sz w:val="16"/>
              </w:rPr>
              <w:t>$21,722</w:t>
            </w:r>
          </w:p>
        </w:tc>
        <w:tc>
          <w:tcPr>
            <w:tcW w:type="dxa" w:w="1118"/>
          </w:tcPr>
          <w:p>
            <w:pPr>
              <w:spacing w:after="0"/>
              <w:jc w:val="right"/>
            </w:pPr>
            <w:r>
              <w:rPr>
                <w:sz w:val="16"/>
              </w:rPr>
              <w:t>$1</w:t>
            </w:r>
          </w:p>
        </w:tc>
        <w:tc>
          <w:tcPr>
            <w:tcW w:type="dxa" w:w="1030"/>
          </w:tcPr>
          <w:p>
            <w:pPr>
              <w:spacing w:after="0"/>
              <w:jc w:val="right"/>
            </w:pPr>
            <w:r>
              <w:rPr>
                <w:sz w:val="16"/>
              </w:rPr>
              <w:t>$18,122</w:t>
            </w:r>
          </w:p>
        </w:tc>
        <w:tc>
          <w:tcPr>
            <w:tcW w:type="dxa" w:w="1296"/>
          </w:tcPr>
          <w:p>
            <w:pPr>
              <w:spacing w:after="0"/>
              <w:jc w:val="right"/>
            </w:pPr>
            <w:r>
              <w:rPr>
                <w:sz w:val="16"/>
              </w:rPr>
              <w:t>0.000618%</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384"/>
          </w:tcPr>
          <w:p>
            <w:pPr>
              <w:spacing w:after="0"/>
              <w:jc w:val="right"/>
            </w:pPr>
            <w:r>
              <w:rPr>
                <w:sz w:val="16"/>
              </w:rPr>
              <w:t>$176,281,157</w:t>
            </w:r>
          </w:p>
        </w:tc>
        <w:tc>
          <w:tcPr>
            <w:tcW w:type="dxa" w:w="1118"/>
          </w:tcPr>
          <w:p>
            <w:pPr>
              <w:spacing w:after="0"/>
              <w:jc w:val="right"/>
            </w:pPr>
            <w:r>
              <w:rPr>
                <w:sz w:val="16"/>
              </w:rPr>
              <w:t>$10,920</w:t>
            </w:r>
          </w:p>
        </w:tc>
        <w:tc>
          <w:tcPr>
            <w:tcW w:type="dxa" w:w="1030"/>
          </w:tcPr>
          <w:p>
            <w:pPr>
              <w:spacing w:after="0"/>
              <w:jc w:val="right"/>
            </w:pPr>
            <w:r>
              <w:rPr>
                <w:sz w:val="16"/>
              </w:rPr>
              <w:t>3,646</w:t>
            </w:r>
          </w:p>
        </w:tc>
        <w:tc>
          <w:tcPr>
            <w:tcW w:type="dxa" w:w="1118"/>
          </w:tcPr>
          <w:p>
            <w:pPr>
              <w:spacing w:after="0"/>
              <w:jc w:val="right"/>
            </w:pPr>
            <w:r>
              <w:rPr>
                <w:sz w:val="16"/>
              </w:rPr>
              <w:t>$128,861</w:t>
            </w:r>
          </w:p>
        </w:tc>
        <w:tc>
          <w:tcPr>
            <w:tcW w:type="dxa" w:w="1118"/>
          </w:tcPr>
          <w:p>
            <w:pPr>
              <w:spacing w:after="0"/>
              <w:jc w:val="right"/>
            </w:pPr>
            <w:r>
              <w:rPr>
                <w:sz w:val="16"/>
              </w:rPr>
              <w:t>$1</w:t>
            </w:r>
          </w:p>
        </w:tc>
        <w:tc>
          <w:tcPr>
            <w:tcW w:type="dxa" w:w="1030"/>
          </w:tcPr>
          <w:p>
            <w:pPr>
              <w:spacing w:after="0"/>
              <w:jc w:val="right"/>
            </w:pPr>
            <w:r>
              <w:rPr>
                <w:sz w:val="16"/>
              </w:rPr>
              <w:t>$50,859</w:t>
            </w:r>
          </w:p>
        </w:tc>
        <w:tc>
          <w:tcPr>
            <w:tcW w:type="dxa" w:w="1296"/>
          </w:tcPr>
          <w:p>
            <w:pPr>
              <w:spacing w:after="0"/>
              <w:jc w:val="right"/>
            </w:pPr>
            <w:r>
              <w:rPr>
                <w:sz w:val="16"/>
              </w:rPr>
              <w:t>0.0731%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384"/>
          </w:tcPr>
          <w:p>
            <w:pPr>
              <w:spacing w:after="0"/>
              <w:jc w:val="right"/>
            </w:pPr>
            <w:r>
              <w:rPr>
                <w:sz w:val="16"/>
              </w:rPr>
              <w:t>$3,514,137,705</w:t>
            </w:r>
          </w:p>
        </w:tc>
        <w:tc>
          <w:tcPr>
            <w:tcW w:type="dxa" w:w="1118"/>
          </w:tcPr>
          <w:p>
            <w:pPr>
              <w:spacing w:after="0"/>
              <w:jc w:val="right"/>
            </w:pPr>
            <w:r>
              <w:rPr>
                <w:sz w:val="16"/>
              </w:rPr>
              <w:t>$119,505</w:t>
            </w:r>
          </w:p>
        </w:tc>
        <w:tc>
          <w:tcPr>
            <w:tcW w:type="dxa" w:w="1030"/>
          </w:tcPr>
          <w:p>
            <w:pPr>
              <w:spacing w:after="0"/>
              <w:jc w:val="right"/>
            </w:pPr>
            <w:r>
              <w:rPr>
                <w:sz w:val="16"/>
              </w:rPr>
              <w:t>21,372</w:t>
            </w:r>
          </w:p>
        </w:tc>
        <w:tc>
          <w:tcPr>
            <w:tcW w:type="dxa" w:w="1118"/>
          </w:tcPr>
          <w:p>
            <w:pPr>
              <w:spacing w:after="0"/>
              <w:jc w:val="right"/>
            </w:pPr>
            <w:r>
              <w:rPr>
                <w:sz w:val="16"/>
              </w:rPr>
              <w:t>$10,263</w:t>
            </w:r>
          </w:p>
        </w:tc>
        <w:tc>
          <w:tcPr>
            <w:tcW w:type="dxa" w:w="1118"/>
          </w:tcPr>
          <w:p>
            <w:pPr>
              <w:spacing w:after="0"/>
              <w:jc w:val="right"/>
            </w:pPr>
            <w:r>
              <w:rPr>
                <w:sz w:val="16"/>
              </w:rPr>
              <w:t>under $1</w:t>
            </w:r>
          </w:p>
        </w:tc>
        <w:tc>
          <w:tcPr>
            <w:tcW w:type="dxa" w:w="1030"/>
          </w:tcPr>
          <w:p>
            <w:pPr>
              <w:spacing w:after="0"/>
              <w:jc w:val="right"/>
            </w:pPr>
            <w:r>
              <w:rPr>
                <w:sz w:val="16"/>
              </w:rPr>
              <w:t>$19,524</w:t>
            </w:r>
          </w:p>
        </w:tc>
        <w:tc>
          <w:tcPr>
            <w:tcW w:type="dxa" w:w="1296"/>
          </w:tcPr>
          <w:p>
            <w:pPr>
              <w:spacing w:after="0"/>
              <w:jc w:val="right"/>
            </w:pPr>
            <w:r>
              <w:rPr>
                <w:sz w:val="16"/>
              </w:rPr>
              <w:t>0.000292%</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r>
              <w:rPr>
                <w:sz w:val="16"/>
              </w:rPr>
              <w:t>no Public Assistance recorded (1 declaration)</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2022-08-10 (Storm Events through 2026-06-30): 21 county-coded records, 21 with a damage value recorded (including $0), $11,250; 36 zone-level records, 36 with a damage value recorded (including $0), $12,000 reported for the zone; Public Assistance: $5,346,113.62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21,372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$3,514,137,705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$119,505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$15,442,142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$3,471,040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5</w:t>
            </w:r>
          </w:p>
        </w:tc>
        <w:tc>
          <w:tcPr>
            <w:tcW w:type="dxa" w:w="1481"/>
          </w:tcPr>
          <w:p>
            <w:pPr>
              <w:spacing w:after="0"/>
              <w:jc w:val="right"/>
            </w:pPr>
            <w:r>
              <w:rPr>
                <w:sz w:val="16"/>
              </w:rPr>
              <w:t>10</w:t>
            </w:r>
          </w:p>
        </w:tc>
        <w:tc>
          <w:tcPr>
            <w:tcW w:type="dxa" w:w="1481"/>
          </w:tcPr>
          <w:p>
            <w:pPr>
              <w:spacing w:after="0"/>
              <w:jc w:val="right"/>
            </w:pPr>
            <w:r>
              <w:rPr>
                <w:sz w:val="16"/>
              </w:rPr>
              <w:t>92</w:t>
            </w:r>
          </w:p>
        </w:tc>
        <w:tc>
          <w:tcPr>
            <w:tcW w:type="dxa" w:w="1481"/>
          </w:tcPr>
          <w:p>
            <w:pPr>
              <w:spacing w:after="0"/>
              <w:jc w:val="right"/>
            </w:pPr>
            <w:r>
              <w:rPr>
                <w:sz w:val="16"/>
              </w:rPr>
              <w:t>7</w:t>
            </w:r>
          </w:p>
        </w:tc>
        <w:tc>
          <w:tcPr>
            <w:tcW w:type="dxa" w:w="1481"/>
          </w:tcPr>
          <w:p>
            <w:pPr>
              <w:spacing w:after="0"/>
              <w:jc w:val="right"/>
            </w:pPr>
            <w:r>
              <w:rPr>
                <w:sz w:val="16"/>
              </w:rPr>
              <w:t>95</w:t>
            </w:r>
          </w:p>
        </w:tc>
        <w:tc>
          <w:tcPr>
            <w:tcW w:type="dxa" w:w="1481"/>
          </w:tcPr>
          <w:p>
            <w:pPr>
              <w:spacing w:after="0"/>
              <w:jc w:val="right"/>
            </w:pPr>
            <w:r>
              <w:rPr>
                <w:sz w:val="16"/>
              </w:rPr>
              <w:t>3</w:t>
            </w:r>
          </w:p>
        </w:tc>
        <w:tc>
          <w:tcPr>
            <w:tcW w:type="dxa" w:w="1649"/>
          </w:tcPr>
          <w:p>
            <w:pPr>
              <w:spacing w:after="0"/>
              <w:jc w:val="right"/>
            </w:pPr>
            <w:r>
              <w:rPr>
                <w:sz w:val="16"/>
              </w:rPr>
              <w:t>12</w:t>
            </w:r>
          </w:p>
        </w:tc>
      </w:tr>
      <w:tr>
        <w:trPr>
          <w:cantSplit/>
        </w:trPr>
        <w:tc>
          <w:tcPr>
            <w:tcW w:type="dxa" w:w="3575"/>
          </w:tcPr>
          <w:p>
            <w:pPr>
              <w:spacing w:after="0"/>
              <w:jc w:val="left"/>
            </w:pPr>
            <w:r>
              <w:rPr>
                <w:sz w:val="16"/>
              </w:rPr>
              <w:t>of which: Wyoming County (unincorporated area)</w:t>
            </w:r>
          </w:p>
        </w:tc>
        <w:tc>
          <w:tcPr>
            <w:tcW w:type="dxa" w:w="1481"/>
          </w:tcPr>
          <w:p>
            <w:pPr>
              <w:spacing w:after="0"/>
              <w:jc w:val="right"/>
            </w:pPr>
            <w:r>
              <w:rPr>
                <w:sz w:val="16"/>
              </w:rPr>
              <w:t>4</w:t>
            </w:r>
          </w:p>
        </w:tc>
        <w:tc>
          <w:tcPr>
            <w:tcW w:type="dxa" w:w="1481"/>
          </w:tcPr>
          <w:p>
            <w:pPr>
              <w:spacing w:after="0"/>
              <w:jc w:val="right"/>
            </w:pPr>
            <w:r>
              <w:rPr>
                <w:sz w:val="16"/>
              </w:rPr>
              <w:t>5</w:t>
            </w:r>
          </w:p>
        </w:tc>
        <w:tc>
          <w:tcPr>
            <w:tcW w:type="dxa" w:w="1481"/>
          </w:tcPr>
          <w:p>
            <w:pPr>
              <w:spacing w:after="0"/>
              <w:jc w:val="right"/>
            </w:pPr>
            <w:r>
              <w:rPr>
                <w:sz w:val="16"/>
              </w:rPr>
              <w:t>62</w:t>
            </w:r>
          </w:p>
        </w:tc>
        <w:tc>
          <w:tcPr>
            <w:tcW w:type="dxa" w:w="1481"/>
          </w:tcPr>
          <w:p>
            <w:pPr>
              <w:spacing w:after="0"/>
              <w:jc w:val="right"/>
            </w:pPr>
            <w:r>
              <w:rPr>
                <w:sz w:val="16"/>
              </w:rPr>
              <w:t>4</w:t>
            </w:r>
          </w:p>
        </w:tc>
        <w:tc>
          <w:tcPr>
            <w:tcW w:type="dxa" w:w="1481"/>
          </w:tcPr>
          <w:p>
            <w:pPr>
              <w:spacing w:after="0"/>
              <w:jc w:val="right"/>
            </w:pPr>
            <w:r>
              <w:rPr>
                <w:sz w:val="16"/>
              </w:rPr>
              <w:t>63</w:t>
            </w:r>
          </w:p>
        </w:tc>
        <w:tc>
          <w:tcPr>
            <w:tcW w:type="dxa" w:w="1481"/>
          </w:tcPr>
          <w:p>
            <w:pPr>
              <w:spacing w:after="0"/>
              <w:jc w:val="right"/>
            </w:pPr>
            <w:r>
              <w:rPr>
                <w:sz w:val="16"/>
              </w:rPr>
              <w:t>1</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Mullens city</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19</w:t>
            </w:r>
          </w:p>
        </w:tc>
        <w:tc>
          <w:tcPr>
            <w:tcW w:type="dxa" w:w="1481"/>
          </w:tcPr>
          <w:p>
            <w:pPr>
              <w:spacing w:after="0"/>
              <w:jc w:val="right"/>
            </w:pPr>
            <w:r>
              <w:rPr>
                <w:sz w:val="16"/>
              </w:rPr>
              <w:t>3</w:t>
            </w:r>
          </w:p>
        </w:tc>
        <w:tc>
          <w:tcPr>
            <w:tcW w:type="dxa" w:w="1481"/>
          </w:tcPr>
          <w:p>
            <w:pPr>
              <w:spacing w:after="0"/>
              <w:jc w:val="right"/>
            </w:pPr>
            <w:r>
              <w:rPr>
                <w:sz w:val="16"/>
              </w:rPr>
              <w:t>21</w:t>
            </w:r>
          </w:p>
        </w:tc>
        <w:tc>
          <w:tcPr>
            <w:tcW w:type="dxa" w:w="1481"/>
          </w:tcPr>
          <w:p>
            <w:pPr>
              <w:spacing w:after="0"/>
              <w:jc w:val="right"/>
            </w:pPr>
            <w:r>
              <w:rPr>
                <w:sz w:val="16"/>
              </w:rPr>
              <w:t>2</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Oceana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Pineville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Wyoming County</w:t>
            </w:r>
          </w:p>
        </w:tc>
        <w:tc>
          <w:tcPr>
            <w:tcW w:type="dxa" w:w="1620"/>
          </w:tcPr>
          <w:p>
            <w:pPr>
              <w:spacing w:after="0"/>
              <w:jc w:val="left"/>
            </w:pPr>
            <w:r>
              <w:rPr>
                <w:sz w:val="16"/>
              </w:rPr>
              <w:t>540217</w:t>
            </w:r>
          </w:p>
        </w:tc>
        <w:tc>
          <w:tcPr>
            <w:tcW w:type="dxa" w:w="1455"/>
          </w:tcPr>
          <w:p>
            <w:pPr>
              <w:spacing w:after="0"/>
              <w:jc w:val="right"/>
            </w:pPr>
            <w:r>
              <w:rPr>
                <w:sz w:val="16"/>
              </w:rPr>
              <w:t>4</w:t>
            </w:r>
          </w:p>
        </w:tc>
        <w:tc>
          <w:tcPr>
            <w:tcW w:type="dxa" w:w="1455"/>
          </w:tcPr>
          <w:p>
            <w:pPr>
              <w:spacing w:after="0"/>
              <w:jc w:val="right"/>
            </w:pPr>
            <w:r>
              <w:rPr>
                <w:sz w:val="16"/>
              </w:rPr>
              <w:t>5</w:t>
            </w:r>
          </w:p>
        </w:tc>
        <w:tc>
          <w:tcPr>
            <w:tcW w:type="dxa" w:w="1455"/>
          </w:tcPr>
          <w:p>
            <w:pPr>
              <w:spacing w:after="0"/>
              <w:jc w:val="right"/>
            </w:pPr>
            <w:r>
              <w:rPr>
                <w:sz w:val="16"/>
              </w:rPr>
              <w:t>62</w:t>
            </w:r>
          </w:p>
        </w:tc>
        <w:tc>
          <w:tcPr>
            <w:tcW w:type="dxa" w:w="1455"/>
          </w:tcPr>
          <w:p>
            <w:pPr>
              <w:spacing w:after="0"/>
              <w:jc w:val="right"/>
            </w:pPr>
            <w:r>
              <w:rPr>
                <w:sz w:val="16"/>
              </w:rPr>
              <w:t>4</w:t>
            </w:r>
          </w:p>
        </w:tc>
        <w:tc>
          <w:tcPr>
            <w:tcW w:type="dxa" w:w="1455"/>
          </w:tcPr>
          <w:p>
            <w:pPr>
              <w:spacing w:after="0"/>
              <w:jc w:val="right"/>
            </w:pPr>
            <w:r>
              <w:rPr>
                <w:sz w:val="16"/>
              </w:rPr>
              <w:t>63</w:t>
            </w:r>
          </w:p>
        </w:tc>
        <w:tc>
          <w:tcPr>
            <w:tcW w:type="dxa" w:w="1455"/>
          </w:tcPr>
          <w:p>
            <w:pPr>
              <w:spacing w:after="0"/>
              <w:jc w:val="right"/>
            </w:pPr>
            <w:r>
              <w:rPr>
                <w:sz w:val="16"/>
              </w:rPr>
              <w:t>1</w:t>
            </w:r>
          </w:p>
        </w:tc>
        <w:tc>
          <w:tcPr>
            <w:tcW w:type="dxa" w:w="1620"/>
          </w:tcPr>
          <w:p>
            <w:pPr>
              <w:spacing w:after="0"/>
              <w:jc w:val="right"/>
            </w:pPr>
            <w:r>
              <w:rPr>
                <w:sz w:val="16"/>
              </w:rPr>
              <w:t>4</w:t>
            </w:r>
          </w:p>
        </w:tc>
      </w:tr>
      <w:tr>
        <w:trPr>
          <w:cantSplit/>
        </w:trPr>
        <w:tc>
          <w:tcPr>
            <w:tcW w:type="dxa" w:w="2141"/>
          </w:tcPr>
          <w:p>
            <w:pPr>
              <w:spacing w:after="0"/>
              <w:jc w:val="left"/>
            </w:pPr>
            <w:r>
              <w:rPr>
                <w:sz w:val="16"/>
              </w:rPr>
              <w:t>Mullens city</w:t>
            </w:r>
          </w:p>
        </w:tc>
        <w:tc>
          <w:tcPr>
            <w:tcW w:type="dxa" w:w="1620"/>
          </w:tcPr>
          <w:p>
            <w:pPr>
              <w:spacing w:after="0"/>
              <w:jc w:val="left"/>
            </w:pPr>
            <w:r>
              <w:rPr>
                <w:sz w:val="16"/>
              </w:rPr>
              <w:t>540218</w:t>
            </w:r>
          </w:p>
        </w:tc>
        <w:tc>
          <w:tcPr>
            <w:tcW w:type="dxa" w:w="1455"/>
          </w:tcPr>
          <w:p>
            <w:pPr>
              <w:spacing w:after="0"/>
              <w:jc w:val="right"/>
            </w:pPr>
            <w:r>
              <w:rPr>
                <w:sz w:val="16"/>
              </w:rPr>
              <w:t>1</w:t>
            </w:r>
          </w:p>
        </w:tc>
        <w:tc>
          <w:tcPr>
            <w:tcW w:type="dxa" w:w="1455"/>
          </w:tcPr>
          <w:p>
            <w:pPr>
              <w:spacing w:after="0"/>
              <w:jc w:val="right"/>
            </w:pPr>
            <w:r>
              <w:rPr>
                <w:sz w:val="16"/>
              </w:rPr>
              <w:t>5</w:t>
            </w:r>
          </w:p>
        </w:tc>
        <w:tc>
          <w:tcPr>
            <w:tcW w:type="dxa" w:w="1455"/>
          </w:tcPr>
          <w:p>
            <w:pPr>
              <w:spacing w:after="0"/>
              <w:jc w:val="right"/>
            </w:pPr>
            <w:r>
              <w:rPr>
                <w:sz w:val="16"/>
              </w:rPr>
              <w:t>19</w:t>
            </w:r>
          </w:p>
        </w:tc>
        <w:tc>
          <w:tcPr>
            <w:tcW w:type="dxa" w:w="1455"/>
          </w:tcPr>
          <w:p>
            <w:pPr>
              <w:spacing w:after="0"/>
              <w:jc w:val="right"/>
            </w:pPr>
            <w:r>
              <w:rPr>
                <w:sz w:val="16"/>
              </w:rPr>
              <w:t>3</w:t>
            </w:r>
          </w:p>
        </w:tc>
        <w:tc>
          <w:tcPr>
            <w:tcW w:type="dxa" w:w="1455"/>
          </w:tcPr>
          <w:p>
            <w:pPr>
              <w:spacing w:after="0"/>
              <w:jc w:val="right"/>
            </w:pPr>
            <w:r>
              <w:rPr>
                <w:sz w:val="16"/>
              </w:rPr>
              <w:t>21</w:t>
            </w:r>
          </w:p>
        </w:tc>
        <w:tc>
          <w:tcPr>
            <w:tcW w:type="dxa" w:w="1455"/>
          </w:tcPr>
          <w:p>
            <w:pPr>
              <w:spacing w:after="0"/>
              <w:jc w:val="right"/>
            </w:pPr>
            <w:r>
              <w:rPr>
                <w:sz w:val="16"/>
              </w:rPr>
              <w:t>2</w:t>
            </w:r>
          </w:p>
        </w:tc>
        <w:tc>
          <w:tcPr>
            <w:tcW w:type="dxa" w:w="1620"/>
          </w:tcPr>
          <w:p>
            <w:pPr>
              <w:spacing w:after="0"/>
              <w:jc w:val="right"/>
            </w:pPr>
            <w:r>
              <w:rPr>
                <w:sz w:val="16"/>
              </w:rPr>
              <w:t>7</w:t>
            </w:r>
          </w:p>
        </w:tc>
      </w:tr>
      <w:tr>
        <w:trPr>
          <w:cantSplit/>
        </w:trPr>
        <w:tc>
          <w:tcPr>
            <w:tcW w:type="dxa" w:w="2141"/>
          </w:tcPr>
          <w:p>
            <w:pPr>
              <w:spacing w:after="0"/>
              <w:jc w:val="left"/>
            </w:pPr>
            <w:r>
              <w:rPr>
                <w:sz w:val="16"/>
              </w:rPr>
              <w:t>Oceana town</w:t>
            </w:r>
          </w:p>
        </w:tc>
        <w:tc>
          <w:tcPr>
            <w:tcW w:type="dxa" w:w="1620"/>
          </w:tcPr>
          <w:p>
            <w:pPr>
              <w:spacing w:after="0"/>
              <w:jc w:val="left"/>
            </w:pPr>
            <w:r>
              <w:rPr>
                <w:sz w:val="16"/>
              </w:rPr>
              <w:t>540219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Pineville town</w:t>
            </w:r>
          </w:p>
        </w:tc>
        <w:tc>
          <w:tcPr>
            <w:tcW w:type="dxa" w:w="1620"/>
          </w:tcPr>
          <w:p>
            <w:pPr>
              <w:spacing w:after="0"/>
              <w:jc w:val="left"/>
            </w:pPr>
            <w:r>
              <w:rPr>
                <w:sz w:val="16"/>
              </w:rPr>
              <w:t>540220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620"/>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3</w:t>
            </w:r>
          </w:p>
        </w:tc>
        <w:tc>
          <w:tcPr>
            <w:tcW w:type="dxa" w:w="1496"/>
          </w:tcPr>
          <w:p>
            <w:pPr>
              <w:spacing w:after="0"/>
              <w:jc w:val="right"/>
            </w:pPr>
            <w:r>
              <w:rPr>
                <w:sz w:val="16"/>
              </w:rPr>
              <w:t>71</w:t>
            </w:r>
          </w:p>
        </w:tc>
        <w:tc>
          <w:tcPr>
            <w:tcW w:type="dxa" w:w="1496"/>
          </w:tcPr>
          <w:p>
            <w:pPr>
              <w:spacing w:after="0"/>
              <w:jc w:val="right"/>
            </w:pPr>
            <w:r>
              <w:rPr>
                <w:sz w:val="16"/>
              </w:rPr>
              <w:t>2</w:t>
            </w:r>
          </w:p>
        </w:tc>
        <w:tc>
          <w:tcPr>
            <w:tcW w:type="dxa" w:w="1496"/>
          </w:tcPr>
          <w:p>
            <w:pPr>
              <w:spacing w:after="0"/>
              <w:jc w:val="right"/>
            </w:pPr>
            <w:r>
              <w:rPr>
                <w:sz w:val="16"/>
              </w:rPr>
              <w:t>72</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20</w:t>
            </w:r>
          </w:p>
        </w:tc>
        <w:tc>
          <w:tcPr>
            <w:tcW w:type="dxa" w:w="1496"/>
          </w:tcPr>
          <w:p>
            <w:pPr>
              <w:spacing w:after="0"/>
              <w:jc w:val="right"/>
            </w:pPr>
            <w:r>
              <w:rPr>
                <w:sz w:val="16"/>
              </w:rPr>
              <w:t>5</w:t>
            </w:r>
          </w:p>
        </w:tc>
        <w:tc>
          <w:tcPr>
            <w:tcW w:type="dxa" w:w="1496"/>
          </w:tcPr>
          <w:p>
            <w:pPr>
              <w:spacing w:after="0"/>
              <w:jc w:val="right"/>
            </w:pPr>
            <w:r>
              <w:rPr>
                <w:sz w:val="16"/>
              </w:rPr>
              <w:t>22</w:t>
            </w:r>
          </w:p>
        </w:tc>
        <w:tc>
          <w:tcPr>
            <w:tcW w:type="dxa" w:w="1496"/>
          </w:tcPr>
          <w:p>
            <w:pPr>
              <w:spacing w:after="0"/>
              <w:jc w:val="right"/>
            </w:pPr>
            <w:r>
              <w:rPr>
                <w:sz w:val="16"/>
              </w:rPr>
              <w:t>2</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88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Wyoming County, WV: risk-assessment baseline packet, release 2026-10 (data as of 2026-09-30; County FIPS 54109). Automated baseline. </w:t>
      </w:r>
      <w:hyperlink r:id="rId15">
        <w:r>
          <w:rPr>
            <w:color w:val="1F4E99"/>
            <w:sz w:val="17"/>
            <w:u w:val="single"/>
          </w:rPr>
          <w:t>https://hazardplain.org/wv/54109/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Wyoming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Wyoming County, WV: Risk-assessment baseline packet</dc:title>
  <dc:subject>Hazard Plain release 2026-10, as of 2026-09-30. Automated baseline</dc:subject>
  <dc:creator>Hazard Plain</dc:creator>
  <cp:keywords>Hazard Plain; hazard mitigation; risk assessment; 54109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