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Wood County, WV</w:t>
      </w:r>
    </w:p>
    <w:p>
      <w:pPr>
        <w:spacing w:after="120" w:before="0"/>
      </w:pPr>
      <w:r>
        <w:rPr>
          <w:color w:val="555555"/>
          <w:sz w:val="24"/>
        </w:rPr>
        <w:t>Risk-assessment baseline packet</w:t>
      </w:r>
    </w:p>
    <w:p>
      <w:pPr>
        <w:spacing w:after="120" w:before="0"/>
      </w:pPr>
      <w:r>
        <w:rPr>
          <w:b/>
          <w:sz w:val="18"/>
        </w:rPr>
        <w:t xml:space="preserve">County FIPS: </w:t>
      </w:r>
      <w:r>
        <w:rPr>
          <w:sz w:val="18"/>
        </w:rPr>
        <w:t>54107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2028-01-12. Plan: RPDC 05 Hazard Mitigation Plan (FEMA plan 108733), approved 2023-01-13.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2023-01-13: 2 new hazard declarations (2 incidents) and 162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($33,065,029 a year), Heat Wave ($717,398) and Strong Wind ($682,045).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54107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2028-01-12</w:t>
      </w:r>
    </w:p>
    <w:p>
      <w:pPr>
        <w:keepNext/>
        <w:spacing w:after="40" w:before="0"/>
      </w:pPr>
      <w:r>
        <w:rPr>
          <w:b/>
        </w:rPr>
        <w:t xml:space="preserve">Plan: </w:t>
      </w:r>
      <w:r>
        <w:rPr/>
        <w:t>RPDC 05 Hazard Mitigation Plan (FEMA plan 108733)</w:t>
      </w:r>
    </w:p>
    <w:p>
      <w:pPr>
        <w:keepNext/>
        <w:spacing w:after="40" w:before="0"/>
      </w:pPr>
      <w:r>
        <w:rPr>
          <w:b/>
        </w:rPr>
        <w:t xml:space="preserve">Approved: </w:t>
      </w:r>
      <w:r>
        <w:rPr/>
        <w:t>2023-01-13</w:t>
      </w:r>
    </w:p>
    <w:p>
      <w:pPr>
        <w:keepNext/>
        <w:spacing w:after="40" w:before="0"/>
      </w:pPr>
      <w:r>
        <w:rPr>
          <w:b/>
        </w:rPr>
        <w:t xml:space="preserve">Days to expiry: </w:t>
      </w:r>
      <w:r>
        <w:rPr/>
        <w:t>469</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2023-01-13)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DR-4787-WV (Severe Storms, Flooding, Landslides, and Mudslides), EM-3639-WV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12, SRL 31 (44 CFR 77.2); any definition: 127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49"/>
        <w:gridCol w:w="680"/>
        <w:gridCol w:w="1560"/>
        <w:gridCol w:w="1504"/>
        <w:gridCol w:w="2037"/>
        <w:gridCol w:w="1470"/>
        <w:gridCol w:w="827"/>
        <w:gridCol w:w="2471"/>
        <w:gridCol w:w="2216"/>
      </w:tblGrid>
      <w:tr>
        <w:trPr>
          <w:cantSplit/>
          <w:tblHeader/>
        </w:trPr>
        <w:tc>
          <w:tcPr>
            <w:tcW w:type="dxa" w:w="1349"/>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560"/>
            <w:shd w:val="clear" w:color="auto" w:fill="E8E8E8"/>
          </w:tcPr>
          <w:p>
            <w:pPr>
              <w:spacing w:after="0"/>
              <w:jc w:val="left"/>
            </w:pPr>
            <w:r>
              <w:rPr>
                <w:b/>
                <w:sz w:val="16"/>
              </w:rPr>
              <w:t>Status</w:t>
            </w:r>
          </w:p>
        </w:tc>
        <w:tc>
          <w:tcPr>
            <w:tcW w:type="dxa" w:w="1504"/>
            <w:shd w:val="clear" w:color="auto" w:fill="E8E8E8"/>
          </w:tcPr>
          <w:p>
            <w:pPr>
              <w:spacing w:after="0"/>
              <w:jc w:val="left"/>
            </w:pPr>
            <w:r>
              <w:rPr>
                <w:b/>
                <w:sz w:val="16"/>
              </w:rPr>
              <w:t>Plan</w:t>
            </w:r>
          </w:p>
        </w:tc>
        <w:tc>
          <w:tcPr>
            <w:tcW w:type="dxa" w:w="2037"/>
            <w:shd w:val="clear" w:color="auto" w:fill="E8E8E8"/>
          </w:tcPr>
          <w:p>
            <w:pPr>
              <w:spacing w:after="0"/>
              <w:jc w:val="left"/>
            </w:pPr>
            <w:r>
              <w:rPr>
                <w:b/>
                <w:sz w:val="16"/>
              </w:rPr>
              <w:t>Approved</w:t>
            </w:r>
          </w:p>
        </w:tc>
        <w:tc>
          <w:tcPr>
            <w:tcW w:type="dxa" w:w="1470"/>
            <w:shd w:val="clear" w:color="auto" w:fill="E8E8E8"/>
          </w:tcPr>
          <w:p>
            <w:pPr>
              <w:spacing w:after="0"/>
              <w:jc w:val="left"/>
            </w:pPr>
            <w:r>
              <w:rPr>
                <w:b/>
                <w:sz w:val="16"/>
              </w:rPr>
              <w:t>Expires</w:t>
            </w:r>
          </w:p>
        </w:tc>
        <w:tc>
          <w:tcPr>
            <w:tcW w:type="dxa" w:w="82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71"/>
            <w:shd w:val="clear" w:color="auto" w:fill="E8E8E8"/>
          </w:tcPr>
          <w:p>
            <w:pPr>
              <w:spacing w:after="0"/>
              <w:jc w:val="left"/>
            </w:pPr>
            <w:r>
              <w:rPr>
                <w:b/>
                <w:sz w:val="16"/>
              </w:rPr>
              <w:t>Update underway</w:t>
            </w:r>
          </w:p>
        </w:tc>
        <w:tc>
          <w:tcPr>
            <w:tcW w:type="dxa" w:w="2216"/>
            <w:shd w:val="clear" w:color="auto" w:fill="E8E8E8"/>
          </w:tcPr>
          <w:p>
            <w:pPr>
              <w:spacing w:after="0"/>
              <w:jc w:val="left"/>
            </w:pPr>
            <w:r>
              <w:rPr>
                <w:b/>
                <w:sz w:val="16"/>
              </w:rPr>
              <w:t>Notes</w:t>
            </w:r>
          </w:p>
        </w:tc>
      </w:tr>
      <w:tr>
        <w:trPr>
          <w:cantSplit/>
        </w:trPr>
        <w:tc>
          <w:tcPr>
            <w:tcW w:type="dxa" w:w="1349"/>
          </w:tcPr>
          <w:p>
            <w:pPr>
              <w:spacing w:after="0"/>
              <w:jc w:val="left"/>
            </w:pPr>
            <w:r>
              <w:rPr>
                <w:sz w:val="16"/>
              </w:rPr>
              <w:t>Wood County</w:t>
            </w:r>
          </w:p>
        </w:tc>
        <w:tc>
          <w:tcPr>
            <w:tcW w:type="dxa" w:w="680"/>
          </w:tcPr>
          <w:p>
            <w:pPr>
              <w:spacing w:after="0"/>
              <w:jc w:val="left"/>
            </w:pPr>
            <w:r>
              <w:rPr>
                <w:sz w:val="16"/>
              </w:rPr>
              <w:t>County</w:t>
            </w:r>
          </w:p>
        </w:tc>
        <w:tc>
          <w:tcPr>
            <w:tcW w:type="dxa" w:w="1560"/>
          </w:tcPr>
          <w:p>
            <w:pPr>
              <w:spacing w:after="0"/>
              <w:jc w:val="left"/>
            </w:pPr>
            <w:r>
              <w:rPr>
                <w:sz w:val="16"/>
              </w:rPr>
              <w:t>Approved, expires 2028-01-12</w:t>
            </w:r>
          </w:p>
        </w:tc>
        <w:tc>
          <w:tcPr>
            <w:tcW w:type="dxa" w:w="1504"/>
          </w:tcPr>
          <w:p>
            <w:pPr>
              <w:spacing w:after="0"/>
              <w:jc w:val="left"/>
            </w:pPr>
            <w:r>
              <w:rPr>
                <w:sz w:val="16"/>
              </w:rPr>
              <w:t>RPDC 05 Hazard Mitigation Plan (FEMA plan 108733)</w:t>
            </w:r>
          </w:p>
        </w:tc>
        <w:tc>
          <w:tcPr>
            <w:tcW w:type="dxa" w:w="2037"/>
          </w:tcPr>
          <w:p>
            <w:pPr>
              <w:spacing w:after="0"/>
              <w:jc w:val="left"/>
            </w:pPr>
            <w:r>
              <w:rPr>
                <w:sz w:val="16"/>
              </w:rPr>
              <w:t>2023-01-13</w:t>
            </w:r>
          </w:p>
        </w:tc>
        <w:tc>
          <w:tcPr>
            <w:tcW w:type="dxa" w:w="1470"/>
          </w:tcPr>
          <w:p>
            <w:pPr>
              <w:spacing w:after="0"/>
              <w:jc w:val="left"/>
            </w:pPr>
            <w:r>
              <w:rPr>
                <w:sz w:val="16"/>
              </w:rPr>
              <w:t>2028-01-12</w:t>
            </w:r>
          </w:p>
        </w:tc>
        <w:tc>
          <w:tcPr>
            <w:tcW w:type="dxa" w:w="827"/>
          </w:tcPr>
          <w:p>
            <w:pPr>
              <w:spacing w:after="0"/>
              <w:jc w:val="right"/>
            </w:pPr>
            <w:r>
              <w:rPr>
                <w:sz w:val="16"/>
              </w:rPr>
              <w:t>469</w:t>
            </w:r>
          </w:p>
        </w:tc>
        <w:tc>
          <w:tcPr>
            <w:tcW w:type="dxa" w:w="2471"/>
          </w:tcPr>
          <w:p>
            <w:pPr>
              <w:spacing w:after="0"/>
              <w:jc w:val="left"/>
            </w:pPr>
          </w:p>
        </w:tc>
        <w:tc>
          <w:tcPr>
            <w:tcW w:type="dxa" w:w="2216"/>
          </w:tcPr>
          <w:p>
            <w:pPr>
              <w:spacing w:after="0"/>
              <w:jc w:val="left"/>
            </w:pPr>
            <w:r>
              <w:rPr>
                <w:sz w:val="16"/>
              </w:rPr>
              <w:t>this jurisdiction approved 2023-01-12</w:t>
            </w:r>
          </w:p>
        </w:tc>
      </w:tr>
      <w:tr>
        <w:trPr>
          <w:cantSplit/>
        </w:trPr>
        <w:tc>
          <w:tcPr>
            <w:tcW w:type="dxa" w:w="1349"/>
          </w:tcPr>
          <w:p>
            <w:pPr>
              <w:spacing w:after="0"/>
              <w:jc w:val="left"/>
            </w:pPr>
            <w:r>
              <w:rPr>
                <w:sz w:val="16"/>
              </w:rPr>
              <w:t>North Hills town</w:t>
            </w:r>
          </w:p>
        </w:tc>
        <w:tc>
          <w:tcPr>
            <w:tcW w:type="dxa" w:w="680"/>
          </w:tcPr>
          <w:p>
            <w:pPr>
              <w:spacing w:after="0"/>
              <w:jc w:val="left"/>
            </w:pPr>
            <w:r>
              <w:rPr>
                <w:sz w:val="16"/>
              </w:rPr>
              <w:t>Town</w:t>
            </w:r>
          </w:p>
        </w:tc>
        <w:tc>
          <w:tcPr>
            <w:tcW w:type="dxa" w:w="1560"/>
          </w:tcPr>
          <w:p>
            <w:pPr>
              <w:spacing w:after="0"/>
              <w:jc w:val="left"/>
            </w:pPr>
            <w:r>
              <w:rPr>
                <w:sz w:val="16"/>
              </w:rPr>
              <w:t>Plan 108733 approved 2023-01-13, pending adoption here; not yet eligible</w:t>
            </w:r>
          </w:p>
        </w:tc>
        <w:tc>
          <w:tcPr>
            <w:tcW w:type="dxa" w:w="1504"/>
          </w:tcPr>
          <w:p>
            <w:pPr>
              <w:spacing w:after="0"/>
              <w:jc w:val="left"/>
            </w:pPr>
            <w:r>
              <w:rPr>
                <w:sz w:val="16"/>
              </w:rPr>
              <w:t>RPDC 05 Hazard Mitigation Plan (FEMA plan 108733), pending adoption here</w:t>
            </w:r>
          </w:p>
        </w:tc>
        <w:tc>
          <w:tcPr>
            <w:tcW w:type="dxa" w:w="2037"/>
          </w:tcPr>
          <w:p>
            <w:pPr>
              <w:spacing w:after="0"/>
              <w:jc w:val="left"/>
            </w:pPr>
            <w:r>
              <w:rPr>
                <w:sz w:val="16"/>
              </w:rPr>
              <w:t>2023-01-13 by FEMA; not yet adopted here</w:t>
            </w:r>
          </w:p>
        </w:tc>
        <w:tc>
          <w:tcPr>
            <w:tcW w:type="dxa" w:w="1470"/>
          </w:tcPr>
          <w:p>
            <w:pPr>
              <w:spacing w:after="0"/>
              <w:jc w:val="left"/>
            </w:pPr>
            <w:r>
              <w:rPr>
                <w:sz w:val="16"/>
              </w:rPr>
              <w:t>2028-01-12 once adopted</w:t>
            </w:r>
          </w:p>
        </w:tc>
        <w:tc>
          <w:tcPr>
            <w:tcW w:type="dxa" w:w="827"/>
          </w:tcPr>
          <w:p>
            <w:pPr>
              <w:spacing w:after="0"/>
              <w:jc w:val="right"/>
            </w:pPr>
          </w:p>
        </w:tc>
        <w:tc>
          <w:tcPr>
            <w:tcW w:type="dxa" w:w="2471"/>
          </w:tcPr>
          <w:p>
            <w:pPr>
              <w:spacing w:after="0"/>
              <w:jc w:val="left"/>
            </w:pPr>
            <w:r>
              <w:rPr>
                <w:sz w:val="16"/>
              </w:rPr>
              <w:t>FEMA tracker shows a plan approvable pending adoption</w:t>
            </w:r>
          </w:p>
        </w:tc>
        <w:tc>
          <w:tcPr>
            <w:tcW w:type="dxa" w:w="2216"/>
          </w:tcPr>
          <w:p>
            <w:pPr>
              <w:spacing w:after="0"/>
              <w:jc w:val="left"/>
            </w:pPr>
            <w:r>
              <w:rPr>
                <w:sz w:val="16"/>
              </w:rPr>
              <w:t>Not yet eligible: adopt the approved plan.</w:t>
            </w:r>
          </w:p>
        </w:tc>
      </w:tr>
      <w:tr>
        <w:trPr>
          <w:cantSplit/>
        </w:trPr>
        <w:tc>
          <w:tcPr>
            <w:tcW w:type="dxa" w:w="1349"/>
          </w:tcPr>
          <w:p>
            <w:pPr>
              <w:spacing w:after="0"/>
              <w:jc w:val="left"/>
            </w:pPr>
            <w:r>
              <w:rPr>
                <w:sz w:val="16"/>
              </w:rPr>
              <w:t>Parkersburg city</w:t>
            </w:r>
          </w:p>
        </w:tc>
        <w:tc>
          <w:tcPr>
            <w:tcW w:type="dxa" w:w="680"/>
          </w:tcPr>
          <w:p>
            <w:pPr>
              <w:spacing w:after="0"/>
              <w:jc w:val="left"/>
            </w:pPr>
            <w:r>
              <w:rPr>
                <w:sz w:val="16"/>
              </w:rPr>
              <w:t>City</w:t>
            </w:r>
          </w:p>
        </w:tc>
        <w:tc>
          <w:tcPr>
            <w:tcW w:type="dxa" w:w="1560"/>
          </w:tcPr>
          <w:p>
            <w:pPr>
              <w:spacing w:after="0"/>
              <w:jc w:val="left"/>
            </w:pPr>
            <w:r>
              <w:rPr>
                <w:sz w:val="16"/>
              </w:rPr>
              <w:t>Plan 108733 approved 2023-01-13, pending adoption here; not yet eligible</w:t>
            </w:r>
          </w:p>
        </w:tc>
        <w:tc>
          <w:tcPr>
            <w:tcW w:type="dxa" w:w="1504"/>
          </w:tcPr>
          <w:p>
            <w:pPr>
              <w:spacing w:after="0"/>
              <w:jc w:val="left"/>
            </w:pPr>
            <w:r>
              <w:rPr>
                <w:sz w:val="16"/>
              </w:rPr>
              <w:t>RPDC 05 Hazard Mitigation Plan (FEMA plan 108733), pending adoption here</w:t>
            </w:r>
          </w:p>
        </w:tc>
        <w:tc>
          <w:tcPr>
            <w:tcW w:type="dxa" w:w="2037"/>
          </w:tcPr>
          <w:p>
            <w:pPr>
              <w:spacing w:after="0"/>
              <w:jc w:val="left"/>
            </w:pPr>
            <w:r>
              <w:rPr>
                <w:sz w:val="16"/>
              </w:rPr>
              <w:t>2023-01-13 by FEMA; not yet adopted here</w:t>
            </w:r>
          </w:p>
        </w:tc>
        <w:tc>
          <w:tcPr>
            <w:tcW w:type="dxa" w:w="1470"/>
          </w:tcPr>
          <w:p>
            <w:pPr>
              <w:spacing w:after="0"/>
              <w:jc w:val="left"/>
            </w:pPr>
            <w:r>
              <w:rPr>
                <w:sz w:val="16"/>
              </w:rPr>
              <w:t>2028-01-12 once adopted</w:t>
            </w:r>
          </w:p>
        </w:tc>
        <w:tc>
          <w:tcPr>
            <w:tcW w:type="dxa" w:w="827"/>
          </w:tcPr>
          <w:p>
            <w:pPr>
              <w:spacing w:after="0"/>
              <w:jc w:val="right"/>
            </w:pPr>
          </w:p>
        </w:tc>
        <w:tc>
          <w:tcPr>
            <w:tcW w:type="dxa" w:w="2471"/>
          </w:tcPr>
          <w:p>
            <w:pPr>
              <w:spacing w:after="0"/>
              <w:jc w:val="left"/>
            </w:pPr>
            <w:r>
              <w:rPr>
                <w:sz w:val="16"/>
              </w:rPr>
              <w:t>FEMA tracker shows a plan approvable pending adoption</w:t>
            </w:r>
          </w:p>
        </w:tc>
        <w:tc>
          <w:tcPr>
            <w:tcW w:type="dxa" w:w="2216"/>
          </w:tcPr>
          <w:p>
            <w:pPr>
              <w:spacing w:after="0"/>
              <w:jc w:val="left"/>
            </w:pPr>
            <w:r>
              <w:rPr>
                <w:sz w:val="16"/>
              </w:rPr>
              <w:t>Not yet eligible: adopt the approved plan.</w:t>
            </w:r>
          </w:p>
        </w:tc>
      </w:tr>
      <w:tr>
        <w:trPr>
          <w:cantSplit/>
        </w:trPr>
        <w:tc>
          <w:tcPr>
            <w:tcW w:type="dxa" w:w="1349"/>
          </w:tcPr>
          <w:p>
            <w:pPr>
              <w:spacing w:after="0"/>
              <w:jc w:val="left"/>
            </w:pPr>
            <w:r>
              <w:rPr>
                <w:sz w:val="16"/>
              </w:rPr>
              <w:t>Vienna city</w:t>
            </w:r>
          </w:p>
        </w:tc>
        <w:tc>
          <w:tcPr>
            <w:tcW w:type="dxa" w:w="680"/>
          </w:tcPr>
          <w:p>
            <w:pPr>
              <w:spacing w:after="0"/>
              <w:jc w:val="left"/>
            </w:pPr>
            <w:r>
              <w:rPr>
                <w:sz w:val="16"/>
              </w:rPr>
              <w:t>City</w:t>
            </w:r>
          </w:p>
        </w:tc>
        <w:tc>
          <w:tcPr>
            <w:tcW w:type="dxa" w:w="1560"/>
          </w:tcPr>
          <w:p>
            <w:pPr>
              <w:spacing w:after="0"/>
              <w:jc w:val="left"/>
            </w:pPr>
            <w:r>
              <w:rPr>
                <w:sz w:val="16"/>
              </w:rPr>
              <w:t>Approved, expires 2028-01-12</w:t>
            </w:r>
          </w:p>
        </w:tc>
        <w:tc>
          <w:tcPr>
            <w:tcW w:type="dxa" w:w="1504"/>
          </w:tcPr>
          <w:p>
            <w:pPr>
              <w:spacing w:after="0"/>
              <w:jc w:val="left"/>
            </w:pPr>
            <w:r>
              <w:rPr>
                <w:sz w:val="16"/>
              </w:rPr>
              <w:t>RPDC 05 Hazard Mitigation Plan (FEMA plan 108733)</w:t>
            </w:r>
          </w:p>
        </w:tc>
        <w:tc>
          <w:tcPr>
            <w:tcW w:type="dxa" w:w="2037"/>
          </w:tcPr>
          <w:p>
            <w:pPr>
              <w:spacing w:after="0"/>
              <w:jc w:val="left"/>
            </w:pPr>
            <w:r>
              <w:rPr>
                <w:sz w:val="16"/>
              </w:rPr>
              <w:t>2023-01-13</w:t>
            </w:r>
          </w:p>
        </w:tc>
        <w:tc>
          <w:tcPr>
            <w:tcW w:type="dxa" w:w="1470"/>
          </w:tcPr>
          <w:p>
            <w:pPr>
              <w:spacing w:after="0"/>
              <w:jc w:val="left"/>
            </w:pPr>
            <w:r>
              <w:rPr>
                <w:sz w:val="16"/>
              </w:rPr>
              <w:t>2028-01-12</w:t>
            </w:r>
          </w:p>
        </w:tc>
        <w:tc>
          <w:tcPr>
            <w:tcW w:type="dxa" w:w="827"/>
          </w:tcPr>
          <w:p>
            <w:pPr>
              <w:spacing w:after="0"/>
              <w:jc w:val="right"/>
            </w:pPr>
            <w:r>
              <w:rPr>
                <w:sz w:val="16"/>
              </w:rPr>
              <w:t>469</w:t>
            </w:r>
          </w:p>
        </w:tc>
        <w:tc>
          <w:tcPr>
            <w:tcW w:type="dxa" w:w="2471"/>
          </w:tcPr>
          <w:p>
            <w:pPr>
              <w:spacing w:after="0"/>
              <w:jc w:val="left"/>
            </w:pPr>
          </w:p>
        </w:tc>
        <w:tc>
          <w:tcPr>
            <w:tcW w:type="dxa" w:w="2216"/>
          </w:tcPr>
          <w:p>
            <w:pPr>
              <w:spacing w:after="0"/>
              <w:jc w:val="left"/>
            </w:pPr>
            <w:r>
              <w:rPr>
                <w:sz w:val="16"/>
              </w:rPr>
              <w:t>this jurisdiction approved 2023-01-26</w:t>
            </w:r>
          </w:p>
        </w:tc>
      </w:tr>
      <w:tr>
        <w:trPr>
          <w:cantSplit/>
        </w:trPr>
        <w:tc>
          <w:tcPr>
            <w:tcW w:type="dxa" w:w="1349"/>
          </w:tcPr>
          <w:p>
            <w:pPr>
              <w:spacing w:after="0"/>
              <w:jc w:val="left"/>
            </w:pPr>
            <w:r>
              <w:rPr>
                <w:sz w:val="16"/>
              </w:rPr>
              <w:t>Williamstown city</w:t>
            </w:r>
          </w:p>
        </w:tc>
        <w:tc>
          <w:tcPr>
            <w:tcW w:type="dxa" w:w="680"/>
          </w:tcPr>
          <w:p>
            <w:pPr>
              <w:spacing w:after="0"/>
              <w:jc w:val="left"/>
            </w:pPr>
            <w:r>
              <w:rPr>
                <w:sz w:val="16"/>
              </w:rPr>
              <w:t>City</w:t>
            </w:r>
          </w:p>
        </w:tc>
        <w:tc>
          <w:tcPr>
            <w:tcW w:type="dxa" w:w="1560"/>
          </w:tcPr>
          <w:p>
            <w:pPr>
              <w:spacing w:after="0"/>
              <w:jc w:val="left"/>
            </w:pPr>
            <w:r>
              <w:rPr>
                <w:sz w:val="16"/>
              </w:rPr>
              <w:t>Plan 108733 approved 2023-01-13, pending adoption here; not yet eligible</w:t>
            </w:r>
          </w:p>
        </w:tc>
        <w:tc>
          <w:tcPr>
            <w:tcW w:type="dxa" w:w="1504"/>
          </w:tcPr>
          <w:p>
            <w:pPr>
              <w:spacing w:after="0"/>
              <w:jc w:val="left"/>
            </w:pPr>
            <w:r>
              <w:rPr>
                <w:sz w:val="16"/>
              </w:rPr>
              <w:t>RPDC 05 Hazard Mitigation Plan (FEMA plan 108733), pending adoption here</w:t>
            </w:r>
          </w:p>
        </w:tc>
        <w:tc>
          <w:tcPr>
            <w:tcW w:type="dxa" w:w="2037"/>
          </w:tcPr>
          <w:p>
            <w:pPr>
              <w:spacing w:after="0"/>
              <w:jc w:val="left"/>
            </w:pPr>
            <w:r>
              <w:rPr>
                <w:sz w:val="16"/>
              </w:rPr>
              <w:t>2023-01-13 by FEMA; not yet adopted here</w:t>
            </w:r>
          </w:p>
        </w:tc>
        <w:tc>
          <w:tcPr>
            <w:tcW w:type="dxa" w:w="1470"/>
          </w:tcPr>
          <w:p>
            <w:pPr>
              <w:spacing w:after="0"/>
              <w:jc w:val="left"/>
            </w:pPr>
            <w:r>
              <w:rPr>
                <w:sz w:val="16"/>
              </w:rPr>
              <w:t>2028-01-12 once adopted</w:t>
            </w:r>
          </w:p>
        </w:tc>
        <w:tc>
          <w:tcPr>
            <w:tcW w:type="dxa" w:w="827"/>
          </w:tcPr>
          <w:p>
            <w:pPr>
              <w:spacing w:after="0"/>
              <w:jc w:val="right"/>
            </w:pPr>
          </w:p>
        </w:tc>
        <w:tc>
          <w:tcPr>
            <w:tcW w:type="dxa" w:w="2471"/>
          </w:tcPr>
          <w:p>
            <w:pPr>
              <w:spacing w:after="0"/>
              <w:jc w:val="left"/>
            </w:pPr>
            <w:r>
              <w:rPr>
                <w:sz w:val="16"/>
              </w:rPr>
              <w:t>FEMA tracker shows a plan approvable pending adoption</w:t>
            </w:r>
          </w:p>
        </w:tc>
        <w:tc>
          <w:tcPr>
            <w:tcW w:type="dxa" w:w="2216"/>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108733 lists 25 other participants not on this page, 3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23"/>
        <w:gridCol w:w="1223"/>
        <w:gridCol w:w="1126"/>
        <w:gridCol w:w="1126"/>
        <w:gridCol w:w="1490"/>
        <w:gridCol w:w="1172"/>
        <w:gridCol w:w="1687"/>
        <w:gridCol w:w="3337"/>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3"/>
            <w:shd w:val="clear" w:color="auto" w:fill="E8E8E8"/>
          </w:tcPr>
          <w:p>
            <w:pPr>
              <w:spacing w:after="0"/>
              <w:jc w:val="left"/>
            </w:pPr>
            <w:r>
              <w:rPr>
                <w:b/>
                <w:sz w:val="16"/>
              </w:rPr>
              <w:t>NRI risk rating</w:t>
            </w:r>
          </w:p>
        </w:tc>
        <w:tc>
          <w:tcPr>
            <w:tcW w:type="dxa" w:w="122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9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8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37"/>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223"/>
          </w:tcPr>
          <w:p>
            <w:pPr>
              <w:spacing w:after="0"/>
              <w:jc w:val="left"/>
            </w:pPr>
            <w:r>
              <w:rPr>
                <w:sz w:val="16"/>
              </w:rPr>
              <w:t>Relatively Moderate</w:t>
            </w:r>
          </w:p>
        </w:tc>
        <w:tc>
          <w:tcPr>
            <w:tcW w:type="dxa" w:w="1223"/>
          </w:tcPr>
          <w:p>
            <w:pPr>
              <w:spacing w:after="0"/>
              <w:jc w:val="left"/>
            </w:pPr>
            <w:r>
              <w:rPr>
                <w:sz w:val="16"/>
              </w:rPr>
              <w:t>Relatively Moderate</w:t>
            </w:r>
          </w:p>
        </w:tc>
        <w:tc>
          <w:tcPr>
            <w:tcW w:type="dxa" w:w="1126"/>
          </w:tcPr>
          <w:p>
            <w:pPr>
              <w:spacing w:after="0"/>
              <w:jc w:val="right"/>
            </w:pPr>
            <w:r>
              <w:rPr>
                <w:sz w:val="16"/>
              </w:rPr>
              <w:t>$32,345,575</w:t>
            </w:r>
          </w:p>
        </w:tc>
        <w:tc>
          <w:tcPr>
            <w:tcW w:type="dxa" w:w="1126"/>
          </w:tcPr>
          <w:p>
            <w:pPr>
              <w:spacing w:after="0"/>
              <w:jc w:val="right"/>
            </w:pPr>
            <w:r>
              <w:rPr>
                <w:sz w:val="16"/>
              </w:rPr>
              <w:t>$39,682</w:t>
            </w:r>
          </w:p>
        </w:tc>
        <w:tc>
          <w:tcPr>
            <w:tcW w:type="dxa" w:w="1490"/>
          </w:tcPr>
          <w:p>
            <w:pPr>
              <w:spacing w:after="0"/>
              <w:jc w:val="right"/>
            </w:pPr>
            <w:r>
              <w:rPr>
                <w:sz w:val="16"/>
              </w:rPr>
              <w:t>$679,772</w:t>
            </w:r>
          </w:p>
        </w:tc>
        <w:tc>
          <w:tcPr>
            <w:tcW w:type="dxa" w:w="1172"/>
          </w:tcPr>
          <w:p>
            <w:pPr>
              <w:spacing w:after="0"/>
              <w:jc w:val="right"/>
            </w:pPr>
            <w:r>
              <w:rPr>
                <w:sz w:val="16"/>
              </w:rPr>
              <w:t>$33,065,029</w:t>
            </w:r>
          </w:p>
        </w:tc>
        <w:tc>
          <w:tcPr>
            <w:tcW w:type="dxa" w:w="1687"/>
          </w:tcPr>
          <w:p>
            <w:pPr>
              <w:spacing w:after="0"/>
              <w:jc w:val="right"/>
            </w:pPr>
            <w:r>
              <w:rPr>
                <w:sz w:val="16"/>
              </w:rPr>
              <w:t>93</w:t>
            </w:r>
          </w:p>
        </w:tc>
        <w:tc>
          <w:tcPr>
            <w:tcW w:type="dxa" w:w="3337"/>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Heat Wave</w:t>
            </w:r>
          </w:p>
        </w:tc>
        <w:tc>
          <w:tcPr>
            <w:tcW w:type="dxa" w:w="1223"/>
          </w:tcPr>
          <w:p>
            <w:pPr>
              <w:spacing w:after="0"/>
              <w:jc w:val="left"/>
            </w:pPr>
            <w:r>
              <w:rPr>
                <w:sz w:val="16"/>
              </w:rPr>
              <w:t>Relatively Low</w:t>
            </w:r>
          </w:p>
        </w:tc>
        <w:tc>
          <w:tcPr>
            <w:tcW w:type="dxa" w:w="1223"/>
          </w:tcPr>
          <w:p>
            <w:pPr>
              <w:spacing w:after="0"/>
              <w:jc w:val="left"/>
            </w:pPr>
            <w:r>
              <w:rPr>
                <w:sz w:val="16"/>
              </w:rPr>
              <w:t>Relatively Low</w:t>
            </w:r>
          </w:p>
        </w:tc>
        <w:tc>
          <w:tcPr>
            <w:tcW w:type="dxa" w:w="1126"/>
          </w:tcPr>
          <w:p>
            <w:pPr>
              <w:spacing w:after="0"/>
              <w:jc w:val="right"/>
            </w:pPr>
            <w:r>
              <w:rPr>
                <w:sz w:val="16"/>
              </w:rPr>
              <w:t>$153</w:t>
            </w:r>
          </w:p>
        </w:tc>
        <w:tc>
          <w:tcPr>
            <w:tcW w:type="dxa" w:w="1126"/>
          </w:tcPr>
          <w:p>
            <w:pPr>
              <w:spacing w:after="0"/>
              <w:jc w:val="right"/>
            </w:pPr>
            <w:r>
              <w:rPr>
                <w:sz w:val="16"/>
              </w:rPr>
              <w:t>$8</w:t>
            </w:r>
          </w:p>
        </w:tc>
        <w:tc>
          <w:tcPr>
            <w:tcW w:type="dxa" w:w="1490"/>
          </w:tcPr>
          <w:p>
            <w:pPr>
              <w:spacing w:after="0"/>
              <w:jc w:val="right"/>
            </w:pPr>
            <w:r>
              <w:rPr>
                <w:sz w:val="16"/>
              </w:rPr>
              <w:t>$717,237</w:t>
            </w:r>
          </w:p>
        </w:tc>
        <w:tc>
          <w:tcPr>
            <w:tcW w:type="dxa" w:w="1172"/>
          </w:tcPr>
          <w:p>
            <w:pPr>
              <w:spacing w:after="0"/>
              <w:jc w:val="right"/>
            </w:pPr>
            <w:r>
              <w:rPr>
                <w:sz w:val="16"/>
              </w:rPr>
              <w:t>$717,398</w:t>
            </w:r>
          </w:p>
        </w:tc>
        <w:tc>
          <w:tcPr>
            <w:tcW w:type="dxa" w:w="1687"/>
          </w:tcPr>
          <w:p>
            <w:pPr>
              <w:spacing w:after="0"/>
              <w:jc w:val="right"/>
            </w:pPr>
            <w:r>
              <w:rPr>
                <w:sz w:val="16"/>
              </w:rPr>
              <w:t>19</w:t>
            </w:r>
          </w:p>
        </w:tc>
        <w:tc>
          <w:tcPr>
            <w:tcW w:type="dxa" w:w="3337"/>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Strong Wind</w:t>
            </w:r>
          </w:p>
        </w:tc>
        <w:tc>
          <w:tcPr>
            <w:tcW w:type="dxa" w:w="1223"/>
          </w:tcPr>
          <w:p>
            <w:pPr>
              <w:spacing w:after="0"/>
              <w:jc w:val="left"/>
            </w:pPr>
            <w:r>
              <w:rPr>
                <w:sz w:val="16"/>
              </w:rPr>
              <w:t>Relatively Moderate</w:t>
            </w:r>
          </w:p>
        </w:tc>
        <w:tc>
          <w:tcPr>
            <w:tcW w:type="dxa" w:w="1223"/>
          </w:tcPr>
          <w:p>
            <w:pPr>
              <w:spacing w:after="0"/>
              <w:jc w:val="left"/>
            </w:pPr>
            <w:r>
              <w:rPr>
                <w:sz w:val="16"/>
              </w:rPr>
              <w:t>Relatively Moderate</w:t>
            </w:r>
          </w:p>
        </w:tc>
        <w:tc>
          <w:tcPr>
            <w:tcW w:type="dxa" w:w="1126"/>
          </w:tcPr>
          <w:p>
            <w:pPr>
              <w:spacing w:after="0"/>
              <w:jc w:val="right"/>
            </w:pPr>
            <w:r>
              <w:rPr>
                <w:sz w:val="16"/>
              </w:rPr>
              <w:t>$290,538</w:t>
            </w:r>
          </w:p>
        </w:tc>
        <w:tc>
          <w:tcPr>
            <w:tcW w:type="dxa" w:w="1126"/>
          </w:tcPr>
          <w:p>
            <w:pPr>
              <w:spacing w:after="0"/>
              <w:jc w:val="right"/>
            </w:pPr>
            <w:r>
              <w:rPr>
                <w:sz w:val="16"/>
              </w:rPr>
              <w:t>$78</w:t>
            </w:r>
          </w:p>
        </w:tc>
        <w:tc>
          <w:tcPr>
            <w:tcW w:type="dxa" w:w="1490"/>
          </w:tcPr>
          <w:p>
            <w:pPr>
              <w:spacing w:after="0"/>
              <w:jc w:val="right"/>
            </w:pPr>
            <w:r>
              <w:rPr>
                <w:sz w:val="16"/>
              </w:rPr>
              <w:t>$391,429</w:t>
            </w:r>
          </w:p>
        </w:tc>
        <w:tc>
          <w:tcPr>
            <w:tcW w:type="dxa" w:w="1172"/>
          </w:tcPr>
          <w:p>
            <w:pPr>
              <w:spacing w:after="0"/>
              <w:jc w:val="right"/>
            </w:pPr>
            <w:r>
              <w:rPr>
                <w:sz w:val="16"/>
              </w:rPr>
              <w:t>$682,045</w:t>
            </w:r>
          </w:p>
        </w:tc>
        <w:tc>
          <w:tcPr>
            <w:tcW w:type="dxa" w:w="1687"/>
          </w:tcPr>
          <w:p>
            <w:pPr>
              <w:spacing w:after="0"/>
              <w:jc w:val="right"/>
            </w:pPr>
            <w:r>
              <w:rPr>
                <w:sz w:val="16"/>
              </w:rPr>
              <w:t>221</w:t>
            </w:r>
          </w:p>
        </w:tc>
        <w:tc>
          <w:tcPr>
            <w:tcW w:type="dxa" w:w="3337"/>
          </w:tcPr>
          <w:p>
            <w:pPr>
              <w:spacing w:after="0"/>
              <w:jc w:val="left"/>
            </w:pPr>
            <w:r>
              <w:rPr>
                <w:sz w:val="16"/>
              </w:rPr>
              <w:t>Includes 13 High Wind and 21 Strong Wind records (NOAA non-thunderstorm wind types, outside NRI's Strong Wind definition).</w:t>
            </w:r>
          </w:p>
        </w:tc>
      </w:tr>
      <w:tr>
        <w:trPr>
          <w:cantSplit/>
        </w:trPr>
        <w:tc>
          <w:tcPr>
            <w:tcW w:type="dxa" w:w="692"/>
          </w:tcPr>
          <w:p>
            <w:pPr>
              <w:spacing w:after="0"/>
              <w:jc w:val="right"/>
            </w:pPr>
            <w:r>
              <w:rPr>
                <w:sz w:val="16"/>
              </w:rPr>
              <w:t>4</w:t>
            </w:r>
          </w:p>
        </w:tc>
        <w:tc>
          <w:tcPr>
            <w:tcW w:type="dxa" w:w="1037"/>
          </w:tcPr>
          <w:p>
            <w:pPr>
              <w:spacing w:after="0"/>
              <w:jc w:val="left"/>
            </w:pPr>
            <w:r>
              <w:rPr>
                <w:sz w:val="16"/>
              </w:rPr>
              <w:t>Lightning</w:t>
            </w:r>
          </w:p>
        </w:tc>
        <w:tc>
          <w:tcPr>
            <w:tcW w:type="dxa" w:w="1223"/>
          </w:tcPr>
          <w:p>
            <w:pPr>
              <w:spacing w:after="0"/>
              <w:jc w:val="left"/>
            </w:pPr>
            <w:r>
              <w:rPr>
                <w:sz w:val="16"/>
              </w:rPr>
              <w:t>Relatively Moderate</w:t>
            </w:r>
          </w:p>
        </w:tc>
        <w:tc>
          <w:tcPr>
            <w:tcW w:type="dxa" w:w="1223"/>
          </w:tcPr>
          <w:p>
            <w:pPr>
              <w:spacing w:after="0"/>
              <w:jc w:val="left"/>
            </w:pPr>
            <w:r>
              <w:rPr>
                <w:sz w:val="16"/>
              </w:rPr>
              <w:t>Relatively Moderate</w:t>
            </w:r>
          </w:p>
        </w:tc>
        <w:tc>
          <w:tcPr>
            <w:tcW w:type="dxa" w:w="1126"/>
          </w:tcPr>
          <w:p>
            <w:pPr>
              <w:spacing w:after="0"/>
              <w:jc w:val="right"/>
            </w:pPr>
            <w:r>
              <w:rPr>
                <w:sz w:val="16"/>
              </w:rPr>
              <w:t>$33,664</w:t>
            </w:r>
          </w:p>
        </w:tc>
        <w:tc>
          <w:tcPr>
            <w:tcW w:type="dxa" w:w="1126"/>
          </w:tcPr>
          <w:p>
            <w:pPr>
              <w:spacing w:after="0"/>
              <w:jc w:val="right"/>
            </w:pPr>
            <w:r>
              <w:rPr>
                <w:sz w:val="16"/>
              </w:rPr>
              <w:t>n/a</w:t>
            </w:r>
          </w:p>
        </w:tc>
        <w:tc>
          <w:tcPr>
            <w:tcW w:type="dxa" w:w="1490"/>
          </w:tcPr>
          <w:p>
            <w:pPr>
              <w:spacing w:after="0"/>
              <w:jc w:val="right"/>
            </w:pPr>
            <w:r>
              <w:rPr>
                <w:sz w:val="16"/>
              </w:rPr>
              <w:t>$517,938</w:t>
            </w:r>
          </w:p>
        </w:tc>
        <w:tc>
          <w:tcPr>
            <w:tcW w:type="dxa" w:w="1172"/>
          </w:tcPr>
          <w:p>
            <w:pPr>
              <w:spacing w:after="0"/>
              <w:jc w:val="right"/>
            </w:pPr>
            <w:r>
              <w:rPr>
                <w:sz w:val="16"/>
              </w:rPr>
              <w:t>$551,602</w:t>
            </w:r>
          </w:p>
        </w:tc>
        <w:tc>
          <w:tcPr>
            <w:tcW w:type="dxa" w:w="1687"/>
          </w:tcPr>
          <w:p>
            <w:pPr>
              <w:spacing w:after="0"/>
              <w:jc w:val="right"/>
            </w:pPr>
            <w:r>
              <w:rPr>
                <w:sz w:val="16"/>
              </w:rPr>
              <w:t>10</w:t>
            </w:r>
          </w:p>
        </w:tc>
        <w:tc>
          <w:tcPr>
            <w:tcW w:type="dxa" w:w="3337"/>
          </w:tcPr>
          <w:p>
            <w:pPr>
              <w:spacing w:after="0"/>
              <w:jc w:val="left"/>
            </w:pPr>
          </w:p>
        </w:tc>
      </w:tr>
      <w:tr>
        <w:trPr>
          <w:cantSplit/>
        </w:trPr>
        <w:tc>
          <w:tcPr>
            <w:tcW w:type="dxa" w:w="692"/>
          </w:tcPr>
          <w:p>
            <w:pPr>
              <w:spacing w:after="0"/>
              <w:jc w:val="right"/>
            </w:pPr>
            <w:r>
              <w:rPr>
                <w:sz w:val="16"/>
              </w:rPr>
              <w:t>5</w:t>
            </w:r>
          </w:p>
        </w:tc>
        <w:tc>
          <w:tcPr>
            <w:tcW w:type="dxa" w:w="1037"/>
          </w:tcPr>
          <w:p>
            <w:pPr>
              <w:spacing w:after="0"/>
              <w:jc w:val="left"/>
            </w:pPr>
            <w:r>
              <w:rPr>
                <w:sz w:val="16"/>
              </w:rPr>
              <w:t>Tornado</w:t>
            </w:r>
          </w:p>
        </w:tc>
        <w:tc>
          <w:tcPr>
            <w:tcW w:type="dxa" w:w="1223"/>
          </w:tcPr>
          <w:p>
            <w:pPr>
              <w:spacing w:after="0"/>
              <w:jc w:val="left"/>
            </w:pPr>
            <w:r>
              <w:rPr>
                <w:sz w:val="16"/>
              </w:rPr>
              <w:t>Relatively Low</w:t>
            </w:r>
          </w:p>
        </w:tc>
        <w:tc>
          <w:tcPr>
            <w:tcW w:type="dxa" w:w="1223"/>
          </w:tcPr>
          <w:p>
            <w:pPr>
              <w:spacing w:after="0"/>
              <w:jc w:val="left"/>
            </w:pPr>
            <w:r>
              <w:rPr>
                <w:sz w:val="16"/>
              </w:rPr>
              <w:t>Relatively Low</w:t>
            </w:r>
          </w:p>
        </w:tc>
        <w:tc>
          <w:tcPr>
            <w:tcW w:type="dxa" w:w="1126"/>
          </w:tcPr>
          <w:p>
            <w:pPr>
              <w:spacing w:after="0"/>
              <w:jc w:val="right"/>
            </w:pPr>
            <w:r>
              <w:rPr>
                <w:sz w:val="16"/>
              </w:rPr>
              <w:t>$197,592</w:t>
            </w:r>
          </w:p>
        </w:tc>
        <w:tc>
          <w:tcPr>
            <w:tcW w:type="dxa" w:w="1126"/>
          </w:tcPr>
          <w:p>
            <w:pPr>
              <w:spacing w:after="0"/>
              <w:jc w:val="right"/>
            </w:pPr>
            <w:r>
              <w:rPr>
                <w:sz w:val="16"/>
              </w:rPr>
              <w:t>$84</w:t>
            </w:r>
          </w:p>
        </w:tc>
        <w:tc>
          <w:tcPr>
            <w:tcW w:type="dxa" w:w="1490"/>
          </w:tcPr>
          <w:p>
            <w:pPr>
              <w:spacing w:after="0"/>
              <w:jc w:val="right"/>
            </w:pPr>
            <w:r>
              <w:rPr>
                <w:sz w:val="16"/>
              </w:rPr>
              <w:t>$336,320</w:t>
            </w:r>
          </w:p>
        </w:tc>
        <w:tc>
          <w:tcPr>
            <w:tcW w:type="dxa" w:w="1172"/>
          </w:tcPr>
          <w:p>
            <w:pPr>
              <w:spacing w:after="0"/>
              <w:jc w:val="right"/>
            </w:pPr>
            <w:r>
              <w:rPr>
                <w:sz w:val="16"/>
              </w:rPr>
              <w:t>$533,996</w:t>
            </w:r>
          </w:p>
        </w:tc>
        <w:tc>
          <w:tcPr>
            <w:tcW w:type="dxa" w:w="1687"/>
          </w:tcPr>
          <w:p>
            <w:pPr>
              <w:spacing w:after="0"/>
              <w:jc w:val="right"/>
            </w:pPr>
            <w:r>
              <w:rPr>
                <w:sz w:val="16"/>
              </w:rPr>
              <w:t>6</w:t>
            </w:r>
          </w:p>
        </w:tc>
        <w:tc>
          <w:tcPr>
            <w:tcW w:type="dxa" w:w="3337"/>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Hail</w:t>
            </w:r>
          </w:p>
        </w:tc>
        <w:tc>
          <w:tcPr>
            <w:tcW w:type="dxa" w:w="1223"/>
          </w:tcPr>
          <w:p>
            <w:pPr>
              <w:spacing w:after="0"/>
              <w:jc w:val="left"/>
            </w:pPr>
            <w:r>
              <w:rPr>
                <w:sz w:val="16"/>
              </w:rPr>
              <w:t>Relatively Low</w:t>
            </w:r>
          </w:p>
        </w:tc>
        <w:tc>
          <w:tcPr>
            <w:tcW w:type="dxa" w:w="1223"/>
          </w:tcPr>
          <w:p>
            <w:pPr>
              <w:spacing w:after="0"/>
              <w:jc w:val="left"/>
            </w:pPr>
            <w:r>
              <w:rPr>
                <w:sz w:val="16"/>
              </w:rPr>
              <w:t>Relatively Low</w:t>
            </w:r>
          </w:p>
        </w:tc>
        <w:tc>
          <w:tcPr>
            <w:tcW w:type="dxa" w:w="1126"/>
          </w:tcPr>
          <w:p>
            <w:pPr>
              <w:spacing w:after="0"/>
              <w:jc w:val="right"/>
            </w:pPr>
            <w:r>
              <w:rPr>
                <w:sz w:val="16"/>
              </w:rPr>
              <w:t>$306,978</w:t>
            </w:r>
          </w:p>
        </w:tc>
        <w:tc>
          <w:tcPr>
            <w:tcW w:type="dxa" w:w="1126"/>
          </w:tcPr>
          <w:p>
            <w:pPr>
              <w:spacing w:after="0"/>
              <w:jc w:val="right"/>
            </w:pPr>
            <w:r>
              <w:rPr>
                <w:sz w:val="16"/>
              </w:rPr>
              <w:t>$1,536</w:t>
            </w:r>
          </w:p>
        </w:tc>
        <w:tc>
          <w:tcPr>
            <w:tcW w:type="dxa" w:w="1490"/>
          </w:tcPr>
          <w:p>
            <w:pPr>
              <w:spacing w:after="0"/>
              <w:jc w:val="right"/>
            </w:pPr>
            <w:r>
              <w:rPr>
                <w:sz w:val="16"/>
              </w:rPr>
              <w:t>$6,918</w:t>
            </w:r>
          </w:p>
        </w:tc>
        <w:tc>
          <w:tcPr>
            <w:tcW w:type="dxa" w:w="1172"/>
          </w:tcPr>
          <w:p>
            <w:pPr>
              <w:spacing w:after="0"/>
              <w:jc w:val="right"/>
            </w:pPr>
            <w:r>
              <w:rPr>
                <w:sz w:val="16"/>
              </w:rPr>
              <w:t>$315,433</w:t>
            </w:r>
          </w:p>
        </w:tc>
        <w:tc>
          <w:tcPr>
            <w:tcW w:type="dxa" w:w="1687"/>
          </w:tcPr>
          <w:p>
            <w:pPr>
              <w:spacing w:after="0"/>
              <w:jc w:val="right"/>
            </w:pPr>
            <w:r>
              <w:rPr>
                <w:sz w:val="16"/>
              </w:rPr>
              <w:t>93</w:t>
            </w:r>
          </w:p>
        </w:tc>
        <w:tc>
          <w:tcPr>
            <w:tcW w:type="dxa" w:w="3337"/>
          </w:tcPr>
          <w:p>
            <w:pPr>
              <w:spacing w:after="0"/>
              <w:jc w:val="left"/>
            </w:pPr>
          </w:p>
        </w:tc>
      </w:tr>
      <w:tr>
        <w:trPr>
          <w:cantSplit/>
        </w:trPr>
        <w:tc>
          <w:tcPr>
            <w:tcW w:type="dxa" w:w="692"/>
          </w:tcPr>
          <w:p>
            <w:pPr>
              <w:spacing w:after="0"/>
              <w:jc w:val="right"/>
            </w:pPr>
            <w:r>
              <w:rPr>
                <w:sz w:val="16"/>
              </w:rPr>
              <w:t>7</w:t>
            </w:r>
          </w:p>
        </w:tc>
        <w:tc>
          <w:tcPr>
            <w:tcW w:type="dxa" w:w="1037"/>
          </w:tcPr>
          <w:p>
            <w:pPr>
              <w:spacing w:after="0"/>
              <w:jc w:val="left"/>
            </w:pPr>
            <w:r>
              <w:rPr>
                <w:sz w:val="16"/>
              </w:rPr>
              <w:t>Earthquake</w:t>
            </w:r>
          </w:p>
        </w:tc>
        <w:tc>
          <w:tcPr>
            <w:tcW w:type="dxa" w:w="1223"/>
          </w:tcPr>
          <w:p>
            <w:pPr>
              <w:spacing w:after="0"/>
              <w:jc w:val="left"/>
            </w:pPr>
            <w:r>
              <w:rPr>
                <w:sz w:val="16"/>
              </w:rPr>
              <w:t>Very Low</w:t>
            </w:r>
          </w:p>
        </w:tc>
        <w:tc>
          <w:tcPr>
            <w:tcW w:type="dxa" w:w="1223"/>
          </w:tcPr>
          <w:p>
            <w:pPr>
              <w:spacing w:after="0"/>
              <w:jc w:val="left"/>
            </w:pPr>
            <w:r>
              <w:rPr>
                <w:sz w:val="16"/>
              </w:rPr>
              <w:t>Relatively Low</w:t>
            </w:r>
          </w:p>
        </w:tc>
        <w:tc>
          <w:tcPr>
            <w:tcW w:type="dxa" w:w="1126"/>
          </w:tcPr>
          <w:p>
            <w:pPr>
              <w:spacing w:after="0"/>
              <w:jc w:val="right"/>
            </w:pPr>
            <w:r>
              <w:rPr>
                <w:sz w:val="16"/>
              </w:rPr>
              <w:t>$229,412</w:t>
            </w:r>
          </w:p>
        </w:tc>
        <w:tc>
          <w:tcPr>
            <w:tcW w:type="dxa" w:w="1126"/>
          </w:tcPr>
          <w:p>
            <w:pPr>
              <w:spacing w:after="0"/>
              <w:jc w:val="right"/>
            </w:pPr>
            <w:r>
              <w:rPr>
                <w:sz w:val="16"/>
              </w:rPr>
              <w:t>n/a</w:t>
            </w:r>
          </w:p>
        </w:tc>
        <w:tc>
          <w:tcPr>
            <w:tcW w:type="dxa" w:w="1490"/>
          </w:tcPr>
          <w:p>
            <w:pPr>
              <w:spacing w:after="0"/>
              <w:jc w:val="right"/>
            </w:pPr>
            <w:r>
              <w:rPr>
                <w:sz w:val="16"/>
              </w:rPr>
              <w:t>$62,003</w:t>
            </w:r>
          </w:p>
        </w:tc>
        <w:tc>
          <w:tcPr>
            <w:tcW w:type="dxa" w:w="1172"/>
          </w:tcPr>
          <w:p>
            <w:pPr>
              <w:spacing w:after="0"/>
              <w:jc w:val="right"/>
            </w:pPr>
            <w:r>
              <w:rPr>
                <w:sz w:val="16"/>
              </w:rPr>
              <w:t>$291,415</w:t>
            </w:r>
          </w:p>
        </w:tc>
        <w:tc>
          <w:tcPr>
            <w:tcW w:type="dxa" w:w="1687"/>
          </w:tcPr>
          <w:p>
            <w:pPr>
              <w:spacing w:after="0"/>
              <w:jc w:val="right"/>
            </w:pPr>
          </w:p>
        </w:tc>
        <w:tc>
          <w:tcPr>
            <w:tcW w:type="dxa" w:w="3337"/>
          </w:tcPr>
          <w:p>
            <w:pPr>
              <w:spacing w:after="0"/>
              <w:jc w:val="left"/>
            </w:pPr>
            <w:r>
              <w:rPr>
                <w:sz w:val="16"/>
              </w:rPr>
              <w:t>Storm Events does not record earthquakes.</w:t>
            </w:r>
          </w:p>
        </w:tc>
      </w:tr>
      <w:tr>
        <w:trPr>
          <w:cantSplit/>
        </w:trPr>
        <w:tc>
          <w:tcPr>
            <w:tcW w:type="dxa" w:w="692"/>
          </w:tcPr>
          <w:p>
            <w:pPr>
              <w:spacing w:after="0"/>
              <w:jc w:val="right"/>
            </w:pPr>
            <w:r>
              <w:rPr>
                <w:sz w:val="16"/>
              </w:rPr>
              <w:t>8</w:t>
            </w:r>
          </w:p>
        </w:tc>
        <w:tc>
          <w:tcPr>
            <w:tcW w:type="dxa" w:w="1037"/>
          </w:tcPr>
          <w:p>
            <w:pPr>
              <w:spacing w:after="0"/>
              <w:jc w:val="left"/>
            </w:pPr>
            <w:r>
              <w:rPr>
                <w:sz w:val="16"/>
              </w:rPr>
              <w:t>Ice Storm</w:t>
            </w:r>
          </w:p>
        </w:tc>
        <w:tc>
          <w:tcPr>
            <w:tcW w:type="dxa" w:w="1223"/>
          </w:tcPr>
          <w:p>
            <w:pPr>
              <w:spacing w:after="0"/>
              <w:jc w:val="left"/>
            </w:pPr>
            <w:r>
              <w:rPr>
                <w:sz w:val="16"/>
              </w:rPr>
              <w:t>Relatively Moderate</w:t>
            </w:r>
          </w:p>
        </w:tc>
        <w:tc>
          <w:tcPr>
            <w:tcW w:type="dxa" w:w="1223"/>
          </w:tcPr>
          <w:p>
            <w:pPr>
              <w:spacing w:after="0"/>
              <w:jc w:val="left"/>
            </w:pPr>
            <w:r>
              <w:rPr>
                <w:sz w:val="16"/>
              </w:rPr>
              <w:t>Relatively Moderate</w:t>
            </w:r>
          </w:p>
        </w:tc>
        <w:tc>
          <w:tcPr>
            <w:tcW w:type="dxa" w:w="1126"/>
          </w:tcPr>
          <w:p>
            <w:pPr>
              <w:spacing w:after="0"/>
              <w:jc w:val="right"/>
            </w:pPr>
            <w:r>
              <w:rPr>
                <w:sz w:val="16"/>
              </w:rPr>
              <w:t>$223,415</w:t>
            </w:r>
          </w:p>
        </w:tc>
        <w:tc>
          <w:tcPr>
            <w:tcW w:type="dxa" w:w="1126"/>
          </w:tcPr>
          <w:p>
            <w:pPr>
              <w:spacing w:after="0"/>
              <w:jc w:val="right"/>
            </w:pPr>
            <w:r>
              <w:rPr>
                <w:sz w:val="16"/>
              </w:rPr>
              <w:t>n/a</w:t>
            </w:r>
          </w:p>
        </w:tc>
        <w:tc>
          <w:tcPr>
            <w:tcW w:type="dxa" w:w="1490"/>
          </w:tcPr>
          <w:p>
            <w:pPr>
              <w:spacing w:after="0"/>
              <w:jc w:val="right"/>
            </w:pPr>
            <w:r>
              <w:rPr>
                <w:sz w:val="16"/>
              </w:rPr>
              <w:t>$18,207</w:t>
            </w:r>
          </w:p>
        </w:tc>
        <w:tc>
          <w:tcPr>
            <w:tcW w:type="dxa" w:w="1172"/>
          </w:tcPr>
          <w:p>
            <w:pPr>
              <w:spacing w:after="0"/>
              <w:jc w:val="right"/>
            </w:pPr>
            <w:r>
              <w:rPr>
                <w:sz w:val="16"/>
              </w:rPr>
              <w:t>$241,622</w:t>
            </w:r>
          </w:p>
        </w:tc>
        <w:tc>
          <w:tcPr>
            <w:tcW w:type="dxa" w:w="1687"/>
          </w:tcPr>
          <w:p>
            <w:pPr>
              <w:spacing w:after="0"/>
              <w:jc w:val="right"/>
            </w:pPr>
            <w:r>
              <w:rPr>
                <w:sz w:val="16"/>
              </w:rPr>
              <w:t>0</w:t>
            </w:r>
          </w:p>
        </w:tc>
        <w:tc>
          <w:tcPr>
            <w:tcW w:type="dxa" w:w="3337"/>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9</w:t>
            </w:r>
          </w:p>
        </w:tc>
        <w:tc>
          <w:tcPr>
            <w:tcW w:type="dxa" w:w="1037"/>
          </w:tcPr>
          <w:p>
            <w:pPr>
              <w:spacing w:after="0"/>
              <w:jc w:val="left"/>
            </w:pPr>
            <w:r>
              <w:rPr>
                <w:sz w:val="16"/>
              </w:rPr>
              <w:t>Hurricane</w:t>
            </w:r>
          </w:p>
        </w:tc>
        <w:tc>
          <w:tcPr>
            <w:tcW w:type="dxa" w:w="1223"/>
          </w:tcPr>
          <w:p>
            <w:pPr>
              <w:spacing w:after="0"/>
              <w:jc w:val="left"/>
            </w:pPr>
            <w:r>
              <w:rPr>
                <w:sz w:val="16"/>
              </w:rPr>
              <w:t>Relatively Low</w:t>
            </w:r>
          </w:p>
        </w:tc>
        <w:tc>
          <w:tcPr>
            <w:tcW w:type="dxa" w:w="1223"/>
          </w:tcPr>
          <w:p>
            <w:pPr>
              <w:spacing w:after="0"/>
              <w:jc w:val="left"/>
            </w:pPr>
            <w:r>
              <w:rPr>
                <w:sz w:val="16"/>
              </w:rPr>
              <w:t>Relatively Low</w:t>
            </w:r>
          </w:p>
        </w:tc>
        <w:tc>
          <w:tcPr>
            <w:tcW w:type="dxa" w:w="1126"/>
          </w:tcPr>
          <w:p>
            <w:pPr>
              <w:spacing w:after="0"/>
              <w:jc w:val="right"/>
            </w:pPr>
            <w:r>
              <w:rPr>
                <w:sz w:val="16"/>
              </w:rPr>
              <w:t>$177,369</w:t>
            </w:r>
          </w:p>
        </w:tc>
        <w:tc>
          <w:tcPr>
            <w:tcW w:type="dxa" w:w="1126"/>
          </w:tcPr>
          <w:p>
            <w:pPr>
              <w:spacing w:after="0"/>
              <w:jc w:val="right"/>
            </w:pPr>
            <w:r>
              <w:rPr>
                <w:sz w:val="16"/>
              </w:rPr>
              <w:t>$2,759</w:t>
            </w:r>
          </w:p>
        </w:tc>
        <w:tc>
          <w:tcPr>
            <w:tcW w:type="dxa" w:w="1490"/>
          </w:tcPr>
          <w:p>
            <w:pPr>
              <w:spacing w:after="0"/>
              <w:jc w:val="right"/>
            </w:pPr>
            <w:r>
              <w:rPr>
                <w:sz w:val="16"/>
              </w:rPr>
              <w:t>$7,434</w:t>
            </w:r>
          </w:p>
        </w:tc>
        <w:tc>
          <w:tcPr>
            <w:tcW w:type="dxa" w:w="1172"/>
          </w:tcPr>
          <w:p>
            <w:pPr>
              <w:spacing w:after="0"/>
              <w:jc w:val="right"/>
            </w:pPr>
            <w:r>
              <w:rPr>
                <w:sz w:val="16"/>
              </w:rPr>
              <w:t>$187,562</w:t>
            </w:r>
          </w:p>
        </w:tc>
        <w:tc>
          <w:tcPr>
            <w:tcW w:type="dxa" w:w="1687"/>
          </w:tcPr>
          <w:p>
            <w:pPr>
              <w:spacing w:after="0"/>
              <w:jc w:val="right"/>
            </w:pPr>
            <w:r>
              <w:rPr>
                <w:sz w:val="16"/>
              </w:rPr>
              <w:t>0</w:t>
            </w:r>
          </w:p>
        </w:tc>
        <w:tc>
          <w:tcPr>
            <w:tcW w:type="dxa" w:w="3337"/>
          </w:tcPr>
          <w:p>
            <w:pPr>
              <w:spacing w:after="0"/>
              <w:jc w:val="left"/>
            </w:pPr>
            <w:r>
              <w:rPr>
                <w:sz w:val="16"/>
              </w:rPr>
              <w:t>Declared 1 time; no Storm Events record of this type.</w:t>
            </w:r>
          </w:p>
        </w:tc>
      </w:tr>
      <w:tr>
        <w:trPr>
          <w:cantSplit/>
        </w:trPr>
        <w:tc>
          <w:tcPr>
            <w:tcW w:type="dxa" w:w="692"/>
          </w:tcPr>
          <w:p>
            <w:pPr>
              <w:spacing w:after="0"/>
              <w:jc w:val="right"/>
            </w:pPr>
            <w:r>
              <w:rPr>
                <w:sz w:val="16"/>
              </w:rPr>
              <w:t>10</w:t>
            </w:r>
          </w:p>
        </w:tc>
        <w:tc>
          <w:tcPr>
            <w:tcW w:type="dxa" w:w="1037"/>
          </w:tcPr>
          <w:p>
            <w:pPr>
              <w:spacing w:after="0"/>
              <w:jc w:val="left"/>
            </w:pPr>
            <w:r>
              <w:rPr>
                <w:sz w:val="16"/>
              </w:rPr>
              <w:t>Cold Wave</w:t>
            </w:r>
          </w:p>
        </w:tc>
        <w:tc>
          <w:tcPr>
            <w:tcW w:type="dxa" w:w="1223"/>
          </w:tcPr>
          <w:p>
            <w:pPr>
              <w:spacing w:after="0"/>
              <w:jc w:val="left"/>
            </w:pPr>
            <w:r>
              <w:rPr>
                <w:sz w:val="16"/>
              </w:rPr>
              <w:t>Very Low</w:t>
            </w:r>
          </w:p>
        </w:tc>
        <w:tc>
          <w:tcPr>
            <w:tcW w:type="dxa" w:w="1223"/>
          </w:tcPr>
          <w:p>
            <w:pPr>
              <w:spacing w:after="0"/>
              <w:jc w:val="left"/>
            </w:pPr>
            <w:r>
              <w:rPr>
                <w:sz w:val="16"/>
              </w:rPr>
              <w:t>Relatively Low</w:t>
            </w:r>
          </w:p>
        </w:tc>
        <w:tc>
          <w:tcPr>
            <w:tcW w:type="dxa" w:w="1126"/>
          </w:tcPr>
          <w:p>
            <w:pPr>
              <w:spacing w:after="0"/>
              <w:jc w:val="right"/>
            </w:pPr>
            <w:r>
              <w:rPr>
                <w:sz w:val="16"/>
              </w:rPr>
              <w:t>$10,883</w:t>
            </w:r>
          </w:p>
        </w:tc>
        <w:tc>
          <w:tcPr>
            <w:tcW w:type="dxa" w:w="1126"/>
          </w:tcPr>
          <w:p>
            <w:pPr>
              <w:spacing w:after="0"/>
              <w:jc w:val="right"/>
            </w:pPr>
            <w:r>
              <w:rPr>
                <w:sz w:val="16"/>
              </w:rPr>
              <w:t>$677</w:t>
            </w:r>
          </w:p>
        </w:tc>
        <w:tc>
          <w:tcPr>
            <w:tcW w:type="dxa" w:w="1490"/>
          </w:tcPr>
          <w:p>
            <w:pPr>
              <w:spacing w:after="0"/>
              <w:jc w:val="right"/>
            </w:pPr>
            <w:r>
              <w:rPr>
                <w:sz w:val="16"/>
              </w:rPr>
              <w:t>$134,758</w:t>
            </w:r>
          </w:p>
        </w:tc>
        <w:tc>
          <w:tcPr>
            <w:tcW w:type="dxa" w:w="1172"/>
          </w:tcPr>
          <w:p>
            <w:pPr>
              <w:spacing w:after="0"/>
              <w:jc w:val="right"/>
            </w:pPr>
            <w:r>
              <w:rPr>
                <w:sz w:val="16"/>
              </w:rPr>
              <w:t>$146,318</w:t>
            </w:r>
          </w:p>
        </w:tc>
        <w:tc>
          <w:tcPr>
            <w:tcW w:type="dxa" w:w="1687"/>
          </w:tcPr>
          <w:p>
            <w:pPr>
              <w:spacing w:after="0"/>
              <w:jc w:val="right"/>
            </w:pPr>
            <w:r>
              <w:rPr>
                <w:sz w:val="16"/>
              </w:rPr>
              <w:t>32</w:t>
            </w:r>
          </w:p>
        </w:tc>
        <w:tc>
          <w:tcPr>
            <w:tcW w:type="dxa" w:w="3337"/>
          </w:tcPr>
          <w:p>
            <w:pPr>
              <w:spacing w:after="0"/>
              <w:jc w:val="left"/>
            </w:pPr>
            <w:r>
              <w:rPr>
                <w:sz w:val="16"/>
              </w:rPr>
              <w:t>Includes 3 Frost/Freeze records (outside NRI's Cold Wave definition; counted in this table and in B1-d, not in the B1-e descriptor).</w:t>
            </w:r>
          </w:p>
        </w:tc>
      </w:tr>
      <w:tr>
        <w:trPr>
          <w:cantSplit/>
        </w:trPr>
        <w:tc>
          <w:tcPr>
            <w:tcW w:type="dxa" w:w="692"/>
          </w:tcPr>
          <w:p>
            <w:pPr>
              <w:spacing w:after="0"/>
              <w:jc w:val="right"/>
            </w:pPr>
            <w:r>
              <w:rPr>
                <w:sz w:val="16"/>
              </w:rPr>
              <w:t>11</w:t>
            </w:r>
          </w:p>
        </w:tc>
        <w:tc>
          <w:tcPr>
            <w:tcW w:type="dxa" w:w="1037"/>
          </w:tcPr>
          <w:p>
            <w:pPr>
              <w:spacing w:after="0"/>
              <w:jc w:val="left"/>
            </w:pPr>
            <w:r>
              <w:rPr>
                <w:sz w:val="16"/>
              </w:rPr>
              <w:t>Landslide</w:t>
            </w:r>
          </w:p>
        </w:tc>
        <w:tc>
          <w:tcPr>
            <w:tcW w:type="dxa" w:w="1223"/>
          </w:tcPr>
          <w:p>
            <w:pPr>
              <w:spacing w:after="0"/>
              <w:jc w:val="left"/>
            </w:pPr>
            <w:r>
              <w:rPr>
                <w:sz w:val="16"/>
              </w:rPr>
              <w:t>Relatively Low</w:t>
            </w:r>
          </w:p>
        </w:tc>
        <w:tc>
          <w:tcPr>
            <w:tcW w:type="dxa" w:w="1223"/>
          </w:tcPr>
          <w:p>
            <w:pPr>
              <w:spacing w:after="0"/>
              <w:jc w:val="left"/>
            </w:pPr>
            <w:r>
              <w:rPr>
                <w:sz w:val="16"/>
              </w:rPr>
              <w:t>Relatively Low</w:t>
            </w:r>
          </w:p>
        </w:tc>
        <w:tc>
          <w:tcPr>
            <w:tcW w:type="dxa" w:w="1126"/>
          </w:tcPr>
          <w:p>
            <w:pPr>
              <w:spacing w:after="0"/>
              <w:jc w:val="right"/>
            </w:pPr>
            <w:r>
              <w:rPr>
                <w:sz w:val="16"/>
              </w:rPr>
              <w:t>$4,700</w:t>
            </w:r>
          </w:p>
        </w:tc>
        <w:tc>
          <w:tcPr>
            <w:tcW w:type="dxa" w:w="1126"/>
          </w:tcPr>
          <w:p>
            <w:pPr>
              <w:spacing w:after="0"/>
              <w:jc w:val="right"/>
            </w:pPr>
            <w:r>
              <w:rPr>
                <w:sz w:val="16"/>
              </w:rPr>
              <w:t>n/a</w:t>
            </w:r>
          </w:p>
        </w:tc>
        <w:tc>
          <w:tcPr>
            <w:tcW w:type="dxa" w:w="1490"/>
          </w:tcPr>
          <w:p>
            <w:pPr>
              <w:spacing w:after="0"/>
              <w:jc w:val="right"/>
            </w:pPr>
            <w:r>
              <w:rPr>
                <w:sz w:val="16"/>
              </w:rPr>
              <w:t>$29,209</w:t>
            </w:r>
          </w:p>
        </w:tc>
        <w:tc>
          <w:tcPr>
            <w:tcW w:type="dxa" w:w="1172"/>
          </w:tcPr>
          <w:p>
            <w:pPr>
              <w:spacing w:after="0"/>
              <w:jc w:val="right"/>
            </w:pPr>
            <w:r>
              <w:rPr>
                <w:sz w:val="16"/>
              </w:rPr>
              <w:t>$33,909</w:t>
            </w:r>
          </w:p>
        </w:tc>
        <w:tc>
          <w:tcPr>
            <w:tcW w:type="dxa" w:w="1687"/>
          </w:tcPr>
          <w:p>
            <w:pPr>
              <w:spacing w:after="0"/>
              <w:jc w:val="right"/>
            </w:pPr>
            <w:r>
              <w:rPr>
                <w:sz w:val="16"/>
              </w:rPr>
              <w:t>0</w:t>
            </w:r>
          </w:p>
        </w:tc>
        <w:tc>
          <w:tcPr>
            <w:tcW w:type="dxa" w:w="3337"/>
          </w:tcPr>
          <w:p>
            <w:pPr>
              <w:spacing w:after="0"/>
              <w:jc w:val="left"/>
            </w:pPr>
            <w:r>
              <w:rPr>
                <w:sz w:val="16"/>
              </w:rPr>
              <w:t>Declared 7 times; no Storm Events record of this type.</w:t>
            </w:r>
          </w:p>
        </w:tc>
      </w:tr>
      <w:tr>
        <w:trPr>
          <w:cantSplit/>
        </w:trPr>
        <w:tc>
          <w:tcPr>
            <w:tcW w:type="dxa" w:w="692"/>
          </w:tcPr>
          <w:p>
            <w:pPr>
              <w:spacing w:after="0"/>
              <w:jc w:val="right"/>
            </w:pPr>
            <w:r>
              <w:rPr>
                <w:sz w:val="16"/>
              </w:rPr>
              <w:t>12</w:t>
            </w:r>
          </w:p>
        </w:tc>
        <w:tc>
          <w:tcPr>
            <w:tcW w:type="dxa" w:w="1037"/>
          </w:tcPr>
          <w:p>
            <w:pPr>
              <w:spacing w:after="0"/>
              <w:jc w:val="left"/>
            </w:pPr>
            <w:r>
              <w:rPr>
                <w:sz w:val="16"/>
              </w:rPr>
              <w:t>Winter Weather</w:t>
            </w:r>
          </w:p>
        </w:tc>
        <w:tc>
          <w:tcPr>
            <w:tcW w:type="dxa" w:w="1223"/>
          </w:tcPr>
          <w:p>
            <w:pPr>
              <w:spacing w:after="0"/>
              <w:jc w:val="left"/>
            </w:pPr>
            <w:r>
              <w:rPr>
                <w:sz w:val="16"/>
              </w:rPr>
              <w:t>Relatively Low</w:t>
            </w:r>
          </w:p>
        </w:tc>
        <w:tc>
          <w:tcPr>
            <w:tcW w:type="dxa" w:w="1223"/>
          </w:tcPr>
          <w:p>
            <w:pPr>
              <w:spacing w:after="0"/>
              <w:jc w:val="left"/>
            </w:pPr>
            <w:r>
              <w:rPr>
                <w:sz w:val="16"/>
              </w:rPr>
              <w:t>Relatively Low</w:t>
            </w:r>
          </w:p>
        </w:tc>
        <w:tc>
          <w:tcPr>
            <w:tcW w:type="dxa" w:w="1126"/>
          </w:tcPr>
          <w:p>
            <w:pPr>
              <w:spacing w:after="0"/>
              <w:jc w:val="right"/>
            </w:pPr>
            <w:r>
              <w:rPr>
                <w:sz w:val="16"/>
              </w:rPr>
              <w:t>$14,289</w:t>
            </w:r>
          </w:p>
        </w:tc>
        <w:tc>
          <w:tcPr>
            <w:tcW w:type="dxa" w:w="1126"/>
          </w:tcPr>
          <w:p>
            <w:pPr>
              <w:spacing w:after="0"/>
              <w:jc w:val="right"/>
            </w:pPr>
            <w:r>
              <w:rPr>
                <w:sz w:val="16"/>
              </w:rPr>
              <w:t>$2</w:t>
            </w:r>
          </w:p>
        </w:tc>
        <w:tc>
          <w:tcPr>
            <w:tcW w:type="dxa" w:w="1490"/>
          </w:tcPr>
          <w:p>
            <w:pPr>
              <w:spacing w:after="0"/>
              <w:jc w:val="right"/>
            </w:pPr>
            <w:r>
              <w:rPr>
                <w:sz w:val="16"/>
              </w:rPr>
              <w:t>$16,488</w:t>
            </w:r>
          </w:p>
        </w:tc>
        <w:tc>
          <w:tcPr>
            <w:tcW w:type="dxa" w:w="1172"/>
          </w:tcPr>
          <w:p>
            <w:pPr>
              <w:spacing w:after="0"/>
              <w:jc w:val="right"/>
            </w:pPr>
            <w:r>
              <w:rPr>
                <w:sz w:val="16"/>
              </w:rPr>
              <w:t>$30,778</w:t>
            </w:r>
          </w:p>
        </w:tc>
        <w:tc>
          <w:tcPr>
            <w:tcW w:type="dxa" w:w="1687"/>
          </w:tcPr>
          <w:p>
            <w:pPr>
              <w:spacing w:after="0"/>
              <w:jc w:val="right"/>
            </w:pPr>
            <w:r>
              <w:rPr>
                <w:sz w:val="16"/>
              </w:rPr>
              <w:t>60</w:t>
            </w:r>
          </w:p>
        </w:tc>
        <w:tc>
          <w:tcPr>
            <w:tcW w:type="dxa" w:w="3337"/>
          </w:tcPr>
          <w:p>
            <w:pPr>
              <w:spacing w:after="0"/>
              <w:jc w:val="left"/>
            </w:pPr>
          </w:p>
        </w:tc>
      </w:tr>
      <w:tr>
        <w:trPr>
          <w:cantSplit/>
        </w:trPr>
        <w:tc>
          <w:tcPr>
            <w:tcW w:type="dxa" w:w="692"/>
          </w:tcPr>
          <w:p>
            <w:pPr>
              <w:spacing w:after="0"/>
              <w:jc w:val="right"/>
            </w:pPr>
            <w:r>
              <w:rPr>
                <w:sz w:val="16"/>
              </w:rPr>
              <w:t>13</w:t>
            </w:r>
          </w:p>
        </w:tc>
        <w:tc>
          <w:tcPr>
            <w:tcW w:type="dxa" w:w="1037"/>
          </w:tcPr>
          <w:p>
            <w:pPr>
              <w:spacing w:after="0"/>
              <w:jc w:val="left"/>
            </w:pPr>
            <w:r>
              <w:rPr>
                <w:sz w:val="16"/>
              </w:rPr>
              <w:t>Drought</w:t>
            </w:r>
          </w:p>
        </w:tc>
        <w:tc>
          <w:tcPr>
            <w:tcW w:type="dxa" w:w="1223"/>
          </w:tcPr>
          <w:p>
            <w:pPr>
              <w:spacing w:after="0"/>
              <w:jc w:val="left"/>
            </w:pPr>
            <w:r>
              <w:rPr>
                <w:sz w:val="16"/>
              </w:rPr>
              <w:t>Very Low</w:t>
            </w:r>
          </w:p>
        </w:tc>
        <w:tc>
          <w:tcPr>
            <w:tcW w:type="dxa" w:w="1223"/>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$16,167</w:t>
            </w:r>
          </w:p>
        </w:tc>
        <w:tc>
          <w:tcPr>
            <w:tcW w:type="dxa" w:w="1490"/>
          </w:tcPr>
          <w:p>
            <w:pPr>
              <w:spacing w:after="0"/>
              <w:jc w:val="right"/>
            </w:pPr>
            <w:r>
              <w:rPr>
                <w:sz w:val="16"/>
              </w:rPr>
              <w:t>n/a</w:t>
            </w:r>
          </w:p>
        </w:tc>
        <w:tc>
          <w:tcPr>
            <w:tcW w:type="dxa" w:w="1172"/>
          </w:tcPr>
          <w:p>
            <w:pPr>
              <w:spacing w:after="0"/>
              <w:jc w:val="right"/>
            </w:pPr>
            <w:r>
              <w:rPr>
                <w:sz w:val="16"/>
              </w:rPr>
              <w:t>$16,167</w:t>
            </w:r>
          </w:p>
        </w:tc>
        <w:tc>
          <w:tcPr>
            <w:tcW w:type="dxa" w:w="1687"/>
          </w:tcPr>
          <w:p>
            <w:pPr>
              <w:spacing w:after="0"/>
              <w:jc w:val="right"/>
            </w:pPr>
            <w:r>
              <w:rPr>
                <w:sz w:val="16"/>
              </w:rPr>
              <w:t>16</w:t>
            </w:r>
          </w:p>
        </w:tc>
        <w:tc>
          <w:tcPr>
            <w:tcW w:type="dxa" w:w="3337"/>
          </w:tcPr>
          <w:p>
            <w:pPr>
              <w:spacing w:after="0"/>
              <w:jc w:val="left"/>
            </w:pPr>
          </w:p>
        </w:tc>
      </w:tr>
      <w:tr>
        <w:trPr>
          <w:cantSplit/>
        </w:trPr>
        <w:tc>
          <w:tcPr>
            <w:tcW w:type="dxa" w:w="692"/>
          </w:tcPr>
          <w:p>
            <w:pPr>
              <w:spacing w:after="0"/>
              <w:jc w:val="right"/>
            </w:pPr>
            <w:r>
              <w:rPr>
                <w:sz w:val="16"/>
              </w:rPr>
              <w:t>14</w:t>
            </w:r>
          </w:p>
        </w:tc>
        <w:tc>
          <w:tcPr>
            <w:tcW w:type="dxa" w:w="1037"/>
          </w:tcPr>
          <w:p>
            <w:pPr>
              <w:spacing w:after="0"/>
              <w:jc w:val="left"/>
            </w:pPr>
            <w:r>
              <w:rPr>
                <w:sz w:val="16"/>
              </w:rPr>
              <w:t>Wildfire</w:t>
            </w:r>
          </w:p>
        </w:tc>
        <w:tc>
          <w:tcPr>
            <w:tcW w:type="dxa" w:w="1223"/>
          </w:tcPr>
          <w:p>
            <w:pPr>
              <w:spacing w:after="0"/>
              <w:jc w:val="left"/>
            </w:pPr>
            <w:r>
              <w:rPr>
                <w:sz w:val="16"/>
              </w:rPr>
              <w:t>Very Low</w:t>
            </w:r>
          </w:p>
        </w:tc>
        <w:tc>
          <w:tcPr>
            <w:tcW w:type="dxa" w:w="1223"/>
          </w:tcPr>
          <w:p>
            <w:pPr>
              <w:spacing w:after="0"/>
              <w:jc w:val="left"/>
            </w:pPr>
            <w:r>
              <w:rPr>
                <w:sz w:val="16"/>
              </w:rPr>
              <w:t>Very Low</w:t>
            </w:r>
          </w:p>
        </w:tc>
        <w:tc>
          <w:tcPr>
            <w:tcW w:type="dxa" w:w="1126"/>
          </w:tcPr>
          <w:p>
            <w:pPr>
              <w:spacing w:after="0"/>
              <w:jc w:val="right"/>
            </w:pPr>
            <w:r>
              <w:rPr>
                <w:sz w:val="16"/>
              </w:rPr>
              <w:t>$7,577</w:t>
            </w:r>
          </w:p>
        </w:tc>
        <w:tc>
          <w:tcPr>
            <w:tcW w:type="dxa" w:w="1126"/>
          </w:tcPr>
          <w:p>
            <w:pPr>
              <w:spacing w:after="0"/>
              <w:jc w:val="right"/>
            </w:pPr>
            <w:r>
              <w:rPr>
                <w:sz w:val="16"/>
              </w:rPr>
              <w:t>$2</w:t>
            </w:r>
          </w:p>
        </w:tc>
        <w:tc>
          <w:tcPr>
            <w:tcW w:type="dxa" w:w="1490"/>
          </w:tcPr>
          <w:p>
            <w:pPr>
              <w:spacing w:after="0"/>
              <w:jc w:val="right"/>
            </w:pPr>
            <w:r>
              <w:rPr>
                <w:sz w:val="16"/>
              </w:rPr>
              <w:t>$2,429</w:t>
            </w:r>
          </w:p>
        </w:tc>
        <w:tc>
          <w:tcPr>
            <w:tcW w:type="dxa" w:w="1172"/>
          </w:tcPr>
          <w:p>
            <w:pPr>
              <w:spacing w:after="0"/>
              <w:jc w:val="right"/>
            </w:pPr>
            <w:r>
              <w:rPr>
                <w:sz w:val="16"/>
              </w:rPr>
              <w:t>$10,007</w:t>
            </w:r>
          </w:p>
        </w:tc>
        <w:tc>
          <w:tcPr>
            <w:tcW w:type="dxa" w:w="1687"/>
          </w:tcPr>
          <w:p>
            <w:pPr>
              <w:spacing w:after="0"/>
              <w:jc w:val="right"/>
            </w:pPr>
            <w:r>
              <w:rPr>
                <w:sz w:val="16"/>
              </w:rPr>
              <w:t>0</w:t>
            </w:r>
          </w:p>
        </w:tc>
        <w:tc>
          <w:tcPr>
            <w:tcW w:type="dxa" w:w="333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8.02 (Relatively Low, 50.9); tract 110 (Relatively Low, 50.6); tract 7.01 (Relatively Low, 50.4)</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107.03 (Relatively Low, 55.0); tract 107.06 (Relatively Low, 54.5); tract 110 (Relatively Low, 54.2)</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108 (Relatively Moderate, 98.1); tract 106.02 (Relatively Moderate, 97.2); tract 107.05 (Relatively Moderate, 96.6)</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109.01 (Relatively Low, 41.0); tract 107.03 (Relatively Low, 41.0); tract 102 (Relatively Low, 40.2)</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107.06 (Relatively Low, 72.0); tract 107.03 (Relatively Low, 70.7); tract 106.01 (Relatively Low, 69.2)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8.02 is Census Tract 8.02).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3"/>
        <w:gridCol w:w="1865"/>
        <w:gridCol w:w="1777"/>
        <w:gridCol w:w="2002"/>
        <w:gridCol w:w="1522"/>
        <w:gridCol w:w="1470"/>
        <w:gridCol w:w="1693"/>
        <w:gridCol w:w="1940"/>
      </w:tblGrid>
      <w:tr>
        <w:trPr>
          <w:cantSplit/>
          <w:tblHeader/>
        </w:trPr>
        <w:tc>
          <w:tcPr>
            <w:tcW w:type="dxa" w:w="1843"/>
            <w:shd w:val="clear" w:color="auto" w:fill="E8E8E8"/>
          </w:tcPr>
          <w:p>
            <w:pPr>
              <w:spacing w:after="0"/>
              <w:jc w:val="left"/>
            </w:pPr>
            <w:r>
              <w:rPr>
                <w:b/>
                <w:sz w:val="16"/>
              </w:rPr>
              <w:t>Hazard</w:t>
            </w:r>
          </w:p>
        </w:tc>
        <w:tc>
          <w:tcPr>
            <w:tcW w:type="dxa" w:w="1865"/>
            <w:shd w:val="clear" w:color="auto" w:fill="E8E8E8"/>
          </w:tcPr>
          <w:p>
            <w:pPr>
              <w:spacing w:after="0"/>
              <w:jc w:val="left"/>
            </w:pPr>
            <w:r>
              <w:rPr>
                <w:b/>
                <w:sz w:val="16"/>
              </w:rPr>
              <w:t>Scale</w:t>
            </w:r>
          </w:p>
        </w:tc>
        <w:tc>
          <w:tcPr>
            <w:tcW w:type="dxa" w:w="177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02"/>
            <w:shd w:val="clear" w:color="auto" w:fill="E8E8E8"/>
          </w:tcPr>
          <w:p>
            <w:pPr>
              <w:spacing w:after="0"/>
              <w:jc w:val="left"/>
            </w:pPr>
            <w:r>
              <w:rPr>
                <w:b/>
                <w:sz w:val="16"/>
              </w:rPr>
              <w:t>Observed range</w:t>
            </w:r>
          </w:p>
        </w:tc>
        <w:tc>
          <w:tcPr>
            <w:tcW w:type="dxa" w:w="1522"/>
            <w:shd w:val="clear" w:color="auto" w:fill="E8E8E8"/>
          </w:tcPr>
          <w:p>
            <w:pPr>
              <w:spacing w:after="0"/>
              <w:jc w:val="left"/>
            </w:pPr>
            <w:r>
              <w:rPr>
                <w:b/>
                <w:sz w:val="16"/>
              </w:rPr>
              <w:t>Worst recorded event</w:t>
            </w:r>
          </w:p>
        </w:tc>
        <w:tc>
          <w:tcPr>
            <w:tcW w:type="dxa" w:w="1470"/>
            <w:shd w:val="clear" w:color="auto" w:fill="E8E8E8"/>
          </w:tcPr>
          <w:p>
            <w:pPr>
              <w:spacing w:after="0"/>
              <w:jc w:val="left"/>
            </w:pPr>
            <w:r>
              <w:rPr>
                <w:b/>
                <w:sz w:val="16"/>
              </w:rPr>
              <w:t>Most damaging (when different)</w:t>
            </w:r>
          </w:p>
        </w:tc>
        <w:tc>
          <w:tcPr>
            <w:tcW w:type="dxa" w:w="1693"/>
            <w:shd w:val="clear" w:color="auto" w:fill="E8E8E8"/>
          </w:tcPr>
          <w:p>
            <w:pPr>
              <w:spacing w:after="0"/>
              <w:jc w:val="left"/>
            </w:pPr>
            <w:r>
              <w:rPr>
                <w:b/>
                <w:sz w:val="16"/>
              </w:rPr>
              <w:t>How it applies to jurisdictions</w:t>
            </w:r>
          </w:p>
        </w:tc>
        <w:tc>
          <w:tcPr>
            <w:tcW w:type="dxa" w:w="1940"/>
            <w:shd w:val="clear" w:color="auto" w:fill="E8E8E8"/>
          </w:tcPr>
          <w:p>
            <w:pPr>
              <w:spacing w:after="0"/>
              <w:jc w:val="left"/>
            </w:pPr>
            <w:r>
              <w:rPr>
                <w:b/>
                <w:sz w:val="16"/>
              </w:rPr>
              <w:t>Note</w:t>
            </w:r>
          </w:p>
        </w:tc>
      </w:tr>
      <w:tr>
        <w:trPr>
          <w:cantSplit/>
        </w:trPr>
        <w:tc>
          <w:tcPr>
            <w:tcW w:type="dxa" w:w="1843"/>
          </w:tcPr>
          <w:p>
            <w:pPr>
              <w:spacing w:after="0"/>
              <w:jc w:val="left"/>
            </w:pPr>
            <w:r>
              <w:rPr>
                <w:sz w:val="16"/>
              </w:rPr>
              <w:t>Cold/Wind Chill, Extreme Cold/Wind Chill</w:t>
            </w:r>
          </w:p>
        </w:tc>
        <w:tc>
          <w:tcPr>
            <w:tcW w:type="dxa" w:w="1865"/>
          </w:tcPr>
          <w:p>
            <w:pPr>
              <w:spacing w:after="0"/>
              <w:jc w:val="left"/>
            </w:pPr>
            <w:r>
              <w:rPr>
                <w:sz w:val="16"/>
              </w:rPr>
              <w:t>wind chill</w:t>
            </w:r>
          </w:p>
        </w:tc>
        <w:tc>
          <w:tcPr>
            <w:tcW w:type="dxa" w:w="1777"/>
          </w:tcPr>
          <w:p>
            <w:pPr>
              <w:spacing w:after="0"/>
              <w:jc w:val="right"/>
            </w:pPr>
            <w:r>
              <w:rPr>
                <w:sz w:val="16"/>
              </w:rPr>
              <w:t>29 records, 1996 to 2026 (29 zone-level)</w:t>
            </w:r>
          </w:p>
        </w:tc>
        <w:tc>
          <w:tcPr>
            <w:tcW w:type="dxa" w:w="2002"/>
          </w:tcPr>
          <w:p>
            <w:pPr>
              <w:spacing w:after="0"/>
              <w:jc w:val="left"/>
            </w:pPr>
            <w:r>
              <w:rPr>
                <w:sz w:val="16"/>
              </w:rPr>
              <w:t>1 day to 31 days (median 3.5 days); 24 with a recorded value</w:t>
            </w:r>
          </w:p>
        </w:tc>
        <w:tc>
          <w:tcPr>
            <w:tcW w:type="dxa" w:w="1522"/>
          </w:tcPr>
          <w:p>
            <w:pPr>
              <w:spacing w:after="0"/>
              <w:jc w:val="left"/>
            </w:pPr>
            <w:r>
              <w:rPr>
                <w:sz w:val="16"/>
              </w:rPr>
              <w:t>March 2001 (1 monthly summary record), zone-level</w:t>
            </w:r>
          </w:p>
        </w:tc>
        <w:tc>
          <w:tcPr>
            <w:tcW w:type="dxa" w:w="1470"/>
          </w:tcPr>
          <w:p>
            <w:pPr>
              <w:spacing w:after="0"/>
              <w:jc w:val="left"/>
            </w:pPr>
            <w:r>
              <w:rPr>
                <w:sz w:val="16"/>
              </w:rPr>
              <w:t>Extreme Cold/Wind Chill, 2014-01-06, $200,000 property; $0 crops (zone total, 2014 dollars)</w:t>
            </w:r>
          </w:p>
        </w:tc>
        <w:tc>
          <w:tcPr>
            <w:tcW w:type="dxa" w:w="1693"/>
          </w:tcPr>
          <w:p>
            <w:pPr>
              <w:spacing w:after="0"/>
              <w:jc w:val="left"/>
            </w:pPr>
            <w:r>
              <w:rPr>
                <w:sz w:val="16"/>
              </w:rPr>
              <w:t>Countywide (zone-level records).</w:t>
            </w:r>
          </w:p>
        </w:tc>
        <w:tc>
          <w:tcPr>
            <w:tcW w:type="dxa" w:w="1940"/>
          </w:tcPr>
          <w:p>
            <w:pPr>
              <w:spacing w:after="0"/>
              <w:jc w:val="left"/>
            </w:pPr>
            <w:r>
              <w:rPr>
                <w:sz w:val="16"/>
              </w:rPr>
              <w:t>Cold/Wind Chill records from May to September (a frost night, not a cold wave) are counted but not used for the longest run.</w:t>
            </w:r>
          </w:p>
        </w:tc>
      </w:tr>
      <w:tr>
        <w:trPr>
          <w:cantSplit/>
        </w:trPr>
        <w:tc>
          <w:tcPr>
            <w:tcW w:type="dxa" w:w="1843"/>
          </w:tcPr>
          <w:p>
            <w:pPr>
              <w:spacing w:after="0"/>
              <w:jc w:val="left"/>
            </w:pPr>
            <w:r>
              <w:rPr>
                <w:sz w:val="16"/>
              </w:rPr>
              <w:t>Frost/Freeze (outside NRI's Cold Wave definition)</w:t>
            </w:r>
          </w:p>
        </w:tc>
        <w:tc>
          <w:tcPr>
            <w:tcW w:type="dxa" w:w="1865"/>
          </w:tcPr>
          <w:p>
            <w:pPr>
              <w:spacing w:after="0"/>
              <w:jc w:val="left"/>
            </w:pPr>
            <w:r>
              <w:rPr>
                <w:sz w:val="16"/>
              </w:rPr>
              <w:t>crop damage</w:t>
            </w:r>
          </w:p>
        </w:tc>
        <w:tc>
          <w:tcPr>
            <w:tcW w:type="dxa" w:w="1777"/>
          </w:tcPr>
          <w:p>
            <w:pPr>
              <w:spacing w:after="0"/>
              <w:jc w:val="right"/>
            </w:pPr>
            <w:r>
              <w:rPr>
                <w:sz w:val="16"/>
              </w:rPr>
              <w:t>3 records, 2003 to 2004 (3 zone-level)</w:t>
            </w:r>
          </w:p>
        </w:tc>
        <w:tc>
          <w:tcPr>
            <w:tcW w:type="dxa" w:w="2002"/>
          </w:tcPr>
          <w:p>
            <w:pPr>
              <w:spacing w:after="0"/>
              <w:jc w:val="left"/>
            </w:pPr>
          </w:p>
        </w:tc>
        <w:tc>
          <w:tcPr>
            <w:tcW w:type="dxa" w:w="1522"/>
          </w:tcPr>
          <w:p>
            <w:pPr>
              <w:spacing w:after="0"/>
              <w:jc w:val="left"/>
            </w:pPr>
            <w:r>
              <w:rPr>
                <w:sz w:val="16"/>
              </w:rPr>
              <w:t>No crop damage reported in 3 records.</w:t>
            </w:r>
          </w:p>
        </w:tc>
        <w:tc>
          <w:tcPr>
            <w:tcW w:type="dxa" w:w="1470"/>
          </w:tcPr>
          <w:p>
            <w:pPr>
              <w:spacing w:after="0"/>
              <w:jc w:val="left"/>
            </w:pPr>
          </w:p>
        </w:tc>
        <w:tc>
          <w:tcPr>
            <w:tcW w:type="dxa" w:w="1693"/>
          </w:tcPr>
          <w:p>
            <w:pPr>
              <w:spacing w:after="0"/>
              <w:jc w:val="left"/>
            </w:pPr>
            <w:r>
              <w:rPr>
                <w:sz w:val="16"/>
              </w:rPr>
              <w:t>Countywide (zone-level records).</w:t>
            </w:r>
          </w:p>
        </w:tc>
        <w:tc>
          <w:tcPr>
            <w:tcW w:type="dxa" w:w="1940"/>
          </w:tcPr>
          <w:p>
            <w:pPr>
              <w:spacing w:after="0"/>
              <w:jc w:val="left"/>
            </w:pPr>
          </w:p>
        </w:tc>
      </w:tr>
      <w:tr>
        <w:trPr>
          <w:cantSplit/>
        </w:trPr>
        <w:tc>
          <w:tcPr>
            <w:tcW w:type="dxa" w:w="1843"/>
          </w:tcPr>
          <w:p>
            <w:pPr>
              <w:spacing w:after="0"/>
              <w:jc w:val="left"/>
            </w:pPr>
            <w:r>
              <w:rPr>
                <w:sz w:val="16"/>
              </w:rPr>
              <w:t>Drought</w:t>
            </w:r>
          </w:p>
        </w:tc>
        <w:tc>
          <w:tcPr>
            <w:tcW w:type="dxa" w:w="1865"/>
          </w:tcPr>
          <w:p>
            <w:pPr>
              <w:spacing w:after="0"/>
              <w:jc w:val="left"/>
            </w:pPr>
            <w:r>
              <w:rPr>
                <w:sz w:val="16"/>
              </w:rPr>
              <w:t>U.S. Drought Monitor scale (D0 to D4)</w:t>
            </w:r>
          </w:p>
        </w:tc>
        <w:tc>
          <w:tcPr>
            <w:tcW w:type="dxa" w:w="1777"/>
          </w:tcPr>
          <w:p>
            <w:pPr>
              <w:spacing w:after="0"/>
              <w:jc w:val="right"/>
            </w:pPr>
            <w:r>
              <w:rPr>
                <w:sz w:val="16"/>
              </w:rPr>
              <w:t>16 records, 1997 to 2026 (16 zone-level)</w:t>
            </w:r>
          </w:p>
        </w:tc>
        <w:tc>
          <w:tcPr>
            <w:tcW w:type="dxa" w:w="2002"/>
          </w:tcPr>
          <w:p>
            <w:pPr>
              <w:spacing w:after="0"/>
              <w:jc w:val="left"/>
            </w:pPr>
            <w:r>
              <w:rPr>
                <w:sz w:val="16"/>
              </w:rPr>
              <w:t>25 days to 153 days (median 61 days); 7 with a recorded value</w:t>
            </w:r>
          </w:p>
        </w:tc>
        <w:tc>
          <w:tcPr>
            <w:tcW w:type="dxa" w:w="1522"/>
          </w:tcPr>
          <w:p>
            <w:pPr>
              <w:spacing w:after="0"/>
              <w:jc w:val="left"/>
            </w:pPr>
            <w:r>
              <w:rPr>
                <w:sz w:val="16"/>
              </w:rPr>
              <w:t>153 days (5 months), 1999-06-01 to 1999-10-31, a run of 5 consecutive Storm Events drought records, zone-level</w:t>
            </w:r>
          </w:p>
        </w:tc>
        <w:tc>
          <w:tcPr>
            <w:tcW w:type="dxa" w:w="1470"/>
          </w:tcPr>
          <w:p>
            <w:pPr>
              <w:spacing w:after="0"/>
              <w:jc w:val="left"/>
            </w:pPr>
          </w:p>
        </w:tc>
        <w:tc>
          <w:tcPr>
            <w:tcW w:type="dxa" w:w="1693"/>
          </w:tcPr>
          <w:p>
            <w:pPr>
              <w:spacing w:after="0"/>
              <w:jc w:val="left"/>
            </w:pPr>
            <w:r>
              <w:rPr>
                <w:sz w:val="16"/>
              </w:rPr>
              <w:t>Countywide (zone-level records).</w:t>
            </w:r>
          </w:p>
        </w:tc>
        <w:tc>
          <w:tcPr>
            <w:tcW w:type="dxa" w:w="194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3"/>
          </w:tcPr>
          <w:p>
            <w:pPr>
              <w:spacing w:after="0"/>
              <w:jc w:val="left"/>
            </w:pPr>
            <w:r>
              <w:rPr>
                <w:sz w:val="16"/>
              </w:rPr>
              <w:t>Earthquake</w:t>
            </w:r>
          </w:p>
        </w:tc>
        <w:tc>
          <w:tcPr>
            <w:tcW w:type="dxa" w:w="1865"/>
          </w:tcPr>
          <w:p>
            <w:pPr>
              <w:spacing w:after="0"/>
              <w:jc w:val="left"/>
            </w:pPr>
            <w:r>
              <w:rPr>
                <w:sz w:val="16"/>
              </w:rPr>
              <w:t>Modified Mercalli (local data)</w:t>
            </w:r>
          </w:p>
        </w:tc>
        <w:tc>
          <w:tcPr>
            <w:tcW w:type="dxa" w:w="1777"/>
          </w:tcPr>
          <w:p>
            <w:pPr>
              <w:spacing w:after="0"/>
              <w:jc w:val="right"/>
            </w:pPr>
            <w:r>
              <w:rPr>
                <w:sz w:val="16"/>
              </w:rPr>
              <w:t>0</w:t>
            </w:r>
          </w:p>
        </w:tc>
        <w:tc>
          <w:tcPr>
            <w:tcW w:type="dxa" w:w="2002"/>
          </w:tcPr>
          <w:p>
            <w:pPr>
              <w:spacing w:after="0"/>
              <w:jc w:val="left"/>
            </w:pPr>
          </w:p>
        </w:tc>
        <w:tc>
          <w:tcPr>
            <w:tcW w:type="dxa" w:w="1522"/>
          </w:tcPr>
          <w:p>
            <w:pPr>
              <w:spacing w:after="0"/>
              <w:jc w:val="left"/>
            </w:pPr>
          </w:p>
        </w:tc>
        <w:tc>
          <w:tcPr>
            <w:tcW w:type="dxa" w:w="1470"/>
          </w:tcPr>
          <w:p>
            <w:pPr>
              <w:spacing w:after="0"/>
              <w:jc w:val="left"/>
            </w:pPr>
          </w:p>
        </w:tc>
        <w:tc>
          <w:tcPr>
            <w:tcW w:type="dxa" w:w="1693"/>
          </w:tcPr>
          <w:p>
            <w:pPr>
              <w:spacing w:after="0"/>
              <w:jc w:val="left"/>
            </w:pPr>
          </w:p>
        </w:tc>
        <w:tc>
          <w:tcPr>
            <w:tcW w:type="dxa" w:w="1940"/>
          </w:tcPr>
          <w:p>
            <w:pPr>
              <w:spacing w:after="0"/>
              <w:jc w:val="left"/>
            </w:pPr>
            <w:r>
              <w:rPr>
                <w:sz w:val="16"/>
              </w:rPr>
              <w:t>Storm Events does not record earthquakes; the USGS earthquake catalog is the source.</w:t>
            </w:r>
          </w:p>
        </w:tc>
      </w:tr>
      <w:tr>
        <w:trPr>
          <w:cantSplit/>
        </w:trPr>
        <w:tc>
          <w:tcPr>
            <w:tcW w:type="dxa" w:w="1843"/>
          </w:tcPr>
          <w:p>
            <w:pPr>
              <w:spacing w:after="0"/>
              <w:jc w:val="left"/>
            </w:pPr>
            <w:r>
              <w:rPr>
                <w:sz w:val="16"/>
              </w:rPr>
              <w:t>Hail</w:t>
            </w:r>
          </w:p>
        </w:tc>
        <w:tc>
          <w:tcPr>
            <w:tcW w:type="dxa" w:w="1865"/>
          </w:tcPr>
          <w:p>
            <w:pPr>
              <w:spacing w:after="0"/>
              <w:jc w:val="left"/>
            </w:pPr>
            <w:r>
              <w:rPr>
                <w:sz w:val="16"/>
              </w:rPr>
              <w:t>hail size (inches)</w:t>
            </w:r>
          </w:p>
        </w:tc>
        <w:tc>
          <w:tcPr>
            <w:tcW w:type="dxa" w:w="1777"/>
          </w:tcPr>
          <w:p>
            <w:pPr>
              <w:spacing w:after="0"/>
              <w:jc w:val="right"/>
            </w:pPr>
            <w:r>
              <w:rPr>
                <w:sz w:val="16"/>
              </w:rPr>
              <w:t>111 records, 1967 to 2026</w:t>
            </w:r>
          </w:p>
        </w:tc>
        <w:tc>
          <w:tcPr>
            <w:tcW w:type="dxa" w:w="2002"/>
          </w:tcPr>
          <w:p>
            <w:pPr>
              <w:spacing w:after="0"/>
              <w:jc w:val="left"/>
            </w:pPr>
            <w:r>
              <w:rPr>
                <w:sz w:val="16"/>
              </w:rPr>
              <w:t>0.75 in to 2.75 in (median 1 in); 111 with a recorded value</w:t>
            </w:r>
          </w:p>
        </w:tc>
        <w:tc>
          <w:tcPr>
            <w:tcW w:type="dxa" w:w="1522"/>
          </w:tcPr>
          <w:p>
            <w:pPr>
              <w:spacing w:after="0"/>
              <w:jc w:val="left"/>
            </w:pPr>
            <w:r>
              <w:rPr>
                <w:sz w:val="16"/>
              </w:rPr>
              <w:t>2.75 in hail, 2015-04-09</w:t>
            </w:r>
          </w:p>
        </w:tc>
        <w:tc>
          <w:tcPr>
            <w:tcW w:type="dxa" w:w="1470"/>
          </w:tcPr>
          <w:p>
            <w:pPr>
              <w:spacing w:after="0"/>
              <w:jc w:val="left"/>
            </w:pPr>
            <w:r>
              <w:rPr>
                <w:sz w:val="16"/>
              </w:rPr>
              <w:t>Hail, 1994-09-25, $500,000 property; crops not recorded (1994 dollars)</w:t>
            </w:r>
          </w:p>
        </w:tc>
        <w:tc>
          <w:tcPr>
            <w:tcW w:type="dxa" w:w="1693"/>
          </w:tcPr>
          <w:p>
            <w:pPr>
              <w:spacing w:after="0"/>
              <w:jc w:val="left"/>
            </w:pPr>
            <w:r>
              <w:rPr>
                <w:sz w:val="16"/>
              </w:rPr>
              <w:t>Event records naming jurisdictions in the plan: Parkersburg city (22 records), Williamstown city (12 records), Vienna city (3 records).</w:t>
            </w:r>
          </w:p>
        </w:tc>
        <w:tc>
          <w:tcPr>
            <w:tcW w:type="dxa" w:w="1940"/>
          </w:tcPr>
          <w:p>
            <w:pPr>
              <w:spacing w:after="0"/>
              <w:jc w:val="left"/>
            </w:pPr>
          </w:p>
        </w:tc>
      </w:tr>
      <w:tr>
        <w:trPr>
          <w:cantSplit/>
        </w:trPr>
        <w:tc>
          <w:tcPr>
            <w:tcW w:type="dxa" w:w="1843"/>
          </w:tcPr>
          <w:p>
            <w:pPr>
              <w:spacing w:after="0"/>
              <w:jc w:val="left"/>
            </w:pPr>
            <w:r>
              <w:rPr>
                <w:sz w:val="16"/>
              </w:rPr>
              <w:t>Excessive Heat, Heat</w:t>
            </w:r>
          </w:p>
        </w:tc>
        <w:tc>
          <w:tcPr>
            <w:tcW w:type="dxa" w:w="1865"/>
          </w:tcPr>
          <w:p>
            <w:pPr>
              <w:spacing w:after="0"/>
              <w:jc w:val="left"/>
            </w:pPr>
            <w:r>
              <w:rPr>
                <w:sz w:val="16"/>
              </w:rPr>
              <w:t>heat index (in event narratives)</w:t>
            </w:r>
          </w:p>
        </w:tc>
        <w:tc>
          <w:tcPr>
            <w:tcW w:type="dxa" w:w="1777"/>
          </w:tcPr>
          <w:p>
            <w:pPr>
              <w:spacing w:after="0"/>
              <w:jc w:val="right"/>
            </w:pPr>
            <w:r>
              <w:rPr>
                <w:sz w:val="16"/>
              </w:rPr>
              <w:t>19 records, 1996 to 2011 (19 zone-level)</w:t>
            </w:r>
          </w:p>
        </w:tc>
        <w:tc>
          <w:tcPr>
            <w:tcW w:type="dxa" w:w="2002"/>
          </w:tcPr>
          <w:p>
            <w:pPr>
              <w:spacing w:after="0"/>
              <w:jc w:val="left"/>
            </w:pPr>
            <w:r>
              <w:rPr>
                <w:sz w:val="16"/>
              </w:rPr>
              <w:t>1 day to 4 days (median 2 days); 4 with a recorded value</w:t>
            </w:r>
          </w:p>
        </w:tc>
        <w:tc>
          <w:tcPr>
            <w:tcW w:type="dxa" w:w="1522"/>
          </w:tcPr>
          <w:p>
            <w:pPr>
              <w:spacing w:after="0"/>
              <w:jc w:val="left"/>
            </w:pPr>
            <w:r>
              <w:rPr>
                <w:sz w:val="16"/>
              </w:rPr>
              <w:t>4 consecutive days, 2011-07-20 to 2011-07-23, zone-level</w:t>
            </w:r>
          </w:p>
        </w:tc>
        <w:tc>
          <w:tcPr>
            <w:tcW w:type="dxa" w:w="1470"/>
          </w:tcPr>
          <w:p>
            <w:pPr>
              <w:spacing w:after="0"/>
              <w:jc w:val="left"/>
            </w:pPr>
          </w:p>
        </w:tc>
        <w:tc>
          <w:tcPr>
            <w:tcW w:type="dxa" w:w="1693"/>
          </w:tcPr>
          <w:p>
            <w:pPr>
              <w:spacing w:after="0"/>
              <w:jc w:val="left"/>
            </w:pPr>
            <w:r>
              <w:rPr>
                <w:sz w:val="16"/>
              </w:rPr>
              <w:t>Countywide (zone-level records).</w:t>
            </w:r>
          </w:p>
        </w:tc>
        <w:tc>
          <w:tcPr>
            <w:tcW w:type="dxa" w:w="1940"/>
          </w:tcPr>
          <w:p>
            <w:pPr>
              <w:spacing w:after="0"/>
              <w:jc w:val="left"/>
            </w:pPr>
            <w:r>
              <w:rPr>
                <w:sz w:val="16"/>
              </w:rPr>
              <w:t>Heat records from November to March (unseasonable warmth, not a heat wave) are counted but not used for the longest run.</w:t>
            </w:r>
          </w:p>
        </w:tc>
      </w:tr>
      <w:tr>
        <w:trPr>
          <w:cantSplit/>
        </w:trPr>
        <w:tc>
          <w:tcPr>
            <w:tcW w:type="dxa" w:w="1843"/>
          </w:tcPr>
          <w:p>
            <w:pPr>
              <w:spacing w:after="0"/>
              <w:jc w:val="left"/>
            </w:pPr>
            <w:r>
              <w:rPr>
                <w:sz w:val="16"/>
              </w:rPr>
              <w:t>Hurricane, Tropical Storm, Tropical Depression</w:t>
            </w:r>
          </w:p>
        </w:tc>
        <w:tc>
          <w:tcPr>
            <w:tcW w:type="dxa" w:w="1865"/>
          </w:tcPr>
          <w:p>
            <w:pPr>
              <w:spacing w:after="0"/>
              <w:jc w:val="left"/>
            </w:pPr>
            <w:r>
              <w:rPr>
                <w:sz w:val="16"/>
              </w:rPr>
              <w:t>Saffir-Simpson</w:t>
            </w:r>
          </w:p>
        </w:tc>
        <w:tc>
          <w:tcPr>
            <w:tcW w:type="dxa" w:w="1777"/>
          </w:tcPr>
          <w:p>
            <w:pPr>
              <w:spacing w:after="0"/>
              <w:jc w:val="right"/>
            </w:pPr>
            <w:r>
              <w:rPr>
                <w:sz w:val="16"/>
              </w:rPr>
              <w:t>0</w:t>
            </w:r>
          </w:p>
        </w:tc>
        <w:tc>
          <w:tcPr>
            <w:tcW w:type="dxa" w:w="2002"/>
          </w:tcPr>
          <w:p>
            <w:pPr>
              <w:spacing w:after="0"/>
              <w:jc w:val="left"/>
            </w:pPr>
          </w:p>
        </w:tc>
        <w:tc>
          <w:tcPr>
            <w:tcW w:type="dxa" w:w="1522"/>
          </w:tcPr>
          <w:p>
            <w:pPr>
              <w:spacing w:after="0"/>
              <w:jc w:val="left"/>
            </w:pPr>
          </w:p>
        </w:tc>
        <w:tc>
          <w:tcPr>
            <w:tcW w:type="dxa" w:w="1470"/>
          </w:tcPr>
          <w:p>
            <w:pPr>
              <w:spacing w:after="0"/>
              <w:jc w:val="left"/>
            </w:pPr>
          </w:p>
        </w:tc>
        <w:tc>
          <w:tcPr>
            <w:tcW w:type="dxa" w:w="1693"/>
          </w:tcPr>
          <w:p>
            <w:pPr>
              <w:spacing w:after="0"/>
              <w:jc w:val="left"/>
            </w:pPr>
          </w:p>
        </w:tc>
        <w:tc>
          <w:tcPr>
            <w:tcW w:type="dxa" w:w="194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3"/>
          </w:tcPr>
          <w:p>
            <w:pPr>
              <w:spacing w:after="0"/>
              <w:jc w:val="left"/>
            </w:pPr>
            <w:r>
              <w:rPr>
                <w:sz w:val="16"/>
              </w:rPr>
              <w:t>Ice Storm</w:t>
            </w:r>
          </w:p>
        </w:tc>
        <w:tc>
          <w:tcPr>
            <w:tcW w:type="dxa" w:w="1865"/>
          </w:tcPr>
          <w:p>
            <w:pPr>
              <w:spacing w:after="0"/>
              <w:jc w:val="left"/>
            </w:pPr>
            <w:r>
              <w:rPr>
                <w:sz w:val="16"/>
              </w:rPr>
              <w:t>Sperry-Piltz ice scale (local data)</w:t>
            </w:r>
          </w:p>
        </w:tc>
        <w:tc>
          <w:tcPr>
            <w:tcW w:type="dxa" w:w="1777"/>
          </w:tcPr>
          <w:p>
            <w:pPr>
              <w:spacing w:after="0"/>
              <w:jc w:val="right"/>
            </w:pPr>
            <w:r>
              <w:rPr>
                <w:sz w:val="16"/>
              </w:rPr>
              <w:t>0</w:t>
            </w:r>
          </w:p>
        </w:tc>
        <w:tc>
          <w:tcPr>
            <w:tcW w:type="dxa" w:w="2002"/>
          </w:tcPr>
          <w:p>
            <w:pPr>
              <w:spacing w:after="0"/>
              <w:jc w:val="left"/>
            </w:pPr>
          </w:p>
        </w:tc>
        <w:tc>
          <w:tcPr>
            <w:tcW w:type="dxa" w:w="1522"/>
          </w:tcPr>
          <w:p>
            <w:pPr>
              <w:spacing w:after="0"/>
              <w:jc w:val="left"/>
            </w:pPr>
          </w:p>
        </w:tc>
        <w:tc>
          <w:tcPr>
            <w:tcW w:type="dxa" w:w="1470"/>
          </w:tcPr>
          <w:p>
            <w:pPr>
              <w:spacing w:after="0"/>
              <w:jc w:val="left"/>
            </w:pPr>
          </w:p>
        </w:tc>
        <w:tc>
          <w:tcPr>
            <w:tcW w:type="dxa" w:w="1693"/>
          </w:tcPr>
          <w:p>
            <w:pPr>
              <w:spacing w:after="0"/>
              <w:jc w:val="left"/>
            </w:pPr>
          </w:p>
        </w:tc>
        <w:tc>
          <w:tcPr>
            <w:tcW w:type="dxa" w:w="1940"/>
          </w:tcPr>
          <w:p>
            <w:pPr>
              <w:spacing w:after="0"/>
              <w:jc w:val="left"/>
            </w:pPr>
          </w:p>
        </w:tc>
      </w:tr>
      <w:tr>
        <w:trPr>
          <w:cantSplit/>
        </w:trPr>
        <w:tc>
          <w:tcPr>
            <w:tcW w:type="dxa" w:w="1843"/>
          </w:tcPr>
          <w:p>
            <w:pPr>
              <w:spacing w:after="0"/>
              <w:jc w:val="left"/>
            </w:pPr>
            <w:r>
              <w:rPr>
                <w:sz w:val="16"/>
              </w:rPr>
              <w:t>Flash Flood, Flood, Lakeshore Flood</w:t>
            </w:r>
          </w:p>
        </w:tc>
        <w:tc>
          <w:tcPr>
            <w:tcW w:type="dxa" w:w="1865"/>
          </w:tcPr>
          <w:p>
            <w:pPr>
              <w:spacing w:after="0"/>
              <w:jc w:val="left"/>
            </w:pPr>
            <w:r>
              <w:rPr>
                <w:sz w:val="16"/>
              </w:rPr>
              <w:t>damage and flood days (flood depth: FIRM)</w:t>
            </w:r>
          </w:p>
        </w:tc>
        <w:tc>
          <w:tcPr>
            <w:tcW w:type="dxa" w:w="1777"/>
          </w:tcPr>
          <w:p>
            <w:pPr>
              <w:spacing w:after="0"/>
              <w:jc w:val="right"/>
            </w:pPr>
            <w:r>
              <w:rPr>
                <w:sz w:val="16"/>
              </w:rPr>
              <w:t>93 records, 1996 to 2026 (7 zone-level)</w:t>
            </w:r>
          </w:p>
        </w:tc>
        <w:tc>
          <w:tcPr>
            <w:tcW w:type="dxa" w:w="2002"/>
          </w:tcPr>
          <w:p>
            <w:pPr>
              <w:spacing w:after="0"/>
              <w:jc w:val="left"/>
            </w:pPr>
          </w:p>
        </w:tc>
        <w:tc>
          <w:tcPr>
            <w:tcW w:type="dxa" w:w="1522"/>
          </w:tcPr>
          <w:p>
            <w:pPr>
              <w:spacing w:after="0"/>
              <w:jc w:val="left"/>
            </w:pPr>
            <w:r>
              <w:rPr>
                <w:sz w:val="16"/>
              </w:rPr>
              <w:t>Flash Flood, 1998-06-28, $4,000,000 property; crops not reported (1998 dollars)</w:t>
            </w:r>
          </w:p>
        </w:tc>
        <w:tc>
          <w:tcPr>
            <w:tcW w:type="dxa" w:w="1470"/>
          </w:tcPr>
          <w:p>
            <w:pPr>
              <w:spacing w:after="0"/>
              <w:jc w:val="left"/>
            </w:pPr>
          </w:p>
        </w:tc>
        <w:tc>
          <w:tcPr>
            <w:tcW w:type="dxa" w:w="1693"/>
          </w:tcPr>
          <w:p>
            <w:pPr>
              <w:spacing w:after="0"/>
              <w:jc w:val="left"/>
            </w:pPr>
            <w:r>
              <w:rPr>
                <w:sz w:val="16"/>
              </w:rPr>
              <w:t>Event records naming jurisdictions in the plan: Parkersburg city (15 records), Vienna city (5 records), Williamstown city (4 records). Zone-level records (7) apply countywide.</w:t>
            </w:r>
          </w:p>
        </w:tc>
        <w:tc>
          <w:tcPr>
            <w:tcW w:type="dxa" w:w="194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3"/>
          </w:tcPr>
          <w:p>
            <w:pPr>
              <w:spacing w:after="0"/>
              <w:jc w:val="left"/>
            </w:pPr>
            <w:r>
              <w:rPr>
                <w:sz w:val="16"/>
              </w:rPr>
              <w:t>Debris Flow</w:t>
            </w:r>
          </w:p>
        </w:tc>
        <w:tc>
          <w:tcPr>
            <w:tcW w:type="dxa" w:w="1865"/>
          </w:tcPr>
          <w:p>
            <w:pPr>
              <w:spacing w:after="0"/>
              <w:jc w:val="left"/>
            </w:pPr>
            <w:r>
              <w:rPr>
                <w:sz w:val="16"/>
              </w:rPr>
              <w:t>none (count and damage only)</w:t>
            </w:r>
          </w:p>
        </w:tc>
        <w:tc>
          <w:tcPr>
            <w:tcW w:type="dxa" w:w="1777"/>
          </w:tcPr>
          <w:p>
            <w:pPr>
              <w:spacing w:after="0"/>
              <w:jc w:val="right"/>
            </w:pPr>
            <w:r>
              <w:rPr>
                <w:sz w:val="16"/>
              </w:rPr>
              <w:t>0</w:t>
            </w:r>
          </w:p>
        </w:tc>
        <w:tc>
          <w:tcPr>
            <w:tcW w:type="dxa" w:w="2002"/>
          </w:tcPr>
          <w:p>
            <w:pPr>
              <w:spacing w:after="0"/>
              <w:jc w:val="left"/>
            </w:pPr>
          </w:p>
        </w:tc>
        <w:tc>
          <w:tcPr>
            <w:tcW w:type="dxa" w:w="1522"/>
          </w:tcPr>
          <w:p>
            <w:pPr>
              <w:spacing w:after="0"/>
              <w:jc w:val="left"/>
            </w:pPr>
          </w:p>
        </w:tc>
        <w:tc>
          <w:tcPr>
            <w:tcW w:type="dxa" w:w="1470"/>
          </w:tcPr>
          <w:p>
            <w:pPr>
              <w:spacing w:after="0"/>
              <w:jc w:val="left"/>
            </w:pPr>
          </w:p>
        </w:tc>
        <w:tc>
          <w:tcPr>
            <w:tcW w:type="dxa" w:w="1693"/>
          </w:tcPr>
          <w:p>
            <w:pPr>
              <w:spacing w:after="0"/>
              <w:jc w:val="left"/>
            </w:pPr>
          </w:p>
        </w:tc>
        <w:tc>
          <w:tcPr>
            <w:tcW w:type="dxa" w:w="1940"/>
          </w:tcPr>
          <w:p>
            <w:pPr>
              <w:spacing w:after="0"/>
              <w:jc w:val="left"/>
            </w:pPr>
          </w:p>
        </w:tc>
      </w:tr>
      <w:tr>
        <w:trPr>
          <w:cantSplit/>
        </w:trPr>
        <w:tc>
          <w:tcPr>
            <w:tcW w:type="dxa" w:w="1843"/>
          </w:tcPr>
          <w:p>
            <w:pPr>
              <w:spacing w:after="0"/>
              <w:jc w:val="left"/>
            </w:pPr>
            <w:r>
              <w:rPr>
                <w:sz w:val="16"/>
              </w:rPr>
              <w:t>Lightning</w:t>
            </w:r>
          </w:p>
        </w:tc>
        <w:tc>
          <w:tcPr>
            <w:tcW w:type="dxa" w:w="1865"/>
          </w:tcPr>
          <w:p>
            <w:pPr>
              <w:spacing w:after="0"/>
              <w:jc w:val="left"/>
            </w:pPr>
            <w:r>
              <w:rPr>
                <w:sz w:val="16"/>
              </w:rPr>
              <w:t>annualized frequency (the measure FEMA's Local Mitigation Planning Handbook names)</w:t>
            </w:r>
          </w:p>
        </w:tc>
        <w:tc>
          <w:tcPr>
            <w:tcW w:type="dxa" w:w="1777"/>
          </w:tcPr>
          <w:p>
            <w:pPr>
              <w:spacing w:after="0"/>
              <w:jc w:val="right"/>
            </w:pPr>
            <w:r>
              <w:rPr>
                <w:sz w:val="16"/>
              </w:rPr>
              <w:t>10 records, 1997 to 2025</w:t>
            </w:r>
          </w:p>
        </w:tc>
        <w:tc>
          <w:tcPr>
            <w:tcW w:type="dxa" w:w="2002"/>
          </w:tcPr>
          <w:p>
            <w:pPr>
              <w:spacing w:after="0"/>
              <w:jc w:val="left"/>
            </w:pPr>
          </w:p>
        </w:tc>
        <w:tc>
          <w:tcPr>
            <w:tcW w:type="dxa" w:w="1522"/>
          </w:tcPr>
          <w:p>
            <w:pPr>
              <w:spacing w:after="0"/>
              <w:jc w:val="left"/>
            </w:pPr>
            <w:r>
              <w:rPr>
                <w:sz w:val="16"/>
              </w:rPr>
              <w:t>Lightning, 2014-05-27, $125,000 property; $0 crops (2014 dollars)</w:t>
            </w:r>
          </w:p>
        </w:tc>
        <w:tc>
          <w:tcPr>
            <w:tcW w:type="dxa" w:w="1470"/>
          </w:tcPr>
          <w:p>
            <w:pPr>
              <w:spacing w:after="0"/>
              <w:jc w:val="left"/>
            </w:pPr>
          </w:p>
        </w:tc>
        <w:tc>
          <w:tcPr>
            <w:tcW w:type="dxa" w:w="1693"/>
          </w:tcPr>
          <w:p>
            <w:pPr>
              <w:spacing w:after="0"/>
              <w:jc w:val="left"/>
            </w:pPr>
            <w:r>
              <w:rPr>
                <w:sz w:val="16"/>
              </w:rPr>
              <w:t>Event records naming jurisdictions in the plan: Parkersburg city (3 records), Williamstown city (1 record).</w:t>
            </w:r>
          </w:p>
        </w:tc>
        <w:tc>
          <w:tcPr>
            <w:tcW w:type="dxa" w:w="1940"/>
          </w:tcPr>
          <w:p>
            <w:pPr>
              <w:spacing w:after="0"/>
              <w:jc w:val="left"/>
            </w:pPr>
            <w:r>
              <w:rPr>
                <w:sz w:val="16"/>
              </w:rPr>
              <w:t>Storm Events lists lightning with damage or casualties.</w:t>
            </w:r>
          </w:p>
        </w:tc>
      </w:tr>
      <w:tr>
        <w:trPr>
          <w:cantSplit/>
        </w:trPr>
        <w:tc>
          <w:tcPr>
            <w:tcW w:type="dxa" w:w="1843"/>
          </w:tcPr>
          <w:p>
            <w:pPr>
              <w:spacing w:after="0"/>
              <w:jc w:val="left"/>
            </w:pPr>
            <w:r>
              <w:rPr>
                <w:sz w:val="16"/>
              </w:rPr>
              <w:t>High Wind and Strong Wind (outside NRI's Strong Wind definition)</w:t>
            </w:r>
          </w:p>
        </w:tc>
        <w:tc>
          <w:tcPr>
            <w:tcW w:type="dxa" w:w="1865"/>
          </w:tcPr>
          <w:p>
            <w:pPr>
              <w:spacing w:after="0"/>
              <w:jc w:val="left"/>
            </w:pPr>
            <w:r>
              <w:rPr>
                <w:sz w:val="16"/>
              </w:rPr>
              <w:t>wind speed (kt and mph)</w:t>
            </w:r>
          </w:p>
        </w:tc>
        <w:tc>
          <w:tcPr>
            <w:tcW w:type="dxa" w:w="1777"/>
          </w:tcPr>
          <w:p>
            <w:pPr>
              <w:spacing w:after="0"/>
              <w:jc w:val="right"/>
            </w:pPr>
            <w:r>
              <w:rPr>
                <w:sz w:val="16"/>
              </w:rPr>
              <w:t>34 records, 1997 to 2026 (33 zone-level)</w:t>
            </w:r>
          </w:p>
        </w:tc>
        <w:tc>
          <w:tcPr>
            <w:tcW w:type="dxa" w:w="2002"/>
          </w:tcPr>
          <w:p>
            <w:pPr>
              <w:spacing w:after="0"/>
              <w:jc w:val="left"/>
            </w:pPr>
            <w:r>
              <w:rPr>
                <w:sz w:val="16"/>
              </w:rPr>
              <w:t>33 kt (38 mph) to 61 kt (70 mph) (median 45 kt (52 mph)); 25 with a recorded value</w:t>
            </w:r>
          </w:p>
        </w:tc>
        <w:tc>
          <w:tcPr>
            <w:tcW w:type="dxa" w:w="1522"/>
          </w:tcPr>
          <w:p>
            <w:pPr>
              <w:spacing w:after="0"/>
              <w:jc w:val="left"/>
            </w:pPr>
            <w:r>
              <w:rPr>
                <w:sz w:val="16"/>
              </w:rPr>
              <w:t>61 kt (70 mph) measured, High Wind, 2002-03-09; NWS zone WVZ009</w:t>
            </w:r>
          </w:p>
        </w:tc>
        <w:tc>
          <w:tcPr>
            <w:tcW w:type="dxa" w:w="1470"/>
          </w:tcPr>
          <w:p>
            <w:pPr>
              <w:spacing w:after="0"/>
              <w:jc w:val="left"/>
            </w:pPr>
            <w:r>
              <w:rPr>
                <w:sz w:val="16"/>
              </w:rPr>
              <w:t>Strong Wind, 2019-02-24, $50,000 property; $0 crops (zone total, 2019 dollars)</w:t>
            </w:r>
          </w:p>
        </w:tc>
        <w:tc>
          <w:tcPr>
            <w:tcW w:type="dxa" w:w="1693"/>
          </w:tcPr>
          <w:p>
            <w:pPr>
              <w:spacing w:after="0"/>
              <w:jc w:val="left"/>
            </w:pPr>
            <w:r>
              <w:rPr>
                <w:sz w:val="16"/>
              </w:rPr>
              <w:t>No event record names a jurisdiction in the plan. Zone-level records (33) apply countywide.</w:t>
            </w:r>
          </w:p>
        </w:tc>
        <w:tc>
          <w:tcPr>
            <w:tcW w:type="dxa" w:w="1940"/>
          </w:tcPr>
          <w:p>
            <w:pPr>
              <w:spacing w:after="0"/>
              <w:jc w:val="left"/>
            </w:pPr>
          </w:p>
        </w:tc>
      </w:tr>
      <w:tr>
        <w:trPr>
          <w:cantSplit/>
        </w:trPr>
        <w:tc>
          <w:tcPr>
            <w:tcW w:type="dxa" w:w="1843"/>
          </w:tcPr>
          <w:p>
            <w:pPr>
              <w:spacing w:after="0"/>
              <w:jc w:val="left"/>
            </w:pPr>
            <w:r>
              <w:rPr>
                <w:sz w:val="16"/>
              </w:rPr>
              <w:t>Thunderstorm Wind</w:t>
            </w:r>
          </w:p>
        </w:tc>
        <w:tc>
          <w:tcPr>
            <w:tcW w:type="dxa" w:w="1865"/>
          </w:tcPr>
          <w:p>
            <w:pPr>
              <w:spacing w:after="0"/>
              <w:jc w:val="left"/>
            </w:pPr>
            <w:r>
              <w:rPr>
                <w:sz w:val="16"/>
              </w:rPr>
              <w:t>wind speed (kt and mph)</w:t>
            </w:r>
          </w:p>
        </w:tc>
        <w:tc>
          <w:tcPr>
            <w:tcW w:type="dxa" w:w="1777"/>
          </w:tcPr>
          <w:p>
            <w:pPr>
              <w:spacing w:after="0"/>
              <w:jc w:val="right"/>
            </w:pPr>
            <w:r>
              <w:rPr>
                <w:sz w:val="16"/>
              </w:rPr>
              <w:t>233 records, 1956 to 2026</w:t>
            </w:r>
          </w:p>
        </w:tc>
        <w:tc>
          <w:tcPr>
            <w:tcW w:type="dxa" w:w="2002"/>
          </w:tcPr>
          <w:p>
            <w:pPr>
              <w:spacing w:after="0"/>
              <w:jc w:val="left"/>
            </w:pPr>
            <w:r>
              <w:rPr>
                <w:sz w:val="16"/>
              </w:rPr>
              <w:t>38 kt (44 mph) to 83 kt (96 mph) (median 50 kt (58 mph)); 191 with a recorded value</w:t>
            </w:r>
          </w:p>
        </w:tc>
        <w:tc>
          <w:tcPr>
            <w:tcW w:type="dxa" w:w="1522"/>
          </w:tcPr>
          <w:p>
            <w:pPr>
              <w:spacing w:after="0"/>
              <w:jc w:val="left"/>
            </w:pPr>
            <w:r>
              <w:rPr>
                <w:sz w:val="16"/>
              </w:rPr>
              <w:t>83 kt (96 mph) estimated gust, Thunderstorm Wind, 2014-07-08, 1 direct injury</w:t>
            </w:r>
          </w:p>
        </w:tc>
        <w:tc>
          <w:tcPr>
            <w:tcW w:type="dxa" w:w="1470"/>
          </w:tcPr>
          <w:p>
            <w:pPr>
              <w:spacing w:after="0"/>
              <w:jc w:val="left"/>
            </w:pPr>
            <w:r>
              <w:rPr>
                <w:sz w:val="16"/>
              </w:rPr>
              <w:t>Thunderstorm Wind, 2012-06-29, $4,000,000 property; $0 crops (2012 dollars)</w:t>
            </w:r>
          </w:p>
        </w:tc>
        <w:tc>
          <w:tcPr>
            <w:tcW w:type="dxa" w:w="1693"/>
          </w:tcPr>
          <w:p>
            <w:pPr>
              <w:spacing w:after="0"/>
              <w:jc w:val="left"/>
            </w:pPr>
            <w:r>
              <w:rPr>
                <w:sz w:val="16"/>
              </w:rPr>
              <w:t>Event records naming jurisdictions in the plan: Parkersburg city (46 records), Vienna city (19 records), Williamstown city (12 records).</w:t>
            </w:r>
          </w:p>
        </w:tc>
        <w:tc>
          <w:tcPr>
            <w:tcW w:type="dxa" w:w="1940"/>
          </w:tcPr>
          <w:p>
            <w:pPr>
              <w:spacing w:after="0"/>
              <w:jc w:val="left"/>
            </w:pPr>
          </w:p>
        </w:tc>
      </w:tr>
      <w:tr>
        <w:trPr>
          <w:cantSplit/>
        </w:trPr>
        <w:tc>
          <w:tcPr>
            <w:tcW w:type="dxa" w:w="1843"/>
          </w:tcPr>
          <w:p>
            <w:pPr>
              <w:spacing w:after="0"/>
              <w:jc w:val="left"/>
            </w:pPr>
            <w:r>
              <w:rPr>
                <w:sz w:val="16"/>
              </w:rPr>
              <w:t>Tornado</w:t>
            </w:r>
          </w:p>
        </w:tc>
        <w:tc>
          <w:tcPr>
            <w:tcW w:type="dxa" w:w="1865"/>
          </w:tcPr>
          <w:p>
            <w:pPr>
              <w:spacing w:after="0"/>
              <w:jc w:val="left"/>
            </w:pPr>
            <w:r>
              <w:rPr>
                <w:sz w:val="16"/>
              </w:rPr>
              <w:t>Enhanced Fujita (Fujita before Feb 2007)</w:t>
            </w:r>
          </w:p>
        </w:tc>
        <w:tc>
          <w:tcPr>
            <w:tcW w:type="dxa" w:w="1777"/>
          </w:tcPr>
          <w:p>
            <w:pPr>
              <w:spacing w:after="0"/>
              <w:jc w:val="right"/>
            </w:pPr>
            <w:r>
              <w:rPr>
                <w:sz w:val="16"/>
              </w:rPr>
              <w:t>10 records, 1950 to 2024</w:t>
            </w:r>
          </w:p>
        </w:tc>
        <w:tc>
          <w:tcPr>
            <w:tcW w:type="dxa" w:w="2002"/>
          </w:tcPr>
          <w:p>
            <w:pPr>
              <w:spacing w:after="0"/>
              <w:jc w:val="left"/>
            </w:pPr>
            <w:r>
              <w:rPr>
                <w:sz w:val="16"/>
              </w:rPr>
              <w:t>F/EF0 to F/EF3 (median F/EF1); 10 with a recorded value</w:t>
            </w:r>
          </w:p>
        </w:tc>
        <w:tc>
          <w:tcPr>
            <w:tcW w:type="dxa" w:w="1522"/>
          </w:tcPr>
          <w:p>
            <w:pPr>
              <w:spacing w:after="0"/>
              <w:jc w:val="left"/>
            </w:pPr>
            <w:r>
              <w:rPr>
                <w:sz w:val="16"/>
              </w:rPr>
              <w:t>EF3 tornado, 2010-09-16, 6.53 mi within this county, 500 yd wide, $1,000,000 property; $0 crops (2010 dollars), 1 direct death, 10 direct injuries</w:t>
            </w:r>
          </w:p>
        </w:tc>
        <w:tc>
          <w:tcPr>
            <w:tcW w:type="dxa" w:w="1470"/>
          </w:tcPr>
          <w:p>
            <w:pPr>
              <w:spacing w:after="0"/>
              <w:jc w:val="left"/>
            </w:pPr>
            <w:r>
              <w:rPr>
                <w:sz w:val="16"/>
              </w:rPr>
              <w:t>Tornado, 2003-07-10, $1,500,000 property; crops not reported (2003 dollars)</w:t>
            </w:r>
          </w:p>
        </w:tc>
        <w:tc>
          <w:tcPr>
            <w:tcW w:type="dxa" w:w="1693"/>
          </w:tcPr>
          <w:p>
            <w:pPr>
              <w:spacing w:after="0"/>
              <w:jc w:val="left"/>
            </w:pPr>
            <w:r>
              <w:rPr>
                <w:sz w:val="16"/>
              </w:rPr>
              <w:t>No event record names a jurisdiction in the plan.</w:t>
            </w:r>
          </w:p>
        </w:tc>
        <w:tc>
          <w:tcPr>
            <w:tcW w:type="dxa" w:w="194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3"/>
          </w:tcPr>
          <w:p>
            <w:pPr>
              <w:spacing w:after="0"/>
              <w:jc w:val="left"/>
            </w:pPr>
            <w:r>
              <w:rPr>
                <w:sz w:val="16"/>
              </w:rPr>
              <w:t>Wildfire</w:t>
            </w:r>
          </w:p>
        </w:tc>
        <w:tc>
          <w:tcPr>
            <w:tcW w:type="dxa" w:w="1865"/>
          </w:tcPr>
          <w:p>
            <w:pPr>
              <w:spacing w:after="0"/>
              <w:jc w:val="left"/>
            </w:pPr>
            <w:r>
              <w:rPr>
                <w:sz w:val="16"/>
              </w:rPr>
              <w:t>acres burned (local data)</w:t>
            </w:r>
          </w:p>
        </w:tc>
        <w:tc>
          <w:tcPr>
            <w:tcW w:type="dxa" w:w="1777"/>
          </w:tcPr>
          <w:p>
            <w:pPr>
              <w:spacing w:after="0"/>
              <w:jc w:val="right"/>
            </w:pPr>
            <w:r>
              <w:rPr>
                <w:sz w:val="16"/>
              </w:rPr>
              <w:t>0</w:t>
            </w:r>
          </w:p>
        </w:tc>
        <w:tc>
          <w:tcPr>
            <w:tcW w:type="dxa" w:w="2002"/>
          </w:tcPr>
          <w:p>
            <w:pPr>
              <w:spacing w:after="0"/>
              <w:jc w:val="left"/>
            </w:pPr>
          </w:p>
        </w:tc>
        <w:tc>
          <w:tcPr>
            <w:tcW w:type="dxa" w:w="1522"/>
          </w:tcPr>
          <w:p>
            <w:pPr>
              <w:spacing w:after="0"/>
              <w:jc w:val="left"/>
            </w:pPr>
          </w:p>
        </w:tc>
        <w:tc>
          <w:tcPr>
            <w:tcW w:type="dxa" w:w="1470"/>
          </w:tcPr>
          <w:p>
            <w:pPr>
              <w:spacing w:after="0"/>
              <w:jc w:val="left"/>
            </w:pPr>
          </w:p>
        </w:tc>
        <w:tc>
          <w:tcPr>
            <w:tcW w:type="dxa" w:w="1693"/>
          </w:tcPr>
          <w:p>
            <w:pPr>
              <w:spacing w:after="0"/>
              <w:jc w:val="left"/>
            </w:pPr>
          </w:p>
        </w:tc>
        <w:tc>
          <w:tcPr>
            <w:tcW w:type="dxa" w:w="1940"/>
          </w:tcPr>
          <w:p>
            <w:pPr>
              <w:spacing w:after="0"/>
              <w:jc w:val="left"/>
            </w:pPr>
          </w:p>
        </w:tc>
      </w:tr>
      <w:tr>
        <w:trPr>
          <w:cantSplit/>
        </w:trPr>
        <w:tc>
          <w:tcPr>
            <w:tcW w:type="dxa" w:w="1843"/>
          </w:tcPr>
          <w:p>
            <w:pPr>
              <w:spacing w:after="0"/>
              <w:jc w:val="left"/>
            </w:pPr>
            <w:r>
              <w:rPr>
                <w:sz w:val="16"/>
              </w:rPr>
              <w:t>Winter Storm, Heavy Snow, Blizzard, Lake-Effect Snow, Winter Weather, Sleet</w:t>
            </w:r>
          </w:p>
        </w:tc>
        <w:tc>
          <w:tcPr>
            <w:tcW w:type="dxa" w:w="1865"/>
          </w:tcPr>
          <w:p>
            <w:pPr>
              <w:spacing w:after="0"/>
              <w:jc w:val="left"/>
            </w:pPr>
            <w:r>
              <w:rPr>
                <w:sz w:val="16"/>
              </w:rPr>
              <w:t>none in data (snowfall: local data)</w:t>
            </w:r>
          </w:p>
        </w:tc>
        <w:tc>
          <w:tcPr>
            <w:tcW w:type="dxa" w:w="1777"/>
          </w:tcPr>
          <w:p>
            <w:pPr>
              <w:spacing w:after="0"/>
              <w:jc w:val="right"/>
            </w:pPr>
            <w:r>
              <w:rPr>
                <w:sz w:val="16"/>
              </w:rPr>
              <w:t>60 records, 1996 to 2026 (60 zone-level)</w:t>
            </w:r>
          </w:p>
        </w:tc>
        <w:tc>
          <w:tcPr>
            <w:tcW w:type="dxa" w:w="2002"/>
          </w:tcPr>
          <w:p>
            <w:pPr>
              <w:spacing w:after="0"/>
              <w:jc w:val="left"/>
            </w:pPr>
          </w:p>
        </w:tc>
        <w:tc>
          <w:tcPr>
            <w:tcW w:type="dxa" w:w="1522"/>
          </w:tcPr>
          <w:p>
            <w:pPr>
              <w:spacing w:after="0"/>
              <w:jc w:val="left"/>
            </w:pPr>
            <w:r>
              <w:rPr>
                <w:sz w:val="16"/>
              </w:rPr>
              <w:t>Heavy Snow, 2003-02-14, $100,000 property; crops not reported (2003 dollars); NWS zone WVZ009</w:t>
            </w:r>
          </w:p>
        </w:tc>
        <w:tc>
          <w:tcPr>
            <w:tcW w:type="dxa" w:w="1470"/>
          </w:tcPr>
          <w:p>
            <w:pPr>
              <w:spacing w:after="0"/>
              <w:jc w:val="left"/>
            </w:pPr>
          </w:p>
        </w:tc>
        <w:tc>
          <w:tcPr>
            <w:tcW w:type="dxa" w:w="1693"/>
          </w:tcPr>
          <w:p>
            <w:pPr>
              <w:spacing w:after="0"/>
              <w:jc w:val="left"/>
            </w:pPr>
            <w:r>
              <w:rPr>
                <w:sz w:val="16"/>
              </w:rPr>
              <w:t>Countywide (zone-level records).</w:t>
            </w:r>
          </w:p>
        </w:tc>
        <w:tc>
          <w:tcPr>
            <w:tcW w:type="dxa" w:w="194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3"/>
        <w:gridCol w:w="2828"/>
        <w:gridCol w:w="3061"/>
        <w:gridCol w:w="2025"/>
        <w:gridCol w:w="1040"/>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3"/>
            <w:shd w:val="clear" w:color="auto" w:fill="E8E8E8"/>
          </w:tcPr>
          <w:p>
            <w:pPr>
              <w:spacing w:after="0"/>
              <w:jc w:val="left"/>
            </w:pPr>
            <w:r>
              <w:rPr>
                <w:b/>
                <w:sz w:val="16"/>
              </w:rPr>
              <w:t>Type</w:t>
            </w:r>
          </w:p>
        </w:tc>
        <w:tc>
          <w:tcPr>
            <w:tcW w:type="dxa" w:w="2828"/>
            <w:shd w:val="clear" w:color="auto" w:fill="E8E8E8"/>
          </w:tcPr>
          <w:p>
            <w:pPr>
              <w:spacing w:after="0"/>
              <w:jc w:val="left"/>
            </w:pPr>
            <w:r>
              <w:rPr>
                <w:b/>
                <w:sz w:val="16"/>
              </w:rPr>
              <w:t>Title</w:t>
            </w:r>
          </w:p>
        </w:tc>
        <w:tc>
          <w:tcPr>
            <w:tcW w:type="dxa" w:w="3061"/>
            <w:shd w:val="clear" w:color="auto" w:fill="E8E8E8"/>
          </w:tcPr>
          <w:p>
            <w:pPr>
              <w:spacing w:after="0"/>
              <w:jc w:val="left"/>
            </w:pPr>
            <w:r>
              <w:rPr>
                <w:b/>
                <w:sz w:val="16"/>
              </w:rPr>
              <w:t>Mapped hazard</w:t>
            </w:r>
          </w:p>
        </w:tc>
        <w:tc>
          <w:tcPr>
            <w:tcW w:type="dxa" w:w="202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40"/>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EM-3639-WV</w:t>
            </w:r>
          </w:p>
        </w:tc>
        <w:tc>
          <w:tcPr>
            <w:tcW w:type="dxa" w:w="1173"/>
          </w:tcPr>
          <w:p>
            <w:pPr>
              <w:spacing w:after="0"/>
              <w:jc w:val="left"/>
            </w:pPr>
            <w:r>
              <w:rPr>
                <w:sz w:val="16"/>
              </w:rPr>
              <w:t>Emergency</w:t>
            </w:r>
          </w:p>
        </w:tc>
        <w:tc>
          <w:tcPr>
            <w:tcW w:type="dxa" w:w="2828"/>
          </w:tcPr>
          <w:p>
            <w:pPr>
              <w:spacing w:after="0"/>
              <w:jc w:val="left"/>
            </w:pPr>
            <w:r>
              <w:rPr>
                <w:sz w:val="16"/>
              </w:rPr>
              <w:t>Severe Winter Storm</w:t>
            </w:r>
          </w:p>
        </w:tc>
        <w:tc>
          <w:tcPr>
            <w:tcW w:type="dxa" w:w="3061"/>
          </w:tcPr>
          <w:p>
            <w:pPr>
              <w:spacing w:after="0"/>
              <w:jc w:val="left"/>
            </w:pPr>
            <w:r>
              <w:rPr>
                <w:sz w:val="16"/>
              </w:rPr>
              <w:t>Winter Weather</w:t>
            </w:r>
          </w:p>
        </w:tc>
        <w:tc>
          <w:tcPr>
            <w:tcW w:type="dxa" w:w="2025"/>
          </w:tcPr>
          <w:p>
            <w:pPr>
              <w:spacing w:after="0"/>
              <w:jc w:val="right"/>
            </w:pPr>
            <w:r>
              <w:rPr>
                <w:sz w:val="16"/>
              </w:rPr>
              <w:t>no Public Assistance recorded</w:t>
            </w:r>
          </w:p>
        </w:tc>
        <w:tc>
          <w:tcPr>
            <w:tcW w:type="dxa" w:w="1040"/>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2024-05-24</w:t>
            </w:r>
          </w:p>
        </w:tc>
        <w:tc>
          <w:tcPr>
            <w:tcW w:type="dxa" w:w="1037"/>
          </w:tcPr>
          <w:p>
            <w:pPr>
              <w:spacing w:after="0"/>
              <w:jc w:val="left"/>
            </w:pPr>
            <w:r>
              <w:rPr>
                <w:sz w:val="16"/>
              </w:rPr>
              <w:t>2024-04-11</w:t>
            </w:r>
          </w:p>
        </w:tc>
        <w:tc>
          <w:tcPr>
            <w:tcW w:type="dxa" w:w="1037"/>
          </w:tcPr>
          <w:p>
            <w:pPr>
              <w:spacing w:after="0"/>
              <w:jc w:val="left"/>
            </w:pPr>
            <w:r>
              <w:rPr>
                <w:sz w:val="16"/>
              </w:rPr>
              <w:t>DR-4787-WV</w:t>
            </w:r>
          </w:p>
        </w:tc>
        <w:tc>
          <w:tcPr>
            <w:tcW w:type="dxa" w:w="1173"/>
          </w:tcPr>
          <w:p>
            <w:pPr>
              <w:spacing w:after="0"/>
              <w:jc w:val="left"/>
            </w:pPr>
            <w:r>
              <w:rPr>
                <w:sz w:val="16"/>
              </w:rPr>
              <w:t>Major disaster</w:t>
            </w:r>
          </w:p>
        </w:tc>
        <w:tc>
          <w:tcPr>
            <w:tcW w:type="dxa" w:w="2828"/>
          </w:tcPr>
          <w:p>
            <w:pPr>
              <w:spacing w:after="0"/>
              <w:jc w:val="left"/>
            </w:pPr>
            <w:r>
              <w:rPr>
                <w:sz w:val="16"/>
              </w:rPr>
              <w:t>Severe Storms, Flooding, Landslides, and Mudslides</w:t>
            </w:r>
          </w:p>
        </w:tc>
        <w:tc>
          <w:tcPr>
            <w:tcW w:type="dxa" w:w="3061"/>
          </w:tcPr>
          <w:p>
            <w:pPr>
              <w:spacing w:after="0"/>
              <w:jc w:val="left"/>
            </w:pPr>
            <w:r>
              <w:rPr>
                <w:sz w:val="16"/>
              </w:rPr>
              <w:t>Inland Flooding (primary); also designated: Landslide</w:t>
            </w:r>
          </w:p>
        </w:tc>
        <w:tc>
          <w:tcPr>
            <w:tcW w:type="dxa" w:w="2025"/>
          </w:tcPr>
          <w:p>
            <w:pPr>
              <w:spacing w:after="0"/>
              <w:jc w:val="right"/>
            </w:pPr>
            <w:r>
              <w:rPr>
                <w:sz w:val="16"/>
              </w:rPr>
              <w:t>PA not declared for this county</w:t>
            </w:r>
          </w:p>
        </w:tc>
        <w:tc>
          <w:tcPr>
            <w:tcW w:type="dxa" w:w="1040"/>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DR-4517-WV</w:t>
            </w:r>
          </w:p>
        </w:tc>
        <w:tc>
          <w:tcPr>
            <w:tcW w:type="dxa" w:w="1173"/>
          </w:tcPr>
          <w:p>
            <w:pPr>
              <w:spacing w:after="0"/>
              <w:jc w:val="left"/>
            </w:pPr>
            <w:r>
              <w:rPr>
                <w:sz w:val="16"/>
              </w:rPr>
              <w:t>Major disaster</w:t>
            </w:r>
          </w:p>
        </w:tc>
        <w:tc>
          <w:tcPr>
            <w:tcW w:type="dxa" w:w="2828"/>
          </w:tcPr>
          <w:p>
            <w:pPr>
              <w:spacing w:after="0"/>
              <w:jc w:val="left"/>
            </w:pPr>
            <w:r>
              <w:rPr>
                <w:sz w:val="16"/>
              </w:rPr>
              <w:t>COVID-19 Pandemic</w:t>
            </w:r>
          </w:p>
        </w:tc>
        <w:tc>
          <w:tcPr>
            <w:tcW w:type="dxa" w:w="3061"/>
          </w:tcPr>
          <w:p>
            <w:pPr>
              <w:spacing w:after="0"/>
              <w:jc w:val="left"/>
            </w:pPr>
            <w:r>
              <w:rPr>
                <w:sz w:val="16"/>
              </w:rPr>
              <w:t>Non-natural, not counted</w:t>
            </w:r>
          </w:p>
        </w:tc>
        <w:tc>
          <w:tcPr>
            <w:tcW w:type="dxa" w:w="2025"/>
          </w:tcPr>
          <w:p>
            <w:pPr>
              <w:spacing w:after="0"/>
              <w:jc w:val="right"/>
            </w:pPr>
            <w:r>
              <w:rPr>
                <w:sz w:val="16"/>
              </w:rPr>
              <w:t>$7,884,348.52</w:t>
            </w:r>
          </w:p>
        </w:tc>
        <w:tc>
          <w:tcPr>
            <w:tcW w:type="dxa" w:w="104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EM-3450-WV</w:t>
            </w:r>
          </w:p>
        </w:tc>
        <w:tc>
          <w:tcPr>
            <w:tcW w:type="dxa" w:w="1173"/>
          </w:tcPr>
          <w:p>
            <w:pPr>
              <w:spacing w:after="0"/>
              <w:jc w:val="left"/>
            </w:pPr>
            <w:r>
              <w:rPr>
                <w:sz w:val="16"/>
              </w:rPr>
              <w:t>Emergency</w:t>
            </w:r>
          </w:p>
        </w:tc>
        <w:tc>
          <w:tcPr>
            <w:tcW w:type="dxa" w:w="2828"/>
          </w:tcPr>
          <w:p>
            <w:pPr>
              <w:spacing w:after="0"/>
              <w:jc w:val="left"/>
            </w:pPr>
            <w:r>
              <w:rPr>
                <w:sz w:val="16"/>
              </w:rPr>
              <w:t>COVID-19</w:t>
            </w:r>
          </w:p>
        </w:tc>
        <w:tc>
          <w:tcPr>
            <w:tcW w:type="dxa" w:w="3061"/>
          </w:tcPr>
          <w:p>
            <w:pPr>
              <w:spacing w:after="0"/>
              <w:jc w:val="left"/>
            </w:pPr>
            <w:r>
              <w:rPr>
                <w:sz w:val="16"/>
              </w:rPr>
              <w:t>Non-natural, not counted</w:t>
            </w:r>
          </w:p>
        </w:tc>
        <w:tc>
          <w:tcPr>
            <w:tcW w:type="dxa" w:w="2025"/>
          </w:tcPr>
          <w:p>
            <w:pPr>
              <w:spacing w:after="0"/>
              <w:jc w:val="right"/>
            </w:pPr>
            <w:r>
              <w:rPr>
                <w:sz w:val="16"/>
              </w:rPr>
              <w:t>no Public Assistance recorded</w:t>
            </w:r>
          </w:p>
        </w:tc>
        <w:tc>
          <w:tcPr>
            <w:tcW w:type="dxa" w:w="1040"/>
          </w:tcPr>
          <w:p>
            <w:pPr>
              <w:spacing w:after="0"/>
              <w:jc w:val="left"/>
            </w:pPr>
          </w:p>
        </w:tc>
        <w:tc>
          <w:tcPr>
            <w:tcW w:type="dxa" w:w="876"/>
          </w:tcPr>
          <w:p>
            <w:pPr>
              <w:spacing w:after="0"/>
              <w:jc w:val="left"/>
            </w:pPr>
            <w:r>
              <w:rPr>
                <w:sz w:val="16"/>
              </w:rPr>
              <w:t>same incident as DR-4517</w:t>
            </w:r>
          </w:p>
        </w:tc>
      </w:tr>
      <w:tr>
        <w:trPr>
          <w:cantSplit/>
        </w:trPr>
        <w:tc>
          <w:tcPr>
            <w:tcW w:type="dxa" w:w="1037"/>
          </w:tcPr>
          <w:p>
            <w:pPr>
              <w:spacing w:after="0"/>
              <w:jc w:val="left"/>
            </w:pPr>
            <w:r>
              <w:rPr>
                <w:sz w:val="16"/>
              </w:rPr>
              <w:t>2018-04-17</w:t>
            </w:r>
          </w:p>
        </w:tc>
        <w:tc>
          <w:tcPr>
            <w:tcW w:type="dxa" w:w="1037"/>
          </w:tcPr>
          <w:p>
            <w:pPr>
              <w:spacing w:after="0"/>
              <w:jc w:val="left"/>
            </w:pPr>
            <w:r>
              <w:rPr>
                <w:sz w:val="16"/>
              </w:rPr>
              <w:t>2018-02-14</w:t>
            </w:r>
          </w:p>
        </w:tc>
        <w:tc>
          <w:tcPr>
            <w:tcW w:type="dxa" w:w="1037"/>
          </w:tcPr>
          <w:p>
            <w:pPr>
              <w:spacing w:after="0"/>
              <w:jc w:val="left"/>
            </w:pPr>
            <w:r>
              <w:rPr>
                <w:sz w:val="16"/>
              </w:rPr>
              <w:t>DR-4359-WV</w:t>
            </w:r>
          </w:p>
        </w:tc>
        <w:tc>
          <w:tcPr>
            <w:tcW w:type="dxa" w:w="1173"/>
          </w:tcPr>
          <w:p>
            <w:pPr>
              <w:spacing w:after="0"/>
              <w:jc w:val="left"/>
            </w:pPr>
            <w:r>
              <w:rPr>
                <w:sz w:val="16"/>
              </w:rPr>
              <w:t>Major disaster</w:t>
            </w:r>
          </w:p>
        </w:tc>
        <w:tc>
          <w:tcPr>
            <w:tcW w:type="dxa" w:w="2828"/>
          </w:tcPr>
          <w:p>
            <w:pPr>
              <w:spacing w:after="0"/>
              <w:jc w:val="left"/>
            </w:pPr>
            <w:r>
              <w:rPr>
                <w:sz w:val="16"/>
              </w:rPr>
              <w:t>Severe Storms, Flooding, Landslides, and Mudslides</w:t>
            </w:r>
          </w:p>
        </w:tc>
        <w:tc>
          <w:tcPr>
            <w:tcW w:type="dxa" w:w="3061"/>
          </w:tcPr>
          <w:p>
            <w:pPr>
              <w:spacing w:after="0"/>
              <w:jc w:val="left"/>
            </w:pPr>
            <w:r>
              <w:rPr>
                <w:sz w:val="16"/>
              </w:rPr>
              <w:t>Landslide (primary); also designated: Inland Flooding</w:t>
            </w:r>
          </w:p>
        </w:tc>
        <w:tc>
          <w:tcPr>
            <w:tcW w:type="dxa" w:w="2025"/>
          </w:tcPr>
          <w:p>
            <w:pPr>
              <w:spacing w:after="0"/>
              <w:jc w:val="right"/>
            </w:pPr>
            <w:r>
              <w:rPr>
                <w:sz w:val="16"/>
              </w:rPr>
              <w:t>$2,223,040.87</w:t>
            </w:r>
          </w:p>
        </w:tc>
        <w:tc>
          <w:tcPr>
            <w:tcW w:type="dxa" w:w="104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2015-08-07</w:t>
            </w:r>
          </w:p>
        </w:tc>
        <w:tc>
          <w:tcPr>
            <w:tcW w:type="dxa" w:w="1037"/>
          </w:tcPr>
          <w:p>
            <w:pPr>
              <w:spacing w:after="0"/>
              <w:jc w:val="left"/>
            </w:pPr>
            <w:r>
              <w:rPr>
                <w:sz w:val="16"/>
              </w:rPr>
              <w:t>2015-07-10</w:t>
            </w:r>
          </w:p>
        </w:tc>
        <w:tc>
          <w:tcPr>
            <w:tcW w:type="dxa" w:w="1037"/>
          </w:tcPr>
          <w:p>
            <w:pPr>
              <w:spacing w:after="0"/>
              <w:jc w:val="left"/>
            </w:pPr>
            <w:r>
              <w:rPr>
                <w:sz w:val="16"/>
              </w:rPr>
              <w:t>DR-4236-WV</w:t>
            </w:r>
          </w:p>
        </w:tc>
        <w:tc>
          <w:tcPr>
            <w:tcW w:type="dxa" w:w="1173"/>
          </w:tcPr>
          <w:p>
            <w:pPr>
              <w:spacing w:after="0"/>
              <w:jc w:val="left"/>
            </w:pPr>
            <w:r>
              <w:rPr>
                <w:sz w:val="16"/>
              </w:rPr>
              <w:t>Major disaster</w:t>
            </w:r>
          </w:p>
        </w:tc>
        <w:tc>
          <w:tcPr>
            <w:tcW w:type="dxa" w:w="2828"/>
          </w:tcPr>
          <w:p>
            <w:pPr>
              <w:spacing w:after="0"/>
              <w:jc w:val="left"/>
            </w:pPr>
            <w:r>
              <w:rPr>
                <w:sz w:val="16"/>
              </w:rPr>
              <w:t>Severe Storms, Straight-Line Winds, Flooding, Landslides, and Mudslides</w:t>
            </w:r>
          </w:p>
        </w:tc>
        <w:tc>
          <w:tcPr>
            <w:tcW w:type="dxa" w:w="3061"/>
          </w:tcPr>
          <w:p>
            <w:pPr>
              <w:spacing w:after="0"/>
              <w:jc w:val="left"/>
            </w:pPr>
            <w:r>
              <w:rPr>
                <w:sz w:val="16"/>
              </w:rPr>
              <w:t>Inland Flooding; Landslide; Strong Wind</w:t>
            </w:r>
          </w:p>
        </w:tc>
        <w:tc>
          <w:tcPr>
            <w:tcW w:type="dxa" w:w="2025"/>
          </w:tcPr>
          <w:p>
            <w:pPr>
              <w:spacing w:after="0"/>
              <w:jc w:val="right"/>
            </w:pPr>
            <w:r>
              <w:rPr>
                <w:sz w:val="16"/>
              </w:rPr>
              <w:t>$280,707.49</w:t>
            </w:r>
          </w:p>
        </w:tc>
        <w:tc>
          <w:tcPr>
            <w:tcW w:type="dxa" w:w="104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2015-03-31</w:t>
            </w:r>
          </w:p>
        </w:tc>
        <w:tc>
          <w:tcPr>
            <w:tcW w:type="dxa" w:w="1037"/>
          </w:tcPr>
          <w:p>
            <w:pPr>
              <w:spacing w:after="0"/>
              <w:jc w:val="left"/>
            </w:pPr>
            <w:r>
              <w:rPr>
                <w:sz w:val="16"/>
              </w:rPr>
              <w:t>2015-03-03</w:t>
            </w:r>
          </w:p>
        </w:tc>
        <w:tc>
          <w:tcPr>
            <w:tcW w:type="dxa" w:w="1037"/>
          </w:tcPr>
          <w:p>
            <w:pPr>
              <w:spacing w:after="0"/>
              <w:jc w:val="left"/>
            </w:pPr>
            <w:r>
              <w:rPr>
                <w:sz w:val="16"/>
              </w:rPr>
              <w:t>DR-4210-WV</w:t>
            </w:r>
          </w:p>
        </w:tc>
        <w:tc>
          <w:tcPr>
            <w:tcW w:type="dxa" w:w="1173"/>
          </w:tcPr>
          <w:p>
            <w:pPr>
              <w:spacing w:after="0"/>
              <w:jc w:val="left"/>
            </w:pPr>
            <w:r>
              <w:rPr>
                <w:sz w:val="16"/>
              </w:rPr>
              <w:t>Major disaster</w:t>
            </w:r>
          </w:p>
        </w:tc>
        <w:tc>
          <w:tcPr>
            <w:tcW w:type="dxa" w:w="2828"/>
          </w:tcPr>
          <w:p>
            <w:pPr>
              <w:spacing w:after="0"/>
              <w:jc w:val="left"/>
            </w:pPr>
            <w:r>
              <w:rPr>
                <w:sz w:val="16"/>
              </w:rPr>
              <w:t>Severe Winter Storm, Flooding, Landslides, and Mudslides</w:t>
            </w:r>
          </w:p>
        </w:tc>
        <w:tc>
          <w:tcPr>
            <w:tcW w:type="dxa" w:w="3061"/>
          </w:tcPr>
          <w:p>
            <w:pPr>
              <w:spacing w:after="0"/>
              <w:jc w:val="left"/>
            </w:pPr>
            <w:r>
              <w:rPr>
                <w:sz w:val="16"/>
              </w:rPr>
              <w:t>Inland Flooding; Landslide; Winter Weather</w:t>
            </w:r>
          </w:p>
        </w:tc>
        <w:tc>
          <w:tcPr>
            <w:tcW w:type="dxa" w:w="2025"/>
          </w:tcPr>
          <w:p>
            <w:pPr>
              <w:spacing w:after="0"/>
              <w:jc w:val="right"/>
            </w:pPr>
            <w:r>
              <w:rPr>
                <w:sz w:val="16"/>
              </w:rPr>
              <w:t>no Public Assistance recorded</w:t>
            </w:r>
          </w:p>
        </w:tc>
        <w:tc>
          <w:tcPr>
            <w:tcW w:type="dxa" w:w="104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2012-10-29</w:t>
            </w:r>
          </w:p>
        </w:tc>
        <w:tc>
          <w:tcPr>
            <w:tcW w:type="dxa" w:w="1037"/>
          </w:tcPr>
          <w:p>
            <w:pPr>
              <w:spacing w:after="0"/>
              <w:jc w:val="left"/>
            </w:pPr>
            <w:r>
              <w:rPr>
                <w:sz w:val="16"/>
              </w:rPr>
              <w:t>EM-3358-WV</w:t>
            </w:r>
          </w:p>
        </w:tc>
        <w:tc>
          <w:tcPr>
            <w:tcW w:type="dxa" w:w="1173"/>
          </w:tcPr>
          <w:p>
            <w:pPr>
              <w:spacing w:after="0"/>
              <w:jc w:val="left"/>
            </w:pPr>
            <w:r>
              <w:rPr>
                <w:sz w:val="16"/>
              </w:rPr>
              <w:t>Emergency</w:t>
            </w:r>
          </w:p>
        </w:tc>
        <w:tc>
          <w:tcPr>
            <w:tcW w:type="dxa" w:w="2828"/>
          </w:tcPr>
          <w:p>
            <w:pPr>
              <w:spacing w:after="0"/>
              <w:jc w:val="left"/>
            </w:pPr>
            <w:r>
              <w:rPr>
                <w:sz w:val="16"/>
              </w:rPr>
              <w:t>Hurricane Sandy</w:t>
            </w:r>
          </w:p>
        </w:tc>
        <w:tc>
          <w:tcPr>
            <w:tcW w:type="dxa" w:w="3061"/>
          </w:tcPr>
          <w:p>
            <w:pPr>
              <w:spacing w:after="0"/>
              <w:jc w:val="left"/>
            </w:pPr>
            <w:r>
              <w:rPr>
                <w:sz w:val="16"/>
              </w:rPr>
              <w:t>Hurricane</w:t>
            </w:r>
          </w:p>
        </w:tc>
        <w:tc>
          <w:tcPr>
            <w:tcW w:type="dxa" w:w="2025"/>
          </w:tcPr>
          <w:p>
            <w:pPr>
              <w:spacing w:after="0"/>
              <w:jc w:val="right"/>
            </w:pPr>
            <w:r>
              <w:rPr>
                <w:sz w:val="16"/>
              </w:rPr>
              <w:t>no Public Assistance recorded</w:t>
            </w:r>
          </w:p>
        </w:tc>
        <w:tc>
          <w:tcPr>
            <w:tcW w:type="dxa" w:w="104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2012-07-23</w:t>
            </w:r>
          </w:p>
        </w:tc>
        <w:tc>
          <w:tcPr>
            <w:tcW w:type="dxa" w:w="1037"/>
          </w:tcPr>
          <w:p>
            <w:pPr>
              <w:spacing w:after="0"/>
              <w:jc w:val="left"/>
            </w:pPr>
            <w:r>
              <w:rPr>
                <w:sz w:val="16"/>
              </w:rPr>
              <w:t>2012-06-29</w:t>
            </w:r>
          </w:p>
        </w:tc>
        <w:tc>
          <w:tcPr>
            <w:tcW w:type="dxa" w:w="1037"/>
          </w:tcPr>
          <w:p>
            <w:pPr>
              <w:spacing w:after="0"/>
              <w:jc w:val="left"/>
            </w:pPr>
            <w:r>
              <w:rPr>
                <w:sz w:val="16"/>
              </w:rPr>
              <w:t>DR-4071-WV</w:t>
            </w:r>
          </w:p>
        </w:tc>
        <w:tc>
          <w:tcPr>
            <w:tcW w:type="dxa" w:w="1173"/>
          </w:tcPr>
          <w:p>
            <w:pPr>
              <w:spacing w:after="0"/>
              <w:jc w:val="left"/>
            </w:pPr>
            <w:r>
              <w:rPr>
                <w:sz w:val="16"/>
              </w:rPr>
              <w:t>Major disaster</w:t>
            </w:r>
          </w:p>
        </w:tc>
        <w:tc>
          <w:tcPr>
            <w:tcW w:type="dxa" w:w="2828"/>
          </w:tcPr>
          <w:p>
            <w:pPr>
              <w:spacing w:after="0"/>
              <w:jc w:val="left"/>
            </w:pPr>
            <w:r>
              <w:rPr>
                <w:sz w:val="16"/>
              </w:rPr>
              <w:t>Severe Storms and Straight-Line Winds</w:t>
            </w:r>
          </w:p>
        </w:tc>
        <w:tc>
          <w:tcPr>
            <w:tcW w:type="dxa" w:w="3061"/>
          </w:tcPr>
          <w:p>
            <w:pPr>
              <w:spacing w:after="0"/>
              <w:jc w:val="left"/>
            </w:pPr>
            <w:r>
              <w:rPr>
                <w:sz w:val="16"/>
              </w:rPr>
              <w:t>Strong Wind</w:t>
            </w:r>
          </w:p>
        </w:tc>
        <w:tc>
          <w:tcPr>
            <w:tcW w:type="dxa" w:w="2025"/>
          </w:tcPr>
          <w:p>
            <w:pPr>
              <w:spacing w:after="0"/>
              <w:jc w:val="right"/>
            </w:pPr>
            <w:r>
              <w:rPr>
                <w:sz w:val="16"/>
              </w:rPr>
              <w:t>$399,412.98</w:t>
            </w:r>
          </w:p>
        </w:tc>
        <w:tc>
          <w:tcPr>
            <w:tcW w:type="dxa" w:w="104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EM-3345-WV</w:t>
            </w:r>
          </w:p>
        </w:tc>
        <w:tc>
          <w:tcPr>
            <w:tcW w:type="dxa" w:w="1173"/>
          </w:tcPr>
          <w:p>
            <w:pPr>
              <w:spacing w:after="0"/>
              <w:jc w:val="left"/>
            </w:pPr>
            <w:r>
              <w:rPr>
                <w:sz w:val="16"/>
              </w:rPr>
              <w:t>Emergency</w:t>
            </w:r>
          </w:p>
        </w:tc>
        <w:tc>
          <w:tcPr>
            <w:tcW w:type="dxa" w:w="2828"/>
          </w:tcPr>
          <w:p>
            <w:pPr>
              <w:spacing w:after="0"/>
              <w:jc w:val="left"/>
            </w:pPr>
            <w:r>
              <w:rPr>
                <w:sz w:val="16"/>
              </w:rPr>
              <w:t>Severe Storms</w:t>
            </w:r>
          </w:p>
        </w:tc>
        <w:tc>
          <w:tcPr>
            <w:tcW w:type="dxa" w:w="3061"/>
          </w:tcPr>
          <w:p>
            <w:pPr>
              <w:spacing w:after="0"/>
              <w:jc w:val="left"/>
            </w:pPr>
            <w:r>
              <w:rPr>
                <w:sz w:val="16"/>
              </w:rPr>
              <w:t>Hazard not mapped (severe storm title names no single hazard); not counted</w:t>
            </w:r>
          </w:p>
        </w:tc>
        <w:tc>
          <w:tcPr>
            <w:tcW w:type="dxa" w:w="2025"/>
          </w:tcPr>
          <w:p>
            <w:pPr>
              <w:spacing w:after="0"/>
              <w:jc w:val="right"/>
            </w:pPr>
            <w:r>
              <w:rPr>
                <w:sz w:val="16"/>
              </w:rPr>
              <w:t>no Public Assistance recorded</w:t>
            </w:r>
          </w:p>
        </w:tc>
        <w:tc>
          <w:tcPr>
            <w:tcW w:type="dxa" w:w="1040"/>
          </w:tcPr>
          <w:p>
            <w:pPr>
              <w:spacing w:after="0"/>
              <w:jc w:val="left"/>
            </w:pPr>
          </w:p>
        </w:tc>
        <w:tc>
          <w:tcPr>
            <w:tcW w:type="dxa" w:w="876"/>
          </w:tcPr>
          <w:p>
            <w:pPr>
              <w:spacing w:after="0"/>
              <w:jc w:val="left"/>
            </w:pPr>
            <w:r>
              <w:rPr>
                <w:sz w:val="16"/>
              </w:rPr>
              <w:t>same incident as DR-4071</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EM-3221-WV</w:t>
            </w:r>
          </w:p>
        </w:tc>
        <w:tc>
          <w:tcPr>
            <w:tcW w:type="dxa" w:w="1173"/>
          </w:tcPr>
          <w:p>
            <w:pPr>
              <w:spacing w:after="0"/>
              <w:jc w:val="left"/>
            </w:pPr>
            <w:r>
              <w:rPr>
                <w:sz w:val="16"/>
              </w:rPr>
              <w:t>Emergency</w:t>
            </w:r>
          </w:p>
        </w:tc>
        <w:tc>
          <w:tcPr>
            <w:tcW w:type="dxa" w:w="2828"/>
          </w:tcPr>
          <w:p>
            <w:pPr>
              <w:spacing w:after="0"/>
              <w:jc w:val="left"/>
            </w:pPr>
            <w:r>
              <w:rPr>
                <w:sz w:val="16"/>
              </w:rPr>
              <w:t>Hurricane Katrina Evacuation</w:t>
            </w:r>
          </w:p>
        </w:tc>
        <w:tc>
          <w:tcPr>
            <w:tcW w:type="dxa" w:w="3061"/>
          </w:tcPr>
          <w:p>
            <w:pPr>
              <w:spacing w:after="0"/>
              <w:jc w:val="left"/>
            </w:pPr>
            <w:r>
              <w:rPr>
                <w:sz w:val="16"/>
              </w:rPr>
              <w:t>Hurricane: evacuation support, not a local hazard event; not counted</w:t>
            </w:r>
          </w:p>
        </w:tc>
        <w:tc>
          <w:tcPr>
            <w:tcW w:type="dxa" w:w="2025"/>
          </w:tcPr>
          <w:p>
            <w:pPr>
              <w:spacing w:after="0"/>
              <w:jc w:val="right"/>
            </w:pPr>
            <w:r>
              <w:rPr>
                <w:sz w:val="16"/>
              </w:rPr>
              <w:t>no Public Assistance recorded</w:t>
            </w:r>
          </w:p>
        </w:tc>
        <w:tc>
          <w:tcPr>
            <w:tcW w:type="dxa" w:w="104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2004-09-20</w:t>
            </w:r>
          </w:p>
        </w:tc>
        <w:tc>
          <w:tcPr>
            <w:tcW w:type="dxa" w:w="1037"/>
          </w:tcPr>
          <w:p>
            <w:pPr>
              <w:spacing w:after="0"/>
              <w:jc w:val="left"/>
            </w:pPr>
            <w:r>
              <w:rPr>
                <w:sz w:val="16"/>
              </w:rPr>
              <w:t>2004-09-16</w:t>
            </w:r>
          </w:p>
        </w:tc>
        <w:tc>
          <w:tcPr>
            <w:tcW w:type="dxa" w:w="1037"/>
          </w:tcPr>
          <w:p>
            <w:pPr>
              <w:spacing w:after="0"/>
              <w:jc w:val="left"/>
            </w:pPr>
            <w:r>
              <w:rPr>
                <w:sz w:val="16"/>
              </w:rPr>
              <w:t>DR-1558-WV</w:t>
            </w:r>
          </w:p>
        </w:tc>
        <w:tc>
          <w:tcPr>
            <w:tcW w:type="dxa" w:w="1173"/>
          </w:tcPr>
          <w:p>
            <w:pPr>
              <w:spacing w:after="0"/>
              <w:jc w:val="left"/>
            </w:pPr>
            <w:r>
              <w:rPr>
                <w:sz w:val="16"/>
              </w:rPr>
              <w:t>Major disaster</w:t>
            </w:r>
          </w:p>
        </w:tc>
        <w:tc>
          <w:tcPr>
            <w:tcW w:type="dxa" w:w="2828"/>
          </w:tcPr>
          <w:p>
            <w:pPr>
              <w:spacing w:after="0"/>
              <w:jc w:val="left"/>
            </w:pPr>
            <w:r>
              <w:rPr>
                <w:sz w:val="16"/>
              </w:rPr>
              <w:t>Severe Storms, Flooding, and Landslides</w:t>
            </w:r>
          </w:p>
        </w:tc>
        <w:tc>
          <w:tcPr>
            <w:tcW w:type="dxa" w:w="3061"/>
          </w:tcPr>
          <w:p>
            <w:pPr>
              <w:spacing w:after="0"/>
              <w:jc w:val="left"/>
            </w:pPr>
            <w:r>
              <w:rPr>
                <w:sz w:val="16"/>
              </w:rPr>
              <w:t>Inland Flooding; Landslide</w:t>
            </w:r>
          </w:p>
        </w:tc>
        <w:tc>
          <w:tcPr>
            <w:tcW w:type="dxa" w:w="2025"/>
          </w:tcPr>
          <w:p>
            <w:pPr>
              <w:spacing w:after="0"/>
              <w:jc w:val="right"/>
            </w:pPr>
            <w:r>
              <w:rPr>
                <w:sz w:val="16"/>
              </w:rPr>
              <w:t>$61,634.34</w:t>
            </w:r>
          </w:p>
        </w:tc>
        <w:tc>
          <w:tcPr>
            <w:tcW w:type="dxa" w:w="104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1998-07-01</w:t>
            </w:r>
          </w:p>
        </w:tc>
        <w:tc>
          <w:tcPr>
            <w:tcW w:type="dxa" w:w="1037"/>
          </w:tcPr>
          <w:p>
            <w:pPr>
              <w:spacing w:after="0"/>
              <w:jc w:val="left"/>
            </w:pPr>
            <w:r>
              <w:rPr>
                <w:sz w:val="16"/>
              </w:rPr>
              <w:t>1998-06-26</w:t>
            </w:r>
          </w:p>
        </w:tc>
        <w:tc>
          <w:tcPr>
            <w:tcW w:type="dxa" w:w="1037"/>
          </w:tcPr>
          <w:p>
            <w:pPr>
              <w:spacing w:after="0"/>
              <w:jc w:val="left"/>
            </w:pPr>
            <w:r>
              <w:rPr>
                <w:sz w:val="16"/>
              </w:rPr>
              <w:t>DR-1229-WV</w:t>
            </w:r>
          </w:p>
        </w:tc>
        <w:tc>
          <w:tcPr>
            <w:tcW w:type="dxa" w:w="1173"/>
          </w:tcPr>
          <w:p>
            <w:pPr>
              <w:spacing w:after="0"/>
              <w:jc w:val="left"/>
            </w:pPr>
            <w:r>
              <w:rPr>
                <w:sz w:val="16"/>
              </w:rPr>
              <w:t>Major disaster</w:t>
            </w:r>
          </w:p>
        </w:tc>
        <w:tc>
          <w:tcPr>
            <w:tcW w:type="dxa" w:w="2828"/>
          </w:tcPr>
          <w:p>
            <w:pPr>
              <w:spacing w:after="0"/>
              <w:jc w:val="left"/>
            </w:pPr>
            <w:r>
              <w:rPr>
                <w:sz w:val="16"/>
              </w:rPr>
              <w:t>Severe Storms and Flooding</w:t>
            </w:r>
          </w:p>
        </w:tc>
        <w:tc>
          <w:tcPr>
            <w:tcW w:type="dxa" w:w="3061"/>
          </w:tcPr>
          <w:p>
            <w:pPr>
              <w:spacing w:after="0"/>
              <w:jc w:val="left"/>
            </w:pPr>
            <w:r>
              <w:rPr>
                <w:sz w:val="16"/>
              </w:rPr>
              <w:t>Inland Flooding; Winter Weather</w:t>
            </w:r>
          </w:p>
        </w:tc>
        <w:tc>
          <w:tcPr>
            <w:tcW w:type="dxa" w:w="2025"/>
          </w:tcPr>
          <w:p>
            <w:pPr>
              <w:spacing w:after="0"/>
              <w:jc w:val="right"/>
            </w:pPr>
            <w:r>
              <w:rPr>
                <w:sz w:val="16"/>
              </w:rPr>
              <w:t>no Public Assistance recorded</w:t>
            </w:r>
          </w:p>
        </w:tc>
        <w:tc>
          <w:tcPr>
            <w:tcW w:type="dxa" w:w="104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1997-03-07</w:t>
            </w:r>
          </w:p>
        </w:tc>
        <w:tc>
          <w:tcPr>
            <w:tcW w:type="dxa" w:w="1037"/>
          </w:tcPr>
          <w:p>
            <w:pPr>
              <w:spacing w:after="0"/>
              <w:jc w:val="left"/>
            </w:pPr>
            <w:r>
              <w:rPr>
                <w:sz w:val="16"/>
              </w:rPr>
              <w:t>1997-02-28</w:t>
            </w:r>
          </w:p>
        </w:tc>
        <w:tc>
          <w:tcPr>
            <w:tcW w:type="dxa" w:w="1037"/>
          </w:tcPr>
          <w:p>
            <w:pPr>
              <w:spacing w:after="0"/>
              <w:jc w:val="left"/>
            </w:pPr>
            <w:r>
              <w:rPr>
                <w:sz w:val="16"/>
              </w:rPr>
              <w:t>DR-1168-WV</w:t>
            </w:r>
          </w:p>
        </w:tc>
        <w:tc>
          <w:tcPr>
            <w:tcW w:type="dxa" w:w="1173"/>
          </w:tcPr>
          <w:p>
            <w:pPr>
              <w:spacing w:after="0"/>
              <w:jc w:val="left"/>
            </w:pPr>
            <w:r>
              <w:rPr>
                <w:sz w:val="16"/>
              </w:rPr>
              <w:t>Major disaster</w:t>
            </w:r>
          </w:p>
        </w:tc>
        <w:tc>
          <w:tcPr>
            <w:tcW w:type="dxa" w:w="2828"/>
          </w:tcPr>
          <w:p>
            <w:pPr>
              <w:spacing w:after="0"/>
              <w:jc w:val="left"/>
            </w:pPr>
            <w:r>
              <w:rPr>
                <w:sz w:val="16"/>
              </w:rPr>
              <w:t>Heavy &amp; Wind Driven Rain, High Winds,Flooding,Slides</w:t>
            </w:r>
          </w:p>
        </w:tc>
        <w:tc>
          <w:tcPr>
            <w:tcW w:type="dxa" w:w="3061"/>
          </w:tcPr>
          <w:p>
            <w:pPr>
              <w:spacing w:after="0"/>
              <w:jc w:val="left"/>
            </w:pPr>
            <w:r>
              <w:rPr>
                <w:sz w:val="16"/>
              </w:rPr>
              <w:t>Inland Flooding (primary); also designated: Landslide</w:t>
            </w:r>
          </w:p>
        </w:tc>
        <w:tc>
          <w:tcPr>
            <w:tcW w:type="dxa" w:w="2025"/>
          </w:tcPr>
          <w:p>
            <w:pPr>
              <w:spacing w:after="0"/>
              <w:jc w:val="right"/>
            </w:pPr>
            <w:r>
              <w:rPr>
                <w:sz w:val="16"/>
              </w:rPr>
              <w:t>no Public Assistance recorded</w:t>
            </w:r>
          </w:p>
        </w:tc>
        <w:tc>
          <w:tcPr>
            <w:tcW w:type="dxa" w:w="104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1996-01-25</w:t>
            </w:r>
          </w:p>
        </w:tc>
        <w:tc>
          <w:tcPr>
            <w:tcW w:type="dxa" w:w="1037"/>
          </w:tcPr>
          <w:p>
            <w:pPr>
              <w:spacing w:after="0"/>
              <w:jc w:val="left"/>
            </w:pPr>
            <w:r>
              <w:rPr>
                <w:sz w:val="16"/>
              </w:rPr>
              <w:t>1996-01-19</w:t>
            </w:r>
          </w:p>
        </w:tc>
        <w:tc>
          <w:tcPr>
            <w:tcW w:type="dxa" w:w="1037"/>
          </w:tcPr>
          <w:p>
            <w:pPr>
              <w:spacing w:after="0"/>
              <w:jc w:val="left"/>
            </w:pPr>
            <w:r>
              <w:rPr>
                <w:sz w:val="16"/>
              </w:rPr>
              <w:t>DR-1096-WV</w:t>
            </w:r>
          </w:p>
        </w:tc>
        <w:tc>
          <w:tcPr>
            <w:tcW w:type="dxa" w:w="1173"/>
          </w:tcPr>
          <w:p>
            <w:pPr>
              <w:spacing w:after="0"/>
              <w:jc w:val="left"/>
            </w:pPr>
            <w:r>
              <w:rPr>
                <w:sz w:val="16"/>
              </w:rPr>
              <w:t>Major disaster</w:t>
            </w:r>
          </w:p>
        </w:tc>
        <w:tc>
          <w:tcPr>
            <w:tcW w:type="dxa" w:w="2828"/>
          </w:tcPr>
          <w:p>
            <w:pPr>
              <w:spacing w:after="0"/>
              <w:jc w:val="left"/>
            </w:pPr>
            <w:r>
              <w:rPr>
                <w:sz w:val="16"/>
              </w:rPr>
              <w:t>Flooding</w:t>
            </w:r>
          </w:p>
        </w:tc>
        <w:tc>
          <w:tcPr>
            <w:tcW w:type="dxa" w:w="3061"/>
          </w:tcPr>
          <w:p>
            <w:pPr>
              <w:spacing w:after="0"/>
              <w:jc w:val="left"/>
            </w:pPr>
            <w:r>
              <w:rPr>
                <w:sz w:val="16"/>
              </w:rPr>
              <w:t>Inland Flooding (primary); also designated: Landslide</w:t>
            </w:r>
          </w:p>
        </w:tc>
        <w:tc>
          <w:tcPr>
            <w:tcW w:type="dxa" w:w="2025"/>
          </w:tcPr>
          <w:p>
            <w:pPr>
              <w:spacing w:after="0"/>
              <w:jc w:val="right"/>
            </w:pPr>
            <w:r>
              <w:rPr>
                <w:sz w:val="16"/>
              </w:rPr>
              <w:t>no Public Assistance recorded</w:t>
            </w:r>
          </w:p>
        </w:tc>
        <w:tc>
          <w:tcPr>
            <w:tcW w:type="dxa" w:w="104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DR-1084-WV</w:t>
            </w:r>
          </w:p>
        </w:tc>
        <w:tc>
          <w:tcPr>
            <w:tcW w:type="dxa" w:w="1173"/>
          </w:tcPr>
          <w:p>
            <w:pPr>
              <w:spacing w:after="0"/>
              <w:jc w:val="left"/>
            </w:pPr>
            <w:r>
              <w:rPr>
                <w:sz w:val="16"/>
              </w:rPr>
              <w:t>Major disaster</w:t>
            </w:r>
          </w:p>
        </w:tc>
        <w:tc>
          <w:tcPr>
            <w:tcW w:type="dxa" w:w="2828"/>
          </w:tcPr>
          <w:p>
            <w:pPr>
              <w:spacing w:after="0"/>
              <w:jc w:val="left"/>
            </w:pPr>
            <w:r>
              <w:rPr>
                <w:sz w:val="16"/>
              </w:rPr>
              <w:t>Blizzard of 96 (Severe Snow Storm)</w:t>
            </w:r>
          </w:p>
        </w:tc>
        <w:tc>
          <w:tcPr>
            <w:tcW w:type="dxa" w:w="3061"/>
          </w:tcPr>
          <w:p>
            <w:pPr>
              <w:spacing w:after="0"/>
              <w:jc w:val="left"/>
            </w:pPr>
            <w:r>
              <w:rPr>
                <w:sz w:val="16"/>
              </w:rPr>
              <w:t>Winter Weather</w:t>
            </w:r>
          </w:p>
        </w:tc>
        <w:tc>
          <w:tcPr>
            <w:tcW w:type="dxa" w:w="2025"/>
          </w:tcPr>
          <w:p>
            <w:pPr>
              <w:spacing w:after="0"/>
              <w:jc w:val="right"/>
            </w:pPr>
            <w:r>
              <w:rPr>
                <w:sz w:val="16"/>
              </w:rPr>
              <w:t>no Public Assistance recorded</w:t>
            </w:r>
          </w:p>
        </w:tc>
        <w:tc>
          <w:tcPr>
            <w:tcW w:type="dxa" w:w="104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EM-3109-WV</w:t>
            </w:r>
          </w:p>
        </w:tc>
        <w:tc>
          <w:tcPr>
            <w:tcW w:type="dxa" w:w="1173"/>
          </w:tcPr>
          <w:p>
            <w:pPr>
              <w:spacing w:after="0"/>
              <w:jc w:val="left"/>
            </w:pPr>
            <w:r>
              <w:rPr>
                <w:sz w:val="16"/>
              </w:rPr>
              <w:t>Emergency</w:t>
            </w:r>
          </w:p>
        </w:tc>
        <w:tc>
          <w:tcPr>
            <w:tcW w:type="dxa" w:w="2828"/>
          </w:tcPr>
          <w:p>
            <w:pPr>
              <w:spacing w:after="0"/>
              <w:jc w:val="left"/>
            </w:pPr>
            <w:r>
              <w:rPr>
                <w:sz w:val="16"/>
              </w:rPr>
              <w:t>Severe Snowfall &amp; Winter Storm</w:t>
            </w:r>
          </w:p>
        </w:tc>
        <w:tc>
          <w:tcPr>
            <w:tcW w:type="dxa" w:w="3061"/>
          </w:tcPr>
          <w:p>
            <w:pPr>
              <w:spacing w:after="0"/>
              <w:jc w:val="left"/>
            </w:pPr>
            <w:r>
              <w:rPr>
                <w:sz w:val="16"/>
              </w:rPr>
              <w:t>Winter Weather</w:t>
            </w:r>
          </w:p>
        </w:tc>
        <w:tc>
          <w:tcPr>
            <w:tcW w:type="dxa" w:w="2025"/>
          </w:tcPr>
          <w:p>
            <w:pPr>
              <w:spacing w:after="0"/>
              <w:jc w:val="right"/>
            </w:pPr>
            <w:r>
              <w:rPr>
                <w:sz w:val="16"/>
              </w:rPr>
              <w:t>no Public Assistance recorded</w:t>
            </w:r>
          </w:p>
        </w:tc>
        <w:tc>
          <w:tcPr>
            <w:tcW w:type="dxa" w:w="104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1967-03-13</w:t>
            </w:r>
          </w:p>
        </w:tc>
        <w:tc>
          <w:tcPr>
            <w:tcW w:type="dxa" w:w="1037"/>
          </w:tcPr>
          <w:p>
            <w:pPr>
              <w:spacing w:after="0"/>
              <w:jc w:val="left"/>
            </w:pPr>
            <w:r>
              <w:rPr>
                <w:sz w:val="16"/>
              </w:rPr>
              <w:t>1967-03-13</w:t>
            </w:r>
          </w:p>
        </w:tc>
        <w:tc>
          <w:tcPr>
            <w:tcW w:type="dxa" w:w="1037"/>
          </w:tcPr>
          <w:p>
            <w:pPr>
              <w:spacing w:after="0"/>
              <w:jc w:val="left"/>
            </w:pPr>
            <w:r>
              <w:rPr>
                <w:sz w:val="16"/>
              </w:rPr>
              <w:t>DR-224-WV</w:t>
            </w:r>
          </w:p>
        </w:tc>
        <w:tc>
          <w:tcPr>
            <w:tcW w:type="dxa" w:w="1173"/>
          </w:tcPr>
          <w:p>
            <w:pPr>
              <w:spacing w:after="0"/>
              <w:jc w:val="left"/>
            </w:pPr>
            <w:r>
              <w:rPr>
                <w:sz w:val="16"/>
              </w:rPr>
              <w:t>Major disaster</w:t>
            </w:r>
          </w:p>
        </w:tc>
        <w:tc>
          <w:tcPr>
            <w:tcW w:type="dxa" w:w="2828"/>
          </w:tcPr>
          <w:p>
            <w:pPr>
              <w:spacing w:after="0"/>
              <w:jc w:val="left"/>
            </w:pPr>
            <w:r>
              <w:rPr>
                <w:sz w:val="16"/>
              </w:rPr>
              <w:t>Flooding</w:t>
            </w:r>
          </w:p>
        </w:tc>
        <w:tc>
          <w:tcPr>
            <w:tcW w:type="dxa" w:w="3061"/>
          </w:tcPr>
          <w:p>
            <w:pPr>
              <w:spacing w:after="0"/>
              <w:jc w:val="left"/>
            </w:pPr>
            <w:r>
              <w:rPr>
                <w:sz w:val="16"/>
              </w:rPr>
              <w:t>Inland Flooding</w:t>
            </w:r>
          </w:p>
        </w:tc>
        <w:tc>
          <w:tcPr>
            <w:tcW w:type="dxa" w:w="2025"/>
          </w:tcPr>
          <w:p>
            <w:pPr>
              <w:spacing w:after="0"/>
              <w:jc w:val="right"/>
            </w:pPr>
            <w:r>
              <w:rPr>
                <w:sz w:val="16"/>
              </w:rPr>
              <w:t>no Public Assistance recorded</w:t>
            </w:r>
          </w:p>
        </w:tc>
        <w:tc>
          <w:tcPr>
            <w:tcW w:type="dxa" w:w="1040"/>
          </w:tcPr>
          <w:p>
            <w:pPr>
              <w:spacing w:after="0"/>
              <w:jc w:val="left"/>
            </w:pPr>
          </w:p>
        </w:tc>
        <w:tc>
          <w:tcPr>
            <w:tcW w:type="dxa" w:w="8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533"/>
        <w:gridCol w:w="2256"/>
        <w:gridCol w:w="3700"/>
        <w:gridCol w:w="3267"/>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533"/>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700"/>
            <w:shd w:val="clear" w:color="auto" w:fill="E8E8E8"/>
          </w:tcPr>
          <w:p>
            <w:pPr>
              <w:spacing w:after="0"/>
              <w:jc w:val="left"/>
            </w:pPr>
            <w:r>
              <w:rPr>
                <w:b/>
                <w:sz w:val="16"/>
              </w:rPr>
              <w:t>Title</w:t>
            </w:r>
          </w:p>
        </w:tc>
        <w:tc>
          <w:tcPr>
            <w:tcW w:type="dxa" w:w="3267"/>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1964-03-20</w:t>
            </w:r>
          </w:p>
        </w:tc>
        <w:tc>
          <w:tcPr>
            <w:tcW w:type="dxa" w:w="1678"/>
          </w:tcPr>
          <w:p>
            <w:pPr>
              <w:spacing w:after="0"/>
              <w:jc w:val="left"/>
            </w:pPr>
            <w:r>
              <w:rPr>
                <w:sz w:val="16"/>
              </w:rPr>
              <w:t>1964-03-20</w:t>
            </w:r>
          </w:p>
        </w:tc>
        <w:tc>
          <w:tcPr>
            <w:tcW w:type="dxa" w:w="1533"/>
          </w:tcPr>
          <w:p>
            <w:pPr>
              <w:spacing w:after="0"/>
              <w:jc w:val="left"/>
            </w:pPr>
            <w:r>
              <w:rPr>
                <w:sz w:val="16"/>
              </w:rPr>
              <w:t>DR-165-WV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1963-03-13</w:t>
            </w:r>
          </w:p>
        </w:tc>
        <w:tc>
          <w:tcPr>
            <w:tcW w:type="dxa" w:w="1678"/>
          </w:tcPr>
          <w:p>
            <w:pPr>
              <w:spacing w:after="0"/>
              <w:jc w:val="left"/>
            </w:pPr>
            <w:r>
              <w:rPr>
                <w:sz w:val="16"/>
              </w:rPr>
              <w:t>1963-03-13</w:t>
            </w:r>
          </w:p>
        </w:tc>
        <w:tc>
          <w:tcPr>
            <w:tcW w:type="dxa" w:w="1533"/>
          </w:tcPr>
          <w:p>
            <w:pPr>
              <w:spacing w:after="0"/>
              <w:jc w:val="left"/>
            </w:pPr>
            <w:r>
              <w:rPr>
                <w:sz w:val="16"/>
              </w:rPr>
              <w:t>DR-147-WV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1962-03-09</w:t>
            </w:r>
          </w:p>
        </w:tc>
        <w:tc>
          <w:tcPr>
            <w:tcW w:type="dxa" w:w="1678"/>
          </w:tcPr>
          <w:p>
            <w:pPr>
              <w:spacing w:after="0"/>
              <w:jc w:val="left"/>
            </w:pPr>
            <w:r>
              <w:rPr>
                <w:sz w:val="16"/>
              </w:rPr>
              <w:t>1962-03-09</w:t>
            </w:r>
          </w:p>
        </w:tc>
        <w:tc>
          <w:tcPr>
            <w:tcW w:type="dxa" w:w="1533"/>
          </w:tcPr>
          <w:p>
            <w:pPr>
              <w:spacing w:after="0"/>
              <w:jc w:val="left"/>
            </w:pPr>
            <w:r>
              <w:rPr>
                <w:sz w:val="16"/>
              </w:rPr>
              <w:t>DR-125-WV</w:t>
            </w:r>
          </w:p>
        </w:tc>
        <w:tc>
          <w:tcPr>
            <w:tcW w:type="dxa" w:w="2256"/>
          </w:tcPr>
          <w:p>
            <w:pPr>
              <w:spacing w:after="0"/>
              <w:jc w:val="left"/>
            </w:pPr>
            <w:r>
              <w:rPr>
                <w:sz w:val="16"/>
              </w:rPr>
              <w:t>Major disaster</w:t>
            </w:r>
          </w:p>
        </w:tc>
        <w:tc>
          <w:tcPr>
            <w:tcW w:type="dxa" w:w="3700"/>
          </w:tcPr>
          <w:p>
            <w:pPr>
              <w:spacing w:after="0"/>
              <w:jc w:val="left"/>
            </w:pPr>
            <w:r>
              <w:rPr>
                <w:sz w:val="16"/>
              </w:rPr>
              <w:t>Severe Storm, High Tides &amp; Flooding</w:t>
            </w:r>
          </w:p>
        </w:tc>
        <w:tc>
          <w:tcPr>
            <w:tcW w:type="dxa" w:w="3267"/>
          </w:tcPr>
          <w:p>
            <w:pPr>
              <w:spacing w:after="0"/>
              <w:jc w:val="left"/>
            </w:pPr>
            <w:r>
              <w:rPr>
                <w:sz w:val="16"/>
              </w:rPr>
              <w:t>Inland Flooding (primary); also designated: Coastal Flooding</w:t>
            </w:r>
          </w:p>
        </w:tc>
      </w:tr>
      <w:tr>
        <w:trPr>
          <w:cantSplit/>
        </w:trPr>
        <w:tc>
          <w:tcPr>
            <w:tcW w:type="dxa" w:w="1678"/>
          </w:tcPr>
          <w:p>
            <w:pPr>
              <w:spacing w:after="0"/>
              <w:jc w:val="left"/>
            </w:pPr>
            <w:r>
              <w:rPr>
                <w:sz w:val="16"/>
              </w:rPr>
              <w:t>1961-07-23</w:t>
            </w:r>
          </w:p>
        </w:tc>
        <w:tc>
          <w:tcPr>
            <w:tcW w:type="dxa" w:w="1678"/>
          </w:tcPr>
          <w:p>
            <w:pPr>
              <w:spacing w:after="0"/>
              <w:jc w:val="left"/>
            </w:pPr>
            <w:r>
              <w:rPr>
                <w:sz w:val="16"/>
              </w:rPr>
              <w:t>1961-07-23</w:t>
            </w:r>
          </w:p>
        </w:tc>
        <w:tc>
          <w:tcPr>
            <w:tcW w:type="dxa" w:w="1533"/>
          </w:tcPr>
          <w:p>
            <w:pPr>
              <w:spacing w:after="0"/>
              <w:jc w:val="left"/>
            </w:pPr>
            <w:r>
              <w:rPr>
                <w:sz w:val="16"/>
              </w:rPr>
              <w:t>DR-117-WV</w:t>
            </w:r>
          </w:p>
        </w:tc>
        <w:tc>
          <w:tcPr>
            <w:tcW w:type="dxa" w:w="2256"/>
          </w:tcPr>
          <w:p>
            <w:pPr>
              <w:spacing w:after="0"/>
              <w:jc w:val="left"/>
            </w:pPr>
            <w:r>
              <w:rPr>
                <w:sz w:val="16"/>
              </w:rPr>
              <w:t>Major disaster</w:t>
            </w:r>
          </w:p>
        </w:tc>
        <w:tc>
          <w:tcPr>
            <w:tcW w:type="dxa" w:w="3700"/>
          </w:tcPr>
          <w:p>
            <w:pPr>
              <w:spacing w:after="0"/>
              <w:jc w:val="left"/>
            </w:pPr>
            <w:r>
              <w:rPr>
                <w:sz w:val="16"/>
              </w:rPr>
              <w:t>Floods</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1957-01-31</w:t>
            </w:r>
          </w:p>
        </w:tc>
        <w:tc>
          <w:tcPr>
            <w:tcW w:type="dxa" w:w="1678"/>
          </w:tcPr>
          <w:p>
            <w:pPr>
              <w:spacing w:after="0"/>
              <w:jc w:val="left"/>
            </w:pPr>
            <w:r>
              <w:rPr>
                <w:sz w:val="16"/>
              </w:rPr>
              <w:t>1957-01-31</w:t>
            </w:r>
          </w:p>
        </w:tc>
        <w:tc>
          <w:tcPr>
            <w:tcW w:type="dxa" w:w="1533"/>
          </w:tcPr>
          <w:p>
            <w:pPr>
              <w:spacing w:after="0"/>
              <w:jc w:val="left"/>
            </w:pPr>
            <w:r>
              <w:rPr>
                <w:sz w:val="16"/>
              </w:rPr>
              <w:t>DR-67-WV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1954-08-04</w:t>
            </w:r>
          </w:p>
        </w:tc>
        <w:tc>
          <w:tcPr>
            <w:tcW w:type="dxa" w:w="1678"/>
          </w:tcPr>
          <w:p>
            <w:pPr>
              <w:spacing w:after="0"/>
              <w:jc w:val="left"/>
            </w:pPr>
            <w:r>
              <w:rPr>
                <w:sz w:val="16"/>
              </w:rPr>
              <w:t>1954-08-04</w:t>
            </w:r>
          </w:p>
        </w:tc>
        <w:tc>
          <w:tcPr>
            <w:tcW w:type="dxa" w:w="1533"/>
          </w:tcPr>
          <w:p>
            <w:pPr>
              <w:spacing w:after="0"/>
              <w:jc w:val="left"/>
            </w:pPr>
            <w:r>
              <w:rPr>
                <w:sz w:val="16"/>
              </w:rPr>
              <w:t>DR-21-WV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$119,418.91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19,418.91"/>
        <w:tblDescription w:val="Hazard Plain table b1d_pa_other"/>
      </w:tblPr>
      <w:tblGrid>
        <w:gridCol w:w="1204"/>
        <w:gridCol w:w="1204"/>
        <w:gridCol w:w="5353"/>
        <w:gridCol w:w="5042"/>
        <w:gridCol w:w="1308"/>
      </w:tblGrid>
      <w:tr>
        <w:trPr>
          <w:cantSplit/>
          <w:tblHeader/>
        </w:trPr>
        <w:tc>
          <w:tcPr>
            <w:tcW w:type="dxa" w:w="1204"/>
            <w:shd w:val="clear" w:color="auto" w:fill="E8E8E8"/>
          </w:tcPr>
          <w:p>
            <w:pPr>
              <w:spacing w:after="0"/>
              <w:jc w:val="left"/>
            </w:pPr>
            <w:r>
              <w:rPr>
                <w:b/>
                <w:sz w:val="16"/>
              </w:rPr>
              <w:t>FEMA number</w:t>
            </w:r>
          </w:p>
        </w:tc>
        <w:tc>
          <w:tcPr>
            <w:tcW w:type="dxa" w:w="1204"/>
            <w:shd w:val="clear" w:color="auto" w:fill="E8E8E8"/>
          </w:tcPr>
          <w:p>
            <w:pPr>
              <w:spacing w:after="0"/>
              <w:jc w:val="left"/>
            </w:pPr>
            <w:r>
              <w:rPr>
                <w:b/>
                <w:sz w:val="16"/>
              </w:rPr>
              <w:t>Declared</w:t>
            </w:r>
          </w:p>
        </w:tc>
        <w:tc>
          <w:tcPr>
            <w:tcW w:type="dxa" w:w="5353"/>
            <w:shd w:val="clear" w:color="auto" w:fill="E8E8E8"/>
          </w:tcPr>
          <w:p>
            <w:pPr>
              <w:spacing w:after="0"/>
              <w:jc w:val="left"/>
            </w:pPr>
            <w:r>
              <w:rPr>
                <w:b/>
                <w:sz w:val="16"/>
              </w:rPr>
              <w:t>Title</w:t>
            </w:r>
          </w:p>
        </w:tc>
        <w:tc>
          <w:tcPr>
            <w:tcW w:type="dxa" w:w="5042"/>
            <w:shd w:val="clear" w:color="auto" w:fill="E8E8E8"/>
          </w:tcPr>
          <w:p>
            <w:pPr>
              <w:spacing w:after="0"/>
              <w:jc w:val="left"/>
            </w:pPr>
            <w:r>
              <w:rPr>
                <w:b/>
                <w:sz w:val="16"/>
              </w:rPr>
              <w:t>Applicant</w:t>
            </w:r>
          </w:p>
        </w:tc>
        <w:tc>
          <w:tcPr>
            <w:tcW w:type="dxa" w:w="130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04"/>
          </w:tcPr>
          <w:p>
            <w:pPr>
              <w:spacing w:after="0"/>
              <w:jc w:val="left"/>
            </w:pPr>
            <w:r>
              <w:rPr>
                <w:sz w:val="16"/>
              </w:rPr>
              <w:t>DR-4756-WV</w:t>
            </w:r>
          </w:p>
        </w:tc>
        <w:tc>
          <w:tcPr>
            <w:tcW w:type="dxa" w:w="1204"/>
          </w:tcPr>
          <w:p>
            <w:pPr>
              <w:spacing w:after="0"/>
              <w:jc w:val="left"/>
            </w:pPr>
            <w:r>
              <w:rPr>
                <w:sz w:val="16"/>
              </w:rPr>
              <w:t>2024-01-30</w:t>
            </w:r>
          </w:p>
        </w:tc>
        <w:tc>
          <w:tcPr>
            <w:tcW w:type="dxa" w:w="5353"/>
          </w:tcPr>
          <w:p>
            <w:pPr>
              <w:spacing w:after="0"/>
              <w:jc w:val="left"/>
            </w:pPr>
            <w:r>
              <w:rPr>
                <w:sz w:val="16"/>
              </w:rPr>
              <w:t>Severe Storms, Flooding, Landslides, and Mudslides</w:t>
            </w:r>
          </w:p>
        </w:tc>
        <w:tc>
          <w:tcPr>
            <w:tcW w:type="dxa" w:w="5042"/>
          </w:tcPr>
          <w:p>
            <w:pPr>
              <w:spacing w:after="0"/>
              <w:jc w:val="left"/>
            </w:pPr>
            <w:r>
              <w:rPr>
                <w:sz w:val="16"/>
              </w:rPr>
              <w:t>West Virginia Division of Highways / District 3</w:t>
            </w:r>
          </w:p>
        </w:tc>
        <w:tc>
          <w:tcPr>
            <w:tcW w:type="dxa" w:w="1308"/>
          </w:tcPr>
          <w:p>
            <w:pPr>
              <w:spacing w:after="0"/>
              <w:jc w:val="right"/>
            </w:pPr>
            <w:r>
              <w:rPr>
                <w:sz w:val="16"/>
              </w:rPr>
              <w:t>$119,418.91</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32</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16</w:t>
            </w:r>
          </w:p>
        </w:tc>
        <w:tc>
          <w:tcPr>
            <w:tcW w:type="dxa" w:w="1159"/>
          </w:tcPr>
          <w:p>
            <w:pPr>
              <w:spacing w:after="0"/>
              <w:jc w:val="right"/>
            </w:pPr>
            <w:r>
              <w:rPr>
                <w:sz w:val="16"/>
              </w:rPr>
              <w:t>7</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111</w:t>
            </w:r>
          </w:p>
        </w:tc>
        <w:tc>
          <w:tcPr>
            <w:tcW w:type="dxa" w:w="1159"/>
          </w:tcPr>
          <w:p>
            <w:pPr>
              <w:spacing w:after="0"/>
              <w:jc w:val="right"/>
            </w:pPr>
            <w:r>
              <w:rPr>
                <w:sz w:val="16"/>
              </w:rPr>
              <w:t>14</w:t>
            </w:r>
          </w:p>
        </w:tc>
        <w:tc>
          <w:tcPr>
            <w:tcW w:type="dxa" w:w="2116"/>
          </w:tcPr>
          <w:p>
            <w:pPr>
              <w:spacing w:after="0"/>
              <w:jc w:val="right"/>
            </w:pPr>
            <w:r>
              <w:rPr>
                <w:sz w:val="16"/>
              </w:rPr>
              <w:t>2</w:t>
            </w:r>
          </w:p>
        </w:tc>
        <w:tc>
          <w:tcPr>
            <w:tcW w:type="dxa" w:w="786"/>
          </w:tcPr>
          <w:p>
            <w:pPr>
              <w:spacing w:after="0"/>
              <w:jc w:val="right"/>
            </w:pPr>
            <w:r>
              <w:rPr>
                <w:sz w:val="16"/>
              </w:rPr>
              <w:t>16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93</w:t>
            </w:r>
          </w:p>
        </w:tc>
        <w:tc>
          <w:tcPr>
            <w:tcW w:type="dxa" w:w="1159"/>
          </w:tcPr>
          <w:p>
            <w:pPr>
              <w:spacing w:after="0"/>
              <w:jc w:val="right"/>
            </w:pPr>
            <w:r>
              <w:rPr>
                <w:sz w:val="16"/>
              </w:rPr>
              <w:t>38</w:t>
            </w:r>
          </w:p>
        </w:tc>
        <w:tc>
          <w:tcPr>
            <w:tcW w:type="dxa" w:w="2116"/>
          </w:tcPr>
          <w:p>
            <w:pPr>
              <w:spacing w:after="0"/>
              <w:jc w:val="right"/>
            </w:pPr>
            <w:r>
              <w:rPr>
                <w:sz w:val="16"/>
              </w:rPr>
              <w:t>4</w:t>
            </w:r>
          </w:p>
        </w:tc>
        <w:tc>
          <w:tcPr>
            <w:tcW w:type="dxa" w:w="786"/>
          </w:tcPr>
          <w:p>
            <w:pPr>
              <w:spacing w:after="0"/>
              <w:jc w:val="right"/>
            </w:pPr>
            <w:r>
              <w:rPr>
                <w:sz w:val="16"/>
              </w:rPr>
              <w:t>42</w:t>
            </w:r>
          </w:p>
        </w:tc>
        <w:tc>
          <w:tcPr>
            <w:tcW w:type="dxa" w:w="1692"/>
          </w:tcPr>
          <w:p>
            <w:pPr>
              <w:spacing w:after="0"/>
              <w:jc w:val="right"/>
            </w:pPr>
            <w:r>
              <w:rPr>
                <w:sz w:val="16"/>
              </w:rPr>
              <w:t>9</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7</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7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10</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267</w:t>
            </w:r>
          </w:p>
        </w:tc>
        <w:tc>
          <w:tcPr>
            <w:tcW w:type="dxa" w:w="1159"/>
          </w:tcPr>
          <w:p>
            <w:pPr>
              <w:spacing w:after="0"/>
              <w:jc w:val="right"/>
            </w:pPr>
            <w:r>
              <w:rPr>
                <w:sz w:val="16"/>
              </w:rPr>
              <w:t>86</w:t>
            </w:r>
          </w:p>
        </w:tc>
        <w:tc>
          <w:tcPr>
            <w:tcW w:type="dxa" w:w="2116"/>
          </w:tcPr>
          <w:p>
            <w:pPr>
              <w:spacing w:after="0"/>
              <w:jc w:val="right"/>
            </w:pPr>
            <w:r>
              <w:rPr>
                <w:sz w:val="16"/>
              </w:rPr>
              <w:t>17</w:t>
            </w:r>
          </w:p>
        </w:tc>
        <w:tc>
          <w:tcPr>
            <w:tcW w:type="dxa" w:w="786"/>
          </w:tcPr>
          <w:p>
            <w:pPr>
              <w:spacing w:after="0"/>
              <w:jc w:val="right"/>
            </w:pPr>
            <w:r>
              <w:rPr>
                <w:sz w:val="16"/>
              </w:rPr>
              <w:t>104</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13 High Wind and 21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10</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60</w:t>
            </w:r>
          </w:p>
        </w:tc>
        <w:tc>
          <w:tcPr>
            <w:tcW w:type="dxa" w:w="1159"/>
          </w:tcPr>
          <w:p>
            <w:pPr>
              <w:spacing w:after="0"/>
              <w:jc w:val="right"/>
            </w:pPr>
            <w:r>
              <w:rPr>
                <w:sz w:val="16"/>
              </w:rPr>
              <w:t>12</w:t>
            </w:r>
          </w:p>
        </w:tc>
        <w:tc>
          <w:tcPr>
            <w:tcW w:type="dxa" w:w="2116"/>
          </w:tcPr>
          <w:p>
            <w:pPr>
              <w:spacing w:after="0"/>
              <w:jc w:val="right"/>
            </w:pPr>
            <w:r>
              <w:rPr>
                <w:sz w:val="16"/>
              </w:rPr>
              <w:t>4</w:t>
            </w:r>
          </w:p>
        </w:tc>
        <w:tc>
          <w:tcPr>
            <w:tcW w:type="dxa" w:w="786"/>
          </w:tcPr>
          <w:p>
            <w:pPr>
              <w:spacing w:after="0"/>
              <w:jc w:val="right"/>
            </w:pPr>
            <w:r>
              <w:rPr>
                <w:sz w:val="16"/>
              </w:rPr>
              <w:t>17</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93"/>
        <w:gridCol w:w="3090"/>
        <w:gridCol w:w="945"/>
        <w:gridCol w:w="2369"/>
        <w:gridCol w:w="1112"/>
        <w:gridCol w:w="305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93"/>
            <w:shd w:val="clear" w:color="auto" w:fill="E8E8E8"/>
          </w:tcPr>
          <w:p>
            <w:pPr>
              <w:spacing w:after="0"/>
              <w:jc w:val="left"/>
            </w:pPr>
            <w:r>
              <w:rPr>
                <w:b/>
                <w:sz w:val="16"/>
              </w:rPr>
              <w:t>Magnitude or extent</w:t>
            </w:r>
          </w:p>
        </w:tc>
        <w:tc>
          <w:tcPr>
            <w:tcW w:type="dxa" w:w="3090"/>
            <w:shd w:val="clear" w:color="auto" w:fill="E8E8E8"/>
          </w:tcPr>
          <w:p>
            <w:pPr>
              <w:spacing w:after="0"/>
              <w:jc w:val="left"/>
            </w:pPr>
            <w:r>
              <w:rPr>
                <w:b/>
                <w:sz w:val="16"/>
              </w:rPr>
              <w:t>Damage</w:t>
            </w:r>
          </w:p>
          <w:p>
            <w:pPr>
              <w:spacing w:after="0"/>
              <w:jc w:val="left"/>
            </w:pPr>
            <w:r>
              <w:rPr>
                <w:i/>
                <w:color w:val="555555"/>
                <w:sz w:val="14"/>
              </w:rPr>
              <w:t>nominal dollars</w:t>
            </w:r>
          </w:p>
        </w:tc>
        <w:tc>
          <w:tcPr>
            <w:tcW w:type="dxa" w:w="94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69"/>
            <w:shd w:val="clear" w:color="auto" w:fill="E8E8E8"/>
          </w:tcPr>
          <w:p>
            <w:pPr>
              <w:spacing w:after="0"/>
              <w:jc w:val="left"/>
            </w:pPr>
            <w:r>
              <w:rPr>
                <w:b/>
                <w:sz w:val="16"/>
              </w:rPr>
              <w:t>Location</w:t>
            </w:r>
          </w:p>
        </w:tc>
        <w:tc>
          <w:tcPr>
            <w:tcW w:type="dxa" w:w="1112"/>
            <w:shd w:val="clear" w:color="auto" w:fill="E8E8E8"/>
          </w:tcPr>
          <w:p>
            <w:pPr>
              <w:spacing w:after="0"/>
              <w:jc w:val="left"/>
            </w:pPr>
            <w:r>
              <w:rPr>
                <w:b/>
                <w:sz w:val="16"/>
              </w:rPr>
              <w:t>Flags</w:t>
            </w:r>
          </w:p>
        </w:tc>
        <w:tc>
          <w:tcPr>
            <w:tcW w:type="dxa" w:w="305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2024-04-14</w:t>
            </w:r>
          </w:p>
        </w:tc>
        <w:tc>
          <w:tcPr>
            <w:tcW w:type="dxa" w:w="1215"/>
          </w:tcPr>
          <w:p>
            <w:pPr>
              <w:spacing w:after="0"/>
              <w:jc w:val="left"/>
            </w:pPr>
            <w:r>
              <w:rPr>
                <w:sz w:val="16"/>
              </w:rPr>
              <w:t>Flood</w:t>
            </w:r>
          </w:p>
        </w:tc>
        <w:tc>
          <w:tcPr>
            <w:tcW w:type="dxa" w:w="1293"/>
          </w:tcPr>
          <w:p>
            <w:pPr>
              <w:spacing w:after="0"/>
              <w:jc w:val="left"/>
            </w:pPr>
          </w:p>
        </w:tc>
        <w:tc>
          <w:tcPr>
            <w:tcW w:type="dxa" w:w="3090"/>
          </w:tcPr>
          <w:p>
            <w:pPr>
              <w:spacing w:after="0"/>
              <w:jc w:val="left"/>
            </w:pPr>
            <w:r>
              <w:rPr>
                <w:sz w:val="16"/>
              </w:rPr>
              <w:t>$0 property; $0 crops (2024 dollars)</w:t>
            </w:r>
          </w:p>
        </w:tc>
        <w:tc>
          <w:tcPr>
            <w:tcW w:type="dxa" w:w="945"/>
          </w:tcPr>
          <w:p>
            <w:pPr>
              <w:spacing w:after="0"/>
              <w:jc w:val="right"/>
            </w:pPr>
            <w:r>
              <w:rPr>
                <w:sz w:val="16"/>
              </w:rPr>
              <w:t>1, 0</w:t>
            </w:r>
          </w:p>
        </w:tc>
        <w:tc>
          <w:tcPr>
            <w:tcW w:type="dxa" w:w="2369"/>
          </w:tcPr>
          <w:p>
            <w:pPr>
              <w:spacing w:after="0"/>
              <w:jc w:val="left"/>
            </w:pPr>
            <w:r>
              <w:rPr>
                <w:sz w:val="16"/>
              </w:rPr>
              <w:t>CEDAR GROVE to DAVISVILLE</w:t>
            </w:r>
          </w:p>
        </w:tc>
        <w:tc>
          <w:tcPr>
            <w:tcW w:type="dxa" w:w="1112"/>
          </w:tcPr>
          <w:p>
            <w:pPr>
              <w:spacing w:after="0"/>
              <w:jc w:val="left"/>
            </w:pPr>
            <w:r>
              <w:rPr>
                <w:sz w:val="16"/>
              </w:rPr>
              <w:t>new since last plan; within last 5 years</w:t>
            </w:r>
          </w:p>
        </w:tc>
        <w:tc>
          <w:tcPr>
            <w:tcW w:type="dxa" w:w="3052"/>
          </w:tcPr>
          <w:p>
            <w:pPr>
              <w:spacing w:after="0"/>
              <w:jc w:val="left"/>
            </w:pPr>
            <w:r>
              <w:rPr>
                <w:sz w:val="16"/>
              </w:rPr>
              <w:t>deaths or injuries recorded</w:t>
            </w:r>
          </w:p>
        </w:tc>
      </w:tr>
      <w:tr>
        <w:trPr>
          <w:cantSplit/>
        </w:trPr>
        <w:tc>
          <w:tcPr>
            <w:tcW w:type="dxa" w:w="1037"/>
          </w:tcPr>
          <w:p>
            <w:pPr>
              <w:spacing w:after="0"/>
              <w:jc w:val="left"/>
            </w:pPr>
            <w:r>
              <w:rPr>
                <w:sz w:val="16"/>
              </w:rPr>
              <w:t>2018-01-12</w:t>
            </w:r>
          </w:p>
        </w:tc>
        <w:tc>
          <w:tcPr>
            <w:tcW w:type="dxa" w:w="1215"/>
          </w:tcPr>
          <w:p>
            <w:pPr>
              <w:spacing w:after="0"/>
              <w:jc w:val="left"/>
            </w:pPr>
            <w:r>
              <w:rPr>
                <w:sz w:val="16"/>
              </w:rPr>
              <w:t>Flood</w:t>
            </w:r>
          </w:p>
        </w:tc>
        <w:tc>
          <w:tcPr>
            <w:tcW w:type="dxa" w:w="1293"/>
          </w:tcPr>
          <w:p>
            <w:pPr>
              <w:spacing w:after="0"/>
              <w:jc w:val="left"/>
            </w:pPr>
          </w:p>
        </w:tc>
        <w:tc>
          <w:tcPr>
            <w:tcW w:type="dxa" w:w="3090"/>
          </w:tcPr>
          <w:p>
            <w:pPr>
              <w:spacing w:after="0"/>
              <w:jc w:val="left"/>
            </w:pPr>
            <w:r>
              <w:rPr>
                <w:sz w:val="16"/>
              </w:rPr>
              <w:t>$5,000 property; $0 crops (2018 dollars)</w:t>
            </w:r>
          </w:p>
        </w:tc>
        <w:tc>
          <w:tcPr>
            <w:tcW w:type="dxa" w:w="945"/>
          </w:tcPr>
          <w:p>
            <w:pPr>
              <w:spacing w:after="0"/>
              <w:jc w:val="right"/>
            </w:pPr>
            <w:r>
              <w:rPr>
                <w:sz w:val="16"/>
              </w:rPr>
              <w:t>2, 0</w:t>
            </w:r>
          </w:p>
        </w:tc>
        <w:tc>
          <w:tcPr>
            <w:tcW w:type="dxa" w:w="2369"/>
          </w:tcPr>
          <w:p>
            <w:pPr>
              <w:spacing w:after="0"/>
              <w:jc w:val="left"/>
            </w:pPr>
            <w:r>
              <w:rPr>
                <w:sz w:val="16"/>
              </w:rPr>
              <w:t>MARRTOWN to BOREMAN</w:t>
            </w:r>
          </w:p>
        </w:tc>
        <w:tc>
          <w:tcPr>
            <w:tcW w:type="dxa" w:w="1112"/>
          </w:tcPr>
          <w:p>
            <w:pPr>
              <w:spacing w:after="0"/>
              <w:jc w:val="left"/>
            </w:pPr>
          </w:p>
        </w:tc>
        <w:tc>
          <w:tcPr>
            <w:tcW w:type="dxa" w:w="3052"/>
          </w:tcPr>
          <w:p>
            <w:pPr>
              <w:spacing w:after="0"/>
              <w:jc w:val="left"/>
            </w:pPr>
            <w:r>
              <w:rPr>
                <w:sz w:val="16"/>
              </w:rPr>
              <w:t>deaths or injuries recorded</w:t>
            </w:r>
          </w:p>
        </w:tc>
      </w:tr>
      <w:tr>
        <w:trPr>
          <w:cantSplit/>
        </w:trPr>
        <w:tc>
          <w:tcPr>
            <w:tcW w:type="dxa" w:w="1037"/>
          </w:tcPr>
          <w:p>
            <w:pPr>
              <w:spacing w:after="0"/>
              <w:jc w:val="left"/>
            </w:pPr>
            <w:r>
              <w:rPr>
                <w:sz w:val="16"/>
              </w:rPr>
              <w:t>2015-04-09</w:t>
            </w:r>
          </w:p>
        </w:tc>
        <w:tc>
          <w:tcPr>
            <w:tcW w:type="dxa" w:w="1215"/>
          </w:tcPr>
          <w:p>
            <w:pPr>
              <w:spacing w:after="0"/>
              <w:jc w:val="left"/>
            </w:pPr>
            <w:r>
              <w:rPr>
                <w:sz w:val="16"/>
              </w:rPr>
              <w:t>Hail</w:t>
            </w:r>
          </w:p>
        </w:tc>
        <w:tc>
          <w:tcPr>
            <w:tcW w:type="dxa" w:w="1293"/>
          </w:tcPr>
          <w:p>
            <w:pPr>
              <w:spacing w:after="0"/>
              <w:jc w:val="left"/>
            </w:pPr>
            <w:r>
              <w:rPr>
                <w:sz w:val="16"/>
              </w:rPr>
              <w:t>2.75 in</w:t>
            </w:r>
          </w:p>
        </w:tc>
        <w:tc>
          <w:tcPr>
            <w:tcW w:type="dxa" w:w="3090"/>
          </w:tcPr>
          <w:p>
            <w:pPr>
              <w:spacing w:after="0"/>
              <w:jc w:val="left"/>
            </w:pPr>
            <w:r>
              <w:rPr>
                <w:sz w:val="16"/>
              </w:rPr>
              <w:t>$0 property; $0 crops (2015 dollars)</w:t>
            </w:r>
          </w:p>
        </w:tc>
        <w:tc>
          <w:tcPr>
            <w:tcW w:type="dxa" w:w="945"/>
          </w:tcPr>
          <w:p>
            <w:pPr>
              <w:spacing w:after="0"/>
              <w:jc w:val="right"/>
            </w:pPr>
            <w:r>
              <w:rPr>
                <w:sz w:val="16"/>
              </w:rPr>
              <w:t>0, 0</w:t>
            </w:r>
          </w:p>
        </w:tc>
        <w:tc>
          <w:tcPr>
            <w:tcW w:type="dxa" w:w="2369"/>
          </w:tcPr>
          <w:p>
            <w:pPr>
              <w:spacing w:after="0"/>
              <w:jc w:val="left"/>
            </w:pPr>
            <w:r>
              <w:rPr>
                <w:sz w:val="16"/>
              </w:rPr>
              <w:t>BOAZ</w:t>
            </w:r>
          </w:p>
        </w:tc>
        <w:tc>
          <w:tcPr>
            <w:tcW w:type="dxa" w:w="1112"/>
          </w:tcPr>
          <w:p>
            <w:pPr>
              <w:spacing w:after="0"/>
              <w:jc w:val="left"/>
            </w:pPr>
          </w:p>
        </w:tc>
        <w:tc>
          <w:tcPr>
            <w:tcW w:type="dxa" w:w="3052"/>
          </w:tcPr>
          <w:p>
            <w:pPr>
              <w:spacing w:after="0"/>
              <w:jc w:val="left"/>
            </w:pPr>
            <w:r>
              <w:rPr>
                <w:sz w:val="16"/>
              </w:rPr>
              <w:t>B1-c worst recorded: Hail</w:t>
            </w:r>
          </w:p>
        </w:tc>
      </w:tr>
      <w:tr>
        <w:trPr>
          <w:cantSplit/>
        </w:trPr>
        <w:tc>
          <w:tcPr>
            <w:tcW w:type="dxa" w:w="1037"/>
          </w:tcPr>
          <w:p>
            <w:pPr>
              <w:spacing w:after="0"/>
              <w:jc w:val="left"/>
            </w:pPr>
            <w:r>
              <w:rPr>
                <w:sz w:val="16"/>
              </w:rPr>
              <w:t>2014-07-08</w:t>
            </w:r>
          </w:p>
        </w:tc>
        <w:tc>
          <w:tcPr>
            <w:tcW w:type="dxa" w:w="1215"/>
          </w:tcPr>
          <w:p>
            <w:pPr>
              <w:spacing w:after="0"/>
              <w:jc w:val="left"/>
            </w:pPr>
            <w:r>
              <w:rPr>
                <w:sz w:val="16"/>
              </w:rPr>
              <w:t>Thunderstorm Wind</w:t>
            </w:r>
          </w:p>
        </w:tc>
        <w:tc>
          <w:tcPr>
            <w:tcW w:type="dxa" w:w="1293"/>
          </w:tcPr>
          <w:p>
            <w:pPr>
              <w:spacing w:after="0"/>
              <w:jc w:val="left"/>
            </w:pPr>
            <w:r>
              <w:rPr>
                <w:sz w:val="16"/>
              </w:rPr>
              <w:t>83 kt (96 mph) estimated gust</w:t>
            </w:r>
          </w:p>
        </w:tc>
        <w:tc>
          <w:tcPr>
            <w:tcW w:type="dxa" w:w="3090"/>
          </w:tcPr>
          <w:p>
            <w:pPr>
              <w:spacing w:after="0"/>
              <w:jc w:val="left"/>
            </w:pPr>
            <w:r>
              <w:rPr>
                <w:sz w:val="16"/>
              </w:rPr>
              <w:t>$350,000 property; $0 crops (2014 dollars)</w:t>
            </w:r>
          </w:p>
        </w:tc>
        <w:tc>
          <w:tcPr>
            <w:tcW w:type="dxa" w:w="945"/>
          </w:tcPr>
          <w:p>
            <w:pPr>
              <w:spacing w:after="0"/>
              <w:jc w:val="right"/>
            </w:pPr>
            <w:r>
              <w:rPr>
                <w:sz w:val="16"/>
              </w:rPr>
              <w:t>0, 1</w:t>
            </w:r>
          </w:p>
        </w:tc>
        <w:tc>
          <w:tcPr>
            <w:tcW w:type="dxa" w:w="2369"/>
          </w:tcPr>
          <w:p>
            <w:pPr>
              <w:spacing w:after="0"/>
              <w:jc w:val="left"/>
            </w:pPr>
            <w:r>
              <w:rPr>
                <w:sz w:val="16"/>
              </w:rPr>
              <w:t>MELDAHLS to PARKERSBURG</w:t>
            </w:r>
          </w:p>
        </w:tc>
        <w:tc>
          <w:tcPr>
            <w:tcW w:type="dxa" w:w="1112"/>
          </w:tcPr>
          <w:p>
            <w:pPr>
              <w:spacing w:after="0"/>
              <w:jc w:val="left"/>
            </w:pPr>
          </w:p>
        </w:tc>
        <w:tc>
          <w:tcPr>
            <w:tcW w:type="dxa" w:w="3052"/>
          </w:tcPr>
          <w:p>
            <w:pPr>
              <w:spacing w:after="0"/>
              <w:jc w:val="left"/>
            </w:pPr>
            <w:r>
              <w:rPr>
                <w:sz w:val="16"/>
              </w:rPr>
              <w:t>B1-c worst recorded: Thunderstorm Wind</w:t>
            </w:r>
          </w:p>
        </w:tc>
      </w:tr>
      <w:tr>
        <w:trPr>
          <w:cantSplit/>
        </w:trPr>
        <w:tc>
          <w:tcPr>
            <w:tcW w:type="dxa" w:w="1037"/>
          </w:tcPr>
          <w:p>
            <w:pPr>
              <w:spacing w:after="0"/>
              <w:jc w:val="left"/>
            </w:pPr>
            <w:r>
              <w:rPr>
                <w:sz w:val="16"/>
              </w:rPr>
              <w:t>2014-05-27</w:t>
            </w:r>
          </w:p>
        </w:tc>
        <w:tc>
          <w:tcPr>
            <w:tcW w:type="dxa" w:w="1215"/>
          </w:tcPr>
          <w:p>
            <w:pPr>
              <w:spacing w:after="0"/>
              <w:jc w:val="left"/>
            </w:pPr>
            <w:r>
              <w:rPr>
                <w:sz w:val="16"/>
              </w:rPr>
              <w:t>Lightning</w:t>
            </w:r>
          </w:p>
        </w:tc>
        <w:tc>
          <w:tcPr>
            <w:tcW w:type="dxa" w:w="1293"/>
          </w:tcPr>
          <w:p>
            <w:pPr>
              <w:spacing w:after="0"/>
              <w:jc w:val="left"/>
            </w:pPr>
          </w:p>
        </w:tc>
        <w:tc>
          <w:tcPr>
            <w:tcW w:type="dxa" w:w="3090"/>
          </w:tcPr>
          <w:p>
            <w:pPr>
              <w:spacing w:after="0"/>
              <w:jc w:val="left"/>
            </w:pPr>
            <w:r>
              <w:rPr>
                <w:sz w:val="16"/>
              </w:rPr>
              <w:t>$125,000 property; $0 crops (2014 dollars)</w:t>
            </w:r>
          </w:p>
        </w:tc>
        <w:tc>
          <w:tcPr>
            <w:tcW w:type="dxa" w:w="945"/>
          </w:tcPr>
          <w:p>
            <w:pPr>
              <w:spacing w:after="0"/>
              <w:jc w:val="right"/>
            </w:pPr>
            <w:r>
              <w:rPr>
                <w:sz w:val="16"/>
              </w:rPr>
              <w:t>0, 0</w:t>
            </w:r>
          </w:p>
        </w:tc>
        <w:tc>
          <w:tcPr>
            <w:tcW w:type="dxa" w:w="2369"/>
          </w:tcPr>
          <w:p>
            <w:pPr>
              <w:spacing w:after="0"/>
              <w:jc w:val="left"/>
            </w:pPr>
            <w:r>
              <w:rPr>
                <w:sz w:val="16"/>
              </w:rPr>
              <w:t>STEWART ARPT</w:t>
            </w:r>
          </w:p>
        </w:tc>
        <w:tc>
          <w:tcPr>
            <w:tcW w:type="dxa" w:w="1112"/>
          </w:tcPr>
          <w:p>
            <w:pPr>
              <w:spacing w:after="0"/>
              <w:jc w:val="left"/>
            </w:pPr>
          </w:p>
        </w:tc>
        <w:tc>
          <w:tcPr>
            <w:tcW w:type="dxa" w:w="3052"/>
          </w:tcPr>
          <w:p>
            <w:pPr>
              <w:spacing w:after="0"/>
              <w:jc w:val="left"/>
            </w:pPr>
            <w:r>
              <w:rPr>
                <w:sz w:val="16"/>
              </w:rPr>
              <w:t>B1-c worst recorded: Lightning</w:t>
            </w:r>
          </w:p>
        </w:tc>
      </w:tr>
      <w:tr>
        <w:trPr>
          <w:cantSplit/>
        </w:trPr>
        <w:tc>
          <w:tcPr>
            <w:tcW w:type="dxa" w:w="1037"/>
          </w:tcPr>
          <w:p>
            <w:pPr>
              <w:spacing w:after="0"/>
              <w:jc w:val="left"/>
            </w:pPr>
            <w:r>
              <w:rPr>
                <w:sz w:val="16"/>
              </w:rPr>
              <w:t>2011-07-20</w:t>
            </w:r>
          </w:p>
        </w:tc>
        <w:tc>
          <w:tcPr>
            <w:tcW w:type="dxa" w:w="1215"/>
          </w:tcPr>
          <w:p>
            <w:pPr>
              <w:spacing w:after="0"/>
              <w:jc w:val="left"/>
            </w:pPr>
            <w:r>
              <w:rPr>
                <w:sz w:val="16"/>
              </w:rPr>
              <w:t>Heat</w:t>
            </w:r>
          </w:p>
        </w:tc>
        <w:tc>
          <w:tcPr>
            <w:tcW w:type="dxa" w:w="1293"/>
          </w:tcPr>
          <w:p>
            <w:pPr>
              <w:spacing w:after="0"/>
              <w:jc w:val="left"/>
            </w:pPr>
          </w:p>
        </w:tc>
        <w:tc>
          <w:tcPr>
            <w:tcW w:type="dxa" w:w="3090"/>
          </w:tcPr>
          <w:p>
            <w:pPr>
              <w:spacing w:after="0"/>
              <w:jc w:val="left"/>
            </w:pPr>
            <w:r>
              <w:rPr>
                <w:sz w:val="16"/>
              </w:rPr>
              <w:t>$0 property; $0 crops (zone total, 2011 dollars)</w:t>
            </w:r>
          </w:p>
        </w:tc>
        <w:tc>
          <w:tcPr>
            <w:tcW w:type="dxa" w:w="945"/>
          </w:tcPr>
          <w:p>
            <w:pPr>
              <w:spacing w:after="0"/>
              <w:jc w:val="right"/>
            </w:pPr>
            <w:r>
              <w:rPr>
                <w:sz w:val="16"/>
              </w:rPr>
              <w:t>0, 0</w:t>
            </w:r>
          </w:p>
        </w:tc>
        <w:tc>
          <w:tcPr>
            <w:tcW w:type="dxa" w:w="2369"/>
          </w:tcPr>
          <w:p>
            <w:pPr>
              <w:spacing w:after="0"/>
              <w:jc w:val="left"/>
            </w:pPr>
            <w:r>
              <w:rPr>
                <w:sz w:val="16"/>
              </w:rPr>
              <w:t>NWS zone WVZ009 (WOOD), zone-level</w:t>
            </w:r>
          </w:p>
        </w:tc>
        <w:tc>
          <w:tcPr>
            <w:tcW w:type="dxa" w:w="1112"/>
          </w:tcPr>
          <w:p>
            <w:pPr>
              <w:spacing w:after="0"/>
              <w:jc w:val="left"/>
            </w:pPr>
          </w:p>
        </w:tc>
        <w:tc>
          <w:tcPr>
            <w:tcW w:type="dxa" w:w="3052"/>
          </w:tcPr>
          <w:p>
            <w:pPr>
              <w:spacing w:after="0"/>
              <w:jc w:val="left"/>
            </w:pPr>
            <w:r>
              <w:rPr>
                <w:sz w:val="16"/>
              </w:rPr>
              <w:t>B1-c worst recorded: Excessive Heat, Heat</w:t>
            </w:r>
          </w:p>
        </w:tc>
      </w:tr>
      <w:tr>
        <w:trPr>
          <w:cantSplit/>
        </w:trPr>
        <w:tc>
          <w:tcPr>
            <w:tcW w:type="dxa" w:w="1037"/>
          </w:tcPr>
          <w:p>
            <w:pPr>
              <w:spacing w:after="0"/>
              <w:jc w:val="left"/>
            </w:pPr>
            <w:r>
              <w:rPr>
                <w:sz w:val="16"/>
              </w:rPr>
              <w:t>2010-09-16</w:t>
            </w:r>
          </w:p>
        </w:tc>
        <w:tc>
          <w:tcPr>
            <w:tcW w:type="dxa" w:w="1215"/>
          </w:tcPr>
          <w:p>
            <w:pPr>
              <w:spacing w:after="0"/>
              <w:jc w:val="left"/>
            </w:pPr>
            <w:r>
              <w:rPr>
                <w:sz w:val="16"/>
              </w:rPr>
              <w:t>Tornado</w:t>
            </w:r>
          </w:p>
        </w:tc>
        <w:tc>
          <w:tcPr>
            <w:tcW w:type="dxa" w:w="1293"/>
          </w:tcPr>
          <w:p>
            <w:pPr>
              <w:spacing w:after="0"/>
              <w:jc w:val="left"/>
            </w:pPr>
            <w:r>
              <w:rPr>
                <w:sz w:val="16"/>
              </w:rPr>
              <w:t>EF3, 6.53 mi within this county, 500 yd wide</w:t>
            </w:r>
          </w:p>
        </w:tc>
        <w:tc>
          <w:tcPr>
            <w:tcW w:type="dxa" w:w="3090"/>
          </w:tcPr>
          <w:p>
            <w:pPr>
              <w:spacing w:after="0"/>
              <w:jc w:val="left"/>
            </w:pPr>
            <w:r>
              <w:rPr>
                <w:sz w:val="16"/>
              </w:rPr>
              <w:t>$1,000,000 property; $0 crops (2010 dollars)</w:t>
            </w:r>
          </w:p>
        </w:tc>
        <w:tc>
          <w:tcPr>
            <w:tcW w:type="dxa" w:w="945"/>
          </w:tcPr>
          <w:p>
            <w:pPr>
              <w:spacing w:after="0"/>
              <w:jc w:val="right"/>
            </w:pPr>
            <w:r>
              <w:rPr>
                <w:sz w:val="16"/>
              </w:rPr>
              <w:t>1, 10</w:t>
            </w:r>
          </w:p>
        </w:tc>
        <w:tc>
          <w:tcPr>
            <w:tcW w:type="dxa" w:w="2369"/>
          </w:tcPr>
          <w:p>
            <w:pPr>
              <w:spacing w:after="0"/>
              <w:jc w:val="left"/>
            </w:pPr>
            <w:r>
              <w:rPr>
                <w:sz w:val="16"/>
              </w:rPr>
              <w:t>HUMPHREY to CALIFORNIA</w:t>
            </w:r>
          </w:p>
        </w:tc>
        <w:tc>
          <w:tcPr>
            <w:tcW w:type="dxa" w:w="1112"/>
          </w:tcPr>
          <w:p>
            <w:pPr>
              <w:spacing w:after="0"/>
              <w:jc w:val="left"/>
            </w:pPr>
          </w:p>
        </w:tc>
        <w:tc>
          <w:tcPr>
            <w:tcW w:type="dxa" w:w="3052"/>
          </w:tcPr>
          <w:p>
            <w:pPr>
              <w:spacing w:after="0"/>
              <w:jc w:val="left"/>
            </w:pPr>
            <w:r>
              <w:rPr>
                <w:sz w:val="16"/>
              </w:rPr>
              <w:t>deaths or injuries recorded</w:t>
            </w:r>
          </w:p>
        </w:tc>
      </w:tr>
      <w:tr>
        <w:trPr>
          <w:cantSplit/>
        </w:trPr>
        <w:tc>
          <w:tcPr>
            <w:tcW w:type="dxa" w:w="1037"/>
          </w:tcPr>
          <w:p>
            <w:pPr>
              <w:spacing w:after="0"/>
              <w:jc w:val="left"/>
            </w:pPr>
            <w:r>
              <w:rPr>
                <w:sz w:val="16"/>
              </w:rPr>
              <w:t>2003-02-14</w:t>
            </w:r>
          </w:p>
        </w:tc>
        <w:tc>
          <w:tcPr>
            <w:tcW w:type="dxa" w:w="1215"/>
          </w:tcPr>
          <w:p>
            <w:pPr>
              <w:spacing w:after="0"/>
              <w:jc w:val="left"/>
            </w:pPr>
            <w:r>
              <w:rPr>
                <w:sz w:val="16"/>
              </w:rPr>
              <w:t>Heavy Snow</w:t>
            </w:r>
          </w:p>
        </w:tc>
        <w:tc>
          <w:tcPr>
            <w:tcW w:type="dxa" w:w="1293"/>
          </w:tcPr>
          <w:p>
            <w:pPr>
              <w:spacing w:after="0"/>
              <w:jc w:val="left"/>
            </w:pPr>
          </w:p>
        </w:tc>
        <w:tc>
          <w:tcPr>
            <w:tcW w:type="dxa" w:w="3090"/>
          </w:tcPr>
          <w:p>
            <w:pPr>
              <w:spacing w:after="0"/>
              <w:jc w:val="left"/>
            </w:pPr>
            <w:r>
              <w:rPr>
                <w:sz w:val="16"/>
              </w:rPr>
              <w:t>$100,000 property; crops not reported (zone total, 2003 dollars)</w:t>
            </w:r>
          </w:p>
        </w:tc>
        <w:tc>
          <w:tcPr>
            <w:tcW w:type="dxa" w:w="945"/>
          </w:tcPr>
          <w:p>
            <w:pPr>
              <w:spacing w:after="0"/>
              <w:jc w:val="right"/>
            </w:pPr>
            <w:r>
              <w:rPr>
                <w:sz w:val="16"/>
              </w:rPr>
              <w:t>0, 0</w:t>
            </w:r>
          </w:p>
        </w:tc>
        <w:tc>
          <w:tcPr>
            <w:tcW w:type="dxa" w:w="2369"/>
          </w:tcPr>
          <w:p>
            <w:pPr>
              <w:spacing w:after="0"/>
              <w:jc w:val="left"/>
            </w:pPr>
            <w:r>
              <w:rPr>
                <w:sz w:val="16"/>
              </w:rPr>
              <w:t>NWS zone WVZ009 (WOOD), zone-level</w:t>
            </w:r>
          </w:p>
        </w:tc>
        <w:tc>
          <w:tcPr>
            <w:tcW w:type="dxa" w:w="1112"/>
          </w:tcPr>
          <w:p>
            <w:pPr>
              <w:spacing w:after="0"/>
              <w:jc w:val="left"/>
            </w:pPr>
          </w:p>
        </w:tc>
        <w:tc>
          <w:tcPr>
            <w:tcW w:type="dxa" w:w="305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2002-03-09</w:t>
            </w:r>
          </w:p>
        </w:tc>
        <w:tc>
          <w:tcPr>
            <w:tcW w:type="dxa" w:w="1215"/>
          </w:tcPr>
          <w:p>
            <w:pPr>
              <w:spacing w:after="0"/>
              <w:jc w:val="left"/>
            </w:pPr>
            <w:r>
              <w:rPr>
                <w:sz w:val="16"/>
              </w:rPr>
              <w:t>High Wind</w:t>
            </w:r>
          </w:p>
        </w:tc>
        <w:tc>
          <w:tcPr>
            <w:tcW w:type="dxa" w:w="1293"/>
          </w:tcPr>
          <w:p>
            <w:pPr>
              <w:spacing w:after="0"/>
              <w:jc w:val="left"/>
            </w:pPr>
            <w:r>
              <w:rPr>
                <w:sz w:val="16"/>
              </w:rPr>
              <w:t>61 kt (70 mph) measured</w:t>
            </w:r>
          </w:p>
        </w:tc>
        <w:tc>
          <w:tcPr>
            <w:tcW w:type="dxa" w:w="3090"/>
          </w:tcPr>
          <w:p>
            <w:pPr>
              <w:spacing w:after="0"/>
              <w:jc w:val="left"/>
            </w:pPr>
            <w:r>
              <w:rPr>
                <w:sz w:val="16"/>
              </w:rPr>
              <w:t>$5,000 property; crops not reported (zone total, 2002 dollars)</w:t>
            </w:r>
          </w:p>
        </w:tc>
        <w:tc>
          <w:tcPr>
            <w:tcW w:type="dxa" w:w="945"/>
          </w:tcPr>
          <w:p>
            <w:pPr>
              <w:spacing w:after="0"/>
              <w:jc w:val="right"/>
            </w:pPr>
            <w:r>
              <w:rPr>
                <w:sz w:val="16"/>
              </w:rPr>
              <w:t>0, 0</w:t>
            </w:r>
          </w:p>
        </w:tc>
        <w:tc>
          <w:tcPr>
            <w:tcW w:type="dxa" w:w="2369"/>
          </w:tcPr>
          <w:p>
            <w:pPr>
              <w:spacing w:after="0"/>
              <w:jc w:val="left"/>
            </w:pPr>
            <w:r>
              <w:rPr>
                <w:sz w:val="16"/>
              </w:rPr>
              <w:t>NWS zone WVZ009 (WOOD), zone-level</w:t>
            </w:r>
          </w:p>
        </w:tc>
        <w:tc>
          <w:tcPr>
            <w:tcW w:type="dxa" w:w="1112"/>
          </w:tcPr>
          <w:p>
            <w:pPr>
              <w:spacing w:after="0"/>
              <w:jc w:val="left"/>
            </w:pPr>
          </w:p>
        </w:tc>
        <w:tc>
          <w:tcPr>
            <w:tcW w:type="dxa" w:w="3052"/>
          </w:tcPr>
          <w:p>
            <w:pPr>
              <w:spacing w:after="0"/>
              <w:jc w:val="left"/>
            </w:pPr>
            <w:r>
              <w:rPr>
                <w:sz w:val="16"/>
              </w:rPr>
              <w:t>B1-c worst recorded: High Wind and Strong Wind</w:t>
            </w:r>
          </w:p>
        </w:tc>
      </w:tr>
      <w:tr>
        <w:trPr>
          <w:cantSplit/>
        </w:trPr>
        <w:tc>
          <w:tcPr>
            <w:tcW w:type="dxa" w:w="1037"/>
          </w:tcPr>
          <w:p>
            <w:pPr>
              <w:spacing w:after="0"/>
              <w:jc w:val="left"/>
            </w:pPr>
            <w:r>
              <w:rPr>
                <w:sz w:val="16"/>
              </w:rPr>
              <w:t>2001-03-01</w:t>
            </w:r>
          </w:p>
        </w:tc>
        <w:tc>
          <w:tcPr>
            <w:tcW w:type="dxa" w:w="1215"/>
          </w:tcPr>
          <w:p>
            <w:pPr>
              <w:spacing w:after="0"/>
              <w:jc w:val="left"/>
            </w:pPr>
            <w:r>
              <w:rPr>
                <w:sz w:val="16"/>
              </w:rPr>
              <w:t>Cold/Wind Chill</w:t>
            </w:r>
          </w:p>
        </w:tc>
        <w:tc>
          <w:tcPr>
            <w:tcW w:type="dxa" w:w="1293"/>
          </w:tcPr>
          <w:p>
            <w:pPr>
              <w:spacing w:after="0"/>
              <w:jc w:val="left"/>
            </w:pPr>
          </w:p>
        </w:tc>
        <w:tc>
          <w:tcPr>
            <w:tcW w:type="dxa" w:w="3090"/>
          </w:tcPr>
          <w:p>
            <w:pPr>
              <w:spacing w:after="0"/>
              <w:jc w:val="left"/>
            </w:pPr>
            <w:r>
              <w:rPr>
                <w:sz w:val="16"/>
              </w:rPr>
              <w:t>damage not reported</w:t>
            </w:r>
          </w:p>
        </w:tc>
        <w:tc>
          <w:tcPr>
            <w:tcW w:type="dxa" w:w="945"/>
          </w:tcPr>
          <w:p>
            <w:pPr>
              <w:spacing w:after="0"/>
              <w:jc w:val="right"/>
            </w:pPr>
            <w:r>
              <w:rPr>
                <w:sz w:val="16"/>
              </w:rPr>
              <w:t>0, 0</w:t>
            </w:r>
          </w:p>
        </w:tc>
        <w:tc>
          <w:tcPr>
            <w:tcW w:type="dxa" w:w="2369"/>
          </w:tcPr>
          <w:p>
            <w:pPr>
              <w:spacing w:after="0"/>
              <w:jc w:val="left"/>
            </w:pPr>
            <w:r>
              <w:rPr>
                <w:sz w:val="16"/>
              </w:rPr>
              <w:t>NWS zone WVZ009 (WOOD), zone-level</w:t>
            </w:r>
          </w:p>
        </w:tc>
        <w:tc>
          <w:tcPr>
            <w:tcW w:type="dxa" w:w="1112"/>
          </w:tcPr>
          <w:p>
            <w:pPr>
              <w:spacing w:after="0"/>
              <w:jc w:val="left"/>
            </w:pPr>
          </w:p>
        </w:tc>
        <w:tc>
          <w:tcPr>
            <w:tcW w:type="dxa" w:w="305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1999-06-01</w:t>
            </w:r>
          </w:p>
        </w:tc>
        <w:tc>
          <w:tcPr>
            <w:tcW w:type="dxa" w:w="1215"/>
          </w:tcPr>
          <w:p>
            <w:pPr>
              <w:spacing w:after="0"/>
              <w:jc w:val="left"/>
            </w:pPr>
            <w:r>
              <w:rPr>
                <w:sz w:val="16"/>
              </w:rPr>
              <w:t>Drought</w:t>
            </w:r>
          </w:p>
        </w:tc>
        <w:tc>
          <w:tcPr>
            <w:tcW w:type="dxa" w:w="1293"/>
          </w:tcPr>
          <w:p>
            <w:pPr>
              <w:spacing w:after="0"/>
              <w:jc w:val="left"/>
            </w:pPr>
          </w:p>
        </w:tc>
        <w:tc>
          <w:tcPr>
            <w:tcW w:type="dxa" w:w="3090"/>
          </w:tcPr>
          <w:p>
            <w:pPr>
              <w:spacing w:after="0"/>
              <w:jc w:val="left"/>
            </w:pPr>
            <w:r>
              <w:rPr>
                <w:sz w:val="16"/>
              </w:rPr>
              <w:t>damage not reported</w:t>
            </w:r>
          </w:p>
        </w:tc>
        <w:tc>
          <w:tcPr>
            <w:tcW w:type="dxa" w:w="945"/>
          </w:tcPr>
          <w:p>
            <w:pPr>
              <w:spacing w:after="0"/>
              <w:jc w:val="right"/>
            </w:pPr>
            <w:r>
              <w:rPr>
                <w:sz w:val="16"/>
              </w:rPr>
              <w:t>0, 0</w:t>
            </w:r>
          </w:p>
        </w:tc>
        <w:tc>
          <w:tcPr>
            <w:tcW w:type="dxa" w:w="2369"/>
          </w:tcPr>
          <w:p>
            <w:pPr>
              <w:spacing w:after="0"/>
              <w:jc w:val="left"/>
            </w:pPr>
            <w:r>
              <w:rPr>
                <w:sz w:val="16"/>
              </w:rPr>
              <w:t>NWS zone WVZ009 (WOOD), zone-level</w:t>
            </w:r>
          </w:p>
        </w:tc>
        <w:tc>
          <w:tcPr>
            <w:tcW w:type="dxa" w:w="1112"/>
          </w:tcPr>
          <w:p>
            <w:pPr>
              <w:spacing w:after="0"/>
              <w:jc w:val="left"/>
            </w:pPr>
          </w:p>
        </w:tc>
        <w:tc>
          <w:tcPr>
            <w:tcW w:type="dxa" w:w="3052"/>
          </w:tcPr>
          <w:p>
            <w:pPr>
              <w:spacing w:after="0"/>
              <w:jc w:val="left"/>
            </w:pPr>
            <w:r>
              <w:rPr>
                <w:sz w:val="16"/>
              </w:rPr>
              <w:t>B1-c worst recorded: Drought</w:t>
            </w:r>
          </w:p>
        </w:tc>
      </w:tr>
      <w:tr>
        <w:trPr>
          <w:cantSplit/>
        </w:trPr>
        <w:tc>
          <w:tcPr>
            <w:tcW w:type="dxa" w:w="1037"/>
          </w:tcPr>
          <w:p>
            <w:pPr>
              <w:spacing w:after="0"/>
              <w:jc w:val="left"/>
            </w:pPr>
            <w:r>
              <w:rPr>
                <w:sz w:val="16"/>
              </w:rPr>
              <w:t>1998-06-28</w:t>
            </w:r>
          </w:p>
        </w:tc>
        <w:tc>
          <w:tcPr>
            <w:tcW w:type="dxa" w:w="1215"/>
          </w:tcPr>
          <w:p>
            <w:pPr>
              <w:spacing w:after="0"/>
              <w:jc w:val="left"/>
            </w:pPr>
            <w:r>
              <w:rPr>
                <w:sz w:val="16"/>
              </w:rPr>
              <w:t>Flash Flood</w:t>
            </w:r>
          </w:p>
        </w:tc>
        <w:tc>
          <w:tcPr>
            <w:tcW w:type="dxa" w:w="1293"/>
          </w:tcPr>
          <w:p>
            <w:pPr>
              <w:spacing w:after="0"/>
              <w:jc w:val="left"/>
            </w:pPr>
          </w:p>
        </w:tc>
        <w:tc>
          <w:tcPr>
            <w:tcW w:type="dxa" w:w="3090"/>
          </w:tcPr>
          <w:p>
            <w:pPr>
              <w:spacing w:after="0"/>
              <w:jc w:val="left"/>
            </w:pPr>
            <w:r>
              <w:rPr>
                <w:sz w:val="16"/>
              </w:rPr>
              <w:t>$4,000,000 property; crops not reported (1998 dollars)</w:t>
            </w:r>
          </w:p>
        </w:tc>
        <w:tc>
          <w:tcPr>
            <w:tcW w:type="dxa" w:w="945"/>
          </w:tcPr>
          <w:p>
            <w:pPr>
              <w:spacing w:after="0"/>
              <w:jc w:val="right"/>
            </w:pPr>
            <w:r>
              <w:rPr>
                <w:sz w:val="16"/>
              </w:rPr>
              <w:t>0, 0</w:t>
            </w:r>
          </w:p>
        </w:tc>
        <w:tc>
          <w:tcPr>
            <w:tcW w:type="dxa" w:w="2369"/>
          </w:tcPr>
          <w:p>
            <w:pPr>
              <w:spacing w:after="0"/>
              <w:jc w:val="left"/>
            </w:pPr>
            <w:r>
              <w:rPr>
                <w:sz w:val="16"/>
              </w:rPr>
              <w:t>COUNTYWIDE</w:t>
            </w:r>
          </w:p>
        </w:tc>
        <w:tc>
          <w:tcPr>
            <w:tcW w:type="dxa" w:w="1112"/>
          </w:tcPr>
          <w:p>
            <w:pPr>
              <w:spacing w:after="0"/>
              <w:jc w:val="left"/>
            </w:pPr>
          </w:p>
        </w:tc>
        <w:tc>
          <w:tcPr>
            <w:tcW w:type="dxa" w:w="3052"/>
          </w:tcPr>
          <w:p>
            <w:pPr>
              <w:spacing w:after="0"/>
              <w:jc w:val="left"/>
            </w:pPr>
            <w:r>
              <w:rPr>
                <w:sz w:val="16"/>
              </w:rPr>
              <w:t>B1-c worst recorded: Flash Flood, Flood, Lakeshore Flood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(618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1.32</w:t>
            </w:r>
          </w:p>
        </w:tc>
        <w:tc>
          <w:tcPr>
            <w:tcW w:type="dxa" w:w="1279"/>
          </w:tcPr>
          <w:p>
            <w:pPr>
              <w:spacing w:after="0"/>
              <w:jc w:val="left"/>
            </w:pPr>
            <w:r>
              <w:rPr>
                <w:sz w:val="16"/>
              </w:rPr>
              <w:t>event-days per year</w:t>
            </w:r>
          </w:p>
        </w:tc>
        <w:tc>
          <w:tcPr>
            <w:tcW w:type="dxa" w:w="1589"/>
          </w:tcPr>
          <w:p>
            <w:pPr>
              <w:spacing w:after="0"/>
              <w:jc w:val="left"/>
            </w:pPr>
            <w:r>
              <w:rPr>
                <w:sz w:val="16"/>
              </w:rPr>
              <w:t>about 1.32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10 of 30 years, 1996 to 2025 (33.3%)</w:t>
            </w:r>
          </w:p>
        </w:tc>
        <w:tc>
          <w:tcPr>
            <w:tcW w:type="dxa" w:w="1524"/>
          </w:tcPr>
          <w:p>
            <w:pPr>
              <w:spacing w:after="0"/>
              <w:jc w:val="right"/>
            </w:pPr>
            <w:r>
              <w:rPr>
                <w:sz w:val="16"/>
              </w:rPr>
              <w:t>25</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2.95</w:t>
            </w:r>
          </w:p>
        </w:tc>
        <w:tc>
          <w:tcPr>
            <w:tcW w:type="dxa" w:w="1279"/>
          </w:tcPr>
          <w:p>
            <w:pPr>
              <w:spacing w:after="0"/>
              <w:jc w:val="left"/>
            </w:pPr>
            <w:r>
              <w:rPr>
                <w:sz w:val="16"/>
              </w:rPr>
              <w:t>event-days per year</w:t>
            </w:r>
          </w:p>
        </w:tc>
        <w:tc>
          <w:tcPr>
            <w:tcW w:type="dxa" w:w="1589"/>
          </w:tcPr>
          <w:p>
            <w:pPr>
              <w:spacing w:after="0"/>
              <w:jc w:val="left"/>
            </w:pPr>
            <w:r>
              <w:rPr>
                <w:sz w:val="16"/>
              </w:rPr>
              <w:t>about 2.95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6 of 30 years, 1996 to 2025 (20%)</w:t>
            </w:r>
          </w:p>
        </w:tc>
        <w:tc>
          <w:tcPr>
            <w:tcW w:type="dxa" w:w="1524"/>
          </w:tcPr>
          <w:p>
            <w:pPr>
              <w:spacing w:after="0"/>
              <w:jc w:val="right"/>
            </w:pPr>
            <w:r>
              <w:rPr>
                <w:sz w:val="16"/>
              </w:rPr>
              <w:t>105</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0.000785</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0.0785%</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2.61</w:t>
            </w:r>
          </w:p>
        </w:tc>
        <w:tc>
          <w:tcPr>
            <w:tcW w:type="dxa" w:w="1279"/>
          </w:tcPr>
          <w:p>
            <w:pPr>
              <w:spacing w:after="0"/>
              <w:jc w:val="left"/>
            </w:pPr>
            <w:r>
              <w:rPr>
                <w:sz w:val="16"/>
              </w:rPr>
              <w:t>events per year</w:t>
            </w:r>
          </w:p>
        </w:tc>
        <w:tc>
          <w:tcPr>
            <w:tcW w:type="dxa" w:w="1589"/>
          </w:tcPr>
          <w:p>
            <w:pPr>
              <w:spacing w:after="0"/>
              <w:jc w:val="left"/>
            </w:pPr>
            <w:r>
              <w:rPr>
                <w:sz w:val="16"/>
              </w:rPr>
              <w:t>about 2.61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99.1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3.53</w:t>
            </w:r>
          </w:p>
        </w:tc>
        <w:tc>
          <w:tcPr>
            <w:tcW w:type="dxa" w:w="1279"/>
          </w:tcPr>
          <w:p>
            <w:pPr>
              <w:spacing w:after="0"/>
              <w:jc w:val="left"/>
            </w:pPr>
            <w:r>
              <w:rPr>
                <w:sz w:val="16"/>
              </w:rPr>
              <w:t>event-days per year</w:t>
            </w:r>
          </w:p>
        </w:tc>
        <w:tc>
          <w:tcPr>
            <w:tcW w:type="dxa" w:w="1589"/>
          </w:tcPr>
          <w:p>
            <w:pPr>
              <w:spacing w:after="0"/>
              <w:jc w:val="left"/>
            </w:pPr>
            <w:r>
              <w:rPr>
                <w:sz w:val="16"/>
              </w:rPr>
              <w:t>about 3.53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8 of 30 years, 1996 to 2025 (26.7%)</w:t>
            </w:r>
          </w:p>
        </w:tc>
        <w:tc>
          <w:tcPr>
            <w:tcW w:type="dxa" w:w="1524"/>
          </w:tcPr>
          <w:p>
            <w:pPr>
              <w:spacing w:after="0"/>
              <w:jc w:val="right"/>
            </w:pPr>
            <w:r>
              <w:rPr>
                <w:sz w:val="16"/>
              </w:rPr>
              <w:t>60</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r>
              <w:rPr>
                <w:sz w:val="16"/>
              </w:rPr>
              <w:t>0.0288</w:t>
            </w:r>
          </w:p>
        </w:tc>
        <w:tc>
          <w:tcPr>
            <w:tcW w:type="dxa" w:w="1279"/>
          </w:tcPr>
          <w:p>
            <w:pPr>
              <w:spacing w:after="0"/>
              <w:jc w:val="left"/>
            </w:pPr>
            <w:r>
              <w:rPr>
                <w:sz w:val="16"/>
              </w:rPr>
              <w:t>events per year</w:t>
            </w:r>
          </w:p>
        </w:tc>
        <w:tc>
          <w:tcPr>
            <w:tcW w:type="dxa" w:w="1589"/>
          </w:tcPr>
          <w:p>
            <w:pPr>
              <w:spacing w:after="0"/>
              <w:jc w:val="left"/>
            </w:pPr>
            <w:r>
              <w:rPr>
                <w:sz w:val="16"/>
              </w:rPr>
              <w:t>about 1 in 35 years</w:t>
            </w:r>
          </w:p>
        </w:tc>
        <w:tc>
          <w:tcPr>
            <w:tcW w:type="dxa" w:w="1037"/>
          </w:tcPr>
          <w:p>
            <w:pPr>
              <w:spacing w:after="0"/>
              <w:jc w:val="left"/>
            </w:pPr>
            <w:r>
              <w:rPr>
                <w:sz w:val="16"/>
              </w:rPr>
              <w:t>Possible</w:t>
            </w:r>
          </w:p>
        </w:tc>
        <w:tc>
          <w:tcPr>
            <w:tcW w:type="dxa" w:w="1994"/>
          </w:tcPr>
          <w:p>
            <w:pPr>
              <w:spacing w:after="0"/>
              <w:jc w:val="left"/>
            </w:pPr>
            <w:r>
              <w:rPr>
                <w:sz w:val="16"/>
              </w:rPr>
              <w:t>FEMA annualized frequency (modeled)</w:t>
            </w:r>
          </w:p>
        </w:tc>
        <w:tc>
          <w:tcPr>
            <w:tcW w:type="dxa" w:w="1524"/>
          </w:tcPr>
          <w:p>
            <w:pPr>
              <w:spacing w:after="0"/>
              <w:jc w:val="right"/>
            </w:pPr>
            <w:r>
              <w:rPr>
                <w:sz w:val="16"/>
              </w:rPr>
              <w:t>10</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0.234</w:t>
            </w:r>
          </w:p>
        </w:tc>
        <w:tc>
          <w:tcPr>
            <w:tcW w:type="dxa" w:w="1279"/>
          </w:tcPr>
          <w:p>
            <w:pPr>
              <w:spacing w:after="0"/>
              <w:jc w:val="left"/>
            </w:pPr>
            <w:r>
              <w:rPr>
                <w:sz w:val="16"/>
              </w:rPr>
              <w:t>event-days per year</w:t>
            </w:r>
          </w:p>
        </w:tc>
        <w:tc>
          <w:tcPr>
            <w:tcW w:type="dxa" w:w="1589"/>
          </w:tcPr>
          <w:p>
            <w:pPr>
              <w:spacing w:after="0"/>
              <w:jc w:val="left"/>
            </w:pPr>
            <w:r>
              <w:rPr>
                <w:sz w:val="16"/>
              </w:rPr>
              <w:t>about 0.234 days per year</w:t>
            </w:r>
          </w:p>
        </w:tc>
        <w:tc>
          <w:tcPr>
            <w:tcW w:type="dxa" w:w="1037"/>
          </w:tcPr>
          <w:p>
            <w:pPr>
              <w:spacing w:after="0"/>
              <w:jc w:val="left"/>
            </w:pPr>
          </w:p>
        </w:tc>
        <w:tc>
          <w:tcPr>
            <w:tcW w:type="dxa" w:w="1994"/>
          </w:tcPr>
          <w:p>
            <w:pPr>
              <w:spacing w:after="0"/>
              <w:jc w:val="left"/>
            </w:pPr>
            <w:r>
              <w:rPr>
                <w:sz w:val="16"/>
              </w:rPr>
              <w:t>Storm Events event-days in 0 of 30 years, 1996 to 2025 (0%)</w:t>
            </w:r>
          </w:p>
        </w:tc>
        <w:tc>
          <w:tcPr>
            <w:tcW w:type="dxa" w:w="1524"/>
          </w:tcPr>
          <w:p>
            <w:pPr>
              <w:spacing w:after="0"/>
              <w:jc w:val="right"/>
            </w:pPr>
            <w:r>
              <w:rPr>
                <w:sz w:val="16"/>
              </w:rPr>
              <w:t>17</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1.89</w:t>
            </w:r>
          </w:p>
        </w:tc>
        <w:tc>
          <w:tcPr>
            <w:tcW w:type="dxa" w:w="1279"/>
          </w:tcPr>
          <w:p>
            <w:pPr>
              <w:spacing w:after="0"/>
              <w:jc w:val="left"/>
            </w:pPr>
            <w:r>
              <w:rPr>
                <w:sz w:val="16"/>
              </w:rPr>
              <w:t>event-days per year</w:t>
            </w:r>
          </w:p>
        </w:tc>
        <w:tc>
          <w:tcPr>
            <w:tcW w:type="dxa" w:w="1589"/>
          </w:tcPr>
          <w:p>
            <w:pPr>
              <w:spacing w:after="0"/>
              <w:jc w:val="left"/>
            </w:pPr>
            <w:r>
              <w:rPr>
                <w:sz w:val="16"/>
              </w:rPr>
              <w:t>about 1.89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22 of 30 years, 1996 to 2025 (73.3%)</w:t>
            </w:r>
          </w:p>
        </w:tc>
        <w:tc>
          <w:tcPr>
            <w:tcW w:type="dxa" w:w="1524"/>
          </w:tcPr>
          <w:p>
            <w:pPr>
              <w:spacing w:after="0"/>
              <w:jc w:val="right"/>
            </w:pPr>
            <w:r>
              <w:rPr>
                <w:sz w:val="16"/>
              </w:rPr>
              <w:t>53</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0.805</w:t>
            </w:r>
          </w:p>
        </w:tc>
        <w:tc>
          <w:tcPr>
            <w:tcW w:type="dxa" w:w="1279"/>
          </w:tcPr>
          <w:p>
            <w:pPr>
              <w:spacing w:after="0"/>
              <w:jc w:val="left"/>
            </w:pPr>
            <w:r>
              <w:rPr>
                <w:sz w:val="16"/>
              </w:rPr>
              <w:t>events per year (modeled)</w:t>
            </w:r>
          </w:p>
        </w:tc>
        <w:tc>
          <w:tcPr>
            <w:tcW w:type="dxa" w:w="1589"/>
          </w:tcPr>
          <w:p>
            <w:pPr>
              <w:spacing w:after="0"/>
              <w:jc w:val="left"/>
            </w:pPr>
            <w:r>
              <w:rPr>
                <w:sz w:val="16"/>
              </w:rPr>
              <w:t>about 0.8 per year</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46.6</w:t>
            </w:r>
          </w:p>
        </w:tc>
        <w:tc>
          <w:tcPr>
            <w:tcW w:type="dxa" w:w="1279"/>
          </w:tcPr>
          <w:p>
            <w:pPr>
              <w:spacing w:after="0"/>
              <w:jc w:val="left"/>
            </w:pPr>
            <w:r>
              <w:rPr>
                <w:sz w:val="16"/>
              </w:rPr>
              <w:t>days per year with a strike</w:t>
            </w:r>
          </w:p>
        </w:tc>
        <w:tc>
          <w:tcPr>
            <w:tcW w:type="dxa" w:w="1589"/>
          </w:tcPr>
          <w:p>
            <w:pPr>
              <w:spacing w:after="0"/>
              <w:jc w:val="left"/>
            </w:pPr>
            <w:r>
              <w:rPr>
                <w:sz w:val="16"/>
              </w:rPr>
              <w:t>about 46.6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0.863</w:t>
            </w:r>
          </w:p>
        </w:tc>
        <w:tc>
          <w:tcPr>
            <w:tcW w:type="dxa" w:w="1279"/>
          </w:tcPr>
          <w:p>
            <w:pPr>
              <w:spacing w:after="0"/>
              <w:jc w:val="left"/>
            </w:pPr>
            <w:r>
              <w:rPr>
                <w:sz w:val="16"/>
              </w:rPr>
              <w:t>events per year</w:t>
            </w:r>
          </w:p>
        </w:tc>
        <w:tc>
          <w:tcPr>
            <w:tcW w:type="dxa" w:w="1589"/>
          </w:tcPr>
          <w:p>
            <w:pPr>
              <w:spacing w:after="0"/>
              <w:jc w:val="left"/>
            </w:pPr>
            <w:r>
              <w:rPr>
                <w:sz w:val="16"/>
              </w:rPr>
              <w:t>about 0.86 per year</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33</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0.0597</w:t>
            </w:r>
          </w:p>
        </w:tc>
        <w:tc>
          <w:tcPr>
            <w:tcW w:type="dxa" w:w="1279"/>
          </w:tcPr>
          <w:p>
            <w:pPr>
              <w:spacing w:after="0"/>
              <w:jc w:val="left"/>
            </w:pPr>
            <w:r>
              <w:rPr>
                <w:sz w:val="16"/>
              </w:rPr>
              <w:t>events per year</w:t>
            </w:r>
          </w:p>
        </w:tc>
        <w:tc>
          <w:tcPr>
            <w:tcW w:type="dxa" w:w="1589"/>
          </w:tcPr>
          <w:p>
            <w:pPr>
              <w:spacing w:after="0"/>
              <w:jc w:val="left"/>
            </w:pPr>
            <w:r>
              <w:rPr>
                <w:sz w:val="16"/>
              </w:rPr>
              <w:t>about 1 in 17 years</w:t>
            </w:r>
          </w:p>
        </w:tc>
        <w:tc>
          <w:tcPr>
            <w:tcW w:type="dxa" w:w="1037"/>
          </w:tcPr>
          <w:p>
            <w:pPr>
              <w:spacing w:after="0"/>
              <w:jc w:val="left"/>
            </w:pPr>
            <w:r>
              <w:rPr>
                <w:sz w:val="16"/>
              </w:rPr>
              <w:t>Possible</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0.0000533</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0.00533%</w:t>
            </w:r>
          </w:p>
        </w:tc>
        <w:tc>
          <w:tcPr>
            <w:tcW w:type="dxa" w:w="1037"/>
          </w:tcPr>
          <w:p>
            <w:pPr>
              <w:spacing w:after="0"/>
              <w:jc w:val="left"/>
            </w:pPr>
          </w:p>
        </w:tc>
        <w:tc>
          <w:tcPr>
            <w:tcW w:type="dxa" w:w="1994"/>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8.26</w:t>
            </w:r>
          </w:p>
        </w:tc>
        <w:tc>
          <w:tcPr>
            <w:tcW w:type="dxa" w:w="1279"/>
          </w:tcPr>
          <w:p>
            <w:pPr>
              <w:spacing w:after="0"/>
              <w:jc w:val="left"/>
            </w:pPr>
            <w:r>
              <w:rPr>
                <w:sz w:val="16"/>
              </w:rPr>
              <w:t>event-days per year</w:t>
            </w:r>
          </w:p>
        </w:tc>
        <w:tc>
          <w:tcPr>
            <w:tcW w:type="dxa" w:w="1589"/>
          </w:tcPr>
          <w:p>
            <w:pPr>
              <w:spacing w:after="0"/>
              <w:jc w:val="left"/>
            </w:pPr>
            <w:r>
              <w:rPr>
                <w:sz w:val="16"/>
              </w:rPr>
              <w:t>about 8.26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23 of 30 years, 1996 to 2025 (76.7%)</w:t>
            </w:r>
          </w:p>
        </w:tc>
        <w:tc>
          <w:tcPr>
            <w:tcW w:type="dxa" w:w="1524"/>
          </w:tcPr>
          <w:p>
            <w:pPr>
              <w:spacing w:after="0"/>
              <w:jc w:val="right"/>
            </w:pPr>
            <w:r>
              <w:rPr>
                <w:sz w:val="16"/>
              </w:rPr>
              <w:t>157</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42</w:t>
            </w:r>
          </w:p>
        </w:tc>
        <w:tc>
          <w:tcPr>
            <w:tcW w:type="dxa" w:w="1381"/>
          </w:tcPr>
          <w:p>
            <w:pPr>
              <w:spacing w:after="0"/>
              <w:jc w:val="right"/>
            </w:pPr>
            <w:r>
              <w:rPr>
                <w:sz w:val="16"/>
              </w:rPr>
              <w:t>30</w:t>
            </w:r>
          </w:p>
        </w:tc>
        <w:tc>
          <w:tcPr>
            <w:tcW w:type="dxa" w:w="1381"/>
          </w:tcPr>
          <w:p>
            <w:pPr>
              <w:spacing w:after="0"/>
              <w:jc w:val="right"/>
            </w:pPr>
            <w:r>
              <w:rPr>
                <w:sz w:val="16"/>
              </w:rPr>
              <w:t>1.4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123</w:t>
            </w:r>
          </w:p>
        </w:tc>
        <w:tc>
          <w:tcPr>
            <w:tcW w:type="dxa" w:w="1381"/>
          </w:tcPr>
          <w:p>
            <w:pPr>
              <w:spacing w:after="0"/>
              <w:jc w:val="right"/>
            </w:pPr>
            <w:r>
              <w:rPr>
                <w:sz w:val="16"/>
              </w:rPr>
              <w:t>30</w:t>
            </w:r>
          </w:p>
        </w:tc>
        <w:tc>
          <w:tcPr>
            <w:tcW w:type="dxa" w:w="1381"/>
          </w:tcPr>
          <w:p>
            <w:pPr>
              <w:spacing w:after="0"/>
              <w:jc w:val="right"/>
            </w:pPr>
            <w:r>
              <w:rPr>
                <w:sz w:val="16"/>
              </w:rPr>
              <w:t>4.1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48</w:t>
            </w:r>
          </w:p>
        </w:tc>
        <w:tc>
          <w:tcPr>
            <w:tcW w:type="dxa" w:w="1381"/>
          </w:tcPr>
          <w:p>
            <w:pPr>
              <w:spacing w:after="0"/>
              <w:jc w:val="right"/>
            </w:pPr>
            <w:r>
              <w:rPr>
                <w:sz w:val="16"/>
              </w:rPr>
              <w:t>30</w:t>
            </w:r>
          </w:p>
        </w:tc>
        <w:tc>
          <w:tcPr>
            <w:tcW w:type="dxa" w:w="1381"/>
          </w:tcPr>
          <w:p>
            <w:pPr>
              <w:spacing w:after="0"/>
              <w:jc w:val="right"/>
            </w:pPr>
            <w:r>
              <w:rPr>
                <w:sz w:val="16"/>
              </w:rPr>
              <w:t>1.6</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Cold Wave</w:t>
            </w:r>
          </w:p>
        </w:tc>
        <w:tc>
          <w:tcPr>
            <w:tcW w:type="dxa" w:w="1399"/>
          </w:tcPr>
          <w:p>
            <w:pPr>
              <w:spacing w:after="0"/>
              <w:jc w:val="right"/>
            </w:pPr>
            <w:r>
              <w:rPr>
                <w:sz w:val="16"/>
              </w:rPr>
              <w:t>28 of 28</w:t>
            </w:r>
          </w:p>
        </w:tc>
        <w:tc>
          <w:tcPr>
            <w:tcW w:type="dxa" w:w="1056"/>
          </w:tcPr>
          <w:p>
            <w:pPr>
              <w:spacing w:after="0"/>
              <w:jc w:val="right"/>
            </w:pPr>
            <w:r>
              <w:rPr>
                <w:sz w:val="16"/>
              </w:rPr>
              <w:t>17.2</w:t>
            </w:r>
          </w:p>
        </w:tc>
        <w:tc>
          <w:tcPr>
            <w:tcW w:type="dxa" w:w="1108"/>
          </w:tcPr>
          <w:p>
            <w:pPr>
              <w:spacing w:after="0"/>
              <w:jc w:val="right"/>
            </w:pPr>
            <w:r>
              <w:rPr>
                <w:sz w:val="16"/>
              </w:rPr>
              <w:t>21.3</w:t>
            </w:r>
          </w:p>
        </w:tc>
        <w:tc>
          <w:tcPr>
            <w:tcW w:type="dxa" w:w="1056"/>
          </w:tcPr>
          <w:p>
            <w:pPr>
              <w:spacing w:after="0"/>
              <w:jc w:val="right"/>
            </w:pPr>
            <w:r>
              <w:rPr>
                <w:sz w:val="16"/>
              </w:rPr>
              <w:t>25.3</w:t>
            </w:r>
          </w:p>
        </w:tc>
        <w:tc>
          <w:tcPr>
            <w:tcW w:type="dxa" w:w="7802"/>
          </w:tcPr>
          <w:p>
            <w:pPr>
              <w:spacing w:after="0"/>
              <w:jc w:val="left"/>
            </w:pPr>
            <w:r>
              <w:rPr>
                <w:sz w:val="16"/>
              </w:rPr>
              <w:t>Relatively Low 22, Very Low 6</w:t>
            </w:r>
          </w:p>
        </w:tc>
      </w:tr>
      <w:tr>
        <w:trPr>
          <w:cantSplit/>
        </w:trPr>
        <w:tc>
          <w:tcPr>
            <w:tcW w:type="dxa" w:w="1690"/>
          </w:tcPr>
          <w:p>
            <w:pPr>
              <w:spacing w:after="0"/>
              <w:jc w:val="left"/>
            </w:pPr>
            <w:r>
              <w:rPr>
                <w:sz w:val="16"/>
              </w:rPr>
              <w:t>Drought</w:t>
            </w:r>
          </w:p>
        </w:tc>
        <w:tc>
          <w:tcPr>
            <w:tcW w:type="dxa" w:w="1399"/>
          </w:tcPr>
          <w:p>
            <w:pPr>
              <w:spacing w:after="0"/>
              <w:jc w:val="right"/>
            </w:pPr>
            <w:r>
              <w:rPr>
                <w:sz w:val="16"/>
              </w:rPr>
              <w:t>8 of 28</w:t>
            </w:r>
          </w:p>
        </w:tc>
        <w:tc>
          <w:tcPr>
            <w:tcW w:type="dxa" w:w="1056"/>
          </w:tcPr>
          <w:p>
            <w:pPr>
              <w:spacing w:after="0"/>
              <w:jc w:val="right"/>
            </w:pPr>
            <w:r>
              <w:rPr>
                <w:sz w:val="16"/>
              </w:rPr>
              <w:t>69.9</w:t>
            </w:r>
          </w:p>
        </w:tc>
        <w:tc>
          <w:tcPr>
            <w:tcW w:type="dxa" w:w="1108"/>
          </w:tcPr>
          <w:p>
            <w:pPr>
              <w:spacing w:after="0"/>
              <w:jc w:val="right"/>
            </w:pPr>
            <w:r>
              <w:rPr>
                <w:sz w:val="16"/>
              </w:rPr>
              <w:t>80.4</w:t>
            </w:r>
          </w:p>
        </w:tc>
        <w:tc>
          <w:tcPr>
            <w:tcW w:type="dxa" w:w="1056"/>
          </w:tcPr>
          <w:p>
            <w:pPr>
              <w:spacing w:after="0"/>
              <w:jc w:val="right"/>
            </w:pPr>
            <w:r>
              <w:rPr>
                <w:sz w:val="16"/>
              </w:rPr>
              <w:t>87.7</w:t>
            </w:r>
          </w:p>
        </w:tc>
        <w:tc>
          <w:tcPr>
            <w:tcW w:type="dxa" w:w="7802"/>
          </w:tcPr>
          <w:p>
            <w:pPr>
              <w:spacing w:after="0"/>
              <w:jc w:val="left"/>
            </w:pPr>
            <w:r>
              <w:rPr>
                <w:sz w:val="16"/>
              </w:rPr>
              <w:t>Relatively Low 5, Very Low 3, No Rating 20</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28 of 28</w:t>
            </w:r>
          </w:p>
        </w:tc>
        <w:tc>
          <w:tcPr>
            <w:tcW w:type="dxa" w:w="1056"/>
          </w:tcPr>
          <w:p>
            <w:pPr>
              <w:spacing w:after="0"/>
              <w:jc w:val="right"/>
            </w:pPr>
            <w:r>
              <w:rPr>
                <w:sz w:val="16"/>
              </w:rPr>
              <w:t>10.7</w:t>
            </w:r>
          </w:p>
        </w:tc>
        <w:tc>
          <w:tcPr>
            <w:tcW w:type="dxa" w:w="1108"/>
          </w:tcPr>
          <w:p>
            <w:pPr>
              <w:spacing w:after="0"/>
              <w:jc w:val="right"/>
            </w:pPr>
            <w:r>
              <w:rPr>
                <w:sz w:val="16"/>
              </w:rPr>
              <w:t>24.2</w:t>
            </w:r>
          </w:p>
        </w:tc>
        <w:tc>
          <w:tcPr>
            <w:tcW w:type="dxa" w:w="1056"/>
          </w:tcPr>
          <w:p>
            <w:pPr>
              <w:spacing w:after="0"/>
              <w:jc w:val="right"/>
            </w:pPr>
            <w:r>
              <w:rPr>
                <w:sz w:val="16"/>
              </w:rPr>
              <w:t>50.9</w:t>
            </w:r>
          </w:p>
        </w:tc>
        <w:tc>
          <w:tcPr>
            <w:tcW w:type="dxa" w:w="7802"/>
          </w:tcPr>
          <w:p>
            <w:pPr>
              <w:spacing w:after="0"/>
              <w:jc w:val="left"/>
            </w:pPr>
            <w:r>
              <w:rPr>
                <w:sz w:val="16"/>
              </w:rPr>
              <w:t>Relatively Low 4, Very Low 24</w:t>
            </w:r>
          </w:p>
        </w:tc>
      </w:tr>
      <w:tr>
        <w:trPr>
          <w:cantSplit/>
        </w:trPr>
        <w:tc>
          <w:tcPr>
            <w:tcW w:type="dxa" w:w="1690"/>
          </w:tcPr>
          <w:p>
            <w:pPr>
              <w:spacing w:after="0"/>
              <w:jc w:val="left"/>
            </w:pPr>
            <w:r>
              <w:rPr>
                <w:sz w:val="16"/>
              </w:rPr>
              <w:t>Hail</w:t>
            </w:r>
          </w:p>
        </w:tc>
        <w:tc>
          <w:tcPr>
            <w:tcW w:type="dxa" w:w="1399"/>
          </w:tcPr>
          <w:p>
            <w:pPr>
              <w:spacing w:after="0"/>
              <w:jc w:val="right"/>
            </w:pPr>
            <w:r>
              <w:rPr>
                <w:sz w:val="16"/>
              </w:rPr>
              <w:t>28 of 28</w:t>
            </w:r>
          </w:p>
        </w:tc>
        <w:tc>
          <w:tcPr>
            <w:tcW w:type="dxa" w:w="1056"/>
          </w:tcPr>
          <w:p>
            <w:pPr>
              <w:spacing w:after="0"/>
              <w:jc w:val="right"/>
            </w:pPr>
            <w:r>
              <w:rPr>
                <w:sz w:val="16"/>
              </w:rPr>
              <w:t>30.2</w:t>
            </w:r>
          </w:p>
        </w:tc>
        <w:tc>
          <w:tcPr>
            <w:tcW w:type="dxa" w:w="1108"/>
          </w:tcPr>
          <w:p>
            <w:pPr>
              <w:spacing w:after="0"/>
              <w:jc w:val="right"/>
            </w:pPr>
            <w:r>
              <w:rPr>
                <w:sz w:val="16"/>
              </w:rPr>
              <w:t>60.4</w:t>
            </w:r>
          </w:p>
        </w:tc>
        <w:tc>
          <w:tcPr>
            <w:tcW w:type="dxa" w:w="1056"/>
          </w:tcPr>
          <w:p>
            <w:pPr>
              <w:spacing w:after="0"/>
              <w:jc w:val="right"/>
            </w:pPr>
            <w:r>
              <w:rPr>
                <w:sz w:val="16"/>
              </w:rPr>
              <w:t>72.9</w:t>
            </w:r>
          </w:p>
        </w:tc>
        <w:tc>
          <w:tcPr>
            <w:tcW w:type="dxa" w:w="7802"/>
          </w:tcPr>
          <w:p>
            <w:pPr>
              <w:spacing w:after="0"/>
              <w:jc w:val="left"/>
            </w:pPr>
            <w:r>
              <w:rPr>
                <w:sz w:val="16"/>
              </w:rPr>
              <w:t>Relatively Moderate 4, Relatively Low 23, Very Low 1</w:t>
            </w:r>
          </w:p>
        </w:tc>
      </w:tr>
      <w:tr>
        <w:trPr>
          <w:cantSplit/>
        </w:trPr>
        <w:tc>
          <w:tcPr>
            <w:tcW w:type="dxa" w:w="1690"/>
          </w:tcPr>
          <w:p>
            <w:pPr>
              <w:spacing w:after="0"/>
              <w:jc w:val="left"/>
            </w:pPr>
            <w:r>
              <w:rPr>
                <w:sz w:val="16"/>
              </w:rPr>
              <w:t>Heat Wave</w:t>
            </w:r>
          </w:p>
        </w:tc>
        <w:tc>
          <w:tcPr>
            <w:tcW w:type="dxa" w:w="1399"/>
          </w:tcPr>
          <w:p>
            <w:pPr>
              <w:spacing w:after="0"/>
              <w:jc w:val="right"/>
            </w:pPr>
            <w:r>
              <w:rPr>
                <w:sz w:val="16"/>
              </w:rPr>
              <w:t>28 of 28</w:t>
            </w:r>
          </w:p>
        </w:tc>
        <w:tc>
          <w:tcPr>
            <w:tcW w:type="dxa" w:w="1056"/>
          </w:tcPr>
          <w:p>
            <w:pPr>
              <w:spacing w:after="0"/>
              <w:jc w:val="right"/>
            </w:pPr>
            <w:r>
              <w:rPr>
                <w:sz w:val="16"/>
              </w:rPr>
              <w:t>8.9</w:t>
            </w:r>
          </w:p>
        </w:tc>
        <w:tc>
          <w:tcPr>
            <w:tcW w:type="dxa" w:w="1108"/>
          </w:tcPr>
          <w:p>
            <w:pPr>
              <w:spacing w:after="0"/>
              <w:jc w:val="right"/>
            </w:pPr>
            <w:r>
              <w:rPr>
                <w:sz w:val="16"/>
              </w:rPr>
              <w:t>39.6</w:t>
            </w:r>
          </w:p>
        </w:tc>
        <w:tc>
          <w:tcPr>
            <w:tcW w:type="dxa" w:w="1056"/>
          </w:tcPr>
          <w:p>
            <w:pPr>
              <w:spacing w:after="0"/>
              <w:jc w:val="right"/>
            </w:pPr>
            <w:r>
              <w:rPr>
                <w:sz w:val="16"/>
              </w:rPr>
              <w:t>62.9</w:t>
            </w:r>
          </w:p>
        </w:tc>
        <w:tc>
          <w:tcPr>
            <w:tcW w:type="dxa" w:w="7802"/>
          </w:tcPr>
          <w:p>
            <w:pPr>
              <w:spacing w:after="0"/>
              <w:jc w:val="left"/>
            </w:pPr>
            <w:r>
              <w:rPr>
                <w:sz w:val="16"/>
              </w:rPr>
              <w:t>Relatively Moderate 2, Relatively Low 23, Very Low 3</w:t>
            </w:r>
          </w:p>
        </w:tc>
      </w:tr>
      <w:tr>
        <w:trPr>
          <w:cantSplit/>
        </w:trPr>
        <w:tc>
          <w:tcPr>
            <w:tcW w:type="dxa" w:w="1690"/>
          </w:tcPr>
          <w:p>
            <w:pPr>
              <w:spacing w:after="0"/>
              <w:jc w:val="left"/>
            </w:pPr>
            <w:r>
              <w:rPr>
                <w:sz w:val="16"/>
              </w:rPr>
              <w:t>Hurricane</w:t>
            </w:r>
          </w:p>
        </w:tc>
        <w:tc>
          <w:tcPr>
            <w:tcW w:type="dxa" w:w="1399"/>
          </w:tcPr>
          <w:p>
            <w:pPr>
              <w:spacing w:after="0"/>
              <w:jc w:val="right"/>
            </w:pPr>
            <w:r>
              <w:rPr>
                <w:sz w:val="16"/>
              </w:rPr>
              <w:t>28 of 28</w:t>
            </w:r>
          </w:p>
        </w:tc>
        <w:tc>
          <w:tcPr>
            <w:tcW w:type="dxa" w:w="1056"/>
          </w:tcPr>
          <w:p>
            <w:pPr>
              <w:spacing w:after="0"/>
              <w:jc w:val="right"/>
            </w:pPr>
            <w:r>
              <w:rPr>
                <w:sz w:val="16"/>
              </w:rPr>
              <w:t>35.9</w:t>
            </w:r>
          </w:p>
        </w:tc>
        <w:tc>
          <w:tcPr>
            <w:tcW w:type="dxa" w:w="1108"/>
          </w:tcPr>
          <w:p>
            <w:pPr>
              <w:spacing w:after="0"/>
              <w:jc w:val="right"/>
            </w:pPr>
            <w:r>
              <w:rPr>
                <w:sz w:val="16"/>
              </w:rPr>
              <w:t>50.1</w:t>
            </w:r>
          </w:p>
        </w:tc>
        <w:tc>
          <w:tcPr>
            <w:tcW w:type="dxa" w:w="1056"/>
          </w:tcPr>
          <w:p>
            <w:pPr>
              <w:spacing w:after="0"/>
              <w:jc w:val="right"/>
            </w:pPr>
            <w:r>
              <w:rPr>
                <w:sz w:val="16"/>
              </w:rPr>
              <w:t>55.0</w:t>
            </w:r>
          </w:p>
        </w:tc>
        <w:tc>
          <w:tcPr>
            <w:tcW w:type="dxa" w:w="7802"/>
          </w:tcPr>
          <w:p>
            <w:pPr>
              <w:spacing w:after="0"/>
              <w:jc w:val="left"/>
            </w:pPr>
            <w:r>
              <w:rPr>
                <w:sz w:val="16"/>
              </w:rPr>
              <w:t>Relatively Low 9, Very Low 19</w:t>
            </w:r>
          </w:p>
        </w:tc>
      </w:tr>
      <w:tr>
        <w:trPr>
          <w:cantSplit/>
        </w:trPr>
        <w:tc>
          <w:tcPr>
            <w:tcW w:type="dxa" w:w="1690"/>
          </w:tcPr>
          <w:p>
            <w:pPr>
              <w:spacing w:after="0"/>
              <w:jc w:val="left"/>
            </w:pPr>
            <w:r>
              <w:rPr>
                <w:sz w:val="16"/>
              </w:rPr>
              <w:t>Ice Storm</w:t>
            </w:r>
          </w:p>
        </w:tc>
        <w:tc>
          <w:tcPr>
            <w:tcW w:type="dxa" w:w="1399"/>
          </w:tcPr>
          <w:p>
            <w:pPr>
              <w:spacing w:after="0"/>
              <w:jc w:val="right"/>
            </w:pPr>
            <w:r>
              <w:rPr>
                <w:sz w:val="16"/>
              </w:rPr>
              <w:t>28 of 28</w:t>
            </w:r>
          </w:p>
        </w:tc>
        <w:tc>
          <w:tcPr>
            <w:tcW w:type="dxa" w:w="1056"/>
          </w:tcPr>
          <w:p>
            <w:pPr>
              <w:spacing w:after="0"/>
              <w:jc w:val="right"/>
            </w:pPr>
            <w:r>
              <w:rPr>
                <w:sz w:val="16"/>
              </w:rPr>
              <w:t>15.1</w:t>
            </w:r>
          </w:p>
        </w:tc>
        <w:tc>
          <w:tcPr>
            <w:tcW w:type="dxa" w:w="1108"/>
          </w:tcPr>
          <w:p>
            <w:pPr>
              <w:spacing w:after="0"/>
              <w:jc w:val="right"/>
            </w:pPr>
            <w:r>
              <w:rPr>
                <w:sz w:val="16"/>
              </w:rPr>
              <w:t>61.9</w:t>
            </w:r>
          </w:p>
        </w:tc>
        <w:tc>
          <w:tcPr>
            <w:tcW w:type="dxa" w:w="1056"/>
          </w:tcPr>
          <w:p>
            <w:pPr>
              <w:spacing w:after="0"/>
              <w:jc w:val="right"/>
            </w:pPr>
            <w:r>
              <w:rPr>
                <w:sz w:val="16"/>
              </w:rPr>
              <w:t>89.4</w:t>
            </w:r>
          </w:p>
        </w:tc>
        <w:tc>
          <w:tcPr>
            <w:tcW w:type="dxa" w:w="7802"/>
          </w:tcPr>
          <w:p>
            <w:pPr>
              <w:spacing w:after="0"/>
              <w:jc w:val="left"/>
            </w:pPr>
            <w:r>
              <w:rPr>
                <w:sz w:val="16"/>
              </w:rPr>
              <w:t>Relatively Moderate 10, Relatively Low 17, Very Low 1</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28 of 28</w:t>
            </w:r>
          </w:p>
        </w:tc>
        <w:tc>
          <w:tcPr>
            <w:tcW w:type="dxa" w:w="1056"/>
          </w:tcPr>
          <w:p>
            <w:pPr>
              <w:spacing w:after="0"/>
              <w:jc w:val="right"/>
            </w:pPr>
            <w:r>
              <w:rPr>
                <w:sz w:val="16"/>
              </w:rPr>
              <w:t>16.1</w:t>
            </w:r>
          </w:p>
        </w:tc>
        <w:tc>
          <w:tcPr>
            <w:tcW w:type="dxa" w:w="1108"/>
          </w:tcPr>
          <w:p>
            <w:pPr>
              <w:spacing w:after="0"/>
              <w:jc w:val="right"/>
            </w:pPr>
            <w:r>
              <w:rPr>
                <w:sz w:val="16"/>
              </w:rPr>
              <w:t>84.2</w:t>
            </w:r>
          </w:p>
        </w:tc>
        <w:tc>
          <w:tcPr>
            <w:tcW w:type="dxa" w:w="1056"/>
          </w:tcPr>
          <w:p>
            <w:pPr>
              <w:spacing w:after="0"/>
              <w:jc w:val="right"/>
            </w:pPr>
            <w:r>
              <w:rPr>
                <w:sz w:val="16"/>
              </w:rPr>
              <w:t>99.5</w:t>
            </w:r>
          </w:p>
        </w:tc>
        <w:tc>
          <w:tcPr>
            <w:tcW w:type="dxa" w:w="7802"/>
          </w:tcPr>
          <w:p>
            <w:pPr>
              <w:spacing w:after="0"/>
              <w:jc w:val="left"/>
            </w:pPr>
            <w:r>
              <w:rPr>
                <w:sz w:val="16"/>
              </w:rPr>
              <w:t>Very High 4, Relatively High 12, Relatively Moderate 5, Relatively Low 7</w:t>
            </w:r>
          </w:p>
        </w:tc>
      </w:tr>
      <w:tr>
        <w:trPr>
          <w:cantSplit/>
        </w:trPr>
        <w:tc>
          <w:tcPr>
            <w:tcW w:type="dxa" w:w="1690"/>
          </w:tcPr>
          <w:p>
            <w:pPr>
              <w:spacing w:after="0"/>
              <w:jc w:val="left"/>
            </w:pPr>
            <w:r>
              <w:rPr>
                <w:sz w:val="16"/>
              </w:rPr>
              <w:t>Landslide</w:t>
            </w:r>
          </w:p>
        </w:tc>
        <w:tc>
          <w:tcPr>
            <w:tcW w:type="dxa" w:w="1399"/>
          </w:tcPr>
          <w:p>
            <w:pPr>
              <w:spacing w:after="0"/>
              <w:jc w:val="right"/>
            </w:pPr>
            <w:r>
              <w:rPr>
                <w:sz w:val="16"/>
              </w:rPr>
              <w:t>28 of 28</w:t>
            </w:r>
          </w:p>
        </w:tc>
        <w:tc>
          <w:tcPr>
            <w:tcW w:type="dxa" w:w="1056"/>
          </w:tcPr>
          <w:p>
            <w:pPr>
              <w:spacing w:after="0"/>
              <w:jc w:val="right"/>
            </w:pPr>
            <w:r>
              <w:rPr>
                <w:sz w:val="16"/>
              </w:rPr>
              <w:t>18.1</w:t>
            </w:r>
          </w:p>
        </w:tc>
        <w:tc>
          <w:tcPr>
            <w:tcW w:type="dxa" w:w="1108"/>
          </w:tcPr>
          <w:p>
            <w:pPr>
              <w:spacing w:after="0"/>
              <w:jc w:val="right"/>
            </w:pPr>
            <w:r>
              <w:rPr>
                <w:sz w:val="16"/>
              </w:rPr>
              <w:t>68.0</w:t>
            </w:r>
          </w:p>
        </w:tc>
        <w:tc>
          <w:tcPr>
            <w:tcW w:type="dxa" w:w="1056"/>
          </w:tcPr>
          <w:p>
            <w:pPr>
              <w:spacing w:after="0"/>
              <w:jc w:val="right"/>
            </w:pPr>
            <w:r>
              <w:rPr>
                <w:sz w:val="16"/>
              </w:rPr>
              <w:t>98.1</w:t>
            </w:r>
          </w:p>
        </w:tc>
        <w:tc>
          <w:tcPr>
            <w:tcW w:type="dxa" w:w="7802"/>
          </w:tcPr>
          <w:p>
            <w:pPr>
              <w:spacing w:after="0"/>
              <w:jc w:val="left"/>
            </w:pPr>
            <w:r>
              <w:rPr>
                <w:sz w:val="16"/>
              </w:rPr>
              <w:t>Relatively Moderate 3, Relatively Low 8, Very Low 17</w:t>
            </w:r>
          </w:p>
        </w:tc>
      </w:tr>
      <w:tr>
        <w:trPr>
          <w:cantSplit/>
        </w:trPr>
        <w:tc>
          <w:tcPr>
            <w:tcW w:type="dxa" w:w="1690"/>
          </w:tcPr>
          <w:p>
            <w:pPr>
              <w:spacing w:after="0"/>
              <w:jc w:val="left"/>
            </w:pPr>
            <w:r>
              <w:rPr>
                <w:sz w:val="16"/>
              </w:rPr>
              <w:t>Lightning</w:t>
            </w:r>
          </w:p>
        </w:tc>
        <w:tc>
          <w:tcPr>
            <w:tcW w:type="dxa" w:w="1399"/>
          </w:tcPr>
          <w:p>
            <w:pPr>
              <w:spacing w:after="0"/>
              <w:jc w:val="right"/>
            </w:pPr>
            <w:r>
              <w:rPr>
                <w:sz w:val="16"/>
              </w:rPr>
              <w:t>28 of 28</w:t>
            </w:r>
          </w:p>
        </w:tc>
        <w:tc>
          <w:tcPr>
            <w:tcW w:type="dxa" w:w="1056"/>
          </w:tcPr>
          <w:p>
            <w:pPr>
              <w:spacing w:after="0"/>
              <w:jc w:val="right"/>
            </w:pPr>
            <w:r>
              <w:rPr>
                <w:sz w:val="16"/>
              </w:rPr>
              <w:t>30.1</w:t>
            </w:r>
          </w:p>
        </w:tc>
        <w:tc>
          <w:tcPr>
            <w:tcW w:type="dxa" w:w="1108"/>
          </w:tcPr>
          <w:p>
            <w:pPr>
              <w:spacing w:after="0"/>
              <w:jc w:val="right"/>
            </w:pPr>
            <w:r>
              <w:rPr>
                <w:sz w:val="16"/>
              </w:rPr>
              <w:t>71.3</w:t>
            </w:r>
          </w:p>
        </w:tc>
        <w:tc>
          <w:tcPr>
            <w:tcW w:type="dxa" w:w="1056"/>
          </w:tcPr>
          <w:p>
            <w:pPr>
              <w:spacing w:after="0"/>
              <w:jc w:val="right"/>
            </w:pPr>
            <w:r>
              <w:rPr>
                <w:sz w:val="16"/>
              </w:rPr>
              <w:t>89.1</w:t>
            </w:r>
          </w:p>
        </w:tc>
        <w:tc>
          <w:tcPr>
            <w:tcW w:type="dxa" w:w="7802"/>
          </w:tcPr>
          <w:p>
            <w:pPr>
              <w:spacing w:after="0"/>
              <w:jc w:val="left"/>
            </w:pPr>
            <w:r>
              <w:rPr>
                <w:sz w:val="16"/>
              </w:rPr>
              <w:t>Relatively High 6, Relatively Moderate 16, Relatively Low 6</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28 of 28</w:t>
            </w:r>
          </w:p>
        </w:tc>
        <w:tc>
          <w:tcPr>
            <w:tcW w:type="dxa" w:w="1056"/>
          </w:tcPr>
          <w:p>
            <w:pPr>
              <w:spacing w:after="0"/>
              <w:jc w:val="right"/>
            </w:pPr>
            <w:r>
              <w:rPr>
                <w:sz w:val="16"/>
              </w:rPr>
              <w:t>24.4</w:t>
            </w:r>
          </w:p>
        </w:tc>
        <w:tc>
          <w:tcPr>
            <w:tcW w:type="dxa" w:w="1108"/>
          </w:tcPr>
          <w:p>
            <w:pPr>
              <w:spacing w:after="0"/>
              <w:jc w:val="right"/>
            </w:pPr>
            <w:r>
              <w:rPr>
                <w:sz w:val="16"/>
              </w:rPr>
              <w:t>64.5</w:t>
            </w:r>
          </w:p>
        </w:tc>
        <w:tc>
          <w:tcPr>
            <w:tcW w:type="dxa" w:w="1056"/>
          </w:tcPr>
          <w:p>
            <w:pPr>
              <w:spacing w:after="0"/>
              <w:jc w:val="right"/>
            </w:pPr>
            <w:r>
              <w:rPr>
                <w:sz w:val="16"/>
              </w:rPr>
              <w:t>79.9</w:t>
            </w:r>
          </w:p>
        </w:tc>
        <w:tc>
          <w:tcPr>
            <w:tcW w:type="dxa" w:w="7802"/>
          </w:tcPr>
          <w:p>
            <w:pPr>
              <w:spacing w:after="0"/>
              <w:jc w:val="left"/>
            </w:pPr>
            <w:r>
              <w:rPr>
                <w:sz w:val="16"/>
              </w:rPr>
              <w:t>Relatively Moderate 19, Relatively Low 9</w:t>
            </w:r>
          </w:p>
        </w:tc>
      </w:tr>
      <w:tr>
        <w:trPr>
          <w:cantSplit/>
        </w:trPr>
        <w:tc>
          <w:tcPr>
            <w:tcW w:type="dxa" w:w="1690"/>
          </w:tcPr>
          <w:p>
            <w:pPr>
              <w:spacing w:after="0"/>
              <w:jc w:val="left"/>
            </w:pPr>
            <w:r>
              <w:rPr>
                <w:sz w:val="16"/>
              </w:rPr>
              <w:t>Tornado</w:t>
            </w:r>
          </w:p>
        </w:tc>
        <w:tc>
          <w:tcPr>
            <w:tcW w:type="dxa" w:w="1399"/>
          </w:tcPr>
          <w:p>
            <w:pPr>
              <w:spacing w:after="0"/>
              <w:jc w:val="right"/>
            </w:pPr>
            <w:r>
              <w:rPr>
                <w:sz w:val="16"/>
              </w:rPr>
              <w:t>28 of 28</w:t>
            </w:r>
          </w:p>
        </w:tc>
        <w:tc>
          <w:tcPr>
            <w:tcW w:type="dxa" w:w="1056"/>
          </w:tcPr>
          <w:p>
            <w:pPr>
              <w:spacing w:after="0"/>
              <w:jc w:val="right"/>
            </w:pPr>
            <w:r>
              <w:rPr>
                <w:sz w:val="16"/>
              </w:rPr>
              <w:t>9.9</w:t>
            </w:r>
          </w:p>
        </w:tc>
        <w:tc>
          <w:tcPr>
            <w:tcW w:type="dxa" w:w="1108"/>
          </w:tcPr>
          <w:p>
            <w:pPr>
              <w:spacing w:after="0"/>
              <w:jc w:val="right"/>
            </w:pPr>
            <w:r>
              <w:rPr>
                <w:sz w:val="16"/>
              </w:rPr>
              <w:t>32.5</w:t>
            </w:r>
          </w:p>
        </w:tc>
        <w:tc>
          <w:tcPr>
            <w:tcW w:type="dxa" w:w="1056"/>
          </w:tcPr>
          <w:p>
            <w:pPr>
              <w:spacing w:after="0"/>
              <w:jc w:val="right"/>
            </w:pPr>
            <w:r>
              <w:rPr>
                <w:sz w:val="16"/>
              </w:rPr>
              <w:t>41.0</w:t>
            </w:r>
          </w:p>
        </w:tc>
        <w:tc>
          <w:tcPr>
            <w:tcW w:type="dxa" w:w="7802"/>
          </w:tcPr>
          <w:p>
            <w:pPr>
              <w:spacing w:after="0"/>
              <w:jc w:val="left"/>
            </w:pPr>
            <w:r>
              <w:rPr>
                <w:sz w:val="16"/>
              </w:rPr>
              <w:t>Relatively Low 16, Very Low 12</w:t>
            </w:r>
          </w:p>
        </w:tc>
      </w:tr>
      <w:tr>
        <w:trPr>
          <w:cantSplit/>
        </w:trPr>
        <w:tc>
          <w:tcPr>
            <w:tcW w:type="dxa" w:w="1690"/>
          </w:tcPr>
          <w:p>
            <w:pPr>
              <w:spacing w:after="0"/>
              <w:jc w:val="left"/>
            </w:pPr>
            <w:r>
              <w:rPr>
                <w:sz w:val="16"/>
              </w:rPr>
              <w:t>Wildfire</w:t>
            </w:r>
          </w:p>
        </w:tc>
        <w:tc>
          <w:tcPr>
            <w:tcW w:type="dxa" w:w="1399"/>
          </w:tcPr>
          <w:p>
            <w:pPr>
              <w:spacing w:after="0"/>
              <w:jc w:val="right"/>
            </w:pPr>
            <w:r>
              <w:rPr>
                <w:sz w:val="16"/>
              </w:rPr>
              <w:t>28 of 28</w:t>
            </w:r>
          </w:p>
        </w:tc>
        <w:tc>
          <w:tcPr>
            <w:tcW w:type="dxa" w:w="1056"/>
          </w:tcPr>
          <w:p>
            <w:pPr>
              <w:spacing w:after="0"/>
              <w:jc w:val="right"/>
            </w:pPr>
            <w:r>
              <w:rPr>
                <w:sz w:val="16"/>
              </w:rPr>
              <w:t>19.0</w:t>
            </w:r>
          </w:p>
        </w:tc>
        <w:tc>
          <w:tcPr>
            <w:tcW w:type="dxa" w:w="1108"/>
          </w:tcPr>
          <w:p>
            <w:pPr>
              <w:spacing w:after="0"/>
              <w:jc w:val="right"/>
            </w:pPr>
            <w:r>
              <w:rPr>
                <w:sz w:val="16"/>
              </w:rPr>
              <w:t>49.1</w:t>
            </w:r>
          </w:p>
        </w:tc>
        <w:tc>
          <w:tcPr>
            <w:tcW w:type="dxa" w:w="1056"/>
          </w:tcPr>
          <w:p>
            <w:pPr>
              <w:spacing w:after="0"/>
              <w:jc w:val="right"/>
            </w:pPr>
            <w:r>
              <w:rPr>
                <w:sz w:val="16"/>
              </w:rPr>
              <w:t>72.0</w:t>
            </w:r>
          </w:p>
        </w:tc>
        <w:tc>
          <w:tcPr>
            <w:tcW w:type="dxa" w:w="7802"/>
          </w:tcPr>
          <w:p>
            <w:pPr>
              <w:spacing w:after="0"/>
              <w:jc w:val="left"/>
            </w:pPr>
            <w:r>
              <w:rPr>
                <w:sz w:val="16"/>
              </w:rPr>
              <w:t>Relatively Low 3, Very Low 25</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28 of 28</w:t>
            </w:r>
          </w:p>
        </w:tc>
        <w:tc>
          <w:tcPr>
            <w:tcW w:type="dxa" w:w="1056"/>
          </w:tcPr>
          <w:p>
            <w:pPr>
              <w:spacing w:after="0"/>
              <w:jc w:val="right"/>
            </w:pPr>
            <w:r>
              <w:rPr>
                <w:sz w:val="16"/>
              </w:rPr>
              <w:t>19.8</w:t>
            </w:r>
          </w:p>
        </w:tc>
        <w:tc>
          <w:tcPr>
            <w:tcW w:type="dxa" w:w="1108"/>
          </w:tcPr>
          <w:p>
            <w:pPr>
              <w:spacing w:after="0"/>
              <w:jc w:val="right"/>
            </w:pPr>
            <w:r>
              <w:rPr>
                <w:sz w:val="16"/>
              </w:rPr>
              <w:t>36.0</w:t>
            </w:r>
          </w:p>
        </w:tc>
        <w:tc>
          <w:tcPr>
            <w:tcW w:type="dxa" w:w="1056"/>
          </w:tcPr>
          <w:p>
            <w:pPr>
              <w:spacing w:after="0"/>
              <w:jc w:val="right"/>
            </w:pPr>
            <w:r>
              <w:rPr>
                <w:sz w:val="16"/>
              </w:rPr>
              <w:t>49.0</w:t>
            </w:r>
          </w:p>
        </w:tc>
        <w:tc>
          <w:tcPr>
            <w:tcW w:type="dxa" w:w="7802"/>
          </w:tcPr>
          <w:p>
            <w:pPr>
              <w:spacing w:after="0"/>
              <w:jc w:val="left"/>
            </w:pPr>
            <w:r>
              <w:rPr>
                <w:sz w:val="16"/>
              </w:rPr>
              <w:t>Relatively Moderate 1, Relatively Low 27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75"/>
        <w:gridCol w:w="681"/>
        <w:gridCol w:w="2291"/>
        <w:gridCol w:w="2201"/>
        <w:gridCol w:w="2183"/>
        <w:gridCol w:w="2470"/>
        <w:gridCol w:w="2711"/>
      </w:tblGrid>
      <w:tr>
        <w:trPr>
          <w:cantSplit/>
          <w:tblHeader/>
        </w:trPr>
        <w:tc>
          <w:tcPr>
            <w:tcW w:type="dxa" w:w="1575"/>
            <w:shd w:val="clear" w:color="auto" w:fill="E8E8E8"/>
          </w:tcPr>
          <w:p>
            <w:pPr>
              <w:spacing w:after="0"/>
              <w:jc w:val="left"/>
            </w:pPr>
            <w:r>
              <w:rPr>
                <w:b/>
                <w:sz w:val="16"/>
              </w:rPr>
              <w:t>Jurisdiction</w:t>
            </w:r>
          </w:p>
        </w:tc>
        <w:tc>
          <w:tcPr>
            <w:tcW w:type="dxa" w:w="681"/>
            <w:shd w:val="clear" w:color="auto" w:fill="E8E8E8"/>
          </w:tcPr>
          <w:p>
            <w:pPr>
              <w:spacing w:after="0"/>
              <w:jc w:val="left"/>
            </w:pPr>
            <w:r>
              <w:rPr>
                <w:b/>
                <w:sz w:val="16"/>
              </w:rPr>
              <w:t>Type</w:t>
            </w:r>
          </w:p>
        </w:tc>
        <w:tc>
          <w:tcPr>
            <w:tcW w:type="dxa" w:w="2291"/>
            <w:shd w:val="clear" w:color="auto" w:fill="E8E8E8"/>
          </w:tcPr>
          <w:p>
            <w:pPr>
              <w:spacing w:after="0"/>
              <w:jc w:val="left"/>
            </w:pPr>
            <w:r>
              <w:rPr>
                <w:b/>
                <w:sz w:val="16"/>
              </w:rPr>
              <w:t>Plan status</w:t>
            </w:r>
          </w:p>
        </w:tc>
        <w:tc>
          <w:tcPr>
            <w:tcW w:type="dxa" w:w="220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8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7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11"/>
            <w:shd w:val="clear" w:color="auto" w:fill="E8E8E8"/>
          </w:tcPr>
          <w:p>
            <w:pPr>
              <w:spacing w:after="0"/>
              <w:jc w:val="left"/>
            </w:pPr>
            <w:r>
              <w:rPr>
                <w:b/>
                <w:sz w:val="16"/>
              </w:rPr>
              <w:t>Notes</w:t>
            </w:r>
          </w:p>
        </w:tc>
      </w:tr>
      <w:tr>
        <w:trPr>
          <w:cantSplit/>
        </w:trPr>
        <w:tc>
          <w:tcPr>
            <w:tcW w:type="dxa" w:w="1575"/>
          </w:tcPr>
          <w:p>
            <w:pPr>
              <w:spacing w:after="0"/>
              <w:jc w:val="left"/>
            </w:pPr>
            <w:r>
              <w:rPr>
                <w:sz w:val="16"/>
              </w:rPr>
              <w:t>Wood County</w:t>
            </w:r>
          </w:p>
        </w:tc>
        <w:tc>
          <w:tcPr>
            <w:tcW w:type="dxa" w:w="681"/>
          </w:tcPr>
          <w:p>
            <w:pPr>
              <w:spacing w:after="0"/>
              <w:jc w:val="left"/>
            </w:pPr>
            <w:r>
              <w:rPr>
                <w:sz w:val="16"/>
              </w:rPr>
              <w:t>County</w:t>
            </w:r>
          </w:p>
        </w:tc>
        <w:tc>
          <w:tcPr>
            <w:tcW w:type="dxa" w:w="2291"/>
          </w:tcPr>
          <w:p>
            <w:pPr>
              <w:spacing w:after="0"/>
              <w:jc w:val="left"/>
            </w:pPr>
            <w:r>
              <w:rPr>
                <w:sz w:val="16"/>
              </w:rPr>
              <w:t>Approved, expires 2028-01-12</w:t>
            </w:r>
          </w:p>
        </w:tc>
        <w:tc>
          <w:tcPr>
            <w:tcW w:type="dxa" w:w="2201"/>
          </w:tcPr>
          <w:p>
            <w:pPr>
              <w:spacing w:after="0"/>
              <w:jc w:val="right"/>
            </w:pPr>
            <w:r>
              <w:rPr>
                <w:sz w:val="16"/>
              </w:rPr>
              <w:t>FMA RL 7, SRL 21; any 94</w:t>
            </w:r>
          </w:p>
        </w:tc>
        <w:tc>
          <w:tcPr>
            <w:tcW w:type="dxa" w:w="2183"/>
          </w:tcPr>
          <w:p>
            <w:pPr>
              <w:spacing w:after="0"/>
              <w:jc w:val="right"/>
            </w:pPr>
            <w:r>
              <w:rPr>
                <w:sz w:val="16"/>
              </w:rPr>
              <w:t>$140,501.26</w:t>
            </w:r>
          </w:p>
        </w:tc>
        <w:tc>
          <w:tcPr>
            <w:tcW w:type="dxa" w:w="2470"/>
          </w:tcPr>
          <w:p>
            <w:pPr>
              <w:spacing w:after="0"/>
              <w:jc w:val="right"/>
            </w:pPr>
            <w:r>
              <w:rPr>
                <w:sz w:val="16"/>
              </w:rPr>
              <w:t>0 total; 0 since its plan</w:t>
            </w:r>
          </w:p>
        </w:tc>
        <w:tc>
          <w:tcPr>
            <w:tcW w:type="dxa" w:w="2711"/>
          </w:tcPr>
          <w:p>
            <w:pPr>
              <w:spacing w:after="0"/>
              <w:jc w:val="left"/>
            </w:pPr>
            <w:r>
              <w:rPr>
                <w:sz w:val="16"/>
              </w:rPr>
              <w:t>Includes $86,075.03 for declarations not counted as hazard incidents (DR-4517-WV).</w:t>
            </w:r>
          </w:p>
        </w:tc>
      </w:tr>
      <w:tr>
        <w:trPr>
          <w:cantSplit/>
        </w:trPr>
        <w:tc>
          <w:tcPr>
            <w:tcW w:type="dxa" w:w="1575"/>
          </w:tcPr>
          <w:p>
            <w:pPr>
              <w:spacing w:after="0"/>
              <w:jc w:val="left"/>
            </w:pPr>
            <w:r>
              <w:rPr>
                <w:sz w:val="16"/>
              </w:rPr>
              <w:t>North Hills town</w:t>
            </w:r>
          </w:p>
        </w:tc>
        <w:tc>
          <w:tcPr>
            <w:tcW w:type="dxa" w:w="681"/>
          </w:tcPr>
          <w:p>
            <w:pPr>
              <w:spacing w:after="0"/>
              <w:jc w:val="left"/>
            </w:pPr>
            <w:r>
              <w:rPr>
                <w:sz w:val="16"/>
              </w:rPr>
              <w:t>Town</w:t>
            </w:r>
          </w:p>
        </w:tc>
        <w:tc>
          <w:tcPr>
            <w:tcW w:type="dxa" w:w="2291"/>
          </w:tcPr>
          <w:p>
            <w:pPr>
              <w:spacing w:after="0"/>
              <w:jc w:val="left"/>
            </w:pPr>
            <w:r>
              <w:rPr>
                <w:sz w:val="16"/>
              </w:rPr>
              <w:t>Plan 108733 approved 2023-01-13, pending adoption here; not yet eligible</w:t>
            </w:r>
          </w:p>
        </w:tc>
        <w:tc>
          <w:tcPr>
            <w:tcW w:type="dxa" w:w="2201"/>
          </w:tcPr>
          <w:p>
            <w:pPr>
              <w:spacing w:after="0"/>
              <w:jc w:val="right"/>
            </w:pPr>
            <w:r>
              <w:rPr>
                <w:sz w:val="16"/>
              </w:rPr>
              <w:t>FMA RL 0, SRL 0; any 0</w:t>
            </w:r>
          </w:p>
        </w:tc>
        <w:tc>
          <w:tcPr>
            <w:tcW w:type="dxa" w:w="2183"/>
          </w:tcPr>
          <w:p>
            <w:pPr>
              <w:spacing w:after="0"/>
              <w:jc w:val="right"/>
            </w:pPr>
            <w:r>
              <w:rPr>
                <w:sz w:val="16"/>
              </w:rPr>
              <w:t>no Public Assistance recorded</w:t>
            </w:r>
          </w:p>
        </w:tc>
        <w:tc>
          <w:tcPr>
            <w:tcW w:type="dxa" w:w="2470"/>
          </w:tcPr>
          <w:p>
            <w:pPr>
              <w:spacing w:after="0"/>
              <w:jc w:val="right"/>
            </w:pPr>
            <w:r>
              <w:rPr>
                <w:sz w:val="16"/>
              </w:rPr>
              <w:t>0 total; no approved plan</w:t>
            </w:r>
          </w:p>
        </w:tc>
        <w:tc>
          <w:tcPr>
            <w:tcW w:type="dxa" w:w="2711"/>
          </w:tcPr>
          <w:p>
            <w:pPr>
              <w:spacing w:after="0"/>
              <w:jc w:val="left"/>
            </w:pPr>
          </w:p>
        </w:tc>
      </w:tr>
      <w:tr>
        <w:trPr>
          <w:cantSplit/>
        </w:trPr>
        <w:tc>
          <w:tcPr>
            <w:tcW w:type="dxa" w:w="1575"/>
          </w:tcPr>
          <w:p>
            <w:pPr>
              <w:spacing w:after="0"/>
              <w:jc w:val="left"/>
            </w:pPr>
            <w:r>
              <w:rPr>
                <w:sz w:val="16"/>
              </w:rPr>
              <w:t>Parkersburg city</w:t>
            </w:r>
          </w:p>
        </w:tc>
        <w:tc>
          <w:tcPr>
            <w:tcW w:type="dxa" w:w="681"/>
          </w:tcPr>
          <w:p>
            <w:pPr>
              <w:spacing w:after="0"/>
              <w:jc w:val="left"/>
            </w:pPr>
            <w:r>
              <w:rPr>
                <w:sz w:val="16"/>
              </w:rPr>
              <w:t>City</w:t>
            </w:r>
          </w:p>
        </w:tc>
        <w:tc>
          <w:tcPr>
            <w:tcW w:type="dxa" w:w="2291"/>
          </w:tcPr>
          <w:p>
            <w:pPr>
              <w:spacing w:after="0"/>
              <w:jc w:val="left"/>
            </w:pPr>
            <w:r>
              <w:rPr>
                <w:sz w:val="16"/>
              </w:rPr>
              <w:t>Plan 108733 approved 2023-01-13, pending adoption here; not yet eligible</w:t>
            </w:r>
          </w:p>
        </w:tc>
        <w:tc>
          <w:tcPr>
            <w:tcW w:type="dxa" w:w="2201"/>
          </w:tcPr>
          <w:p>
            <w:pPr>
              <w:spacing w:after="0"/>
              <w:jc w:val="right"/>
            </w:pPr>
            <w:r>
              <w:rPr>
                <w:sz w:val="16"/>
              </w:rPr>
              <w:t>FMA RL 4, SRL 7; any 18</w:t>
            </w:r>
          </w:p>
        </w:tc>
        <w:tc>
          <w:tcPr>
            <w:tcW w:type="dxa" w:w="2183"/>
          </w:tcPr>
          <w:p>
            <w:pPr>
              <w:spacing w:after="0"/>
              <w:jc w:val="right"/>
            </w:pPr>
            <w:r>
              <w:rPr>
                <w:sz w:val="16"/>
              </w:rPr>
              <w:t>$72,930.83</w:t>
            </w:r>
          </w:p>
        </w:tc>
        <w:tc>
          <w:tcPr>
            <w:tcW w:type="dxa" w:w="2470"/>
          </w:tcPr>
          <w:p>
            <w:pPr>
              <w:spacing w:after="0"/>
              <w:jc w:val="right"/>
            </w:pPr>
            <w:r>
              <w:rPr>
                <w:sz w:val="16"/>
              </w:rPr>
              <w:t>86 total; no approved plan</w:t>
            </w:r>
          </w:p>
        </w:tc>
        <w:tc>
          <w:tcPr>
            <w:tcW w:type="dxa" w:w="2711"/>
          </w:tcPr>
          <w:p>
            <w:pPr>
              <w:spacing w:after="0"/>
              <w:jc w:val="left"/>
            </w:pPr>
          </w:p>
        </w:tc>
      </w:tr>
      <w:tr>
        <w:trPr>
          <w:cantSplit/>
        </w:trPr>
        <w:tc>
          <w:tcPr>
            <w:tcW w:type="dxa" w:w="1575"/>
          </w:tcPr>
          <w:p>
            <w:pPr>
              <w:spacing w:after="0"/>
              <w:jc w:val="left"/>
            </w:pPr>
            <w:r>
              <w:rPr>
                <w:sz w:val="16"/>
              </w:rPr>
              <w:t>Vienna city</w:t>
            </w:r>
          </w:p>
        </w:tc>
        <w:tc>
          <w:tcPr>
            <w:tcW w:type="dxa" w:w="681"/>
          </w:tcPr>
          <w:p>
            <w:pPr>
              <w:spacing w:after="0"/>
              <w:jc w:val="left"/>
            </w:pPr>
            <w:r>
              <w:rPr>
                <w:sz w:val="16"/>
              </w:rPr>
              <w:t>City</w:t>
            </w:r>
          </w:p>
        </w:tc>
        <w:tc>
          <w:tcPr>
            <w:tcW w:type="dxa" w:w="2291"/>
          </w:tcPr>
          <w:p>
            <w:pPr>
              <w:spacing w:after="0"/>
              <w:jc w:val="left"/>
            </w:pPr>
            <w:r>
              <w:rPr>
                <w:sz w:val="16"/>
              </w:rPr>
              <w:t>Approved, expires 2028-01-12</w:t>
            </w:r>
          </w:p>
        </w:tc>
        <w:tc>
          <w:tcPr>
            <w:tcW w:type="dxa" w:w="2201"/>
          </w:tcPr>
          <w:p>
            <w:pPr>
              <w:spacing w:after="0"/>
              <w:jc w:val="right"/>
            </w:pPr>
            <w:r>
              <w:rPr>
                <w:sz w:val="16"/>
              </w:rPr>
              <w:t>FMA RL 0, SRL 0; any 4</w:t>
            </w:r>
          </w:p>
        </w:tc>
        <w:tc>
          <w:tcPr>
            <w:tcW w:type="dxa" w:w="2183"/>
          </w:tcPr>
          <w:p>
            <w:pPr>
              <w:spacing w:after="0"/>
              <w:jc w:val="right"/>
            </w:pPr>
            <w:r>
              <w:rPr>
                <w:sz w:val="16"/>
              </w:rPr>
              <w:t>$24,720.52</w:t>
            </w:r>
          </w:p>
        </w:tc>
        <w:tc>
          <w:tcPr>
            <w:tcW w:type="dxa" w:w="2470"/>
          </w:tcPr>
          <w:p>
            <w:pPr>
              <w:spacing w:after="0"/>
              <w:jc w:val="right"/>
            </w:pPr>
            <w:r>
              <w:rPr>
                <w:sz w:val="16"/>
              </w:rPr>
              <w:t>27 total; 7 since its plan</w:t>
            </w:r>
          </w:p>
        </w:tc>
        <w:tc>
          <w:tcPr>
            <w:tcW w:type="dxa" w:w="2711"/>
          </w:tcPr>
          <w:p>
            <w:pPr>
              <w:spacing w:after="0"/>
              <w:jc w:val="left"/>
            </w:pPr>
          </w:p>
        </w:tc>
      </w:tr>
      <w:tr>
        <w:trPr>
          <w:cantSplit/>
        </w:trPr>
        <w:tc>
          <w:tcPr>
            <w:tcW w:type="dxa" w:w="1575"/>
          </w:tcPr>
          <w:p>
            <w:pPr>
              <w:spacing w:after="0"/>
              <w:jc w:val="left"/>
            </w:pPr>
            <w:r>
              <w:rPr>
                <w:sz w:val="16"/>
              </w:rPr>
              <w:t>Williamstown city</w:t>
            </w:r>
          </w:p>
        </w:tc>
        <w:tc>
          <w:tcPr>
            <w:tcW w:type="dxa" w:w="681"/>
          </w:tcPr>
          <w:p>
            <w:pPr>
              <w:spacing w:after="0"/>
              <w:jc w:val="left"/>
            </w:pPr>
            <w:r>
              <w:rPr>
                <w:sz w:val="16"/>
              </w:rPr>
              <w:t>City</w:t>
            </w:r>
          </w:p>
        </w:tc>
        <w:tc>
          <w:tcPr>
            <w:tcW w:type="dxa" w:w="2291"/>
          </w:tcPr>
          <w:p>
            <w:pPr>
              <w:spacing w:after="0"/>
              <w:jc w:val="left"/>
            </w:pPr>
            <w:r>
              <w:rPr>
                <w:sz w:val="16"/>
              </w:rPr>
              <w:t>Plan 108733 approved 2023-01-13, pending adoption here; not yet eligible</w:t>
            </w:r>
          </w:p>
        </w:tc>
        <w:tc>
          <w:tcPr>
            <w:tcW w:type="dxa" w:w="2201"/>
          </w:tcPr>
          <w:p>
            <w:pPr>
              <w:spacing w:after="0"/>
              <w:jc w:val="right"/>
            </w:pPr>
            <w:r>
              <w:rPr>
                <w:sz w:val="16"/>
              </w:rPr>
              <w:t>FMA RL 1, SRL 3; any 10</w:t>
            </w:r>
          </w:p>
        </w:tc>
        <w:tc>
          <w:tcPr>
            <w:tcW w:type="dxa" w:w="2183"/>
          </w:tcPr>
          <w:p>
            <w:pPr>
              <w:spacing w:after="0"/>
              <w:jc w:val="right"/>
            </w:pPr>
            <w:r>
              <w:rPr>
                <w:sz w:val="16"/>
              </w:rPr>
              <w:t>$7,076.59</w:t>
            </w:r>
          </w:p>
        </w:tc>
        <w:tc>
          <w:tcPr>
            <w:tcW w:type="dxa" w:w="2470"/>
          </w:tcPr>
          <w:p>
            <w:pPr>
              <w:spacing w:after="0"/>
              <w:jc w:val="right"/>
            </w:pPr>
            <w:r>
              <w:rPr>
                <w:sz w:val="16"/>
              </w:rPr>
              <w:t>29 total; no approved plan</w:t>
            </w:r>
          </w:p>
        </w:tc>
        <w:tc>
          <w:tcPr>
            <w:tcW w:type="dxa" w:w="27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7"/>
        <w:gridCol w:w="1038"/>
        <w:gridCol w:w="1126"/>
        <w:gridCol w:w="1126"/>
        <w:gridCol w:w="872"/>
        <w:gridCol w:w="1305"/>
        <w:gridCol w:w="1119"/>
        <w:gridCol w:w="1044"/>
        <w:gridCol w:w="1220"/>
        <w:gridCol w:w="161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87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19"/>
            <w:shd w:val="clear" w:color="auto" w:fill="E8E8E8"/>
          </w:tcPr>
          <w:p>
            <w:pPr>
              <w:spacing w:after="0"/>
              <w:jc w:val="right"/>
            </w:pPr>
            <w:r>
              <w:rPr>
                <w:b/>
                <w:sz w:val="16"/>
              </w:rPr>
              <w:t>Storm Events damage since 2023-01-13</w:t>
            </w:r>
          </w:p>
          <w:p>
            <w:pPr>
              <w:spacing w:after="0"/>
              <w:jc w:val="right"/>
            </w:pPr>
            <w:r>
              <w:rPr>
                <w:i/>
                <w:color w:val="555555"/>
                <w:sz w:val="14"/>
              </w:rPr>
              <w:t>county-coded records, property plus crops, nominal dollars</w:t>
            </w:r>
          </w:p>
        </w:tc>
        <w:tc>
          <w:tcPr>
            <w:tcW w:type="dxa" w:w="10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2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$18,382,987,350</w:t>
            </w:r>
          </w:p>
        </w:tc>
        <w:tc>
          <w:tcPr>
            <w:tcW w:type="dxa" w:w="1127"/>
          </w:tcPr>
          <w:p>
            <w:pPr>
              <w:spacing w:after="0"/>
              <w:jc w:val="right"/>
            </w:pPr>
            <w:r>
              <w:rPr>
                <w:sz w:val="16"/>
              </w:rPr>
              <w:t>$8,081,940</w:t>
            </w:r>
          </w:p>
        </w:tc>
        <w:tc>
          <w:tcPr>
            <w:tcW w:type="dxa" w:w="1038"/>
          </w:tcPr>
          <w:p>
            <w:pPr>
              <w:spacing w:after="0"/>
              <w:jc w:val="right"/>
            </w:pPr>
            <w:r>
              <w:rPr>
                <w:sz w:val="16"/>
              </w:rPr>
              <w:t>84,238</w:t>
            </w:r>
          </w:p>
        </w:tc>
        <w:tc>
          <w:tcPr>
            <w:tcW w:type="dxa" w:w="1126"/>
          </w:tcPr>
          <w:p>
            <w:pPr>
              <w:spacing w:after="0"/>
              <w:jc w:val="right"/>
            </w:pPr>
            <w:r>
              <w:rPr>
                <w:sz w:val="16"/>
              </w:rPr>
              <w:t>$10,883</w:t>
            </w:r>
          </w:p>
        </w:tc>
        <w:tc>
          <w:tcPr>
            <w:tcW w:type="dxa" w:w="1126"/>
          </w:tcPr>
          <w:p>
            <w:pPr>
              <w:spacing w:after="0"/>
              <w:jc w:val="right"/>
            </w:pPr>
            <w:r>
              <w:rPr>
                <w:sz w:val="16"/>
              </w:rPr>
              <w:t>$677</w:t>
            </w:r>
          </w:p>
        </w:tc>
        <w:tc>
          <w:tcPr>
            <w:tcW w:type="dxa" w:w="872"/>
          </w:tcPr>
          <w:p>
            <w:pPr>
              <w:spacing w:after="0"/>
              <w:jc w:val="right"/>
            </w:pPr>
            <w:r>
              <w:rPr>
                <w:sz w:val="16"/>
              </w:rPr>
              <w:t>$134,758</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r>
              <w:rPr>
                <w:sz w:val="16"/>
              </w:rPr>
              <w:t>$0</w:t>
            </w:r>
          </w:p>
        </w:tc>
        <w:tc>
          <w:tcPr>
            <w:tcW w:type="dxa" w:w="1220"/>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7"/>
          </w:tcPr>
          <w:p>
            <w:pPr>
              <w:spacing w:after="0"/>
              <w:jc w:val="right"/>
            </w:pPr>
            <w:r>
              <w:rPr>
                <w:sz w:val="16"/>
              </w:rPr>
              <w:t>$1,808,542</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$16,167</w:t>
            </w:r>
          </w:p>
        </w:tc>
        <w:tc>
          <w:tcPr>
            <w:tcW w:type="dxa" w:w="872"/>
          </w:tcPr>
          <w:p>
            <w:pPr>
              <w:spacing w:after="0"/>
              <w:jc w:val="right"/>
            </w:pPr>
            <w:r>
              <w:rPr>
                <w:sz w:val="16"/>
              </w:rPr>
              <w:t>n/a</w:t>
            </w:r>
          </w:p>
        </w:tc>
        <w:tc>
          <w:tcPr>
            <w:tcW w:type="dxa" w:w="1305"/>
          </w:tcPr>
          <w:p>
            <w:pPr>
              <w:spacing w:after="0"/>
              <w:jc w:val="right"/>
            </w:pPr>
            <w:r>
              <w:rPr>
                <w:sz w:val="16"/>
              </w:rPr>
              <w:t>0.894% (agriculture)</w:t>
            </w:r>
          </w:p>
        </w:tc>
        <w:tc>
          <w:tcPr>
            <w:tcW w:type="dxa" w:w="1119"/>
          </w:tcPr>
          <w:p>
            <w:pPr>
              <w:spacing w:after="0"/>
              <w:jc w:val="right"/>
            </w:pPr>
          </w:p>
        </w:tc>
        <w:tc>
          <w:tcPr>
            <w:tcW w:type="dxa" w:w="1044"/>
          </w:tcPr>
          <w:p>
            <w:pPr>
              <w:spacing w:after="0"/>
              <w:jc w:val="right"/>
            </w:pPr>
            <w:r>
              <w:rPr>
                <w:sz w:val="16"/>
              </w:rPr>
              <w:t>$0</w:t>
            </w:r>
          </w:p>
        </w:tc>
        <w:tc>
          <w:tcPr>
            <w:tcW w:type="dxa" w:w="1220"/>
          </w:tcPr>
          <w:p>
            <w:pPr>
              <w:spacing w:after="0"/>
              <w:jc w:val="right"/>
            </w:pPr>
          </w:p>
        </w:tc>
        <w:tc>
          <w:tcPr>
            <w:tcW w:type="dxa" w:w="161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$31,409,427,237</w:t>
            </w:r>
          </w:p>
        </w:tc>
        <w:tc>
          <w:tcPr>
            <w:tcW w:type="dxa" w:w="1127"/>
          </w:tcPr>
          <w:p>
            <w:pPr>
              <w:spacing w:after="0"/>
              <w:jc w:val="right"/>
            </w:pPr>
            <w:r>
              <w:rPr>
                <w:sz w:val="16"/>
              </w:rPr>
              <w:t>n/a</w:t>
            </w:r>
          </w:p>
        </w:tc>
        <w:tc>
          <w:tcPr>
            <w:tcW w:type="dxa" w:w="1038"/>
          </w:tcPr>
          <w:p>
            <w:pPr>
              <w:spacing w:after="0"/>
              <w:jc w:val="right"/>
            </w:pPr>
            <w:r>
              <w:rPr>
                <w:sz w:val="16"/>
              </w:rPr>
              <w:t>84,296</w:t>
            </w:r>
          </w:p>
        </w:tc>
        <w:tc>
          <w:tcPr>
            <w:tcW w:type="dxa" w:w="1126"/>
          </w:tcPr>
          <w:p>
            <w:pPr>
              <w:spacing w:after="0"/>
              <w:jc w:val="right"/>
            </w:pPr>
            <w:r>
              <w:rPr>
                <w:sz w:val="16"/>
              </w:rPr>
              <w:t>$229,412</w:t>
            </w:r>
          </w:p>
        </w:tc>
        <w:tc>
          <w:tcPr>
            <w:tcW w:type="dxa" w:w="1126"/>
          </w:tcPr>
          <w:p>
            <w:pPr>
              <w:spacing w:after="0"/>
              <w:jc w:val="right"/>
            </w:pPr>
            <w:r>
              <w:rPr>
                <w:sz w:val="16"/>
              </w:rPr>
              <w:t>n/a</w:t>
            </w:r>
          </w:p>
        </w:tc>
        <w:tc>
          <w:tcPr>
            <w:tcW w:type="dxa" w:w="872"/>
          </w:tcPr>
          <w:p>
            <w:pPr>
              <w:spacing w:after="0"/>
              <w:jc w:val="right"/>
            </w:pPr>
            <w:r>
              <w:rPr>
                <w:sz w:val="16"/>
              </w:rPr>
              <w:t>$62,003</w:t>
            </w:r>
          </w:p>
        </w:tc>
        <w:tc>
          <w:tcPr>
            <w:tcW w:type="dxa" w:w="1305"/>
          </w:tcPr>
          <w:p>
            <w:pPr>
              <w:spacing w:after="0"/>
              <w:jc w:val="right"/>
            </w:pPr>
            <w:r>
              <w:rPr>
                <w:sz w:val="16"/>
              </w:rPr>
              <w:t>0.00073%</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$18,382,987,350</w:t>
            </w:r>
          </w:p>
        </w:tc>
        <w:tc>
          <w:tcPr>
            <w:tcW w:type="dxa" w:w="1127"/>
          </w:tcPr>
          <w:p>
            <w:pPr>
              <w:spacing w:after="0"/>
              <w:jc w:val="right"/>
            </w:pPr>
            <w:r>
              <w:rPr>
                <w:sz w:val="16"/>
              </w:rPr>
              <w:t>$8,081,940</w:t>
            </w:r>
          </w:p>
        </w:tc>
        <w:tc>
          <w:tcPr>
            <w:tcW w:type="dxa" w:w="1038"/>
          </w:tcPr>
          <w:p>
            <w:pPr>
              <w:spacing w:after="0"/>
              <w:jc w:val="right"/>
            </w:pPr>
            <w:r>
              <w:rPr>
                <w:sz w:val="16"/>
              </w:rPr>
              <w:t>84,238</w:t>
            </w:r>
          </w:p>
        </w:tc>
        <w:tc>
          <w:tcPr>
            <w:tcW w:type="dxa" w:w="1126"/>
          </w:tcPr>
          <w:p>
            <w:pPr>
              <w:spacing w:after="0"/>
              <w:jc w:val="right"/>
            </w:pPr>
            <w:r>
              <w:rPr>
                <w:sz w:val="16"/>
              </w:rPr>
              <w:t>$306,978</w:t>
            </w:r>
          </w:p>
        </w:tc>
        <w:tc>
          <w:tcPr>
            <w:tcW w:type="dxa" w:w="1126"/>
          </w:tcPr>
          <w:p>
            <w:pPr>
              <w:spacing w:after="0"/>
              <w:jc w:val="right"/>
            </w:pPr>
            <w:r>
              <w:rPr>
                <w:sz w:val="16"/>
              </w:rPr>
              <w:t>$1,536</w:t>
            </w:r>
          </w:p>
        </w:tc>
        <w:tc>
          <w:tcPr>
            <w:tcW w:type="dxa" w:w="872"/>
          </w:tcPr>
          <w:p>
            <w:pPr>
              <w:spacing w:after="0"/>
              <w:jc w:val="right"/>
            </w:pPr>
            <w:r>
              <w:rPr>
                <w:sz w:val="16"/>
              </w:rPr>
              <w:t>$6,918</w:t>
            </w:r>
          </w:p>
        </w:tc>
        <w:tc>
          <w:tcPr>
            <w:tcW w:type="dxa" w:w="1305"/>
          </w:tcPr>
          <w:p>
            <w:pPr>
              <w:spacing w:after="0"/>
              <w:jc w:val="right"/>
            </w:pPr>
            <w:r>
              <w:rPr>
                <w:sz w:val="16"/>
              </w:rPr>
              <w:t>0.00167%</w:t>
            </w:r>
          </w:p>
        </w:tc>
        <w:tc>
          <w:tcPr>
            <w:tcW w:type="dxa" w:w="1119"/>
          </w:tcPr>
          <w:p>
            <w:pPr>
              <w:spacing w:after="0"/>
              <w:jc w:val="right"/>
            </w:pPr>
            <w:r>
              <w:rPr>
                <w:sz w:val="16"/>
              </w:rPr>
              <w:t>$0</w:t>
            </w:r>
          </w:p>
        </w:tc>
        <w:tc>
          <w:tcPr>
            <w:tcW w:type="dxa" w:w="1044"/>
          </w:tcPr>
          <w:p>
            <w:pPr>
              <w:spacing w:after="0"/>
              <w:jc w:val="right"/>
            </w:pPr>
          </w:p>
        </w:tc>
        <w:tc>
          <w:tcPr>
            <w:tcW w:type="dxa" w:w="1220"/>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$18,382,987,350</w:t>
            </w:r>
          </w:p>
        </w:tc>
        <w:tc>
          <w:tcPr>
            <w:tcW w:type="dxa" w:w="1127"/>
          </w:tcPr>
          <w:p>
            <w:pPr>
              <w:spacing w:after="0"/>
              <w:jc w:val="right"/>
            </w:pPr>
            <w:r>
              <w:rPr>
                <w:sz w:val="16"/>
              </w:rPr>
              <w:t>$8,081,940</w:t>
            </w:r>
          </w:p>
        </w:tc>
        <w:tc>
          <w:tcPr>
            <w:tcW w:type="dxa" w:w="1038"/>
          </w:tcPr>
          <w:p>
            <w:pPr>
              <w:spacing w:after="0"/>
              <w:jc w:val="right"/>
            </w:pPr>
            <w:r>
              <w:rPr>
                <w:sz w:val="16"/>
              </w:rPr>
              <w:t>84,238</w:t>
            </w:r>
          </w:p>
        </w:tc>
        <w:tc>
          <w:tcPr>
            <w:tcW w:type="dxa" w:w="1126"/>
          </w:tcPr>
          <w:p>
            <w:pPr>
              <w:spacing w:after="0"/>
              <w:jc w:val="right"/>
            </w:pPr>
            <w:r>
              <w:rPr>
                <w:sz w:val="16"/>
              </w:rPr>
              <w:t>$153</w:t>
            </w:r>
          </w:p>
        </w:tc>
        <w:tc>
          <w:tcPr>
            <w:tcW w:type="dxa" w:w="1126"/>
          </w:tcPr>
          <w:p>
            <w:pPr>
              <w:spacing w:after="0"/>
              <w:jc w:val="right"/>
            </w:pPr>
            <w:r>
              <w:rPr>
                <w:sz w:val="16"/>
              </w:rPr>
              <w:t>$8</w:t>
            </w:r>
          </w:p>
        </w:tc>
        <w:tc>
          <w:tcPr>
            <w:tcW w:type="dxa" w:w="872"/>
          </w:tcPr>
          <w:p>
            <w:pPr>
              <w:spacing w:after="0"/>
              <w:jc w:val="right"/>
            </w:pPr>
            <w:r>
              <w:rPr>
                <w:sz w:val="16"/>
              </w:rPr>
              <w:t>$717,237</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$18,381,844,716</w:t>
            </w:r>
          </w:p>
        </w:tc>
        <w:tc>
          <w:tcPr>
            <w:tcW w:type="dxa" w:w="1127"/>
          </w:tcPr>
          <w:p>
            <w:pPr>
              <w:spacing w:after="0"/>
              <w:jc w:val="right"/>
            </w:pPr>
            <w:r>
              <w:rPr>
                <w:sz w:val="16"/>
              </w:rPr>
              <w:t>$8,081,940</w:t>
            </w:r>
          </w:p>
        </w:tc>
        <w:tc>
          <w:tcPr>
            <w:tcW w:type="dxa" w:w="1038"/>
          </w:tcPr>
          <w:p>
            <w:pPr>
              <w:spacing w:after="0"/>
              <w:jc w:val="right"/>
            </w:pPr>
            <w:r>
              <w:rPr>
                <w:sz w:val="16"/>
              </w:rPr>
              <w:t>84,229</w:t>
            </w:r>
          </w:p>
        </w:tc>
        <w:tc>
          <w:tcPr>
            <w:tcW w:type="dxa" w:w="1126"/>
          </w:tcPr>
          <w:p>
            <w:pPr>
              <w:spacing w:after="0"/>
              <w:jc w:val="right"/>
            </w:pPr>
            <w:r>
              <w:rPr>
                <w:sz w:val="16"/>
              </w:rPr>
              <w:t>$177,369</w:t>
            </w:r>
          </w:p>
        </w:tc>
        <w:tc>
          <w:tcPr>
            <w:tcW w:type="dxa" w:w="1126"/>
          </w:tcPr>
          <w:p>
            <w:pPr>
              <w:spacing w:after="0"/>
              <w:jc w:val="right"/>
            </w:pPr>
            <w:r>
              <w:rPr>
                <w:sz w:val="16"/>
              </w:rPr>
              <w:t>$2,759</w:t>
            </w:r>
          </w:p>
        </w:tc>
        <w:tc>
          <w:tcPr>
            <w:tcW w:type="dxa" w:w="872"/>
          </w:tcPr>
          <w:p>
            <w:pPr>
              <w:spacing w:after="0"/>
              <w:jc w:val="right"/>
            </w:pPr>
            <w:r>
              <w:rPr>
                <w:sz w:val="16"/>
              </w:rPr>
              <w:t>$7,434</w:t>
            </w:r>
          </w:p>
        </w:tc>
        <w:tc>
          <w:tcPr>
            <w:tcW w:type="dxa" w:w="1305"/>
          </w:tcPr>
          <w:p>
            <w:pPr>
              <w:spacing w:after="0"/>
              <w:jc w:val="right"/>
            </w:pPr>
            <w:r>
              <w:rPr>
                <w:sz w:val="16"/>
              </w:rPr>
              <w:t>0.000965%</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$18,382,987,350</w:t>
            </w:r>
          </w:p>
        </w:tc>
        <w:tc>
          <w:tcPr>
            <w:tcW w:type="dxa" w:w="1127"/>
          </w:tcPr>
          <w:p>
            <w:pPr>
              <w:spacing w:after="0"/>
              <w:jc w:val="right"/>
            </w:pPr>
            <w:r>
              <w:rPr>
                <w:sz w:val="16"/>
              </w:rPr>
              <w:t>n/a</w:t>
            </w:r>
          </w:p>
        </w:tc>
        <w:tc>
          <w:tcPr>
            <w:tcW w:type="dxa" w:w="1038"/>
          </w:tcPr>
          <w:p>
            <w:pPr>
              <w:spacing w:after="0"/>
              <w:jc w:val="right"/>
            </w:pPr>
            <w:r>
              <w:rPr>
                <w:sz w:val="16"/>
              </w:rPr>
              <w:t>84,238</w:t>
            </w:r>
          </w:p>
        </w:tc>
        <w:tc>
          <w:tcPr>
            <w:tcW w:type="dxa" w:w="1126"/>
          </w:tcPr>
          <w:p>
            <w:pPr>
              <w:spacing w:after="0"/>
              <w:jc w:val="right"/>
            </w:pPr>
            <w:r>
              <w:rPr>
                <w:sz w:val="16"/>
              </w:rPr>
              <w:t>$223,415</w:t>
            </w:r>
          </w:p>
        </w:tc>
        <w:tc>
          <w:tcPr>
            <w:tcW w:type="dxa" w:w="1126"/>
          </w:tcPr>
          <w:p>
            <w:pPr>
              <w:spacing w:after="0"/>
              <w:jc w:val="right"/>
            </w:pPr>
            <w:r>
              <w:rPr>
                <w:sz w:val="16"/>
              </w:rPr>
              <w:t>n/a</w:t>
            </w:r>
          </w:p>
        </w:tc>
        <w:tc>
          <w:tcPr>
            <w:tcW w:type="dxa" w:w="872"/>
          </w:tcPr>
          <w:p>
            <w:pPr>
              <w:spacing w:after="0"/>
              <w:jc w:val="right"/>
            </w:pPr>
            <w:r>
              <w:rPr>
                <w:sz w:val="16"/>
              </w:rPr>
              <w:t>$18,207</w:t>
            </w:r>
          </w:p>
        </w:tc>
        <w:tc>
          <w:tcPr>
            <w:tcW w:type="dxa" w:w="1305"/>
          </w:tcPr>
          <w:p>
            <w:pPr>
              <w:spacing w:after="0"/>
              <w:jc w:val="right"/>
            </w:pPr>
            <w:r>
              <w:rPr>
                <w:sz w:val="16"/>
              </w:rPr>
              <w:t>0.00122%</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$18,377,953,421</w:t>
            </w:r>
          </w:p>
        </w:tc>
        <w:tc>
          <w:tcPr>
            <w:tcW w:type="dxa" w:w="1127"/>
          </w:tcPr>
          <w:p>
            <w:pPr>
              <w:spacing w:after="0"/>
              <w:jc w:val="right"/>
            </w:pPr>
            <w:r>
              <w:rPr>
                <w:sz w:val="16"/>
              </w:rPr>
              <w:t>$3,472,706</w:t>
            </w:r>
          </w:p>
        </w:tc>
        <w:tc>
          <w:tcPr>
            <w:tcW w:type="dxa" w:w="1038"/>
          </w:tcPr>
          <w:p>
            <w:pPr>
              <w:spacing w:after="0"/>
              <w:jc w:val="right"/>
            </w:pPr>
            <w:r>
              <w:rPr>
                <w:sz w:val="16"/>
              </w:rPr>
              <w:t>4,430</w:t>
            </w:r>
          </w:p>
        </w:tc>
        <w:tc>
          <w:tcPr>
            <w:tcW w:type="dxa" w:w="1126"/>
          </w:tcPr>
          <w:p>
            <w:pPr>
              <w:spacing w:after="0"/>
              <w:jc w:val="right"/>
            </w:pPr>
            <w:r>
              <w:rPr>
                <w:sz w:val="16"/>
              </w:rPr>
              <w:t>$32,345,575</w:t>
            </w:r>
          </w:p>
        </w:tc>
        <w:tc>
          <w:tcPr>
            <w:tcW w:type="dxa" w:w="1126"/>
          </w:tcPr>
          <w:p>
            <w:pPr>
              <w:spacing w:after="0"/>
              <w:jc w:val="right"/>
            </w:pPr>
            <w:r>
              <w:rPr>
                <w:sz w:val="16"/>
              </w:rPr>
              <w:t>$39,682</w:t>
            </w:r>
          </w:p>
        </w:tc>
        <w:tc>
          <w:tcPr>
            <w:tcW w:type="dxa" w:w="872"/>
          </w:tcPr>
          <w:p>
            <w:pPr>
              <w:spacing w:after="0"/>
              <w:jc w:val="right"/>
            </w:pPr>
            <w:r>
              <w:rPr>
                <w:sz w:val="16"/>
              </w:rPr>
              <w:t>$679,772</w:t>
            </w:r>
          </w:p>
        </w:tc>
        <w:tc>
          <w:tcPr>
            <w:tcW w:type="dxa" w:w="1305"/>
          </w:tcPr>
          <w:p>
            <w:pPr>
              <w:spacing w:after="0"/>
              <w:jc w:val="right"/>
            </w:pPr>
            <w:r>
              <w:rPr>
                <w:sz w:val="16"/>
              </w:rPr>
              <w:t>n/a (see note)</w:t>
            </w:r>
          </w:p>
        </w:tc>
        <w:tc>
          <w:tcPr>
            <w:tcW w:type="dxa" w:w="1119"/>
          </w:tcPr>
          <w:p>
            <w:pPr>
              <w:spacing w:after="0"/>
              <w:jc w:val="right"/>
            </w:pPr>
            <w:r>
              <w:rPr>
                <w:sz w:val="16"/>
              </w:rPr>
              <w:t>$23,350</w:t>
            </w:r>
          </w:p>
        </w:tc>
        <w:tc>
          <w:tcPr>
            <w:tcW w:type="dxa" w:w="1044"/>
          </w:tcPr>
          <w:p>
            <w:pPr>
              <w:spacing w:after="0"/>
              <w:jc w:val="right"/>
            </w:pPr>
          </w:p>
        </w:tc>
        <w:tc>
          <w:tcPr>
            <w:tcW w:type="dxa" w:w="1220"/>
          </w:tcPr>
          <w:p>
            <w:pPr>
              <w:spacing w:after="0"/>
              <w:jc w:val="right"/>
            </w:pPr>
            <w:r>
              <w:rPr>
                <w:sz w:val="16"/>
              </w:rPr>
              <w:t>no Public Assistance recorded (1 declaration)</w:t>
            </w:r>
          </w:p>
        </w:tc>
        <w:tc>
          <w:tcPr>
            <w:tcW w:type="dxa" w:w="161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$1,928,112,318</w:t>
            </w:r>
          </w:p>
        </w:tc>
        <w:tc>
          <w:tcPr>
            <w:tcW w:type="dxa" w:w="1127"/>
          </w:tcPr>
          <w:p>
            <w:pPr>
              <w:spacing w:after="0"/>
              <w:jc w:val="right"/>
            </w:pPr>
            <w:r>
              <w:rPr>
                <w:sz w:val="16"/>
              </w:rPr>
              <w:t>n/a</w:t>
            </w:r>
          </w:p>
        </w:tc>
        <w:tc>
          <w:tcPr>
            <w:tcW w:type="dxa" w:w="1038"/>
          </w:tcPr>
          <w:p>
            <w:pPr>
              <w:spacing w:after="0"/>
              <w:jc w:val="right"/>
            </w:pPr>
            <w:r>
              <w:rPr>
                <w:sz w:val="16"/>
              </w:rPr>
              <w:t>10,085</w:t>
            </w:r>
          </w:p>
        </w:tc>
        <w:tc>
          <w:tcPr>
            <w:tcW w:type="dxa" w:w="1126"/>
          </w:tcPr>
          <w:p>
            <w:pPr>
              <w:spacing w:after="0"/>
              <w:jc w:val="right"/>
            </w:pPr>
            <w:r>
              <w:rPr>
                <w:sz w:val="16"/>
              </w:rPr>
              <w:t>$4,700</w:t>
            </w:r>
          </w:p>
        </w:tc>
        <w:tc>
          <w:tcPr>
            <w:tcW w:type="dxa" w:w="1126"/>
          </w:tcPr>
          <w:p>
            <w:pPr>
              <w:spacing w:after="0"/>
              <w:jc w:val="right"/>
            </w:pPr>
            <w:r>
              <w:rPr>
                <w:sz w:val="16"/>
              </w:rPr>
              <w:t>n/a</w:t>
            </w:r>
          </w:p>
        </w:tc>
        <w:tc>
          <w:tcPr>
            <w:tcW w:type="dxa" w:w="872"/>
          </w:tcPr>
          <w:p>
            <w:pPr>
              <w:spacing w:after="0"/>
              <w:jc w:val="right"/>
            </w:pPr>
            <w:r>
              <w:rPr>
                <w:sz w:val="16"/>
              </w:rPr>
              <w:t>$29,209</w:t>
            </w:r>
          </w:p>
        </w:tc>
        <w:tc>
          <w:tcPr>
            <w:tcW w:type="dxa" w:w="1305"/>
          </w:tcPr>
          <w:p>
            <w:pPr>
              <w:spacing w:after="0"/>
              <w:jc w:val="right"/>
            </w:pPr>
            <w:r>
              <w:rPr>
                <w:sz w:val="16"/>
              </w:rPr>
              <w:t>0.000244%</w:t>
            </w:r>
          </w:p>
        </w:tc>
        <w:tc>
          <w:tcPr>
            <w:tcW w:type="dxa" w:w="1119"/>
          </w:tcPr>
          <w:p>
            <w:pPr>
              <w:spacing w:after="0"/>
              <w:jc w:val="right"/>
            </w:pPr>
          </w:p>
        </w:tc>
        <w:tc>
          <w:tcPr>
            <w:tcW w:type="dxa" w:w="1044"/>
          </w:tcPr>
          <w:p>
            <w:pPr>
              <w:spacing w:after="0"/>
              <w:jc w:val="right"/>
            </w:pPr>
          </w:p>
        </w:tc>
        <w:tc>
          <w:tcPr>
            <w:tcW w:type="dxa" w:w="1220"/>
          </w:tcPr>
          <w:p>
            <w:pPr>
              <w:spacing w:after="0"/>
              <w:jc w:val="right"/>
            </w:pPr>
            <w:r>
              <w:rPr>
                <w:sz w:val="16"/>
              </w:rPr>
              <w:t>no Public Assistance recorded (1 declaration)</w:t>
            </w:r>
          </w:p>
        </w:tc>
        <w:tc>
          <w:tcPr>
            <w:tcW w:type="dxa" w:w="161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$18,382,987,350</w:t>
            </w:r>
          </w:p>
        </w:tc>
        <w:tc>
          <w:tcPr>
            <w:tcW w:type="dxa" w:w="1127"/>
          </w:tcPr>
          <w:p>
            <w:pPr>
              <w:spacing w:after="0"/>
              <w:jc w:val="right"/>
            </w:pPr>
            <w:r>
              <w:rPr>
                <w:sz w:val="16"/>
              </w:rPr>
              <w:t>n/a</w:t>
            </w:r>
          </w:p>
        </w:tc>
        <w:tc>
          <w:tcPr>
            <w:tcW w:type="dxa" w:w="1038"/>
          </w:tcPr>
          <w:p>
            <w:pPr>
              <w:spacing w:after="0"/>
              <w:jc w:val="right"/>
            </w:pPr>
            <w:r>
              <w:rPr>
                <w:sz w:val="16"/>
              </w:rPr>
              <w:t>84,238</w:t>
            </w:r>
          </w:p>
        </w:tc>
        <w:tc>
          <w:tcPr>
            <w:tcW w:type="dxa" w:w="1126"/>
          </w:tcPr>
          <w:p>
            <w:pPr>
              <w:spacing w:after="0"/>
              <w:jc w:val="right"/>
            </w:pPr>
            <w:r>
              <w:rPr>
                <w:sz w:val="16"/>
              </w:rPr>
              <w:t>$33,664</w:t>
            </w:r>
          </w:p>
        </w:tc>
        <w:tc>
          <w:tcPr>
            <w:tcW w:type="dxa" w:w="1126"/>
          </w:tcPr>
          <w:p>
            <w:pPr>
              <w:spacing w:after="0"/>
              <w:jc w:val="right"/>
            </w:pPr>
            <w:r>
              <w:rPr>
                <w:sz w:val="16"/>
              </w:rPr>
              <w:t>n/a</w:t>
            </w:r>
          </w:p>
        </w:tc>
        <w:tc>
          <w:tcPr>
            <w:tcW w:type="dxa" w:w="872"/>
          </w:tcPr>
          <w:p>
            <w:pPr>
              <w:spacing w:after="0"/>
              <w:jc w:val="right"/>
            </w:pPr>
            <w:r>
              <w:rPr>
                <w:sz w:val="16"/>
              </w:rPr>
              <w:t>$517,938</w:t>
            </w:r>
          </w:p>
        </w:tc>
        <w:tc>
          <w:tcPr>
            <w:tcW w:type="dxa" w:w="1305"/>
          </w:tcPr>
          <w:p>
            <w:pPr>
              <w:spacing w:after="0"/>
              <w:jc w:val="right"/>
            </w:pPr>
            <w:r>
              <w:rPr>
                <w:sz w:val="16"/>
              </w:rPr>
              <w:t>0.000183%</w:t>
            </w:r>
          </w:p>
        </w:tc>
        <w:tc>
          <w:tcPr>
            <w:tcW w:type="dxa" w:w="1119"/>
          </w:tcPr>
          <w:p>
            <w:pPr>
              <w:spacing w:after="0"/>
              <w:jc w:val="right"/>
            </w:pPr>
            <w:r>
              <w:rPr>
                <w:sz w:val="16"/>
              </w:rPr>
              <w:t>$450</w:t>
            </w:r>
          </w:p>
        </w:tc>
        <w:tc>
          <w:tcPr>
            <w:tcW w:type="dxa" w:w="1044"/>
          </w:tcPr>
          <w:p>
            <w:pPr>
              <w:spacing w:after="0"/>
              <w:jc w:val="right"/>
            </w:pPr>
          </w:p>
        </w:tc>
        <w:tc>
          <w:tcPr>
            <w:tcW w:type="dxa" w:w="1220"/>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$18,382,987,350</w:t>
            </w:r>
          </w:p>
        </w:tc>
        <w:tc>
          <w:tcPr>
            <w:tcW w:type="dxa" w:w="1127"/>
          </w:tcPr>
          <w:p>
            <w:pPr>
              <w:spacing w:after="0"/>
              <w:jc w:val="right"/>
            </w:pPr>
            <w:r>
              <w:rPr>
                <w:sz w:val="16"/>
              </w:rPr>
              <w:t>$8,081,940</w:t>
            </w:r>
          </w:p>
        </w:tc>
        <w:tc>
          <w:tcPr>
            <w:tcW w:type="dxa" w:w="1038"/>
          </w:tcPr>
          <w:p>
            <w:pPr>
              <w:spacing w:after="0"/>
              <w:jc w:val="right"/>
            </w:pPr>
            <w:r>
              <w:rPr>
                <w:sz w:val="16"/>
              </w:rPr>
              <w:t>84,238</w:t>
            </w:r>
          </w:p>
        </w:tc>
        <w:tc>
          <w:tcPr>
            <w:tcW w:type="dxa" w:w="1126"/>
          </w:tcPr>
          <w:p>
            <w:pPr>
              <w:spacing w:after="0"/>
              <w:jc w:val="right"/>
            </w:pPr>
            <w:r>
              <w:rPr>
                <w:sz w:val="16"/>
              </w:rPr>
              <w:t>$290,538</w:t>
            </w:r>
          </w:p>
        </w:tc>
        <w:tc>
          <w:tcPr>
            <w:tcW w:type="dxa" w:w="1126"/>
          </w:tcPr>
          <w:p>
            <w:pPr>
              <w:spacing w:after="0"/>
              <w:jc w:val="right"/>
            </w:pPr>
            <w:r>
              <w:rPr>
                <w:sz w:val="16"/>
              </w:rPr>
              <w:t>$78</w:t>
            </w:r>
          </w:p>
        </w:tc>
        <w:tc>
          <w:tcPr>
            <w:tcW w:type="dxa" w:w="872"/>
          </w:tcPr>
          <w:p>
            <w:pPr>
              <w:spacing w:after="0"/>
              <w:jc w:val="right"/>
            </w:pPr>
            <w:r>
              <w:rPr>
                <w:sz w:val="16"/>
              </w:rPr>
              <w:t>$391,429</w:t>
            </w:r>
          </w:p>
        </w:tc>
        <w:tc>
          <w:tcPr>
            <w:tcW w:type="dxa" w:w="1305"/>
          </w:tcPr>
          <w:p>
            <w:pPr>
              <w:spacing w:after="0"/>
              <w:jc w:val="right"/>
            </w:pPr>
            <w:r>
              <w:rPr>
                <w:sz w:val="16"/>
              </w:rPr>
              <w:t>0.00158%</w:t>
            </w:r>
          </w:p>
        </w:tc>
        <w:tc>
          <w:tcPr>
            <w:tcW w:type="dxa" w:w="1119"/>
          </w:tcPr>
          <w:p>
            <w:pPr>
              <w:spacing w:after="0"/>
              <w:jc w:val="right"/>
            </w:pPr>
            <w:r>
              <w:rPr>
                <w:sz w:val="16"/>
              </w:rPr>
              <w:t>$134,500</w:t>
            </w:r>
          </w:p>
        </w:tc>
        <w:tc>
          <w:tcPr>
            <w:tcW w:type="dxa" w:w="1044"/>
          </w:tcPr>
          <w:p>
            <w:pPr>
              <w:spacing w:after="0"/>
              <w:jc w:val="right"/>
            </w:pPr>
            <w:r>
              <w:rPr>
                <w:sz w:val="16"/>
              </w:rPr>
              <w:t>$40,000</w:t>
            </w:r>
          </w:p>
        </w:tc>
        <w:tc>
          <w:tcPr>
            <w:tcW w:type="dxa" w:w="1220"/>
          </w:tcPr>
          <w:p>
            <w:pPr>
              <w:spacing w:after="0"/>
              <w:jc w:val="right"/>
            </w:pPr>
          </w:p>
        </w:tc>
        <w:tc>
          <w:tcPr>
            <w:tcW w:type="dxa" w:w="1616"/>
          </w:tcPr>
          <w:p>
            <w:pPr>
              <w:spacing w:after="0"/>
              <w:jc w:val="left"/>
            </w:pPr>
            <w:r>
              <w:rPr>
                <w:sz w:val="16"/>
              </w:rPr>
              <w:t>Storm Events damage since the plan includes 12 zone-level Strong Wind records ($40,000):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$18,382,987,350</w:t>
            </w:r>
          </w:p>
        </w:tc>
        <w:tc>
          <w:tcPr>
            <w:tcW w:type="dxa" w:w="1127"/>
          </w:tcPr>
          <w:p>
            <w:pPr>
              <w:spacing w:after="0"/>
              <w:jc w:val="right"/>
            </w:pPr>
            <w:r>
              <w:rPr>
                <w:sz w:val="16"/>
              </w:rPr>
              <w:t>$8,081,940</w:t>
            </w:r>
          </w:p>
        </w:tc>
        <w:tc>
          <w:tcPr>
            <w:tcW w:type="dxa" w:w="1038"/>
          </w:tcPr>
          <w:p>
            <w:pPr>
              <w:spacing w:after="0"/>
              <w:jc w:val="right"/>
            </w:pPr>
            <w:r>
              <w:rPr>
                <w:sz w:val="16"/>
              </w:rPr>
              <w:t>84,238</w:t>
            </w:r>
          </w:p>
        </w:tc>
        <w:tc>
          <w:tcPr>
            <w:tcW w:type="dxa" w:w="1126"/>
          </w:tcPr>
          <w:p>
            <w:pPr>
              <w:spacing w:after="0"/>
              <w:jc w:val="right"/>
            </w:pPr>
            <w:r>
              <w:rPr>
                <w:sz w:val="16"/>
              </w:rPr>
              <w:t>$197,592</w:t>
            </w:r>
          </w:p>
        </w:tc>
        <w:tc>
          <w:tcPr>
            <w:tcW w:type="dxa" w:w="1126"/>
          </w:tcPr>
          <w:p>
            <w:pPr>
              <w:spacing w:after="0"/>
              <w:jc w:val="right"/>
            </w:pPr>
            <w:r>
              <w:rPr>
                <w:sz w:val="16"/>
              </w:rPr>
              <w:t>$84</w:t>
            </w:r>
          </w:p>
        </w:tc>
        <w:tc>
          <w:tcPr>
            <w:tcW w:type="dxa" w:w="872"/>
          </w:tcPr>
          <w:p>
            <w:pPr>
              <w:spacing w:after="0"/>
              <w:jc w:val="right"/>
            </w:pPr>
            <w:r>
              <w:rPr>
                <w:sz w:val="16"/>
              </w:rPr>
              <w:t>$336,320</w:t>
            </w:r>
          </w:p>
        </w:tc>
        <w:tc>
          <w:tcPr>
            <w:tcW w:type="dxa" w:w="1305"/>
          </w:tcPr>
          <w:p>
            <w:pPr>
              <w:spacing w:after="0"/>
              <w:jc w:val="right"/>
            </w:pPr>
            <w:r>
              <w:rPr>
                <w:sz w:val="16"/>
              </w:rPr>
              <w:t>0.00107%</w:t>
            </w:r>
          </w:p>
        </w:tc>
        <w:tc>
          <w:tcPr>
            <w:tcW w:type="dxa" w:w="1119"/>
          </w:tcPr>
          <w:p>
            <w:pPr>
              <w:spacing w:after="0"/>
              <w:jc w:val="right"/>
            </w:pPr>
            <w:r>
              <w:rPr>
                <w:sz w:val="16"/>
              </w:rPr>
              <w:t>$15,000</w:t>
            </w:r>
          </w:p>
        </w:tc>
        <w:tc>
          <w:tcPr>
            <w:tcW w:type="dxa" w:w="1044"/>
          </w:tcPr>
          <w:p>
            <w:pPr>
              <w:spacing w:after="0"/>
              <w:jc w:val="right"/>
            </w:pPr>
          </w:p>
        </w:tc>
        <w:tc>
          <w:tcPr>
            <w:tcW w:type="dxa" w:w="1220"/>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$5,900,117,954</w:t>
            </w:r>
          </w:p>
        </w:tc>
        <w:tc>
          <w:tcPr>
            <w:tcW w:type="dxa" w:w="1127"/>
          </w:tcPr>
          <w:p>
            <w:pPr>
              <w:spacing w:after="0"/>
              <w:jc w:val="right"/>
            </w:pPr>
            <w:r>
              <w:rPr>
                <w:sz w:val="16"/>
              </w:rPr>
              <w:t>$3,930,067</w:t>
            </w:r>
          </w:p>
        </w:tc>
        <w:tc>
          <w:tcPr>
            <w:tcW w:type="dxa" w:w="1038"/>
          </w:tcPr>
          <w:p>
            <w:pPr>
              <w:spacing w:after="0"/>
              <w:jc w:val="right"/>
            </w:pPr>
            <w:r>
              <w:rPr>
                <w:sz w:val="16"/>
              </w:rPr>
              <w:t>29,181</w:t>
            </w:r>
          </w:p>
        </w:tc>
        <w:tc>
          <w:tcPr>
            <w:tcW w:type="dxa" w:w="1126"/>
          </w:tcPr>
          <w:p>
            <w:pPr>
              <w:spacing w:after="0"/>
              <w:jc w:val="right"/>
            </w:pPr>
            <w:r>
              <w:rPr>
                <w:sz w:val="16"/>
              </w:rPr>
              <w:t>$7,577</w:t>
            </w:r>
          </w:p>
        </w:tc>
        <w:tc>
          <w:tcPr>
            <w:tcW w:type="dxa" w:w="1126"/>
          </w:tcPr>
          <w:p>
            <w:pPr>
              <w:spacing w:after="0"/>
              <w:jc w:val="right"/>
            </w:pPr>
            <w:r>
              <w:rPr>
                <w:sz w:val="16"/>
              </w:rPr>
              <w:t>$2</w:t>
            </w:r>
          </w:p>
        </w:tc>
        <w:tc>
          <w:tcPr>
            <w:tcW w:type="dxa" w:w="872"/>
          </w:tcPr>
          <w:p>
            <w:pPr>
              <w:spacing w:after="0"/>
              <w:jc w:val="right"/>
            </w:pPr>
            <w:r>
              <w:rPr>
                <w:sz w:val="16"/>
              </w:rPr>
              <w:t>$2,429</w:t>
            </w:r>
          </w:p>
        </w:tc>
        <w:tc>
          <w:tcPr>
            <w:tcW w:type="dxa" w:w="1305"/>
          </w:tcPr>
          <w:p>
            <w:pPr>
              <w:spacing w:after="0"/>
              <w:jc w:val="right"/>
            </w:pPr>
            <w:r>
              <w:rPr>
                <w:sz w:val="16"/>
              </w:rPr>
              <w:t>0.000128%</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$18,382,987,350</w:t>
            </w:r>
          </w:p>
        </w:tc>
        <w:tc>
          <w:tcPr>
            <w:tcW w:type="dxa" w:w="1127"/>
          </w:tcPr>
          <w:p>
            <w:pPr>
              <w:spacing w:after="0"/>
              <w:jc w:val="right"/>
            </w:pPr>
            <w:r>
              <w:rPr>
                <w:sz w:val="16"/>
              </w:rPr>
              <w:t>$8,081,940</w:t>
            </w:r>
          </w:p>
        </w:tc>
        <w:tc>
          <w:tcPr>
            <w:tcW w:type="dxa" w:w="1038"/>
          </w:tcPr>
          <w:p>
            <w:pPr>
              <w:spacing w:after="0"/>
              <w:jc w:val="right"/>
            </w:pPr>
            <w:r>
              <w:rPr>
                <w:sz w:val="16"/>
              </w:rPr>
              <w:t>84,238</w:t>
            </w:r>
          </w:p>
        </w:tc>
        <w:tc>
          <w:tcPr>
            <w:tcW w:type="dxa" w:w="1126"/>
          </w:tcPr>
          <w:p>
            <w:pPr>
              <w:spacing w:after="0"/>
              <w:jc w:val="right"/>
            </w:pPr>
            <w:r>
              <w:rPr>
                <w:sz w:val="16"/>
              </w:rPr>
              <w:t>$14,289</w:t>
            </w:r>
          </w:p>
        </w:tc>
        <w:tc>
          <w:tcPr>
            <w:tcW w:type="dxa" w:w="1126"/>
          </w:tcPr>
          <w:p>
            <w:pPr>
              <w:spacing w:after="0"/>
              <w:jc w:val="right"/>
            </w:pPr>
            <w:r>
              <w:rPr>
                <w:sz w:val="16"/>
              </w:rPr>
              <w:t>$2</w:t>
            </w:r>
          </w:p>
        </w:tc>
        <w:tc>
          <w:tcPr>
            <w:tcW w:type="dxa" w:w="872"/>
          </w:tcPr>
          <w:p>
            <w:pPr>
              <w:spacing w:after="0"/>
              <w:jc w:val="right"/>
            </w:pPr>
            <w:r>
              <w:rPr>
                <w:sz w:val="16"/>
              </w:rPr>
              <w:t>$16,488</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r>
              <w:rPr>
                <w:sz w:val="16"/>
              </w:rPr>
              <w:t>$0</w:t>
            </w:r>
          </w:p>
        </w:tc>
        <w:tc>
          <w:tcPr>
            <w:tcW w:type="dxa" w:w="1220"/>
          </w:tcPr>
          <w:p>
            <w:pPr>
              <w:spacing w:after="0"/>
              <w:jc w:val="right"/>
            </w:pPr>
            <w:r>
              <w:rPr>
                <w:sz w:val="16"/>
              </w:rPr>
              <w:t>no Public Assistance recorded (1 declaration)</w:t>
            </w:r>
          </w:p>
        </w:tc>
        <w:tc>
          <w:tcPr>
            <w:tcW w:type="dxa" w:w="161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2023-01-13 (Storm Events through 2026-06-30): 127 county-coded records, 127 with a damage value recorded (including $0), $173,300; 35 zone-level records, 35 with a damage value recorded (including $0), $40,000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84,238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$18,382,987,350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$8,081,940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$33,903,140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$2,920,140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12</w:t>
            </w:r>
          </w:p>
        </w:tc>
        <w:tc>
          <w:tcPr>
            <w:tcW w:type="dxa" w:w="1439"/>
          </w:tcPr>
          <w:p>
            <w:pPr>
              <w:spacing w:after="0"/>
              <w:jc w:val="right"/>
            </w:pPr>
            <w:r>
              <w:rPr>
                <w:sz w:val="16"/>
              </w:rPr>
              <w:t>31</w:t>
            </w:r>
          </w:p>
        </w:tc>
        <w:tc>
          <w:tcPr>
            <w:tcW w:type="dxa" w:w="1439"/>
          </w:tcPr>
          <w:p>
            <w:pPr>
              <w:spacing w:after="0"/>
              <w:jc w:val="right"/>
            </w:pPr>
            <w:r>
              <w:rPr>
                <w:sz w:val="16"/>
              </w:rPr>
              <w:t>126</w:t>
            </w:r>
          </w:p>
        </w:tc>
        <w:tc>
          <w:tcPr>
            <w:tcW w:type="dxa" w:w="1439"/>
          </w:tcPr>
          <w:p>
            <w:pPr>
              <w:spacing w:after="0"/>
              <w:jc w:val="right"/>
            </w:pPr>
            <w:r>
              <w:rPr>
                <w:sz w:val="16"/>
              </w:rPr>
              <w:t>29</w:t>
            </w:r>
          </w:p>
        </w:tc>
        <w:tc>
          <w:tcPr>
            <w:tcW w:type="dxa" w:w="1439"/>
          </w:tcPr>
          <w:p>
            <w:pPr>
              <w:spacing w:after="0"/>
              <w:jc w:val="right"/>
            </w:pPr>
            <w:r>
              <w:rPr>
                <w:sz w:val="16"/>
              </w:rPr>
              <w:t>127</w:t>
            </w:r>
          </w:p>
        </w:tc>
        <w:tc>
          <w:tcPr>
            <w:tcW w:type="dxa" w:w="1439"/>
          </w:tcPr>
          <w:p>
            <w:pPr>
              <w:spacing w:after="0"/>
              <w:jc w:val="right"/>
            </w:pPr>
            <w:r>
              <w:rPr>
                <w:sz w:val="16"/>
              </w:rPr>
              <w:t>1</w:t>
            </w:r>
          </w:p>
        </w:tc>
        <w:tc>
          <w:tcPr>
            <w:tcW w:type="dxa" w:w="1601"/>
          </w:tcPr>
          <w:p>
            <w:pPr>
              <w:spacing w:after="0"/>
              <w:jc w:val="right"/>
            </w:pPr>
            <w:r>
              <w:rPr>
                <w:sz w:val="16"/>
              </w:rPr>
              <w:t>11</w:t>
            </w:r>
          </w:p>
        </w:tc>
      </w:tr>
      <w:tr>
        <w:trPr>
          <w:cantSplit/>
        </w:trPr>
        <w:tc>
          <w:tcPr>
            <w:tcW w:type="dxa" w:w="3879"/>
          </w:tcPr>
          <w:p>
            <w:pPr>
              <w:spacing w:after="0"/>
              <w:jc w:val="left"/>
            </w:pPr>
            <w:r>
              <w:rPr>
                <w:sz w:val="16"/>
              </w:rPr>
              <w:t>of which: Wood County (unincorporated area)</w:t>
            </w:r>
          </w:p>
        </w:tc>
        <w:tc>
          <w:tcPr>
            <w:tcW w:type="dxa" w:w="1439"/>
          </w:tcPr>
          <w:p>
            <w:pPr>
              <w:spacing w:after="0"/>
              <w:jc w:val="right"/>
            </w:pPr>
            <w:r>
              <w:rPr>
                <w:sz w:val="16"/>
              </w:rPr>
              <w:t>7</w:t>
            </w:r>
          </w:p>
        </w:tc>
        <w:tc>
          <w:tcPr>
            <w:tcW w:type="dxa" w:w="1439"/>
          </w:tcPr>
          <w:p>
            <w:pPr>
              <w:spacing w:after="0"/>
              <w:jc w:val="right"/>
            </w:pPr>
            <w:r>
              <w:rPr>
                <w:sz w:val="16"/>
              </w:rPr>
              <w:t>21</w:t>
            </w:r>
          </w:p>
        </w:tc>
        <w:tc>
          <w:tcPr>
            <w:tcW w:type="dxa" w:w="1439"/>
          </w:tcPr>
          <w:p>
            <w:pPr>
              <w:spacing w:after="0"/>
              <w:jc w:val="right"/>
            </w:pPr>
            <w:r>
              <w:rPr>
                <w:sz w:val="16"/>
              </w:rPr>
              <w:t>93</w:t>
            </w:r>
          </w:p>
        </w:tc>
        <w:tc>
          <w:tcPr>
            <w:tcW w:type="dxa" w:w="1439"/>
          </w:tcPr>
          <w:p>
            <w:pPr>
              <w:spacing w:after="0"/>
              <w:jc w:val="right"/>
            </w:pPr>
            <w:r>
              <w:rPr>
                <w:sz w:val="16"/>
              </w:rPr>
              <w:t>19</w:t>
            </w:r>
          </w:p>
        </w:tc>
        <w:tc>
          <w:tcPr>
            <w:tcW w:type="dxa" w:w="1439"/>
          </w:tcPr>
          <w:p>
            <w:pPr>
              <w:spacing w:after="0"/>
              <w:jc w:val="right"/>
            </w:pPr>
            <w:r>
              <w:rPr>
                <w:sz w:val="16"/>
              </w:rPr>
              <w:t>94</w:t>
            </w:r>
          </w:p>
        </w:tc>
        <w:tc>
          <w:tcPr>
            <w:tcW w:type="dxa" w:w="1439"/>
          </w:tcPr>
          <w:p>
            <w:pPr>
              <w:spacing w:after="0"/>
              <w:jc w:val="right"/>
            </w:pPr>
            <w:r>
              <w:rPr>
                <w:sz w:val="16"/>
              </w:rPr>
              <w:t>1</w:t>
            </w:r>
          </w:p>
        </w:tc>
        <w:tc>
          <w:tcPr>
            <w:tcW w:type="dxa" w:w="1601"/>
          </w:tcPr>
          <w:p>
            <w:pPr>
              <w:spacing w:after="0"/>
              <w:jc w:val="right"/>
            </w:pPr>
            <w:r>
              <w:rPr>
                <w:sz w:val="16"/>
              </w:rPr>
              <w:t>9</w:t>
            </w:r>
          </w:p>
        </w:tc>
      </w:tr>
      <w:tr>
        <w:trPr>
          <w:cantSplit/>
        </w:trPr>
        <w:tc>
          <w:tcPr>
            <w:tcW w:type="dxa" w:w="3879"/>
          </w:tcPr>
          <w:p>
            <w:pPr>
              <w:spacing w:after="0"/>
              <w:jc w:val="left"/>
            </w:pPr>
            <w:r>
              <w:rPr>
                <w:sz w:val="16"/>
              </w:rPr>
              <w:t>of which: Parkersburg city</w:t>
            </w:r>
          </w:p>
        </w:tc>
        <w:tc>
          <w:tcPr>
            <w:tcW w:type="dxa" w:w="1439"/>
          </w:tcPr>
          <w:p>
            <w:pPr>
              <w:spacing w:after="0"/>
              <w:jc w:val="right"/>
            </w:pPr>
            <w:r>
              <w:rPr>
                <w:sz w:val="16"/>
              </w:rPr>
              <w:t>4</w:t>
            </w:r>
          </w:p>
        </w:tc>
        <w:tc>
          <w:tcPr>
            <w:tcW w:type="dxa" w:w="1439"/>
          </w:tcPr>
          <w:p>
            <w:pPr>
              <w:spacing w:after="0"/>
              <w:jc w:val="right"/>
            </w:pPr>
            <w:r>
              <w:rPr>
                <w:sz w:val="16"/>
              </w:rPr>
              <w:t>7</w:t>
            </w:r>
          </w:p>
        </w:tc>
        <w:tc>
          <w:tcPr>
            <w:tcW w:type="dxa" w:w="1439"/>
          </w:tcPr>
          <w:p>
            <w:pPr>
              <w:spacing w:after="0"/>
              <w:jc w:val="right"/>
            </w:pPr>
            <w:r>
              <w:rPr>
                <w:sz w:val="16"/>
              </w:rPr>
              <w:t>18</w:t>
            </w:r>
          </w:p>
        </w:tc>
        <w:tc>
          <w:tcPr>
            <w:tcW w:type="dxa" w:w="1439"/>
          </w:tcPr>
          <w:p>
            <w:pPr>
              <w:spacing w:after="0"/>
              <w:jc w:val="right"/>
            </w:pPr>
            <w:r>
              <w:rPr>
                <w:sz w:val="16"/>
              </w:rPr>
              <w:t>7</w:t>
            </w:r>
          </w:p>
        </w:tc>
        <w:tc>
          <w:tcPr>
            <w:tcW w:type="dxa" w:w="1439"/>
          </w:tcPr>
          <w:p>
            <w:pPr>
              <w:spacing w:after="0"/>
              <w:jc w:val="right"/>
            </w:pPr>
            <w:r>
              <w:rPr>
                <w:sz w:val="16"/>
              </w:rPr>
              <w:t>18</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Vienna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Williamstown city</w:t>
            </w:r>
          </w:p>
        </w:tc>
        <w:tc>
          <w:tcPr>
            <w:tcW w:type="dxa" w:w="1439"/>
          </w:tcPr>
          <w:p>
            <w:pPr>
              <w:spacing w:after="0"/>
              <w:jc w:val="right"/>
            </w:pPr>
            <w:r>
              <w:rPr>
                <w:sz w:val="16"/>
              </w:rPr>
              <w:t>1</w:t>
            </w:r>
          </w:p>
        </w:tc>
        <w:tc>
          <w:tcPr>
            <w:tcW w:type="dxa" w:w="1439"/>
          </w:tcPr>
          <w:p>
            <w:pPr>
              <w:spacing w:after="0"/>
              <w:jc w:val="right"/>
            </w:pPr>
            <w:r>
              <w:rPr>
                <w:sz w:val="16"/>
              </w:rPr>
              <w:t>3</w:t>
            </w:r>
          </w:p>
        </w:tc>
        <w:tc>
          <w:tcPr>
            <w:tcW w:type="dxa" w:w="1439"/>
          </w:tcPr>
          <w:p>
            <w:pPr>
              <w:spacing w:after="0"/>
              <w:jc w:val="right"/>
            </w:pPr>
            <w:r>
              <w:rPr>
                <w:sz w:val="16"/>
              </w:rPr>
              <w:t>10</w:t>
            </w:r>
          </w:p>
        </w:tc>
        <w:tc>
          <w:tcPr>
            <w:tcW w:type="dxa" w:w="1439"/>
          </w:tcPr>
          <w:p>
            <w:pPr>
              <w:spacing w:after="0"/>
              <w:jc w:val="right"/>
            </w:pPr>
            <w:r>
              <w:rPr>
                <w:sz w:val="16"/>
              </w:rPr>
              <w:t>3</w:t>
            </w:r>
          </w:p>
        </w:tc>
        <w:tc>
          <w:tcPr>
            <w:tcW w:type="dxa" w:w="1439"/>
          </w:tcPr>
          <w:p>
            <w:pPr>
              <w:spacing w:after="0"/>
              <w:jc w:val="right"/>
            </w:pPr>
            <w:r>
              <w:rPr>
                <w:sz w:val="16"/>
              </w:rPr>
              <w:t>10</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Unknown (community ID Unknown in FEMA data)</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Wood County</w:t>
            </w:r>
          </w:p>
        </w:tc>
        <w:tc>
          <w:tcPr>
            <w:tcW w:type="dxa" w:w="1589"/>
          </w:tcPr>
          <w:p>
            <w:pPr>
              <w:spacing w:after="0"/>
              <w:jc w:val="left"/>
            </w:pPr>
            <w:r>
              <w:rPr>
                <w:sz w:val="16"/>
              </w:rPr>
              <w:t>540213</w:t>
            </w:r>
          </w:p>
        </w:tc>
        <w:tc>
          <w:tcPr>
            <w:tcW w:type="dxa" w:w="1428"/>
          </w:tcPr>
          <w:p>
            <w:pPr>
              <w:spacing w:after="0"/>
              <w:jc w:val="right"/>
            </w:pPr>
            <w:r>
              <w:rPr>
                <w:sz w:val="16"/>
              </w:rPr>
              <w:t>7</w:t>
            </w:r>
          </w:p>
        </w:tc>
        <w:tc>
          <w:tcPr>
            <w:tcW w:type="dxa" w:w="1428"/>
          </w:tcPr>
          <w:p>
            <w:pPr>
              <w:spacing w:after="0"/>
              <w:jc w:val="right"/>
            </w:pPr>
            <w:r>
              <w:rPr>
                <w:sz w:val="16"/>
              </w:rPr>
              <w:t>21</w:t>
            </w:r>
          </w:p>
        </w:tc>
        <w:tc>
          <w:tcPr>
            <w:tcW w:type="dxa" w:w="1428"/>
          </w:tcPr>
          <w:p>
            <w:pPr>
              <w:spacing w:after="0"/>
              <w:jc w:val="right"/>
            </w:pPr>
            <w:r>
              <w:rPr>
                <w:sz w:val="16"/>
              </w:rPr>
              <w:t>93</w:t>
            </w:r>
          </w:p>
        </w:tc>
        <w:tc>
          <w:tcPr>
            <w:tcW w:type="dxa" w:w="1428"/>
          </w:tcPr>
          <w:p>
            <w:pPr>
              <w:spacing w:after="0"/>
              <w:jc w:val="right"/>
            </w:pPr>
            <w:r>
              <w:rPr>
                <w:sz w:val="16"/>
              </w:rPr>
              <w:t>19</w:t>
            </w:r>
          </w:p>
        </w:tc>
        <w:tc>
          <w:tcPr>
            <w:tcW w:type="dxa" w:w="1428"/>
          </w:tcPr>
          <w:p>
            <w:pPr>
              <w:spacing w:after="0"/>
              <w:jc w:val="right"/>
            </w:pPr>
            <w:r>
              <w:rPr>
                <w:sz w:val="16"/>
              </w:rPr>
              <w:t>94</w:t>
            </w:r>
          </w:p>
        </w:tc>
        <w:tc>
          <w:tcPr>
            <w:tcW w:type="dxa" w:w="1428"/>
          </w:tcPr>
          <w:p>
            <w:pPr>
              <w:spacing w:after="0"/>
              <w:jc w:val="right"/>
            </w:pPr>
            <w:r>
              <w:rPr>
                <w:sz w:val="16"/>
              </w:rPr>
              <w:t>1</w:t>
            </w:r>
          </w:p>
        </w:tc>
        <w:tc>
          <w:tcPr>
            <w:tcW w:type="dxa" w:w="1589"/>
          </w:tcPr>
          <w:p>
            <w:pPr>
              <w:spacing w:after="0"/>
              <w:jc w:val="right"/>
            </w:pPr>
            <w:r>
              <w:rPr>
                <w:sz w:val="16"/>
              </w:rPr>
              <w:t>9</w:t>
            </w:r>
          </w:p>
        </w:tc>
      </w:tr>
      <w:tr>
        <w:trPr>
          <w:cantSplit/>
        </w:trPr>
        <w:tc>
          <w:tcPr>
            <w:tcW w:type="dxa" w:w="2369"/>
          </w:tcPr>
          <w:p>
            <w:pPr>
              <w:spacing w:after="0"/>
              <w:jc w:val="left"/>
            </w:pPr>
            <w:r>
              <w:rPr>
                <w:sz w:val="16"/>
              </w:rPr>
              <w:t>North Hills town</w:t>
            </w:r>
          </w:p>
        </w:tc>
        <w:tc>
          <w:tcPr>
            <w:tcW w:type="dxa" w:w="1589"/>
          </w:tcPr>
          <w:p>
            <w:pPr>
              <w:spacing w:after="0"/>
              <w:jc w:val="left"/>
            </w:pPr>
            <w:r>
              <w:rPr>
                <w:sz w:val="16"/>
              </w:rPr>
              <w:t>540042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Parkersburg city</w:t>
            </w:r>
          </w:p>
        </w:tc>
        <w:tc>
          <w:tcPr>
            <w:tcW w:type="dxa" w:w="1589"/>
          </w:tcPr>
          <w:p>
            <w:pPr>
              <w:spacing w:after="0"/>
              <w:jc w:val="left"/>
            </w:pPr>
            <w:r>
              <w:rPr>
                <w:sz w:val="16"/>
              </w:rPr>
              <w:t>540214</w:t>
            </w:r>
          </w:p>
        </w:tc>
        <w:tc>
          <w:tcPr>
            <w:tcW w:type="dxa" w:w="1428"/>
          </w:tcPr>
          <w:p>
            <w:pPr>
              <w:spacing w:after="0"/>
              <w:jc w:val="right"/>
            </w:pPr>
            <w:r>
              <w:rPr>
                <w:sz w:val="16"/>
              </w:rPr>
              <w:t>4</w:t>
            </w:r>
          </w:p>
        </w:tc>
        <w:tc>
          <w:tcPr>
            <w:tcW w:type="dxa" w:w="1428"/>
          </w:tcPr>
          <w:p>
            <w:pPr>
              <w:spacing w:after="0"/>
              <w:jc w:val="right"/>
            </w:pPr>
            <w:r>
              <w:rPr>
                <w:sz w:val="16"/>
              </w:rPr>
              <w:t>7</w:t>
            </w:r>
          </w:p>
        </w:tc>
        <w:tc>
          <w:tcPr>
            <w:tcW w:type="dxa" w:w="1428"/>
          </w:tcPr>
          <w:p>
            <w:pPr>
              <w:spacing w:after="0"/>
              <w:jc w:val="right"/>
            </w:pPr>
            <w:r>
              <w:rPr>
                <w:sz w:val="16"/>
              </w:rPr>
              <w:t>18</w:t>
            </w:r>
          </w:p>
        </w:tc>
        <w:tc>
          <w:tcPr>
            <w:tcW w:type="dxa" w:w="1428"/>
          </w:tcPr>
          <w:p>
            <w:pPr>
              <w:spacing w:after="0"/>
              <w:jc w:val="right"/>
            </w:pPr>
            <w:r>
              <w:rPr>
                <w:sz w:val="16"/>
              </w:rPr>
              <w:t>7</w:t>
            </w:r>
          </w:p>
        </w:tc>
        <w:tc>
          <w:tcPr>
            <w:tcW w:type="dxa" w:w="1428"/>
          </w:tcPr>
          <w:p>
            <w:pPr>
              <w:spacing w:after="0"/>
              <w:jc w:val="right"/>
            </w:pPr>
            <w:r>
              <w:rPr>
                <w:sz w:val="16"/>
              </w:rPr>
              <w:t>18</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Vienna city</w:t>
            </w:r>
          </w:p>
        </w:tc>
        <w:tc>
          <w:tcPr>
            <w:tcW w:type="dxa" w:w="1589"/>
          </w:tcPr>
          <w:p>
            <w:pPr>
              <w:spacing w:after="0"/>
              <w:jc w:val="left"/>
            </w:pPr>
            <w:r>
              <w:rPr>
                <w:sz w:val="16"/>
              </w:rPr>
              <w:t>540215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4</w:t>
            </w:r>
          </w:p>
        </w:tc>
        <w:tc>
          <w:tcPr>
            <w:tcW w:type="dxa" w:w="1428"/>
          </w:tcPr>
          <w:p>
            <w:pPr>
              <w:spacing w:after="0"/>
              <w:jc w:val="right"/>
            </w:pPr>
            <w:r>
              <w:rPr>
                <w:sz w:val="16"/>
              </w:rPr>
              <w:t>0</w:t>
            </w:r>
          </w:p>
        </w:tc>
        <w:tc>
          <w:tcPr>
            <w:tcW w:type="dxa" w:w="1428"/>
          </w:tcPr>
          <w:p>
            <w:pPr>
              <w:spacing w:after="0"/>
              <w:jc w:val="right"/>
            </w:pPr>
            <w:r>
              <w:rPr>
                <w:sz w:val="16"/>
              </w:rPr>
              <w:t>4</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Williamstown city</w:t>
            </w:r>
          </w:p>
        </w:tc>
        <w:tc>
          <w:tcPr>
            <w:tcW w:type="dxa" w:w="1589"/>
          </w:tcPr>
          <w:p>
            <w:pPr>
              <w:spacing w:after="0"/>
              <w:jc w:val="left"/>
            </w:pPr>
            <w:r>
              <w:rPr>
                <w:sz w:val="16"/>
              </w:rPr>
              <w:t>540216</w:t>
            </w:r>
          </w:p>
        </w:tc>
        <w:tc>
          <w:tcPr>
            <w:tcW w:type="dxa" w:w="1428"/>
          </w:tcPr>
          <w:p>
            <w:pPr>
              <w:spacing w:after="0"/>
              <w:jc w:val="right"/>
            </w:pPr>
            <w:r>
              <w:rPr>
                <w:sz w:val="16"/>
              </w:rPr>
              <w:t>1</w:t>
            </w:r>
          </w:p>
        </w:tc>
        <w:tc>
          <w:tcPr>
            <w:tcW w:type="dxa" w:w="1428"/>
          </w:tcPr>
          <w:p>
            <w:pPr>
              <w:spacing w:after="0"/>
              <w:jc w:val="right"/>
            </w:pPr>
            <w:r>
              <w:rPr>
                <w:sz w:val="16"/>
              </w:rPr>
              <w:t>3</w:t>
            </w:r>
          </w:p>
        </w:tc>
        <w:tc>
          <w:tcPr>
            <w:tcW w:type="dxa" w:w="1428"/>
          </w:tcPr>
          <w:p>
            <w:pPr>
              <w:spacing w:after="0"/>
              <w:jc w:val="right"/>
            </w:pPr>
            <w:r>
              <w:rPr>
                <w:sz w:val="16"/>
              </w:rPr>
              <w:t>10</w:t>
            </w:r>
          </w:p>
        </w:tc>
        <w:tc>
          <w:tcPr>
            <w:tcW w:type="dxa" w:w="1428"/>
          </w:tcPr>
          <w:p>
            <w:pPr>
              <w:spacing w:after="0"/>
              <w:jc w:val="right"/>
            </w:pPr>
            <w:r>
              <w:rPr>
                <w:sz w:val="16"/>
              </w:rPr>
              <w:t>3</w:t>
            </w:r>
          </w:p>
        </w:tc>
        <w:tc>
          <w:tcPr>
            <w:tcW w:type="dxa" w:w="1428"/>
          </w:tcPr>
          <w:p>
            <w:pPr>
              <w:spacing w:after="0"/>
              <w:jc w:val="right"/>
            </w:pPr>
            <w:r>
              <w:rPr>
                <w:sz w:val="16"/>
              </w:rPr>
              <w:t>10</w:t>
            </w:r>
          </w:p>
        </w:tc>
        <w:tc>
          <w:tcPr>
            <w:tcW w:type="dxa" w:w="1428"/>
          </w:tcPr>
          <w:p>
            <w:pPr>
              <w:spacing w:after="0"/>
              <w:jc w:val="right"/>
            </w:pPr>
            <w:r>
              <w:rPr>
                <w:sz w:val="16"/>
              </w:rPr>
              <w:t>0</w:t>
            </w:r>
          </w:p>
        </w:tc>
        <w:tc>
          <w:tcPr>
            <w:tcW w:type="dxa" w:w="1589"/>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10</w:t>
            </w:r>
          </w:p>
        </w:tc>
        <w:tc>
          <w:tcPr>
            <w:tcW w:type="dxa" w:w="1496"/>
          </w:tcPr>
          <w:p>
            <w:pPr>
              <w:spacing w:after="0"/>
              <w:jc w:val="right"/>
            </w:pPr>
            <w:r>
              <w:rPr>
                <w:sz w:val="16"/>
              </w:rPr>
              <w:t>23</w:t>
            </w:r>
          </w:p>
        </w:tc>
        <w:tc>
          <w:tcPr>
            <w:tcW w:type="dxa" w:w="1496"/>
          </w:tcPr>
          <w:p>
            <w:pPr>
              <w:spacing w:after="0"/>
              <w:jc w:val="right"/>
            </w:pPr>
            <w:r>
              <w:rPr>
                <w:sz w:val="16"/>
              </w:rPr>
              <w:t>92</w:t>
            </w:r>
          </w:p>
        </w:tc>
        <w:tc>
          <w:tcPr>
            <w:tcW w:type="dxa" w:w="1496"/>
          </w:tcPr>
          <w:p>
            <w:pPr>
              <w:spacing w:after="0"/>
              <w:jc w:val="right"/>
            </w:pPr>
            <w:r>
              <w:rPr>
                <w:sz w:val="16"/>
              </w:rPr>
              <w:t>21</w:t>
            </w:r>
          </w:p>
        </w:tc>
        <w:tc>
          <w:tcPr>
            <w:tcW w:type="dxa" w:w="1496"/>
          </w:tcPr>
          <w:p>
            <w:pPr>
              <w:spacing w:after="0"/>
              <w:jc w:val="right"/>
            </w:pPr>
            <w:r>
              <w:rPr>
                <w:sz w:val="16"/>
              </w:rPr>
              <w:t>93</w:t>
            </w:r>
          </w:p>
        </w:tc>
        <w:tc>
          <w:tcPr>
            <w:tcW w:type="dxa" w:w="1496"/>
          </w:tcPr>
          <w:p>
            <w:pPr>
              <w:spacing w:after="0"/>
              <w:jc w:val="right"/>
            </w:pPr>
            <w:r>
              <w:rPr>
                <w:sz w:val="16"/>
              </w:rPr>
              <w:t>1</w:t>
            </w:r>
          </w:p>
        </w:tc>
        <w:tc>
          <w:tcPr>
            <w:tcW w:type="dxa" w:w="1665"/>
          </w:tcPr>
          <w:p>
            <w:pPr>
              <w:spacing w:after="0"/>
              <w:jc w:val="right"/>
            </w:pPr>
            <w:r>
              <w:rPr>
                <w:sz w:val="16"/>
              </w:rPr>
              <w:t>11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28</w:t>
            </w:r>
          </w:p>
        </w:tc>
        <w:tc>
          <w:tcPr>
            <w:tcW w:type="dxa" w:w="1496"/>
          </w:tcPr>
          <w:p>
            <w:pPr>
              <w:spacing w:after="0"/>
              <w:jc w:val="right"/>
            </w:pPr>
            <w:r>
              <w:rPr>
                <w:sz w:val="16"/>
              </w:rPr>
              <w:t>6</w:t>
            </w:r>
          </w:p>
        </w:tc>
        <w:tc>
          <w:tcPr>
            <w:tcW w:type="dxa" w:w="1496"/>
          </w:tcPr>
          <w:p>
            <w:pPr>
              <w:spacing w:after="0"/>
              <w:jc w:val="right"/>
            </w:pPr>
            <w:r>
              <w:rPr>
                <w:sz w:val="16"/>
              </w:rPr>
              <w:t>28</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114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Wood County, WV: risk-assessment baseline packet, release 2026-10 (data as of 2026-09-30; County FIPS 54107). Automated baseline. </w:t>
      </w:r>
      <w:hyperlink r:id="rId15">
        <w:r>
          <w:rPr>
            <w:color w:val="1F4E99"/>
            <w:sz w:val="17"/>
            <w:u w:val="single"/>
          </w:rPr>
          <w:t>https://hazardplain.org/wv/54107/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hazard-plain_2026-10_WV_54107.docx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Wood County, WV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v/5410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Wood County, WV: Risk-assessment baseline packet</dc:title>
  <dc:subject>Hazard Plain release 2026-10, as of 2026-09-30. Automated baseline</dc:subject>
  <dc:creator>Hazard Plain</dc:creator>
  <cp:keywords>Hazard Plain; hazard mitigation; risk assessment; 54107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