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Wayne County, WV</w:t>
      </w:r>
    </w:p>
    <w:p>
      <w:pPr>
        <w:spacing w:after="120" w:before="0"/>
      </w:pPr>
      <w:r>
        <w:rPr>
          <w:color w:val="555555"/>
          <w:sz w:val="24"/>
        </w:rPr>
        <w:t>Risk-assessment baseline packet</w:t>
      </w:r>
    </w:p>
    <w:p>
      <w:pPr>
        <w:spacing w:after="120" w:before="0"/>
      </w:pPr>
      <w:r>
        <w:rPr>
          <w:b/>
          <w:sz w:val="18"/>
        </w:rPr>
        <w:t xml:space="preserve">Unit: </w:t>
      </w:r>
      <w:r>
        <w:rPr>
          <w:sz w:val="18"/>
        </w:rPr>
        <w:t>County area 54099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2029-09-05</w:t>
      </w:r>
    </w:p>
    <w:p>
      <w:pPr>
        <w:keepNext/>
        <w:spacing w:after="40" w:before="0"/>
      </w:pPr>
      <w:r>
        <w:rPr>
          <w:b/>
        </w:rPr>
        <w:t xml:space="preserve">Plan: </w:t>
      </w:r>
      <w:r>
        <w:rPr/>
        <w:t>RPDC 02 Hazard Mitigation Plan (FEMA plan 109809)</w:t>
      </w:r>
    </w:p>
    <w:p>
      <w:pPr>
        <w:keepNext/>
        <w:spacing w:after="40" w:before="0"/>
      </w:pPr>
      <w:r>
        <w:rPr>
          <w:b/>
        </w:rPr>
        <w:t xml:space="preserve">Approved: </w:t>
      </w:r>
      <w:r>
        <w:rPr/>
        <w:t>2024-09-06</w:t>
      </w:r>
    </w:p>
    <w:p>
      <w:pPr>
        <w:keepNext/>
        <w:spacing w:after="40" w:before="0"/>
      </w:pPr>
      <w:r>
        <w:rPr>
          <w:b/>
        </w:rPr>
        <w:t xml:space="preserve">Expires: </w:t>
      </w:r>
      <w:r>
        <w:rPr/>
        <w:t>2029-09-05</w:t>
      </w:r>
    </w:p>
    <w:p>
      <w:pPr>
        <w:keepNext/>
        <w:spacing w:after="40" w:before="0"/>
      </w:pPr>
      <w:r>
        <w:rPr>
          <w:b/>
        </w:rPr>
        <w:t xml:space="preserve">As of: </w:t>
      </w:r>
      <w:r>
        <w:rPr/>
        <w:t>2026-09-28</w:t>
      </w:r>
    </w:p>
    <w:p>
      <w:pPr>
        <w:keepNext/>
        <w:spacing w:after="40" w:before="0"/>
      </w:pPr>
      <w:r>
        <w:rPr>
          <w:b/>
        </w:rPr>
        <w:t xml:space="preserve">Days: </w:t>
      </w:r>
      <w:r>
        <w:rPr/>
        <w:t>1,073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2024-09-06)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DR-4861-WV, EM-3639-WV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3 (44 CFR 77.2); any definition: 43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2326"/>
        <w:gridCol w:w="3831"/>
        <w:gridCol w:w="1037"/>
        <w:gridCol w:w="1037"/>
        <w:gridCol w:w="873"/>
        <w:gridCol w:w="930"/>
        <w:gridCol w:w="2183"/>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26"/>
            <w:shd w:val="clear" w:color="auto" w:fill="E8E8E8"/>
          </w:tcPr>
          <w:p>
            <w:pPr>
              <w:spacing w:after="0"/>
              <w:jc w:val="left"/>
            </w:pPr>
            <w:r>
              <w:rPr>
                <w:b/>
                <w:sz w:val="16"/>
              </w:rPr>
              <w:t>Status</w:t>
            </w:r>
          </w:p>
        </w:tc>
        <w:tc>
          <w:tcPr>
            <w:tcW w:type="dxa" w:w="383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0"/>
            <w:shd w:val="clear" w:color="auto" w:fill="E8E8E8"/>
          </w:tcPr>
          <w:p>
            <w:pPr>
              <w:spacing w:after="0"/>
              <w:jc w:val="left"/>
            </w:pPr>
            <w:r>
              <w:rPr>
                <w:b/>
                <w:sz w:val="16"/>
              </w:rPr>
              <w:t>Update underway</w:t>
            </w:r>
          </w:p>
        </w:tc>
        <w:tc>
          <w:tcPr>
            <w:tcW w:type="dxa" w:w="2183"/>
            <w:shd w:val="clear" w:color="auto" w:fill="E8E8E8"/>
          </w:tcPr>
          <w:p>
            <w:pPr>
              <w:spacing w:after="0"/>
              <w:jc w:val="left"/>
            </w:pPr>
            <w:r>
              <w:rPr>
                <w:b/>
                <w:sz w:val="16"/>
              </w:rPr>
              <w:t>Notes</w:t>
            </w:r>
          </w:p>
        </w:tc>
      </w:tr>
      <w:tr>
        <w:trPr>
          <w:cantSplit/>
        </w:trPr>
        <w:tc>
          <w:tcPr>
            <w:tcW w:type="dxa" w:w="1215"/>
          </w:tcPr>
          <w:p>
            <w:pPr>
              <w:spacing w:after="0"/>
              <w:jc w:val="left"/>
            </w:pPr>
            <w:r>
              <w:rPr>
                <w:sz w:val="16"/>
              </w:rPr>
              <w:t>Wayne County</w:t>
            </w:r>
          </w:p>
        </w:tc>
        <w:tc>
          <w:tcPr>
            <w:tcW w:type="dxa" w:w="680"/>
          </w:tcPr>
          <w:p>
            <w:pPr>
              <w:spacing w:after="0"/>
              <w:jc w:val="left"/>
            </w:pPr>
            <w:r>
              <w:rPr>
                <w:sz w:val="16"/>
              </w:rPr>
              <w:t>County</w:t>
            </w:r>
          </w:p>
        </w:tc>
        <w:tc>
          <w:tcPr>
            <w:tcW w:type="dxa" w:w="2326"/>
          </w:tcPr>
          <w:p>
            <w:pPr>
              <w:spacing w:after="0"/>
              <w:jc w:val="left"/>
            </w:pPr>
            <w:r>
              <w:rPr>
                <w:sz w:val="16"/>
              </w:rPr>
              <w:t>Approved, expires 2029-09-05</w:t>
            </w:r>
          </w:p>
        </w:tc>
        <w:tc>
          <w:tcPr>
            <w:tcW w:type="dxa" w:w="3831"/>
          </w:tcPr>
          <w:p>
            <w:pPr>
              <w:spacing w:after="0"/>
              <w:jc w:val="left"/>
            </w:pPr>
            <w:r>
              <w:rPr>
                <w:sz w:val="16"/>
              </w:rPr>
              <w:t>RPDC 02 Hazard Mitigation Plan (FEMA plan 109809)</w:t>
            </w:r>
          </w:p>
        </w:tc>
        <w:tc>
          <w:tcPr>
            <w:tcW w:type="dxa" w:w="1037"/>
          </w:tcPr>
          <w:p>
            <w:pPr>
              <w:spacing w:after="0"/>
              <w:jc w:val="left"/>
            </w:pPr>
            <w:r>
              <w:rPr>
                <w:sz w:val="16"/>
              </w:rPr>
              <w:t>2024-09-06</w:t>
            </w:r>
          </w:p>
        </w:tc>
        <w:tc>
          <w:tcPr>
            <w:tcW w:type="dxa" w:w="1037"/>
          </w:tcPr>
          <w:p>
            <w:pPr>
              <w:spacing w:after="0"/>
              <w:jc w:val="left"/>
            </w:pPr>
            <w:r>
              <w:rPr>
                <w:sz w:val="16"/>
              </w:rPr>
              <w:t>2029-09-05</w:t>
            </w:r>
          </w:p>
        </w:tc>
        <w:tc>
          <w:tcPr>
            <w:tcW w:type="dxa" w:w="873"/>
          </w:tcPr>
          <w:p>
            <w:pPr>
              <w:spacing w:after="0"/>
              <w:jc w:val="right"/>
            </w:pPr>
            <w:r>
              <w:rPr>
                <w:sz w:val="16"/>
              </w:rPr>
              <w:t>1,073</w:t>
            </w:r>
          </w:p>
        </w:tc>
        <w:tc>
          <w:tcPr>
            <w:tcW w:type="dxa" w:w="930"/>
          </w:tcPr>
          <w:p>
            <w:pPr>
              <w:spacing w:after="0"/>
              <w:jc w:val="left"/>
            </w:pPr>
          </w:p>
        </w:tc>
        <w:tc>
          <w:tcPr>
            <w:tcW w:type="dxa" w:w="2183"/>
          </w:tcPr>
          <w:p>
            <w:pPr>
              <w:spacing w:after="0"/>
              <w:jc w:val="left"/>
            </w:pPr>
            <w:r>
              <w:rPr>
                <w:sz w:val="16"/>
              </w:rPr>
              <w:t>member approved 2024-09-09</w:t>
            </w:r>
          </w:p>
        </w:tc>
      </w:tr>
      <w:tr>
        <w:trPr>
          <w:cantSplit/>
        </w:trPr>
        <w:tc>
          <w:tcPr>
            <w:tcW w:type="dxa" w:w="1215"/>
          </w:tcPr>
          <w:p>
            <w:pPr>
              <w:spacing w:after="0"/>
              <w:jc w:val="left"/>
            </w:pPr>
            <w:r>
              <w:rPr>
                <w:sz w:val="16"/>
              </w:rPr>
              <w:t>Ceredo city</w:t>
            </w:r>
          </w:p>
        </w:tc>
        <w:tc>
          <w:tcPr>
            <w:tcW w:type="dxa" w:w="680"/>
          </w:tcPr>
          <w:p>
            <w:pPr>
              <w:spacing w:after="0"/>
              <w:jc w:val="left"/>
            </w:pPr>
            <w:r>
              <w:rPr>
                <w:sz w:val="16"/>
              </w:rPr>
              <w:t>City</w:t>
            </w:r>
          </w:p>
        </w:tc>
        <w:tc>
          <w:tcPr>
            <w:tcW w:type="dxa" w:w="2326"/>
          </w:tcPr>
          <w:p>
            <w:pPr>
              <w:spacing w:after="0"/>
              <w:jc w:val="left"/>
            </w:pPr>
            <w:r>
              <w:rPr>
                <w:sz w:val="16"/>
              </w:rPr>
              <w:t>Approved, expires 2029-09-05</w:t>
            </w:r>
          </w:p>
        </w:tc>
        <w:tc>
          <w:tcPr>
            <w:tcW w:type="dxa" w:w="3831"/>
          </w:tcPr>
          <w:p>
            <w:pPr>
              <w:spacing w:after="0"/>
              <w:jc w:val="left"/>
            </w:pPr>
            <w:r>
              <w:rPr>
                <w:sz w:val="16"/>
              </w:rPr>
              <w:t>RPDC 02 Hazard Mitigation Plan (FEMA plan 109809)</w:t>
            </w:r>
          </w:p>
        </w:tc>
        <w:tc>
          <w:tcPr>
            <w:tcW w:type="dxa" w:w="1037"/>
          </w:tcPr>
          <w:p>
            <w:pPr>
              <w:spacing w:after="0"/>
              <w:jc w:val="left"/>
            </w:pPr>
            <w:r>
              <w:rPr>
                <w:sz w:val="16"/>
              </w:rPr>
              <w:t>2024-09-06</w:t>
            </w:r>
          </w:p>
        </w:tc>
        <w:tc>
          <w:tcPr>
            <w:tcW w:type="dxa" w:w="1037"/>
          </w:tcPr>
          <w:p>
            <w:pPr>
              <w:spacing w:after="0"/>
              <w:jc w:val="left"/>
            </w:pPr>
            <w:r>
              <w:rPr>
                <w:sz w:val="16"/>
              </w:rPr>
              <w:t>2029-09-05</w:t>
            </w:r>
          </w:p>
        </w:tc>
        <w:tc>
          <w:tcPr>
            <w:tcW w:type="dxa" w:w="873"/>
          </w:tcPr>
          <w:p>
            <w:pPr>
              <w:spacing w:after="0"/>
              <w:jc w:val="right"/>
            </w:pPr>
            <w:r>
              <w:rPr>
                <w:sz w:val="16"/>
              </w:rPr>
              <w:t>1,073</w:t>
            </w:r>
          </w:p>
        </w:tc>
        <w:tc>
          <w:tcPr>
            <w:tcW w:type="dxa" w:w="930"/>
          </w:tcPr>
          <w:p>
            <w:pPr>
              <w:spacing w:after="0"/>
              <w:jc w:val="left"/>
            </w:pPr>
          </w:p>
        </w:tc>
        <w:tc>
          <w:tcPr>
            <w:tcW w:type="dxa" w:w="2183"/>
          </w:tcPr>
          <w:p>
            <w:pPr>
              <w:spacing w:after="0"/>
              <w:jc w:val="left"/>
            </w:pPr>
            <w:r>
              <w:rPr>
                <w:sz w:val="16"/>
              </w:rPr>
              <w:t>member approved 2025-06-02</w:t>
            </w:r>
          </w:p>
        </w:tc>
      </w:tr>
      <w:tr>
        <w:trPr>
          <w:cantSplit/>
        </w:trPr>
        <w:tc>
          <w:tcPr>
            <w:tcW w:type="dxa" w:w="1215"/>
          </w:tcPr>
          <w:p>
            <w:pPr>
              <w:spacing w:after="0"/>
              <w:jc w:val="left"/>
            </w:pPr>
            <w:r>
              <w:rPr>
                <w:sz w:val="16"/>
              </w:rPr>
              <w:t>Fort Gay town</w:t>
            </w:r>
          </w:p>
        </w:tc>
        <w:tc>
          <w:tcPr>
            <w:tcW w:type="dxa" w:w="680"/>
          </w:tcPr>
          <w:p>
            <w:pPr>
              <w:spacing w:after="0"/>
              <w:jc w:val="left"/>
            </w:pPr>
            <w:r>
              <w:rPr>
                <w:sz w:val="16"/>
              </w:rPr>
              <w:t>Town</w:t>
            </w:r>
          </w:p>
        </w:tc>
        <w:tc>
          <w:tcPr>
            <w:tcW w:type="dxa" w:w="2326"/>
          </w:tcPr>
          <w:p>
            <w:pPr>
              <w:spacing w:after="0"/>
              <w:jc w:val="left"/>
            </w:pPr>
            <w:r>
              <w:rPr>
                <w:sz w:val="16"/>
              </w:rPr>
              <w:t>Approved, expires 2029-09-05</w:t>
            </w:r>
          </w:p>
        </w:tc>
        <w:tc>
          <w:tcPr>
            <w:tcW w:type="dxa" w:w="3831"/>
          </w:tcPr>
          <w:p>
            <w:pPr>
              <w:spacing w:after="0"/>
              <w:jc w:val="left"/>
            </w:pPr>
            <w:r>
              <w:rPr>
                <w:sz w:val="16"/>
              </w:rPr>
              <w:t>RPDC 02 Hazard Mitigation Plan (FEMA plan 109809)</w:t>
            </w:r>
          </w:p>
        </w:tc>
        <w:tc>
          <w:tcPr>
            <w:tcW w:type="dxa" w:w="1037"/>
          </w:tcPr>
          <w:p>
            <w:pPr>
              <w:spacing w:after="0"/>
              <w:jc w:val="left"/>
            </w:pPr>
            <w:r>
              <w:rPr>
                <w:sz w:val="16"/>
              </w:rPr>
              <w:t>2024-09-06</w:t>
            </w:r>
          </w:p>
        </w:tc>
        <w:tc>
          <w:tcPr>
            <w:tcW w:type="dxa" w:w="1037"/>
          </w:tcPr>
          <w:p>
            <w:pPr>
              <w:spacing w:after="0"/>
              <w:jc w:val="left"/>
            </w:pPr>
            <w:r>
              <w:rPr>
                <w:sz w:val="16"/>
              </w:rPr>
              <w:t>2029-09-05</w:t>
            </w:r>
          </w:p>
        </w:tc>
        <w:tc>
          <w:tcPr>
            <w:tcW w:type="dxa" w:w="873"/>
          </w:tcPr>
          <w:p>
            <w:pPr>
              <w:spacing w:after="0"/>
              <w:jc w:val="right"/>
            </w:pPr>
            <w:r>
              <w:rPr>
                <w:sz w:val="16"/>
              </w:rPr>
              <w:t>1,073</w:t>
            </w:r>
          </w:p>
        </w:tc>
        <w:tc>
          <w:tcPr>
            <w:tcW w:type="dxa" w:w="930"/>
          </w:tcPr>
          <w:p>
            <w:pPr>
              <w:spacing w:after="0"/>
              <w:jc w:val="left"/>
            </w:pPr>
          </w:p>
        </w:tc>
        <w:tc>
          <w:tcPr>
            <w:tcW w:type="dxa" w:w="2183"/>
          </w:tcPr>
          <w:p>
            <w:pPr>
              <w:spacing w:after="0"/>
              <w:jc w:val="left"/>
            </w:pPr>
            <w:r>
              <w:rPr>
                <w:sz w:val="16"/>
              </w:rPr>
              <w:t>member approved 2025-07-14</w:t>
            </w:r>
          </w:p>
        </w:tc>
      </w:tr>
      <w:tr>
        <w:trPr>
          <w:cantSplit/>
        </w:trPr>
        <w:tc>
          <w:tcPr>
            <w:tcW w:type="dxa" w:w="1215"/>
          </w:tcPr>
          <w:p>
            <w:pPr>
              <w:spacing w:after="0"/>
              <w:jc w:val="left"/>
            </w:pPr>
            <w:r>
              <w:rPr>
                <w:sz w:val="16"/>
              </w:rPr>
              <w:t>Huntington city</w:t>
            </w:r>
          </w:p>
        </w:tc>
        <w:tc>
          <w:tcPr>
            <w:tcW w:type="dxa" w:w="680"/>
          </w:tcPr>
          <w:p>
            <w:pPr>
              <w:spacing w:after="0"/>
              <w:jc w:val="left"/>
            </w:pPr>
            <w:r>
              <w:rPr>
                <w:sz w:val="16"/>
              </w:rPr>
              <w:t>City</w:t>
            </w:r>
          </w:p>
        </w:tc>
        <w:tc>
          <w:tcPr>
            <w:tcW w:type="dxa" w:w="2326"/>
          </w:tcPr>
          <w:p>
            <w:pPr>
              <w:spacing w:after="0"/>
              <w:jc w:val="left"/>
            </w:pPr>
            <w:r>
              <w:rPr>
                <w:sz w:val="16"/>
              </w:rPr>
              <w:t>Approved, expires 2029-09-05</w:t>
            </w:r>
          </w:p>
        </w:tc>
        <w:tc>
          <w:tcPr>
            <w:tcW w:type="dxa" w:w="3831"/>
          </w:tcPr>
          <w:p>
            <w:pPr>
              <w:spacing w:after="0"/>
              <w:jc w:val="left"/>
            </w:pPr>
            <w:r>
              <w:rPr>
                <w:sz w:val="16"/>
              </w:rPr>
              <w:t>RPDC 02 Hazard Mitigation Plan (FEMA plan 109809)</w:t>
            </w:r>
          </w:p>
        </w:tc>
        <w:tc>
          <w:tcPr>
            <w:tcW w:type="dxa" w:w="1037"/>
          </w:tcPr>
          <w:p>
            <w:pPr>
              <w:spacing w:after="0"/>
              <w:jc w:val="left"/>
            </w:pPr>
            <w:r>
              <w:rPr>
                <w:sz w:val="16"/>
              </w:rPr>
              <w:t>2024-09-06</w:t>
            </w:r>
          </w:p>
        </w:tc>
        <w:tc>
          <w:tcPr>
            <w:tcW w:type="dxa" w:w="1037"/>
          </w:tcPr>
          <w:p>
            <w:pPr>
              <w:spacing w:after="0"/>
              <w:jc w:val="left"/>
            </w:pPr>
            <w:r>
              <w:rPr>
                <w:sz w:val="16"/>
              </w:rPr>
              <w:t>2029-09-05</w:t>
            </w:r>
          </w:p>
        </w:tc>
        <w:tc>
          <w:tcPr>
            <w:tcW w:type="dxa" w:w="873"/>
          </w:tcPr>
          <w:p>
            <w:pPr>
              <w:spacing w:after="0"/>
              <w:jc w:val="right"/>
            </w:pPr>
            <w:r>
              <w:rPr>
                <w:sz w:val="16"/>
              </w:rPr>
              <w:t>1,073</w:t>
            </w:r>
          </w:p>
        </w:tc>
        <w:tc>
          <w:tcPr>
            <w:tcW w:type="dxa" w:w="930"/>
          </w:tcPr>
          <w:p>
            <w:pPr>
              <w:spacing w:after="0"/>
              <w:jc w:val="left"/>
            </w:pPr>
          </w:p>
        </w:tc>
        <w:tc>
          <w:tcPr>
            <w:tcW w:type="dxa" w:w="2183"/>
          </w:tcPr>
          <w:p>
            <w:pPr>
              <w:spacing w:after="0"/>
              <w:jc w:val="left"/>
            </w:pPr>
            <w:r>
              <w:rPr>
                <w:sz w:val="16"/>
              </w:rPr>
              <w:t>member approved 2024-09-09</w:t>
            </w:r>
          </w:p>
        </w:tc>
      </w:tr>
      <w:tr>
        <w:trPr>
          <w:cantSplit/>
        </w:trPr>
        <w:tc>
          <w:tcPr>
            <w:tcW w:type="dxa" w:w="1215"/>
          </w:tcPr>
          <w:p>
            <w:pPr>
              <w:spacing w:after="0"/>
              <w:jc w:val="left"/>
            </w:pPr>
            <w:r>
              <w:rPr>
                <w:sz w:val="16"/>
              </w:rPr>
              <w:t>Kenova city</w:t>
            </w:r>
          </w:p>
        </w:tc>
        <w:tc>
          <w:tcPr>
            <w:tcW w:type="dxa" w:w="680"/>
          </w:tcPr>
          <w:p>
            <w:pPr>
              <w:spacing w:after="0"/>
              <w:jc w:val="left"/>
            </w:pPr>
            <w:r>
              <w:rPr>
                <w:sz w:val="16"/>
              </w:rPr>
              <w:t>City</w:t>
            </w:r>
          </w:p>
        </w:tc>
        <w:tc>
          <w:tcPr>
            <w:tcW w:type="dxa" w:w="2326"/>
          </w:tcPr>
          <w:p>
            <w:pPr>
              <w:spacing w:after="0"/>
              <w:jc w:val="left"/>
            </w:pPr>
            <w:r>
              <w:rPr>
                <w:sz w:val="16"/>
              </w:rPr>
              <w:t>Approved, expires 2029-09-05</w:t>
            </w:r>
          </w:p>
        </w:tc>
        <w:tc>
          <w:tcPr>
            <w:tcW w:type="dxa" w:w="3831"/>
          </w:tcPr>
          <w:p>
            <w:pPr>
              <w:spacing w:after="0"/>
              <w:jc w:val="left"/>
            </w:pPr>
            <w:r>
              <w:rPr>
                <w:sz w:val="16"/>
              </w:rPr>
              <w:t>RPDC 02 Hazard Mitigation Plan (FEMA plan 109809)</w:t>
            </w:r>
          </w:p>
        </w:tc>
        <w:tc>
          <w:tcPr>
            <w:tcW w:type="dxa" w:w="1037"/>
          </w:tcPr>
          <w:p>
            <w:pPr>
              <w:spacing w:after="0"/>
              <w:jc w:val="left"/>
            </w:pPr>
            <w:r>
              <w:rPr>
                <w:sz w:val="16"/>
              </w:rPr>
              <w:t>2024-09-06</w:t>
            </w:r>
          </w:p>
        </w:tc>
        <w:tc>
          <w:tcPr>
            <w:tcW w:type="dxa" w:w="1037"/>
          </w:tcPr>
          <w:p>
            <w:pPr>
              <w:spacing w:after="0"/>
              <w:jc w:val="left"/>
            </w:pPr>
            <w:r>
              <w:rPr>
                <w:sz w:val="16"/>
              </w:rPr>
              <w:t>2029-09-05</w:t>
            </w:r>
          </w:p>
        </w:tc>
        <w:tc>
          <w:tcPr>
            <w:tcW w:type="dxa" w:w="873"/>
          </w:tcPr>
          <w:p>
            <w:pPr>
              <w:spacing w:after="0"/>
              <w:jc w:val="right"/>
            </w:pPr>
            <w:r>
              <w:rPr>
                <w:sz w:val="16"/>
              </w:rPr>
              <w:t>1,073</w:t>
            </w:r>
          </w:p>
        </w:tc>
        <w:tc>
          <w:tcPr>
            <w:tcW w:type="dxa" w:w="930"/>
          </w:tcPr>
          <w:p>
            <w:pPr>
              <w:spacing w:after="0"/>
              <w:jc w:val="left"/>
            </w:pPr>
          </w:p>
        </w:tc>
        <w:tc>
          <w:tcPr>
            <w:tcW w:type="dxa" w:w="2183"/>
          </w:tcPr>
          <w:p>
            <w:pPr>
              <w:spacing w:after="0"/>
              <w:jc w:val="left"/>
            </w:pPr>
            <w:r>
              <w:rPr>
                <w:sz w:val="16"/>
              </w:rPr>
              <w:t>member approved 2025-02-20</w:t>
            </w:r>
          </w:p>
        </w:tc>
      </w:tr>
      <w:tr>
        <w:trPr>
          <w:cantSplit/>
        </w:trPr>
        <w:tc>
          <w:tcPr>
            <w:tcW w:type="dxa" w:w="1215"/>
          </w:tcPr>
          <w:p>
            <w:pPr>
              <w:spacing w:after="0"/>
              <w:jc w:val="left"/>
            </w:pPr>
            <w:r>
              <w:rPr>
                <w:sz w:val="16"/>
              </w:rPr>
              <w:t>Wayne town</w:t>
            </w:r>
          </w:p>
        </w:tc>
        <w:tc>
          <w:tcPr>
            <w:tcW w:type="dxa" w:w="680"/>
          </w:tcPr>
          <w:p>
            <w:pPr>
              <w:spacing w:after="0"/>
              <w:jc w:val="left"/>
            </w:pPr>
            <w:r>
              <w:rPr>
                <w:sz w:val="16"/>
              </w:rPr>
              <w:t>Town</w:t>
            </w:r>
          </w:p>
        </w:tc>
        <w:tc>
          <w:tcPr>
            <w:tcW w:type="dxa" w:w="2326"/>
          </w:tcPr>
          <w:p>
            <w:pPr>
              <w:spacing w:after="0"/>
              <w:jc w:val="left"/>
            </w:pPr>
            <w:r>
              <w:rPr>
                <w:sz w:val="16"/>
              </w:rPr>
              <w:t>Approved, expires 2029-09-05</w:t>
            </w:r>
          </w:p>
        </w:tc>
        <w:tc>
          <w:tcPr>
            <w:tcW w:type="dxa" w:w="3831"/>
          </w:tcPr>
          <w:p>
            <w:pPr>
              <w:spacing w:after="0"/>
              <w:jc w:val="left"/>
            </w:pPr>
            <w:r>
              <w:rPr>
                <w:sz w:val="16"/>
              </w:rPr>
              <w:t>RPDC 02 Hazard Mitigation Plan (FEMA plan 109809)</w:t>
            </w:r>
          </w:p>
        </w:tc>
        <w:tc>
          <w:tcPr>
            <w:tcW w:type="dxa" w:w="1037"/>
          </w:tcPr>
          <w:p>
            <w:pPr>
              <w:spacing w:after="0"/>
              <w:jc w:val="left"/>
            </w:pPr>
            <w:r>
              <w:rPr>
                <w:sz w:val="16"/>
              </w:rPr>
              <w:t>2024-09-06</w:t>
            </w:r>
          </w:p>
        </w:tc>
        <w:tc>
          <w:tcPr>
            <w:tcW w:type="dxa" w:w="1037"/>
          </w:tcPr>
          <w:p>
            <w:pPr>
              <w:spacing w:after="0"/>
              <w:jc w:val="left"/>
            </w:pPr>
            <w:r>
              <w:rPr>
                <w:sz w:val="16"/>
              </w:rPr>
              <w:t>2029-09-05</w:t>
            </w:r>
          </w:p>
        </w:tc>
        <w:tc>
          <w:tcPr>
            <w:tcW w:type="dxa" w:w="873"/>
          </w:tcPr>
          <w:p>
            <w:pPr>
              <w:spacing w:after="0"/>
              <w:jc w:val="right"/>
            </w:pPr>
            <w:r>
              <w:rPr>
                <w:sz w:val="16"/>
              </w:rPr>
              <w:t>1,073</w:t>
            </w:r>
          </w:p>
        </w:tc>
        <w:tc>
          <w:tcPr>
            <w:tcW w:type="dxa" w:w="930"/>
          </w:tcPr>
          <w:p>
            <w:pPr>
              <w:spacing w:after="0"/>
              <w:jc w:val="left"/>
            </w:pPr>
          </w:p>
        </w:tc>
        <w:tc>
          <w:tcPr>
            <w:tcW w:type="dxa" w:w="2183"/>
          </w:tcPr>
          <w:p>
            <w:pPr>
              <w:spacing w:after="0"/>
              <w:jc w:val="left"/>
            </w:pPr>
            <w:r>
              <w:rPr>
                <w:sz w:val="16"/>
              </w:rPr>
              <w:t>member approved 2025-06-09</w:t>
            </w:r>
          </w:p>
        </w:tc>
      </w:tr>
    </w:tbl>
    <w:p>
      <w:pPr>
        <w:spacing w:after="40" w:before="60"/>
      </w:pPr>
      <w:r>
        <w:rPr>
          <w:sz w:val="15"/>
        </w:rPr>
        <w:t>Plan 109809 lists 28 other participants not on this page, 1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8"/>
        <w:gridCol w:w="1188"/>
        <w:gridCol w:w="1126"/>
        <w:gridCol w:w="1126"/>
        <w:gridCol w:w="1300"/>
        <w:gridCol w:w="1164"/>
        <w:gridCol w:w="1208"/>
        <w:gridCol w:w="2194"/>
        <w:gridCol w:w="1897"/>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8"/>
            <w:shd w:val="clear" w:color="auto" w:fill="E8E8E8"/>
          </w:tcPr>
          <w:p>
            <w:pPr>
              <w:spacing w:after="0"/>
              <w:jc w:val="left"/>
            </w:pPr>
            <w:r>
              <w:rPr>
                <w:b/>
                <w:sz w:val="16"/>
              </w:rPr>
              <w:t>NRI risk rating</w:t>
            </w:r>
          </w:p>
        </w:tc>
        <w:tc>
          <w:tcPr>
            <w:tcW w:type="dxa" w:w="118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9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7"/>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$25,029,424</w:t>
            </w:r>
          </w:p>
        </w:tc>
        <w:tc>
          <w:tcPr>
            <w:tcW w:type="dxa" w:w="1126"/>
          </w:tcPr>
          <w:p>
            <w:pPr>
              <w:spacing w:after="0"/>
              <w:jc w:val="right"/>
            </w:pPr>
            <w:r>
              <w:rPr>
                <w:sz w:val="16"/>
              </w:rPr>
              <w:t>$8,106</w:t>
            </w:r>
          </w:p>
        </w:tc>
        <w:tc>
          <w:tcPr>
            <w:tcW w:type="dxa" w:w="1300"/>
          </w:tcPr>
          <w:p>
            <w:pPr>
              <w:spacing w:after="0"/>
              <w:jc w:val="right"/>
            </w:pPr>
            <w:r>
              <w:rPr>
                <w:sz w:val="16"/>
              </w:rPr>
              <w:t>$1,328,066</w:t>
            </w:r>
          </w:p>
        </w:tc>
        <w:tc>
          <w:tcPr>
            <w:tcW w:type="dxa" w:w="1164"/>
          </w:tcPr>
          <w:p>
            <w:pPr>
              <w:spacing w:after="0"/>
              <w:jc w:val="right"/>
            </w:pPr>
            <w:r>
              <w:rPr>
                <w:sz w:val="16"/>
              </w:rPr>
              <w:t>$26,365,596</w:t>
            </w:r>
          </w:p>
        </w:tc>
        <w:tc>
          <w:tcPr>
            <w:tcW w:type="dxa" w:w="1208"/>
          </w:tcPr>
          <w:p>
            <w:pPr>
              <w:spacing w:after="0"/>
              <w:jc w:val="right"/>
            </w:pPr>
            <w:r>
              <w:rPr>
                <w:sz w:val="16"/>
              </w:rPr>
              <w:t>103</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Heat Wave</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$49</w:t>
            </w:r>
          </w:p>
        </w:tc>
        <w:tc>
          <w:tcPr>
            <w:tcW w:type="dxa" w:w="1126"/>
          </w:tcPr>
          <w:p>
            <w:pPr>
              <w:spacing w:after="0"/>
              <w:jc w:val="right"/>
            </w:pPr>
            <w:r>
              <w:rPr>
                <w:sz w:val="16"/>
              </w:rPr>
              <w:t>$3</w:t>
            </w:r>
          </w:p>
        </w:tc>
        <w:tc>
          <w:tcPr>
            <w:tcW w:type="dxa" w:w="1300"/>
          </w:tcPr>
          <w:p>
            <w:pPr>
              <w:spacing w:after="0"/>
              <w:jc w:val="right"/>
            </w:pPr>
            <w:r>
              <w:rPr>
                <w:sz w:val="16"/>
              </w:rPr>
              <w:t>$2,452,110</w:t>
            </w:r>
          </w:p>
        </w:tc>
        <w:tc>
          <w:tcPr>
            <w:tcW w:type="dxa" w:w="1164"/>
          </w:tcPr>
          <w:p>
            <w:pPr>
              <w:spacing w:after="0"/>
              <w:jc w:val="right"/>
            </w:pPr>
            <w:r>
              <w:rPr>
                <w:sz w:val="16"/>
              </w:rPr>
              <w:t>$2,452,163</w:t>
            </w:r>
          </w:p>
        </w:tc>
        <w:tc>
          <w:tcPr>
            <w:tcW w:type="dxa" w:w="1208"/>
          </w:tcPr>
          <w:p>
            <w:pPr>
              <w:spacing w:after="0"/>
              <w:jc w:val="right"/>
            </w:pPr>
            <w:r>
              <w:rPr>
                <w:sz w:val="16"/>
              </w:rPr>
              <w:t>21</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Tornado</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$113,179</w:t>
            </w:r>
          </w:p>
        </w:tc>
        <w:tc>
          <w:tcPr>
            <w:tcW w:type="dxa" w:w="1126"/>
          </w:tcPr>
          <w:p>
            <w:pPr>
              <w:spacing w:after="0"/>
              <w:jc w:val="right"/>
            </w:pPr>
            <w:r>
              <w:rPr>
                <w:sz w:val="16"/>
              </w:rPr>
              <w:t>$24</w:t>
            </w:r>
          </w:p>
        </w:tc>
        <w:tc>
          <w:tcPr>
            <w:tcW w:type="dxa" w:w="1300"/>
          </w:tcPr>
          <w:p>
            <w:pPr>
              <w:spacing w:after="0"/>
              <w:jc w:val="right"/>
            </w:pPr>
            <w:r>
              <w:rPr>
                <w:sz w:val="16"/>
              </w:rPr>
              <w:t>$365,291</w:t>
            </w:r>
          </w:p>
        </w:tc>
        <w:tc>
          <w:tcPr>
            <w:tcW w:type="dxa" w:w="1164"/>
          </w:tcPr>
          <w:p>
            <w:pPr>
              <w:spacing w:after="0"/>
              <w:jc w:val="right"/>
            </w:pPr>
            <w:r>
              <w:rPr>
                <w:sz w:val="16"/>
              </w:rPr>
              <w:t>$478,494</w:t>
            </w:r>
          </w:p>
        </w:tc>
        <w:tc>
          <w:tcPr>
            <w:tcW w:type="dxa" w:w="1208"/>
          </w:tcPr>
          <w:p>
            <w:pPr>
              <w:spacing w:after="0"/>
              <w:jc w:val="right"/>
            </w:pPr>
            <w:r>
              <w:rPr>
                <w:sz w:val="16"/>
              </w:rPr>
              <w:t>4</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Strong Wind</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$102,462</w:t>
            </w:r>
          </w:p>
        </w:tc>
        <w:tc>
          <w:tcPr>
            <w:tcW w:type="dxa" w:w="1126"/>
          </w:tcPr>
          <w:p>
            <w:pPr>
              <w:spacing w:after="0"/>
              <w:jc w:val="right"/>
            </w:pPr>
            <w:r>
              <w:rPr>
                <w:sz w:val="16"/>
              </w:rPr>
              <w:t>$1,458</w:t>
            </w:r>
          </w:p>
        </w:tc>
        <w:tc>
          <w:tcPr>
            <w:tcW w:type="dxa" w:w="1300"/>
          </w:tcPr>
          <w:p>
            <w:pPr>
              <w:spacing w:after="0"/>
              <w:jc w:val="right"/>
            </w:pPr>
            <w:r>
              <w:rPr>
                <w:sz w:val="16"/>
              </w:rPr>
              <w:t>$234,166</w:t>
            </w:r>
          </w:p>
        </w:tc>
        <w:tc>
          <w:tcPr>
            <w:tcW w:type="dxa" w:w="1164"/>
          </w:tcPr>
          <w:p>
            <w:pPr>
              <w:spacing w:after="0"/>
              <w:jc w:val="right"/>
            </w:pPr>
            <w:r>
              <w:rPr>
                <w:sz w:val="16"/>
              </w:rPr>
              <w:t>$338,086</w:t>
            </w:r>
          </w:p>
        </w:tc>
        <w:tc>
          <w:tcPr>
            <w:tcW w:type="dxa" w:w="1208"/>
          </w:tcPr>
          <w:p>
            <w:pPr>
              <w:spacing w:after="0"/>
              <w:jc w:val="right"/>
            </w:pPr>
            <w:r>
              <w:rPr>
                <w:sz w:val="16"/>
              </w:rPr>
              <w:t>206</w:t>
            </w:r>
          </w:p>
        </w:tc>
        <w:tc>
          <w:tcPr>
            <w:tcW w:type="dxa" w:w="2194"/>
          </w:tcPr>
          <w:p>
            <w:pPr>
              <w:spacing w:after="0"/>
              <w:jc w:val="left"/>
            </w:pPr>
          </w:p>
        </w:tc>
        <w:tc>
          <w:tcPr>
            <w:tcW w:type="dxa" w:w="1897"/>
          </w:tcPr>
          <w:p>
            <w:pPr>
              <w:spacing w:after="0"/>
              <w:jc w:val="left"/>
            </w:pPr>
            <w:r>
              <w:rPr>
                <w:sz w:val="16"/>
              </w:rPr>
              <w:t>Includes 12 High Wind records and 26 Strong Wind records, event types the NRI definition of this hazard leaves out.</w:t>
            </w:r>
          </w:p>
        </w:tc>
      </w:tr>
      <w:tr>
        <w:trPr>
          <w:cantSplit/>
        </w:trPr>
        <w:tc>
          <w:tcPr>
            <w:tcW w:type="dxa" w:w="684"/>
          </w:tcPr>
          <w:p>
            <w:pPr>
              <w:spacing w:after="0"/>
              <w:jc w:val="right"/>
            </w:pPr>
            <w:r>
              <w:rPr>
                <w:sz w:val="16"/>
              </w:rPr>
              <w:t>5</w:t>
            </w:r>
          </w:p>
        </w:tc>
        <w:tc>
          <w:tcPr>
            <w:tcW w:type="dxa" w:w="1037"/>
          </w:tcPr>
          <w:p>
            <w:pPr>
              <w:spacing w:after="0"/>
              <w:jc w:val="left"/>
            </w:pPr>
            <w:r>
              <w:rPr>
                <w:sz w:val="16"/>
              </w:rPr>
              <w:t>Wildfire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$172,695</w:t>
            </w:r>
          </w:p>
        </w:tc>
        <w:tc>
          <w:tcPr>
            <w:tcW w:type="dxa" w:w="1126"/>
          </w:tcPr>
          <w:p>
            <w:pPr>
              <w:spacing w:after="0"/>
              <w:jc w:val="right"/>
            </w:pPr>
            <w:r>
              <w:rPr>
                <w:sz w:val="16"/>
              </w:rPr>
              <w:t>$15</w:t>
            </w:r>
          </w:p>
        </w:tc>
        <w:tc>
          <w:tcPr>
            <w:tcW w:type="dxa" w:w="1300"/>
          </w:tcPr>
          <w:p>
            <w:pPr>
              <w:spacing w:after="0"/>
              <w:jc w:val="right"/>
            </w:pPr>
            <w:r>
              <w:rPr>
                <w:sz w:val="16"/>
              </w:rPr>
              <w:t>$41,550</w:t>
            </w:r>
          </w:p>
        </w:tc>
        <w:tc>
          <w:tcPr>
            <w:tcW w:type="dxa" w:w="1164"/>
          </w:tcPr>
          <w:p>
            <w:pPr>
              <w:spacing w:after="0"/>
              <w:jc w:val="right"/>
            </w:pPr>
            <w:r>
              <w:rPr>
                <w:sz w:val="16"/>
              </w:rPr>
              <w:t>$214,260</w:t>
            </w:r>
          </w:p>
        </w:tc>
        <w:tc>
          <w:tcPr>
            <w:tcW w:type="dxa" w:w="1208"/>
          </w:tcPr>
          <w:p>
            <w:pPr>
              <w:spacing w:after="0"/>
              <w:jc w:val="right"/>
            </w:pPr>
            <w:r>
              <w:rPr>
                <w:sz w:val="16"/>
              </w:rPr>
              <w:t>1</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Cold Wave</w:t>
            </w:r>
          </w:p>
        </w:tc>
        <w:tc>
          <w:tcPr>
            <w:tcW w:type="dxa" w:w="1188"/>
          </w:tcPr>
          <w:p>
            <w:pPr>
              <w:spacing w:after="0"/>
              <w:jc w:val="left"/>
            </w:pPr>
            <w:r>
              <w:rPr>
                <w:sz w:val="16"/>
              </w:rPr>
              <w:t>Very Low</w:t>
            </w:r>
          </w:p>
        </w:tc>
        <w:tc>
          <w:tcPr>
            <w:tcW w:type="dxa" w:w="1188"/>
          </w:tcPr>
          <w:p>
            <w:pPr>
              <w:spacing w:after="0"/>
              <w:jc w:val="left"/>
            </w:pPr>
            <w:r>
              <w:rPr>
                <w:sz w:val="16"/>
              </w:rPr>
              <w:t>Relatively Low</w:t>
            </w:r>
          </w:p>
        </w:tc>
        <w:tc>
          <w:tcPr>
            <w:tcW w:type="dxa" w:w="1126"/>
          </w:tcPr>
          <w:p>
            <w:pPr>
              <w:spacing w:after="0"/>
              <w:jc w:val="right"/>
            </w:pPr>
            <w:r>
              <w:rPr>
                <w:sz w:val="16"/>
              </w:rPr>
              <w:t>$42,260</w:t>
            </w:r>
          </w:p>
        </w:tc>
        <w:tc>
          <w:tcPr>
            <w:tcW w:type="dxa" w:w="1126"/>
          </w:tcPr>
          <w:p>
            <w:pPr>
              <w:spacing w:after="0"/>
              <w:jc w:val="right"/>
            </w:pPr>
            <w:r>
              <w:rPr>
                <w:sz w:val="16"/>
              </w:rPr>
              <w:t>$143</w:t>
            </w:r>
          </w:p>
        </w:tc>
        <w:tc>
          <w:tcPr>
            <w:tcW w:type="dxa" w:w="1300"/>
          </w:tcPr>
          <w:p>
            <w:pPr>
              <w:spacing w:after="0"/>
              <w:jc w:val="right"/>
            </w:pPr>
            <w:r>
              <w:rPr>
                <w:sz w:val="16"/>
              </w:rPr>
              <w:t>$159,284</w:t>
            </w:r>
          </w:p>
        </w:tc>
        <w:tc>
          <w:tcPr>
            <w:tcW w:type="dxa" w:w="1164"/>
          </w:tcPr>
          <w:p>
            <w:pPr>
              <w:spacing w:after="0"/>
              <w:jc w:val="right"/>
            </w:pPr>
            <w:r>
              <w:rPr>
                <w:sz w:val="16"/>
              </w:rPr>
              <w:t>$201,687</w:t>
            </w:r>
          </w:p>
        </w:tc>
        <w:tc>
          <w:tcPr>
            <w:tcW w:type="dxa" w:w="1208"/>
          </w:tcPr>
          <w:p>
            <w:pPr>
              <w:spacing w:after="0"/>
              <w:jc w:val="right"/>
            </w:pPr>
            <w:r>
              <w:rPr>
                <w:sz w:val="16"/>
              </w:rPr>
              <w:t>27</w:t>
            </w:r>
          </w:p>
        </w:tc>
        <w:tc>
          <w:tcPr>
            <w:tcW w:type="dxa" w:w="2194"/>
          </w:tcPr>
          <w:p>
            <w:pPr>
              <w:spacing w:after="0"/>
              <w:jc w:val="left"/>
            </w:pPr>
          </w:p>
        </w:tc>
        <w:tc>
          <w:tcPr>
            <w:tcW w:type="dxa" w:w="1897"/>
          </w:tcPr>
          <w:p>
            <w:pPr>
              <w:spacing w:after="0"/>
              <w:jc w:val="left"/>
            </w:pPr>
            <w:r>
              <w:rPr>
                <w:sz w:val="16"/>
              </w:rPr>
              <w:t>Includes 2 Frost/Freeze records, event types the NRI definition of this hazard leaves out.</w:t>
            </w:r>
          </w:p>
        </w:tc>
      </w:tr>
      <w:tr>
        <w:trPr>
          <w:cantSplit/>
        </w:trPr>
        <w:tc>
          <w:tcPr>
            <w:tcW w:type="dxa" w:w="684"/>
          </w:tcPr>
          <w:p>
            <w:pPr>
              <w:spacing w:after="0"/>
              <w:jc w:val="right"/>
            </w:pPr>
            <w:r>
              <w:rPr>
                <w:sz w:val="16"/>
              </w:rPr>
              <w:t>7</w:t>
            </w:r>
          </w:p>
        </w:tc>
        <w:tc>
          <w:tcPr>
            <w:tcW w:type="dxa" w:w="1037"/>
          </w:tcPr>
          <w:p>
            <w:pPr>
              <w:spacing w:after="0"/>
              <w:jc w:val="left"/>
            </w:pPr>
            <w:r>
              <w:rPr>
                <w:sz w:val="16"/>
              </w:rPr>
              <w:t>Earthquake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$141,069</w:t>
            </w:r>
          </w:p>
        </w:tc>
        <w:tc>
          <w:tcPr>
            <w:tcW w:type="dxa" w:w="1126"/>
          </w:tcPr>
          <w:p>
            <w:pPr>
              <w:spacing w:after="0"/>
              <w:jc w:val="right"/>
            </w:pPr>
          </w:p>
        </w:tc>
        <w:tc>
          <w:tcPr>
            <w:tcW w:type="dxa" w:w="1300"/>
          </w:tcPr>
          <w:p>
            <w:pPr>
              <w:spacing w:after="0"/>
              <w:jc w:val="right"/>
            </w:pPr>
            <w:r>
              <w:rPr>
                <w:sz w:val="16"/>
              </w:rPr>
              <w:t>$44,636</w:t>
            </w:r>
          </w:p>
        </w:tc>
        <w:tc>
          <w:tcPr>
            <w:tcW w:type="dxa" w:w="1164"/>
          </w:tcPr>
          <w:p>
            <w:pPr>
              <w:spacing w:after="0"/>
              <w:jc w:val="right"/>
            </w:pPr>
            <w:r>
              <w:rPr>
                <w:sz w:val="16"/>
              </w:rPr>
              <w:t>$185,705</w:t>
            </w:r>
          </w:p>
        </w:tc>
        <w:tc>
          <w:tcPr>
            <w:tcW w:type="dxa" w:w="1208"/>
          </w:tcPr>
          <w:p>
            <w:pPr>
              <w:spacing w:after="0"/>
              <w:jc w:val="right"/>
            </w:pPr>
          </w:p>
        </w:tc>
        <w:tc>
          <w:tcPr>
            <w:tcW w:type="dxa" w:w="2194"/>
          </w:tcPr>
          <w:p>
            <w:pPr>
              <w:spacing w:after="0"/>
              <w:jc w:val="left"/>
            </w:pPr>
          </w:p>
        </w:tc>
        <w:tc>
          <w:tcPr>
            <w:tcW w:type="dxa" w:w="1897"/>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8</w:t>
            </w:r>
          </w:p>
        </w:tc>
        <w:tc>
          <w:tcPr>
            <w:tcW w:type="dxa" w:w="1037"/>
          </w:tcPr>
          <w:p>
            <w:pPr>
              <w:spacing w:after="0"/>
              <w:jc w:val="left"/>
            </w:pPr>
            <w:r>
              <w:rPr>
                <w:sz w:val="16"/>
              </w:rPr>
              <w:t>Lightning</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$12,108</w:t>
            </w:r>
          </w:p>
        </w:tc>
        <w:tc>
          <w:tcPr>
            <w:tcW w:type="dxa" w:w="1126"/>
          </w:tcPr>
          <w:p>
            <w:pPr>
              <w:spacing w:after="0"/>
              <w:jc w:val="right"/>
            </w:pPr>
          </w:p>
        </w:tc>
        <w:tc>
          <w:tcPr>
            <w:tcW w:type="dxa" w:w="1300"/>
          </w:tcPr>
          <w:p>
            <w:pPr>
              <w:spacing w:after="0"/>
              <w:jc w:val="right"/>
            </w:pPr>
            <w:r>
              <w:rPr>
                <w:sz w:val="16"/>
              </w:rPr>
              <w:t>$135,924</w:t>
            </w:r>
          </w:p>
        </w:tc>
        <w:tc>
          <w:tcPr>
            <w:tcW w:type="dxa" w:w="1164"/>
          </w:tcPr>
          <w:p>
            <w:pPr>
              <w:spacing w:after="0"/>
              <w:jc w:val="right"/>
            </w:pPr>
            <w:r>
              <w:rPr>
                <w:sz w:val="16"/>
              </w:rPr>
              <w:t>$148,031</w:t>
            </w:r>
          </w:p>
        </w:tc>
        <w:tc>
          <w:tcPr>
            <w:tcW w:type="dxa" w:w="1208"/>
          </w:tcPr>
          <w:p>
            <w:pPr>
              <w:spacing w:after="0"/>
              <w:jc w:val="right"/>
            </w:pPr>
            <w:r>
              <w:rPr>
                <w:sz w:val="16"/>
              </w:rPr>
              <w:t>1</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Hail</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$106,016</w:t>
            </w:r>
          </w:p>
        </w:tc>
        <w:tc>
          <w:tcPr>
            <w:tcW w:type="dxa" w:w="1126"/>
          </w:tcPr>
          <w:p>
            <w:pPr>
              <w:spacing w:after="0"/>
              <w:jc w:val="right"/>
            </w:pPr>
            <w:r>
              <w:rPr>
                <w:sz w:val="16"/>
              </w:rPr>
              <w:t>$551</w:t>
            </w:r>
          </w:p>
        </w:tc>
        <w:tc>
          <w:tcPr>
            <w:tcW w:type="dxa" w:w="1300"/>
          </w:tcPr>
          <w:p>
            <w:pPr>
              <w:spacing w:after="0"/>
              <w:jc w:val="right"/>
            </w:pPr>
            <w:r>
              <w:rPr>
                <w:sz w:val="16"/>
              </w:rPr>
              <w:t>$40,908</w:t>
            </w:r>
          </w:p>
        </w:tc>
        <w:tc>
          <w:tcPr>
            <w:tcW w:type="dxa" w:w="1164"/>
          </w:tcPr>
          <w:p>
            <w:pPr>
              <w:spacing w:after="0"/>
              <w:jc w:val="right"/>
            </w:pPr>
            <w:r>
              <w:rPr>
                <w:sz w:val="16"/>
              </w:rPr>
              <w:t>$147,474</w:t>
            </w:r>
          </w:p>
        </w:tc>
        <w:tc>
          <w:tcPr>
            <w:tcW w:type="dxa" w:w="1208"/>
          </w:tcPr>
          <w:p>
            <w:pPr>
              <w:spacing w:after="0"/>
              <w:jc w:val="right"/>
            </w:pPr>
            <w:r>
              <w:rPr>
                <w:sz w:val="16"/>
              </w:rPr>
              <w:t>61</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Ice Storm</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$65,360</w:t>
            </w:r>
          </w:p>
        </w:tc>
        <w:tc>
          <w:tcPr>
            <w:tcW w:type="dxa" w:w="1126"/>
          </w:tcPr>
          <w:p>
            <w:pPr>
              <w:spacing w:after="0"/>
              <w:jc w:val="right"/>
            </w:pPr>
          </w:p>
        </w:tc>
        <w:tc>
          <w:tcPr>
            <w:tcW w:type="dxa" w:w="1300"/>
          </w:tcPr>
          <w:p>
            <w:pPr>
              <w:spacing w:after="0"/>
              <w:jc w:val="right"/>
            </w:pPr>
            <w:r>
              <w:rPr>
                <w:sz w:val="16"/>
              </w:rPr>
              <w:t>$77,710</w:t>
            </w:r>
          </w:p>
        </w:tc>
        <w:tc>
          <w:tcPr>
            <w:tcW w:type="dxa" w:w="1164"/>
          </w:tcPr>
          <w:p>
            <w:pPr>
              <w:spacing w:after="0"/>
              <w:jc w:val="right"/>
            </w:pPr>
            <w:r>
              <w:rPr>
                <w:sz w:val="16"/>
              </w:rPr>
              <w:t>$143,070</w:t>
            </w:r>
          </w:p>
        </w:tc>
        <w:tc>
          <w:tcPr>
            <w:tcW w:type="dxa" w:w="1208"/>
          </w:tcPr>
          <w:p>
            <w:pPr>
              <w:spacing w:after="0"/>
              <w:jc w:val="right"/>
            </w:pPr>
            <w:r>
              <w:rPr>
                <w:sz w:val="16"/>
              </w:rPr>
              <w:t>2</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Landslide</w:t>
            </w:r>
          </w:p>
        </w:tc>
        <w:tc>
          <w:tcPr>
            <w:tcW w:type="dxa" w:w="1188"/>
          </w:tcPr>
          <w:p>
            <w:pPr>
              <w:spacing w:after="0"/>
              <w:jc w:val="left"/>
            </w:pPr>
            <w:r>
              <w:rPr>
                <w:sz w:val="16"/>
              </w:rPr>
              <w:t>Relatively Moderate</w:t>
            </w:r>
          </w:p>
        </w:tc>
        <w:tc>
          <w:tcPr>
            <w:tcW w:type="dxa" w:w="1188"/>
          </w:tcPr>
          <w:p>
            <w:pPr>
              <w:spacing w:after="0"/>
              <w:jc w:val="left"/>
            </w:pPr>
            <w:r>
              <w:rPr>
                <w:sz w:val="16"/>
              </w:rPr>
              <w:t>Relatively Low</w:t>
            </w:r>
          </w:p>
        </w:tc>
        <w:tc>
          <w:tcPr>
            <w:tcW w:type="dxa" w:w="1126"/>
          </w:tcPr>
          <w:p>
            <w:pPr>
              <w:spacing w:after="0"/>
              <w:jc w:val="right"/>
            </w:pPr>
            <w:r>
              <w:rPr>
                <w:sz w:val="16"/>
              </w:rPr>
              <w:t>$8,833</w:t>
            </w:r>
          </w:p>
        </w:tc>
        <w:tc>
          <w:tcPr>
            <w:tcW w:type="dxa" w:w="1126"/>
          </w:tcPr>
          <w:p>
            <w:pPr>
              <w:spacing w:after="0"/>
              <w:jc w:val="right"/>
            </w:pPr>
          </w:p>
        </w:tc>
        <w:tc>
          <w:tcPr>
            <w:tcW w:type="dxa" w:w="1300"/>
          </w:tcPr>
          <w:p>
            <w:pPr>
              <w:spacing w:after="0"/>
              <w:jc w:val="right"/>
            </w:pPr>
            <w:r>
              <w:rPr>
                <w:sz w:val="16"/>
              </w:rPr>
              <w:t>$80,395</w:t>
            </w:r>
          </w:p>
        </w:tc>
        <w:tc>
          <w:tcPr>
            <w:tcW w:type="dxa" w:w="1164"/>
          </w:tcPr>
          <w:p>
            <w:pPr>
              <w:spacing w:after="0"/>
              <w:jc w:val="right"/>
            </w:pPr>
            <w:r>
              <w:rPr>
                <w:sz w:val="16"/>
              </w:rPr>
              <w:t>$89,228</w:t>
            </w:r>
          </w:p>
        </w:tc>
        <w:tc>
          <w:tcPr>
            <w:tcW w:type="dxa" w:w="1208"/>
          </w:tcPr>
          <w:p>
            <w:pPr>
              <w:spacing w:after="0"/>
              <w:jc w:val="right"/>
            </w:pPr>
            <w:r>
              <w:rPr>
                <w:sz w:val="16"/>
              </w:rPr>
              <w:t>0</w:t>
            </w:r>
          </w:p>
        </w:tc>
        <w:tc>
          <w:tcPr>
            <w:tcW w:type="dxa" w:w="2194"/>
          </w:tcPr>
          <w:p>
            <w:pPr>
              <w:spacing w:after="0"/>
              <w:jc w:val="left"/>
            </w:pPr>
          </w:p>
        </w:tc>
        <w:tc>
          <w:tcPr>
            <w:tcW w:type="dxa" w:w="1897"/>
          </w:tcPr>
          <w:p>
            <w:pPr>
              <w:spacing w:after="0"/>
              <w:jc w:val="left"/>
            </w:pPr>
            <w:r>
              <w:rPr>
                <w:sz w:val="16"/>
              </w:rPr>
              <w:t>Declared 15 times; no Storm Events record of this type. Storm Events coverage of this hazard is limited; absence is not evidence of low risk.</w:t>
            </w:r>
          </w:p>
        </w:tc>
      </w:tr>
      <w:tr>
        <w:trPr>
          <w:cantSplit/>
        </w:trPr>
        <w:tc>
          <w:tcPr>
            <w:tcW w:type="dxa" w:w="684"/>
          </w:tcPr>
          <w:p>
            <w:pPr>
              <w:spacing w:after="0"/>
              <w:jc w:val="right"/>
            </w:pPr>
            <w:r>
              <w:rPr>
                <w:sz w:val="16"/>
              </w:rPr>
              <w:t>12</w:t>
            </w:r>
          </w:p>
        </w:tc>
        <w:tc>
          <w:tcPr>
            <w:tcW w:type="dxa" w:w="1037"/>
          </w:tcPr>
          <w:p>
            <w:pPr>
              <w:spacing w:after="0"/>
              <w:jc w:val="left"/>
            </w:pPr>
            <w:r>
              <w:rPr>
                <w:sz w:val="16"/>
              </w:rPr>
              <w:t>Winter Weather</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$11,049</w:t>
            </w:r>
          </w:p>
        </w:tc>
        <w:tc>
          <w:tcPr>
            <w:tcW w:type="dxa" w:w="1126"/>
          </w:tcPr>
          <w:p>
            <w:pPr>
              <w:spacing w:after="0"/>
              <w:jc w:val="right"/>
            </w:pPr>
            <w:r>
              <w:rPr>
                <w:sz w:val="16"/>
              </w:rPr>
              <w:t>$1</w:t>
            </w:r>
          </w:p>
        </w:tc>
        <w:tc>
          <w:tcPr>
            <w:tcW w:type="dxa" w:w="1300"/>
          </w:tcPr>
          <w:p>
            <w:pPr>
              <w:spacing w:after="0"/>
              <w:jc w:val="right"/>
            </w:pPr>
            <w:r>
              <w:rPr>
                <w:sz w:val="16"/>
              </w:rPr>
              <w:t>$43,149</w:t>
            </w:r>
          </w:p>
        </w:tc>
        <w:tc>
          <w:tcPr>
            <w:tcW w:type="dxa" w:w="1164"/>
          </w:tcPr>
          <w:p>
            <w:pPr>
              <w:spacing w:after="0"/>
              <w:jc w:val="right"/>
            </w:pPr>
            <w:r>
              <w:rPr>
                <w:sz w:val="16"/>
              </w:rPr>
              <w:t>$54,199</w:t>
            </w:r>
          </w:p>
        </w:tc>
        <w:tc>
          <w:tcPr>
            <w:tcW w:type="dxa" w:w="1208"/>
          </w:tcPr>
          <w:p>
            <w:pPr>
              <w:spacing w:after="0"/>
              <w:jc w:val="right"/>
            </w:pPr>
            <w:r>
              <w:rPr>
                <w:sz w:val="16"/>
              </w:rPr>
              <w:t>63</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13</w:t>
            </w:r>
          </w:p>
        </w:tc>
        <w:tc>
          <w:tcPr>
            <w:tcW w:type="dxa" w:w="1037"/>
          </w:tcPr>
          <w:p>
            <w:pPr>
              <w:spacing w:after="0"/>
              <w:jc w:val="left"/>
            </w:pPr>
            <w:r>
              <w:rPr>
                <w:sz w:val="16"/>
              </w:rPr>
              <w:t>Hurricane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$37,857</w:t>
            </w:r>
          </w:p>
        </w:tc>
        <w:tc>
          <w:tcPr>
            <w:tcW w:type="dxa" w:w="1126"/>
          </w:tcPr>
          <w:p>
            <w:pPr>
              <w:spacing w:after="0"/>
              <w:jc w:val="right"/>
            </w:pPr>
            <w:r>
              <w:rPr>
                <w:sz w:val="16"/>
              </w:rPr>
              <w:t>$439</w:t>
            </w:r>
          </w:p>
        </w:tc>
        <w:tc>
          <w:tcPr>
            <w:tcW w:type="dxa" w:w="1300"/>
          </w:tcPr>
          <w:p>
            <w:pPr>
              <w:spacing w:after="0"/>
              <w:jc w:val="right"/>
            </w:pPr>
            <w:r>
              <w:rPr>
                <w:sz w:val="16"/>
              </w:rPr>
              <w:t>$1,386</w:t>
            </w:r>
          </w:p>
        </w:tc>
        <w:tc>
          <w:tcPr>
            <w:tcW w:type="dxa" w:w="1164"/>
          </w:tcPr>
          <w:p>
            <w:pPr>
              <w:spacing w:after="0"/>
              <w:jc w:val="right"/>
            </w:pPr>
            <w:r>
              <w:rPr>
                <w:sz w:val="16"/>
              </w:rPr>
              <w:t>$39,682</w:t>
            </w:r>
          </w:p>
        </w:tc>
        <w:tc>
          <w:tcPr>
            <w:tcW w:type="dxa" w:w="1208"/>
          </w:tcPr>
          <w:p>
            <w:pPr>
              <w:spacing w:after="0"/>
              <w:jc w:val="right"/>
            </w:pPr>
            <w:r>
              <w:rPr>
                <w:sz w:val="16"/>
              </w:rPr>
              <w:t>0</w:t>
            </w:r>
          </w:p>
        </w:tc>
        <w:tc>
          <w:tcPr>
            <w:tcW w:type="dxa" w:w="2194"/>
          </w:tcPr>
          <w:p>
            <w:pPr>
              <w:spacing w:after="0"/>
              <w:jc w:val="left"/>
            </w:pPr>
          </w:p>
        </w:tc>
        <w:tc>
          <w:tcPr>
            <w:tcW w:type="dxa" w:w="1897"/>
          </w:tcPr>
          <w:p>
            <w:pPr>
              <w:spacing w:after="0"/>
              <w:jc w:val="left"/>
            </w:pPr>
            <w:r>
              <w:rPr>
                <w:sz w:val="16"/>
              </w:rPr>
              <w:t>Declared 1 time; no Storm Events record of this type.</w:t>
            </w:r>
          </w:p>
        </w:tc>
      </w:tr>
      <w:tr>
        <w:trPr>
          <w:cantSplit/>
        </w:trPr>
        <w:tc>
          <w:tcPr>
            <w:tcW w:type="dxa" w:w="684"/>
          </w:tcPr>
          <w:p>
            <w:pPr>
              <w:spacing w:after="0"/>
              <w:jc w:val="right"/>
            </w:pPr>
            <w:r>
              <w:rPr>
                <w:sz w:val="16"/>
              </w:rPr>
              <w:t>14</w:t>
            </w:r>
          </w:p>
        </w:tc>
        <w:tc>
          <w:tcPr>
            <w:tcW w:type="dxa" w:w="1037"/>
          </w:tcPr>
          <w:p>
            <w:pPr>
              <w:spacing w:after="0"/>
              <w:jc w:val="left"/>
            </w:pPr>
            <w:r>
              <w:rPr>
                <w:sz w:val="16"/>
              </w:rPr>
              <w:t>Drought</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$7,340</w:t>
            </w:r>
          </w:p>
        </w:tc>
        <w:tc>
          <w:tcPr>
            <w:tcW w:type="dxa" w:w="1300"/>
          </w:tcPr>
          <w:p>
            <w:pPr>
              <w:spacing w:after="0"/>
              <w:jc w:val="right"/>
            </w:pPr>
          </w:p>
        </w:tc>
        <w:tc>
          <w:tcPr>
            <w:tcW w:type="dxa" w:w="1164"/>
          </w:tcPr>
          <w:p>
            <w:pPr>
              <w:spacing w:after="0"/>
              <w:jc w:val="right"/>
            </w:pPr>
            <w:r>
              <w:rPr>
                <w:sz w:val="16"/>
              </w:rPr>
              <w:t>$7,340</w:t>
            </w:r>
          </w:p>
        </w:tc>
        <w:tc>
          <w:tcPr>
            <w:tcW w:type="dxa" w:w="1208"/>
          </w:tcPr>
          <w:p>
            <w:pPr>
              <w:spacing w:after="0"/>
              <w:jc w:val="right"/>
            </w:pPr>
            <w:r>
              <w:rPr>
                <w:sz w:val="16"/>
              </w:rPr>
              <w:t>22</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15</w:t>
            </w:r>
          </w:p>
        </w:tc>
        <w:tc>
          <w:tcPr>
            <w:tcW w:type="dxa" w:w="1037"/>
          </w:tcPr>
          <w:p>
            <w:pPr>
              <w:spacing w:after="0"/>
              <w:jc w:val="left"/>
            </w:pPr>
            <w:r>
              <w:rPr>
                <w:sz w:val="16"/>
              </w:rPr>
              <w:t>Avalanche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300"/>
          </w:tcPr>
          <w:p>
            <w:pPr>
              <w:spacing w:after="0"/>
              <w:jc w:val="right"/>
            </w:pPr>
            <w:r>
              <w:rPr>
                <w:sz w:val="16"/>
              </w:rPr>
              <w:t>$22</w:t>
            </w:r>
          </w:p>
        </w:tc>
        <w:tc>
          <w:tcPr>
            <w:tcW w:type="dxa" w:w="1164"/>
          </w:tcPr>
          <w:p>
            <w:pPr>
              <w:spacing w:after="0"/>
              <w:jc w:val="right"/>
            </w:pPr>
            <w:r>
              <w:rPr>
                <w:sz w:val="16"/>
              </w:rPr>
              <w:t>$22</w:t>
            </w:r>
          </w:p>
        </w:tc>
        <w:tc>
          <w:tcPr>
            <w:tcW w:type="dxa" w:w="1208"/>
          </w:tcPr>
          <w:p>
            <w:pPr>
              <w:spacing w:after="0"/>
              <w:jc w:val="right"/>
            </w:pPr>
            <w:r>
              <w:rPr>
                <w:sz w:val="16"/>
              </w:rPr>
              <w:t>0</w:t>
            </w:r>
          </w:p>
        </w:tc>
        <w:tc>
          <w:tcPr>
            <w:tcW w:type="dxa" w:w="2194"/>
          </w:tcPr>
          <w:p>
            <w:pPr>
              <w:spacing w:after="0"/>
              <w:jc w:val="left"/>
            </w:pPr>
          </w:p>
        </w:tc>
        <w:tc>
          <w:tcPr>
            <w:tcW w:type="dxa" w:w="1897"/>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coastal flooding Not Applicable for this county, and no federal declaration for this county names it.</w:t>
            </w:r>
          </w:p>
        </w:tc>
        <w:tc>
          <w:tcPr>
            <w:tcW w:type="dxa" w:w="1897"/>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tsunami Not Applicable for this county, and no federal declaration for this county names it.</w:t>
            </w:r>
          </w:p>
        </w:tc>
        <w:tc>
          <w:tcPr>
            <w:tcW w:type="dxa" w:w="189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volcanic activity Not Applicable for this county, and no federal declaration for this county names it.</w:t>
            </w:r>
          </w:p>
        </w:tc>
        <w:tc>
          <w:tcPr>
            <w:tcW w:type="dxa" w:w="189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5"/>
        <w:gridCol w:w="1694"/>
        <w:gridCol w:w="1546"/>
        <w:gridCol w:w="1858"/>
        <w:gridCol w:w="2088"/>
        <w:gridCol w:w="1409"/>
        <w:gridCol w:w="1566"/>
        <w:gridCol w:w="2276"/>
      </w:tblGrid>
      <w:tr>
        <w:trPr>
          <w:cantSplit/>
          <w:tblHeader/>
        </w:trPr>
        <w:tc>
          <w:tcPr>
            <w:tcW w:type="dxa" w:w="1675"/>
            <w:shd w:val="clear" w:color="auto" w:fill="E8E8E8"/>
          </w:tcPr>
          <w:p>
            <w:pPr>
              <w:spacing w:after="0"/>
              <w:jc w:val="left"/>
            </w:pPr>
            <w:r>
              <w:rPr>
                <w:b/>
                <w:sz w:val="16"/>
              </w:rPr>
              <w:t>Hazard</w:t>
            </w:r>
          </w:p>
        </w:tc>
        <w:tc>
          <w:tcPr>
            <w:tcW w:type="dxa" w:w="1694"/>
            <w:shd w:val="clear" w:color="auto" w:fill="E8E8E8"/>
          </w:tcPr>
          <w:p>
            <w:pPr>
              <w:spacing w:after="0"/>
              <w:jc w:val="left"/>
            </w:pPr>
            <w:r>
              <w:rPr>
                <w:b/>
                <w:sz w:val="16"/>
              </w:rPr>
              <w:t>Scale</w:t>
            </w:r>
          </w:p>
        </w:tc>
        <w:tc>
          <w:tcPr>
            <w:tcW w:type="dxa" w:w="1546"/>
            <w:shd w:val="clear" w:color="auto" w:fill="E8E8E8"/>
          </w:tcPr>
          <w:p>
            <w:pPr>
              <w:spacing w:after="0"/>
              <w:jc w:val="right"/>
            </w:pPr>
            <w:r>
              <w:rPr>
                <w:b/>
                <w:sz w:val="16"/>
              </w:rPr>
              <w:t>Records</w:t>
            </w:r>
          </w:p>
          <w:p>
            <w:pPr>
              <w:spacing w:after="0"/>
              <w:jc w:val="right"/>
            </w:pPr>
            <w:r>
              <w:rPr>
                <w:i/>
                <w:color w:val="555555"/>
                <w:sz w:val="14"/>
              </w:rPr>
              <w:t>count, years</w:t>
            </w:r>
          </w:p>
        </w:tc>
        <w:tc>
          <w:tcPr>
            <w:tcW w:type="dxa" w:w="1858"/>
            <w:shd w:val="clear" w:color="auto" w:fill="E8E8E8"/>
          </w:tcPr>
          <w:p>
            <w:pPr>
              <w:spacing w:after="0"/>
              <w:jc w:val="left"/>
            </w:pPr>
            <w:r>
              <w:rPr>
                <w:b/>
                <w:sz w:val="16"/>
              </w:rPr>
              <w:t>Observed range</w:t>
            </w:r>
          </w:p>
        </w:tc>
        <w:tc>
          <w:tcPr>
            <w:tcW w:type="dxa" w:w="2088"/>
            <w:shd w:val="clear" w:color="auto" w:fill="E8E8E8"/>
          </w:tcPr>
          <w:p>
            <w:pPr>
              <w:spacing w:after="0"/>
              <w:jc w:val="left"/>
            </w:pPr>
            <w:r>
              <w:rPr>
                <w:b/>
                <w:sz w:val="16"/>
              </w:rPr>
              <w:t>Worst recorded event</w:t>
            </w:r>
          </w:p>
        </w:tc>
        <w:tc>
          <w:tcPr>
            <w:tcW w:type="dxa" w:w="1409"/>
            <w:shd w:val="clear" w:color="auto" w:fill="E8E8E8"/>
          </w:tcPr>
          <w:p>
            <w:pPr>
              <w:spacing w:after="0"/>
              <w:jc w:val="left"/>
            </w:pPr>
            <w:r>
              <w:rPr>
                <w:b/>
                <w:sz w:val="16"/>
              </w:rPr>
              <w:t>Most damaging (when different)</w:t>
            </w:r>
          </w:p>
        </w:tc>
        <w:tc>
          <w:tcPr>
            <w:tcW w:type="dxa" w:w="1566"/>
            <w:shd w:val="clear" w:color="auto" w:fill="E8E8E8"/>
          </w:tcPr>
          <w:p>
            <w:pPr>
              <w:spacing w:after="0"/>
              <w:jc w:val="left"/>
            </w:pPr>
            <w:r>
              <w:rPr>
                <w:b/>
                <w:sz w:val="16"/>
              </w:rPr>
              <w:t>How it applies to members</w:t>
            </w:r>
          </w:p>
        </w:tc>
        <w:tc>
          <w:tcPr>
            <w:tcW w:type="dxa" w:w="2276"/>
            <w:shd w:val="clear" w:color="auto" w:fill="E8E8E8"/>
          </w:tcPr>
          <w:p>
            <w:pPr>
              <w:spacing w:after="0"/>
              <w:jc w:val="left"/>
            </w:pPr>
            <w:r>
              <w:rPr>
                <w:b/>
                <w:sz w:val="16"/>
              </w:rPr>
              <w:t>Note</w:t>
            </w:r>
          </w:p>
        </w:tc>
      </w:tr>
      <w:tr>
        <w:trPr>
          <w:cantSplit/>
        </w:trPr>
        <w:tc>
          <w:tcPr>
            <w:tcW w:type="dxa" w:w="1675"/>
          </w:tcPr>
          <w:p>
            <w:pPr>
              <w:spacing w:after="0"/>
              <w:jc w:val="left"/>
            </w:pPr>
            <w:r>
              <w:rPr>
                <w:sz w:val="16"/>
              </w:rPr>
              <w:t>Avalanche</w:t>
            </w:r>
          </w:p>
        </w:tc>
        <w:tc>
          <w:tcPr>
            <w:tcW w:type="dxa" w:w="1694"/>
          </w:tcPr>
          <w:p>
            <w:pPr>
              <w:spacing w:after="0"/>
              <w:jc w:val="left"/>
            </w:pPr>
            <w:r>
              <w:rPr>
                <w:sz w:val="16"/>
              </w:rPr>
              <w:t>none (count and damage)</w:t>
            </w:r>
          </w:p>
        </w:tc>
        <w:tc>
          <w:tcPr>
            <w:tcW w:type="dxa" w:w="1546"/>
          </w:tcPr>
          <w:p>
            <w:pPr>
              <w:spacing w:after="0"/>
              <w:jc w:val="right"/>
            </w:pPr>
            <w:r>
              <w:rPr>
                <w:sz w:val="16"/>
              </w:rPr>
              <w:t>0</w:t>
            </w:r>
          </w:p>
        </w:tc>
        <w:tc>
          <w:tcPr>
            <w:tcW w:type="dxa" w:w="1858"/>
          </w:tcPr>
          <w:p>
            <w:pPr>
              <w:spacing w:after="0"/>
              <w:jc w:val="left"/>
            </w:pPr>
          </w:p>
        </w:tc>
        <w:tc>
          <w:tcPr>
            <w:tcW w:type="dxa" w:w="2088"/>
          </w:tcPr>
          <w:p>
            <w:pPr>
              <w:spacing w:after="0"/>
              <w:jc w:val="left"/>
            </w:pPr>
          </w:p>
        </w:tc>
        <w:tc>
          <w:tcPr>
            <w:tcW w:type="dxa" w:w="1409"/>
          </w:tcPr>
          <w:p>
            <w:pPr>
              <w:spacing w:after="0"/>
              <w:jc w:val="left"/>
            </w:pPr>
          </w:p>
        </w:tc>
        <w:tc>
          <w:tcPr>
            <w:tcW w:type="dxa" w:w="1566"/>
          </w:tcPr>
          <w:p>
            <w:pPr>
              <w:spacing w:after="0"/>
              <w:jc w:val="left"/>
            </w:pPr>
          </w:p>
        </w:tc>
        <w:tc>
          <w:tcPr>
            <w:tcW w:type="dxa" w:w="2276"/>
          </w:tcPr>
          <w:p>
            <w:pPr>
              <w:spacing w:after="0"/>
              <w:jc w:val="left"/>
            </w:pPr>
            <w:r>
              <w:rPr>
                <w:sz w:val="16"/>
              </w:rPr>
              <w:t>Physical measure: in event narratives only; local data required.</w:t>
            </w:r>
          </w:p>
        </w:tc>
      </w:tr>
      <w:tr>
        <w:trPr>
          <w:cantSplit/>
        </w:trPr>
        <w:tc>
          <w:tcPr>
            <w:tcW w:type="dxa" w:w="1675"/>
          </w:tcPr>
          <w:p>
            <w:pPr>
              <w:spacing w:after="0"/>
              <w:jc w:val="left"/>
            </w:pPr>
            <w:r>
              <w:rPr>
                <w:sz w:val="16"/>
              </w:rPr>
              <w:t>Coastal Flood, Storm Surge/Tide</w:t>
            </w:r>
          </w:p>
        </w:tc>
        <w:tc>
          <w:tcPr>
            <w:tcW w:type="dxa" w:w="1694"/>
          </w:tcPr>
          <w:p>
            <w:pPr>
              <w:spacing w:after="0"/>
              <w:jc w:val="left"/>
            </w:pPr>
            <w:r>
              <w:rPr>
                <w:sz w:val="16"/>
              </w:rPr>
              <w:t>none in data (FIRM for depth)</w:t>
            </w:r>
          </w:p>
        </w:tc>
        <w:tc>
          <w:tcPr>
            <w:tcW w:type="dxa" w:w="1546"/>
          </w:tcPr>
          <w:p>
            <w:pPr>
              <w:spacing w:after="0"/>
              <w:jc w:val="right"/>
            </w:pPr>
            <w:r>
              <w:rPr>
                <w:sz w:val="16"/>
              </w:rPr>
              <w:t>0</w:t>
            </w:r>
          </w:p>
        </w:tc>
        <w:tc>
          <w:tcPr>
            <w:tcW w:type="dxa" w:w="1858"/>
          </w:tcPr>
          <w:p>
            <w:pPr>
              <w:spacing w:after="0"/>
              <w:jc w:val="left"/>
            </w:pPr>
          </w:p>
        </w:tc>
        <w:tc>
          <w:tcPr>
            <w:tcW w:type="dxa" w:w="2088"/>
          </w:tcPr>
          <w:p>
            <w:pPr>
              <w:spacing w:after="0"/>
              <w:jc w:val="left"/>
            </w:pPr>
          </w:p>
        </w:tc>
        <w:tc>
          <w:tcPr>
            <w:tcW w:type="dxa" w:w="1409"/>
          </w:tcPr>
          <w:p>
            <w:pPr>
              <w:spacing w:after="0"/>
              <w:jc w:val="left"/>
            </w:pPr>
          </w:p>
        </w:tc>
        <w:tc>
          <w:tcPr>
            <w:tcW w:type="dxa" w:w="1566"/>
          </w:tcPr>
          <w:p>
            <w:pPr>
              <w:spacing w:after="0"/>
              <w:jc w:val="left"/>
            </w:pPr>
          </w:p>
        </w:tc>
        <w:tc>
          <w:tcPr>
            <w:tcW w:type="dxa" w:w="2276"/>
          </w:tcPr>
          <w:p>
            <w:pPr>
              <w:spacing w:after="0"/>
              <w:jc w:val="left"/>
            </w:pPr>
            <w:r>
              <w:rPr>
                <w:sz w:val="16"/>
              </w:rPr>
              <w:t>Flood depth: see the FEMA Flood Insurance Rate Map.</w:t>
            </w:r>
          </w:p>
        </w:tc>
      </w:tr>
      <w:tr>
        <w:trPr>
          <w:cantSplit/>
        </w:trPr>
        <w:tc>
          <w:tcPr>
            <w:tcW w:type="dxa" w:w="1675"/>
          </w:tcPr>
          <w:p>
            <w:pPr>
              <w:spacing w:after="0"/>
              <w:jc w:val="left"/>
            </w:pPr>
            <w:r>
              <w:rPr>
                <w:sz w:val="16"/>
              </w:rPr>
              <w:t>Cold/Wind Chill, Extreme Cold/Wind Chill</w:t>
            </w:r>
          </w:p>
        </w:tc>
        <w:tc>
          <w:tcPr>
            <w:tcW w:type="dxa" w:w="1694"/>
          </w:tcPr>
          <w:p>
            <w:pPr>
              <w:spacing w:after="0"/>
              <w:jc w:val="left"/>
            </w:pPr>
            <w:r>
              <w:rPr>
                <w:sz w:val="16"/>
              </w:rPr>
              <w:t>wind chill</w:t>
            </w:r>
          </w:p>
        </w:tc>
        <w:tc>
          <w:tcPr>
            <w:tcW w:type="dxa" w:w="1546"/>
          </w:tcPr>
          <w:p>
            <w:pPr>
              <w:spacing w:after="0"/>
              <w:jc w:val="right"/>
            </w:pPr>
            <w:r>
              <w:rPr>
                <w:sz w:val="16"/>
              </w:rPr>
              <w:t>25, 1996 to 2026 (25 zone-level)</w:t>
            </w:r>
          </w:p>
        </w:tc>
        <w:tc>
          <w:tcPr>
            <w:tcW w:type="dxa" w:w="1858"/>
          </w:tcPr>
          <w:p>
            <w:pPr>
              <w:spacing w:after="0"/>
              <w:jc w:val="left"/>
            </w:pPr>
            <w:r>
              <w:rPr>
                <w:sz w:val="16"/>
              </w:rPr>
              <w:t>1 day to 31 days (median 4 days); 23 with a recorded value</w:t>
            </w:r>
          </w:p>
        </w:tc>
        <w:tc>
          <w:tcPr>
            <w:tcW w:type="dxa" w:w="2088"/>
          </w:tcPr>
          <w:p>
            <w:pPr>
              <w:spacing w:after="0"/>
              <w:jc w:val="left"/>
            </w:pPr>
            <w:r>
              <w:rPr>
                <w:sz w:val="16"/>
              </w:rPr>
              <w:t>31 days, 2001-03-01 to 2001-03-31, from 1 monthly summary record (a monthly summary record covers most or all of a month; it does not count days at wave conditions), zone-level</w:t>
            </w:r>
          </w:p>
        </w:tc>
        <w:tc>
          <w:tcPr>
            <w:tcW w:type="dxa" w:w="1409"/>
          </w:tcPr>
          <w:p>
            <w:pPr>
              <w:spacing w:after="0"/>
              <w:jc w:val="left"/>
            </w:pPr>
            <w:r>
              <w:rPr>
                <w:sz w:val="16"/>
              </w:rPr>
              <w:t>Extreme Cold/Wind Chill, 2022-12-23, $1,000,000 property; $0 crops, reported for the zone (2022 dollars)</w:t>
            </w:r>
          </w:p>
        </w:tc>
        <w:tc>
          <w:tcPr>
            <w:tcW w:type="dxa" w:w="1566"/>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75"/>
          </w:tcPr>
          <w:p>
            <w:pPr>
              <w:spacing w:after="0"/>
              <w:jc w:val="left"/>
            </w:pPr>
            <w:r>
              <w:rPr>
                <w:sz w:val="16"/>
              </w:rPr>
              <w:t>Frost/Freeze (outside NRI Cold Wave definition)</w:t>
            </w:r>
          </w:p>
        </w:tc>
        <w:tc>
          <w:tcPr>
            <w:tcW w:type="dxa" w:w="1694"/>
          </w:tcPr>
          <w:p>
            <w:pPr>
              <w:spacing w:after="0"/>
              <w:jc w:val="left"/>
            </w:pPr>
            <w:r>
              <w:rPr>
                <w:sz w:val="16"/>
              </w:rPr>
              <w:t>crop damage</w:t>
            </w:r>
          </w:p>
        </w:tc>
        <w:tc>
          <w:tcPr>
            <w:tcW w:type="dxa" w:w="1546"/>
          </w:tcPr>
          <w:p>
            <w:pPr>
              <w:spacing w:after="0"/>
              <w:jc w:val="right"/>
            </w:pPr>
            <w:r>
              <w:rPr>
                <w:sz w:val="16"/>
              </w:rPr>
              <w:t>2, 2003 to 2004 (2 zone-level)</w:t>
            </w:r>
          </w:p>
        </w:tc>
        <w:tc>
          <w:tcPr>
            <w:tcW w:type="dxa" w:w="1858"/>
          </w:tcPr>
          <w:p>
            <w:pPr>
              <w:spacing w:after="0"/>
              <w:jc w:val="left"/>
            </w:pPr>
          </w:p>
        </w:tc>
        <w:tc>
          <w:tcPr>
            <w:tcW w:type="dxa" w:w="2088"/>
          </w:tcPr>
          <w:p>
            <w:pPr>
              <w:spacing w:after="0"/>
              <w:jc w:val="left"/>
            </w:pPr>
            <w:r>
              <w:rPr>
                <w:sz w:val="16"/>
              </w:rPr>
              <w:t>No crop damage reported in 2 records.</w:t>
            </w:r>
          </w:p>
        </w:tc>
        <w:tc>
          <w:tcPr>
            <w:tcW w:type="dxa" w:w="1409"/>
          </w:tcPr>
          <w:p>
            <w:pPr>
              <w:spacing w:after="0"/>
              <w:jc w:val="left"/>
            </w:pPr>
          </w:p>
        </w:tc>
        <w:tc>
          <w:tcPr>
            <w:tcW w:type="dxa" w:w="1566"/>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Temperature: in event narratives only; local data required.</w:t>
            </w:r>
          </w:p>
        </w:tc>
      </w:tr>
      <w:tr>
        <w:trPr>
          <w:cantSplit/>
        </w:trPr>
        <w:tc>
          <w:tcPr>
            <w:tcW w:type="dxa" w:w="1675"/>
          </w:tcPr>
          <w:p>
            <w:pPr>
              <w:spacing w:after="0"/>
              <w:jc w:val="left"/>
            </w:pPr>
            <w:r>
              <w:rPr>
                <w:sz w:val="16"/>
              </w:rPr>
              <w:t>Drought</w:t>
            </w:r>
          </w:p>
        </w:tc>
        <w:tc>
          <w:tcPr>
            <w:tcW w:type="dxa" w:w="1694"/>
          </w:tcPr>
          <w:p>
            <w:pPr>
              <w:spacing w:after="0"/>
              <w:jc w:val="left"/>
            </w:pPr>
            <w:r>
              <w:rPr>
                <w:sz w:val="16"/>
              </w:rPr>
              <w:t>US Drought Monitor D-scale</w:t>
            </w:r>
          </w:p>
        </w:tc>
        <w:tc>
          <w:tcPr>
            <w:tcW w:type="dxa" w:w="1546"/>
          </w:tcPr>
          <w:p>
            <w:pPr>
              <w:spacing w:after="0"/>
              <w:jc w:val="right"/>
            </w:pPr>
            <w:r>
              <w:rPr>
                <w:sz w:val="16"/>
              </w:rPr>
              <w:t>22, 1997 to 2026 (22 zone-level)</w:t>
            </w:r>
          </w:p>
        </w:tc>
        <w:tc>
          <w:tcPr>
            <w:tcW w:type="dxa" w:w="1858"/>
          </w:tcPr>
          <w:p>
            <w:pPr>
              <w:spacing w:after="0"/>
              <w:jc w:val="left"/>
            </w:pPr>
            <w:r>
              <w:rPr>
                <w:sz w:val="16"/>
              </w:rPr>
              <w:t>25 days to 184 days (median 91 days); 7 with a recorded value</w:t>
            </w:r>
          </w:p>
        </w:tc>
        <w:tc>
          <w:tcPr>
            <w:tcW w:type="dxa" w:w="2088"/>
          </w:tcPr>
          <w:p>
            <w:pPr>
              <w:spacing w:after="0"/>
              <w:jc w:val="left"/>
            </w:pPr>
            <w:r>
              <w:rPr>
                <w:sz w:val="16"/>
              </w:rPr>
              <w:t>184 days (6 months), 1999-05-01 to 1999-10-31, a run of 6 consecutive Storm Events drought records, zone-level</w:t>
            </w:r>
          </w:p>
        </w:tc>
        <w:tc>
          <w:tcPr>
            <w:tcW w:type="dxa" w:w="1409"/>
          </w:tcPr>
          <w:p>
            <w:pPr>
              <w:spacing w:after="0"/>
              <w:jc w:val="left"/>
            </w:pPr>
          </w:p>
        </w:tc>
        <w:tc>
          <w:tcPr>
            <w:tcW w:type="dxa" w:w="1566"/>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5"/>
          </w:tcPr>
          <w:p>
            <w:pPr>
              <w:spacing w:after="0"/>
              <w:jc w:val="left"/>
            </w:pPr>
            <w:r>
              <w:rPr>
                <w:sz w:val="16"/>
              </w:rPr>
              <w:t>Earthquake</w:t>
            </w:r>
          </w:p>
        </w:tc>
        <w:tc>
          <w:tcPr>
            <w:tcW w:type="dxa" w:w="1694"/>
          </w:tcPr>
          <w:p>
            <w:pPr>
              <w:spacing w:after="0"/>
              <w:jc w:val="left"/>
            </w:pPr>
            <w:r>
              <w:rPr>
                <w:sz w:val="16"/>
              </w:rPr>
              <w:t>Modified Mercalli (local data)</w:t>
            </w:r>
          </w:p>
        </w:tc>
        <w:tc>
          <w:tcPr>
            <w:tcW w:type="dxa" w:w="1546"/>
          </w:tcPr>
          <w:p>
            <w:pPr>
              <w:spacing w:after="0"/>
              <w:jc w:val="right"/>
            </w:pPr>
            <w:r>
              <w:rPr>
                <w:sz w:val="16"/>
              </w:rPr>
              <w:t>0</w:t>
            </w:r>
          </w:p>
        </w:tc>
        <w:tc>
          <w:tcPr>
            <w:tcW w:type="dxa" w:w="1858"/>
          </w:tcPr>
          <w:p>
            <w:pPr>
              <w:spacing w:after="0"/>
              <w:jc w:val="left"/>
            </w:pPr>
          </w:p>
        </w:tc>
        <w:tc>
          <w:tcPr>
            <w:tcW w:type="dxa" w:w="2088"/>
          </w:tcPr>
          <w:p>
            <w:pPr>
              <w:spacing w:after="0"/>
              <w:jc w:val="left"/>
            </w:pPr>
          </w:p>
        </w:tc>
        <w:tc>
          <w:tcPr>
            <w:tcW w:type="dxa" w:w="1409"/>
          </w:tcPr>
          <w:p>
            <w:pPr>
              <w:spacing w:after="0"/>
              <w:jc w:val="left"/>
            </w:pPr>
          </w:p>
        </w:tc>
        <w:tc>
          <w:tcPr>
            <w:tcW w:type="dxa" w:w="1566"/>
          </w:tcPr>
          <w:p>
            <w:pPr>
              <w:spacing w:after="0"/>
              <w:jc w:val="left"/>
            </w:pPr>
          </w:p>
        </w:tc>
        <w:tc>
          <w:tcPr>
            <w:tcW w:type="dxa" w:w="2276"/>
          </w:tcPr>
          <w:p>
            <w:pPr>
              <w:spacing w:after="0"/>
              <w:jc w:val="left"/>
            </w:pPr>
            <w:r>
              <w:rPr>
                <w:sz w:val="16"/>
              </w:rPr>
              <w:t>No Storm Events record; local data required (e.g., USGS).</w:t>
            </w:r>
          </w:p>
        </w:tc>
      </w:tr>
      <w:tr>
        <w:trPr>
          <w:cantSplit/>
        </w:trPr>
        <w:tc>
          <w:tcPr>
            <w:tcW w:type="dxa" w:w="1675"/>
          </w:tcPr>
          <w:p>
            <w:pPr>
              <w:spacing w:after="0"/>
              <w:jc w:val="left"/>
            </w:pPr>
            <w:r>
              <w:rPr>
                <w:sz w:val="16"/>
              </w:rPr>
              <w:t>Hail</w:t>
            </w:r>
          </w:p>
        </w:tc>
        <w:tc>
          <w:tcPr>
            <w:tcW w:type="dxa" w:w="1694"/>
          </w:tcPr>
          <w:p>
            <w:pPr>
              <w:spacing w:after="0"/>
              <w:jc w:val="left"/>
            </w:pPr>
            <w:r>
              <w:rPr>
                <w:sz w:val="16"/>
              </w:rPr>
              <w:t>hail size (inches)</w:t>
            </w:r>
          </w:p>
        </w:tc>
        <w:tc>
          <w:tcPr>
            <w:tcW w:type="dxa" w:w="1546"/>
          </w:tcPr>
          <w:p>
            <w:pPr>
              <w:spacing w:after="0"/>
              <w:jc w:val="right"/>
            </w:pPr>
            <w:r>
              <w:rPr>
                <w:sz w:val="16"/>
              </w:rPr>
              <w:t>74, 1962 to 2026</w:t>
            </w:r>
          </w:p>
        </w:tc>
        <w:tc>
          <w:tcPr>
            <w:tcW w:type="dxa" w:w="1858"/>
          </w:tcPr>
          <w:p>
            <w:pPr>
              <w:spacing w:after="0"/>
              <w:jc w:val="left"/>
            </w:pPr>
            <w:r>
              <w:rPr>
                <w:sz w:val="16"/>
              </w:rPr>
              <w:t>0.75 in to 2.5 in (median 0.88 in); 74 with a recorded value</w:t>
            </w:r>
          </w:p>
        </w:tc>
        <w:tc>
          <w:tcPr>
            <w:tcW w:type="dxa" w:w="2088"/>
          </w:tcPr>
          <w:p>
            <w:pPr>
              <w:spacing w:after="0"/>
              <w:jc w:val="left"/>
            </w:pPr>
            <w:r>
              <w:rPr>
                <w:sz w:val="16"/>
              </w:rPr>
              <w:t>2.5 in hail, 1962-07-23</w:t>
            </w:r>
          </w:p>
        </w:tc>
        <w:tc>
          <w:tcPr>
            <w:tcW w:type="dxa" w:w="1409"/>
          </w:tcPr>
          <w:p>
            <w:pPr>
              <w:spacing w:after="0"/>
              <w:jc w:val="left"/>
            </w:pPr>
            <w:r>
              <w:rPr>
                <w:sz w:val="16"/>
              </w:rPr>
              <w:t>Hail, 1998-06-16, $35,000 property; crops not reported (1998 dollars)</w:t>
            </w:r>
          </w:p>
        </w:tc>
        <w:tc>
          <w:tcPr>
            <w:tcW w:type="dxa" w:w="1566"/>
          </w:tcPr>
          <w:p>
            <w:pPr>
              <w:spacing w:after="0"/>
              <w:jc w:val="left"/>
            </w:pPr>
            <w:r>
              <w:rPr>
                <w:sz w:val="16"/>
              </w:rPr>
              <w:t>Event records naming member places: Wayne town (10 records), Kenova city (6 records), Fort Gay town (3 records).</w:t>
            </w:r>
          </w:p>
        </w:tc>
        <w:tc>
          <w:tcPr>
            <w:tcW w:type="dxa" w:w="2276"/>
          </w:tcPr>
          <w:p>
            <w:pPr>
              <w:spacing w:after="0"/>
              <w:jc w:val="left"/>
            </w:pPr>
          </w:p>
        </w:tc>
      </w:tr>
      <w:tr>
        <w:trPr>
          <w:cantSplit/>
        </w:trPr>
        <w:tc>
          <w:tcPr>
            <w:tcW w:type="dxa" w:w="1675"/>
          </w:tcPr>
          <w:p>
            <w:pPr>
              <w:spacing w:after="0"/>
              <w:jc w:val="left"/>
            </w:pPr>
            <w:r>
              <w:rPr>
                <w:sz w:val="16"/>
              </w:rPr>
              <w:t>Excessive Heat, Heat</w:t>
            </w:r>
          </w:p>
        </w:tc>
        <w:tc>
          <w:tcPr>
            <w:tcW w:type="dxa" w:w="1694"/>
          </w:tcPr>
          <w:p>
            <w:pPr>
              <w:spacing w:after="0"/>
              <w:jc w:val="left"/>
            </w:pPr>
            <w:r>
              <w:rPr>
                <w:sz w:val="16"/>
              </w:rPr>
              <w:t>heat index (narratives)</w:t>
            </w:r>
          </w:p>
        </w:tc>
        <w:tc>
          <w:tcPr>
            <w:tcW w:type="dxa" w:w="1546"/>
          </w:tcPr>
          <w:p>
            <w:pPr>
              <w:spacing w:after="0"/>
              <w:jc w:val="right"/>
            </w:pPr>
            <w:r>
              <w:rPr>
                <w:sz w:val="16"/>
              </w:rPr>
              <w:t>21, 1996 to 2011 (21 zone-level)</w:t>
            </w:r>
          </w:p>
        </w:tc>
        <w:tc>
          <w:tcPr>
            <w:tcW w:type="dxa" w:w="1858"/>
          </w:tcPr>
          <w:p>
            <w:pPr>
              <w:spacing w:after="0"/>
              <w:jc w:val="left"/>
            </w:pPr>
            <w:r>
              <w:rPr>
                <w:sz w:val="16"/>
              </w:rPr>
              <w:t>1 day to 4 days (median 1.5 days); 6 with a recorded value</w:t>
            </w:r>
          </w:p>
        </w:tc>
        <w:tc>
          <w:tcPr>
            <w:tcW w:type="dxa" w:w="2088"/>
          </w:tcPr>
          <w:p>
            <w:pPr>
              <w:spacing w:after="0"/>
              <w:jc w:val="left"/>
            </w:pPr>
            <w:r>
              <w:rPr>
                <w:sz w:val="16"/>
              </w:rPr>
              <w:t>4 consecutive days, 2011-07-20 to 2011-07-23, zone-level</w:t>
            </w:r>
          </w:p>
        </w:tc>
        <w:tc>
          <w:tcPr>
            <w:tcW w:type="dxa" w:w="1409"/>
          </w:tcPr>
          <w:p>
            <w:pPr>
              <w:spacing w:after="0"/>
              <w:jc w:val="left"/>
            </w:pPr>
          </w:p>
        </w:tc>
        <w:tc>
          <w:tcPr>
            <w:tcW w:type="dxa" w:w="1566"/>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5"/>
          </w:tcPr>
          <w:p>
            <w:pPr>
              <w:spacing w:after="0"/>
              <w:jc w:val="left"/>
            </w:pPr>
            <w:r>
              <w:rPr>
                <w:sz w:val="16"/>
              </w:rPr>
              <w:t>Hurricane, Tropical Storm, Tropical Depression</w:t>
            </w:r>
          </w:p>
        </w:tc>
        <w:tc>
          <w:tcPr>
            <w:tcW w:type="dxa" w:w="1694"/>
          </w:tcPr>
          <w:p>
            <w:pPr>
              <w:spacing w:after="0"/>
              <w:jc w:val="left"/>
            </w:pPr>
            <w:r>
              <w:rPr>
                <w:sz w:val="16"/>
              </w:rPr>
              <w:t>Saffir-Simpson</w:t>
            </w:r>
          </w:p>
        </w:tc>
        <w:tc>
          <w:tcPr>
            <w:tcW w:type="dxa" w:w="1546"/>
          </w:tcPr>
          <w:p>
            <w:pPr>
              <w:spacing w:after="0"/>
              <w:jc w:val="right"/>
            </w:pPr>
            <w:r>
              <w:rPr>
                <w:sz w:val="16"/>
              </w:rPr>
              <w:t>0</w:t>
            </w:r>
          </w:p>
        </w:tc>
        <w:tc>
          <w:tcPr>
            <w:tcW w:type="dxa" w:w="1858"/>
          </w:tcPr>
          <w:p>
            <w:pPr>
              <w:spacing w:after="0"/>
              <w:jc w:val="left"/>
            </w:pPr>
          </w:p>
        </w:tc>
        <w:tc>
          <w:tcPr>
            <w:tcW w:type="dxa" w:w="2088"/>
          </w:tcPr>
          <w:p>
            <w:pPr>
              <w:spacing w:after="0"/>
              <w:jc w:val="left"/>
            </w:pPr>
          </w:p>
        </w:tc>
        <w:tc>
          <w:tcPr>
            <w:tcW w:type="dxa" w:w="1409"/>
          </w:tcPr>
          <w:p>
            <w:pPr>
              <w:spacing w:after="0"/>
              <w:jc w:val="left"/>
            </w:pPr>
          </w:p>
        </w:tc>
        <w:tc>
          <w:tcPr>
            <w:tcW w:type="dxa" w:w="1566"/>
          </w:tcPr>
          <w:p>
            <w:pPr>
              <w:spacing w:after="0"/>
              <w:jc w:val="left"/>
            </w:pPr>
          </w:p>
        </w:tc>
        <w:tc>
          <w:tcPr>
            <w:tcW w:type="dxa" w:w="227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5"/>
          </w:tcPr>
          <w:p>
            <w:pPr>
              <w:spacing w:after="0"/>
              <w:jc w:val="left"/>
            </w:pPr>
            <w:r>
              <w:rPr>
                <w:sz w:val="16"/>
              </w:rPr>
              <w:t>Ice Storm</w:t>
            </w:r>
          </w:p>
        </w:tc>
        <w:tc>
          <w:tcPr>
            <w:tcW w:type="dxa" w:w="1694"/>
          </w:tcPr>
          <w:p>
            <w:pPr>
              <w:spacing w:after="0"/>
              <w:jc w:val="left"/>
            </w:pPr>
            <w:r>
              <w:rPr>
                <w:sz w:val="16"/>
              </w:rPr>
              <w:t>Sperry-Piltz (local data)</w:t>
            </w:r>
          </w:p>
        </w:tc>
        <w:tc>
          <w:tcPr>
            <w:tcW w:type="dxa" w:w="1546"/>
          </w:tcPr>
          <w:p>
            <w:pPr>
              <w:spacing w:after="0"/>
              <w:jc w:val="right"/>
            </w:pPr>
            <w:r>
              <w:rPr>
                <w:sz w:val="16"/>
              </w:rPr>
              <w:t>2, 1999 to 2021 (2 zone-level)</w:t>
            </w:r>
          </w:p>
        </w:tc>
        <w:tc>
          <w:tcPr>
            <w:tcW w:type="dxa" w:w="1858"/>
          </w:tcPr>
          <w:p>
            <w:pPr>
              <w:spacing w:after="0"/>
              <w:jc w:val="left"/>
            </w:pPr>
          </w:p>
        </w:tc>
        <w:tc>
          <w:tcPr>
            <w:tcW w:type="dxa" w:w="2088"/>
          </w:tcPr>
          <w:p>
            <w:pPr>
              <w:spacing w:after="0"/>
              <w:jc w:val="left"/>
            </w:pPr>
            <w:r>
              <w:rPr>
                <w:sz w:val="16"/>
              </w:rPr>
              <w:t>Ice Storm, 2021-02-15, $75,000 property; $0 crops, reported for the zone (2021 dollars); NWS zone WVZ005 (WAYNE), zone-level: may include parts of neighboring counties</w:t>
            </w:r>
          </w:p>
        </w:tc>
        <w:tc>
          <w:tcPr>
            <w:tcW w:type="dxa" w:w="1409"/>
          </w:tcPr>
          <w:p>
            <w:pPr>
              <w:spacing w:after="0"/>
              <w:jc w:val="left"/>
            </w:pPr>
          </w:p>
        </w:tc>
        <w:tc>
          <w:tcPr>
            <w:tcW w:type="dxa" w:w="1566"/>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Ice thickness: in event narratives only; local data required.</w:t>
            </w:r>
          </w:p>
        </w:tc>
      </w:tr>
      <w:tr>
        <w:trPr>
          <w:cantSplit/>
        </w:trPr>
        <w:tc>
          <w:tcPr>
            <w:tcW w:type="dxa" w:w="1675"/>
          </w:tcPr>
          <w:p>
            <w:pPr>
              <w:spacing w:after="0"/>
              <w:jc w:val="left"/>
            </w:pPr>
            <w:r>
              <w:rPr>
                <w:sz w:val="16"/>
              </w:rPr>
              <w:t>Flash Flood, Flood, Lakeshore Flood</w:t>
            </w:r>
          </w:p>
        </w:tc>
        <w:tc>
          <w:tcPr>
            <w:tcW w:type="dxa" w:w="1694"/>
          </w:tcPr>
          <w:p>
            <w:pPr>
              <w:spacing w:after="0"/>
              <w:jc w:val="left"/>
            </w:pPr>
            <w:r>
              <w:rPr>
                <w:sz w:val="16"/>
              </w:rPr>
              <w:t>damage and flood days (FIRM for depth)</w:t>
            </w:r>
          </w:p>
        </w:tc>
        <w:tc>
          <w:tcPr>
            <w:tcW w:type="dxa" w:w="1546"/>
          </w:tcPr>
          <w:p>
            <w:pPr>
              <w:spacing w:after="0"/>
              <w:jc w:val="right"/>
            </w:pPr>
            <w:r>
              <w:rPr>
                <w:sz w:val="16"/>
              </w:rPr>
              <w:t>103, 1996 to 2025 (10 zone-level)</w:t>
            </w:r>
          </w:p>
        </w:tc>
        <w:tc>
          <w:tcPr>
            <w:tcW w:type="dxa" w:w="1858"/>
          </w:tcPr>
          <w:p>
            <w:pPr>
              <w:spacing w:after="0"/>
              <w:jc w:val="left"/>
            </w:pPr>
          </w:p>
        </w:tc>
        <w:tc>
          <w:tcPr>
            <w:tcW w:type="dxa" w:w="2088"/>
          </w:tcPr>
          <w:p>
            <w:pPr>
              <w:spacing w:after="0"/>
              <w:jc w:val="left"/>
            </w:pPr>
            <w:r>
              <w:rPr>
                <w:sz w:val="16"/>
              </w:rPr>
              <w:t>Flood, 2003-02-15, $2,500,000 property; crops not reported, reported for the zone (2003 dollars); NWS zone WVZ005 (WAYNE), zone-level: may include parts of neighboring counties</w:t>
            </w:r>
          </w:p>
        </w:tc>
        <w:tc>
          <w:tcPr>
            <w:tcW w:type="dxa" w:w="1409"/>
          </w:tcPr>
          <w:p>
            <w:pPr>
              <w:spacing w:after="0"/>
              <w:jc w:val="left"/>
            </w:pPr>
          </w:p>
        </w:tc>
        <w:tc>
          <w:tcPr>
            <w:tcW w:type="dxa" w:w="1566"/>
          </w:tcPr>
          <w:p>
            <w:pPr>
              <w:spacing w:after="0"/>
              <w:jc w:val="left"/>
            </w:pPr>
            <w:r>
              <w:rPr>
                <w:sz w:val="16"/>
              </w:rPr>
              <w:t>Event records naming member places: Ceredo city (3 records), Fort Gay town (3 records), Kenova city (2 records), Wayne town (1 record). Zone-level records (10) apply countywide.</w:t>
            </w:r>
          </w:p>
        </w:tc>
        <w:tc>
          <w:tcPr>
            <w:tcW w:type="dxa" w:w="227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5"/>
          </w:tcPr>
          <w:p>
            <w:pPr>
              <w:spacing w:after="0"/>
              <w:jc w:val="left"/>
            </w:pPr>
            <w:r>
              <w:rPr>
                <w:sz w:val="16"/>
              </w:rPr>
              <w:t>Debris Flow</w:t>
            </w:r>
          </w:p>
        </w:tc>
        <w:tc>
          <w:tcPr>
            <w:tcW w:type="dxa" w:w="1694"/>
          </w:tcPr>
          <w:p>
            <w:pPr>
              <w:spacing w:after="0"/>
              <w:jc w:val="left"/>
            </w:pPr>
            <w:r>
              <w:rPr>
                <w:sz w:val="16"/>
              </w:rPr>
              <w:t>none (count and damage)</w:t>
            </w:r>
          </w:p>
        </w:tc>
        <w:tc>
          <w:tcPr>
            <w:tcW w:type="dxa" w:w="1546"/>
          </w:tcPr>
          <w:p>
            <w:pPr>
              <w:spacing w:after="0"/>
              <w:jc w:val="right"/>
            </w:pPr>
            <w:r>
              <w:rPr>
                <w:sz w:val="16"/>
              </w:rPr>
              <w:t>0</w:t>
            </w:r>
          </w:p>
        </w:tc>
        <w:tc>
          <w:tcPr>
            <w:tcW w:type="dxa" w:w="1858"/>
          </w:tcPr>
          <w:p>
            <w:pPr>
              <w:spacing w:after="0"/>
              <w:jc w:val="left"/>
            </w:pPr>
          </w:p>
        </w:tc>
        <w:tc>
          <w:tcPr>
            <w:tcW w:type="dxa" w:w="2088"/>
          </w:tcPr>
          <w:p>
            <w:pPr>
              <w:spacing w:after="0"/>
              <w:jc w:val="left"/>
            </w:pPr>
          </w:p>
        </w:tc>
        <w:tc>
          <w:tcPr>
            <w:tcW w:type="dxa" w:w="1409"/>
          </w:tcPr>
          <w:p>
            <w:pPr>
              <w:spacing w:after="0"/>
              <w:jc w:val="left"/>
            </w:pPr>
          </w:p>
        </w:tc>
        <w:tc>
          <w:tcPr>
            <w:tcW w:type="dxa" w:w="1566"/>
          </w:tcPr>
          <w:p>
            <w:pPr>
              <w:spacing w:after="0"/>
              <w:jc w:val="left"/>
            </w:pPr>
          </w:p>
        </w:tc>
        <w:tc>
          <w:tcPr>
            <w:tcW w:type="dxa" w:w="2276"/>
          </w:tcPr>
          <w:p>
            <w:pPr>
              <w:spacing w:after="0"/>
              <w:jc w:val="left"/>
            </w:pPr>
            <w:r>
              <w:rPr>
                <w:sz w:val="16"/>
              </w:rPr>
              <w:t>Physical measure: in event narratives only; local data required.</w:t>
            </w:r>
          </w:p>
        </w:tc>
      </w:tr>
      <w:tr>
        <w:trPr>
          <w:cantSplit/>
        </w:trPr>
        <w:tc>
          <w:tcPr>
            <w:tcW w:type="dxa" w:w="1675"/>
          </w:tcPr>
          <w:p>
            <w:pPr>
              <w:spacing w:after="0"/>
              <w:jc w:val="left"/>
            </w:pPr>
            <w:r>
              <w:rPr>
                <w:sz w:val="16"/>
              </w:rPr>
              <w:t>Lightning</w:t>
            </w:r>
          </w:p>
        </w:tc>
        <w:tc>
          <w:tcPr>
            <w:tcW w:type="dxa" w:w="1694"/>
          </w:tcPr>
          <w:p>
            <w:pPr>
              <w:spacing w:after="0"/>
              <w:jc w:val="left"/>
            </w:pPr>
            <w:r>
              <w:rPr>
                <w:sz w:val="16"/>
              </w:rPr>
              <w:t>annualized frequency (the measure FEMA's Local Mitigation Planning Handbook names)</w:t>
            </w:r>
          </w:p>
        </w:tc>
        <w:tc>
          <w:tcPr>
            <w:tcW w:type="dxa" w:w="1546"/>
          </w:tcPr>
          <w:p>
            <w:pPr>
              <w:spacing w:after="0"/>
              <w:jc w:val="right"/>
            </w:pPr>
            <w:r>
              <w:rPr>
                <w:sz w:val="16"/>
              </w:rPr>
              <w:t>1, 2011 to 2011</w:t>
            </w:r>
          </w:p>
        </w:tc>
        <w:tc>
          <w:tcPr>
            <w:tcW w:type="dxa" w:w="1858"/>
          </w:tcPr>
          <w:p>
            <w:pPr>
              <w:spacing w:after="0"/>
              <w:jc w:val="left"/>
            </w:pPr>
          </w:p>
        </w:tc>
        <w:tc>
          <w:tcPr>
            <w:tcW w:type="dxa" w:w="2088"/>
          </w:tcPr>
          <w:p>
            <w:pPr>
              <w:spacing w:after="0"/>
              <w:jc w:val="left"/>
            </w:pPr>
            <w:r>
              <w:rPr>
                <w:sz w:val="16"/>
              </w:rPr>
              <w:t>Lightning, 2011-06-21, $0 property; $0 crops (2011 dollars), 1 direct injury</w:t>
            </w:r>
          </w:p>
        </w:tc>
        <w:tc>
          <w:tcPr>
            <w:tcW w:type="dxa" w:w="1409"/>
          </w:tcPr>
          <w:p>
            <w:pPr>
              <w:spacing w:after="0"/>
              <w:jc w:val="left"/>
            </w:pPr>
          </w:p>
        </w:tc>
        <w:tc>
          <w:tcPr>
            <w:tcW w:type="dxa" w:w="1566"/>
          </w:tcPr>
          <w:p>
            <w:pPr>
              <w:spacing w:after="0"/>
              <w:jc w:val="left"/>
            </w:pPr>
            <w:r>
              <w:rPr>
                <w:sz w:val="16"/>
              </w:rPr>
              <w:t>Event records naming member places: Kenova city (1 record).</w:t>
            </w:r>
          </w:p>
        </w:tc>
        <w:tc>
          <w:tcPr>
            <w:tcW w:type="dxa" w:w="2276"/>
          </w:tcPr>
          <w:p>
            <w:pPr>
              <w:spacing w:after="0"/>
              <w:jc w:val="left"/>
            </w:pPr>
            <w:r>
              <w:rPr>
                <w:sz w:val="16"/>
              </w:rPr>
              <w:t>Storm Events lists lightning with damage or casualties; physical measure in event narratives only; local data required.</w:t>
            </w:r>
          </w:p>
        </w:tc>
      </w:tr>
      <w:tr>
        <w:trPr>
          <w:cantSplit/>
        </w:trPr>
        <w:tc>
          <w:tcPr>
            <w:tcW w:type="dxa" w:w="1675"/>
          </w:tcPr>
          <w:p>
            <w:pPr>
              <w:spacing w:after="0"/>
              <w:jc w:val="left"/>
            </w:pPr>
            <w:r>
              <w:rPr>
                <w:sz w:val="16"/>
              </w:rPr>
              <w:t>High Wind and Strong Wind (outside NRI Strong Wind definition)</w:t>
            </w:r>
          </w:p>
        </w:tc>
        <w:tc>
          <w:tcPr>
            <w:tcW w:type="dxa" w:w="1694"/>
          </w:tcPr>
          <w:p>
            <w:pPr>
              <w:spacing w:after="0"/>
              <w:jc w:val="left"/>
            </w:pPr>
            <w:r>
              <w:rPr>
                <w:sz w:val="16"/>
              </w:rPr>
              <w:t>wind speed (kt and mph)</w:t>
            </w:r>
          </w:p>
        </w:tc>
        <w:tc>
          <w:tcPr>
            <w:tcW w:type="dxa" w:w="1546"/>
          </w:tcPr>
          <w:p>
            <w:pPr>
              <w:spacing w:after="0"/>
              <w:jc w:val="right"/>
            </w:pPr>
            <w:r>
              <w:rPr>
                <w:sz w:val="16"/>
              </w:rPr>
              <w:t>38, 1999 to 2026 (38 zone-level)</w:t>
            </w:r>
          </w:p>
        </w:tc>
        <w:tc>
          <w:tcPr>
            <w:tcW w:type="dxa" w:w="1858"/>
          </w:tcPr>
          <w:p>
            <w:pPr>
              <w:spacing w:after="0"/>
              <w:jc w:val="left"/>
            </w:pPr>
            <w:r>
              <w:rPr>
                <w:sz w:val="16"/>
              </w:rPr>
              <w:t>35 kt (40 mph) to 50 kt (58 mph) (median 42 kt (48 mph)); 27 with a recorded value</w:t>
            </w:r>
          </w:p>
        </w:tc>
        <w:tc>
          <w:tcPr>
            <w:tcW w:type="dxa" w:w="2088"/>
          </w:tcPr>
          <w:p>
            <w:pPr>
              <w:spacing w:after="0"/>
              <w:jc w:val="left"/>
            </w:pPr>
            <w:r>
              <w:rPr>
                <w:sz w:val="16"/>
              </w:rPr>
              <w:t>50 kt (58 mph) estimated gust, High Wind, 2023-04-01; same speed and measurement basis also recorded on 2004-12-07, 2023-03-03; NWS zone WVZ005 (WAYNE), zone-level: may include parts of neighboring counties</w:t>
            </w:r>
          </w:p>
        </w:tc>
        <w:tc>
          <w:tcPr>
            <w:tcW w:type="dxa" w:w="1409"/>
          </w:tcPr>
          <w:p>
            <w:pPr>
              <w:spacing w:after="0"/>
              <w:jc w:val="left"/>
            </w:pPr>
            <w:r>
              <w:rPr>
                <w:sz w:val="16"/>
              </w:rPr>
              <w:t>Strong Wind, 2019-02-24, $50,000 property; $0 crops, reported for the zone (2019 dollars)</w:t>
            </w:r>
          </w:p>
        </w:tc>
        <w:tc>
          <w:tcPr>
            <w:tcW w:type="dxa" w:w="1566"/>
          </w:tcPr>
          <w:p>
            <w:pPr>
              <w:spacing w:after="0"/>
              <w:jc w:val="left"/>
            </w:pPr>
            <w:r>
              <w:rPr>
                <w:sz w:val="16"/>
              </w:rPr>
              <w:t>Zone-level records: applies countywide; national data do not locate these events within the county.</w:t>
            </w:r>
          </w:p>
        </w:tc>
        <w:tc>
          <w:tcPr>
            <w:tcW w:type="dxa" w:w="2276"/>
          </w:tcPr>
          <w:p>
            <w:pPr>
              <w:spacing w:after="0"/>
              <w:jc w:val="left"/>
            </w:pPr>
          </w:p>
        </w:tc>
      </w:tr>
      <w:tr>
        <w:trPr>
          <w:cantSplit/>
        </w:trPr>
        <w:tc>
          <w:tcPr>
            <w:tcW w:type="dxa" w:w="1675"/>
          </w:tcPr>
          <w:p>
            <w:pPr>
              <w:spacing w:after="0"/>
              <w:jc w:val="left"/>
            </w:pPr>
            <w:r>
              <w:rPr>
                <w:sz w:val="16"/>
              </w:rPr>
              <w:t>Thunderstorm Wind</w:t>
            </w:r>
          </w:p>
        </w:tc>
        <w:tc>
          <w:tcPr>
            <w:tcW w:type="dxa" w:w="1694"/>
          </w:tcPr>
          <w:p>
            <w:pPr>
              <w:spacing w:after="0"/>
              <w:jc w:val="left"/>
            </w:pPr>
            <w:r>
              <w:rPr>
                <w:sz w:val="16"/>
              </w:rPr>
              <w:t>wind speed (kt and mph)</w:t>
            </w:r>
          </w:p>
        </w:tc>
        <w:tc>
          <w:tcPr>
            <w:tcW w:type="dxa" w:w="1546"/>
          </w:tcPr>
          <w:p>
            <w:pPr>
              <w:spacing w:after="0"/>
              <w:jc w:val="right"/>
            </w:pPr>
            <w:r>
              <w:rPr>
                <w:sz w:val="16"/>
              </w:rPr>
              <w:t>192, 1966 to 2026</w:t>
            </w:r>
          </w:p>
        </w:tc>
        <w:tc>
          <w:tcPr>
            <w:tcW w:type="dxa" w:w="1858"/>
          </w:tcPr>
          <w:p>
            <w:pPr>
              <w:spacing w:after="0"/>
              <w:jc w:val="left"/>
            </w:pPr>
            <w:r>
              <w:rPr>
                <w:sz w:val="16"/>
              </w:rPr>
              <w:t>45 kt (52 mph) to 70 kt (81 mph) (median 50 kt (58 mph)); 140 with a recorded value</w:t>
            </w:r>
          </w:p>
        </w:tc>
        <w:tc>
          <w:tcPr>
            <w:tcW w:type="dxa" w:w="2088"/>
          </w:tcPr>
          <w:p>
            <w:pPr>
              <w:spacing w:after="0"/>
              <w:jc w:val="left"/>
            </w:pPr>
            <w:r>
              <w:rPr>
                <w:sz w:val="16"/>
              </w:rPr>
              <w:t>70 kt (81 mph) measured gust, Thunderstorm Wind, 2024-04-02</w:t>
            </w:r>
          </w:p>
        </w:tc>
        <w:tc>
          <w:tcPr>
            <w:tcW w:type="dxa" w:w="1409"/>
          </w:tcPr>
          <w:p>
            <w:pPr>
              <w:spacing w:after="0"/>
              <w:jc w:val="left"/>
            </w:pPr>
            <w:r>
              <w:rPr>
                <w:sz w:val="16"/>
              </w:rPr>
              <w:t>Thunderstorm Wind, 2012-06-29, $1,000,000 property; $0 crops (2012 dollars)</w:t>
            </w:r>
          </w:p>
        </w:tc>
        <w:tc>
          <w:tcPr>
            <w:tcW w:type="dxa" w:w="1566"/>
          </w:tcPr>
          <w:p>
            <w:pPr>
              <w:spacing w:after="0"/>
              <w:jc w:val="left"/>
            </w:pPr>
            <w:r>
              <w:rPr>
                <w:sz w:val="16"/>
              </w:rPr>
              <w:t>Event records naming member places: Wayne town (16 records), Fort Gay town (13 records), Ceredo city (10 records), Kenova city (10 records), Huntington city (1 record).</w:t>
            </w:r>
          </w:p>
        </w:tc>
        <w:tc>
          <w:tcPr>
            <w:tcW w:type="dxa" w:w="2276"/>
          </w:tcPr>
          <w:p>
            <w:pPr>
              <w:spacing w:after="0"/>
              <w:jc w:val="left"/>
            </w:pPr>
          </w:p>
        </w:tc>
      </w:tr>
      <w:tr>
        <w:trPr>
          <w:cantSplit/>
        </w:trPr>
        <w:tc>
          <w:tcPr>
            <w:tcW w:type="dxa" w:w="1675"/>
          </w:tcPr>
          <w:p>
            <w:pPr>
              <w:spacing w:after="0"/>
              <w:jc w:val="left"/>
            </w:pPr>
            <w:r>
              <w:rPr>
                <w:sz w:val="16"/>
              </w:rPr>
              <w:t>Tornado</w:t>
            </w:r>
          </w:p>
        </w:tc>
        <w:tc>
          <w:tcPr>
            <w:tcW w:type="dxa" w:w="1694"/>
          </w:tcPr>
          <w:p>
            <w:pPr>
              <w:spacing w:after="0"/>
              <w:jc w:val="left"/>
            </w:pPr>
            <w:r>
              <w:rPr>
                <w:sz w:val="16"/>
              </w:rPr>
              <w:t>Enhanced Fujita (F before Feb 2007)</w:t>
            </w:r>
          </w:p>
        </w:tc>
        <w:tc>
          <w:tcPr>
            <w:tcW w:type="dxa" w:w="1546"/>
          </w:tcPr>
          <w:p>
            <w:pPr>
              <w:spacing w:after="0"/>
              <w:jc w:val="right"/>
            </w:pPr>
            <w:r>
              <w:rPr>
                <w:sz w:val="16"/>
              </w:rPr>
              <w:t>6, 1965 to 2024</w:t>
            </w:r>
          </w:p>
        </w:tc>
        <w:tc>
          <w:tcPr>
            <w:tcW w:type="dxa" w:w="1858"/>
          </w:tcPr>
          <w:p>
            <w:pPr>
              <w:spacing w:after="0"/>
              <w:jc w:val="left"/>
            </w:pPr>
            <w:r>
              <w:rPr>
                <w:sz w:val="16"/>
              </w:rPr>
              <w:t>F/EF0 to F/EF3 (median F/EF1); 6 with a recorded value</w:t>
            </w:r>
          </w:p>
        </w:tc>
        <w:tc>
          <w:tcPr>
            <w:tcW w:type="dxa" w:w="2088"/>
          </w:tcPr>
          <w:p>
            <w:pPr>
              <w:spacing w:after="0"/>
              <w:jc w:val="left"/>
            </w:pPr>
            <w:r>
              <w:rPr>
                <w:sz w:val="16"/>
              </w:rPr>
              <w:t>F3 tornado, 1965-04-08, 3.6 mi path length (records before 1996 may include the whole path; rating and listing come from the county where the tornado began), 220 yd wide, $250,000 property; crops not recorded (1965 dollars), 3 direct injuries</w:t>
            </w:r>
          </w:p>
        </w:tc>
        <w:tc>
          <w:tcPr>
            <w:tcW w:type="dxa" w:w="1409"/>
          </w:tcPr>
          <w:p>
            <w:pPr>
              <w:spacing w:after="0"/>
              <w:jc w:val="left"/>
            </w:pPr>
            <w:r>
              <w:rPr>
                <w:sz w:val="16"/>
              </w:rPr>
              <w:t>Tornado, 2012-03-02, $1,900,000 property; $0 crops (2012 dollars)</w:t>
            </w:r>
          </w:p>
        </w:tc>
        <w:tc>
          <w:tcPr>
            <w:tcW w:type="dxa" w:w="1566"/>
          </w:tcPr>
          <w:p>
            <w:pPr>
              <w:spacing w:after="0"/>
              <w:jc w:val="left"/>
            </w:pPr>
            <w:r>
              <w:rPr>
                <w:sz w:val="16"/>
              </w:rPr>
              <w:t>No event record names a member place.</w:t>
            </w:r>
          </w:p>
        </w:tc>
        <w:tc>
          <w:tcPr>
            <w:tcW w:type="dxa" w:w="227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5"/>
          </w:tcPr>
          <w:p>
            <w:pPr>
              <w:spacing w:after="0"/>
              <w:jc w:val="left"/>
            </w:pPr>
            <w:r>
              <w:rPr>
                <w:sz w:val="16"/>
              </w:rPr>
              <w:t>Tsunami</w:t>
            </w:r>
          </w:p>
        </w:tc>
        <w:tc>
          <w:tcPr>
            <w:tcW w:type="dxa" w:w="1694"/>
          </w:tcPr>
          <w:p>
            <w:pPr>
              <w:spacing w:after="0"/>
              <w:jc w:val="left"/>
            </w:pPr>
            <w:r>
              <w:rPr>
                <w:sz w:val="16"/>
              </w:rPr>
              <w:t>none (count and damage)</w:t>
            </w:r>
          </w:p>
        </w:tc>
        <w:tc>
          <w:tcPr>
            <w:tcW w:type="dxa" w:w="1546"/>
          </w:tcPr>
          <w:p>
            <w:pPr>
              <w:spacing w:after="0"/>
              <w:jc w:val="right"/>
            </w:pPr>
            <w:r>
              <w:rPr>
                <w:sz w:val="16"/>
              </w:rPr>
              <w:t>0</w:t>
            </w:r>
          </w:p>
        </w:tc>
        <w:tc>
          <w:tcPr>
            <w:tcW w:type="dxa" w:w="1858"/>
          </w:tcPr>
          <w:p>
            <w:pPr>
              <w:spacing w:after="0"/>
              <w:jc w:val="left"/>
            </w:pPr>
          </w:p>
        </w:tc>
        <w:tc>
          <w:tcPr>
            <w:tcW w:type="dxa" w:w="2088"/>
          </w:tcPr>
          <w:p>
            <w:pPr>
              <w:spacing w:after="0"/>
              <w:jc w:val="left"/>
            </w:pPr>
          </w:p>
        </w:tc>
        <w:tc>
          <w:tcPr>
            <w:tcW w:type="dxa" w:w="1409"/>
          </w:tcPr>
          <w:p>
            <w:pPr>
              <w:spacing w:after="0"/>
              <w:jc w:val="left"/>
            </w:pPr>
          </w:p>
        </w:tc>
        <w:tc>
          <w:tcPr>
            <w:tcW w:type="dxa" w:w="1566"/>
          </w:tcPr>
          <w:p>
            <w:pPr>
              <w:spacing w:after="0"/>
              <w:jc w:val="left"/>
            </w:pPr>
          </w:p>
        </w:tc>
        <w:tc>
          <w:tcPr>
            <w:tcW w:type="dxa" w:w="2276"/>
          </w:tcPr>
          <w:p>
            <w:pPr>
              <w:spacing w:after="0"/>
              <w:jc w:val="left"/>
            </w:pPr>
            <w:r>
              <w:rPr>
                <w:sz w:val="16"/>
              </w:rPr>
              <w:t>Physical measure: in event narratives only; local data required.</w:t>
            </w:r>
          </w:p>
        </w:tc>
      </w:tr>
      <w:tr>
        <w:trPr>
          <w:cantSplit/>
        </w:trPr>
        <w:tc>
          <w:tcPr>
            <w:tcW w:type="dxa" w:w="1675"/>
          </w:tcPr>
          <w:p>
            <w:pPr>
              <w:spacing w:after="0"/>
              <w:jc w:val="left"/>
            </w:pPr>
            <w:r>
              <w:rPr>
                <w:sz w:val="16"/>
              </w:rPr>
              <w:t>Volcanic Ash, Volcanic Ashfall</w:t>
            </w:r>
          </w:p>
        </w:tc>
        <w:tc>
          <w:tcPr>
            <w:tcW w:type="dxa" w:w="1694"/>
          </w:tcPr>
          <w:p>
            <w:pPr>
              <w:spacing w:after="0"/>
              <w:jc w:val="left"/>
            </w:pPr>
            <w:r>
              <w:rPr>
                <w:sz w:val="16"/>
              </w:rPr>
              <w:t>Volcanic Explosivity Index (local data)</w:t>
            </w:r>
          </w:p>
        </w:tc>
        <w:tc>
          <w:tcPr>
            <w:tcW w:type="dxa" w:w="1546"/>
          </w:tcPr>
          <w:p>
            <w:pPr>
              <w:spacing w:after="0"/>
              <w:jc w:val="right"/>
            </w:pPr>
            <w:r>
              <w:rPr>
                <w:sz w:val="16"/>
              </w:rPr>
              <w:t>0</w:t>
            </w:r>
          </w:p>
        </w:tc>
        <w:tc>
          <w:tcPr>
            <w:tcW w:type="dxa" w:w="1858"/>
          </w:tcPr>
          <w:p>
            <w:pPr>
              <w:spacing w:after="0"/>
              <w:jc w:val="left"/>
            </w:pPr>
          </w:p>
        </w:tc>
        <w:tc>
          <w:tcPr>
            <w:tcW w:type="dxa" w:w="2088"/>
          </w:tcPr>
          <w:p>
            <w:pPr>
              <w:spacing w:after="0"/>
              <w:jc w:val="left"/>
            </w:pPr>
          </w:p>
        </w:tc>
        <w:tc>
          <w:tcPr>
            <w:tcW w:type="dxa" w:w="1409"/>
          </w:tcPr>
          <w:p>
            <w:pPr>
              <w:spacing w:after="0"/>
              <w:jc w:val="left"/>
            </w:pPr>
          </w:p>
        </w:tc>
        <w:tc>
          <w:tcPr>
            <w:tcW w:type="dxa" w:w="1566"/>
          </w:tcPr>
          <w:p>
            <w:pPr>
              <w:spacing w:after="0"/>
              <w:jc w:val="left"/>
            </w:pPr>
          </w:p>
        </w:tc>
        <w:tc>
          <w:tcPr>
            <w:tcW w:type="dxa" w:w="2276"/>
          </w:tcPr>
          <w:p>
            <w:pPr>
              <w:spacing w:after="0"/>
              <w:jc w:val="left"/>
            </w:pPr>
            <w:r>
              <w:rPr>
                <w:sz w:val="16"/>
              </w:rPr>
              <w:t>Physical measure: in event narratives only; local data required.</w:t>
            </w:r>
          </w:p>
        </w:tc>
      </w:tr>
      <w:tr>
        <w:trPr>
          <w:cantSplit/>
        </w:trPr>
        <w:tc>
          <w:tcPr>
            <w:tcW w:type="dxa" w:w="1675"/>
          </w:tcPr>
          <w:p>
            <w:pPr>
              <w:spacing w:after="0"/>
              <w:jc w:val="left"/>
            </w:pPr>
            <w:r>
              <w:rPr>
                <w:sz w:val="16"/>
              </w:rPr>
              <w:t>Wildfire</w:t>
            </w:r>
          </w:p>
        </w:tc>
        <w:tc>
          <w:tcPr>
            <w:tcW w:type="dxa" w:w="1694"/>
          </w:tcPr>
          <w:p>
            <w:pPr>
              <w:spacing w:after="0"/>
              <w:jc w:val="left"/>
            </w:pPr>
            <w:r>
              <w:rPr>
                <w:sz w:val="16"/>
              </w:rPr>
              <w:t>acres burned (local data)</w:t>
            </w:r>
          </w:p>
        </w:tc>
        <w:tc>
          <w:tcPr>
            <w:tcW w:type="dxa" w:w="1546"/>
          </w:tcPr>
          <w:p>
            <w:pPr>
              <w:spacing w:after="0"/>
              <w:jc w:val="right"/>
            </w:pPr>
            <w:r>
              <w:rPr>
                <w:sz w:val="16"/>
              </w:rPr>
              <w:t>1, 1999 to 1999</w:t>
            </w:r>
          </w:p>
        </w:tc>
        <w:tc>
          <w:tcPr>
            <w:tcW w:type="dxa" w:w="1858"/>
          </w:tcPr>
          <w:p>
            <w:pPr>
              <w:spacing w:after="0"/>
              <w:jc w:val="left"/>
            </w:pPr>
          </w:p>
        </w:tc>
        <w:tc>
          <w:tcPr>
            <w:tcW w:type="dxa" w:w="2088"/>
          </w:tcPr>
          <w:p>
            <w:pPr>
              <w:spacing w:after="0"/>
              <w:jc w:val="left"/>
            </w:pPr>
            <w:r>
              <w:rPr>
                <w:sz w:val="16"/>
              </w:rPr>
              <w:t>No damage reported in 1 records.</w:t>
            </w:r>
          </w:p>
        </w:tc>
        <w:tc>
          <w:tcPr>
            <w:tcW w:type="dxa" w:w="1409"/>
          </w:tcPr>
          <w:p>
            <w:pPr>
              <w:spacing w:after="0"/>
              <w:jc w:val="left"/>
            </w:pPr>
          </w:p>
        </w:tc>
        <w:tc>
          <w:tcPr>
            <w:tcW w:type="dxa" w:w="1566"/>
          </w:tcPr>
          <w:p>
            <w:pPr>
              <w:spacing w:after="0"/>
              <w:jc w:val="left"/>
            </w:pPr>
            <w:r>
              <w:rPr>
                <w:sz w:val="16"/>
              </w:rPr>
              <w:t>No event record names a member place.</w:t>
            </w:r>
          </w:p>
        </w:tc>
        <w:tc>
          <w:tcPr>
            <w:tcW w:type="dxa" w:w="2276"/>
          </w:tcPr>
          <w:p>
            <w:pPr>
              <w:spacing w:after="0"/>
              <w:jc w:val="left"/>
            </w:pPr>
            <w:r>
              <w:rPr>
                <w:sz w:val="16"/>
              </w:rPr>
              <w:t>Acres burned: in event narratives only; local data required.</w:t>
            </w:r>
          </w:p>
        </w:tc>
      </w:tr>
      <w:tr>
        <w:trPr>
          <w:cantSplit/>
        </w:trPr>
        <w:tc>
          <w:tcPr>
            <w:tcW w:type="dxa" w:w="1675"/>
          </w:tcPr>
          <w:p>
            <w:pPr>
              <w:spacing w:after="0"/>
              <w:jc w:val="left"/>
            </w:pPr>
            <w:r>
              <w:rPr>
                <w:sz w:val="16"/>
              </w:rPr>
              <w:t>Winter Storm, Heavy Snow, Blizzard, Lake-Effect Snow, Winter Weather, Sleet</w:t>
            </w:r>
          </w:p>
        </w:tc>
        <w:tc>
          <w:tcPr>
            <w:tcW w:type="dxa" w:w="1694"/>
          </w:tcPr>
          <w:p>
            <w:pPr>
              <w:spacing w:after="0"/>
              <w:jc w:val="left"/>
            </w:pPr>
            <w:r>
              <w:rPr>
                <w:sz w:val="16"/>
              </w:rPr>
              <w:t>none in data (snowfall local)</w:t>
            </w:r>
          </w:p>
        </w:tc>
        <w:tc>
          <w:tcPr>
            <w:tcW w:type="dxa" w:w="1546"/>
          </w:tcPr>
          <w:p>
            <w:pPr>
              <w:spacing w:after="0"/>
              <w:jc w:val="right"/>
            </w:pPr>
            <w:r>
              <w:rPr>
                <w:sz w:val="16"/>
              </w:rPr>
              <w:t>63, 1996 to 2026 (63 zone-level)</w:t>
            </w:r>
          </w:p>
        </w:tc>
        <w:tc>
          <w:tcPr>
            <w:tcW w:type="dxa" w:w="1858"/>
          </w:tcPr>
          <w:p>
            <w:pPr>
              <w:spacing w:after="0"/>
              <w:jc w:val="left"/>
            </w:pPr>
          </w:p>
        </w:tc>
        <w:tc>
          <w:tcPr>
            <w:tcW w:type="dxa" w:w="2088"/>
          </w:tcPr>
          <w:p>
            <w:pPr>
              <w:spacing w:after="0"/>
              <w:jc w:val="left"/>
            </w:pPr>
            <w:r>
              <w:rPr>
                <w:sz w:val="16"/>
              </w:rPr>
              <w:t>Winter Storm, 1998-02-03, $200,000 property; crops not reported, reported for the zone (1998 dollars); NWS zone WVZ005 (WAYNE), zone-level: may include parts of neighboring counties</w:t>
            </w:r>
          </w:p>
        </w:tc>
        <w:tc>
          <w:tcPr>
            <w:tcW w:type="dxa" w:w="1409"/>
          </w:tcPr>
          <w:p>
            <w:pPr>
              <w:spacing w:after="0"/>
              <w:jc w:val="left"/>
            </w:pPr>
            <w:r>
              <w:rPr>
                <w:sz w:val="16"/>
              </w:rPr>
              <w:t>Heavy Snow, 2012-10-29, $200,000 property; $0 crops, reported for the zone (2012 dollars)</w:t>
            </w:r>
          </w:p>
        </w:tc>
        <w:tc>
          <w:tcPr>
            <w:tcW w:type="dxa" w:w="1566"/>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33</w:t>
      </w:r>
    </w:p>
    <w:p>
      <w:pPr>
        <w:keepNext/>
        <w:spacing w:after="40" w:before="0"/>
      </w:pPr>
      <w:r>
        <w:rPr>
          <w:b/>
        </w:rPr>
        <w:t xml:space="preserve">Counted incidents: </w:t>
      </w:r>
      <w:r>
        <w:rPr/>
        <w:t>29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2"/>
        <w:gridCol w:w="3358"/>
        <w:gridCol w:w="2463"/>
        <w:gridCol w:w="1283"/>
        <w:gridCol w:w="1799"/>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2"/>
            <w:shd w:val="clear" w:color="auto" w:fill="E8E8E8"/>
          </w:tcPr>
          <w:p>
            <w:pPr>
              <w:spacing w:after="0"/>
              <w:jc w:val="left"/>
            </w:pPr>
            <w:r>
              <w:rPr>
                <w:b/>
                <w:sz w:val="16"/>
              </w:rPr>
              <w:t>Type</w:t>
            </w:r>
          </w:p>
        </w:tc>
        <w:tc>
          <w:tcPr>
            <w:tcW w:type="dxa" w:w="3358"/>
            <w:shd w:val="clear" w:color="auto" w:fill="E8E8E8"/>
          </w:tcPr>
          <w:p>
            <w:pPr>
              <w:spacing w:after="0"/>
              <w:jc w:val="left"/>
            </w:pPr>
            <w:r>
              <w:rPr>
                <w:b/>
                <w:sz w:val="16"/>
              </w:rPr>
              <w:t>Title</w:t>
            </w:r>
          </w:p>
        </w:tc>
        <w:tc>
          <w:tcPr>
            <w:tcW w:type="dxa" w:w="2463"/>
            <w:shd w:val="clear" w:color="auto" w:fill="E8E8E8"/>
          </w:tcPr>
          <w:p>
            <w:pPr>
              <w:spacing w:after="0"/>
              <w:jc w:val="left"/>
            </w:pPr>
            <w:r>
              <w:rPr>
                <w:b/>
                <w:sz w:val="16"/>
              </w:rPr>
              <w:t>Mapped hazard</w:t>
            </w:r>
          </w:p>
        </w:tc>
        <w:tc>
          <w:tcPr>
            <w:tcW w:type="dxa" w:w="12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99"/>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222"/>
          </w:tcPr>
          <w:p>
            <w:pPr>
              <w:spacing w:after="0"/>
              <w:jc w:val="left"/>
            </w:pPr>
            <w:r>
              <w:rPr>
                <w:sz w:val="16"/>
              </w:rPr>
              <w:t>Emergency</w:t>
            </w:r>
          </w:p>
        </w:tc>
        <w:tc>
          <w:tcPr>
            <w:tcW w:type="dxa" w:w="3358"/>
          </w:tcPr>
          <w:p>
            <w:pPr>
              <w:spacing w:after="0"/>
              <w:jc w:val="left"/>
            </w:pPr>
            <w:r>
              <w:rPr>
                <w:sz w:val="16"/>
              </w:rPr>
              <w:t>SEVERE WINTER STORM</w:t>
            </w:r>
          </w:p>
        </w:tc>
        <w:tc>
          <w:tcPr>
            <w:tcW w:type="dxa" w:w="2463"/>
          </w:tcPr>
          <w:p>
            <w:pPr>
              <w:spacing w:after="0"/>
              <w:jc w:val="left"/>
            </w:pPr>
            <w:r>
              <w:rPr>
                <w:sz w:val="16"/>
              </w:rPr>
              <w:t>Winter Weather</w:t>
            </w:r>
          </w:p>
        </w:tc>
        <w:tc>
          <w:tcPr>
            <w:tcW w:type="dxa" w:w="1283"/>
          </w:tcPr>
          <w:p>
            <w:pPr>
              <w:spacing w:after="0"/>
              <w:jc w:val="right"/>
            </w:pPr>
            <w:r>
              <w:rPr>
                <w:sz w:val="16"/>
              </w:rPr>
              <w:t>none found</w:t>
            </w:r>
          </w:p>
        </w:tc>
        <w:tc>
          <w:tcPr>
            <w:tcW w:type="dxa" w:w="1799"/>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2025-02-26</w:t>
            </w:r>
          </w:p>
        </w:tc>
        <w:tc>
          <w:tcPr>
            <w:tcW w:type="dxa" w:w="1037"/>
          </w:tcPr>
          <w:p>
            <w:pPr>
              <w:spacing w:after="0"/>
              <w:jc w:val="left"/>
            </w:pPr>
            <w:r>
              <w:rPr>
                <w:sz w:val="16"/>
              </w:rPr>
              <w:t>2025-02-15</w:t>
            </w:r>
          </w:p>
        </w:tc>
        <w:tc>
          <w:tcPr>
            <w:tcW w:type="dxa" w:w="1037"/>
          </w:tcPr>
          <w:p>
            <w:pPr>
              <w:spacing w:after="0"/>
              <w:jc w:val="left"/>
            </w:pPr>
            <w:r>
              <w:rPr>
                <w:sz w:val="16"/>
              </w:rPr>
              <w:t>DR-4861-WV</w:t>
            </w:r>
          </w:p>
        </w:tc>
        <w:tc>
          <w:tcPr>
            <w:tcW w:type="dxa" w:w="1222"/>
          </w:tcPr>
          <w:p>
            <w:pPr>
              <w:spacing w:after="0"/>
              <w:jc w:val="left"/>
            </w:pPr>
            <w:r>
              <w:rPr>
                <w:sz w:val="16"/>
              </w:rPr>
              <w:t>Major disaster</w:t>
            </w:r>
          </w:p>
        </w:tc>
        <w:tc>
          <w:tcPr>
            <w:tcW w:type="dxa" w:w="3358"/>
          </w:tcPr>
          <w:p>
            <w:pPr>
              <w:spacing w:after="0"/>
              <w:jc w:val="left"/>
            </w:pPr>
            <w:r>
              <w:rPr>
                <w:sz w:val="16"/>
              </w:rPr>
              <w:t>SEVERE STORM, STRAIGHT-LINE WINDS, FLOODING, LANDSLIDES, AND MUDSLIDES</w:t>
            </w:r>
          </w:p>
        </w:tc>
        <w:tc>
          <w:tcPr>
            <w:tcW w:type="dxa" w:w="2463"/>
          </w:tcPr>
          <w:p>
            <w:pPr>
              <w:spacing w:after="0"/>
              <w:jc w:val="left"/>
            </w:pPr>
            <w:r>
              <w:rPr>
                <w:sz w:val="16"/>
              </w:rPr>
              <w:t>Inland Flooding; Landslide; Strong Wind</w:t>
            </w:r>
          </w:p>
        </w:tc>
        <w:tc>
          <w:tcPr>
            <w:tcW w:type="dxa" w:w="1283"/>
          </w:tcPr>
          <w:p>
            <w:pPr>
              <w:spacing w:after="0"/>
              <w:jc w:val="right"/>
            </w:pPr>
            <w:r>
              <w:rPr>
                <w:sz w:val="16"/>
              </w:rPr>
              <w:t>$314,152.66</w:t>
            </w:r>
          </w:p>
        </w:tc>
        <w:tc>
          <w:tcPr>
            <w:tcW w:type="dxa" w:w="1799"/>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2024-05-22</w:t>
            </w:r>
          </w:p>
        </w:tc>
        <w:tc>
          <w:tcPr>
            <w:tcW w:type="dxa" w:w="1037"/>
          </w:tcPr>
          <w:p>
            <w:pPr>
              <w:spacing w:after="0"/>
              <w:jc w:val="left"/>
            </w:pPr>
            <w:r>
              <w:rPr>
                <w:sz w:val="16"/>
              </w:rPr>
              <w:t>2024-04-02</w:t>
            </w:r>
          </w:p>
        </w:tc>
        <w:tc>
          <w:tcPr>
            <w:tcW w:type="dxa" w:w="1037"/>
          </w:tcPr>
          <w:p>
            <w:pPr>
              <w:spacing w:after="0"/>
              <w:jc w:val="left"/>
            </w:pPr>
            <w:r>
              <w:rPr>
                <w:sz w:val="16"/>
              </w:rPr>
              <w:t>DR-4783-WV</w:t>
            </w:r>
          </w:p>
        </w:tc>
        <w:tc>
          <w:tcPr>
            <w:tcW w:type="dxa" w:w="1222"/>
          </w:tcPr>
          <w:p>
            <w:pPr>
              <w:spacing w:after="0"/>
              <w:jc w:val="left"/>
            </w:pPr>
            <w:r>
              <w:rPr>
                <w:sz w:val="16"/>
              </w:rPr>
              <w:t>Major disaster</w:t>
            </w:r>
          </w:p>
        </w:tc>
        <w:tc>
          <w:tcPr>
            <w:tcW w:type="dxa" w:w="3358"/>
          </w:tcPr>
          <w:p>
            <w:pPr>
              <w:spacing w:after="0"/>
              <w:jc w:val="left"/>
            </w:pPr>
            <w:r>
              <w:rPr>
                <w:sz w:val="16"/>
              </w:rPr>
              <w:t>SEVERE STORMS, STRAIGHT-LINE WINDS, TORNADOES, FLOODING, LANDSLIDES, AND MUDSLIDES</w:t>
            </w:r>
          </w:p>
        </w:tc>
        <w:tc>
          <w:tcPr>
            <w:tcW w:type="dxa" w:w="2463"/>
          </w:tcPr>
          <w:p>
            <w:pPr>
              <w:spacing w:after="0"/>
              <w:jc w:val="left"/>
            </w:pPr>
            <w:r>
              <w:rPr>
                <w:sz w:val="16"/>
              </w:rPr>
              <w:t>Inland Flooding; Landslide; Strong Wind; Tornado</w:t>
            </w:r>
          </w:p>
        </w:tc>
        <w:tc>
          <w:tcPr>
            <w:tcW w:type="dxa" w:w="1283"/>
          </w:tcPr>
          <w:p>
            <w:pPr>
              <w:spacing w:after="0"/>
              <w:jc w:val="right"/>
            </w:pPr>
            <w:r>
              <w:rPr>
                <w:sz w:val="16"/>
              </w:rPr>
              <w:t>PA not declared for this county</w:t>
            </w:r>
          </w:p>
        </w:tc>
        <w:tc>
          <w:tcPr>
            <w:tcW w:type="dxa" w:w="1799"/>
          </w:tcPr>
          <w:p>
            <w:pPr>
              <w:spacing w:after="0"/>
              <w:jc w:val="left"/>
            </w:pPr>
            <w:r>
              <w:rPr>
                <w:sz w:val="16"/>
              </w:rPr>
              <w:t>during plan review, check whether your last plan included it; within last 5 years</w:t>
            </w:r>
          </w:p>
        </w:tc>
        <w:tc>
          <w:tcPr>
            <w:tcW w:type="dxa" w:w="877"/>
          </w:tcPr>
          <w:p>
            <w:pPr>
              <w:spacing w:after="0"/>
              <w:jc w:val="left"/>
            </w:pPr>
          </w:p>
        </w:tc>
      </w:tr>
      <w:tr>
        <w:trPr>
          <w:cantSplit/>
        </w:trPr>
        <w:tc>
          <w:tcPr>
            <w:tcW w:type="dxa" w:w="1037"/>
          </w:tcPr>
          <w:p>
            <w:pPr>
              <w:spacing w:after="0"/>
              <w:jc w:val="left"/>
            </w:pPr>
            <w:r>
              <w:rPr>
                <w:sz w:val="16"/>
              </w:rPr>
              <w:t>2021-05-20</w:t>
            </w:r>
          </w:p>
        </w:tc>
        <w:tc>
          <w:tcPr>
            <w:tcW w:type="dxa" w:w="1037"/>
          </w:tcPr>
          <w:p>
            <w:pPr>
              <w:spacing w:after="0"/>
              <w:jc w:val="left"/>
            </w:pPr>
            <w:r>
              <w:rPr>
                <w:sz w:val="16"/>
              </w:rPr>
              <w:t>2021-02-27</w:t>
            </w:r>
          </w:p>
        </w:tc>
        <w:tc>
          <w:tcPr>
            <w:tcW w:type="dxa" w:w="1037"/>
          </w:tcPr>
          <w:p>
            <w:pPr>
              <w:spacing w:after="0"/>
              <w:jc w:val="left"/>
            </w:pPr>
            <w:r>
              <w:rPr>
                <w:sz w:val="16"/>
              </w:rPr>
              <w:t>DR-4605-WV</w:t>
            </w:r>
          </w:p>
        </w:tc>
        <w:tc>
          <w:tcPr>
            <w:tcW w:type="dxa" w:w="1222"/>
          </w:tcPr>
          <w:p>
            <w:pPr>
              <w:spacing w:after="0"/>
              <w:jc w:val="left"/>
            </w:pPr>
            <w:r>
              <w:rPr>
                <w:sz w:val="16"/>
              </w:rPr>
              <w:t>Major disaster</w:t>
            </w:r>
          </w:p>
        </w:tc>
        <w:tc>
          <w:tcPr>
            <w:tcW w:type="dxa" w:w="3358"/>
          </w:tcPr>
          <w:p>
            <w:pPr>
              <w:spacing w:after="0"/>
              <w:jc w:val="left"/>
            </w:pPr>
            <w:r>
              <w:rPr>
                <w:sz w:val="16"/>
              </w:rPr>
              <w:t>SEVERE STORMS AND FLOODING</w:t>
            </w:r>
          </w:p>
        </w:tc>
        <w:tc>
          <w:tcPr>
            <w:tcW w:type="dxa" w:w="2463"/>
          </w:tcPr>
          <w:p>
            <w:pPr>
              <w:spacing w:after="0"/>
              <w:jc w:val="left"/>
            </w:pPr>
            <w:r>
              <w:rPr>
                <w:sz w:val="16"/>
              </w:rPr>
              <w:t>Inland Flooding</w:t>
            </w:r>
          </w:p>
        </w:tc>
        <w:tc>
          <w:tcPr>
            <w:tcW w:type="dxa" w:w="1283"/>
          </w:tcPr>
          <w:p>
            <w:pPr>
              <w:spacing w:after="0"/>
              <w:jc w:val="right"/>
            </w:pPr>
            <w:r>
              <w:rPr>
                <w:sz w:val="16"/>
              </w:rPr>
              <w:t>$215,475.59</w:t>
            </w:r>
          </w:p>
        </w:tc>
        <w:tc>
          <w:tcPr>
            <w:tcW w:type="dxa" w:w="179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2021-05-13</w:t>
            </w:r>
          </w:p>
        </w:tc>
        <w:tc>
          <w:tcPr>
            <w:tcW w:type="dxa" w:w="1037"/>
          </w:tcPr>
          <w:p>
            <w:pPr>
              <w:spacing w:after="0"/>
              <w:jc w:val="left"/>
            </w:pPr>
            <w:r>
              <w:rPr>
                <w:sz w:val="16"/>
              </w:rPr>
              <w:t>2021-02-10</w:t>
            </w:r>
          </w:p>
        </w:tc>
        <w:tc>
          <w:tcPr>
            <w:tcW w:type="dxa" w:w="1037"/>
          </w:tcPr>
          <w:p>
            <w:pPr>
              <w:spacing w:after="0"/>
              <w:jc w:val="left"/>
            </w:pPr>
            <w:r>
              <w:rPr>
                <w:sz w:val="16"/>
              </w:rPr>
              <w:t>DR-4603-WV</w:t>
            </w:r>
          </w:p>
        </w:tc>
        <w:tc>
          <w:tcPr>
            <w:tcW w:type="dxa" w:w="1222"/>
          </w:tcPr>
          <w:p>
            <w:pPr>
              <w:spacing w:after="0"/>
              <w:jc w:val="left"/>
            </w:pPr>
            <w:r>
              <w:rPr>
                <w:sz w:val="16"/>
              </w:rPr>
              <w:t>Major disaster</w:t>
            </w:r>
          </w:p>
        </w:tc>
        <w:tc>
          <w:tcPr>
            <w:tcW w:type="dxa" w:w="3358"/>
          </w:tcPr>
          <w:p>
            <w:pPr>
              <w:spacing w:after="0"/>
              <w:jc w:val="left"/>
            </w:pPr>
            <w:r>
              <w:rPr>
                <w:sz w:val="16"/>
              </w:rPr>
              <w:t>SEVERE WINTER STORMS</w:t>
            </w:r>
          </w:p>
        </w:tc>
        <w:tc>
          <w:tcPr>
            <w:tcW w:type="dxa" w:w="2463"/>
          </w:tcPr>
          <w:p>
            <w:pPr>
              <w:spacing w:after="0"/>
              <w:jc w:val="left"/>
            </w:pPr>
            <w:r>
              <w:rPr>
                <w:sz w:val="16"/>
              </w:rPr>
              <w:t>Ice Storm</w:t>
            </w:r>
          </w:p>
        </w:tc>
        <w:tc>
          <w:tcPr>
            <w:tcW w:type="dxa" w:w="1283"/>
          </w:tcPr>
          <w:p>
            <w:pPr>
              <w:spacing w:after="0"/>
              <w:jc w:val="right"/>
            </w:pPr>
            <w:r>
              <w:rPr>
                <w:sz w:val="16"/>
              </w:rPr>
              <w:t>$431,263.67</w:t>
            </w:r>
          </w:p>
        </w:tc>
        <w:tc>
          <w:tcPr>
            <w:tcW w:type="dxa" w:w="179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222"/>
          </w:tcPr>
          <w:p>
            <w:pPr>
              <w:spacing w:after="0"/>
              <w:jc w:val="left"/>
            </w:pPr>
            <w:r>
              <w:rPr>
                <w:sz w:val="16"/>
              </w:rPr>
              <w:t>Major disaster</w:t>
            </w:r>
          </w:p>
        </w:tc>
        <w:tc>
          <w:tcPr>
            <w:tcW w:type="dxa" w:w="3358"/>
          </w:tcPr>
          <w:p>
            <w:pPr>
              <w:spacing w:after="0"/>
              <w:jc w:val="left"/>
            </w:pPr>
            <w:r>
              <w:rPr>
                <w:sz w:val="16"/>
              </w:rPr>
              <w:t>COVID-19 PANDEMIC</w:t>
            </w:r>
          </w:p>
        </w:tc>
        <w:tc>
          <w:tcPr>
            <w:tcW w:type="dxa" w:w="2463"/>
          </w:tcPr>
          <w:p>
            <w:pPr>
              <w:spacing w:after="0"/>
              <w:jc w:val="left"/>
            </w:pPr>
            <w:r>
              <w:rPr>
                <w:sz w:val="16"/>
              </w:rPr>
              <w:t>Non-natural, not counted</w:t>
            </w:r>
          </w:p>
        </w:tc>
        <w:tc>
          <w:tcPr>
            <w:tcW w:type="dxa" w:w="1283"/>
          </w:tcPr>
          <w:p>
            <w:pPr>
              <w:spacing w:after="0"/>
              <w:jc w:val="right"/>
            </w:pPr>
            <w:r>
              <w:rPr>
                <w:sz w:val="16"/>
              </w:rPr>
              <w:t>none found</w:t>
            </w:r>
          </w:p>
        </w:tc>
        <w:tc>
          <w:tcPr>
            <w:tcW w:type="dxa" w:w="179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222"/>
          </w:tcPr>
          <w:p>
            <w:pPr>
              <w:spacing w:after="0"/>
              <w:jc w:val="left"/>
            </w:pPr>
            <w:r>
              <w:rPr>
                <w:sz w:val="16"/>
              </w:rPr>
              <w:t>Emergency</w:t>
            </w:r>
          </w:p>
        </w:tc>
        <w:tc>
          <w:tcPr>
            <w:tcW w:type="dxa" w:w="3358"/>
          </w:tcPr>
          <w:p>
            <w:pPr>
              <w:spacing w:after="0"/>
              <w:jc w:val="left"/>
            </w:pPr>
            <w:r>
              <w:rPr>
                <w:sz w:val="16"/>
              </w:rPr>
              <w:t>COVID-19</w:t>
            </w:r>
          </w:p>
        </w:tc>
        <w:tc>
          <w:tcPr>
            <w:tcW w:type="dxa" w:w="2463"/>
          </w:tcPr>
          <w:p>
            <w:pPr>
              <w:spacing w:after="0"/>
              <w:jc w:val="left"/>
            </w:pPr>
            <w:r>
              <w:rPr>
                <w:sz w:val="16"/>
              </w:rPr>
              <w:t>Non-natural, not counted</w:t>
            </w:r>
          </w:p>
        </w:tc>
        <w:tc>
          <w:tcPr>
            <w:tcW w:type="dxa" w:w="1283"/>
          </w:tcPr>
          <w:p>
            <w:pPr>
              <w:spacing w:after="0"/>
              <w:jc w:val="right"/>
            </w:pPr>
            <w:r>
              <w:rPr>
                <w:sz w:val="16"/>
              </w:rPr>
              <w:t>none found</w:t>
            </w:r>
          </w:p>
        </w:tc>
        <w:tc>
          <w:tcPr>
            <w:tcW w:type="dxa" w:w="1799"/>
          </w:tcPr>
          <w:p>
            <w:pPr>
              <w:spacing w:after="0"/>
              <w:jc w:val="left"/>
            </w:pPr>
          </w:p>
        </w:tc>
        <w:tc>
          <w:tcPr>
            <w:tcW w:type="dxa" w:w="877"/>
          </w:tcPr>
          <w:p>
            <w:pPr>
              <w:spacing w:after="0"/>
              <w:jc w:val="left"/>
            </w:pPr>
            <w:r>
              <w:rPr>
                <w:sz w:val="16"/>
              </w:rPr>
              <w:t>same incident as DR-4517</w:t>
            </w: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DR-4359-WV</w:t>
            </w:r>
          </w:p>
        </w:tc>
        <w:tc>
          <w:tcPr>
            <w:tcW w:type="dxa" w:w="1222"/>
          </w:tcPr>
          <w:p>
            <w:pPr>
              <w:spacing w:after="0"/>
              <w:jc w:val="left"/>
            </w:pPr>
            <w:r>
              <w:rPr>
                <w:sz w:val="16"/>
              </w:rPr>
              <w:t>Major disaster</w:t>
            </w:r>
          </w:p>
        </w:tc>
        <w:tc>
          <w:tcPr>
            <w:tcW w:type="dxa" w:w="3358"/>
          </w:tcPr>
          <w:p>
            <w:pPr>
              <w:spacing w:after="0"/>
              <w:jc w:val="left"/>
            </w:pPr>
            <w:r>
              <w:rPr>
                <w:sz w:val="16"/>
              </w:rPr>
              <w:t>SEVERE STORMS, FLOODING, LANDSLIDES, AND MUDSLIDES</w:t>
            </w:r>
          </w:p>
        </w:tc>
        <w:tc>
          <w:tcPr>
            <w:tcW w:type="dxa" w:w="2463"/>
          </w:tcPr>
          <w:p>
            <w:pPr>
              <w:spacing w:after="0"/>
              <w:jc w:val="left"/>
            </w:pPr>
            <w:r>
              <w:rPr>
                <w:sz w:val="16"/>
              </w:rPr>
              <w:t>Landslide (primary); also designated: Inland Flooding</w:t>
            </w:r>
          </w:p>
        </w:tc>
        <w:tc>
          <w:tcPr>
            <w:tcW w:type="dxa" w:w="1283"/>
          </w:tcPr>
          <w:p>
            <w:pPr>
              <w:spacing w:after="0"/>
              <w:jc w:val="right"/>
            </w:pPr>
            <w:r>
              <w:rPr>
                <w:sz w:val="16"/>
              </w:rPr>
              <w:t>none found</w:t>
            </w:r>
          </w:p>
        </w:tc>
        <w:tc>
          <w:tcPr>
            <w:tcW w:type="dxa" w:w="179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2016-06-25</w:t>
            </w:r>
          </w:p>
        </w:tc>
        <w:tc>
          <w:tcPr>
            <w:tcW w:type="dxa" w:w="1037"/>
          </w:tcPr>
          <w:p>
            <w:pPr>
              <w:spacing w:after="0"/>
              <w:jc w:val="left"/>
            </w:pPr>
            <w:r>
              <w:rPr>
                <w:sz w:val="16"/>
              </w:rPr>
              <w:t>2016-06-22</w:t>
            </w:r>
          </w:p>
        </w:tc>
        <w:tc>
          <w:tcPr>
            <w:tcW w:type="dxa" w:w="1037"/>
          </w:tcPr>
          <w:p>
            <w:pPr>
              <w:spacing w:after="0"/>
              <w:jc w:val="left"/>
            </w:pPr>
            <w:r>
              <w:rPr>
                <w:sz w:val="16"/>
              </w:rPr>
              <w:t>DR-4273-WV</w:t>
            </w:r>
          </w:p>
        </w:tc>
        <w:tc>
          <w:tcPr>
            <w:tcW w:type="dxa" w:w="1222"/>
          </w:tcPr>
          <w:p>
            <w:pPr>
              <w:spacing w:after="0"/>
              <w:jc w:val="left"/>
            </w:pPr>
            <w:r>
              <w:rPr>
                <w:sz w:val="16"/>
              </w:rPr>
              <w:t>Major disaster</w:t>
            </w:r>
          </w:p>
        </w:tc>
        <w:tc>
          <w:tcPr>
            <w:tcW w:type="dxa" w:w="3358"/>
          </w:tcPr>
          <w:p>
            <w:pPr>
              <w:spacing w:after="0"/>
              <w:jc w:val="left"/>
            </w:pPr>
            <w:r>
              <w:rPr>
                <w:sz w:val="16"/>
              </w:rPr>
              <w:t>SEVERE STORMS, FLOODING, LANDSLIDES, AND MUDSLIDES</w:t>
            </w:r>
          </w:p>
        </w:tc>
        <w:tc>
          <w:tcPr>
            <w:tcW w:type="dxa" w:w="2463"/>
          </w:tcPr>
          <w:p>
            <w:pPr>
              <w:spacing w:after="0"/>
              <w:jc w:val="left"/>
            </w:pPr>
            <w:r>
              <w:rPr>
                <w:sz w:val="16"/>
              </w:rPr>
              <w:t>Inland Flooding (primary); also designated: Landslide</w:t>
            </w:r>
          </w:p>
        </w:tc>
        <w:tc>
          <w:tcPr>
            <w:tcW w:type="dxa" w:w="1283"/>
          </w:tcPr>
          <w:p>
            <w:pPr>
              <w:spacing w:after="0"/>
              <w:jc w:val="right"/>
            </w:pPr>
            <w:r>
              <w:rPr>
                <w:sz w:val="16"/>
              </w:rPr>
              <w:t>none found</w:t>
            </w:r>
          </w:p>
        </w:tc>
        <w:tc>
          <w:tcPr>
            <w:tcW w:type="dxa" w:w="179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2015-05-14</w:t>
            </w:r>
          </w:p>
        </w:tc>
        <w:tc>
          <w:tcPr>
            <w:tcW w:type="dxa" w:w="1037"/>
          </w:tcPr>
          <w:p>
            <w:pPr>
              <w:spacing w:after="0"/>
              <w:jc w:val="left"/>
            </w:pPr>
            <w:r>
              <w:rPr>
                <w:sz w:val="16"/>
              </w:rPr>
              <w:t>2015-04-03</w:t>
            </w:r>
          </w:p>
        </w:tc>
        <w:tc>
          <w:tcPr>
            <w:tcW w:type="dxa" w:w="1037"/>
          </w:tcPr>
          <w:p>
            <w:pPr>
              <w:spacing w:after="0"/>
              <w:jc w:val="left"/>
            </w:pPr>
            <w:r>
              <w:rPr>
                <w:sz w:val="16"/>
              </w:rPr>
              <w:t>DR-4219-WV</w:t>
            </w:r>
          </w:p>
        </w:tc>
        <w:tc>
          <w:tcPr>
            <w:tcW w:type="dxa" w:w="1222"/>
          </w:tcPr>
          <w:p>
            <w:pPr>
              <w:spacing w:after="0"/>
              <w:jc w:val="left"/>
            </w:pPr>
            <w:r>
              <w:rPr>
                <w:sz w:val="16"/>
              </w:rPr>
              <w:t>Major disaster</w:t>
            </w:r>
          </w:p>
        </w:tc>
        <w:tc>
          <w:tcPr>
            <w:tcW w:type="dxa" w:w="3358"/>
          </w:tcPr>
          <w:p>
            <w:pPr>
              <w:spacing w:after="0"/>
              <w:jc w:val="left"/>
            </w:pPr>
            <w:r>
              <w:rPr>
                <w:sz w:val="16"/>
              </w:rPr>
              <w:t>SEVERE STORMS, FLOODING, LANDSLIDES, AND MUDSLIDES</w:t>
            </w:r>
          </w:p>
        </w:tc>
        <w:tc>
          <w:tcPr>
            <w:tcW w:type="dxa" w:w="2463"/>
          </w:tcPr>
          <w:p>
            <w:pPr>
              <w:spacing w:after="0"/>
              <w:jc w:val="left"/>
            </w:pPr>
            <w:r>
              <w:rPr>
                <w:sz w:val="16"/>
              </w:rPr>
              <w:t>Inland Flooding; Landslide</w:t>
            </w:r>
          </w:p>
        </w:tc>
        <w:tc>
          <w:tcPr>
            <w:tcW w:type="dxa" w:w="1283"/>
          </w:tcPr>
          <w:p>
            <w:pPr>
              <w:spacing w:after="0"/>
              <w:jc w:val="right"/>
            </w:pPr>
            <w:r>
              <w:rPr>
                <w:sz w:val="16"/>
              </w:rPr>
              <w:t>$8,129.11</w:t>
            </w:r>
          </w:p>
        </w:tc>
        <w:tc>
          <w:tcPr>
            <w:tcW w:type="dxa" w:w="179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2015-03-31</w:t>
            </w:r>
          </w:p>
        </w:tc>
        <w:tc>
          <w:tcPr>
            <w:tcW w:type="dxa" w:w="1037"/>
          </w:tcPr>
          <w:p>
            <w:pPr>
              <w:spacing w:after="0"/>
              <w:jc w:val="left"/>
            </w:pPr>
            <w:r>
              <w:rPr>
                <w:sz w:val="16"/>
              </w:rPr>
              <w:t>2015-03-03</w:t>
            </w:r>
          </w:p>
        </w:tc>
        <w:tc>
          <w:tcPr>
            <w:tcW w:type="dxa" w:w="1037"/>
          </w:tcPr>
          <w:p>
            <w:pPr>
              <w:spacing w:after="0"/>
              <w:jc w:val="left"/>
            </w:pPr>
            <w:r>
              <w:rPr>
                <w:sz w:val="16"/>
              </w:rPr>
              <w:t>DR-4210-WV</w:t>
            </w:r>
          </w:p>
        </w:tc>
        <w:tc>
          <w:tcPr>
            <w:tcW w:type="dxa" w:w="1222"/>
          </w:tcPr>
          <w:p>
            <w:pPr>
              <w:spacing w:after="0"/>
              <w:jc w:val="left"/>
            </w:pPr>
            <w:r>
              <w:rPr>
                <w:sz w:val="16"/>
              </w:rPr>
              <w:t>Major disaster</w:t>
            </w:r>
          </w:p>
        </w:tc>
        <w:tc>
          <w:tcPr>
            <w:tcW w:type="dxa" w:w="3358"/>
          </w:tcPr>
          <w:p>
            <w:pPr>
              <w:spacing w:after="0"/>
              <w:jc w:val="left"/>
            </w:pPr>
            <w:r>
              <w:rPr>
                <w:sz w:val="16"/>
              </w:rPr>
              <w:t>SEVERE WINTER STORM, FLOODING, LANDSLIDES, AND MUDSLIDES</w:t>
            </w:r>
          </w:p>
        </w:tc>
        <w:tc>
          <w:tcPr>
            <w:tcW w:type="dxa" w:w="2463"/>
          </w:tcPr>
          <w:p>
            <w:pPr>
              <w:spacing w:after="0"/>
              <w:jc w:val="left"/>
            </w:pPr>
            <w:r>
              <w:rPr>
                <w:sz w:val="16"/>
              </w:rPr>
              <w:t>Inland Flooding; Landslide; Winter Weather</w:t>
            </w:r>
          </w:p>
        </w:tc>
        <w:tc>
          <w:tcPr>
            <w:tcW w:type="dxa" w:w="1283"/>
          </w:tcPr>
          <w:p>
            <w:pPr>
              <w:spacing w:after="0"/>
              <w:jc w:val="right"/>
            </w:pPr>
            <w:r>
              <w:rPr>
                <w:sz w:val="16"/>
              </w:rPr>
              <w:t>$118,299.12</w:t>
            </w:r>
          </w:p>
        </w:tc>
        <w:tc>
          <w:tcPr>
            <w:tcW w:type="dxa" w:w="179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222"/>
          </w:tcPr>
          <w:p>
            <w:pPr>
              <w:spacing w:after="0"/>
              <w:jc w:val="left"/>
            </w:pPr>
            <w:r>
              <w:rPr>
                <w:sz w:val="16"/>
              </w:rPr>
              <w:t>Emergency</w:t>
            </w:r>
          </w:p>
        </w:tc>
        <w:tc>
          <w:tcPr>
            <w:tcW w:type="dxa" w:w="3358"/>
          </w:tcPr>
          <w:p>
            <w:pPr>
              <w:spacing w:after="0"/>
              <w:jc w:val="left"/>
            </w:pPr>
            <w:r>
              <w:rPr>
                <w:sz w:val="16"/>
              </w:rPr>
              <w:t>HURRICANE SANDY</w:t>
            </w:r>
          </w:p>
        </w:tc>
        <w:tc>
          <w:tcPr>
            <w:tcW w:type="dxa" w:w="2463"/>
          </w:tcPr>
          <w:p>
            <w:pPr>
              <w:spacing w:after="0"/>
              <w:jc w:val="left"/>
            </w:pPr>
            <w:r>
              <w:rPr>
                <w:sz w:val="16"/>
              </w:rPr>
              <w:t>Hurricane</w:t>
            </w:r>
          </w:p>
        </w:tc>
        <w:tc>
          <w:tcPr>
            <w:tcW w:type="dxa" w:w="1283"/>
          </w:tcPr>
          <w:p>
            <w:pPr>
              <w:spacing w:after="0"/>
              <w:jc w:val="right"/>
            </w:pPr>
            <w:r>
              <w:rPr>
                <w:sz w:val="16"/>
              </w:rPr>
              <w:t>none found</w:t>
            </w:r>
          </w:p>
        </w:tc>
        <w:tc>
          <w:tcPr>
            <w:tcW w:type="dxa" w:w="179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222"/>
          </w:tcPr>
          <w:p>
            <w:pPr>
              <w:spacing w:after="0"/>
              <w:jc w:val="left"/>
            </w:pPr>
            <w:r>
              <w:rPr>
                <w:sz w:val="16"/>
              </w:rPr>
              <w:t>Major disaster</w:t>
            </w:r>
          </w:p>
        </w:tc>
        <w:tc>
          <w:tcPr>
            <w:tcW w:type="dxa" w:w="3358"/>
          </w:tcPr>
          <w:p>
            <w:pPr>
              <w:spacing w:after="0"/>
              <w:jc w:val="left"/>
            </w:pPr>
            <w:r>
              <w:rPr>
                <w:sz w:val="16"/>
              </w:rPr>
              <w:t>SEVERE STORMS AND STRAIGHT-LINE WINDS</w:t>
            </w:r>
          </w:p>
        </w:tc>
        <w:tc>
          <w:tcPr>
            <w:tcW w:type="dxa" w:w="2463"/>
          </w:tcPr>
          <w:p>
            <w:pPr>
              <w:spacing w:after="0"/>
              <w:jc w:val="left"/>
            </w:pPr>
            <w:r>
              <w:rPr>
                <w:sz w:val="16"/>
              </w:rPr>
              <w:t>Strong Wind</w:t>
            </w:r>
          </w:p>
        </w:tc>
        <w:tc>
          <w:tcPr>
            <w:tcW w:type="dxa" w:w="1283"/>
          </w:tcPr>
          <w:p>
            <w:pPr>
              <w:spacing w:after="0"/>
              <w:jc w:val="right"/>
            </w:pPr>
            <w:r>
              <w:rPr>
                <w:sz w:val="16"/>
              </w:rPr>
              <w:t>$29,000.05</w:t>
            </w:r>
          </w:p>
        </w:tc>
        <w:tc>
          <w:tcPr>
            <w:tcW w:type="dxa" w:w="179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222"/>
          </w:tcPr>
          <w:p>
            <w:pPr>
              <w:spacing w:after="0"/>
              <w:jc w:val="left"/>
            </w:pPr>
            <w:r>
              <w:rPr>
                <w:sz w:val="16"/>
              </w:rPr>
              <w:t>Emergency</w:t>
            </w:r>
          </w:p>
        </w:tc>
        <w:tc>
          <w:tcPr>
            <w:tcW w:type="dxa" w:w="3358"/>
          </w:tcPr>
          <w:p>
            <w:pPr>
              <w:spacing w:after="0"/>
              <w:jc w:val="left"/>
            </w:pPr>
            <w:r>
              <w:rPr>
                <w:sz w:val="16"/>
              </w:rPr>
              <w:t>SEVERE STORMS</w:t>
            </w:r>
          </w:p>
        </w:tc>
        <w:tc>
          <w:tcPr>
            <w:tcW w:type="dxa" w:w="2463"/>
          </w:tcPr>
          <w:p>
            <w:pPr>
              <w:spacing w:after="0"/>
              <w:jc w:val="left"/>
            </w:pPr>
            <w:r>
              <w:rPr>
                <w:sz w:val="16"/>
              </w:rPr>
              <w:t>Hazard not mapped (severe storm title names no single hazard); not counted</w:t>
            </w:r>
          </w:p>
        </w:tc>
        <w:tc>
          <w:tcPr>
            <w:tcW w:type="dxa" w:w="1283"/>
          </w:tcPr>
          <w:p>
            <w:pPr>
              <w:spacing w:after="0"/>
              <w:jc w:val="right"/>
            </w:pPr>
            <w:r>
              <w:rPr>
                <w:sz w:val="16"/>
              </w:rPr>
              <w:t>none found</w:t>
            </w:r>
          </w:p>
        </w:tc>
        <w:tc>
          <w:tcPr>
            <w:tcW w:type="dxa" w:w="1799"/>
          </w:tcPr>
          <w:p>
            <w:pPr>
              <w:spacing w:after="0"/>
              <w:jc w:val="left"/>
            </w:pPr>
          </w:p>
        </w:tc>
        <w:tc>
          <w:tcPr>
            <w:tcW w:type="dxa" w:w="877"/>
          </w:tcPr>
          <w:p>
            <w:pPr>
              <w:spacing w:after="0"/>
              <w:jc w:val="left"/>
            </w:pPr>
            <w:r>
              <w:rPr>
                <w:sz w:val="16"/>
              </w:rPr>
              <w:t>same incident as DR-4071</w:t>
            </w:r>
          </w:p>
        </w:tc>
      </w:tr>
      <w:tr>
        <w:trPr>
          <w:cantSplit/>
        </w:trPr>
        <w:tc>
          <w:tcPr>
            <w:tcW w:type="dxa" w:w="1037"/>
          </w:tcPr>
          <w:p>
            <w:pPr>
              <w:spacing w:after="0"/>
              <w:jc w:val="left"/>
            </w:pPr>
            <w:r>
              <w:rPr>
                <w:sz w:val="16"/>
              </w:rPr>
              <w:t>2012-03-16</w:t>
            </w:r>
          </w:p>
        </w:tc>
        <w:tc>
          <w:tcPr>
            <w:tcW w:type="dxa" w:w="1037"/>
          </w:tcPr>
          <w:p>
            <w:pPr>
              <w:spacing w:after="0"/>
              <w:jc w:val="left"/>
            </w:pPr>
            <w:r>
              <w:rPr>
                <w:sz w:val="16"/>
              </w:rPr>
              <w:t>2012-02-29</w:t>
            </w:r>
          </w:p>
        </w:tc>
        <w:tc>
          <w:tcPr>
            <w:tcW w:type="dxa" w:w="1037"/>
          </w:tcPr>
          <w:p>
            <w:pPr>
              <w:spacing w:after="0"/>
              <w:jc w:val="left"/>
            </w:pPr>
            <w:r>
              <w:rPr>
                <w:sz w:val="16"/>
              </w:rPr>
              <w:t>DR-4059-WV</w:t>
            </w:r>
          </w:p>
        </w:tc>
        <w:tc>
          <w:tcPr>
            <w:tcW w:type="dxa" w:w="1222"/>
          </w:tcPr>
          <w:p>
            <w:pPr>
              <w:spacing w:after="0"/>
              <w:jc w:val="left"/>
            </w:pPr>
            <w:r>
              <w:rPr>
                <w:sz w:val="16"/>
              </w:rPr>
              <w:t>Major disaster</w:t>
            </w:r>
          </w:p>
        </w:tc>
        <w:tc>
          <w:tcPr>
            <w:tcW w:type="dxa" w:w="3358"/>
          </w:tcPr>
          <w:p>
            <w:pPr>
              <w:spacing w:after="0"/>
              <w:jc w:val="left"/>
            </w:pPr>
            <w:r>
              <w:rPr>
                <w:sz w:val="16"/>
              </w:rPr>
              <w:t>SEVERE STORMS, TORNADOES, FLOODING, MUDSLIDES, AND LANDSLIDES</w:t>
            </w:r>
          </w:p>
        </w:tc>
        <w:tc>
          <w:tcPr>
            <w:tcW w:type="dxa" w:w="2463"/>
          </w:tcPr>
          <w:p>
            <w:pPr>
              <w:spacing w:after="0"/>
              <w:jc w:val="left"/>
            </w:pPr>
            <w:r>
              <w:rPr>
                <w:sz w:val="16"/>
              </w:rPr>
              <w:t>Inland Flooding; Landslide; Tornado</w:t>
            </w:r>
          </w:p>
        </w:tc>
        <w:tc>
          <w:tcPr>
            <w:tcW w:type="dxa" w:w="1283"/>
          </w:tcPr>
          <w:p>
            <w:pPr>
              <w:spacing w:after="0"/>
              <w:jc w:val="right"/>
            </w:pPr>
            <w:r>
              <w:rPr>
                <w:sz w:val="16"/>
              </w:rPr>
              <w:t>$15,616.13</w:t>
            </w:r>
          </w:p>
        </w:tc>
        <w:tc>
          <w:tcPr>
            <w:tcW w:type="dxa" w:w="179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2007-05-01</w:t>
            </w:r>
          </w:p>
        </w:tc>
        <w:tc>
          <w:tcPr>
            <w:tcW w:type="dxa" w:w="1037"/>
          </w:tcPr>
          <w:p>
            <w:pPr>
              <w:spacing w:after="0"/>
              <w:jc w:val="left"/>
            </w:pPr>
            <w:r>
              <w:rPr>
                <w:sz w:val="16"/>
              </w:rPr>
              <w:t>2007-04-14</w:t>
            </w:r>
          </w:p>
        </w:tc>
        <w:tc>
          <w:tcPr>
            <w:tcW w:type="dxa" w:w="1037"/>
          </w:tcPr>
          <w:p>
            <w:pPr>
              <w:spacing w:after="0"/>
              <w:jc w:val="left"/>
            </w:pPr>
            <w:r>
              <w:rPr>
                <w:sz w:val="16"/>
              </w:rPr>
              <w:t>DR-1696-WV</w:t>
            </w:r>
          </w:p>
        </w:tc>
        <w:tc>
          <w:tcPr>
            <w:tcW w:type="dxa" w:w="1222"/>
          </w:tcPr>
          <w:p>
            <w:pPr>
              <w:spacing w:after="0"/>
              <w:jc w:val="left"/>
            </w:pPr>
            <w:r>
              <w:rPr>
                <w:sz w:val="16"/>
              </w:rPr>
              <w:t>Major disaster</w:t>
            </w:r>
          </w:p>
        </w:tc>
        <w:tc>
          <w:tcPr>
            <w:tcW w:type="dxa" w:w="3358"/>
          </w:tcPr>
          <w:p>
            <w:pPr>
              <w:spacing w:after="0"/>
              <w:jc w:val="left"/>
            </w:pPr>
            <w:r>
              <w:rPr>
                <w:sz w:val="16"/>
              </w:rPr>
              <w:t>SEVERE STORMS, FLOODING, LANDSLIDES, AND MUDSLIDES</w:t>
            </w:r>
          </w:p>
        </w:tc>
        <w:tc>
          <w:tcPr>
            <w:tcW w:type="dxa" w:w="2463"/>
          </w:tcPr>
          <w:p>
            <w:pPr>
              <w:spacing w:after="0"/>
              <w:jc w:val="left"/>
            </w:pPr>
            <w:r>
              <w:rPr>
                <w:sz w:val="16"/>
              </w:rPr>
              <w:t>Inland Flooding; Landslide</w:t>
            </w:r>
          </w:p>
        </w:tc>
        <w:tc>
          <w:tcPr>
            <w:tcW w:type="dxa" w:w="1283"/>
          </w:tcPr>
          <w:p>
            <w:pPr>
              <w:spacing w:after="0"/>
              <w:jc w:val="right"/>
            </w:pPr>
            <w:r>
              <w:rPr>
                <w:sz w:val="16"/>
              </w:rPr>
              <w:t>none found</w:t>
            </w:r>
          </w:p>
        </w:tc>
        <w:tc>
          <w:tcPr>
            <w:tcW w:type="dxa" w:w="179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222"/>
          </w:tcPr>
          <w:p>
            <w:pPr>
              <w:spacing w:after="0"/>
              <w:jc w:val="left"/>
            </w:pPr>
            <w:r>
              <w:rPr>
                <w:sz w:val="16"/>
              </w:rPr>
              <w:t>Emergency</w:t>
            </w:r>
          </w:p>
        </w:tc>
        <w:tc>
          <w:tcPr>
            <w:tcW w:type="dxa" w:w="3358"/>
          </w:tcPr>
          <w:p>
            <w:pPr>
              <w:spacing w:after="0"/>
              <w:jc w:val="left"/>
            </w:pPr>
            <w:r>
              <w:rPr>
                <w:sz w:val="16"/>
              </w:rPr>
              <w:t>HURRICANE KATRINA EVACUATION</w:t>
            </w:r>
          </w:p>
        </w:tc>
        <w:tc>
          <w:tcPr>
            <w:tcW w:type="dxa" w:w="2463"/>
          </w:tcPr>
          <w:p>
            <w:pPr>
              <w:spacing w:after="0"/>
              <w:jc w:val="left"/>
            </w:pPr>
            <w:r>
              <w:rPr>
                <w:sz w:val="16"/>
              </w:rPr>
              <w:t>Hurricane: evacuation support, not a local hazard event; not counted</w:t>
            </w:r>
          </w:p>
        </w:tc>
        <w:tc>
          <w:tcPr>
            <w:tcW w:type="dxa" w:w="1283"/>
          </w:tcPr>
          <w:p>
            <w:pPr>
              <w:spacing w:after="0"/>
              <w:jc w:val="right"/>
            </w:pPr>
            <w:r>
              <w:rPr>
                <w:sz w:val="16"/>
              </w:rPr>
              <w:t>none found</w:t>
            </w:r>
          </w:p>
        </w:tc>
        <w:tc>
          <w:tcPr>
            <w:tcW w:type="dxa" w:w="179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2004-09-20</w:t>
            </w:r>
          </w:p>
        </w:tc>
        <w:tc>
          <w:tcPr>
            <w:tcW w:type="dxa" w:w="1037"/>
          </w:tcPr>
          <w:p>
            <w:pPr>
              <w:spacing w:after="0"/>
              <w:jc w:val="left"/>
            </w:pPr>
            <w:r>
              <w:rPr>
                <w:sz w:val="16"/>
              </w:rPr>
              <w:t>2004-09-16</w:t>
            </w:r>
          </w:p>
        </w:tc>
        <w:tc>
          <w:tcPr>
            <w:tcW w:type="dxa" w:w="1037"/>
          </w:tcPr>
          <w:p>
            <w:pPr>
              <w:spacing w:after="0"/>
              <w:jc w:val="left"/>
            </w:pPr>
            <w:r>
              <w:rPr>
                <w:sz w:val="16"/>
              </w:rPr>
              <w:t>DR-1558-WV</w:t>
            </w:r>
          </w:p>
        </w:tc>
        <w:tc>
          <w:tcPr>
            <w:tcW w:type="dxa" w:w="1222"/>
          </w:tcPr>
          <w:p>
            <w:pPr>
              <w:spacing w:after="0"/>
              <w:jc w:val="left"/>
            </w:pPr>
            <w:r>
              <w:rPr>
                <w:sz w:val="16"/>
              </w:rPr>
              <w:t>Major disaster</w:t>
            </w:r>
          </w:p>
        </w:tc>
        <w:tc>
          <w:tcPr>
            <w:tcW w:type="dxa" w:w="3358"/>
          </w:tcPr>
          <w:p>
            <w:pPr>
              <w:spacing w:after="0"/>
              <w:jc w:val="left"/>
            </w:pPr>
            <w:r>
              <w:rPr>
                <w:sz w:val="16"/>
              </w:rPr>
              <w:t>SEVERE STORMS, FLOODING, AND LANDSLIDES</w:t>
            </w:r>
          </w:p>
        </w:tc>
        <w:tc>
          <w:tcPr>
            <w:tcW w:type="dxa" w:w="2463"/>
          </w:tcPr>
          <w:p>
            <w:pPr>
              <w:spacing w:after="0"/>
              <w:jc w:val="left"/>
            </w:pPr>
            <w:r>
              <w:rPr>
                <w:sz w:val="16"/>
              </w:rPr>
              <w:t>Inland Flooding; Landslide</w:t>
            </w:r>
          </w:p>
        </w:tc>
        <w:tc>
          <w:tcPr>
            <w:tcW w:type="dxa" w:w="1283"/>
          </w:tcPr>
          <w:p>
            <w:pPr>
              <w:spacing w:after="0"/>
              <w:jc w:val="right"/>
            </w:pPr>
            <w:r>
              <w:rPr>
                <w:sz w:val="16"/>
              </w:rPr>
              <w:t>none found</w:t>
            </w:r>
          </w:p>
        </w:tc>
        <w:tc>
          <w:tcPr>
            <w:tcW w:type="dxa" w:w="179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2004-06-07</w:t>
            </w:r>
          </w:p>
        </w:tc>
        <w:tc>
          <w:tcPr>
            <w:tcW w:type="dxa" w:w="1037"/>
          </w:tcPr>
          <w:p>
            <w:pPr>
              <w:spacing w:after="0"/>
              <w:jc w:val="left"/>
            </w:pPr>
            <w:r>
              <w:rPr>
                <w:sz w:val="16"/>
              </w:rPr>
              <w:t>2004-05-27</w:t>
            </w:r>
          </w:p>
        </w:tc>
        <w:tc>
          <w:tcPr>
            <w:tcW w:type="dxa" w:w="1037"/>
          </w:tcPr>
          <w:p>
            <w:pPr>
              <w:spacing w:after="0"/>
              <w:jc w:val="left"/>
            </w:pPr>
            <w:r>
              <w:rPr>
                <w:sz w:val="16"/>
              </w:rPr>
              <w:t>DR-1522-WV</w:t>
            </w:r>
          </w:p>
        </w:tc>
        <w:tc>
          <w:tcPr>
            <w:tcW w:type="dxa" w:w="1222"/>
          </w:tcPr>
          <w:p>
            <w:pPr>
              <w:spacing w:after="0"/>
              <w:jc w:val="left"/>
            </w:pPr>
            <w:r>
              <w:rPr>
                <w:sz w:val="16"/>
              </w:rPr>
              <w:t>Major disaster</w:t>
            </w:r>
          </w:p>
        </w:tc>
        <w:tc>
          <w:tcPr>
            <w:tcW w:type="dxa" w:w="3358"/>
          </w:tcPr>
          <w:p>
            <w:pPr>
              <w:spacing w:after="0"/>
              <w:jc w:val="left"/>
            </w:pPr>
            <w:r>
              <w:rPr>
                <w:sz w:val="16"/>
              </w:rPr>
              <w:t>SEVERE STORMS, FLOODING, AND LANDSLIDES</w:t>
            </w:r>
          </w:p>
        </w:tc>
        <w:tc>
          <w:tcPr>
            <w:tcW w:type="dxa" w:w="2463"/>
          </w:tcPr>
          <w:p>
            <w:pPr>
              <w:spacing w:after="0"/>
              <w:jc w:val="left"/>
            </w:pPr>
            <w:r>
              <w:rPr>
                <w:sz w:val="16"/>
              </w:rPr>
              <w:t>Inland Flooding; Landslide</w:t>
            </w:r>
          </w:p>
        </w:tc>
        <w:tc>
          <w:tcPr>
            <w:tcW w:type="dxa" w:w="1283"/>
          </w:tcPr>
          <w:p>
            <w:pPr>
              <w:spacing w:after="0"/>
              <w:jc w:val="right"/>
            </w:pPr>
            <w:r>
              <w:rPr>
                <w:sz w:val="16"/>
              </w:rPr>
              <w:t>PA not declared for this county</w:t>
            </w:r>
          </w:p>
        </w:tc>
        <w:tc>
          <w:tcPr>
            <w:tcW w:type="dxa" w:w="179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2003-11-11</w:t>
            </w:r>
          </w:p>
        </w:tc>
        <w:tc>
          <w:tcPr>
            <w:tcW w:type="dxa" w:w="1037"/>
          </w:tcPr>
          <w:p>
            <w:pPr>
              <w:spacing w:after="0"/>
              <w:jc w:val="left"/>
            </w:pPr>
            <w:r>
              <w:rPr>
                <w:sz w:val="16"/>
              </w:rPr>
              <w:t>DR-1500-WV</w:t>
            </w:r>
          </w:p>
        </w:tc>
        <w:tc>
          <w:tcPr>
            <w:tcW w:type="dxa" w:w="1222"/>
          </w:tcPr>
          <w:p>
            <w:pPr>
              <w:spacing w:after="0"/>
              <w:jc w:val="left"/>
            </w:pPr>
            <w:r>
              <w:rPr>
                <w:sz w:val="16"/>
              </w:rPr>
              <w:t>Major disaster</w:t>
            </w:r>
          </w:p>
        </w:tc>
        <w:tc>
          <w:tcPr>
            <w:tcW w:type="dxa" w:w="3358"/>
          </w:tcPr>
          <w:p>
            <w:pPr>
              <w:spacing w:after="0"/>
              <w:jc w:val="left"/>
            </w:pPr>
            <w:r>
              <w:rPr>
                <w:sz w:val="16"/>
              </w:rPr>
              <w:t>SEVERE STORMS, FLOODING, AND LANDSLIDES</w:t>
            </w:r>
          </w:p>
        </w:tc>
        <w:tc>
          <w:tcPr>
            <w:tcW w:type="dxa" w:w="2463"/>
          </w:tcPr>
          <w:p>
            <w:pPr>
              <w:spacing w:after="0"/>
              <w:jc w:val="left"/>
            </w:pPr>
            <w:r>
              <w:rPr>
                <w:sz w:val="16"/>
              </w:rPr>
              <w:t>Inland Flooding; Landslide</w:t>
            </w:r>
          </w:p>
        </w:tc>
        <w:tc>
          <w:tcPr>
            <w:tcW w:type="dxa" w:w="1283"/>
          </w:tcPr>
          <w:p>
            <w:pPr>
              <w:spacing w:after="0"/>
              <w:jc w:val="right"/>
            </w:pPr>
            <w:r>
              <w:rPr>
                <w:sz w:val="16"/>
              </w:rPr>
              <w:t>$1,376.55</w:t>
            </w:r>
          </w:p>
        </w:tc>
        <w:tc>
          <w:tcPr>
            <w:tcW w:type="dxa" w:w="179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2003-06-21</w:t>
            </w:r>
          </w:p>
        </w:tc>
        <w:tc>
          <w:tcPr>
            <w:tcW w:type="dxa" w:w="1037"/>
          </w:tcPr>
          <w:p>
            <w:pPr>
              <w:spacing w:after="0"/>
              <w:jc w:val="left"/>
            </w:pPr>
            <w:r>
              <w:rPr>
                <w:sz w:val="16"/>
              </w:rPr>
              <w:t>2003-06-11</w:t>
            </w:r>
          </w:p>
        </w:tc>
        <w:tc>
          <w:tcPr>
            <w:tcW w:type="dxa" w:w="1037"/>
          </w:tcPr>
          <w:p>
            <w:pPr>
              <w:spacing w:after="0"/>
              <w:jc w:val="left"/>
            </w:pPr>
            <w:r>
              <w:rPr>
                <w:sz w:val="16"/>
              </w:rPr>
              <w:t>DR-1474-WV</w:t>
            </w:r>
          </w:p>
        </w:tc>
        <w:tc>
          <w:tcPr>
            <w:tcW w:type="dxa" w:w="1222"/>
          </w:tcPr>
          <w:p>
            <w:pPr>
              <w:spacing w:after="0"/>
              <w:jc w:val="left"/>
            </w:pPr>
            <w:r>
              <w:rPr>
                <w:sz w:val="16"/>
              </w:rPr>
              <w:t>Major disaster</w:t>
            </w:r>
          </w:p>
        </w:tc>
        <w:tc>
          <w:tcPr>
            <w:tcW w:type="dxa" w:w="3358"/>
          </w:tcPr>
          <w:p>
            <w:pPr>
              <w:spacing w:after="0"/>
              <w:jc w:val="left"/>
            </w:pPr>
            <w:r>
              <w:rPr>
                <w:sz w:val="16"/>
              </w:rPr>
              <w:t>SEVERE STORMS, FLOODING, AND LANDSLIDES</w:t>
            </w:r>
          </w:p>
        </w:tc>
        <w:tc>
          <w:tcPr>
            <w:tcW w:type="dxa" w:w="2463"/>
          </w:tcPr>
          <w:p>
            <w:pPr>
              <w:spacing w:after="0"/>
              <w:jc w:val="left"/>
            </w:pPr>
            <w:r>
              <w:rPr>
                <w:sz w:val="16"/>
              </w:rPr>
              <w:t>Inland Flooding; Landslide</w:t>
            </w:r>
          </w:p>
        </w:tc>
        <w:tc>
          <w:tcPr>
            <w:tcW w:type="dxa" w:w="1283"/>
          </w:tcPr>
          <w:p>
            <w:pPr>
              <w:spacing w:after="0"/>
              <w:jc w:val="right"/>
            </w:pPr>
            <w:r>
              <w:rPr>
                <w:sz w:val="16"/>
              </w:rPr>
              <w:t>$30,027.62</w:t>
            </w:r>
          </w:p>
        </w:tc>
        <w:tc>
          <w:tcPr>
            <w:tcW w:type="dxa" w:w="179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222"/>
          </w:tcPr>
          <w:p>
            <w:pPr>
              <w:spacing w:after="0"/>
              <w:jc w:val="left"/>
            </w:pPr>
            <w:r>
              <w:rPr>
                <w:sz w:val="16"/>
              </w:rPr>
              <w:t>Major disaster</w:t>
            </w:r>
          </w:p>
        </w:tc>
        <w:tc>
          <w:tcPr>
            <w:tcW w:type="dxa" w:w="3358"/>
          </w:tcPr>
          <w:p>
            <w:pPr>
              <w:spacing w:after="0"/>
              <w:jc w:val="left"/>
            </w:pPr>
            <w:r>
              <w:rPr>
                <w:sz w:val="16"/>
              </w:rPr>
              <w:t>SEVERE WINTER STORM, RECORD/NEAR RECORD SNOW, HEAVY RAINS, FLOODING AND LANDSLIDES</w:t>
            </w:r>
          </w:p>
        </w:tc>
        <w:tc>
          <w:tcPr>
            <w:tcW w:type="dxa" w:w="2463"/>
          </w:tcPr>
          <w:p>
            <w:pPr>
              <w:spacing w:after="0"/>
              <w:jc w:val="left"/>
            </w:pPr>
            <w:r>
              <w:rPr>
                <w:sz w:val="16"/>
              </w:rPr>
              <w:t>Inland Flooding; Landslide; Winter Weather</w:t>
            </w:r>
          </w:p>
        </w:tc>
        <w:tc>
          <w:tcPr>
            <w:tcW w:type="dxa" w:w="1283"/>
          </w:tcPr>
          <w:p>
            <w:pPr>
              <w:spacing w:after="0"/>
              <w:jc w:val="right"/>
            </w:pPr>
            <w:r>
              <w:rPr>
                <w:sz w:val="16"/>
              </w:rPr>
              <w:t>$38,379.15</w:t>
            </w:r>
          </w:p>
        </w:tc>
        <w:tc>
          <w:tcPr>
            <w:tcW w:type="dxa" w:w="179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2001-11-16</w:t>
            </w:r>
          </w:p>
        </w:tc>
        <w:tc>
          <w:tcPr>
            <w:tcW w:type="dxa" w:w="1037"/>
          </w:tcPr>
          <w:p>
            <w:pPr>
              <w:spacing w:after="0"/>
              <w:jc w:val="left"/>
            </w:pPr>
            <w:r>
              <w:rPr>
                <w:sz w:val="16"/>
              </w:rPr>
              <w:t>2001-11-16</w:t>
            </w:r>
          </w:p>
        </w:tc>
        <w:tc>
          <w:tcPr>
            <w:tcW w:type="dxa" w:w="1037"/>
          </w:tcPr>
          <w:p>
            <w:pPr>
              <w:spacing w:after="0"/>
              <w:jc w:val="left"/>
            </w:pPr>
            <w:r>
              <w:rPr>
                <w:sz w:val="16"/>
              </w:rPr>
              <w:t>FM-2391-WV</w:t>
            </w:r>
          </w:p>
        </w:tc>
        <w:tc>
          <w:tcPr>
            <w:tcW w:type="dxa" w:w="1222"/>
          </w:tcPr>
          <w:p>
            <w:pPr>
              <w:spacing w:after="0"/>
              <w:jc w:val="left"/>
            </w:pPr>
            <w:r>
              <w:rPr>
                <w:sz w:val="16"/>
              </w:rPr>
              <w:t>Fire management</w:t>
            </w:r>
          </w:p>
        </w:tc>
        <w:tc>
          <w:tcPr>
            <w:tcW w:type="dxa" w:w="3358"/>
          </w:tcPr>
          <w:p>
            <w:pPr>
              <w:spacing w:after="0"/>
              <w:jc w:val="left"/>
            </w:pPr>
            <w:r>
              <w:rPr>
                <w:sz w:val="16"/>
              </w:rPr>
              <w:t>WV - SOUTHEAST FIRE COMPLEX - 11/16/2001</w:t>
            </w:r>
          </w:p>
        </w:tc>
        <w:tc>
          <w:tcPr>
            <w:tcW w:type="dxa" w:w="2463"/>
          </w:tcPr>
          <w:p>
            <w:pPr>
              <w:spacing w:after="0"/>
              <w:jc w:val="left"/>
            </w:pPr>
            <w:r>
              <w:rPr>
                <w:sz w:val="16"/>
              </w:rPr>
              <w:t>Wildfire</w:t>
            </w:r>
          </w:p>
        </w:tc>
        <w:tc>
          <w:tcPr>
            <w:tcW w:type="dxa" w:w="1283"/>
          </w:tcPr>
          <w:p>
            <w:pPr>
              <w:spacing w:after="0"/>
              <w:jc w:val="right"/>
            </w:pPr>
            <w:r>
              <w:rPr>
                <w:sz w:val="16"/>
              </w:rPr>
              <w:t>none found</w:t>
            </w:r>
          </w:p>
        </w:tc>
        <w:tc>
          <w:tcPr>
            <w:tcW w:type="dxa" w:w="179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2001-06-03</w:t>
            </w:r>
          </w:p>
        </w:tc>
        <w:tc>
          <w:tcPr>
            <w:tcW w:type="dxa" w:w="1037"/>
          </w:tcPr>
          <w:p>
            <w:pPr>
              <w:spacing w:after="0"/>
              <w:jc w:val="left"/>
            </w:pPr>
            <w:r>
              <w:rPr>
                <w:sz w:val="16"/>
              </w:rPr>
              <w:t>2001-05-15</w:t>
            </w:r>
          </w:p>
        </w:tc>
        <w:tc>
          <w:tcPr>
            <w:tcW w:type="dxa" w:w="1037"/>
          </w:tcPr>
          <w:p>
            <w:pPr>
              <w:spacing w:after="0"/>
              <w:jc w:val="left"/>
            </w:pPr>
            <w:r>
              <w:rPr>
                <w:sz w:val="16"/>
              </w:rPr>
              <w:t>DR-1378-WV</w:t>
            </w:r>
          </w:p>
        </w:tc>
        <w:tc>
          <w:tcPr>
            <w:tcW w:type="dxa" w:w="1222"/>
          </w:tcPr>
          <w:p>
            <w:pPr>
              <w:spacing w:after="0"/>
              <w:jc w:val="left"/>
            </w:pPr>
            <w:r>
              <w:rPr>
                <w:sz w:val="16"/>
              </w:rPr>
              <w:t>Major disaster</w:t>
            </w:r>
          </w:p>
        </w:tc>
        <w:tc>
          <w:tcPr>
            <w:tcW w:type="dxa" w:w="3358"/>
          </w:tcPr>
          <w:p>
            <w:pPr>
              <w:spacing w:after="0"/>
              <w:jc w:val="left"/>
            </w:pPr>
            <w:r>
              <w:rPr>
                <w:sz w:val="16"/>
              </w:rPr>
              <w:t>SEVERE STORMS, FLOODING AND LANDSLIDES</w:t>
            </w:r>
          </w:p>
        </w:tc>
        <w:tc>
          <w:tcPr>
            <w:tcW w:type="dxa" w:w="2463"/>
          </w:tcPr>
          <w:p>
            <w:pPr>
              <w:spacing w:after="0"/>
              <w:jc w:val="left"/>
            </w:pPr>
            <w:r>
              <w:rPr>
                <w:sz w:val="16"/>
              </w:rPr>
              <w:t>Inland Flooding; Landslide</w:t>
            </w:r>
          </w:p>
        </w:tc>
        <w:tc>
          <w:tcPr>
            <w:tcW w:type="dxa" w:w="1283"/>
          </w:tcPr>
          <w:p>
            <w:pPr>
              <w:spacing w:after="0"/>
              <w:jc w:val="right"/>
            </w:pPr>
            <w:r>
              <w:rPr>
                <w:sz w:val="16"/>
              </w:rPr>
              <w:t>$3,486.78</w:t>
            </w:r>
          </w:p>
        </w:tc>
        <w:tc>
          <w:tcPr>
            <w:tcW w:type="dxa" w:w="179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DR-1168-WV</w:t>
            </w:r>
          </w:p>
        </w:tc>
        <w:tc>
          <w:tcPr>
            <w:tcW w:type="dxa" w:w="1222"/>
          </w:tcPr>
          <w:p>
            <w:pPr>
              <w:spacing w:after="0"/>
              <w:jc w:val="left"/>
            </w:pPr>
            <w:r>
              <w:rPr>
                <w:sz w:val="16"/>
              </w:rPr>
              <w:t>Major disaster</w:t>
            </w:r>
          </w:p>
        </w:tc>
        <w:tc>
          <w:tcPr>
            <w:tcW w:type="dxa" w:w="3358"/>
          </w:tcPr>
          <w:p>
            <w:pPr>
              <w:spacing w:after="0"/>
              <w:jc w:val="left"/>
            </w:pPr>
            <w:r>
              <w:rPr>
                <w:sz w:val="16"/>
              </w:rPr>
              <w:t>HEAVY &amp; WIND DRIVEN RAIN, HIGH WINDS,FLOODING,SLIDES</w:t>
            </w:r>
          </w:p>
        </w:tc>
        <w:tc>
          <w:tcPr>
            <w:tcW w:type="dxa" w:w="2463"/>
          </w:tcPr>
          <w:p>
            <w:pPr>
              <w:spacing w:after="0"/>
              <w:jc w:val="left"/>
            </w:pPr>
            <w:r>
              <w:rPr>
                <w:sz w:val="16"/>
              </w:rPr>
              <w:t>Inland Flooding (primary); also designated: Landslide</w:t>
            </w:r>
          </w:p>
        </w:tc>
        <w:tc>
          <w:tcPr>
            <w:tcW w:type="dxa" w:w="1283"/>
          </w:tcPr>
          <w:p>
            <w:pPr>
              <w:spacing w:after="0"/>
              <w:jc w:val="right"/>
            </w:pPr>
            <w:r>
              <w:rPr>
                <w:sz w:val="16"/>
              </w:rPr>
              <w:t>none found</w:t>
            </w:r>
          </w:p>
        </w:tc>
        <w:tc>
          <w:tcPr>
            <w:tcW w:type="dxa" w:w="179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1996-05-23</w:t>
            </w:r>
          </w:p>
        </w:tc>
        <w:tc>
          <w:tcPr>
            <w:tcW w:type="dxa" w:w="1037"/>
          </w:tcPr>
          <w:p>
            <w:pPr>
              <w:spacing w:after="0"/>
              <w:jc w:val="left"/>
            </w:pPr>
            <w:r>
              <w:rPr>
                <w:sz w:val="16"/>
              </w:rPr>
              <w:t>1996-05-15</w:t>
            </w:r>
          </w:p>
        </w:tc>
        <w:tc>
          <w:tcPr>
            <w:tcW w:type="dxa" w:w="1037"/>
          </w:tcPr>
          <w:p>
            <w:pPr>
              <w:spacing w:after="0"/>
              <w:jc w:val="left"/>
            </w:pPr>
            <w:r>
              <w:rPr>
                <w:sz w:val="16"/>
              </w:rPr>
              <w:t>DR-1115-WV</w:t>
            </w:r>
          </w:p>
        </w:tc>
        <w:tc>
          <w:tcPr>
            <w:tcW w:type="dxa" w:w="1222"/>
          </w:tcPr>
          <w:p>
            <w:pPr>
              <w:spacing w:after="0"/>
              <w:jc w:val="left"/>
            </w:pPr>
            <w:r>
              <w:rPr>
                <w:sz w:val="16"/>
              </w:rPr>
              <w:t>Major disaster</w:t>
            </w:r>
          </w:p>
        </w:tc>
        <w:tc>
          <w:tcPr>
            <w:tcW w:type="dxa" w:w="3358"/>
          </w:tcPr>
          <w:p>
            <w:pPr>
              <w:spacing w:after="0"/>
              <w:jc w:val="left"/>
            </w:pPr>
            <w:r>
              <w:rPr>
                <w:sz w:val="16"/>
              </w:rPr>
              <w:t>FLOODING, HEAVY WINDS</w:t>
            </w:r>
          </w:p>
        </w:tc>
        <w:tc>
          <w:tcPr>
            <w:tcW w:type="dxa" w:w="2463"/>
          </w:tcPr>
          <w:p>
            <w:pPr>
              <w:spacing w:after="0"/>
              <w:jc w:val="left"/>
            </w:pPr>
            <w:r>
              <w:rPr>
                <w:sz w:val="16"/>
              </w:rPr>
              <w:t>Inland Flooding</w:t>
            </w:r>
          </w:p>
        </w:tc>
        <w:tc>
          <w:tcPr>
            <w:tcW w:type="dxa" w:w="1283"/>
          </w:tcPr>
          <w:p>
            <w:pPr>
              <w:spacing w:after="0"/>
              <w:jc w:val="right"/>
            </w:pPr>
            <w:r>
              <w:rPr>
                <w:sz w:val="16"/>
              </w:rPr>
              <w:t>PA not declared for this county</w:t>
            </w:r>
          </w:p>
        </w:tc>
        <w:tc>
          <w:tcPr>
            <w:tcW w:type="dxa" w:w="179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222"/>
          </w:tcPr>
          <w:p>
            <w:pPr>
              <w:spacing w:after="0"/>
              <w:jc w:val="left"/>
            </w:pPr>
            <w:r>
              <w:rPr>
                <w:sz w:val="16"/>
              </w:rPr>
              <w:t>Major disaster</w:t>
            </w:r>
          </w:p>
        </w:tc>
        <w:tc>
          <w:tcPr>
            <w:tcW w:type="dxa" w:w="3358"/>
          </w:tcPr>
          <w:p>
            <w:pPr>
              <w:spacing w:after="0"/>
              <w:jc w:val="left"/>
            </w:pPr>
            <w:r>
              <w:rPr>
                <w:sz w:val="16"/>
              </w:rPr>
              <w:t>BLIZZARD OF 96 (SEVERE SNOW STORM)</w:t>
            </w:r>
          </w:p>
        </w:tc>
        <w:tc>
          <w:tcPr>
            <w:tcW w:type="dxa" w:w="2463"/>
          </w:tcPr>
          <w:p>
            <w:pPr>
              <w:spacing w:after="0"/>
              <w:jc w:val="left"/>
            </w:pPr>
            <w:r>
              <w:rPr>
                <w:sz w:val="16"/>
              </w:rPr>
              <w:t>Winter Weather</w:t>
            </w:r>
          </w:p>
        </w:tc>
        <w:tc>
          <w:tcPr>
            <w:tcW w:type="dxa" w:w="1283"/>
          </w:tcPr>
          <w:p>
            <w:pPr>
              <w:spacing w:after="0"/>
              <w:jc w:val="right"/>
            </w:pPr>
            <w:r>
              <w:rPr>
                <w:sz w:val="16"/>
              </w:rPr>
              <w:t>none found</w:t>
            </w:r>
          </w:p>
        </w:tc>
        <w:tc>
          <w:tcPr>
            <w:tcW w:type="dxa" w:w="179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222"/>
          </w:tcPr>
          <w:p>
            <w:pPr>
              <w:spacing w:after="0"/>
              <w:jc w:val="left"/>
            </w:pPr>
            <w:r>
              <w:rPr>
                <w:sz w:val="16"/>
              </w:rPr>
              <w:t>Emergency</w:t>
            </w:r>
          </w:p>
        </w:tc>
        <w:tc>
          <w:tcPr>
            <w:tcW w:type="dxa" w:w="3358"/>
          </w:tcPr>
          <w:p>
            <w:pPr>
              <w:spacing w:after="0"/>
              <w:jc w:val="left"/>
            </w:pPr>
            <w:r>
              <w:rPr>
                <w:sz w:val="16"/>
              </w:rPr>
              <w:t>SEVERE SNOWFALL &amp; WINTER STORM</w:t>
            </w:r>
          </w:p>
        </w:tc>
        <w:tc>
          <w:tcPr>
            <w:tcW w:type="dxa" w:w="2463"/>
          </w:tcPr>
          <w:p>
            <w:pPr>
              <w:spacing w:after="0"/>
              <w:jc w:val="left"/>
            </w:pPr>
            <w:r>
              <w:rPr>
                <w:sz w:val="16"/>
              </w:rPr>
              <w:t>Winter Weather</w:t>
            </w:r>
          </w:p>
        </w:tc>
        <w:tc>
          <w:tcPr>
            <w:tcW w:type="dxa" w:w="1283"/>
          </w:tcPr>
          <w:p>
            <w:pPr>
              <w:spacing w:after="0"/>
              <w:jc w:val="right"/>
            </w:pPr>
            <w:r>
              <w:rPr>
                <w:sz w:val="16"/>
              </w:rPr>
              <w:t>none found</w:t>
            </w:r>
          </w:p>
        </w:tc>
        <w:tc>
          <w:tcPr>
            <w:tcW w:type="dxa" w:w="179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1984-05-15</w:t>
            </w:r>
          </w:p>
        </w:tc>
        <w:tc>
          <w:tcPr>
            <w:tcW w:type="dxa" w:w="1037"/>
          </w:tcPr>
          <w:p>
            <w:pPr>
              <w:spacing w:after="0"/>
              <w:jc w:val="left"/>
            </w:pPr>
            <w:r>
              <w:rPr>
                <w:sz w:val="16"/>
              </w:rPr>
              <w:t>1984-05-15</w:t>
            </w:r>
          </w:p>
        </w:tc>
        <w:tc>
          <w:tcPr>
            <w:tcW w:type="dxa" w:w="1037"/>
          </w:tcPr>
          <w:p>
            <w:pPr>
              <w:spacing w:after="0"/>
              <w:jc w:val="left"/>
            </w:pPr>
            <w:r>
              <w:rPr>
                <w:sz w:val="16"/>
              </w:rPr>
              <w:t>DR-706-WV</w:t>
            </w:r>
          </w:p>
        </w:tc>
        <w:tc>
          <w:tcPr>
            <w:tcW w:type="dxa" w:w="1222"/>
          </w:tcPr>
          <w:p>
            <w:pPr>
              <w:spacing w:after="0"/>
              <w:jc w:val="left"/>
            </w:pPr>
            <w:r>
              <w:rPr>
                <w:sz w:val="16"/>
              </w:rPr>
              <w:t>Major disaster</w:t>
            </w:r>
          </w:p>
        </w:tc>
        <w:tc>
          <w:tcPr>
            <w:tcW w:type="dxa" w:w="3358"/>
          </w:tcPr>
          <w:p>
            <w:pPr>
              <w:spacing w:after="0"/>
              <w:jc w:val="left"/>
            </w:pPr>
            <w:r>
              <w:rPr>
                <w:sz w:val="16"/>
              </w:rPr>
              <w:t>SEVERE STORMS &amp; FLOODING</w:t>
            </w:r>
          </w:p>
        </w:tc>
        <w:tc>
          <w:tcPr>
            <w:tcW w:type="dxa" w:w="2463"/>
          </w:tcPr>
          <w:p>
            <w:pPr>
              <w:spacing w:after="0"/>
              <w:jc w:val="left"/>
            </w:pPr>
            <w:r>
              <w:rPr>
                <w:sz w:val="16"/>
              </w:rPr>
              <w:t>Inland Flooding</w:t>
            </w:r>
          </w:p>
        </w:tc>
        <w:tc>
          <w:tcPr>
            <w:tcW w:type="dxa" w:w="1283"/>
          </w:tcPr>
          <w:p>
            <w:pPr>
              <w:spacing w:after="0"/>
              <w:jc w:val="right"/>
            </w:pPr>
            <w:r>
              <w:rPr>
                <w:sz w:val="16"/>
              </w:rPr>
              <w:t>PA not declared for this county</w:t>
            </w:r>
          </w:p>
        </w:tc>
        <w:tc>
          <w:tcPr>
            <w:tcW w:type="dxa" w:w="179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1978-12-14</w:t>
            </w:r>
          </w:p>
        </w:tc>
        <w:tc>
          <w:tcPr>
            <w:tcW w:type="dxa" w:w="1037"/>
          </w:tcPr>
          <w:p>
            <w:pPr>
              <w:spacing w:after="0"/>
              <w:jc w:val="left"/>
            </w:pPr>
            <w:r>
              <w:rPr>
                <w:sz w:val="16"/>
              </w:rPr>
              <w:t>1978-12-14</w:t>
            </w:r>
          </w:p>
        </w:tc>
        <w:tc>
          <w:tcPr>
            <w:tcW w:type="dxa" w:w="1037"/>
          </w:tcPr>
          <w:p>
            <w:pPr>
              <w:spacing w:after="0"/>
              <w:jc w:val="left"/>
            </w:pPr>
            <w:r>
              <w:rPr>
                <w:sz w:val="16"/>
              </w:rPr>
              <w:t>DR-569-WV</w:t>
            </w:r>
          </w:p>
        </w:tc>
        <w:tc>
          <w:tcPr>
            <w:tcW w:type="dxa" w:w="1222"/>
          </w:tcPr>
          <w:p>
            <w:pPr>
              <w:spacing w:after="0"/>
              <w:jc w:val="left"/>
            </w:pPr>
            <w:r>
              <w:rPr>
                <w:sz w:val="16"/>
              </w:rPr>
              <w:t>Major disaster</w:t>
            </w:r>
          </w:p>
        </w:tc>
        <w:tc>
          <w:tcPr>
            <w:tcW w:type="dxa" w:w="3358"/>
          </w:tcPr>
          <w:p>
            <w:pPr>
              <w:spacing w:after="0"/>
              <w:jc w:val="left"/>
            </w:pPr>
            <w:r>
              <w:rPr>
                <w:sz w:val="16"/>
              </w:rPr>
              <w:t>SEVERE STORMS &amp; FLOODING</w:t>
            </w:r>
          </w:p>
        </w:tc>
        <w:tc>
          <w:tcPr>
            <w:tcW w:type="dxa" w:w="2463"/>
          </w:tcPr>
          <w:p>
            <w:pPr>
              <w:spacing w:after="0"/>
              <w:jc w:val="left"/>
            </w:pPr>
            <w:r>
              <w:rPr>
                <w:sz w:val="16"/>
              </w:rPr>
              <w:t>Inland Flooding</w:t>
            </w:r>
          </w:p>
        </w:tc>
        <w:tc>
          <w:tcPr>
            <w:tcW w:type="dxa" w:w="1283"/>
          </w:tcPr>
          <w:p>
            <w:pPr>
              <w:spacing w:after="0"/>
              <w:jc w:val="right"/>
            </w:pPr>
            <w:r>
              <w:rPr>
                <w:sz w:val="16"/>
              </w:rPr>
              <w:t>none found</w:t>
            </w:r>
          </w:p>
        </w:tc>
        <w:tc>
          <w:tcPr>
            <w:tcW w:type="dxa" w:w="179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1977-04-07</w:t>
            </w:r>
          </w:p>
        </w:tc>
        <w:tc>
          <w:tcPr>
            <w:tcW w:type="dxa" w:w="1037"/>
          </w:tcPr>
          <w:p>
            <w:pPr>
              <w:spacing w:after="0"/>
              <w:jc w:val="left"/>
            </w:pPr>
            <w:r>
              <w:rPr>
                <w:sz w:val="16"/>
              </w:rPr>
              <w:t>1977-04-07</w:t>
            </w:r>
          </w:p>
        </w:tc>
        <w:tc>
          <w:tcPr>
            <w:tcW w:type="dxa" w:w="1037"/>
          </w:tcPr>
          <w:p>
            <w:pPr>
              <w:spacing w:after="0"/>
              <w:jc w:val="left"/>
            </w:pPr>
            <w:r>
              <w:rPr>
                <w:sz w:val="16"/>
              </w:rPr>
              <w:t>DR-531-WV</w:t>
            </w:r>
          </w:p>
        </w:tc>
        <w:tc>
          <w:tcPr>
            <w:tcW w:type="dxa" w:w="1222"/>
          </w:tcPr>
          <w:p>
            <w:pPr>
              <w:spacing w:after="0"/>
              <w:jc w:val="left"/>
            </w:pPr>
            <w:r>
              <w:rPr>
                <w:sz w:val="16"/>
              </w:rPr>
              <w:t>Major disaster</w:t>
            </w:r>
          </w:p>
        </w:tc>
        <w:tc>
          <w:tcPr>
            <w:tcW w:type="dxa" w:w="3358"/>
          </w:tcPr>
          <w:p>
            <w:pPr>
              <w:spacing w:after="0"/>
              <w:jc w:val="left"/>
            </w:pPr>
            <w:r>
              <w:rPr>
                <w:sz w:val="16"/>
              </w:rPr>
              <w:t>SEVERE STORMS &amp; FLOODING</w:t>
            </w:r>
          </w:p>
        </w:tc>
        <w:tc>
          <w:tcPr>
            <w:tcW w:type="dxa" w:w="2463"/>
          </w:tcPr>
          <w:p>
            <w:pPr>
              <w:spacing w:after="0"/>
              <w:jc w:val="left"/>
            </w:pPr>
            <w:r>
              <w:rPr>
                <w:sz w:val="16"/>
              </w:rPr>
              <w:t>Inland Flooding</w:t>
            </w:r>
          </w:p>
        </w:tc>
        <w:tc>
          <w:tcPr>
            <w:tcW w:type="dxa" w:w="1283"/>
          </w:tcPr>
          <w:p>
            <w:pPr>
              <w:spacing w:after="0"/>
              <w:jc w:val="right"/>
            </w:pPr>
            <w:r>
              <w:rPr>
                <w:sz w:val="16"/>
              </w:rPr>
              <w:t>none found</w:t>
            </w:r>
          </w:p>
        </w:tc>
        <w:tc>
          <w:tcPr>
            <w:tcW w:type="dxa" w:w="179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1974-01-29</w:t>
            </w:r>
          </w:p>
        </w:tc>
        <w:tc>
          <w:tcPr>
            <w:tcW w:type="dxa" w:w="1037"/>
          </w:tcPr>
          <w:p>
            <w:pPr>
              <w:spacing w:after="0"/>
              <w:jc w:val="left"/>
            </w:pPr>
            <w:r>
              <w:rPr>
                <w:sz w:val="16"/>
              </w:rPr>
              <w:t>1974-01-29</w:t>
            </w:r>
          </w:p>
        </w:tc>
        <w:tc>
          <w:tcPr>
            <w:tcW w:type="dxa" w:w="1037"/>
          </w:tcPr>
          <w:p>
            <w:pPr>
              <w:spacing w:after="0"/>
              <w:jc w:val="left"/>
            </w:pPr>
            <w:r>
              <w:rPr>
                <w:sz w:val="16"/>
              </w:rPr>
              <w:t>DR-416-WV</w:t>
            </w:r>
          </w:p>
        </w:tc>
        <w:tc>
          <w:tcPr>
            <w:tcW w:type="dxa" w:w="1222"/>
          </w:tcPr>
          <w:p>
            <w:pPr>
              <w:spacing w:after="0"/>
              <w:jc w:val="left"/>
            </w:pPr>
            <w:r>
              <w:rPr>
                <w:sz w:val="16"/>
              </w:rPr>
              <w:t>Major disaster</w:t>
            </w:r>
          </w:p>
        </w:tc>
        <w:tc>
          <w:tcPr>
            <w:tcW w:type="dxa" w:w="3358"/>
          </w:tcPr>
          <w:p>
            <w:pPr>
              <w:spacing w:after="0"/>
              <w:jc w:val="left"/>
            </w:pPr>
            <w:r>
              <w:rPr>
                <w:sz w:val="16"/>
              </w:rPr>
              <w:t>SEVERE STORMS &amp; FLOODING</w:t>
            </w:r>
          </w:p>
        </w:tc>
        <w:tc>
          <w:tcPr>
            <w:tcW w:type="dxa" w:w="2463"/>
          </w:tcPr>
          <w:p>
            <w:pPr>
              <w:spacing w:after="0"/>
              <w:jc w:val="left"/>
            </w:pPr>
            <w:r>
              <w:rPr>
                <w:sz w:val="16"/>
              </w:rPr>
              <w:t>Inland Flooding</w:t>
            </w:r>
          </w:p>
        </w:tc>
        <w:tc>
          <w:tcPr>
            <w:tcW w:type="dxa" w:w="1283"/>
          </w:tcPr>
          <w:p>
            <w:pPr>
              <w:spacing w:after="0"/>
              <w:jc w:val="right"/>
            </w:pPr>
            <w:r>
              <w:rPr>
                <w:sz w:val="16"/>
              </w:rPr>
              <w:t>none found</w:t>
            </w:r>
          </w:p>
        </w:tc>
        <w:tc>
          <w:tcPr>
            <w:tcW w:type="dxa" w:w="179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1967-03-13</w:t>
            </w:r>
          </w:p>
        </w:tc>
        <w:tc>
          <w:tcPr>
            <w:tcW w:type="dxa" w:w="1037"/>
          </w:tcPr>
          <w:p>
            <w:pPr>
              <w:spacing w:after="0"/>
              <w:jc w:val="left"/>
            </w:pPr>
            <w:r>
              <w:rPr>
                <w:sz w:val="16"/>
              </w:rPr>
              <w:t>1967-03-13</w:t>
            </w:r>
          </w:p>
        </w:tc>
        <w:tc>
          <w:tcPr>
            <w:tcW w:type="dxa" w:w="1037"/>
          </w:tcPr>
          <w:p>
            <w:pPr>
              <w:spacing w:after="0"/>
              <w:jc w:val="left"/>
            </w:pPr>
            <w:r>
              <w:rPr>
                <w:sz w:val="16"/>
              </w:rPr>
              <w:t>DR-224-WV</w:t>
            </w:r>
          </w:p>
        </w:tc>
        <w:tc>
          <w:tcPr>
            <w:tcW w:type="dxa" w:w="1222"/>
          </w:tcPr>
          <w:p>
            <w:pPr>
              <w:spacing w:after="0"/>
              <w:jc w:val="left"/>
            </w:pPr>
            <w:r>
              <w:rPr>
                <w:sz w:val="16"/>
              </w:rPr>
              <w:t>Major disaster</w:t>
            </w:r>
          </w:p>
        </w:tc>
        <w:tc>
          <w:tcPr>
            <w:tcW w:type="dxa" w:w="3358"/>
          </w:tcPr>
          <w:p>
            <w:pPr>
              <w:spacing w:after="0"/>
              <w:jc w:val="left"/>
            </w:pPr>
            <w:r>
              <w:rPr>
                <w:sz w:val="16"/>
              </w:rPr>
              <w:t>FLOODING</w:t>
            </w:r>
          </w:p>
        </w:tc>
        <w:tc>
          <w:tcPr>
            <w:tcW w:type="dxa" w:w="2463"/>
          </w:tcPr>
          <w:p>
            <w:pPr>
              <w:spacing w:after="0"/>
              <w:jc w:val="left"/>
            </w:pPr>
            <w:r>
              <w:rPr>
                <w:sz w:val="16"/>
              </w:rPr>
              <w:t>Inland Flooding</w:t>
            </w:r>
          </w:p>
        </w:tc>
        <w:tc>
          <w:tcPr>
            <w:tcW w:type="dxa" w:w="1283"/>
          </w:tcPr>
          <w:p>
            <w:pPr>
              <w:spacing w:after="0"/>
              <w:jc w:val="right"/>
            </w:pPr>
            <w:r>
              <w:rPr>
                <w:sz w:val="16"/>
              </w:rPr>
              <w:t>none found</w:t>
            </w:r>
          </w:p>
        </w:tc>
        <w:tc>
          <w:tcPr>
            <w:tcW w:type="dxa" w:w="1799"/>
          </w:tcPr>
          <w:p>
            <w:pPr>
              <w:spacing w:after="0"/>
              <w:jc w:val="left"/>
            </w:pPr>
          </w:p>
        </w:tc>
        <w:tc>
          <w:tcPr>
            <w:tcW w:type="dxa" w:w="87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335"/>
        <w:gridCol w:w="1964"/>
        <w:gridCol w:w="3222"/>
        <w:gridCol w:w="2844"/>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335"/>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Title</w:t>
            </w:r>
          </w:p>
        </w:tc>
        <w:tc>
          <w:tcPr>
            <w:tcW w:type="dxa" w:w="2844"/>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1964-03-20</w:t>
            </w:r>
          </w:p>
        </w:tc>
        <w:tc>
          <w:tcPr>
            <w:tcW w:type="dxa" w:w="1461"/>
          </w:tcPr>
          <w:p>
            <w:pPr>
              <w:spacing w:after="0"/>
              <w:jc w:val="left"/>
            </w:pPr>
            <w:r>
              <w:rPr>
                <w:sz w:val="16"/>
              </w:rPr>
              <w:t>1964-03-20</w:t>
            </w:r>
          </w:p>
        </w:tc>
        <w:tc>
          <w:tcPr>
            <w:tcW w:type="dxa" w:w="1335"/>
          </w:tcPr>
          <w:p>
            <w:pPr>
              <w:spacing w:after="0"/>
              <w:jc w:val="left"/>
            </w:pPr>
            <w:r>
              <w:rPr>
                <w:sz w:val="16"/>
              </w:rPr>
              <w:t>DR-165-WV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1963-03-13</w:t>
            </w:r>
          </w:p>
        </w:tc>
        <w:tc>
          <w:tcPr>
            <w:tcW w:type="dxa" w:w="1461"/>
          </w:tcPr>
          <w:p>
            <w:pPr>
              <w:spacing w:after="0"/>
              <w:jc w:val="left"/>
            </w:pPr>
            <w:r>
              <w:rPr>
                <w:sz w:val="16"/>
              </w:rPr>
              <w:t>1963-03-13</w:t>
            </w:r>
          </w:p>
        </w:tc>
        <w:tc>
          <w:tcPr>
            <w:tcW w:type="dxa" w:w="1335"/>
          </w:tcPr>
          <w:p>
            <w:pPr>
              <w:spacing w:after="0"/>
              <w:jc w:val="left"/>
            </w:pPr>
            <w:r>
              <w:rPr>
                <w:sz w:val="16"/>
              </w:rPr>
              <w:t>DR-147-WV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1962-03-09</w:t>
            </w:r>
          </w:p>
        </w:tc>
        <w:tc>
          <w:tcPr>
            <w:tcW w:type="dxa" w:w="1461"/>
          </w:tcPr>
          <w:p>
            <w:pPr>
              <w:spacing w:after="0"/>
              <w:jc w:val="left"/>
            </w:pPr>
            <w:r>
              <w:rPr>
                <w:sz w:val="16"/>
              </w:rPr>
              <w:t>1962-03-09</w:t>
            </w:r>
          </w:p>
        </w:tc>
        <w:tc>
          <w:tcPr>
            <w:tcW w:type="dxa" w:w="1335"/>
          </w:tcPr>
          <w:p>
            <w:pPr>
              <w:spacing w:after="0"/>
              <w:jc w:val="left"/>
            </w:pPr>
            <w:r>
              <w:rPr>
                <w:sz w:val="16"/>
              </w:rPr>
              <w:t>DR-125-WV</w:t>
            </w:r>
          </w:p>
        </w:tc>
        <w:tc>
          <w:tcPr>
            <w:tcW w:type="dxa" w:w="1964"/>
          </w:tcPr>
          <w:p>
            <w:pPr>
              <w:spacing w:after="0"/>
              <w:jc w:val="left"/>
            </w:pPr>
            <w:r>
              <w:rPr>
                <w:sz w:val="16"/>
              </w:rPr>
              <w:t>Major disaster</w:t>
            </w:r>
          </w:p>
        </w:tc>
        <w:tc>
          <w:tcPr>
            <w:tcW w:type="dxa" w:w="3222"/>
          </w:tcPr>
          <w:p>
            <w:pPr>
              <w:spacing w:after="0"/>
              <w:jc w:val="left"/>
            </w:pPr>
            <w:r>
              <w:rPr>
                <w:sz w:val="16"/>
              </w:rPr>
              <w:t>SEVERE STORM, HIGH TIDES &amp; FLOODING</w:t>
            </w:r>
          </w:p>
        </w:tc>
        <w:tc>
          <w:tcPr>
            <w:tcW w:type="dxa" w:w="2844"/>
          </w:tcPr>
          <w:p>
            <w:pPr>
              <w:spacing w:after="0"/>
              <w:jc w:val="left"/>
            </w:pPr>
            <w:r>
              <w:rPr>
                <w:sz w:val="16"/>
              </w:rPr>
              <w:t>Inland Flooding (primary); also designated: Coastal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1961-07-23</w:t>
            </w:r>
          </w:p>
        </w:tc>
        <w:tc>
          <w:tcPr>
            <w:tcW w:type="dxa" w:w="1461"/>
          </w:tcPr>
          <w:p>
            <w:pPr>
              <w:spacing w:after="0"/>
              <w:jc w:val="left"/>
            </w:pPr>
            <w:r>
              <w:rPr>
                <w:sz w:val="16"/>
              </w:rPr>
              <w:t>1961-07-23</w:t>
            </w:r>
          </w:p>
        </w:tc>
        <w:tc>
          <w:tcPr>
            <w:tcW w:type="dxa" w:w="1335"/>
          </w:tcPr>
          <w:p>
            <w:pPr>
              <w:spacing w:after="0"/>
              <w:jc w:val="left"/>
            </w:pPr>
            <w:r>
              <w:rPr>
                <w:sz w:val="16"/>
              </w:rPr>
              <w:t>DR-117-WV</w:t>
            </w:r>
          </w:p>
        </w:tc>
        <w:tc>
          <w:tcPr>
            <w:tcW w:type="dxa" w:w="1964"/>
          </w:tcPr>
          <w:p>
            <w:pPr>
              <w:spacing w:after="0"/>
              <w:jc w:val="left"/>
            </w:pPr>
            <w:r>
              <w:rPr>
                <w:sz w:val="16"/>
              </w:rPr>
              <w:t>Major disaster</w:t>
            </w:r>
          </w:p>
        </w:tc>
        <w:tc>
          <w:tcPr>
            <w:tcW w:type="dxa" w:w="3222"/>
          </w:tcPr>
          <w:p>
            <w:pPr>
              <w:spacing w:after="0"/>
              <w:jc w:val="left"/>
            </w:pPr>
            <w:r>
              <w:rPr>
                <w:sz w:val="16"/>
              </w:rPr>
              <w:t>FLOODS</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1957-01-31</w:t>
            </w:r>
          </w:p>
        </w:tc>
        <w:tc>
          <w:tcPr>
            <w:tcW w:type="dxa" w:w="1461"/>
          </w:tcPr>
          <w:p>
            <w:pPr>
              <w:spacing w:after="0"/>
              <w:jc w:val="left"/>
            </w:pPr>
            <w:r>
              <w:rPr>
                <w:sz w:val="16"/>
              </w:rPr>
              <w:t>1957-01-31</w:t>
            </w:r>
          </w:p>
        </w:tc>
        <w:tc>
          <w:tcPr>
            <w:tcW w:type="dxa" w:w="1335"/>
          </w:tcPr>
          <w:p>
            <w:pPr>
              <w:spacing w:after="0"/>
              <w:jc w:val="left"/>
            </w:pPr>
            <w:r>
              <w:rPr>
                <w:sz w:val="16"/>
              </w:rPr>
              <w:t>DR-67-WV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1954-08-04</w:t>
            </w:r>
          </w:p>
        </w:tc>
        <w:tc>
          <w:tcPr>
            <w:tcW w:type="dxa" w:w="1461"/>
          </w:tcPr>
          <w:p>
            <w:pPr>
              <w:spacing w:after="0"/>
              <w:jc w:val="left"/>
            </w:pPr>
            <w:r>
              <w:rPr>
                <w:sz w:val="16"/>
              </w:rPr>
              <w:t>1954-08-04</w:t>
            </w:r>
          </w:p>
        </w:tc>
        <w:tc>
          <w:tcPr>
            <w:tcW w:type="dxa" w:w="1335"/>
          </w:tcPr>
          <w:p>
            <w:pPr>
              <w:spacing w:after="0"/>
              <w:jc w:val="left"/>
            </w:pPr>
            <w:r>
              <w:rPr>
                <w:sz w:val="16"/>
              </w:rPr>
              <w:t>DR-21-WV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22</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103</w:t>
            </w:r>
          </w:p>
        </w:tc>
        <w:tc>
          <w:tcPr>
            <w:tcW w:type="dxa" w:w="1422"/>
          </w:tcPr>
          <w:p>
            <w:pPr>
              <w:spacing w:after="0"/>
              <w:jc w:val="right"/>
            </w:pPr>
            <w:r>
              <w:rPr>
                <w:sz w:val="16"/>
              </w:rPr>
              <w:t>31</w:t>
            </w:r>
          </w:p>
        </w:tc>
        <w:tc>
          <w:tcPr>
            <w:tcW w:type="dxa" w:w="1356"/>
          </w:tcPr>
          <w:p>
            <w:pPr>
              <w:spacing w:after="0"/>
              <w:jc w:val="right"/>
            </w:pPr>
            <w:r>
              <w:rPr>
                <w:sz w:val="16"/>
              </w:rPr>
              <w:t>3</w:t>
            </w:r>
          </w:p>
        </w:tc>
        <w:tc>
          <w:tcPr>
            <w:tcW w:type="dxa" w:w="963"/>
          </w:tcPr>
          <w:p>
            <w:pPr>
              <w:spacing w:after="0"/>
              <w:jc w:val="right"/>
            </w:pPr>
            <w:r>
              <w:rPr>
                <w:sz w:val="16"/>
              </w:rPr>
              <w:t>44</w:t>
            </w:r>
          </w:p>
        </w:tc>
        <w:tc>
          <w:tcPr>
            <w:tcW w:type="dxa" w:w="1356"/>
          </w:tcPr>
          <w:p>
            <w:pPr>
              <w:spacing w:after="0"/>
              <w:jc w:val="right"/>
            </w:pPr>
            <w:r>
              <w:rPr>
                <w:sz w:val="16"/>
              </w:rPr>
              <w:t>22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15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230</w:t>
            </w:r>
          </w:p>
        </w:tc>
        <w:tc>
          <w:tcPr>
            <w:tcW w:type="dxa" w:w="1422"/>
          </w:tcPr>
          <w:p>
            <w:pPr>
              <w:spacing w:after="0"/>
              <w:jc w:val="right"/>
            </w:pPr>
            <w:r>
              <w:rPr>
                <w:sz w:val="16"/>
              </w:rPr>
              <w:t>43</w:t>
            </w:r>
          </w:p>
        </w:tc>
        <w:tc>
          <w:tcPr>
            <w:tcW w:type="dxa" w:w="1356"/>
          </w:tcPr>
          <w:p>
            <w:pPr>
              <w:spacing w:after="0"/>
              <w:jc w:val="right"/>
            </w:pPr>
            <w:r>
              <w:rPr>
                <w:sz w:val="16"/>
              </w:rPr>
              <w:t>15</w:t>
            </w:r>
          </w:p>
        </w:tc>
        <w:tc>
          <w:tcPr>
            <w:tcW w:type="dxa" w:w="963"/>
          </w:tcPr>
          <w:p>
            <w:pPr>
              <w:spacing w:after="0"/>
              <w:jc w:val="right"/>
            </w:pPr>
            <w:r>
              <w:rPr>
                <w:sz w:val="16"/>
              </w:rPr>
              <w:t>76</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12 High Wind records and 26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63</w:t>
            </w:r>
          </w:p>
        </w:tc>
        <w:tc>
          <w:tcPr>
            <w:tcW w:type="dxa" w:w="1422"/>
          </w:tcPr>
          <w:p>
            <w:pPr>
              <w:spacing w:after="0"/>
              <w:jc w:val="right"/>
            </w:pPr>
            <w:r>
              <w:rPr>
                <w:sz w:val="16"/>
              </w:rPr>
              <w:t>15</w:t>
            </w:r>
          </w:p>
        </w:tc>
        <w:tc>
          <w:tcPr>
            <w:tcW w:type="dxa" w:w="1356"/>
          </w:tcPr>
          <w:p>
            <w:pPr>
              <w:spacing w:after="0"/>
              <w:jc w:val="right"/>
            </w:pPr>
            <w:r>
              <w:rPr>
                <w:sz w:val="16"/>
              </w:rPr>
              <w:t>3</w:t>
            </w:r>
          </w:p>
        </w:tc>
        <w:tc>
          <w:tcPr>
            <w:tcW w:type="dxa" w:w="963"/>
          </w:tcPr>
          <w:p>
            <w:pPr>
              <w:spacing w:after="0"/>
              <w:jc w:val="right"/>
            </w:pPr>
            <w:r>
              <w:rPr>
                <w:sz w:val="16"/>
              </w:rPr>
              <w:t>24</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62"/>
        <w:gridCol w:w="1566"/>
        <w:gridCol w:w="1129"/>
        <w:gridCol w:w="1826"/>
        <w:gridCol w:w="1808"/>
        <w:gridCol w:w="256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62"/>
            <w:shd w:val="clear" w:color="auto" w:fill="E8E8E8"/>
          </w:tcPr>
          <w:p>
            <w:pPr>
              <w:spacing w:after="0"/>
              <w:jc w:val="left"/>
            </w:pPr>
            <w:r>
              <w:rPr>
                <w:b/>
                <w:sz w:val="16"/>
              </w:rPr>
              <w:t>Magnitude or extent</w:t>
            </w:r>
          </w:p>
        </w:tc>
        <w:tc>
          <w:tcPr>
            <w:tcW w:type="dxa" w:w="1566"/>
            <w:shd w:val="clear" w:color="auto" w:fill="E8E8E8"/>
          </w:tcPr>
          <w:p>
            <w:pPr>
              <w:spacing w:after="0"/>
              <w:jc w:val="left"/>
            </w:pPr>
            <w:r>
              <w:rPr>
                <w:b/>
                <w:sz w:val="16"/>
              </w:rPr>
              <w:t>Damage</w:t>
            </w:r>
          </w:p>
          <w:p>
            <w:pPr>
              <w:spacing w:after="0"/>
              <w:jc w:val="left"/>
            </w:pPr>
            <w:r>
              <w:rPr>
                <w:i/>
                <w:color w:val="555555"/>
                <w:sz w:val="14"/>
              </w:rPr>
              <w:t>nominal dollars</w:t>
            </w:r>
          </w:p>
        </w:tc>
        <w:tc>
          <w:tcPr>
            <w:tcW w:type="dxa" w:w="112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26"/>
            <w:shd w:val="clear" w:color="auto" w:fill="E8E8E8"/>
          </w:tcPr>
          <w:p>
            <w:pPr>
              <w:spacing w:after="0"/>
              <w:jc w:val="left"/>
            </w:pPr>
            <w:r>
              <w:rPr>
                <w:b/>
                <w:sz w:val="16"/>
              </w:rPr>
              <w:t>Location</w:t>
            </w:r>
          </w:p>
        </w:tc>
        <w:tc>
          <w:tcPr>
            <w:tcW w:type="dxa" w:w="1808"/>
            <w:shd w:val="clear" w:color="auto" w:fill="E8E8E8"/>
          </w:tcPr>
          <w:p>
            <w:pPr>
              <w:spacing w:after="0"/>
              <w:jc w:val="left"/>
            </w:pPr>
            <w:r>
              <w:rPr>
                <w:b/>
                <w:sz w:val="16"/>
              </w:rPr>
              <w:t>Flags</w:t>
            </w:r>
          </w:p>
        </w:tc>
        <w:tc>
          <w:tcPr>
            <w:tcW w:type="dxa" w:w="25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2024-04-02</w:t>
            </w:r>
          </w:p>
        </w:tc>
        <w:tc>
          <w:tcPr>
            <w:tcW w:type="dxa" w:w="1215"/>
          </w:tcPr>
          <w:p>
            <w:pPr>
              <w:spacing w:after="0"/>
              <w:jc w:val="left"/>
            </w:pPr>
            <w:r>
              <w:rPr>
                <w:sz w:val="16"/>
              </w:rPr>
              <w:t>Thunderstorm Wind</w:t>
            </w:r>
          </w:p>
        </w:tc>
        <w:tc>
          <w:tcPr>
            <w:tcW w:type="dxa" w:w="2962"/>
          </w:tcPr>
          <w:p>
            <w:pPr>
              <w:spacing w:after="0"/>
              <w:jc w:val="left"/>
            </w:pPr>
            <w:r>
              <w:rPr>
                <w:sz w:val="16"/>
              </w:rPr>
              <w:t>70 kt (81 mph) measured gust</w:t>
            </w:r>
          </w:p>
        </w:tc>
        <w:tc>
          <w:tcPr>
            <w:tcW w:type="dxa" w:w="1566"/>
          </w:tcPr>
          <w:p>
            <w:pPr>
              <w:spacing w:after="0"/>
              <w:jc w:val="left"/>
            </w:pPr>
            <w:r>
              <w:rPr>
                <w:sz w:val="16"/>
              </w:rPr>
              <w:t>$0 property; $0 crops (2024 dollars)</w:t>
            </w:r>
          </w:p>
        </w:tc>
        <w:tc>
          <w:tcPr>
            <w:tcW w:type="dxa" w:w="1129"/>
          </w:tcPr>
          <w:p>
            <w:pPr>
              <w:spacing w:after="0"/>
              <w:jc w:val="right"/>
            </w:pPr>
            <w:r>
              <w:rPr>
                <w:sz w:val="16"/>
              </w:rPr>
              <w:t>0, 0</w:t>
            </w:r>
          </w:p>
        </w:tc>
        <w:tc>
          <w:tcPr>
            <w:tcW w:type="dxa" w:w="1826"/>
          </w:tcPr>
          <w:p>
            <w:pPr>
              <w:spacing w:after="0"/>
              <w:jc w:val="left"/>
            </w:pPr>
            <w:r>
              <w:rPr>
                <w:sz w:val="16"/>
              </w:rPr>
              <w:t>(HTS)TRI ST ARPT HNT</w:t>
            </w:r>
          </w:p>
        </w:tc>
        <w:tc>
          <w:tcPr>
            <w:tcW w:type="dxa" w:w="1808"/>
          </w:tcPr>
          <w:p>
            <w:pPr>
              <w:spacing w:after="0"/>
              <w:jc w:val="left"/>
            </w:pPr>
            <w:r>
              <w:rPr>
                <w:sz w:val="16"/>
              </w:rPr>
              <w:t>during plan review, check whether your last plan included it; within last 5 years</w:t>
            </w:r>
          </w:p>
        </w:tc>
        <w:tc>
          <w:tcPr>
            <w:tcW w:type="dxa" w:w="2569"/>
          </w:tcPr>
          <w:p>
            <w:pPr>
              <w:spacing w:after="0"/>
              <w:jc w:val="left"/>
            </w:pPr>
            <w:r>
              <w:rPr>
                <w:sz w:val="16"/>
              </w:rPr>
              <w:t>B1-c worst recorded: Thunderstorm Wind</w:t>
            </w:r>
          </w:p>
        </w:tc>
      </w:tr>
      <w:tr>
        <w:trPr>
          <w:cantSplit/>
        </w:trPr>
        <w:tc>
          <w:tcPr>
            <w:tcW w:type="dxa" w:w="1037"/>
          </w:tcPr>
          <w:p>
            <w:pPr>
              <w:spacing w:after="0"/>
              <w:jc w:val="left"/>
            </w:pPr>
            <w:r>
              <w:rPr>
                <w:sz w:val="16"/>
              </w:rPr>
              <w:t>2023-04-01</w:t>
            </w:r>
          </w:p>
        </w:tc>
        <w:tc>
          <w:tcPr>
            <w:tcW w:type="dxa" w:w="1215"/>
          </w:tcPr>
          <w:p>
            <w:pPr>
              <w:spacing w:after="0"/>
              <w:jc w:val="left"/>
            </w:pPr>
            <w:r>
              <w:rPr>
                <w:sz w:val="16"/>
              </w:rPr>
              <w:t>High Wind</w:t>
            </w:r>
          </w:p>
        </w:tc>
        <w:tc>
          <w:tcPr>
            <w:tcW w:type="dxa" w:w="2962"/>
          </w:tcPr>
          <w:p>
            <w:pPr>
              <w:spacing w:after="0"/>
              <w:jc w:val="left"/>
            </w:pPr>
            <w:r>
              <w:rPr>
                <w:sz w:val="16"/>
              </w:rPr>
              <w:t>50 kt (58 mph) estimated gust</w:t>
            </w:r>
          </w:p>
        </w:tc>
        <w:tc>
          <w:tcPr>
            <w:tcW w:type="dxa" w:w="1566"/>
          </w:tcPr>
          <w:p>
            <w:pPr>
              <w:spacing w:after="0"/>
              <w:jc w:val="left"/>
            </w:pPr>
            <w:r>
              <w:rPr>
                <w:sz w:val="16"/>
              </w:rPr>
              <w:t>$0 property; $0 crops, reported for the zone (2023 dollars)</w:t>
            </w:r>
          </w:p>
        </w:tc>
        <w:tc>
          <w:tcPr>
            <w:tcW w:type="dxa" w:w="1129"/>
          </w:tcPr>
          <w:p>
            <w:pPr>
              <w:spacing w:after="0"/>
              <w:jc w:val="right"/>
            </w:pPr>
            <w:r>
              <w:rPr>
                <w:sz w:val="16"/>
              </w:rPr>
              <w:t>0, 0</w:t>
            </w:r>
          </w:p>
        </w:tc>
        <w:tc>
          <w:tcPr>
            <w:tcW w:type="dxa" w:w="1826"/>
          </w:tcPr>
          <w:p>
            <w:pPr>
              <w:spacing w:after="0"/>
              <w:jc w:val="left"/>
            </w:pPr>
            <w:r>
              <w:rPr>
                <w:sz w:val="16"/>
              </w:rPr>
              <w:t>NWS zone WVZ005 (WAYNE), zone-level: may include parts of neighboring counties</w:t>
            </w:r>
          </w:p>
        </w:tc>
        <w:tc>
          <w:tcPr>
            <w:tcW w:type="dxa" w:w="1808"/>
          </w:tcPr>
          <w:p>
            <w:pPr>
              <w:spacing w:after="0"/>
              <w:jc w:val="left"/>
            </w:pPr>
            <w:r>
              <w:rPr>
                <w:sz w:val="16"/>
              </w:rPr>
              <w:t>within last 5 years</w:t>
            </w:r>
          </w:p>
        </w:tc>
        <w:tc>
          <w:tcPr>
            <w:tcW w:type="dxa" w:w="256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2021-02-15</w:t>
            </w:r>
          </w:p>
        </w:tc>
        <w:tc>
          <w:tcPr>
            <w:tcW w:type="dxa" w:w="1215"/>
          </w:tcPr>
          <w:p>
            <w:pPr>
              <w:spacing w:after="0"/>
              <w:jc w:val="left"/>
            </w:pPr>
            <w:r>
              <w:rPr>
                <w:sz w:val="16"/>
              </w:rPr>
              <w:t>Ice Storm</w:t>
            </w:r>
          </w:p>
        </w:tc>
        <w:tc>
          <w:tcPr>
            <w:tcW w:type="dxa" w:w="2962"/>
          </w:tcPr>
          <w:p>
            <w:pPr>
              <w:spacing w:after="0"/>
              <w:jc w:val="left"/>
            </w:pPr>
          </w:p>
        </w:tc>
        <w:tc>
          <w:tcPr>
            <w:tcW w:type="dxa" w:w="1566"/>
          </w:tcPr>
          <w:p>
            <w:pPr>
              <w:spacing w:after="0"/>
              <w:jc w:val="left"/>
            </w:pPr>
            <w:r>
              <w:rPr>
                <w:sz w:val="16"/>
              </w:rPr>
              <w:t>$75,000 property; $0 crops, reported for the zone (2021 dollars)</w:t>
            </w:r>
          </w:p>
        </w:tc>
        <w:tc>
          <w:tcPr>
            <w:tcW w:type="dxa" w:w="1129"/>
          </w:tcPr>
          <w:p>
            <w:pPr>
              <w:spacing w:after="0"/>
              <w:jc w:val="right"/>
            </w:pPr>
            <w:r>
              <w:rPr>
                <w:sz w:val="16"/>
              </w:rPr>
              <w:t>0, 0</w:t>
            </w:r>
          </w:p>
        </w:tc>
        <w:tc>
          <w:tcPr>
            <w:tcW w:type="dxa" w:w="1826"/>
          </w:tcPr>
          <w:p>
            <w:pPr>
              <w:spacing w:after="0"/>
              <w:jc w:val="left"/>
            </w:pPr>
            <w:r>
              <w:rPr>
                <w:sz w:val="16"/>
              </w:rPr>
              <w:t>NWS zone WVZ005 (WAYNE), zone-level: may include parts of neighboring counties</w:t>
            </w:r>
          </w:p>
        </w:tc>
        <w:tc>
          <w:tcPr>
            <w:tcW w:type="dxa" w:w="1808"/>
          </w:tcPr>
          <w:p>
            <w:pPr>
              <w:spacing w:after="0"/>
              <w:jc w:val="left"/>
            </w:pPr>
          </w:p>
        </w:tc>
        <w:tc>
          <w:tcPr>
            <w:tcW w:type="dxa" w:w="2569"/>
          </w:tcPr>
          <w:p>
            <w:pPr>
              <w:spacing w:after="0"/>
              <w:jc w:val="left"/>
            </w:pPr>
            <w:r>
              <w:rPr>
                <w:sz w:val="16"/>
              </w:rPr>
              <w:t>B1-c worst recorded: Ice Storm</w:t>
            </w:r>
          </w:p>
        </w:tc>
      </w:tr>
      <w:tr>
        <w:trPr>
          <w:cantSplit/>
        </w:trPr>
        <w:tc>
          <w:tcPr>
            <w:tcW w:type="dxa" w:w="1037"/>
          </w:tcPr>
          <w:p>
            <w:pPr>
              <w:spacing w:after="0"/>
              <w:jc w:val="left"/>
            </w:pPr>
            <w:r>
              <w:rPr>
                <w:sz w:val="16"/>
              </w:rPr>
              <w:t>2015-04-03</w:t>
            </w:r>
          </w:p>
        </w:tc>
        <w:tc>
          <w:tcPr>
            <w:tcW w:type="dxa" w:w="1215"/>
          </w:tcPr>
          <w:p>
            <w:pPr>
              <w:spacing w:after="0"/>
              <w:jc w:val="left"/>
            </w:pPr>
            <w:r>
              <w:rPr>
                <w:sz w:val="16"/>
              </w:rPr>
              <w:t>Flash Flood</w:t>
            </w:r>
          </w:p>
        </w:tc>
        <w:tc>
          <w:tcPr>
            <w:tcW w:type="dxa" w:w="2962"/>
          </w:tcPr>
          <w:p>
            <w:pPr>
              <w:spacing w:after="0"/>
              <w:jc w:val="left"/>
            </w:pPr>
          </w:p>
        </w:tc>
        <w:tc>
          <w:tcPr>
            <w:tcW w:type="dxa" w:w="1566"/>
          </w:tcPr>
          <w:p>
            <w:pPr>
              <w:spacing w:after="0"/>
              <w:jc w:val="left"/>
            </w:pPr>
            <w:r>
              <w:rPr>
                <w:sz w:val="16"/>
              </w:rPr>
              <w:t>$450,000 property; $0 crops (2015 dollars)</w:t>
            </w:r>
          </w:p>
        </w:tc>
        <w:tc>
          <w:tcPr>
            <w:tcW w:type="dxa" w:w="1129"/>
          </w:tcPr>
          <w:p>
            <w:pPr>
              <w:spacing w:after="0"/>
              <w:jc w:val="right"/>
            </w:pPr>
            <w:r>
              <w:rPr>
                <w:sz w:val="16"/>
              </w:rPr>
              <w:t>1, 0</w:t>
            </w:r>
          </w:p>
        </w:tc>
        <w:tc>
          <w:tcPr>
            <w:tcW w:type="dxa" w:w="1826"/>
          </w:tcPr>
          <w:p>
            <w:pPr>
              <w:spacing w:after="0"/>
              <w:jc w:val="left"/>
            </w:pPr>
            <w:r>
              <w:rPr>
                <w:sz w:val="16"/>
              </w:rPr>
              <w:t>COVE GAP to GILKERSON</w:t>
            </w:r>
          </w:p>
        </w:tc>
        <w:tc>
          <w:tcPr>
            <w:tcW w:type="dxa" w:w="1808"/>
          </w:tcPr>
          <w:p>
            <w:pPr>
              <w:spacing w:after="0"/>
              <w:jc w:val="left"/>
            </w:pPr>
          </w:p>
        </w:tc>
        <w:tc>
          <w:tcPr>
            <w:tcW w:type="dxa" w:w="2569"/>
          </w:tcPr>
          <w:p>
            <w:pPr>
              <w:spacing w:after="0"/>
              <w:jc w:val="left"/>
            </w:pPr>
            <w:r>
              <w:rPr>
                <w:sz w:val="16"/>
              </w:rPr>
              <w:t>deaths or injuries recorded</w:t>
            </w:r>
          </w:p>
        </w:tc>
      </w:tr>
      <w:tr>
        <w:trPr>
          <w:cantSplit/>
        </w:trPr>
        <w:tc>
          <w:tcPr>
            <w:tcW w:type="dxa" w:w="1037"/>
          </w:tcPr>
          <w:p>
            <w:pPr>
              <w:spacing w:after="0"/>
              <w:jc w:val="left"/>
            </w:pPr>
            <w:r>
              <w:rPr>
                <w:sz w:val="16"/>
              </w:rPr>
              <w:t>2011-07-20</w:t>
            </w:r>
          </w:p>
        </w:tc>
        <w:tc>
          <w:tcPr>
            <w:tcW w:type="dxa" w:w="1215"/>
          </w:tcPr>
          <w:p>
            <w:pPr>
              <w:spacing w:after="0"/>
              <w:jc w:val="left"/>
            </w:pPr>
            <w:r>
              <w:rPr>
                <w:sz w:val="16"/>
              </w:rPr>
              <w:t>Heat</w:t>
            </w:r>
          </w:p>
        </w:tc>
        <w:tc>
          <w:tcPr>
            <w:tcW w:type="dxa" w:w="2962"/>
          </w:tcPr>
          <w:p>
            <w:pPr>
              <w:spacing w:after="0"/>
              <w:jc w:val="left"/>
            </w:pPr>
          </w:p>
        </w:tc>
        <w:tc>
          <w:tcPr>
            <w:tcW w:type="dxa" w:w="1566"/>
          </w:tcPr>
          <w:p>
            <w:pPr>
              <w:spacing w:after="0"/>
              <w:jc w:val="left"/>
            </w:pPr>
            <w:r>
              <w:rPr>
                <w:sz w:val="16"/>
              </w:rPr>
              <w:t>$0 property; $0 crops, reported for the zone (2011 dollars)</w:t>
            </w:r>
          </w:p>
        </w:tc>
        <w:tc>
          <w:tcPr>
            <w:tcW w:type="dxa" w:w="1129"/>
          </w:tcPr>
          <w:p>
            <w:pPr>
              <w:spacing w:after="0"/>
              <w:jc w:val="right"/>
            </w:pPr>
            <w:r>
              <w:rPr>
                <w:sz w:val="16"/>
              </w:rPr>
              <w:t>0, 0</w:t>
            </w:r>
          </w:p>
        </w:tc>
        <w:tc>
          <w:tcPr>
            <w:tcW w:type="dxa" w:w="1826"/>
          </w:tcPr>
          <w:p>
            <w:pPr>
              <w:spacing w:after="0"/>
              <w:jc w:val="left"/>
            </w:pPr>
            <w:r>
              <w:rPr>
                <w:sz w:val="16"/>
              </w:rPr>
              <w:t>NWS zone WVZ005 (WAYNE), zone-level: may include parts of neighboring counties</w:t>
            </w:r>
          </w:p>
        </w:tc>
        <w:tc>
          <w:tcPr>
            <w:tcW w:type="dxa" w:w="1808"/>
          </w:tcPr>
          <w:p>
            <w:pPr>
              <w:spacing w:after="0"/>
              <w:jc w:val="left"/>
            </w:pPr>
          </w:p>
        </w:tc>
        <w:tc>
          <w:tcPr>
            <w:tcW w:type="dxa" w:w="2569"/>
          </w:tcPr>
          <w:p>
            <w:pPr>
              <w:spacing w:after="0"/>
              <w:jc w:val="left"/>
            </w:pPr>
            <w:r>
              <w:rPr>
                <w:sz w:val="16"/>
              </w:rPr>
              <w:t>B1-c worst recorded: Excessive Heat, Heat</w:t>
            </w:r>
          </w:p>
        </w:tc>
      </w:tr>
      <w:tr>
        <w:trPr>
          <w:cantSplit/>
        </w:trPr>
        <w:tc>
          <w:tcPr>
            <w:tcW w:type="dxa" w:w="1037"/>
          </w:tcPr>
          <w:p>
            <w:pPr>
              <w:spacing w:after="0"/>
              <w:jc w:val="left"/>
            </w:pPr>
            <w:r>
              <w:rPr>
                <w:sz w:val="16"/>
              </w:rPr>
              <w:t>2011-06-21</w:t>
            </w:r>
          </w:p>
        </w:tc>
        <w:tc>
          <w:tcPr>
            <w:tcW w:type="dxa" w:w="1215"/>
          </w:tcPr>
          <w:p>
            <w:pPr>
              <w:spacing w:after="0"/>
              <w:jc w:val="left"/>
            </w:pPr>
            <w:r>
              <w:rPr>
                <w:sz w:val="16"/>
              </w:rPr>
              <w:t>Lightning</w:t>
            </w:r>
          </w:p>
        </w:tc>
        <w:tc>
          <w:tcPr>
            <w:tcW w:type="dxa" w:w="2962"/>
          </w:tcPr>
          <w:p>
            <w:pPr>
              <w:spacing w:after="0"/>
              <w:jc w:val="left"/>
            </w:pPr>
          </w:p>
        </w:tc>
        <w:tc>
          <w:tcPr>
            <w:tcW w:type="dxa" w:w="1566"/>
          </w:tcPr>
          <w:p>
            <w:pPr>
              <w:spacing w:after="0"/>
              <w:jc w:val="left"/>
            </w:pPr>
            <w:r>
              <w:rPr>
                <w:sz w:val="16"/>
              </w:rPr>
              <w:t>$0 property; $0 crops (2011 dollars)</w:t>
            </w:r>
          </w:p>
        </w:tc>
        <w:tc>
          <w:tcPr>
            <w:tcW w:type="dxa" w:w="1129"/>
          </w:tcPr>
          <w:p>
            <w:pPr>
              <w:spacing w:after="0"/>
              <w:jc w:val="right"/>
            </w:pPr>
            <w:r>
              <w:rPr>
                <w:sz w:val="16"/>
              </w:rPr>
              <w:t>0, 1</w:t>
            </w:r>
          </w:p>
        </w:tc>
        <w:tc>
          <w:tcPr>
            <w:tcW w:type="dxa" w:w="1826"/>
          </w:tcPr>
          <w:p>
            <w:pPr>
              <w:spacing w:after="0"/>
              <w:jc w:val="left"/>
            </w:pPr>
            <w:r>
              <w:rPr>
                <w:sz w:val="16"/>
              </w:rPr>
              <w:t>KENOVA</w:t>
            </w:r>
          </w:p>
        </w:tc>
        <w:tc>
          <w:tcPr>
            <w:tcW w:type="dxa" w:w="1808"/>
          </w:tcPr>
          <w:p>
            <w:pPr>
              <w:spacing w:after="0"/>
              <w:jc w:val="left"/>
            </w:pPr>
          </w:p>
        </w:tc>
        <w:tc>
          <w:tcPr>
            <w:tcW w:type="dxa" w:w="2569"/>
          </w:tcPr>
          <w:p>
            <w:pPr>
              <w:spacing w:after="0"/>
              <w:jc w:val="left"/>
            </w:pPr>
            <w:r>
              <w:rPr>
                <w:sz w:val="16"/>
              </w:rPr>
              <w:t>B1-c worst recorded: Lightning</w:t>
            </w:r>
          </w:p>
        </w:tc>
      </w:tr>
      <w:tr>
        <w:trPr>
          <w:cantSplit/>
        </w:trPr>
        <w:tc>
          <w:tcPr>
            <w:tcW w:type="dxa" w:w="1037"/>
          </w:tcPr>
          <w:p>
            <w:pPr>
              <w:spacing w:after="0"/>
              <w:jc w:val="left"/>
            </w:pPr>
            <w:r>
              <w:rPr>
                <w:sz w:val="16"/>
              </w:rPr>
              <w:t>2003-11-19</w:t>
            </w:r>
          </w:p>
        </w:tc>
        <w:tc>
          <w:tcPr>
            <w:tcW w:type="dxa" w:w="1215"/>
          </w:tcPr>
          <w:p>
            <w:pPr>
              <w:spacing w:after="0"/>
              <w:jc w:val="left"/>
            </w:pPr>
            <w:r>
              <w:rPr>
                <w:sz w:val="16"/>
              </w:rPr>
              <w:t>Flood</w:t>
            </w:r>
          </w:p>
        </w:tc>
        <w:tc>
          <w:tcPr>
            <w:tcW w:type="dxa" w:w="2962"/>
          </w:tcPr>
          <w:p>
            <w:pPr>
              <w:spacing w:after="0"/>
              <w:jc w:val="left"/>
            </w:pPr>
          </w:p>
        </w:tc>
        <w:tc>
          <w:tcPr>
            <w:tcW w:type="dxa" w:w="1566"/>
          </w:tcPr>
          <w:p>
            <w:pPr>
              <w:spacing w:after="0"/>
              <w:jc w:val="left"/>
            </w:pPr>
            <w:r>
              <w:rPr>
                <w:sz w:val="16"/>
              </w:rPr>
              <w:t>$300,000 property; crops not reported, reported for the zone (2003 dollars)</w:t>
            </w:r>
          </w:p>
        </w:tc>
        <w:tc>
          <w:tcPr>
            <w:tcW w:type="dxa" w:w="1129"/>
          </w:tcPr>
          <w:p>
            <w:pPr>
              <w:spacing w:after="0"/>
              <w:jc w:val="right"/>
            </w:pPr>
            <w:r>
              <w:rPr>
                <w:sz w:val="16"/>
              </w:rPr>
              <w:t>1, 0</w:t>
            </w:r>
          </w:p>
        </w:tc>
        <w:tc>
          <w:tcPr>
            <w:tcW w:type="dxa" w:w="1826"/>
          </w:tcPr>
          <w:p>
            <w:pPr>
              <w:spacing w:after="0"/>
              <w:jc w:val="left"/>
            </w:pPr>
            <w:r>
              <w:rPr>
                <w:sz w:val="16"/>
              </w:rPr>
              <w:t>NWS zone WVZ005 (WAYNE), zone-level: may include parts of neighboring counties</w:t>
            </w:r>
          </w:p>
        </w:tc>
        <w:tc>
          <w:tcPr>
            <w:tcW w:type="dxa" w:w="1808"/>
          </w:tcPr>
          <w:p>
            <w:pPr>
              <w:spacing w:after="0"/>
              <w:jc w:val="left"/>
            </w:pPr>
          </w:p>
        </w:tc>
        <w:tc>
          <w:tcPr>
            <w:tcW w:type="dxa" w:w="2569"/>
          </w:tcPr>
          <w:p>
            <w:pPr>
              <w:spacing w:after="0"/>
              <w:jc w:val="left"/>
            </w:pPr>
            <w:r>
              <w:rPr>
                <w:sz w:val="16"/>
              </w:rPr>
              <w:t>deaths or injuries recorded</w:t>
            </w:r>
          </w:p>
        </w:tc>
      </w:tr>
      <w:tr>
        <w:trPr>
          <w:cantSplit/>
        </w:trPr>
        <w:tc>
          <w:tcPr>
            <w:tcW w:type="dxa" w:w="1037"/>
          </w:tcPr>
          <w:p>
            <w:pPr>
              <w:spacing w:after="0"/>
              <w:jc w:val="left"/>
            </w:pPr>
            <w:r>
              <w:rPr>
                <w:sz w:val="16"/>
              </w:rPr>
              <w:t>2003-02-15</w:t>
            </w:r>
          </w:p>
        </w:tc>
        <w:tc>
          <w:tcPr>
            <w:tcW w:type="dxa" w:w="1215"/>
          </w:tcPr>
          <w:p>
            <w:pPr>
              <w:spacing w:after="0"/>
              <w:jc w:val="left"/>
            </w:pPr>
            <w:r>
              <w:rPr>
                <w:sz w:val="16"/>
              </w:rPr>
              <w:t>Flood</w:t>
            </w:r>
          </w:p>
        </w:tc>
        <w:tc>
          <w:tcPr>
            <w:tcW w:type="dxa" w:w="2962"/>
          </w:tcPr>
          <w:p>
            <w:pPr>
              <w:spacing w:after="0"/>
              <w:jc w:val="left"/>
            </w:pPr>
          </w:p>
        </w:tc>
        <w:tc>
          <w:tcPr>
            <w:tcW w:type="dxa" w:w="1566"/>
          </w:tcPr>
          <w:p>
            <w:pPr>
              <w:spacing w:after="0"/>
              <w:jc w:val="left"/>
            </w:pPr>
            <w:r>
              <w:rPr>
                <w:sz w:val="16"/>
              </w:rPr>
              <w:t>$2,500,000 property; crops not reported, reported for the zone (2003 dollars)</w:t>
            </w:r>
          </w:p>
        </w:tc>
        <w:tc>
          <w:tcPr>
            <w:tcW w:type="dxa" w:w="1129"/>
          </w:tcPr>
          <w:p>
            <w:pPr>
              <w:spacing w:after="0"/>
              <w:jc w:val="right"/>
            </w:pPr>
            <w:r>
              <w:rPr>
                <w:sz w:val="16"/>
              </w:rPr>
              <w:t>0, 0</w:t>
            </w:r>
          </w:p>
        </w:tc>
        <w:tc>
          <w:tcPr>
            <w:tcW w:type="dxa" w:w="1826"/>
          </w:tcPr>
          <w:p>
            <w:pPr>
              <w:spacing w:after="0"/>
              <w:jc w:val="left"/>
            </w:pPr>
            <w:r>
              <w:rPr>
                <w:sz w:val="16"/>
              </w:rPr>
              <w:t>NWS zone WVZ005 (WAYNE), zone-level: may include parts of neighboring counties</w:t>
            </w:r>
          </w:p>
        </w:tc>
        <w:tc>
          <w:tcPr>
            <w:tcW w:type="dxa" w:w="1808"/>
          </w:tcPr>
          <w:p>
            <w:pPr>
              <w:spacing w:after="0"/>
              <w:jc w:val="left"/>
            </w:pPr>
          </w:p>
        </w:tc>
        <w:tc>
          <w:tcPr>
            <w:tcW w:type="dxa" w:w="256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2001-03-01</w:t>
            </w:r>
          </w:p>
        </w:tc>
        <w:tc>
          <w:tcPr>
            <w:tcW w:type="dxa" w:w="1215"/>
          </w:tcPr>
          <w:p>
            <w:pPr>
              <w:spacing w:after="0"/>
              <w:jc w:val="left"/>
            </w:pPr>
            <w:r>
              <w:rPr>
                <w:sz w:val="16"/>
              </w:rPr>
              <w:t>Cold/Wind Chill</w:t>
            </w:r>
          </w:p>
        </w:tc>
        <w:tc>
          <w:tcPr>
            <w:tcW w:type="dxa" w:w="2962"/>
          </w:tcPr>
          <w:p>
            <w:pPr>
              <w:spacing w:after="0"/>
              <w:jc w:val="left"/>
            </w:pPr>
          </w:p>
        </w:tc>
        <w:tc>
          <w:tcPr>
            <w:tcW w:type="dxa" w:w="1566"/>
          </w:tcPr>
          <w:p>
            <w:pPr>
              <w:spacing w:after="0"/>
              <w:jc w:val="left"/>
            </w:pPr>
            <w:r>
              <w:rPr>
                <w:sz w:val="16"/>
              </w:rPr>
              <w:t>damage not reported</w:t>
            </w:r>
          </w:p>
        </w:tc>
        <w:tc>
          <w:tcPr>
            <w:tcW w:type="dxa" w:w="1129"/>
          </w:tcPr>
          <w:p>
            <w:pPr>
              <w:spacing w:after="0"/>
              <w:jc w:val="right"/>
            </w:pPr>
            <w:r>
              <w:rPr>
                <w:sz w:val="16"/>
              </w:rPr>
              <w:t>0, 0</w:t>
            </w:r>
          </w:p>
        </w:tc>
        <w:tc>
          <w:tcPr>
            <w:tcW w:type="dxa" w:w="1826"/>
          </w:tcPr>
          <w:p>
            <w:pPr>
              <w:spacing w:after="0"/>
              <w:jc w:val="left"/>
            </w:pPr>
            <w:r>
              <w:rPr>
                <w:sz w:val="16"/>
              </w:rPr>
              <w:t>NWS zone WVZ005 (WAYNE), zone-level: may include parts of neighboring counties</w:t>
            </w:r>
          </w:p>
        </w:tc>
        <w:tc>
          <w:tcPr>
            <w:tcW w:type="dxa" w:w="1808"/>
          </w:tcPr>
          <w:p>
            <w:pPr>
              <w:spacing w:after="0"/>
              <w:jc w:val="left"/>
            </w:pPr>
          </w:p>
        </w:tc>
        <w:tc>
          <w:tcPr>
            <w:tcW w:type="dxa" w:w="25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1997-03-02</w:t>
            </w:r>
          </w:p>
        </w:tc>
        <w:tc>
          <w:tcPr>
            <w:tcW w:type="dxa" w:w="1215"/>
          </w:tcPr>
          <w:p>
            <w:pPr>
              <w:spacing w:after="0"/>
              <w:jc w:val="left"/>
            </w:pPr>
            <w:r>
              <w:rPr>
                <w:sz w:val="16"/>
              </w:rPr>
              <w:t>Flood</w:t>
            </w:r>
          </w:p>
        </w:tc>
        <w:tc>
          <w:tcPr>
            <w:tcW w:type="dxa" w:w="2962"/>
          </w:tcPr>
          <w:p>
            <w:pPr>
              <w:spacing w:after="0"/>
              <w:jc w:val="left"/>
            </w:pPr>
          </w:p>
        </w:tc>
        <w:tc>
          <w:tcPr>
            <w:tcW w:type="dxa" w:w="1566"/>
          </w:tcPr>
          <w:p>
            <w:pPr>
              <w:spacing w:after="0"/>
              <w:jc w:val="left"/>
            </w:pPr>
            <w:r>
              <w:rPr>
                <w:sz w:val="16"/>
              </w:rPr>
              <w:t>$500,000 property; crops not reported, reported for the zone (1997 dollars)</w:t>
            </w:r>
          </w:p>
        </w:tc>
        <w:tc>
          <w:tcPr>
            <w:tcW w:type="dxa" w:w="1129"/>
          </w:tcPr>
          <w:p>
            <w:pPr>
              <w:spacing w:after="0"/>
              <w:jc w:val="right"/>
            </w:pPr>
            <w:r>
              <w:rPr>
                <w:sz w:val="16"/>
              </w:rPr>
              <w:t>2, 0</w:t>
            </w:r>
          </w:p>
        </w:tc>
        <w:tc>
          <w:tcPr>
            <w:tcW w:type="dxa" w:w="1826"/>
          </w:tcPr>
          <w:p>
            <w:pPr>
              <w:spacing w:after="0"/>
              <w:jc w:val="left"/>
            </w:pPr>
            <w:r>
              <w:rPr>
                <w:sz w:val="16"/>
              </w:rPr>
              <w:t>NWS zone WVZ005 (WAYNE), zone-level: may include parts of neighboring counties</w:t>
            </w:r>
          </w:p>
        </w:tc>
        <w:tc>
          <w:tcPr>
            <w:tcW w:type="dxa" w:w="1808"/>
          </w:tcPr>
          <w:p>
            <w:pPr>
              <w:spacing w:after="0"/>
              <w:jc w:val="left"/>
            </w:pPr>
          </w:p>
        </w:tc>
        <w:tc>
          <w:tcPr>
            <w:tcW w:type="dxa" w:w="2569"/>
          </w:tcPr>
          <w:p>
            <w:pPr>
              <w:spacing w:after="0"/>
              <w:jc w:val="left"/>
            </w:pPr>
            <w:r>
              <w:rPr>
                <w:sz w:val="16"/>
              </w:rPr>
              <w:t>deaths or injuries recorded</w:t>
            </w:r>
          </w:p>
        </w:tc>
      </w:tr>
      <w:tr>
        <w:trPr>
          <w:cantSplit/>
        </w:trPr>
        <w:tc>
          <w:tcPr>
            <w:tcW w:type="dxa" w:w="1037"/>
          </w:tcPr>
          <w:p>
            <w:pPr>
              <w:spacing w:after="0"/>
              <w:jc w:val="left"/>
            </w:pPr>
            <w:r>
              <w:rPr>
                <w:sz w:val="16"/>
              </w:rPr>
              <w:t>1965-04-08</w:t>
            </w:r>
          </w:p>
        </w:tc>
        <w:tc>
          <w:tcPr>
            <w:tcW w:type="dxa" w:w="1215"/>
          </w:tcPr>
          <w:p>
            <w:pPr>
              <w:spacing w:after="0"/>
              <w:jc w:val="left"/>
            </w:pPr>
            <w:r>
              <w:rPr>
                <w:sz w:val="16"/>
              </w:rPr>
              <w:t>Tornado</w:t>
            </w:r>
          </w:p>
        </w:tc>
        <w:tc>
          <w:tcPr>
            <w:tcW w:type="dxa" w:w="2962"/>
          </w:tcPr>
          <w:p>
            <w:pPr>
              <w:spacing w:after="0"/>
              <w:jc w:val="left"/>
            </w:pPr>
            <w:r>
              <w:rPr>
                <w:sz w:val="16"/>
              </w:rPr>
              <w:t>F3, 3.6 mi path length (records before 1996 may include the whole path; rating and listing come from the county where the tornado began), 220 yd wide</w:t>
            </w:r>
          </w:p>
        </w:tc>
        <w:tc>
          <w:tcPr>
            <w:tcW w:type="dxa" w:w="1566"/>
          </w:tcPr>
          <w:p>
            <w:pPr>
              <w:spacing w:after="0"/>
              <w:jc w:val="left"/>
            </w:pPr>
            <w:r>
              <w:rPr>
                <w:sz w:val="16"/>
              </w:rPr>
              <w:t>$250,000 property; crops not recorded (1965 dollars)</w:t>
            </w:r>
          </w:p>
        </w:tc>
        <w:tc>
          <w:tcPr>
            <w:tcW w:type="dxa" w:w="1129"/>
          </w:tcPr>
          <w:p>
            <w:pPr>
              <w:spacing w:after="0"/>
              <w:jc w:val="right"/>
            </w:pPr>
            <w:r>
              <w:rPr>
                <w:sz w:val="16"/>
              </w:rPr>
              <w:t>0, 3</w:t>
            </w:r>
          </w:p>
        </w:tc>
        <w:tc>
          <w:tcPr>
            <w:tcW w:type="dxa" w:w="1826"/>
          </w:tcPr>
          <w:p>
            <w:pPr>
              <w:spacing w:after="0"/>
              <w:jc w:val="left"/>
            </w:pPr>
            <w:r>
              <w:rPr>
                <w:sz w:val="16"/>
              </w:rPr>
              <w:t>location not recorded</w:t>
            </w:r>
          </w:p>
        </w:tc>
        <w:tc>
          <w:tcPr>
            <w:tcW w:type="dxa" w:w="1808"/>
          </w:tcPr>
          <w:p>
            <w:pPr>
              <w:spacing w:after="0"/>
              <w:jc w:val="left"/>
            </w:pPr>
          </w:p>
        </w:tc>
        <w:tc>
          <w:tcPr>
            <w:tcW w:type="dxa" w:w="2569"/>
          </w:tcPr>
          <w:p>
            <w:pPr>
              <w:spacing w:after="0"/>
              <w:jc w:val="left"/>
            </w:pPr>
            <w:r>
              <w:rPr>
                <w:sz w:val="16"/>
              </w:rPr>
              <w:t>B1-c worst recorded: Tornado</w:t>
            </w:r>
          </w:p>
        </w:tc>
      </w:tr>
      <w:tr>
        <w:trPr>
          <w:cantSplit/>
        </w:trPr>
        <w:tc>
          <w:tcPr>
            <w:tcW w:type="dxa" w:w="1037"/>
          </w:tcPr>
          <w:p>
            <w:pPr>
              <w:spacing w:after="0"/>
              <w:jc w:val="left"/>
            </w:pPr>
            <w:r>
              <w:rPr>
                <w:sz w:val="16"/>
              </w:rPr>
              <w:t>1962-07-23</w:t>
            </w:r>
          </w:p>
        </w:tc>
        <w:tc>
          <w:tcPr>
            <w:tcW w:type="dxa" w:w="1215"/>
          </w:tcPr>
          <w:p>
            <w:pPr>
              <w:spacing w:after="0"/>
              <w:jc w:val="left"/>
            </w:pPr>
            <w:r>
              <w:rPr>
                <w:sz w:val="16"/>
              </w:rPr>
              <w:t>Hail</w:t>
            </w:r>
          </w:p>
        </w:tc>
        <w:tc>
          <w:tcPr>
            <w:tcW w:type="dxa" w:w="2962"/>
          </w:tcPr>
          <w:p>
            <w:pPr>
              <w:spacing w:after="0"/>
              <w:jc w:val="left"/>
            </w:pPr>
            <w:r>
              <w:rPr>
                <w:sz w:val="16"/>
              </w:rPr>
              <w:t>2.5 in</w:t>
            </w:r>
          </w:p>
        </w:tc>
        <w:tc>
          <w:tcPr>
            <w:tcW w:type="dxa" w:w="1566"/>
          </w:tcPr>
          <w:p>
            <w:pPr>
              <w:spacing w:after="0"/>
              <w:jc w:val="left"/>
            </w:pPr>
            <w:r>
              <w:rPr>
                <w:sz w:val="16"/>
              </w:rPr>
              <w:t>damage not recorded (pre-1996 record)</w:t>
            </w:r>
          </w:p>
        </w:tc>
        <w:tc>
          <w:tcPr>
            <w:tcW w:type="dxa" w:w="1129"/>
          </w:tcPr>
          <w:p>
            <w:pPr>
              <w:spacing w:after="0"/>
              <w:jc w:val="right"/>
            </w:pPr>
            <w:r>
              <w:rPr>
                <w:sz w:val="16"/>
              </w:rPr>
              <w:t>0, 0</w:t>
            </w:r>
          </w:p>
        </w:tc>
        <w:tc>
          <w:tcPr>
            <w:tcW w:type="dxa" w:w="1826"/>
          </w:tcPr>
          <w:p>
            <w:pPr>
              <w:spacing w:after="0"/>
              <w:jc w:val="left"/>
            </w:pPr>
            <w:r>
              <w:rPr>
                <w:sz w:val="16"/>
              </w:rPr>
              <w:t>location not recorded</w:t>
            </w:r>
          </w:p>
        </w:tc>
        <w:tc>
          <w:tcPr>
            <w:tcW w:type="dxa" w:w="1808"/>
          </w:tcPr>
          <w:p>
            <w:pPr>
              <w:spacing w:after="0"/>
              <w:jc w:val="left"/>
            </w:pPr>
          </w:p>
        </w:tc>
        <w:tc>
          <w:tcPr>
            <w:tcW w:type="dxa" w:w="2569"/>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(550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0"/>
        <w:gridCol w:w="1037"/>
        <w:gridCol w:w="1723"/>
        <w:gridCol w:w="1520"/>
        <w:gridCol w:w="1500"/>
        <w:gridCol w:w="1037"/>
        <w:gridCol w:w="2000"/>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r>
              <w:rPr>
                <w:sz w:val="16"/>
              </w:rPr>
              <w:t>0.01</w:t>
            </w:r>
          </w:p>
        </w:tc>
        <w:tc>
          <w:tcPr>
            <w:tcW w:type="dxa" w:w="1448"/>
          </w:tcPr>
          <w:p>
            <w:pPr>
              <w:spacing w:after="0"/>
              <w:jc w:val="left"/>
            </w:pPr>
            <w:r>
              <w:rPr>
                <w:sz w:val="16"/>
              </w:rPr>
              <w:t>events per year</w:t>
            </w:r>
          </w:p>
        </w:tc>
        <w:tc>
          <w:tcPr>
            <w:tcW w:type="dxa" w:w="1570"/>
          </w:tcPr>
          <w:p>
            <w:pPr>
              <w:spacing w:after="0"/>
              <w:jc w:val="left"/>
            </w:pPr>
            <w:r>
              <w:rPr>
                <w:sz w:val="16"/>
              </w:rPr>
              <w:t>about 1 in 100 years</w:t>
            </w:r>
          </w:p>
        </w:tc>
        <w:tc>
          <w:tcPr>
            <w:tcW w:type="dxa" w:w="1037"/>
          </w:tcPr>
          <w:p>
            <w:pPr>
              <w:spacing w:after="0"/>
              <w:jc w:val="left"/>
            </w:pPr>
            <w:r>
              <w:rPr>
                <w:sz w:val="16"/>
              </w:rPr>
              <w:t>Possible</w:t>
            </w:r>
          </w:p>
        </w:tc>
        <w:tc>
          <w:tcPr>
            <w:tcW w:type="dxa" w:w="1723"/>
          </w:tcPr>
          <w:p>
            <w:pPr>
              <w:spacing w:after="0"/>
              <w:jc w:val="left"/>
            </w:pPr>
            <w:r>
              <w:rPr>
                <w:sz w:val="16"/>
              </w:rPr>
              <w:t>FEMA annualized frequency (modeled)</w:t>
            </w:r>
          </w:p>
        </w:tc>
        <w:tc>
          <w:tcPr>
            <w:tcW w:type="dxa" w:w="1520"/>
          </w:tcPr>
          <w:p>
            <w:pPr>
              <w:spacing w:after="0"/>
              <w:jc w:val="right"/>
            </w:pPr>
            <w:r>
              <w:rPr>
                <w:sz w:val="16"/>
              </w:rPr>
              <w:t>0</w:t>
            </w: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200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0"/>
          </w:tcPr>
          <w:p>
            <w:pPr>
              <w:spacing w:after="0"/>
              <w:jc w:val="left"/>
            </w:pPr>
          </w:p>
        </w:tc>
        <w:tc>
          <w:tcPr>
            <w:tcW w:type="dxa" w:w="1037"/>
          </w:tcPr>
          <w:p>
            <w:pPr>
              <w:spacing w:after="0"/>
              <w:jc w:val="left"/>
            </w:pPr>
          </w:p>
        </w:tc>
        <w:tc>
          <w:tcPr>
            <w:tcW w:type="dxa" w:w="1723"/>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20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0.789</w:t>
            </w:r>
          </w:p>
        </w:tc>
        <w:tc>
          <w:tcPr>
            <w:tcW w:type="dxa" w:w="1448"/>
          </w:tcPr>
          <w:p>
            <w:pPr>
              <w:spacing w:after="0"/>
              <w:jc w:val="left"/>
            </w:pPr>
            <w:r>
              <w:rPr>
                <w:sz w:val="16"/>
              </w:rPr>
              <w:t>event-days per year</w:t>
            </w:r>
          </w:p>
        </w:tc>
        <w:tc>
          <w:tcPr>
            <w:tcW w:type="dxa" w:w="1570"/>
          </w:tcPr>
          <w:p>
            <w:pPr>
              <w:spacing w:after="0"/>
              <w:jc w:val="left"/>
            </w:pPr>
            <w:r>
              <w:rPr>
                <w:sz w:val="16"/>
              </w:rPr>
              <w:t>about 0.789 days per year</w:t>
            </w:r>
          </w:p>
        </w:tc>
        <w:tc>
          <w:tcPr>
            <w:tcW w:type="dxa" w:w="1037"/>
          </w:tcPr>
          <w:p>
            <w:pPr>
              <w:spacing w:after="0"/>
              <w:jc w:val="left"/>
            </w:pPr>
            <w:r>
              <w:rPr>
                <w:sz w:val="16"/>
              </w:rPr>
              <w:t>Likely</w:t>
            </w:r>
          </w:p>
        </w:tc>
        <w:tc>
          <w:tcPr>
            <w:tcW w:type="dxa" w:w="1723"/>
          </w:tcPr>
          <w:p>
            <w:pPr>
              <w:spacing w:after="0"/>
              <w:jc w:val="left"/>
            </w:pPr>
            <w:r>
              <w:rPr>
                <w:sz w:val="16"/>
              </w:rPr>
              <w:t>event-days in 11 of 30 years, 1996 to 2025 (36.7%)</w:t>
            </w:r>
          </w:p>
        </w:tc>
        <w:tc>
          <w:tcPr>
            <w:tcW w:type="dxa" w:w="1520"/>
          </w:tcPr>
          <w:p>
            <w:pPr>
              <w:spacing w:after="0"/>
              <w:jc w:val="right"/>
            </w:pPr>
            <w:r>
              <w:rPr>
                <w:sz w:val="16"/>
              </w:rPr>
              <w:t>15</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200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2.39</w:t>
            </w:r>
          </w:p>
        </w:tc>
        <w:tc>
          <w:tcPr>
            <w:tcW w:type="dxa" w:w="1448"/>
          </w:tcPr>
          <w:p>
            <w:pPr>
              <w:spacing w:after="0"/>
              <w:jc w:val="left"/>
            </w:pPr>
            <w:r>
              <w:rPr>
                <w:sz w:val="16"/>
              </w:rPr>
              <w:t>event-days per year</w:t>
            </w:r>
          </w:p>
        </w:tc>
        <w:tc>
          <w:tcPr>
            <w:tcW w:type="dxa" w:w="1570"/>
          </w:tcPr>
          <w:p>
            <w:pPr>
              <w:spacing w:after="0"/>
              <w:jc w:val="left"/>
            </w:pPr>
            <w:r>
              <w:rPr>
                <w:sz w:val="16"/>
              </w:rPr>
              <w:t>about 2.39 days per year</w:t>
            </w:r>
          </w:p>
        </w:tc>
        <w:tc>
          <w:tcPr>
            <w:tcW w:type="dxa" w:w="1037"/>
          </w:tcPr>
          <w:p>
            <w:pPr>
              <w:spacing w:after="0"/>
              <w:jc w:val="left"/>
            </w:pPr>
            <w:r>
              <w:rPr>
                <w:sz w:val="16"/>
              </w:rPr>
              <w:t>Likely</w:t>
            </w:r>
          </w:p>
        </w:tc>
        <w:tc>
          <w:tcPr>
            <w:tcW w:type="dxa" w:w="1723"/>
          </w:tcPr>
          <w:p>
            <w:pPr>
              <w:spacing w:after="0"/>
              <w:jc w:val="left"/>
            </w:pPr>
            <w:r>
              <w:rPr>
                <w:sz w:val="16"/>
              </w:rPr>
              <w:t>event-days in 6 of 30 years, 1996 to 2025 (20%)</w:t>
            </w:r>
          </w:p>
        </w:tc>
        <w:tc>
          <w:tcPr>
            <w:tcW w:type="dxa" w:w="1520"/>
          </w:tcPr>
          <w:p>
            <w:pPr>
              <w:spacing w:after="0"/>
              <w:jc w:val="right"/>
            </w:pPr>
            <w:r>
              <w:rPr>
                <w:sz w:val="16"/>
              </w:rPr>
              <w:t>84</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00"/>
          </w:tcPr>
          <w:p>
            <w:pPr>
              <w:spacing w:after="0"/>
              <w:jc w:val="left"/>
            </w:pPr>
            <w:r>
              <w:rPr>
                <w:sz w:val="16"/>
              </w:rPr>
              <w:t>NRI gives about 2.39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0.00115</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0.115%</w:t>
            </w:r>
          </w:p>
        </w:tc>
        <w:tc>
          <w:tcPr>
            <w:tcW w:type="dxa" w:w="1037"/>
          </w:tcPr>
          <w:p>
            <w:pPr>
              <w:spacing w:after="0"/>
              <w:jc w:val="left"/>
            </w:pPr>
          </w:p>
        </w:tc>
        <w:tc>
          <w:tcPr>
            <w:tcW w:type="dxa" w:w="1723"/>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200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3.22</w:t>
            </w:r>
          </w:p>
        </w:tc>
        <w:tc>
          <w:tcPr>
            <w:tcW w:type="dxa" w:w="1448"/>
          </w:tcPr>
          <w:p>
            <w:pPr>
              <w:spacing w:after="0"/>
              <w:jc w:val="left"/>
            </w:pPr>
            <w:r>
              <w:rPr>
                <w:sz w:val="16"/>
              </w:rPr>
              <w:t>events per year</w:t>
            </w:r>
          </w:p>
        </w:tc>
        <w:tc>
          <w:tcPr>
            <w:tcW w:type="dxa" w:w="1570"/>
          </w:tcPr>
          <w:p>
            <w:pPr>
              <w:spacing w:after="0"/>
              <w:jc w:val="left"/>
            </w:pPr>
            <w:r>
              <w:rPr>
                <w:sz w:val="16"/>
              </w:rPr>
              <w:t>about 3.22 per year</w:t>
            </w:r>
          </w:p>
        </w:tc>
        <w:tc>
          <w:tcPr>
            <w:tcW w:type="dxa" w:w="1037"/>
          </w:tcPr>
          <w:p>
            <w:pPr>
              <w:spacing w:after="0"/>
              <w:jc w:val="left"/>
            </w:pPr>
            <w:r>
              <w:rPr>
                <w:sz w:val="16"/>
              </w:rPr>
              <w:t>Highly likely</w:t>
            </w:r>
          </w:p>
        </w:tc>
        <w:tc>
          <w:tcPr>
            <w:tcW w:type="dxa" w:w="1723"/>
          </w:tcPr>
          <w:p>
            <w:pPr>
              <w:spacing w:after="0"/>
              <w:jc w:val="left"/>
            </w:pPr>
            <w:r>
              <w:rPr>
                <w:sz w:val="16"/>
              </w:rPr>
              <w:t>FEMA annualized frequency (modeled)</w:t>
            </w:r>
          </w:p>
        </w:tc>
        <w:tc>
          <w:tcPr>
            <w:tcW w:type="dxa" w:w="1520"/>
          </w:tcPr>
          <w:p>
            <w:pPr>
              <w:spacing w:after="0"/>
              <w:jc w:val="right"/>
            </w:pPr>
            <w:r>
              <w:rPr>
                <w:sz w:val="16"/>
              </w:rPr>
              <w:t>122.3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2000"/>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4.53</w:t>
            </w:r>
          </w:p>
        </w:tc>
        <w:tc>
          <w:tcPr>
            <w:tcW w:type="dxa" w:w="1448"/>
          </w:tcPr>
          <w:p>
            <w:pPr>
              <w:spacing w:after="0"/>
              <w:jc w:val="left"/>
            </w:pPr>
            <w:r>
              <w:rPr>
                <w:sz w:val="16"/>
              </w:rPr>
              <w:t>event-days per year</w:t>
            </w:r>
          </w:p>
        </w:tc>
        <w:tc>
          <w:tcPr>
            <w:tcW w:type="dxa" w:w="1570"/>
          </w:tcPr>
          <w:p>
            <w:pPr>
              <w:spacing w:after="0"/>
              <w:jc w:val="left"/>
            </w:pPr>
            <w:r>
              <w:rPr>
                <w:sz w:val="16"/>
              </w:rPr>
              <w:t>about 4.53 days per year</w:t>
            </w:r>
          </w:p>
        </w:tc>
        <w:tc>
          <w:tcPr>
            <w:tcW w:type="dxa" w:w="1037"/>
          </w:tcPr>
          <w:p>
            <w:pPr>
              <w:spacing w:after="0"/>
              <w:jc w:val="left"/>
            </w:pPr>
            <w:r>
              <w:rPr>
                <w:sz w:val="16"/>
              </w:rPr>
              <w:t>Likely</w:t>
            </w:r>
          </w:p>
        </w:tc>
        <w:tc>
          <w:tcPr>
            <w:tcW w:type="dxa" w:w="1723"/>
          </w:tcPr>
          <w:p>
            <w:pPr>
              <w:spacing w:after="0"/>
              <w:jc w:val="left"/>
            </w:pPr>
            <w:r>
              <w:rPr>
                <w:sz w:val="16"/>
              </w:rPr>
              <w:t>event-days in 9 of 30 years, 1996 to 2025 (30%)</w:t>
            </w:r>
          </w:p>
        </w:tc>
        <w:tc>
          <w:tcPr>
            <w:tcW w:type="dxa" w:w="1520"/>
          </w:tcPr>
          <w:p>
            <w:pPr>
              <w:spacing w:after="0"/>
              <w:jc w:val="right"/>
            </w:pPr>
            <w:r>
              <w:rPr>
                <w:sz w:val="16"/>
              </w:rPr>
              <w:t>78</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2000"/>
          </w:tcPr>
          <w:p>
            <w:pPr>
              <w:spacing w:after="0"/>
              <w:jc w:val="left"/>
            </w:pPr>
            <w:r>
              <w:rPr>
                <w:sz w:val="16"/>
              </w:rPr>
              <w:t>NRI gives about 4.53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0.023</w:t>
            </w:r>
          </w:p>
        </w:tc>
        <w:tc>
          <w:tcPr>
            <w:tcW w:type="dxa" w:w="1448"/>
          </w:tcPr>
          <w:p>
            <w:pPr>
              <w:spacing w:after="0"/>
              <w:jc w:val="left"/>
            </w:pPr>
            <w:r>
              <w:rPr>
                <w:sz w:val="16"/>
              </w:rPr>
              <w:t>events per year</w:t>
            </w:r>
          </w:p>
        </w:tc>
        <w:tc>
          <w:tcPr>
            <w:tcW w:type="dxa" w:w="1570"/>
          </w:tcPr>
          <w:p>
            <w:pPr>
              <w:spacing w:after="0"/>
              <w:jc w:val="left"/>
            </w:pPr>
            <w:r>
              <w:rPr>
                <w:sz w:val="16"/>
              </w:rPr>
              <w:t>about 1 in 43 years</w:t>
            </w:r>
          </w:p>
        </w:tc>
        <w:tc>
          <w:tcPr>
            <w:tcW w:type="dxa" w:w="1037"/>
          </w:tcPr>
          <w:p>
            <w:pPr>
              <w:spacing w:after="0"/>
              <w:jc w:val="left"/>
            </w:pPr>
            <w:r>
              <w:rPr>
                <w:sz w:val="16"/>
              </w:rPr>
              <w:t>Possible</w:t>
            </w:r>
          </w:p>
        </w:tc>
        <w:tc>
          <w:tcPr>
            <w:tcW w:type="dxa" w:w="1723"/>
          </w:tcPr>
          <w:p>
            <w:pPr>
              <w:spacing w:after="0"/>
              <w:jc w:val="left"/>
            </w:pPr>
            <w:r>
              <w:rPr>
                <w:sz w:val="16"/>
              </w:rPr>
              <w:t>FEMA annualized frequency (modeled)</w:t>
            </w:r>
          </w:p>
        </w:tc>
        <w:tc>
          <w:tcPr>
            <w:tcW w:type="dxa" w:w="1520"/>
          </w:tcPr>
          <w:p>
            <w:pPr>
              <w:spacing w:after="0"/>
              <w:jc w:val="right"/>
            </w:pPr>
            <w:r>
              <w:rPr>
                <w:sz w:val="16"/>
              </w:rPr>
              <w:t>6</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200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0.382</w:t>
            </w:r>
          </w:p>
        </w:tc>
        <w:tc>
          <w:tcPr>
            <w:tcW w:type="dxa" w:w="1448"/>
          </w:tcPr>
          <w:p>
            <w:pPr>
              <w:spacing w:after="0"/>
              <w:jc w:val="left"/>
            </w:pPr>
            <w:r>
              <w:rPr>
                <w:sz w:val="16"/>
              </w:rPr>
              <w:t>event-days per year</w:t>
            </w:r>
          </w:p>
        </w:tc>
        <w:tc>
          <w:tcPr>
            <w:tcW w:type="dxa" w:w="1570"/>
          </w:tcPr>
          <w:p>
            <w:pPr>
              <w:spacing w:after="0"/>
              <w:jc w:val="left"/>
            </w:pPr>
            <w:r>
              <w:rPr>
                <w:sz w:val="16"/>
              </w:rPr>
              <w:t>about 0.382 days per year</w:t>
            </w:r>
          </w:p>
        </w:tc>
        <w:tc>
          <w:tcPr>
            <w:tcW w:type="dxa" w:w="1037"/>
          </w:tcPr>
          <w:p>
            <w:pPr>
              <w:spacing w:after="0"/>
              <w:jc w:val="left"/>
            </w:pPr>
            <w:r>
              <w:rPr>
                <w:sz w:val="16"/>
              </w:rPr>
              <w:t>Possible</w:t>
            </w:r>
          </w:p>
        </w:tc>
        <w:tc>
          <w:tcPr>
            <w:tcW w:type="dxa" w:w="1723"/>
          </w:tcPr>
          <w:p>
            <w:pPr>
              <w:spacing w:after="0"/>
              <w:jc w:val="left"/>
            </w:pPr>
            <w:r>
              <w:rPr>
                <w:sz w:val="16"/>
              </w:rPr>
              <w:t>event-days in 2 of 30 years, 1996 to 2025 (6.67%)</w:t>
            </w:r>
          </w:p>
        </w:tc>
        <w:tc>
          <w:tcPr>
            <w:tcW w:type="dxa" w:w="1520"/>
          </w:tcPr>
          <w:p>
            <w:pPr>
              <w:spacing w:after="0"/>
              <w:jc w:val="right"/>
            </w:pPr>
            <w:r>
              <w:rPr>
                <w:sz w:val="16"/>
              </w:rPr>
              <w:t>26</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2000"/>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2.29</w:t>
            </w:r>
          </w:p>
        </w:tc>
        <w:tc>
          <w:tcPr>
            <w:tcW w:type="dxa" w:w="1448"/>
          </w:tcPr>
          <w:p>
            <w:pPr>
              <w:spacing w:after="0"/>
              <w:jc w:val="left"/>
            </w:pPr>
            <w:r>
              <w:rPr>
                <w:sz w:val="16"/>
              </w:rPr>
              <w:t>event-days per year</w:t>
            </w:r>
          </w:p>
        </w:tc>
        <w:tc>
          <w:tcPr>
            <w:tcW w:type="dxa" w:w="1570"/>
          </w:tcPr>
          <w:p>
            <w:pPr>
              <w:spacing w:after="0"/>
              <w:jc w:val="left"/>
            </w:pPr>
            <w:r>
              <w:rPr>
                <w:sz w:val="16"/>
              </w:rPr>
              <w:t>about 2.29 days per year</w:t>
            </w:r>
          </w:p>
        </w:tc>
        <w:tc>
          <w:tcPr>
            <w:tcW w:type="dxa" w:w="1037"/>
          </w:tcPr>
          <w:p>
            <w:pPr>
              <w:spacing w:after="0"/>
              <w:jc w:val="left"/>
            </w:pPr>
            <w:r>
              <w:rPr>
                <w:sz w:val="16"/>
              </w:rPr>
              <w:t>Likely</w:t>
            </w:r>
          </w:p>
        </w:tc>
        <w:tc>
          <w:tcPr>
            <w:tcW w:type="dxa" w:w="1723"/>
          </w:tcPr>
          <w:p>
            <w:pPr>
              <w:spacing w:after="0"/>
              <w:jc w:val="left"/>
            </w:pPr>
            <w:r>
              <w:rPr>
                <w:sz w:val="16"/>
              </w:rPr>
              <w:t>event-days in 26 of 30 years, 1996 to 2025 (86.7%)</w:t>
            </w:r>
          </w:p>
        </w:tc>
        <w:tc>
          <w:tcPr>
            <w:tcW w:type="dxa" w:w="1520"/>
          </w:tcPr>
          <w:p>
            <w:pPr>
              <w:spacing w:after="0"/>
              <w:jc w:val="right"/>
            </w:pPr>
            <w:r>
              <w:rPr>
                <w:sz w:val="16"/>
              </w:rPr>
              <w:t>64</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2000"/>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1.49</w:t>
            </w:r>
          </w:p>
        </w:tc>
        <w:tc>
          <w:tcPr>
            <w:tcW w:type="dxa" w:w="1448"/>
          </w:tcPr>
          <w:p>
            <w:pPr>
              <w:spacing w:after="0"/>
              <w:jc w:val="left"/>
            </w:pPr>
            <w:r>
              <w:rPr>
                <w:sz w:val="16"/>
              </w:rPr>
              <w:t>events per year (modeled)</w:t>
            </w:r>
          </w:p>
        </w:tc>
        <w:tc>
          <w:tcPr>
            <w:tcW w:type="dxa" w:w="1570"/>
          </w:tcPr>
          <w:p>
            <w:pPr>
              <w:spacing w:after="0"/>
              <w:jc w:val="left"/>
            </w:pPr>
            <w:r>
              <w:rPr>
                <w:sz w:val="16"/>
              </w:rPr>
              <w:t>about 1.49 per year</w:t>
            </w:r>
          </w:p>
        </w:tc>
        <w:tc>
          <w:tcPr>
            <w:tcW w:type="dxa" w:w="1037"/>
          </w:tcPr>
          <w:p>
            <w:pPr>
              <w:spacing w:after="0"/>
              <w:jc w:val="left"/>
            </w:pPr>
            <w:r>
              <w:rPr>
                <w:sz w:val="16"/>
              </w:rPr>
              <w:t>Highly likely</w:t>
            </w:r>
          </w:p>
        </w:tc>
        <w:tc>
          <w:tcPr>
            <w:tcW w:type="dxa" w:w="172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2000"/>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48.4</w:t>
            </w:r>
          </w:p>
        </w:tc>
        <w:tc>
          <w:tcPr>
            <w:tcW w:type="dxa" w:w="1448"/>
          </w:tcPr>
          <w:p>
            <w:pPr>
              <w:spacing w:after="0"/>
              <w:jc w:val="left"/>
            </w:pPr>
            <w:r>
              <w:rPr>
                <w:sz w:val="16"/>
              </w:rPr>
              <w:t>days per year with a strike</w:t>
            </w:r>
          </w:p>
        </w:tc>
        <w:tc>
          <w:tcPr>
            <w:tcW w:type="dxa" w:w="1570"/>
          </w:tcPr>
          <w:p>
            <w:pPr>
              <w:spacing w:after="0"/>
              <w:jc w:val="left"/>
            </w:pPr>
            <w:r>
              <w:rPr>
                <w:sz w:val="16"/>
              </w:rPr>
              <w:t>about 48.4 days per year</w:t>
            </w:r>
          </w:p>
        </w:tc>
        <w:tc>
          <w:tcPr>
            <w:tcW w:type="dxa" w:w="1037"/>
          </w:tcPr>
          <w:p>
            <w:pPr>
              <w:spacing w:after="0"/>
              <w:jc w:val="left"/>
            </w:pPr>
            <w:r>
              <w:rPr>
                <w:sz w:val="16"/>
              </w:rPr>
              <w:t>Highly likely</w:t>
            </w:r>
          </w:p>
        </w:tc>
        <w:tc>
          <w:tcPr>
            <w:tcW w:type="dxa" w:w="172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2000"/>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2.07</w:t>
            </w:r>
          </w:p>
        </w:tc>
        <w:tc>
          <w:tcPr>
            <w:tcW w:type="dxa" w:w="1448"/>
          </w:tcPr>
          <w:p>
            <w:pPr>
              <w:spacing w:after="0"/>
              <w:jc w:val="left"/>
            </w:pPr>
            <w:r>
              <w:rPr>
                <w:sz w:val="16"/>
              </w:rPr>
              <w:t>events per year</w:t>
            </w:r>
          </w:p>
        </w:tc>
        <w:tc>
          <w:tcPr>
            <w:tcW w:type="dxa" w:w="1570"/>
          </w:tcPr>
          <w:p>
            <w:pPr>
              <w:spacing w:after="0"/>
              <w:jc w:val="left"/>
            </w:pPr>
            <w:r>
              <w:rPr>
                <w:sz w:val="16"/>
              </w:rPr>
              <w:t>about 2.07 per year</w:t>
            </w:r>
          </w:p>
        </w:tc>
        <w:tc>
          <w:tcPr>
            <w:tcW w:type="dxa" w:w="1037"/>
          </w:tcPr>
          <w:p>
            <w:pPr>
              <w:spacing w:after="0"/>
              <w:jc w:val="left"/>
            </w:pPr>
            <w:r>
              <w:rPr>
                <w:sz w:val="16"/>
              </w:rPr>
              <w:t>Highly likely</w:t>
            </w:r>
          </w:p>
        </w:tc>
        <w:tc>
          <w:tcPr>
            <w:tcW w:type="dxa" w:w="1723"/>
          </w:tcPr>
          <w:p>
            <w:pPr>
              <w:spacing w:after="0"/>
              <w:jc w:val="left"/>
            </w:pPr>
            <w:r>
              <w:rPr>
                <w:sz w:val="16"/>
              </w:rPr>
              <w:t>FEMA annualized frequency (modeled)</w:t>
            </w:r>
          </w:p>
        </w:tc>
        <w:tc>
          <w:tcPr>
            <w:tcW w:type="dxa" w:w="1520"/>
          </w:tcPr>
          <w:p>
            <w:pPr>
              <w:spacing w:after="0"/>
              <w:jc w:val="right"/>
            </w:pPr>
            <w:r>
              <w:rPr>
                <w:sz w:val="16"/>
              </w:rPr>
              <w:t>79</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2000"/>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0.0789</w:t>
            </w:r>
          </w:p>
        </w:tc>
        <w:tc>
          <w:tcPr>
            <w:tcW w:type="dxa" w:w="1448"/>
          </w:tcPr>
          <w:p>
            <w:pPr>
              <w:spacing w:after="0"/>
              <w:jc w:val="left"/>
            </w:pPr>
            <w:r>
              <w:rPr>
                <w:sz w:val="16"/>
              </w:rPr>
              <w:t>events per year</w:t>
            </w:r>
          </w:p>
        </w:tc>
        <w:tc>
          <w:tcPr>
            <w:tcW w:type="dxa" w:w="1570"/>
          </w:tcPr>
          <w:p>
            <w:pPr>
              <w:spacing w:after="0"/>
              <w:jc w:val="left"/>
            </w:pPr>
            <w:r>
              <w:rPr>
                <w:sz w:val="16"/>
              </w:rPr>
              <w:t>about 1 in 13 years</w:t>
            </w:r>
          </w:p>
        </w:tc>
        <w:tc>
          <w:tcPr>
            <w:tcW w:type="dxa" w:w="1037"/>
          </w:tcPr>
          <w:p>
            <w:pPr>
              <w:spacing w:after="0"/>
              <w:jc w:val="left"/>
            </w:pPr>
            <w:r>
              <w:rPr>
                <w:sz w:val="16"/>
              </w:rPr>
              <w:t>Possible</w:t>
            </w:r>
          </w:p>
        </w:tc>
        <w:tc>
          <w:tcPr>
            <w:tcW w:type="dxa" w:w="172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2000"/>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23"/>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200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23"/>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200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0.00201</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0.201%</w:t>
            </w:r>
          </w:p>
        </w:tc>
        <w:tc>
          <w:tcPr>
            <w:tcW w:type="dxa" w:w="1037"/>
          </w:tcPr>
          <w:p>
            <w:pPr>
              <w:spacing w:after="0"/>
              <w:jc w:val="left"/>
            </w:pPr>
            <w:r>
              <w:rPr>
                <w:sz w:val="16"/>
              </w:rPr>
              <w:t>Possible</w:t>
            </w:r>
          </w:p>
        </w:tc>
        <w:tc>
          <w:tcPr>
            <w:tcW w:type="dxa" w:w="1723"/>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200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8.53</w:t>
            </w:r>
          </w:p>
        </w:tc>
        <w:tc>
          <w:tcPr>
            <w:tcW w:type="dxa" w:w="1448"/>
          </w:tcPr>
          <w:p>
            <w:pPr>
              <w:spacing w:after="0"/>
              <w:jc w:val="left"/>
            </w:pPr>
            <w:r>
              <w:rPr>
                <w:sz w:val="16"/>
              </w:rPr>
              <w:t>event-days per year</w:t>
            </w:r>
          </w:p>
        </w:tc>
        <w:tc>
          <w:tcPr>
            <w:tcW w:type="dxa" w:w="1570"/>
          </w:tcPr>
          <w:p>
            <w:pPr>
              <w:spacing w:after="0"/>
              <w:jc w:val="left"/>
            </w:pPr>
            <w:r>
              <w:rPr>
                <w:sz w:val="16"/>
              </w:rPr>
              <w:t>about 8.53 days per year</w:t>
            </w:r>
          </w:p>
        </w:tc>
        <w:tc>
          <w:tcPr>
            <w:tcW w:type="dxa" w:w="1037"/>
          </w:tcPr>
          <w:p>
            <w:pPr>
              <w:spacing w:after="0"/>
              <w:jc w:val="left"/>
            </w:pPr>
            <w:r>
              <w:rPr>
                <w:sz w:val="16"/>
              </w:rPr>
              <w:t>Likely</w:t>
            </w:r>
          </w:p>
        </w:tc>
        <w:tc>
          <w:tcPr>
            <w:tcW w:type="dxa" w:w="1723"/>
          </w:tcPr>
          <w:p>
            <w:pPr>
              <w:spacing w:after="0"/>
              <w:jc w:val="left"/>
            </w:pPr>
            <w:r>
              <w:rPr>
                <w:sz w:val="16"/>
              </w:rPr>
              <w:t>event-days in 23 of 30 years, 1996 to 2025 (76.7%)</w:t>
            </w:r>
          </w:p>
        </w:tc>
        <w:tc>
          <w:tcPr>
            <w:tcW w:type="dxa" w:w="1520"/>
          </w:tcPr>
          <w:p>
            <w:pPr>
              <w:spacing w:after="0"/>
              <w:jc w:val="right"/>
            </w:pPr>
            <w:r>
              <w:rPr>
                <w:sz w:val="16"/>
              </w:rPr>
              <w:t>162</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200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99</w:t>
            </w:r>
          </w:p>
        </w:tc>
        <w:tc>
          <w:tcPr>
            <w:tcW w:type="dxa" w:w="1476"/>
          </w:tcPr>
          <w:p>
            <w:pPr>
              <w:spacing w:after="0"/>
              <w:jc w:val="right"/>
            </w:pPr>
            <w:r>
              <w:rPr>
                <w:sz w:val="16"/>
              </w:rPr>
              <w:t>30</w:t>
            </w:r>
          </w:p>
        </w:tc>
        <w:tc>
          <w:tcPr>
            <w:tcW w:type="dxa" w:w="1476"/>
          </w:tcPr>
          <w:p>
            <w:pPr>
              <w:spacing w:after="0"/>
              <w:jc w:val="right"/>
            </w:pPr>
            <w:r>
              <w:rPr>
                <w:sz w:val="16"/>
              </w:rPr>
              <w:t>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53</w:t>
            </w:r>
          </w:p>
        </w:tc>
        <w:tc>
          <w:tcPr>
            <w:tcW w:type="dxa" w:w="1476"/>
          </w:tcPr>
          <w:p>
            <w:pPr>
              <w:spacing w:after="0"/>
              <w:jc w:val="right"/>
            </w:pPr>
            <w:r>
              <w:rPr>
                <w:sz w:val="16"/>
              </w:rPr>
              <w:t>30</w:t>
            </w:r>
          </w:p>
        </w:tc>
        <w:tc>
          <w:tcPr>
            <w:tcW w:type="dxa" w:w="1476"/>
          </w:tcPr>
          <w:p>
            <w:pPr>
              <w:spacing w:after="0"/>
              <w:jc w:val="right"/>
            </w:pPr>
            <w:r>
              <w:rPr>
                <w:sz w:val="16"/>
              </w:rPr>
              <w:t>1.77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1 of 11</w:t>
            </w:r>
          </w:p>
        </w:tc>
        <w:tc>
          <w:tcPr>
            <w:tcW w:type="dxa" w:w="874"/>
          </w:tcPr>
          <w:p>
            <w:pPr>
              <w:spacing w:after="0"/>
              <w:jc w:val="right"/>
            </w:pPr>
            <w:r>
              <w:rPr>
                <w:sz w:val="16"/>
              </w:rPr>
              <w:t>8.3</w:t>
            </w:r>
          </w:p>
        </w:tc>
        <w:tc>
          <w:tcPr>
            <w:tcW w:type="dxa" w:w="680"/>
          </w:tcPr>
          <w:p>
            <w:pPr>
              <w:spacing w:after="0"/>
              <w:jc w:val="right"/>
            </w:pPr>
            <w:r>
              <w:rPr>
                <w:sz w:val="16"/>
              </w:rPr>
              <w:t>8.3</w:t>
            </w:r>
          </w:p>
        </w:tc>
        <w:tc>
          <w:tcPr>
            <w:tcW w:type="dxa" w:w="648"/>
          </w:tcPr>
          <w:p>
            <w:pPr>
              <w:spacing w:after="0"/>
              <w:jc w:val="right"/>
            </w:pPr>
            <w:r>
              <w:rPr>
                <w:sz w:val="16"/>
              </w:rPr>
              <w:t>8.3</w:t>
            </w:r>
          </w:p>
        </w:tc>
        <w:tc>
          <w:tcPr>
            <w:tcW w:type="dxa" w:w="3577"/>
          </w:tcPr>
          <w:p>
            <w:pPr>
              <w:spacing w:after="0"/>
              <w:jc w:val="left"/>
            </w:pPr>
            <w:r>
              <w:rPr>
                <w:sz w:val="16"/>
              </w:rPr>
              <w:t>Very Low 1, Not Applicable 10</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11</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11</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11 of 11</w:t>
            </w:r>
          </w:p>
        </w:tc>
        <w:tc>
          <w:tcPr>
            <w:tcW w:type="dxa" w:w="874"/>
          </w:tcPr>
          <w:p>
            <w:pPr>
              <w:spacing w:after="0"/>
              <w:jc w:val="right"/>
            </w:pPr>
            <w:r>
              <w:rPr>
                <w:sz w:val="16"/>
              </w:rPr>
              <w:t>24.7</w:t>
            </w:r>
          </w:p>
        </w:tc>
        <w:tc>
          <w:tcPr>
            <w:tcW w:type="dxa" w:w="680"/>
          </w:tcPr>
          <w:p>
            <w:pPr>
              <w:spacing w:after="0"/>
              <w:jc w:val="right"/>
            </w:pPr>
            <w:r>
              <w:rPr>
                <w:sz w:val="16"/>
              </w:rPr>
              <w:t>31.7</w:t>
            </w:r>
          </w:p>
        </w:tc>
        <w:tc>
          <w:tcPr>
            <w:tcW w:type="dxa" w:w="648"/>
          </w:tcPr>
          <w:p>
            <w:pPr>
              <w:spacing w:after="0"/>
              <w:jc w:val="right"/>
            </w:pPr>
            <w:r>
              <w:rPr>
                <w:sz w:val="16"/>
              </w:rPr>
              <w:t>43.7</w:t>
            </w:r>
          </w:p>
        </w:tc>
        <w:tc>
          <w:tcPr>
            <w:tcW w:type="dxa" w:w="3577"/>
          </w:tcPr>
          <w:p>
            <w:pPr>
              <w:spacing w:after="0"/>
              <w:jc w:val="left"/>
            </w:pPr>
            <w:r>
              <w:rPr>
                <w:sz w:val="16"/>
              </w:rPr>
              <w:t>Relatively Low 11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7 of 11</w:t>
            </w:r>
          </w:p>
        </w:tc>
        <w:tc>
          <w:tcPr>
            <w:tcW w:type="dxa" w:w="874"/>
          </w:tcPr>
          <w:p>
            <w:pPr>
              <w:spacing w:after="0"/>
              <w:jc w:val="right"/>
            </w:pPr>
            <w:r>
              <w:rPr>
                <w:sz w:val="16"/>
              </w:rPr>
              <w:t>71.5</w:t>
            </w:r>
          </w:p>
        </w:tc>
        <w:tc>
          <w:tcPr>
            <w:tcW w:type="dxa" w:w="680"/>
          </w:tcPr>
          <w:p>
            <w:pPr>
              <w:spacing w:after="0"/>
              <w:jc w:val="right"/>
            </w:pPr>
            <w:r>
              <w:rPr>
                <w:sz w:val="16"/>
              </w:rPr>
              <w:t>80.9</w:t>
            </w:r>
          </w:p>
        </w:tc>
        <w:tc>
          <w:tcPr>
            <w:tcW w:type="dxa" w:w="648"/>
          </w:tcPr>
          <w:p>
            <w:pPr>
              <w:spacing w:after="0"/>
              <w:jc w:val="right"/>
            </w:pPr>
            <w:r>
              <w:rPr>
                <w:sz w:val="16"/>
              </w:rPr>
              <w:t>82.7</w:t>
            </w:r>
          </w:p>
        </w:tc>
        <w:tc>
          <w:tcPr>
            <w:tcW w:type="dxa" w:w="3577"/>
          </w:tcPr>
          <w:p>
            <w:pPr>
              <w:spacing w:after="0"/>
              <w:jc w:val="left"/>
            </w:pPr>
            <w:r>
              <w:rPr>
                <w:sz w:val="16"/>
              </w:rPr>
              <w:t>Relatively Low 4, Very Low 3, No Rating 4</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11 of 11</w:t>
            </w:r>
          </w:p>
        </w:tc>
        <w:tc>
          <w:tcPr>
            <w:tcW w:type="dxa" w:w="874"/>
          </w:tcPr>
          <w:p>
            <w:pPr>
              <w:spacing w:after="0"/>
              <w:jc w:val="right"/>
            </w:pPr>
            <w:r>
              <w:rPr>
                <w:sz w:val="16"/>
              </w:rPr>
              <w:t>26.8</w:t>
            </w:r>
          </w:p>
        </w:tc>
        <w:tc>
          <w:tcPr>
            <w:tcW w:type="dxa" w:w="680"/>
          </w:tcPr>
          <w:p>
            <w:pPr>
              <w:spacing w:after="0"/>
              <w:jc w:val="right"/>
            </w:pPr>
            <w:r>
              <w:rPr>
                <w:sz w:val="16"/>
              </w:rPr>
              <w:t>34.6</w:t>
            </w:r>
          </w:p>
        </w:tc>
        <w:tc>
          <w:tcPr>
            <w:tcW w:type="dxa" w:w="648"/>
          </w:tcPr>
          <w:p>
            <w:pPr>
              <w:spacing w:after="0"/>
              <w:jc w:val="right"/>
            </w:pPr>
            <w:r>
              <w:rPr>
                <w:sz w:val="16"/>
              </w:rPr>
              <w:t>70.5</w:t>
            </w:r>
          </w:p>
        </w:tc>
        <w:tc>
          <w:tcPr>
            <w:tcW w:type="dxa" w:w="3577"/>
          </w:tcPr>
          <w:p>
            <w:pPr>
              <w:spacing w:after="0"/>
              <w:jc w:val="left"/>
            </w:pPr>
            <w:r>
              <w:rPr>
                <w:sz w:val="16"/>
              </w:rPr>
              <w:t>Relatively Low 3, Very Low 8</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11 of 11</w:t>
            </w:r>
          </w:p>
        </w:tc>
        <w:tc>
          <w:tcPr>
            <w:tcW w:type="dxa" w:w="874"/>
          </w:tcPr>
          <w:p>
            <w:pPr>
              <w:spacing w:after="0"/>
              <w:jc w:val="right"/>
            </w:pPr>
            <w:r>
              <w:rPr>
                <w:sz w:val="16"/>
              </w:rPr>
              <w:t>50.2</w:t>
            </w:r>
          </w:p>
        </w:tc>
        <w:tc>
          <w:tcPr>
            <w:tcW w:type="dxa" w:w="680"/>
          </w:tcPr>
          <w:p>
            <w:pPr>
              <w:spacing w:after="0"/>
              <w:jc w:val="right"/>
            </w:pPr>
            <w:r>
              <w:rPr>
                <w:sz w:val="16"/>
              </w:rPr>
              <w:t>64.2</w:t>
            </w:r>
          </w:p>
        </w:tc>
        <w:tc>
          <w:tcPr>
            <w:tcW w:type="dxa" w:w="648"/>
          </w:tcPr>
          <w:p>
            <w:pPr>
              <w:spacing w:after="0"/>
              <w:jc w:val="right"/>
            </w:pPr>
            <w:r>
              <w:rPr>
                <w:sz w:val="16"/>
              </w:rPr>
              <w:t>75.5</w:t>
            </w:r>
          </w:p>
        </w:tc>
        <w:tc>
          <w:tcPr>
            <w:tcW w:type="dxa" w:w="3577"/>
          </w:tcPr>
          <w:p>
            <w:pPr>
              <w:spacing w:after="0"/>
              <w:jc w:val="left"/>
            </w:pPr>
            <w:r>
              <w:rPr>
                <w:sz w:val="16"/>
              </w:rPr>
              <w:t>Relatively Moderate 3, Relatively Low 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11 of 11</w:t>
            </w:r>
          </w:p>
        </w:tc>
        <w:tc>
          <w:tcPr>
            <w:tcW w:type="dxa" w:w="874"/>
          </w:tcPr>
          <w:p>
            <w:pPr>
              <w:spacing w:after="0"/>
              <w:jc w:val="right"/>
            </w:pPr>
            <w:r>
              <w:rPr>
                <w:sz w:val="16"/>
              </w:rPr>
              <w:t>85.5</w:t>
            </w:r>
          </w:p>
        </w:tc>
        <w:tc>
          <w:tcPr>
            <w:tcW w:type="dxa" w:w="680"/>
          </w:tcPr>
          <w:p>
            <w:pPr>
              <w:spacing w:after="0"/>
              <w:jc w:val="right"/>
            </w:pPr>
            <w:r>
              <w:rPr>
                <w:sz w:val="16"/>
              </w:rPr>
              <w:t>93.5</w:t>
            </w:r>
          </w:p>
        </w:tc>
        <w:tc>
          <w:tcPr>
            <w:tcW w:type="dxa" w:w="648"/>
          </w:tcPr>
          <w:p>
            <w:pPr>
              <w:spacing w:after="0"/>
              <w:jc w:val="right"/>
            </w:pPr>
            <w:r>
              <w:rPr>
                <w:sz w:val="16"/>
              </w:rPr>
              <w:t>96.6</w:t>
            </w:r>
          </w:p>
        </w:tc>
        <w:tc>
          <w:tcPr>
            <w:tcW w:type="dxa" w:w="3577"/>
          </w:tcPr>
          <w:p>
            <w:pPr>
              <w:spacing w:after="0"/>
              <w:jc w:val="left"/>
            </w:pPr>
            <w:r>
              <w:rPr>
                <w:sz w:val="16"/>
              </w:rPr>
              <w:t>Very High 1, Relatively High 10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11 of 11</w:t>
            </w:r>
          </w:p>
        </w:tc>
        <w:tc>
          <w:tcPr>
            <w:tcW w:type="dxa" w:w="874"/>
          </w:tcPr>
          <w:p>
            <w:pPr>
              <w:spacing w:after="0"/>
              <w:jc w:val="right"/>
            </w:pPr>
            <w:r>
              <w:rPr>
                <w:sz w:val="16"/>
              </w:rPr>
              <w:t>39.2</w:t>
            </w:r>
          </w:p>
        </w:tc>
        <w:tc>
          <w:tcPr>
            <w:tcW w:type="dxa" w:w="680"/>
          </w:tcPr>
          <w:p>
            <w:pPr>
              <w:spacing w:after="0"/>
              <w:jc w:val="right"/>
            </w:pPr>
            <w:r>
              <w:rPr>
                <w:sz w:val="16"/>
              </w:rPr>
              <w:t>45.9</w:t>
            </w:r>
          </w:p>
        </w:tc>
        <w:tc>
          <w:tcPr>
            <w:tcW w:type="dxa" w:w="648"/>
          </w:tcPr>
          <w:p>
            <w:pPr>
              <w:spacing w:after="0"/>
              <w:jc w:val="right"/>
            </w:pPr>
            <w:r>
              <w:rPr>
                <w:sz w:val="16"/>
              </w:rPr>
              <w:t>51.0</w:t>
            </w:r>
          </w:p>
        </w:tc>
        <w:tc>
          <w:tcPr>
            <w:tcW w:type="dxa" w:w="3577"/>
          </w:tcPr>
          <w:p>
            <w:pPr>
              <w:spacing w:after="0"/>
              <w:jc w:val="left"/>
            </w:pPr>
            <w:r>
              <w:rPr>
                <w:sz w:val="16"/>
              </w:rPr>
              <w:t>Very Low 11</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11 of 11</w:t>
            </w:r>
          </w:p>
        </w:tc>
        <w:tc>
          <w:tcPr>
            <w:tcW w:type="dxa" w:w="874"/>
          </w:tcPr>
          <w:p>
            <w:pPr>
              <w:spacing w:after="0"/>
              <w:jc w:val="right"/>
            </w:pPr>
            <w:r>
              <w:rPr>
                <w:sz w:val="16"/>
              </w:rPr>
              <w:t>54.3</w:t>
            </w:r>
          </w:p>
        </w:tc>
        <w:tc>
          <w:tcPr>
            <w:tcW w:type="dxa" w:w="680"/>
          </w:tcPr>
          <w:p>
            <w:pPr>
              <w:spacing w:after="0"/>
              <w:jc w:val="right"/>
            </w:pPr>
            <w:r>
              <w:rPr>
                <w:sz w:val="16"/>
              </w:rPr>
              <w:t>74.5</w:t>
            </w:r>
          </w:p>
        </w:tc>
        <w:tc>
          <w:tcPr>
            <w:tcW w:type="dxa" w:w="648"/>
          </w:tcPr>
          <w:p>
            <w:pPr>
              <w:spacing w:after="0"/>
              <w:jc w:val="right"/>
            </w:pPr>
            <w:r>
              <w:rPr>
                <w:sz w:val="16"/>
              </w:rPr>
              <w:t>89.8</w:t>
            </w:r>
          </w:p>
        </w:tc>
        <w:tc>
          <w:tcPr>
            <w:tcW w:type="dxa" w:w="3577"/>
          </w:tcPr>
          <w:p>
            <w:pPr>
              <w:spacing w:after="0"/>
              <w:jc w:val="left"/>
            </w:pPr>
            <w:r>
              <w:rPr>
                <w:sz w:val="16"/>
              </w:rPr>
              <w:t>Relatively Moderate 7, Relatively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11 of 11</w:t>
            </w:r>
          </w:p>
        </w:tc>
        <w:tc>
          <w:tcPr>
            <w:tcW w:type="dxa" w:w="874"/>
          </w:tcPr>
          <w:p>
            <w:pPr>
              <w:spacing w:after="0"/>
              <w:jc w:val="right"/>
            </w:pPr>
            <w:r>
              <w:rPr>
                <w:sz w:val="16"/>
              </w:rPr>
              <w:t>45.3</w:t>
            </w:r>
          </w:p>
        </w:tc>
        <w:tc>
          <w:tcPr>
            <w:tcW w:type="dxa" w:w="680"/>
          </w:tcPr>
          <w:p>
            <w:pPr>
              <w:spacing w:after="0"/>
              <w:jc w:val="right"/>
            </w:pPr>
            <w:r>
              <w:rPr>
                <w:sz w:val="16"/>
              </w:rPr>
              <w:t>98.3</w:t>
            </w:r>
          </w:p>
        </w:tc>
        <w:tc>
          <w:tcPr>
            <w:tcW w:type="dxa" w:w="648"/>
          </w:tcPr>
          <w:p>
            <w:pPr>
              <w:spacing w:after="0"/>
              <w:jc w:val="right"/>
            </w:pPr>
            <w:r>
              <w:rPr>
                <w:sz w:val="16"/>
              </w:rPr>
              <w:t>99.8</w:t>
            </w:r>
          </w:p>
        </w:tc>
        <w:tc>
          <w:tcPr>
            <w:tcW w:type="dxa" w:w="3577"/>
          </w:tcPr>
          <w:p>
            <w:pPr>
              <w:spacing w:after="0"/>
              <w:jc w:val="left"/>
            </w:pPr>
            <w:r>
              <w:rPr>
                <w:sz w:val="16"/>
              </w:rPr>
              <w:t>Very High 7, Relatively High 1, Relatively Moderate 2, Relatively Low 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11 of 11</w:t>
            </w:r>
          </w:p>
        </w:tc>
        <w:tc>
          <w:tcPr>
            <w:tcW w:type="dxa" w:w="874"/>
          </w:tcPr>
          <w:p>
            <w:pPr>
              <w:spacing w:after="0"/>
              <w:jc w:val="right"/>
            </w:pPr>
            <w:r>
              <w:rPr>
                <w:sz w:val="16"/>
              </w:rPr>
              <w:t>22.7</w:t>
            </w:r>
          </w:p>
        </w:tc>
        <w:tc>
          <w:tcPr>
            <w:tcW w:type="dxa" w:w="680"/>
          </w:tcPr>
          <w:p>
            <w:pPr>
              <w:spacing w:after="0"/>
              <w:jc w:val="right"/>
            </w:pPr>
            <w:r>
              <w:rPr>
                <w:sz w:val="16"/>
              </w:rPr>
              <w:t>96.4</w:t>
            </w:r>
          </w:p>
        </w:tc>
        <w:tc>
          <w:tcPr>
            <w:tcW w:type="dxa" w:w="648"/>
          </w:tcPr>
          <w:p>
            <w:pPr>
              <w:spacing w:after="0"/>
              <w:jc w:val="right"/>
            </w:pPr>
            <w:r>
              <w:rPr>
                <w:sz w:val="16"/>
              </w:rPr>
              <w:t>99.1</w:t>
            </w:r>
          </w:p>
        </w:tc>
        <w:tc>
          <w:tcPr>
            <w:tcW w:type="dxa" w:w="3577"/>
          </w:tcPr>
          <w:p>
            <w:pPr>
              <w:spacing w:after="0"/>
              <w:jc w:val="left"/>
            </w:pPr>
            <w:r>
              <w:rPr>
                <w:sz w:val="16"/>
              </w:rPr>
              <w:t>Relatively Moderate 7, Relatively Low 1, Very Low 3</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11 of 11</w:t>
            </w:r>
          </w:p>
        </w:tc>
        <w:tc>
          <w:tcPr>
            <w:tcW w:type="dxa" w:w="874"/>
          </w:tcPr>
          <w:p>
            <w:pPr>
              <w:spacing w:after="0"/>
              <w:jc w:val="right"/>
            </w:pPr>
            <w:r>
              <w:rPr>
                <w:sz w:val="16"/>
              </w:rPr>
              <w:t>39.8</w:t>
            </w:r>
          </w:p>
        </w:tc>
        <w:tc>
          <w:tcPr>
            <w:tcW w:type="dxa" w:w="680"/>
          </w:tcPr>
          <w:p>
            <w:pPr>
              <w:spacing w:after="0"/>
              <w:jc w:val="right"/>
            </w:pPr>
            <w:r>
              <w:rPr>
                <w:sz w:val="16"/>
              </w:rPr>
              <w:t>58.4</w:t>
            </w:r>
          </w:p>
        </w:tc>
        <w:tc>
          <w:tcPr>
            <w:tcW w:type="dxa" w:w="648"/>
          </w:tcPr>
          <w:p>
            <w:pPr>
              <w:spacing w:after="0"/>
              <w:jc w:val="right"/>
            </w:pPr>
            <w:r>
              <w:rPr>
                <w:sz w:val="16"/>
              </w:rPr>
              <w:t>78.5</w:t>
            </w:r>
          </w:p>
        </w:tc>
        <w:tc>
          <w:tcPr>
            <w:tcW w:type="dxa" w:w="3577"/>
          </w:tcPr>
          <w:p>
            <w:pPr>
              <w:spacing w:after="0"/>
              <w:jc w:val="left"/>
            </w:pPr>
            <w:r>
              <w:rPr>
                <w:sz w:val="16"/>
              </w:rPr>
              <w:t>Relatively High 2, Relatively Moderate 6, Relatively Low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11 of 11</w:t>
            </w:r>
          </w:p>
        </w:tc>
        <w:tc>
          <w:tcPr>
            <w:tcW w:type="dxa" w:w="874"/>
          </w:tcPr>
          <w:p>
            <w:pPr>
              <w:spacing w:after="0"/>
              <w:jc w:val="right"/>
            </w:pPr>
            <w:r>
              <w:rPr>
                <w:sz w:val="16"/>
              </w:rPr>
              <w:t>51.0</w:t>
            </w:r>
          </w:p>
        </w:tc>
        <w:tc>
          <w:tcPr>
            <w:tcW w:type="dxa" w:w="680"/>
          </w:tcPr>
          <w:p>
            <w:pPr>
              <w:spacing w:after="0"/>
              <w:jc w:val="right"/>
            </w:pPr>
            <w:r>
              <w:rPr>
                <w:sz w:val="16"/>
              </w:rPr>
              <w:t>69.7</w:t>
            </w:r>
          </w:p>
        </w:tc>
        <w:tc>
          <w:tcPr>
            <w:tcW w:type="dxa" w:w="648"/>
          </w:tcPr>
          <w:p>
            <w:pPr>
              <w:spacing w:after="0"/>
              <w:jc w:val="right"/>
            </w:pPr>
            <w:r>
              <w:rPr>
                <w:sz w:val="16"/>
              </w:rPr>
              <w:t>84.3</w:t>
            </w:r>
          </w:p>
        </w:tc>
        <w:tc>
          <w:tcPr>
            <w:tcW w:type="dxa" w:w="3577"/>
          </w:tcPr>
          <w:p>
            <w:pPr>
              <w:spacing w:after="0"/>
              <w:jc w:val="left"/>
            </w:pPr>
            <w:r>
              <w:rPr>
                <w:sz w:val="16"/>
              </w:rPr>
              <w:t>Relatively High 2, Relatively Moderate 7, Relatively Low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11 of 11</w:t>
            </w:r>
          </w:p>
        </w:tc>
        <w:tc>
          <w:tcPr>
            <w:tcW w:type="dxa" w:w="874"/>
          </w:tcPr>
          <w:p>
            <w:pPr>
              <w:spacing w:after="0"/>
              <w:jc w:val="right"/>
            </w:pPr>
            <w:r>
              <w:rPr>
                <w:sz w:val="16"/>
              </w:rPr>
              <w:t>35.7</w:t>
            </w:r>
          </w:p>
        </w:tc>
        <w:tc>
          <w:tcPr>
            <w:tcW w:type="dxa" w:w="680"/>
          </w:tcPr>
          <w:p>
            <w:pPr>
              <w:spacing w:after="0"/>
              <w:jc w:val="right"/>
            </w:pPr>
            <w:r>
              <w:rPr>
                <w:sz w:val="16"/>
              </w:rPr>
              <w:t>46.2</w:t>
            </w:r>
          </w:p>
        </w:tc>
        <w:tc>
          <w:tcPr>
            <w:tcW w:type="dxa" w:w="648"/>
          </w:tcPr>
          <w:p>
            <w:pPr>
              <w:spacing w:after="0"/>
              <w:jc w:val="right"/>
            </w:pPr>
            <w:r>
              <w:rPr>
                <w:sz w:val="16"/>
              </w:rPr>
              <w:t>58.4</w:t>
            </w:r>
          </w:p>
        </w:tc>
        <w:tc>
          <w:tcPr>
            <w:tcW w:type="dxa" w:w="3577"/>
          </w:tcPr>
          <w:p>
            <w:pPr>
              <w:spacing w:after="0"/>
              <w:jc w:val="left"/>
            </w:pPr>
            <w:r>
              <w:rPr>
                <w:sz w:val="16"/>
              </w:rPr>
              <w:t>Relatively Moderate 2, Relatively Low 9</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11</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11</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11</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11</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9 of 11</w:t>
            </w:r>
          </w:p>
        </w:tc>
        <w:tc>
          <w:tcPr>
            <w:tcW w:type="dxa" w:w="874"/>
          </w:tcPr>
          <w:p>
            <w:pPr>
              <w:spacing w:after="0"/>
              <w:jc w:val="right"/>
            </w:pPr>
            <w:r>
              <w:rPr>
                <w:sz w:val="16"/>
              </w:rPr>
              <w:t>49.2</w:t>
            </w:r>
          </w:p>
        </w:tc>
        <w:tc>
          <w:tcPr>
            <w:tcW w:type="dxa" w:w="680"/>
          </w:tcPr>
          <w:p>
            <w:pPr>
              <w:spacing w:after="0"/>
              <w:jc w:val="right"/>
            </w:pPr>
            <w:r>
              <w:rPr>
                <w:sz w:val="16"/>
              </w:rPr>
              <w:t>90.3</w:t>
            </w:r>
          </w:p>
        </w:tc>
        <w:tc>
          <w:tcPr>
            <w:tcW w:type="dxa" w:w="648"/>
          </w:tcPr>
          <w:p>
            <w:pPr>
              <w:spacing w:after="0"/>
              <w:jc w:val="right"/>
            </w:pPr>
            <w:r>
              <w:rPr>
                <w:sz w:val="16"/>
              </w:rPr>
              <w:t>92.5</w:t>
            </w:r>
          </w:p>
        </w:tc>
        <w:tc>
          <w:tcPr>
            <w:tcW w:type="dxa" w:w="3577"/>
          </w:tcPr>
          <w:p>
            <w:pPr>
              <w:spacing w:after="0"/>
              <w:jc w:val="left"/>
            </w:pPr>
            <w:r>
              <w:rPr>
                <w:sz w:val="16"/>
              </w:rPr>
              <w:t>Relatively Moderate 6, Relatively Low 2, Very Low 1, No Rating 2</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11 of 11</w:t>
            </w:r>
          </w:p>
        </w:tc>
        <w:tc>
          <w:tcPr>
            <w:tcW w:type="dxa" w:w="874"/>
          </w:tcPr>
          <w:p>
            <w:pPr>
              <w:spacing w:after="0"/>
              <w:jc w:val="right"/>
            </w:pPr>
            <w:r>
              <w:rPr>
                <w:sz w:val="16"/>
              </w:rPr>
              <w:t>52.9</w:t>
            </w:r>
          </w:p>
        </w:tc>
        <w:tc>
          <w:tcPr>
            <w:tcW w:type="dxa" w:w="680"/>
          </w:tcPr>
          <w:p>
            <w:pPr>
              <w:spacing w:after="0"/>
              <w:jc w:val="right"/>
            </w:pPr>
            <w:r>
              <w:rPr>
                <w:sz w:val="16"/>
              </w:rPr>
              <w:t>68.5</w:t>
            </w:r>
          </w:p>
        </w:tc>
        <w:tc>
          <w:tcPr>
            <w:tcW w:type="dxa" w:w="648"/>
          </w:tcPr>
          <w:p>
            <w:pPr>
              <w:spacing w:after="0"/>
              <w:jc w:val="right"/>
            </w:pPr>
            <w:r>
              <w:rPr>
                <w:sz w:val="16"/>
              </w:rPr>
              <w:t>82.8</w:t>
            </w:r>
          </w:p>
        </w:tc>
        <w:tc>
          <w:tcPr>
            <w:tcW w:type="dxa" w:w="3577"/>
          </w:tcPr>
          <w:p>
            <w:pPr>
              <w:spacing w:after="0"/>
              <w:jc w:val="left"/>
            </w:pPr>
            <w:r>
              <w:rPr>
                <w:sz w:val="16"/>
              </w:rPr>
              <w:t>Relatively High 2, Relatively Moderate 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202"/>
        <w:gridCol w:w="680"/>
        <w:gridCol w:w="2528"/>
        <w:gridCol w:w="2042"/>
        <w:gridCol w:w="1457"/>
        <w:gridCol w:w="1731"/>
        <w:gridCol w:w="4471"/>
      </w:tblGrid>
      <w:tr>
        <w:trPr>
          <w:cantSplit/>
          <w:tblHeader/>
        </w:trPr>
        <w:tc>
          <w:tcPr>
            <w:tcW w:type="dxa" w:w="1202"/>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2528"/>
            <w:shd w:val="clear" w:color="auto" w:fill="E8E8E8"/>
          </w:tcPr>
          <w:p>
            <w:pPr>
              <w:spacing w:after="0"/>
              <w:jc w:val="left"/>
            </w:pPr>
            <w:r>
              <w:rPr>
                <w:b/>
                <w:sz w:val="16"/>
              </w:rPr>
              <w:t>Plan status</w:t>
            </w:r>
          </w:p>
        </w:tc>
        <w:tc>
          <w:tcPr>
            <w:tcW w:type="dxa" w:w="20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5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3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471"/>
            <w:shd w:val="clear" w:color="auto" w:fill="E8E8E8"/>
          </w:tcPr>
          <w:p>
            <w:pPr>
              <w:spacing w:after="0"/>
              <w:jc w:val="left"/>
            </w:pPr>
            <w:r>
              <w:rPr>
                <w:b/>
                <w:sz w:val="16"/>
              </w:rPr>
              <w:t>Notes</w:t>
            </w:r>
          </w:p>
        </w:tc>
      </w:tr>
      <w:tr>
        <w:trPr>
          <w:cantSplit/>
        </w:trPr>
        <w:tc>
          <w:tcPr>
            <w:tcW w:type="dxa" w:w="1202"/>
          </w:tcPr>
          <w:p>
            <w:pPr>
              <w:spacing w:after="0"/>
              <w:jc w:val="left"/>
            </w:pPr>
            <w:r>
              <w:rPr>
                <w:sz w:val="16"/>
              </w:rPr>
              <w:t>Wayne County</w:t>
            </w:r>
          </w:p>
        </w:tc>
        <w:tc>
          <w:tcPr>
            <w:tcW w:type="dxa" w:w="680"/>
          </w:tcPr>
          <w:p>
            <w:pPr>
              <w:spacing w:after="0"/>
              <w:jc w:val="left"/>
            </w:pPr>
            <w:r>
              <w:rPr>
                <w:sz w:val="16"/>
              </w:rPr>
              <w:t>County</w:t>
            </w:r>
          </w:p>
        </w:tc>
        <w:tc>
          <w:tcPr>
            <w:tcW w:type="dxa" w:w="2528"/>
          </w:tcPr>
          <w:p>
            <w:pPr>
              <w:spacing w:after="0"/>
              <w:jc w:val="left"/>
            </w:pPr>
            <w:r>
              <w:rPr>
                <w:sz w:val="16"/>
              </w:rPr>
              <w:t>Approved, expires 2029-09-05</w:t>
            </w:r>
          </w:p>
        </w:tc>
        <w:tc>
          <w:tcPr>
            <w:tcW w:type="dxa" w:w="2042"/>
          </w:tcPr>
          <w:p>
            <w:pPr>
              <w:spacing w:after="0"/>
              <w:jc w:val="right"/>
            </w:pPr>
            <w:r>
              <w:rPr>
                <w:sz w:val="16"/>
              </w:rPr>
              <w:t>FMA RL 2, SRL 3; any 35</w:t>
            </w:r>
          </w:p>
        </w:tc>
        <w:tc>
          <w:tcPr>
            <w:tcW w:type="dxa" w:w="1457"/>
          </w:tcPr>
          <w:p>
            <w:pPr>
              <w:spacing w:after="0"/>
              <w:jc w:val="right"/>
            </w:pPr>
            <w:r>
              <w:rPr>
                <w:sz w:val="16"/>
              </w:rPr>
              <w:t>$352,270.71</w:t>
            </w:r>
          </w:p>
        </w:tc>
        <w:tc>
          <w:tcPr>
            <w:tcW w:type="dxa" w:w="1731"/>
          </w:tcPr>
          <w:p>
            <w:pPr>
              <w:spacing w:after="0"/>
              <w:jc w:val="right"/>
            </w:pPr>
            <w:r>
              <w:rPr>
                <w:sz w:val="16"/>
              </w:rPr>
              <w:t>0; 0</w:t>
            </w:r>
          </w:p>
        </w:tc>
        <w:tc>
          <w:tcPr>
            <w:tcW w:type="dxa" w:w="4471"/>
          </w:tcPr>
          <w:p>
            <w:pPr>
              <w:spacing w:after="0"/>
              <w:jc w:val="left"/>
            </w:pPr>
          </w:p>
        </w:tc>
      </w:tr>
      <w:tr>
        <w:trPr>
          <w:cantSplit/>
        </w:trPr>
        <w:tc>
          <w:tcPr>
            <w:tcW w:type="dxa" w:w="1202"/>
          </w:tcPr>
          <w:p>
            <w:pPr>
              <w:spacing w:after="0"/>
              <w:jc w:val="left"/>
            </w:pPr>
            <w:r>
              <w:rPr>
                <w:sz w:val="16"/>
              </w:rPr>
              <w:t>Ceredo city</w:t>
            </w:r>
          </w:p>
        </w:tc>
        <w:tc>
          <w:tcPr>
            <w:tcW w:type="dxa" w:w="680"/>
          </w:tcPr>
          <w:p>
            <w:pPr>
              <w:spacing w:after="0"/>
              <w:jc w:val="left"/>
            </w:pPr>
            <w:r>
              <w:rPr>
                <w:sz w:val="16"/>
              </w:rPr>
              <w:t>City</w:t>
            </w:r>
          </w:p>
        </w:tc>
        <w:tc>
          <w:tcPr>
            <w:tcW w:type="dxa" w:w="2528"/>
          </w:tcPr>
          <w:p>
            <w:pPr>
              <w:spacing w:after="0"/>
              <w:jc w:val="left"/>
            </w:pPr>
            <w:r>
              <w:rPr>
                <w:sz w:val="16"/>
              </w:rPr>
              <w:t>Approved, expires 2029-09-05</w:t>
            </w:r>
          </w:p>
        </w:tc>
        <w:tc>
          <w:tcPr>
            <w:tcW w:type="dxa" w:w="2042"/>
          </w:tcPr>
          <w:p>
            <w:pPr>
              <w:spacing w:after="0"/>
              <w:jc w:val="right"/>
            </w:pPr>
            <w:r>
              <w:rPr>
                <w:sz w:val="16"/>
              </w:rPr>
              <w:t>FMA RL 0, SRL 0; any 1</w:t>
            </w:r>
          </w:p>
        </w:tc>
        <w:tc>
          <w:tcPr>
            <w:tcW w:type="dxa" w:w="1457"/>
          </w:tcPr>
          <w:p>
            <w:pPr>
              <w:spacing w:after="0"/>
              <w:jc w:val="right"/>
            </w:pPr>
            <w:r>
              <w:rPr>
                <w:sz w:val="16"/>
              </w:rPr>
              <w:t>none found</w:t>
            </w:r>
          </w:p>
        </w:tc>
        <w:tc>
          <w:tcPr>
            <w:tcW w:type="dxa" w:w="1731"/>
          </w:tcPr>
          <w:p>
            <w:pPr>
              <w:spacing w:after="0"/>
              <w:jc w:val="right"/>
            </w:pPr>
            <w:r>
              <w:rPr>
                <w:sz w:val="16"/>
              </w:rPr>
              <w:t>13; 0</w:t>
            </w:r>
          </w:p>
        </w:tc>
        <w:tc>
          <w:tcPr>
            <w:tcW w:type="dxa" w:w="4471"/>
          </w:tcPr>
          <w:p>
            <w:pPr>
              <w:spacing w:after="0"/>
              <w:jc w:val="left"/>
            </w:pPr>
          </w:p>
        </w:tc>
      </w:tr>
      <w:tr>
        <w:trPr>
          <w:cantSplit/>
        </w:trPr>
        <w:tc>
          <w:tcPr>
            <w:tcW w:type="dxa" w:w="1202"/>
          </w:tcPr>
          <w:p>
            <w:pPr>
              <w:spacing w:after="0"/>
              <w:jc w:val="left"/>
            </w:pPr>
            <w:r>
              <w:rPr>
                <w:sz w:val="16"/>
              </w:rPr>
              <w:t>Fort Gay town</w:t>
            </w:r>
          </w:p>
        </w:tc>
        <w:tc>
          <w:tcPr>
            <w:tcW w:type="dxa" w:w="680"/>
          </w:tcPr>
          <w:p>
            <w:pPr>
              <w:spacing w:after="0"/>
              <w:jc w:val="left"/>
            </w:pPr>
            <w:r>
              <w:rPr>
                <w:sz w:val="16"/>
              </w:rPr>
              <w:t>Town</w:t>
            </w:r>
          </w:p>
        </w:tc>
        <w:tc>
          <w:tcPr>
            <w:tcW w:type="dxa" w:w="2528"/>
          </w:tcPr>
          <w:p>
            <w:pPr>
              <w:spacing w:after="0"/>
              <w:jc w:val="left"/>
            </w:pPr>
            <w:r>
              <w:rPr>
                <w:sz w:val="16"/>
              </w:rPr>
              <w:t>Approved, expires 2029-09-05</w:t>
            </w:r>
          </w:p>
        </w:tc>
        <w:tc>
          <w:tcPr>
            <w:tcW w:type="dxa" w:w="2042"/>
          </w:tcPr>
          <w:p>
            <w:pPr>
              <w:spacing w:after="0"/>
              <w:jc w:val="right"/>
            </w:pPr>
            <w:r>
              <w:rPr>
                <w:sz w:val="16"/>
              </w:rPr>
              <w:t>FMA RL 0, SRL 0; any 2</w:t>
            </w:r>
          </w:p>
        </w:tc>
        <w:tc>
          <w:tcPr>
            <w:tcW w:type="dxa" w:w="1457"/>
          </w:tcPr>
          <w:p>
            <w:pPr>
              <w:spacing w:after="0"/>
              <w:jc w:val="right"/>
            </w:pPr>
            <w:r>
              <w:rPr>
                <w:sz w:val="16"/>
              </w:rPr>
              <w:t>$50,089.41</w:t>
            </w:r>
          </w:p>
        </w:tc>
        <w:tc>
          <w:tcPr>
            <w:tcW w:type="dxa" w:w="1731"/>
          </w:tcPr>
          <w:p>
            <w:pPr>
              <w:spacing w:after="0"/>
              <w:jc w:val="right"/>
            </w:pPr>
            <w:r>
              <w:rPr>
                <w:sz w:val="16"/>
              </w:rPr>
              <w:t>19; 0</w:t>
            </w:r>
          </w:p>
        </w:tc>
        <w:tc>
          <w:tcPr>
            <w:tcW w:type="dxa" w:w="4471"/>
          </w:tcPr>
          <w:p>
            <w:pPr>
              <w:spacing w:after="0"/>
              <w:jc w:val="left"/>
            </w:pPr>
          </w:p>
        </w:tc>
      </w:tr>
      <w:tr>
        <w:trPr>
          <w:cantSplit/>
        </w:trPr>
        <w:tc>
          <w:tcPr>
            <w:tcW w:type="dxa" w:w="1202"/>
          </w:tcPr>
          <w:p>
            <w:pPr>
              <w:spacing w:after="0"/>
              <w:jc w:val="left"/>
            </w:pPr>
            <w:r>
              <w:rPr>
                <w:sz w:val="16"/>
              </w:rPr>
              <w:t>Huntington city</w:t>
            </w:r>
          </w:p>
        </w:tc>
        <w:tc>
          <w:tcPr>
            <w:tcW w:type="dxa" w:w="680"/>
          </w:tcPr>
          <w:p>
            <w:pPr>
              <w:spacing w:after="0"/>
              <w:jc w:val="left"/>
            </w:pPr>
            <w:r>
              <w:rPr>
                <w:sz w:val="16"/>
              </w:rPr>
              <w:t>City</w:t>
            </w:r>
          </w:p>
        </w:tc>
        <w:tc>
          <w:tcPr>
            <w:tcW w:type="dxa" w:w="2528"/>
          </w:tcPr>
          <w:p>
            <w:pPr>
              <w:spacing w:after="0"/>
              <w:jc w:val="left"/>
            </w:pPr>
            <w:r>
              <w:rPr>
                <w:sz w:val="16"/>
              </w:rPr>
              <w:t>Approved, expires 2029-09-05</w:t>
            </w:r>
          </w:p>
        </w:tc>
        <w:tc>
          <w:tcPr>
            <w:tcW w:type="dxa" w:w="2042"/>
          </w:tcPr>
          <w:p>
            <w:pPr>
              <w:spacing w:after="0"/>
              <w:jc w:val="right"/>
            </w:pPr>
            <w:r>
              <w:rPr>
                <w:sz w:val="16"/>
              </w:rPr>
              <w:t>FMA RL 4, SRL 10; any 45</w:t>
            </w:r>
          </w:p>
        </w:tc>
        <w:tc>
          <w:tcPr>
            <w:tcW w:type="dxa" w:w="1457"/>
          </w:tcPr>
          <w:p>
            <w:pPr>
              <w:spacing w:after="0"/>
              <w:jc w:val="right"/>
            </w:pPr>
            <w:r>
              <w:rPr>
                <w:sz w:val="16"/>
              </w:rPr>
              <w:t>none found</w:t>
            </w:r>
          </w:p>
        </w:tc>
        <w:tc>
          <w:tcPr>
            <w:tcW w:type="dxa" w:w="1731"/>
          </w:tcPr>
          <w:p>
            <w:pPr>
              <w:spacing w:after="0"/>
              <w:jc w:val="right"/>
            </w:pPr>
            <w:r>
              <w:rPr>
                <w:sz w:val="16"/>
              </w:rPr>
              <w:t>1; 0</w:t>
            </w:r>
          </w:p>
        </w:tc>
        <w:tc>
          <w:tcPr>
            <w:tcW w:type="dxa" w:w="4471"/>
          </w:tcPr>
          <w:p>
            <w:pPr>
              <w:spacing w:after="0"/>
              <w:jc w:val="left"/>
            </w:pPr>
            <w:r>
              <w:rPr>
                <w:sz w:val="16"/>
              </w:rPr>
              <w:t>Whole community, including the part in Cabell County; in-county portion (county table): FMA RL 0, FMA SRL 0, NFIP RL 4, NFIP SRL 1, any category 4.</w:t>
            </w:r>
          </w:p>
        </w:tc>
      </w:tr>
      <w:tr>
        <w:trPr>
          <w:cantSplit/>
        </w:trPr>
        <w:tc>
          <w:tcPr>
            <w:tcW w:type="dxa" w:w="1202"/>
          </w:tcPr>
          <w:p>
            <w:pPr>
              <w:spacing w:after="0"/>
              <w:jc w:val="left"/>
            </w:pPr>
            <w:r>
              <w:rPr>
                <w:sz w:val="16"/>
              </w:rPr>
              <w:t>Kenova city</w:t>
            </w:r>
          </w:p>
        </w:tc>
        <w:tc>
          <w:tcPr>
            <w:tcW w:type="dxa" w:w="680"/>
          </w:tcPr>
          <w:p>
            <w:pPr>
              <w:spacing w:after="0"/>
              <w:jc w:val="left"/>
            </w:pPr>
            <w:r>
              <w:rPr>
                <w:sz w:val="16"/>
              </w:rPr>
              <w:t>City</w:t>
            </w:r>
          </w:p>
        </w:tc>
        <w:tc>
          <w:tcPr>
            <w:tcW w:type="dxa" w:w="2528"/>
          </w:tcPr>
          <w:p>
            <w:pPr>
              <w:spacing w:after="0"/>
              <w:jc w:val="left"/>
            </w:pPr>
            <w:r>
              <w:rPr>
                <w:sz w:val="16"/>
              </w:rPr>
              <w:t>Approved, expires 2029-09-05</w:t>
            </w:r>
          </w:p>
        </w:tc>
        <w:tc>
          <w:tcPr>
            <w:tcW w:type="dxa" w:w="2042"/>
          </w:tcPr>
          <w:p>
            <w:pPr>
              <w:spacing w:after="0"/>
              <w:jc w:val="right"/>
            </w:pPr>
            <w:r>
              <w:rPr>
                <w:sz w:val="16"/>
              </w:rPr>
              <w:t>FMA RL 0, SRL 0; any 0</w:t>
            </w:r>
          </w:p>
        </w:tc>
        <w:tc>
          <w:tcPr>
            <w:tcW w:type="dxa" w:w="1457"/>
          </w:tcPr>
          <w:p>
            <w:pPr>
              <w:spacing w:after="0"/>
              <w:jc w:val="right"/>
            </w:pPr>
            <w:r>
              <w:rPr>
                <w:sz w:val="16"/>
              </w:rPr>
              <w:t>$129,448.97</w:t>
            </w:r>
          </w:p>
        </w:tc>
        <w:tc>
          <w:tcPr>
            <w:tcW w:type="dxa" w:w="1731"/>
          </w:tcPr>
          <w:p>
            <w:pPr>
              <w:spacing w:after="0"/>
              <w:jc w:val="right"/>
            </w:pPr>
            <w:r>
              <w:rPr>
                <w:sz w:val="16"/>
              </w:rPr>
              <w:t>19; 1</w:t>
            </w:r>
          </w:p>
        </w:tc>
        <w:tc>
          <w:tcPr>
            <w:tcW w:type="dxa" w:w="4471"/>
          </w:tcPr>
          <w:p>
            <w:pPr>
              <w:spacing w:after="0"/>
              <w:jc w:val="left"/>
            </w:pPr>
          </w:p>
        </w:tc>
      </w:tr>
      <w:tr>
        <w:trPr>
          <w:cantSplit/>
        </w:trPr>
        <w:tc>
          <w:tcPr>
            <w:tcW w:type="dxa" w:w="1202"/>
          </w:tcPr>
          <w:p>
            <w:pPr>
              <w:spacing w:after="0"/>
              <w:jc w:val="left"/>
            </w:pPr>
            <w:r>
              <w:rPr>
                <w:sz w:val="16"/>
              </w:rPr>
              <w:t>Wayne town</w:t>
            </w:r>
          </w:p>
        </w:tc>
        <w:tc>
          <w:tcPr>
            <w:tcW w:type="dxa" w:w="680"/>
          </w:tcPr>
          <w:p>
            <w:pPr>
              <w:spacing w:after="0"/>
              <w:jc w:val="left"/>
            </w:pPr>
            <w:r>
              <w:rPr>
                <w:sz w:val="16"/>
              </w:rPr>
              <w:t>Town</w:t>
            </w:r>
          </w:p>
        </w:tc>
        <w:tc>
          <w:tcPr>
            <w:tcW w:type="dxa" w:w="2528"/>
          </w:tcPr>
          <w:p>
            <w:pPr>
              <w:spacing w:after="0"/>
              <w:jc w:val="left"/>
            </w:pPr>
            <w:r>
              <w:rPr>
                <w:sz w:val="16"/>
              </w:rPr>
              <w:t>Approved, expires 2029-09-05</w:t>
            </w:r>
          </w:p>
        </w:tc>
        <w:tc>
          <w:tcPr>
            <w:tcW w:type="dxa" w:w="2042"/>
          </w:tcPr>
          <w:p>
            <w:pPr>
              <w:spacing w:after="0"/>
              <w:jc w:val="right"/>
            </w:pPr>
            <w:r>
              <w:rPr>
                <w:sz w:val="16"/>
              </w:rPr>
              <w:t>FMA RL 0, SRL 0; any 1</w:t>
            </w:r>
          </w:p>
        </w:tc>
        <w:tc>
          <w:tcPr>
            <w:tcW w:type="dxa" w:w="1457"/>
          </w:tcPr>
          <w:p>
            <w:pPr>
              <w:spacing w:after="0"/>
              <w:jc w:val="right"/>
            </w:pPr>
            <w:r>
              <w:rPr>
                <w:sz w:val="16"/>
              </w:rPr>
              <w:t>$45,118.69</w:t>
            </w:r>
          </w:p>
        </w:tc>
        <w:tc>
          <w:tcPr>
            <w:tcW w:type="dxa" w:w="1731"/>
          </w:tcPr>
          <w:p>
            <w:pPr>
              <w:spacing w:after="0"/>
              <w:jc w:val="right"/>
            </w:pPr>
            <w:r>
              <w:rPr>
                <w:sz w:val="16"/>
              </w:rPr>
              <w:t>27; 0</w:t>
            </w:r>
          </w:p>
        </w:tc>
        <w:tc>
          <w:tcPr>
            <w:tcW w:type="dxa" w:w="447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246"/>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2024-09-06</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2"/>
          </w:tcPr>
          <w:p>
            <w:pPr>
              <w:spacing w:after="0"/>
              <w:jc w:val="right"/>
            </w:pPr>
          </w:p>
        </w:tc>
        <w:tc>
          <w:tcPr>
            <w:tcW w:type="dxa" w:w="1042"/>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155"/>
          </w:tcPr>
          <w:p>
            <w:pPr>
              <w:spacing w:after="0"/>
              <w:jc w:val="right"/>
            </w:pPr>
            <w:r>
              <w:rPr>
                <w:sz w:val="16"/>
              </w:rPr>
              <w:t>$22</w:t>
            </w: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$7,160,455,971</w:t>
            </w:r>
          </w:p>
        </w:tc>
        <w:tc>
          <w:tcPr>
            <w:tcW w:type="dxa" w:w="1132"/>
          </w:tcPr>
          <w:p>
            <w:pPr>
              <w:spacing w:after="0"/>
              <w:jc w:val="right"/>
            </w:pPr>
            <w:r>
              <w:rPr>
                <w:sz w:val="16"/>
              </w:rPr>
              <w:t>$2,166,713</w:t>
            </w:r>
          </w:p>
        </w:tc>
        <w:tc>
          <w:tcPr>
            <w:tcW w:type="dxa" w:w="1042"/>
          </w:tcPr>
          <w:p>
            <w:pPr>
              <w:spacing w:after="0"/>
              <w:jc w:val="right"/>
            </w:pPr>
            <w:r>
              <w:rPr>
                <w:sz w:val="16"/>
              </w:rPr>
              <w:t>38,938</w:t>
            </w:r>
          </w:p>
        </w:tc>
        <w:tc>
          <w:tcPr>
            <w:tcW w:type="dxa" w:w="1126"/>
          </w:tcPr>
          <w:p>
            <w:pPr>
              <w:spacing w:after="0"/>
              <w:jc w:val="right"/>
            </w:pPr>
            <w:r>
              <w:rPr>
                <w:sz w:val="16"/>
              </w:rPr>
              <w:t>$42,260</w:t>
            </w:r>
          </w:p>
        </w:tc>
        <w:tc>
          <w:tcPr>
            <w:tcW w:type="dxa" w:w="1126"/>
          </w:tcPr>
          <w:p>
            <w:pPr>
              <w:spacing w:after="0"/>
              <w:jc w:val="right"/>
            </w:pPr>
            <w:r>
              <w:rPr>
                <w:sz w:val="16"/>
              </w:rPr>
              <w:t>$143</w:t>
            </w:r>
          </w:p>
        </w:tc>
        <w:tc>
          <w:tcPr>
            <w:tcW w:type="dxa" w:w="1155"/>
          </w:tcPr>
          <w:p>
            <w:pPr>
              <w:spacing w:after="0"/>
              <w:jc w:val="right"/>
            </w:pPr>
            <w:r>
              <w:rPr>
                <w:sz w:val="16"/>
              </w:rPr>
              <w:t>$159,284</w:t>
            </w:r>
          </w:p>
        </w:tc>
        <w:tc>
          <w:tcPr>
            <w:tcW w:type="dxa" w:w="1305"/>
          </w:tcPr>
          <w:p>
            <w:pPr>
              <w:spacing w:after="0"/>
              <w:jc w:val="right"/>
            </w:pPr>
            <w:r>
              <w:rPr>
                <w:sz w:val="16"/>
              </w:rPr>
              <w:t>0.00059%</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$799,870</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$7,340</w:t>
            </w:r>
          </w:p>
        </w:tc>
        <w:tc>
          <w:tcPr>
            <w:tcW w:type="dxa" w:w="1155"/>
          </w:tcPr>
          <w:p>
            <w:pPr>
              <w:spacing w:after="0"/>
              <w:jc w:val="right"/>
            </w:pPr>
          </w:p>
        </w:tc>
        <w:tc>
          <w:tcPr>
            <w:tcW w:type="dxa" w:w="1305"/>
          </w:tcPr>
          <w:p>
            <w:pPr>
              <w:spacing w:after="0"/>
              <w:jc w:val="right"/>
            </w:pPr>
            <w:r>
              <w:rPr>
                <w:sz w:val="16"/>
              </w:rPr>
              <w:t>0.918% (agriculture)</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$11,560,231,456</w:t>
            </w:r>
          </w:p>
        </w:tc>
        <w:tc>
          <w:tcPr>
            <w:tcW w:type="dxa" w:w="1132"/>
          </w:tcPr>
          <w:p>
            <w:pPr>
              <w:spacing w:after="0"/>
              <w:jc w:val="right"/>
            </w:pPr>
          </w:p>
        </w:tc>
        <w:tc>
          <w:tcPr>
            <w:tcW w:type="dxa" w:w="1042"/>
          </w:tcPr>
          <w:p>
            <w:pPr>
              <w:spacing w:after="0"/>
              <w:jc w:val="right"/>
            </w:pPr>
            <w:r>
              <w:rPr>
                <w:sz w:val="16"/>
              </w:rPr>
              <w:t>38,982</w:t>
            </w:r>
          </w:p>
        </w:tc>
        <w:tc>
          <w:tcPr>
            <w:tcW w:type="dxa" w:w="1126"/>
          </w:tcPr>
          <w:p>
            <w:pPr>
              <w:spacing w:after="0"/>
              <w:jc w:val="right"/>
            </w:pPr>
            <w:r>
              <w:rPr>
                <w:sz w:val="16"/>
              </w:rPr>
              <w:t>$141,069</w:t>
            </w:r>
          </w:p>
        </w:tc>
        <w:tc>
          <w:tcPr>
            <w:tcW w:type="dxa" w:w="1126"/>
          </w:tcPr>
          <w:p>
            <w:pPr>
              <w:spacing w:after="0"/>
              <w:jc w:val="right"/>
            </w:pPr>
          </w:p>
        </w:tc>
        <w:tc>
          <w:tcPr>
            <w:tcW w:type="dxa" w:w="1155"/>
          </w:tcPr>
          <w:p>
            <w:pPr>
              <w:spacing w:after="0"/>
              <w:jc w:val="right"/>
            </w:pPr>
            <w:r>
              <w:rPr>
                <w:sz w:val="16"/>
              </w:rPr>
              <w:t>$44,636</w:t>
            </w:r>
          </w:p>
        </w:tc>
        <w:tc>
          <w:tcPr>
            <w:tcW w:type="dxa" w:w="1305"/>
          </w:tcPr>
          <w:p>
            <w:pPr>
              <w:spacing w:after="0"/>
              <w:jc w:val="right"/>
            </w:pPr>
            <w:r>
              <w:rPr>
                <w:sz w:val="16"/>
              </w:rPr>
              <w:t>0.00122%</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$7,160,455,971</w:t>
            </w:r>
          </w:p>
        </w:tc>
        <w:tc>
          <w:tcPr>
            <w:tcW w:type="dxa" w:w="1132"/>
          </w:tcPr>
          <w:p>
            <w:pPr>
              <w:spacing w:after="0"/>
              <w:jc w:val="right"/>
            </w:pPr>
            <w:r>
              <w:rPr>
                <w:sz w:val="16"/>
              </w:rPr>
              <w:t>$2,166,713</w:t>
            </w:r>
          </w:p>
        </w:tc>
        <w:tc>
          <w:tcPr>
            <w:tcW w:type="dxa" w:w="1042"/>
          </w:tcPr>
          <w:p>
            <w:pPr>
              <w:spacing w:after="0"/>
              <w:jc w:val="right"/>
            </w:pPr>
            <w:r>
              <w:rPr>
                <w:sz w:val="16"/>
              </w:rPr>
              <w:t>38,938</w:t>
            </w:r>
          </w:p>
        </w:tc>
        <w:tc>
          <w:tcPr>
            <w:tcW w:type="dxa" w:w="1126"/>
          </w:tcPr>
          <w:p>
            <w:pPr>
              <w:spacing w:after="0"/>
              <w:jc w:val="right"/>
            </w:pPr>
            <w:r>
              <w:rPr>
                <w:sz w:val="16"/>
              </w:rPr>
              <w:t>$106,016</w:t>
            </w:r>
          </w:p>
        </w:tc>
        <w:tc>
          <w:tcPr>
            <w:tcW w:type="dxa" w:w="1126"/>
          </w:tcPr>
          <w:p>
            <w:pPr>
              <w:spacing w:after="0"/>
              <w:jc w:val="right"/>
            </w:pPr>
            <w:r>
              <w:rPr>
                <w:sz w:val="16"/>
              </w:rPr>
              <w:t>$551</w:t>
            </w:r>
          </w:p>
        </w:tc>
        <w:tc>
          <w:tcPr>
            <w:tcW w:type="dxa" w:w="1155"/>
          </w:tcPr>
          <w:p>
            <w:pPr>
              <w:spacing w:after="0"/>
              <w:jc w:val="right"/>
            </w:pPr>
            <w:r>
              <w:rPr>
                <w:sz w:val="16"/>
              </w:rPr>
              <w:t>$40,908</w:t>
            </w:r>
          </w:p>
        </w:tc>
        <w:tc>
          <w:tcPr>
            <w:tcW w:type="dxa" w:w="1305"/>
          </w:tcPr>
          <w:p>
            <w:pPr>
              <w:spacing w:after="0"/>
              <w:jc w:val="right"/>
            </w:pPr>
            <w:r>
              <w:rPr>
                <w:sz w:val="16"/>
              </w:rPr>
              <w:t>0.00148%</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$7,160,455,971</w:t>
            </w:r>
          </w:p>
        </w:tc>
        <w:tc>
          <w:tcPr>
            <w:tcW w:type="dxa" w:w="1132"/>
          </w:tcPr>
          <w:p>
            <w:pPr>
              <w:spacing w:after="0"/>
              <w:jc w:val="right"/>
            </w:pPr>
            <w:r>
              <w:rPr>
                <w:sz w:val="16"/>
              </w:rPr>
              <w:t>$2,166,713</w:t>
            </w:r>
          </w:p>
        </w:tc>
        <w:tc>
          <w:tcPr>
            <w:tcW w:type="dxa" w:w="1042"/>
          </w:tcPr>
          <w:p>
            <w:pPr>
              <w:spacing w:after="0"/>
              <w:jc w:val="right"/>
            </w:pPr>
            <w:r>
              <w:rPr>
                <w:sz w:val="16"/>
              </w:rPr>
              <w:t>38,938</w:t>
            </w:r>
          </w:p>
        </w:tc>
        <w:tc>
          <w:tcPr>
            <w:tcW w:type="dxa" w:w="1126"/>
          </w:tcPr>
          <w:p>
            <w:pPr>
              <w:spacing w:after="0"/>
              <w:jc w:val="right"/>
            </w:pPr>
            <w:r>
              <w:rPr>
                <w:sz w:val="16"/>
              </w:rPr>
              <w:t>$49</w:t>
            </w:r>
          </w:p>
        </w:tc>
        <w:tc>
          <w:tcPr>
            <w:tcW w:type="dxa" w:w="1126"/>
          </w:tcPr>
          <w:p>
            <w:pPr>
              <w:spacing w:after="0"/>
              <w:jc w:val="right"/>
            </w:pPr>
            <w:r>
              <w:rPr>
                <w:sz w:val="16"/>
              </w:rPr>
              <w:t>$3</w:t>
            </w:r>
          </w:p>
        </w:tc>
        <w:tc>
          <w:tcPr>
            <w:tcW w:type="dxa" w:w="1155"/>
          </w:tcPr>
          <w:p>
            <w:pPr>
              <w:spacing w:after="0"/>
              <w:jc w:val="right"/>
            </w:pPr>
            <w:r>
              <w:rPr>
                <w:sz w:val="16"/>
              </w:rPr>
              <w:t>$2,452,110</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$7,159,261,218</w:t>
            </w:r>
          </w:p>
        </w:tc>
        <w:tc>
          <w:tcPr>
            <w:tcW w:type="dxa" w:w="1132"/>
          </w:tcPr>
          <w:p>
            <w:pPr>
              <w:spacing w:after="0"/>
              <w:jc w:val="right"/>
            </w:pPr>
            <w:r>
              <w:rPr>
                <w:sz w:val="16"/>
              </w:rPr>
              <w:t>$2,166,713</w:t>
            </w:r>
          </w:p>
        </w:tc>
        <w:tc>
          <w:tcPr>
            <w:tcW w:type="dxa" w:w="1042"/>
          </w:tcPr>
          <w:p>
            <w:pPr>
              <w:spacing w:after="0"/>
              <w:jc w:val="right"/>
            </w:pPr>
            <w:r>
              <w:rPr>
                <w:sz w:val="16"/>
              </w:rPr>
              <w:t>38,928</w:t>
            </w:r>
          </w:p>
        </w:tc>
        <w:tc>
          <w:tcPr>
            <w:tcW w:type="dxa" w:w="1126"/>
          </w:tcPr>
          <w:p>
            <w:pPr>
              <w:spacing w:after="0"/>
              <w:jc w:val="right"/>
            </w:pPr>
            <w:r>
              <w:rPr>
                <w:sz w:val="16"/>
              </w:rPr>
              <w:t>$37,857</w:t>
            </w:r>
          </w:p>
        </w:tc>
        <w:tc>
          <w:tcPr>
            <w:tcW w:type="dxa" w:w="1126"/>
          </w:tcPr>
          <w:p>
            <w:pPr>
              <w:spacing w:after="0"/>
              <w:jc w:val="right"/>
            </w:pPr>
            <w:r>
              <w:rPr>
                <w:sz w:val="16"/>
              </w:rPr>
              <w:t>$439</w:t>
            </w:r>
          </w:p>
        </w:tc>
        <w:tc>
          <w:tcPr>
            <w:tcW w:type="dxa" w:w="1155"/>
          </w:tcPr>
          <w:p>
            <w:pPr>
              <w:spacing w:after="0"/>
              <w:jc w:val="right"/>
            </w:pPr>
            <w:r>
              <w:rPr>
                <w:sz w:val="16"/>
              </w:rPr>
              <w:t>$1,386</w:t>
            </w:r>
          </w:p>
        </w:tc>
        <w:tc>
          <w:tcPr>
            <w:tcW w:type="dxa" w:w="1305"/>
          </w:tcPr>
          <w:p>
            <w:pPr>
              <w:spacing w:after="0"/>
              <w:jc w:val="right"/>
            </w:pPr>
            <w:r>
              <w:rPr>
                <w:sz w:val="16"/>
              </w:rPr>
              <w:t>0.000529%</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$7,160,455,971</w:t>
            </w:r>
          </w:p>
        </w:tc>
        <w:tc>
          <w:tcPr>
            <w:tcW w:type="dxa" w:w="1132"/>
          </w:tcPr>
          <w:p>
            <w:pPr>
              <w:spacing w:after="0"/>
              <w:jc w:val="right"/>
            </w:pPr>
          </w:p>
        </w:tc>
        <w:tc>
          <w:tcPr>
            <w:tcW w:type="dxa" w:w="1042"/>
          </w:tcPr>
          <w:p>
            <w:pPr>
              <w:spacing w:after="0"/>
              <w:jc w:val="right"/>
            </w:pPr>
            <w:r>
              <w:rPr>
                <w:sz w:val="16"/>
              </w:rPr>
              <w:t>38,938</w:t>
            </w:r>
          </w:p>
        </w:tc>
        <w:tc>
          <w:tcPr>
            <w:tcW w:type="dxa" w:w="1126"/>
          </w:tcPr>
          <w:p>
            <w:pPr>
              <w:spacing w:after="0"/>
              <w:jc w:val="right"/>
            </w:pPr>
            <w:r>
              <w:rPr>
                <w:sz w:val="16"/>
              </w:rPr>
              <w:t>$65,360</w:t>
            </w:r>
          </w:p>
        </w:tc>
        <w:tc>
          <w:tcPr>
            <w:tcW w:type="dxa" w:w="1126"/>
          </w:tcPr>
          <w:p>
            <w:pPr>
              <w:spacing w:after="0"/>
              <w:jc w:val="right"/>
            </w:pPr>
          </w:p>
        </w:tc>
        <w:tc>
          <w:tcPr>
            <w:tcW w:type="dxa" w:w="1155"/>
          </w:tcPr>
          <w:p>
            <w:pPr>
              <w:spacing w:after="0"/>
              <w:jc w:val="right"/>
            </w:pPr>
            <w:r>
              <w:rPr>
                <w:sz w:val="16"/>
              </w:rPr>
              <w:t>$77,710</w:t>
            </w:r>
          </w:p>
        </w:tc>
        <w:tc>
          <w:tcPr>
            <w:tcW w:type="dxa" w:w="1305"/>
          </w:tcPr>
          <w:p>
            <w:pPr>
              <w:spacing w:after="0"/>
              <w:jc w:val="right"/>
            </w:pPr>
            <w:r>
              <w:rPr>
                <w:sz w:val="16"/>
              </w:rPr>
              <w:t>0.000913%</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$7,136,557,020</w:t>
            </w:r>
          </w:p>
        </w:tc>
        <w:tc>
          <w:tcPr>
            <w:tcW w:type="dxa" w:w="1132"/>
          </w:tcPr>
          <w:p>
            <w:pPr>
              <w:spacing w:after="0"/>
              <w:jc w:val="right"/>
            </w:pPr>
            <w:r>
              <w:rPr>
                <w:sz w:val="16"/>
              </w:rPr>
              <w:t>$953,929</w:t>
            </w:r>
          </w:p>
        </w:tc>
        <w:tc>
          <w:tcPr>
            <w:tcW w:type="dxa" w:w="1042"/>
          </w:tcPr>
          <w:p>
            <w:pPr>
              <w:spacing w:after="0"/>
              <w:jc w:val="right"/>
            </w:pPr>
            <w:r>
              <w:rPr>
                <w:sz w:val="16"/>
              </w:rPr>
              <w:t>4,385</w:t>
            </w:r>
          </w:p>
        </w:tc>
        <w:tc>
          <w:tcPr>
            <w:tcW w:type="dxa" w:w="1126"/>
          </w:tcPr>
          <w:p>
            <w:pPr>
              <w:spacing w:after="0"/>
              <w:jc w:val="right"/>
            </w:pPr>
            <w:r>
              <w:rPr>
                <w:sz w:val="16"/>
              </w:rPr>
              <w:t>$25,029,424</w:t>
            </w:r>
          </w:p>
        </w:tc>
        <w:tc>
          <w:tcPr>
            <w:tcW w:type="dxa" w:w="1126"/>
          </w:tcPr>
          <w:p>
            <w:pPr>
              <w:spacing w:after="0"/>
              <w:jc w:val="right"/>
            </w:pPr>
            <w:r>
              <w:rPr>
                <w:sz w:val="16"/>
              </w:rPr>
              <w:t>$8,106</w:t>
            </w:r>
          </w:p>
        </w:tc>
        <w:tc>
          <w:tcPr>
            <w:tcW w:type="dxa" w:w="1155"/>
          </w:tcPr>
          <w:p>
            <w:pPr>
              <w:spacing w:after="0"/>
              <w:jc w:val="right"/>
            </w:pPr>
            <w:r>
              <w:rPr>
                <w:sz w:val="16"/>
              </w:rPr>
              <w:t>$1,328,066</w:t>
            </w:r>
          </w:p>
        </w:tc>
        <w:tc>
          <w:tcPr>
            <w:tcW w:type="dxa" w:w="1305"/>
          </w:tcPr>
          <w:p>
            <w:pPr>
              <w:spacing w:after="0"/>
              <w:jc w:val="right"/>
            </w:pPr>
            <w:r>
              <w:rPr>
                <w:sz w:val="16"/>
              </w:rPr>
              <w:t>n/a (see note)</w:t>
            </w:r>
          </w:p>
        </w:tc>
        <w:tc>
          <w:tcPr>
            <w:tcW w:type="dxa" w:w="1177"/>
          </w:tcPr>
          <w:p>
            <w:pPr>
              <w:spacing w:after="0"/>
              <w:jc w:val="right"/>
            </w:pPr>
            <w:r>
              <w:rPr>
                <w:sz w:val="16"/>
              </w:rPr>
              <w:t>$10,450</w:t>
            </w:r>
          </w:p>
        </w:tc>
        <w:tc>
          <w:tcPr>
            <w:tcW w:type="dxa" w:w="1080"/>
          </w:tcPr>
          <w:p>
            <w:pPr>
              <w:spacing w:after="0"/>
              <w:jc w:val="right"/>
            </w:pPr>
          </w:p>
        </w:tc>
        <w:tc>
          <w:tcPr>
            <w:tcW w:type="dxa" w:w="1246"/>
          </w:tcPr>
          <w:p>
            <w:pPr>
              <w:spacing w:after="0"/>
              <w:jc w:val="right"/>
            </w:pPr>
            <w:r>
              <w:rPr>
                <w:sz w:val="16"/>
              </w:rPr>
              <w:t>$314,152.66</w:t>
            </w: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$1,956,806,900</w:t>
            </w:r>
          </w:p>
        </w:tc>
        <w:tc>
          <w:tcPr>
            <w:tcW w:type="dxa" w:w="1132"/>
          </w:tcPr>
          <w:p>
            <w:pPr>
              <w:spacing w:after="0"/>
              <w:jc w:val="right"/>
            </w:pPr>
          </w:p>
        </w:tc>
        <w:tc>
          <w:tcPr>
            <w:tcW w:type="dxa" w:w="1042"/>
          </w:tcPr>
          <w:p>
            <w:pPr>
              <w:spacing w:after="0"/>
              <w:jc w:val="right"/>
            </w:pPr>
            <w:r>
              <w:rPr>
                <w:sz w:val="16"/>
              </w:rPr>
              <w:t>11,433</w:t>
            </w:r>
          </w:p>
        </w:tc>
        <w:tc>
          <w:tcPr>
            <w:tcW w:type="dxa" w:w="1126"/>
          </w:tcPr>
          <w:p>
            <w:pPr>
              <w:spacing w:after="0"/>
              <w:jc w:val="right"/>
            </w:pPr>
            <w:r>
              <w:rPr>
                <w:sz w:val="16"/>
              </w:rPr>
              <w:t>$8,833</w:t>
            </w:r>
          </w:p>
        </w:tc>
        <w:tc>
          <w:tcPr>
            <w:tcW w:type="dxa" w:w="1126"/>
          </w:tcPr>
          <w:p>
            <w:pPr>
              <w:spacing w:after="0"/>
              <w:jc w:val="right"/>
            </w:pPr>
          </w:p>
        </w:tc>
        <w:tc>
          <w:tcPr>
            <w:tcW w:type="dxa" w:w="1155"/>
          </w:tcPr>
          <w:p>
            <w:pPr>
              <w:spacing w:after="0"/>
              <w:jc w:val="right"/>
            </w:pPr>
            <w:r>
              <w:rPr>
                <w:sz w:val="16"/>
              </w:rPr>
              <w:t>$80,395</w:t>
            </w:r>
          </w:p>
        </w:tc>
        <w:tc>
          <w:tcPr>
            <w:tcW w:type="dxa" w:w="1305"/>
          </w:tcPr>
          <w:p>
            <w:pPr>
              <w:spacing w:after="0"/>
              <w:jc w:val="right"/>
            </w:pPr>
            <w:r>
              <w:rPr>
                <w:sz w:val="16"/>
              </w:rPr>
              <w:t>0.000451%</w:t>
            </w:r>
          </w:p>
        </w:tc>
        <w:tc>
          <w:tcPr>
            <w:tcW w:type="dxa" w:w="1177"/>
          </w:tcPr>
          <w:p>
            <w:pPr>
              <w:spacing w:after="0"/>
              <w:jc w:val="right"/>
            </w:pPr>
          </w:p>
        </w:tc>
        <w:tc>
          <w:tcPr>
            <w:tcW w:type="dxa" w:w="1080"/>
          </w:tcPr>
          <w:p>
            <w:pPr>
              <w:spacing w:after="0"/>
              <w:jc w:val="right"/>
            </w:pPr>
          </w:p>
        </w:tc>
        <w:tc>
          <w:tcPr>
            <w:tcW w:type="dxa" w:w="1246"/>
          </w:tcPr>
          <w:p>
            <w:pPr>
              <w:spacing w:after="0"/>
              <w:jc w:val="right"/>
            </w:pPr>
            <w:r>
              <w:rPr>
                <w:sz w:val="16"/>
              </w:rPr>
              <w:t>$314,152.66</w:t>
            </w: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$7,160,455,971</w:t>
            </w:r>
          </w:p>
        </w:tc>
        <w:tc>
          <w:tcPr>
            <w:tcW w:type="dxa" w:w="1132"/>
          </w:tcPr>
          <w:p>
            <w:pPr>
              <w:spacing w:after="0"/>
              <w:jc w:val="right"/>
            </w:pPr>
          </w:p>
        </w:tc>
        <w:tc>
          <w:tcPr>
            <w:tcW w:type="dxa" w:w="1042"/>
          </w:tcPr>
          <w:p>
            <w:pPr>
              <w:spacing w:after="0"/>
              <w:jc w:val="right"/>
            </w:pPr>
            <w:r>
              <w:rPr>
                <w:sz w:val="16"/>
              </w:rPr>
              <w:t>38,938</w:t>
            </w:r>
          </w:p>
        </w:tc>
        <w:tc>
          <w:tcPr>
            <w:tcW w:type="dxa" w:w="1126"/>
          </w:tcPr>
          <w:p>
            <w:pPr>
              <w:spacing w:after="0"/>
              <w:jc w:val="right"/>
            </w:pPr>
            <w:r>
              <w:rPr>
                <w:sz w:val="16"/>
              </w:rPr>
              <w:t>$12,108</w:t>
            </w:r>
          </w:p>
        </w:tc>
        <w:tc>
          <w:tcPr>
            <w:tcW w:type="dxa" w:w="1126"/>
          </w:tcPr>
          <w:p>
            <w:pPr>
              <w:spacing w:after="0"/>
              <w:jc w:val="right"/>
            </w:pPr>
          </w:p>
        </w:tc>
        <w:tc>
          <w:tcPr>
            <w:tcW w:type="dxa" w:w="1155"/>
          </w:tcPr>
          <w:p>
            <w:pPr>
              <w:spacing w:after="0"/>
              <w:jc w:val="right"/>
            </w:pPr>
            <w:r>
              <w:rPr>
                <w:sz w:val="16"/>
              </w:rPr>
              <w:t>$135,924</w:t>
            </w:r>
          </w:p>
        </w:tc>
        <w:tc>
          <w:tcPr>
            <w:tcW w:type="dxa" w:w="1305"/>
          </w:tcPr>
          <w:p>
            <w:pPr>
              <w:spacing w:after="0"/>
              <w:jc w:val="right"/>
            </w:pPr>
            <w:r>
              <w:rPr>
                <w:sz w:val="16"/>
              </w:rPr>
              <w:t>0.000169%</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$7,160,455,971</w:t>
            </w:r>
          </w:p>
        </w:tc>
        <w:tc>
          <w:tcPr>
            <w:tcW w:type="dxa" w:w="1132"/>
          </w:tcPr>
          <w:p>
            <w:pPr>
              <w:spacing w:after="0"/>
              <w:jc w:val="right"/>
            </w:pPr>
            <w:r>
              <w:rPr>
                <w:sz w:val="16"/>
              </w:rPr>
              <w:t>$2,166,713</w:t>
            </w:r>
          </w:p>
        </w:tc>
        <w:tc>
          <w:tcPr>
            <w:tcW w:type="dxa" w:w="1042"/>
          </w:tcPr>
          <w:p>
            <w:pPr>
              <w:spacing w:after="0"/>
              <w:jc w:val="right"/>
            </w:pPr>
            <w:r>
              <w:rPr>
                <w:sz w:val="16"/>
              </w:rPr>
              <w:t>38,938</w:t>
            </w:r>
          </w:p>
        </w:tc>
        <w:tc>
          <w:tcPr>
            <w:tcW w:type="dxa" w:w="1126"/>
          </w:tcPr>
          <w:p>
            <w:pPr>
              <w:spacing w:after="0"/>
              <w:jc w:val="right"/>
            </w:pPr>
            <w:r>
              <w:rPr>
                <w:sz w:val="16"/>
              </w:rPr>
              <w:t>$102,462</w:t>
            </w:r>
          </w:p>
        </w:tc>
        <w:tc>
          <w:tcPr>
            <w:tcW w:type="dxa" w:w="1126"/>
          </w:tcPr>
          <w:p>
            <w:pPr>
              <w:spacing w:after="0"/>
              <w:jc w:val="right"/>
            </w:pPr>
            <w:r>
              <w:rPr>
                <w:sz w:val="16"/>
              </w:rPr>
              <w:t>$1,458</w:t>
            </w:r>
          </w:p>
        </w:tc>
        <w:tc>
          <w:tcPr>
            <w:tcW w:type="dxa" w:w="1155"/>
          </w:tcPr>
          <w:p>
            <w:pPr>
              <w:spacing w:after="0"/>
              <w:jc w:val="right"/>
            </w:pPr>
            <w:r>
              <w:rPr>
                <w:sz w:val="16"/>
              </w:rPr>
              <w:t>$234,166</w:t>
            </w:r>
          </w:p>
        </w:tc>
        <w:tc>
          <w:tcPr>
            <w:tcW w:type="dxa" w:w="1305"/>
          </w:tcPr>
          <w:p>
            <w:pPr>
              <w:spacing w:after="0"/>
              <w:jc w:val="right"/>
            </w:pPr>
            <w:r>
              <w:rPr>
                <w:sz w:val="16"/>
              </w:rPr>
              <w:t>0.00143%</w:t>
            </w:r>
          </w:p>
        </w:tc>
        <w:tc>
          <w:tcPr>
            <w:tcW w:type="dxa" w:w="1177"/>
          </w:tcPr>
          <w:p>
            <w:pPr>
              <w:spacing w:after="0"/>
              <w:jc w:val="right"/>
            </w:pPr>
            <w:r>
              <w:rPr>
                <w:sz w:val="16"/>
              </w:rPr>
              <w:t>$46,250</w:t>
            </w:r>
          </w:p>
        </w:tc>
        <w:tc>
          <w:tcPr>
            <w:tcW w:type="dxa" w:w="1080"/>
          </w:tcPr>
          <w:p>
            <w:pPr>
              <w:spacing w:after="0"/>
              <w:jc w:val="right"/>
            </w:pPr>
            <w:r>
              <w:rPr>
                <w:sz w:val="16"/>
              </w:rPr>
              <w:t>$18,500</w:t>
            </w:r>
          </w:p>
        </w:tc>
        <w:tc>
          <w:tcPr>
            <w:tcW w:type="dxa" w:w="1246"/>
          </w:tcPr>
          <w:p>
            <w:pPr>
              <w:spacing w:after="0"/>
              <w:jc w:val="right"/>
            </w:pPr>
            <w:r>
              <w:rPr>
                <w:sz w:val="16"/>
              </w:rPr>
              <w:t>$314,152.66</w:t>
            </w:r>
          </w:p>
        </w:tc>
        <w:tc>
          <w:tcPr>
            <w:tcW w:type="dxa" w:w="1202"/>
          </w:tcPr>
          <w:p>
            <w:pPr>
              <w:spacing w:after="0"/>
              <w:jc w:val="left"/>
            </w:pPr>
            <w:r>
              <w:rPr>
                <w:sz w:val="16"/>
              </w:rPr>
              <w:t>Storm Events damage since the plan includes 8 zone-level Strong Wind records ($18,500),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$7,160,455,971</w:t>
            </w:r>
          </w:p>
        </w:tc>
        <w:tc>
          <w:tcPr>
            <w:tcW w:type="dxa" w:w="1132"/>
          </w:tcPr>
          <w:p>
            <w:pPr>
              <w:spacing w:after="0"/>
              <w:jc w:val="right"/>
            </w:pPr>
            <w:r>
              <w:rPr>
                <w:sz w:val="16"/>
              </w:rPr>
              <w:t>$2,166,713</w:t>
            </w:r>
          </w:p>
        </w:tc>
        <w:tc>
          <w:tcPr>
            <w:tcW w:type="dxa" w:w="1042"/>
          </w:tcPr>
          <w:p>
            <w:pPr>
              <w:spacing w:after="0"/>
              <w:jc w:val="right"/>
            </w:pPr>
            <w:r>
              <w:rPr>
                <w:sz w:val="16"/>
              </w:rPr>
              <w:t>38,938</w:t>
            </w:r>
          </w:p>
        </w:tc>
        <w:tc>
          <w:tcPr>
            <w:tcW w:type="dxa" w:w="1126"/>
          </w:tcPr>
          <w:p>
            <w:pPr>
              <w:spacing w:after="0"/>
              <w:jc w:val="right"/>
            </w:pPr>
            <w:r>
              <w:rPr>
                <w:sz w:val="16"/>
              </w:rPr>
              <w:t>$113,179</w:t>
            </w:r>
          </w:p>
        </w:tc>
        <w:tc>
          <w:tcPr>
            <w:tcW w:type="dxa" w:w="1126"/>
          </w:tcPr>
          <w:p>
            <w:pPr>
              <w:spacing w:after="0"/>
              <w:jc w:val="right"/>
            </w:pPr>
            <w:r>
              <w:rPr>
                <w:sz w:val="16"/>
              </w:rPr>
              <w:t>$24</w:t>
            </w:r>
          </w:p>
        </w:tc>
        <w:tc>
          <w:tcPr>
            <w:tcW w:type="dxa" w:w="1155"/>
          </w:tcPr>
          <w:p>
            <w:pPr>
              <w:spacing w:after="0"/>
              <w:jc w:val="right"/>
            </w:pPr>
            <w:r>
              <w:rPr>
                <w:sz w:val="16"/>
              </w:rPr>
              <w:t>$365,291</w:t>
            </w:r>
          </w:p>
        </w:tc>
        <w:tc>
          <w:tcPr>
            <w:tcW w:type="dxa" w:w="1305"/>
          </w:tcPr>
          <w:p>
            <w:pPr>
              <w:spacing w:after="0"/>
              <w:jc w:val="right"/>
            </w:pPr>
            <w:r>
              <w:rPr>
                <w:sz w:val="16"/>
              </w:rPr>
              <w:t>0.00158%</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$1,005,825,855</w:t>
            </w:r>
          </w:p>
        </w:tc>
        <w:tc>
          <w:tcPr>
            <w:tcW w:type="dxa" w:w="1132"/>
          </w:tcPr>
          <w:p>
            <w:pPr>
              <w:spacing w:after="0"/>
              <w:jc w:val="right"/>
            </w:pPr>
            <w:r>
              <w:rPr>
                <w:sz w:val="16"/>
              </w:rPr>
              <w:t>$1,148,055</w:t>
            </w:r>
          </w:p>
        </w:tc>
        <w:tc>
          <w:tcPr>
            <w:tcW w:type="dxa" w:w="1042"/>
          </w:tcPr>
          <w:p>
            <w:pPr>
              <w:spacing w:after="0"/>
              <w:jc w:val="right"/>
            </w:pPr>
            <w:r>
              <w:rPr>
                <w:sz w:val="16"/>
              </w:rPr>
              <w:t>10,511</w:t>
            </w:r>
          </w:p>
        </w:tc>
        <w:tc>
          <w:tcPr>
            <w:tcW w:type="dxa" w:w="1126"/>
          </w:tcPr>
          <w:p>
            <w:pPr>
              <w:spacing w:after="0"/>
              <w:jc w:val="right"/>
            </w:pPr>
            <w:r>
              <w:rPr>
                <w:sz w:val="16"/>
              </w:rPr>
              <w:t>$172,695</w:t>
            </w:r>
          </w:p>
        </w:tc>
        <w:tc>
          <w:tcPr>
            <w:tcW w:type="dxa" w:w="1126"/>
          </w:tcPr>
          <w:p>
            <w:pPr>
              <w:spacing w:after="0"/>
              <w:jc w:val="right"/>
            </w:pPr>
            <w:r>
              <w:rPr>
                <w:sz w:val="16"/>
              </w:rPr>
              <w:t>$15</w:t>
            </w:r>
          </w:p>
        </w:tc>
        <w:tc>
          <w:tcPr>
            <w:tcW w:type="dxa" w:w="1155"/>
          </w:tcPr>
          <w:p>
            <w:pPr>
              <w:spacing w:after="0"/>
              <w:jc w:val="right"/>
            </w:pPr>
            <w:r>
              <w:rPr>
                <w:sz w:val="16"/>
              </w:rPr>
              <w:t>$41,550</w:t>
            </w:r>
          </w:p>
        </w:tc>
        <w:tc>
          <w:tcPr>
            <w:tcW w:type="dxa" w:w="1305"/>
          </w:tcPr>
          <w:p>
            <w:pPr>
              <w:spacing w:after="0"/>
              <w:jc w:val="right"/>
            </w:pPr>
            <w:r>
              <w:rPr>
                <w:sz w:val="16"/>
              </w:rPr>
              <w:t>0.0172%</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$7,160,455,971</w:t>
            </w:r>
          </w:p>
        </w:tc>
        <w:tc>
          <w:tcPr>
            <w:tcW w:type="dxa" w:w="1132"/>
          </w:tcPr>
          <w:p>
            <w:pPr>
              <w:spacing w:after="0"/>
              <w:jc w:val="right"/>
            </w:pPr>
            <w:r>
              <w:rPr>
                <w:sz w:val="16"/>
              </w:rPr>
              <w:t>$2,166,713</w:t>
            </w:r>
          </w:p>
        </w:tc>
        <w:tc>
          <w:tcPr>
            <w:tcW w:type="dxa" w:w="1042"/>
          </w:tcPr>
          <w:p>
            <w:pPr>
              <w:spacing w:after="0"/>
              <w:jc w:val="right"/>
            </w:pPr>
            <w:r>
              <w:rPr>
                <w:sz w:val="16"/>
              </w:rPr>
              <w:t>38,938</w:t>
            </w:r>
          </w:p>
        </w:tc>
        <w:tc>
          <w:tcPr>
            <w:tcW w:type="dxa" w:w="1126"/>
          </w:tcPr>
          <w:p>
            <w:pPr>
              <w:spacing w:after="0"/>
              <w:jc w:val="right"/>
            </w:pPr>
            <w:r>
              <w:rPr>
                <w:sz w:val="16"/>
              </w:rPr>
              <w:t>$11,049</w:t>
            </w:r>
          </w:p>
        </w:tc>
        <w:tc>
          <w:tcPr>
            <w:tcW w:type="dxa" w:w="1126"/>
          </w:tcPr>
          <w:p>
            <w:pPr>
              <w:spacing w:after="0"/>
              <w:jc w:val="right"/>
            </w:pPr>
            <w:r>
              <w:rPr>
                <w:sz w:val="16"/>
              </w:rPr>
              <w:t>$1</w:t>
            </w:r>
          </w:p>
        </w:tc>
        <w:tc>
          <w:tcPr>
            <w:tcW w:type="dxa" w:w="1155"/>
          </w:tcPr>
          <w:p>
            <w:pPr>
              <w:spacing w:after="0"/>
              <w:jc w:val="right"/>
            </w:pPr>
            <w:r>
              <w:rPr>
                <w:sz w:val="16"/>
              </w:rPr>
              <w:t>$43,149</w:t>
            </w:r>
          </w:p>
        </w:tc>
        <w:tc>
          <w:tcPr>
            <w:tcW w:type="dxa" w:w="1305"/>
          </w:tcPr>
          <w:p>
            <w:pPr>
              <w:spacing w:after="0"/>
              <w:jc w:val="right"/>
            </w:pPr>
            <w:r>
              <w:rPr>
                <w:sz w:val="16"/>
              </w:rPr>
              <w:t>0.000154%</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r>
              <w:rPr>
                <w:sz w:val="16"/>
              </w:rPr>
              <w:t>none found (1 declaration)</w:t>
            </w:r>
          </w:p>
        </w:tc>
        <w:tc>
          <w:tcPr>
            <w:tcW w:type="dxa" w:w="1202"/>
          </w:tcPr>
          <w:p>
            <w:pPr>
              <w:spacing w:after="0"/>
              <w:jc w:val="left"/>
            </w:pPr>
          </w:p>
        </w:tc>
      </w:tr>
    </w:tbl>
    <w:p>
      <w:pPr>
        <w:spacing w:after="40" w:before="60"/>
      </w:pPr>
      <w:r>
        <w:rPr>
          <w:sz w:val="15"/>
        </w:rPr>
        <w:t>Totals since 2024-09-06 (Storm Events through 2026-06-30): 69 county-coded records, 69 with a damage value recorded (including $0), $56,700; 30 zone-level records, 30 with a damage value recorded (including $0), $18,500 reported for the zone; Public Assistance on counted declarations $314,152.66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38,938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$7,160,455,971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$2,166,713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$25,860,440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$5,004,596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45"/>
        <w:gridCol w:w="1626"/>
        <w:gridCol w:w="1626"/>
        <w:gridCol w:w="1626"/>
        <w:gridCol w:w="1626"/>
        <w:gridCol w:w="1626"/>
        <w:gridCol w:w="1626"/>
        <w:gridCol w:w="1810"/>
      </w:tblGrid>
      <w:tr>
        <w:trPr>
          <w:cantSplit/>
          <w:tblHeader/>
        </w:trPr>
        <w:tc>
          <w:tcPr>
            <w:tcW w:type="dxa" w:w="2545"/>
            <w:shd w:val="clear" w:color="auto" w:fill="E8E8E8"/>
          </w:tcPr>
          <w:p>
            <w:pPr>
              <w:spacing w:after="0"/>
              <w:jc w:val="left"/>
            </w:pPr>
            <w:r>
              <w:rPr>
                <w:b/>
                <w:sz w:val="16"/>
              </w:rPr>
              <w:t>Scope</w:t>
            </w:r>
          </w:p>
        </w:tc>
        <w:tc>
          <w:tcPr>
            <w:tcW w:type="dxa" w:w="1626"/>
            <w:shd w:val="clear" w:color="auto" w:fill="E8E8E8"/>
          </w:tcPr>
          <w:p>
            <w:pPr>
              <w:spacing w:after="0"/>
              <w:jc w:val="right"/>
            </w:pPr>
            <w:r>
              <w:rPr>
                <w:b/>
                <w:sz w:val="16"/>
              </w:rPr>
              <w:t>RL, FMA</w:t>
            </w:r>
          </w:p>
          <w:p>
            <w:pPr>
              <w:spacing w:after="0"/>
              <w:jc w:val="right"/>
            </w:pPr>
            <w:r>
              <w:rPr>
                <w:i/>
                <w:color w:val="555555"/>
                <w:sz w:val="14"/>
              </w:rPr>
              <w:t>properties</w:t>
            </w:r>
          </w:p>
        </w:tc>
        <w:tc>
          <w:tcPr>
            <w:tcW w:type="dxa" w:w="1626"/>
            <w:shd w:val="clear" w:color="auto" w:fill="E8E8E8"/>
          </w:tcPr>
          <w:p>
            <w:pPr>
              <w:spacing w:after="0"/>
              <w:jc w:val="right"/>
            </w:pPr>
            <w:r>
              <w:rPr>
                <w:b/>
                <w:sz w:val="16"/>
              </w:rPr>
              <w:t>SRL, FMA</w:t>
            </w:r>
          </w:p>
          <w:p>
            <w:pPr>
              <w:spacing w:after="0"/>
              <w:jc w:val="right"/>
            </w:pPr>
            <w:r>
              <w:rPr>
                <w:i/>
                <w:color w:val="555555"/>
                <w:sz w:val="14"/>
              </w:rPr>
              <w:t>properties</w:t>
            </w:r>
          </w:p>
        </w:tc>
        <w:tc>
          <w:tcPr>
            <w:tcW w:type="dxa" w:w="1626"/>
            <w:shd w:val="clear" w:color="auto" w:fill="E8E8E8"/>
          </w:tcPr>
          <w:p>
            <w:pPr>
              <w:spacing w:after="0"/>
              <w:jc w:val="right"/>
            </w:pPr>
            <w:r>
              <w:rPr>
                <w:b/>
                <w:sz w:val="16"/>
              </w:rPr>
              <w:t>RL, NFIP</w:t>
            </w:r>
          </w:p>
          <w:p>
            <w:pPr>
              <w:spacing w:after="0"/>
              <w:jc w:val="right"/>
            </w:pPr>
            <w:r>
              <w:rPr>
                <w:i/>
                <w:color w:val="555555"/>
                <w:sz w:val="14"/>
              </w:rPr>
              <w:t>properties</w:t>
            </w:r>
          </w:p>
        </w:tc>
        <w:tc>
          <w:tcPr>
            <w:tcW w:type="dxa" w:w="1626"/>
            <w:shd w:val="clear" w:color="auto" w:fill="E8E8E8"/>
          </w:tcPr>
          <w:p>
            <w:pPr>
              <w:spacing w:after="0"/>
              <w:jc w:val="right"/>
            </w:pPr>
            <w:r>
              <w:rPr>
                <w:b/>
                <w:sz w:val="16"/>
              </w:rPr>
              <w:t>SRL, NFIP</w:t>
            </w:r>
          </w:p>
          <w:p>
            <w:pPr>
              <w:spacing w:after="0"/>
              <w:jc w:val="right"/>
            </w:pPr>
            <w:r>
              <w:rPr>
                <w:i/>
                <w:color w:val="555555"/>
                <w:sz w:val="14"/>
              </w:rPr>
              <w:t>properties</w:t>
            </w:r>
          </w:p>
        </w:tc>
        <w:tc>
          <w:tcPr>
            <w:tcW w:type="dxa" w:w="162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26"/>
            <w:shd w:val="clear" w:color="auto" w:fill="E8E8E8"/>
          </w:tcPr>
          <w:p>
            <w:pPr>
              <w:spacing w:after="0"/>
              <w:jc w:val="right"/>
            </w:pPr>
            <w:r>
              <w:rPr>
                <w:b/>
                <w:sz w:val="16"/>
              </w:rPr>
              <w:t>Mitigated</w:t>
            </w:r>
          </w:p>
          <w:p>
            <w:pPr>
              <w:spacing w:after="0"/>
              <w:jc w:val="right"/>
            </w:pPr>
            <w:r>
              <w:rPr>
                <w:i/>
                <w:color w:val="555555"/>
                <w:sz w:val="14"/>
              </w:rPr>
              <w:t>properties</w:t>
            </w:r>
          </w:p>
        </w:tc>
        <w:tc>
          <w:tcPr>
            <w:tcW w:type="dxa" w:w="181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45"/>
          </w:tcPr>
          <w:p>
            <w:pPr>
              <w:spacing w:after="0"/>
              <w:jc w:val="left"/>
            </w:pPr>
            <w:r>
              <w:rPr>
                <w:sz w:val="16"/>
              </w:rPr>
              <w:t>County total</w:t>
            </w:r>
          </w:p>
        </w:tc>
        <w:tc>
          <w:tcPr>
            <w:tcW w:type="dxa" w:w="1626"/>
          </w:tcPr>
          <w:p>
            <w:pPr>
              <w:spacing w:after="0"/>
              <w:jc w:val="right"/>
            </w:pPr>
            <w:r>
              <w:rPr>
                <w:sz w:val="16"/>
              </w:rPr>
              <w:t>2</w:t>
            </w:r>
          </w:p>
        </w:tc>
        <w:tc>
          <w:tcPr>
            <w:tcW w:type="dxa" w:w="1626"/>
          </w:tcPr>
          <w:p>
            <w:pPr>
              <w:spacing w:after="0"/>
              <w:jc w:val="right"/>
            </w:pPr>
            <w:r>
              <w:rPr>
                <w:sz w:val="16"/>
              </w:rPr>
              <w:t>3</w:t>
            </w:r>
          </w:p>
        </w:tc>
        <w:tc>
          <w:tcPr>
            <w:tcW w:type="dxa" w:w="1626"/>
          </w:tcPr>
          <w:p>
            <w:pPr>
              <w:spacing w:after="0"/>
              <w:jc w:val="right"/>
            </w:pPr>
            <w:r>
              <w:rPr>
                <w:sz w:val="16"/>
              </w:rPr>
              <w:t>43</w:t>
            </w:r>
          </w:p>
        </w:tc>
        <w:tc>
          <w:tcPr>
            <w:tcW w:type="dxa" w:w="1626"/>
          </w:tcPr>
          <w:p>
            <w:pPr>
              <w:spacing w:after="0"/>
              <w:jc w:val="right"/>
            </w:pPr>
            <w:r>
              <w:rPr>
                <w:sz w:val="16"/>
              </w:rPr>
              <w:t>4</w:t>
            </w:r>
          </w:p>
        </w:tc>
        <w:tc>
          <w:tcPr>
            <w:tcW w:type="dxa" w:w="1626"/>
          </w:tcPr>
          <w:p>
            <w:pPr>
              <w:spacing w:after="0"/>
              <w:jc w:val="right"/>
            </w:pPr>
            <w:r>
              <w:rPr>
                <w:sz w:val="16"/>
              </w:rPr>
              <w:t>43</w:t>
            </w:r>
          </w:p>
        </w:tc>
        <w:tc>
          <w:tcPr>
            <w:tcW w:type="dxa" w:w="1626"/>
          </w:tcPr>
          <w:p>
            <w:pPr>
              <w:spacing w:after="0"/>
              <w:jc w:val="right"/>
            </w:pPr>
            <w:r>
              <w:rPr>
                <w:sz w:val="16"/>
              </w:rPr>
              <w:t>0</w:t>
            </w:r>
          </w:p>
        </w:tc>
        <w:tc>
          <w:tcPr>
            <w:tcW w:type="dxa" w:w="1810"/>
          </w:tcPr>
          <w:p>
            <w:pPr>
              <w:spacing w:after="0"/>
              <w:jc w:val="right"/>
            </w:pPr>
            <w:r>
              <w:rPr>
                <w:sz w:val="16"/>
              </w:rPr>
              <w:t>6</w:t>
            </w:r>
          </w:p>
        </w:tc>
      </w:tr>
      <w:tr>
        <w:trPr>
          <w:cantSplit/>
        </w:trPr>
        <w:tc>
          <w:tcPr>
            <w:tcW w:type="dxa" w:w="2545"/>
          </w:tcPr>
          <w:p>
            <w:pPr>
              <w:spacing w:after="0"/>
              <w:jc w:val="left"/>
            </w:pPr>
            <w:r>
              <w:rPr>
                <w:sz w:val="16"/>
              </w:rPr>
              <w:t>HUNTINGTON, CITY OF</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4</w:t>
            </w:r>
          </w:p>
        </w:tc>
        <w:tc>
          <w:tcPr>
            <w:tcW w:type="dxa" w:w="1626"/>
          </w:tcPr>
          <w:p>
            <w:pPr>
              <w:spacing w:after="0"/>
              <w:jc w:val="right"/>
            </w:pPr>
            <w:r>
              <w:rPr>
                <w:sz w:val="16"/>
              </w:rPr>
              <w:t>1</w:t>
            </w:r>
          </w:p>
        </w:tc>
        <w:tc>
          <w:tcPr>
            <w:tcW w:type="dxa" w:w="1626"/>
          </w:tcPr>
          <w:p>
            <w:pPr>
              <w:spacing w:after="0"/>
              <w:jc w:val="right"/>
            </w:pPr>
            <w:r>
              <w:rPr>
                <w:sz w:val="16"/>
              </w:rPr>
              <w:t>4</w:t>
            </w:r>
          </w:p>
        </w:tc>
        <w:tc>
          <w:tcPr>
            <w:tcW w:type="dxa" w:w="1626"/>
          </w:tcPr>
          <w:p>
            <w:pPr>
              <w:spacing w:after="0"/>
              <w:jc w:val="right"/>
            </w:pPr>
            <w:r>
              <w:rPr>
                <w:sz w:val="16"/>
              </w:rPr>
              <w:t>0</w:t>
            </w:r>
          </w:p>
        </w:tc>
        <w:tc>
          <w:tcPr>
            <w:tcW w:type="dxa" w:w="1810"/>
          </w:tcPr>
          <w:p>
            <w:pPr>
              <w:spacing w:after="0"/>
              <w:jc w:val="right"/>
            </w:pPr>
            <w:r>
              <w:rPr>
                <w:sz w:val="16"/>
              </w:rPr>
              <w:t>1</w:t>
            </w:r>
          </w:p>
        </w:tc>
      </w:tr>
      <w:tr>
        <w:trPr>
          <w:cantSplit/>
        </w:trPr>
        <w:tc>
          <w:tcPr>
            <w:tcW w:type="dxa" w:w="2545"/>
          </w:tcPr>
          <w:p>
            <w:pPr>
              <w:spacing w:after="0"/>
              <w:jc w:val="left"/>
            </w:pPr>
            <w:r>
              <w:rPr>
                <w:sz w:val="16"/>
              </w:rPr>
              <w:t>WAYNE COUNTY*</w:t>
            </w:r>
          </w:p>
        </w:tc>
        <w:tc>
          <w:tcPr>
            <w:tcW w:type="dxa" w:w="1626"/>
          </w:tcPr>
          <w:p>
            <w:pPr>
              <w:spacing w:after="0"/>
              <w:jc w:val="right"/>
            </w:pPr>
            <w:r>
              <w:rPr>
                <w:sz w:val="16"/>
              </w:rPr>
              <w:t>2</w:t>
            </w:r>
          </w:p>
        </w:tc>
        <w:tc>
          <w:tcPr>
            <w:tcW w:type="dxa" w:w="1626"/>
          </w:tcPr>
          <w:p>
            <w:pPr>
              <w:spacing w:after="0"/>
              <w:jc w:val="right"/>
            </w:pPr>
            <w:r>
              <w:rPr>
                <w:sz w:val="16"/>
              </w:rPr>
              <w:t>3</w:t>
            </w:r>
          </w:p>
        </w:tc>
        <w:tc>
          <w:tcPr>
            <w:tcW w:type="dxa" w:w="1626"/>
          </w:tcPr>
          <w:p>
            <w:pPr>
              <w:spacing w:after="0"/>
              <w:jc w:val="right"/>
            </w:pPr>
            <w:r>
              <w:rPr>
                <w:sz w:val="16"/>
              </w:rPr>
              <w:t>35</w:t>
            </w:r>
          </w:p>
        </w:tc>
        <w:tc>
          <w:tcPr>
            <w:tcW w:type="dxa" w:w="1626"/>
          </w:tcPr>
          <w:p>
            <w:pPr>
              <w:spacing w:after="0"/>
              <w:jc w:val="right"/>
            </w:pPr>
            <w:r>
              <w:rPr>
                <w:sz w:val="16"/>
              </w:rPr>
              <w:t>3</w:t>
            </w:r>
          </w:p>
        </w:tc>
        <w:tc>
          <w:tcPr>
            <w:tcW w:type="dxa" w:w="1626"/>
          </w:tcPr>
          <w:p>
            <w:pPr>
              <w:spacing w:after="0"/>
              <w:jc w:val="right"/>
            </w:pPr>
            <w:r>
              <w:rPr>
                <w:sz w:val="16"/>
              </w:rPr>
              <w:t>35</w:t>
            </w:r>
          </w:p>
        </w:tc>
        <w:tc>
          <w:tcPr>
            <w:tcW w:type="dxa" w:w="1626"/>
          </w:tcPr>
          <w:p>
            <w:pPr>
              <w:spacing w:after="0"/>
              <w:jc w:val="right"/>
            </w:pPr>
            <w:r>
              <w:rPr>
                <w:sz w:val="16"/>
              </w:rPr>
              <w:t>0</w:t>
            </w:r>
          </w:p>
        </w:tc>
        <w:tc>
          <w:tcPr>
            <w:tcW w:type="dxa" w:w="1810"/>
          </w:tcPr>
          <w:p>
            <w:pPr>
              <w:spacing w:after="0"/>
              <w:jc w:val="right"/>
            </w:pPr>
            <w:r>
              <w:rPr>
                <w:sz w:val="16"/>
              </w:rPr>
              <w:t>5</w:t>
            </w:r>
          </w:p>
        </w:tc>
      </w:tr>
      <w:tr>
        <w:trPr>
          <w:cantSplit/>
        </w:trPr>
        <w:tc>
          <w:tcPr>
            <w:tcW w:type="dxa" w:w="2545"/>
          </w:tcPr>
          <w:p>
            <w:pPr>
              <w:spacing w:after="0"/>
              <w:jc w:val="left"/>
            </w:pPr>
            <w:r>
              <w:rPr>
                <w:sz w:val="16"/>
              </w:rPr>
              <w:t>FORT GAY, TOWN OF</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2</w:t>
            </w:r>
          </w:p>
        </w:tc>
        <w:tc>
          <w:tcPr>
            <w:tcW w:type="dxa" w:w="1626"/>
          </w:tcPr>
          <w:p>
            <w:pPr>
              <w:spacing w:after="0"/>
              <w:jc w:val="right"/>
            </w:pPr>
            <w:r>
              <w:rPr>
                <w:sz w:val="16"/>
              </w:rPr>
              <w:t>0</w:t>
            </w:r>
          </w:p>
        </w:tc>
        <w:tc>
          <w:tcPr>
            <w:tcW w:type="dxa" w:w="1626"/>
          </w:tcPr>
          <w:p>
            <w:pPr>
              <w:spacing w:after="0"/>
              <w:jc w:val="right"/>
            </w:pPr>
            <w:r>
              <w:rPr>
                <w:sz w:val="16"/>
              </w:rPr>
              <w:t>2</w:t>
            </w:r>
          </w:p>
        </w:tc>
        <w:tc>
          <w:tcPr>
            <w:tcW w:type="dxa" w:w="1626"/>
          </w:tcPr>
          <w:p>
            <w:pPr>
              <w:spacing w:after="0"/>
              <w:jc w:val="right"/>
            </w:pPr>
            <w:r>
              <w:rPr>
                <w:sz w:val="16"/>
              </w:rPr>
              <w:t>0</w:t>
            </w:r>
          </w:p>
        </w:tc>
        <w:tc>
          <w:tcPr>
            <w:tcW w:type="dxa" w:w="1810"/>
          </w:tcPr>
          <w:p>
            <w:pPr>
              <w:spacing w:after="0"/>
              <w:jc w:val="right"/>
            </w:pPr>
            <w:r>
              <w:rPr>
                <w:sz w:val="16"/>
              </w:rPr>
              <w:t>0</w:t>
            </w:r>
          </w:p>
        </w:tc>
      </w:tr>
      <w:tr>
        <w:trPr>
          <w:cantSplit/>
        </w:trPr>
        <w:tc>
          <w:tcPr>
            <w:tcW w:type="dxa" w:w="2545"/>
          </w:tcPr>
          <w:p>
            <w:pPr>
              <w:spacing w:after="0"/>
              <w:jc w:val="left"/>
            </w:pPr>
            <w:r>
              <w:rPr>
                <w:sz w:val="16"/>
              </w:rPr>
              <w:t>WAYNE, TOWN OF</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810"/>
          </w:tcPr>
          <w:p>
            <w:pPr>
              <w:spacing w:after="0"/>
              <w:jc w:val="right"/>
            </w:pPr>
            <w:r>
              <w:rPr>
                <w:sz w:val="16"/>
              </w:rPr>
              <w:t>0</w:t>
            </w:r>
          </w:p>
        </w:tc>
      </w:tr>
      <w:tr>
        <w:trPr>
          <w:cantSplit/>
        </w:trPr>
        <w:tc>
          <w:tcPr>
            <w:tcW w:type="dxa" w:w="2545"/>
          </w:tcPr>
          <w:p>
            <w:pPr>
              <w:spacing w:after="0"/>
              <w:jc w:val="left"/>
            </w:pPr>
            <w:r>
              <w:rPr>
                <w:sz w:val="16"/>
              </w:rPr>
              <w:t>CEREDO, TOWN OF</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810"/>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248"/>
        <w:gridCol w:w="1083"/>
        <w:gridCol w:w="973"/>
        <w:gridCol w:w="973"/>
        <w:gridCol w:w="973"/>
        <w:gridCol w:w="973"/>
        <w:gridCol w:w="973"/>
        <w:gridCol w:w="973"/>
        <w:gridCol w:w="1083"/>
        <w:gridCol w:w="4863"/>
      </w:tblGrid>
      <w:tr>
        <w:trPr>
          <w:cantSplit/>
          <w:tblHeader/>
        </w:trPr>
        <w:tc>
          <w:tcPr>
            <w:tcW w:type="dxa" w:w="1248"/>
            <w:shd w:val="clear" w:color="auto" w:fill="E8E8E8"/>
          </w:tcPr>
          <w:p>
            <w:pPr>
              <w:spacing w:after="0"/>
              <w:jc w:val="left"/>
            </w:pPr>
            <w:r>
              <w:rPr>
                <w:b/>
                <w:sz w:val="16"/>
              </w:rPr>
              <w:t>Member</w:t>
            </w:r>
          </w:p>
        </w:tc>
        <w:tc>
          <w:tcPr>
            <w:tcW w:type="dxa" w:w="1083"/>
            <w:shd w:val="clear" w:color="auto" w:fill="E8E8E8"/>
          </w:tcPr>
          <w:p>
            <w:pPr>
              <w:spacing w:after="0"/>
              <w:jc w:val="left"/>
            </w:pPr>
            <w:r>
              <w:rPr>
                <w:b/>
                <w:sz w:val="16"/>
              </w:rPr>
              <w:t>NFIP community ID</w:t>
            </w:r>
          </w:p>
        </w:tc>
        <w:tc>
          <w:tcPr>
            <w:tcW w:type="dxa" w:w="973"/>
            <w:shd w:val="clear" w:color="auto" w:fill="E8E8E8"/>
          </w:tcPr>
          <w:p>
            <w:pPr>
              <w:spacing w:after="0"/>
              <w:jc w:val="right"/>
            </w:pPr>
            <w:r>
              <w:rPr>
                <w:b/>
                <w:sz w:val="16"/>
              </w:rPr>
              <w:t>RL, FMA</w:t>
            </w:r>
          </w:p>
          <w:p>
            <w:pPr>
              <w:spacing w:after="0"/>
              <w:jc w:val="right"/>
            </w:pPr>
            <w:r>
              <w:rPr>
                <w:i/>
                <w:color w:val="555555"/>
                <w:sz w:val="14"/>
              </w:rPr>
              <w:t>properties</w:t>
            </w:r>
          </w:p>
        </w:tc>
        <w:tc>
          <w:tcPr>
            <w:tcW w:type="dxa" w:w="973"/>
            <w:shd w:val="clear" w:color="auto" w:fill="E8E8E8"/>
          </w:tcPr>
          <w:p>
            <w:pPr>
              <w:spacing w:after="0"/>
              <w:jc w:val="right"/>
            </w:pPr>
            <w:r>
              <w:rPr>
                <w:b/>
                <w:sz w:val="16"/>
              </w:rPr>
              <w:t>SRL, FMA</w:t>
            </w:r>
          </w:p>
          <w:p>
            <w:pPr>
              <w:spacing w:after="0"/>
              <w:jc w:val="right"/>
            </w:pPr>
            <w:r>
              <w:rPr>
                <w:i/>
                <w:color w:val="555555"/>
                <w:sz w:val="14"/>
              </w:rPr>
              <w:t>properties</w:t>
            </w:r>
          </w:p>
        </w:tc>
        <w:tc>
          <w:tcPr>
            <w:tcW w:type="dxa" w:w="973"/>
            <w:shd w:val="clear" w:color="auto" w:fill="E8E8E8"/>
          </w:tcPr>
          <w:p>
            <w:pPr>
              <w:spacing w:after="0"/>
              <w:jc w:val="right"/>
            </w:pPr>
            <w:r>
              <w:rPr>
                <w:b/>
                <w:sz w:val="16"/>
              </w:rPr>
              <w:t>RL, NFIP</w:t>
            </w:r>
          </w:p>
          <w:p>
            <w:pPr>
              <w:spacing w:after="0"/>
              <w:jc w:val="right"/>
            </w:pPr>
            <w:r>
              <w:rPr>
                <w:i/>
                <w:color w:val="555555"/>
                <w:sz w:val="14"/>
              </w:rPr>
              <w:t>properties</w:t>
            </w:r>
          </w:p>
        </w:tc>
        <w:tc>
          <w:tcPr>
            <w:tcW w:type="dxa" w:w="973"/>
            <w:shd w:val="clear" w:color="auto" w:fill="E8E8E8"/>
          </w:tcPr>
          <w:p>
            <w:pPr>
              <w:spacing w:after="0"/>
              <w:jc w:val="right"/>
            </w:pPr>
            <w:r>
              <w:rPr>
                <w:b/>
                <w:sz w:val="16"/>
              </w:rPr>
              <w:t>SRL, NFIP</w:t>
            </w:r>
          </w:p>
          <w:p>
            <w:pPr>
              <w:spacing w:after="0"/>
              <w:jc w:val="right"/>
            </w:pPr>
            <w:r>
              <w:rPr>
                <w:i/>
                <w:color w:val="555555"/>
                <w:sz w:val="14"/>
              </w:rPr>
              <w:t>properties</w:t>
            </w:r>
          </w:p>
        </w:tc>
        <w:tc>
          <w:tcPr>
            <w:tcW w:type="dxa" w:w="97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73"/>
            <w:shd w:val="clear" w:color="auto" w:fill="E8E8E8"/>
          </w:tcPr>
          <w:p>
            <w:pPr>
              <w:spacing w:after="0"/>
              <w:jc w:val="right"/>
            </w:pPr>
            <w:r>
              <w:rPr>
                <w:b/>
                <w:sz w:val="16"/>
              </w:rPr>
              <w:t>Mitigated</w:t>
            </w:r>
          </w:p>
          <w:p>
            <w:pPr>
              <w:spacing w:after="0"/>
              <w:jc w:val="right"/>
            </w:pPr>
            <w:r>
              <w:rPr>
                <w:i/>
                <w:color w:val="555555"/>
                <w:sz w:val="14"/>
              </w:rPr>
              <w:t>properties</w:t>
            </w:r>
          </w:p>
        </w:tc>
        <w:tc>
          <w:tcPr>
            <w:tcW w:type="dxa" w:w="108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863"/>
            <w:shd w:val="clear" w:color="auto" w:fill="E8E8E8"/>
          </w:tcPr>
          <w:p>
            <w:pPr>
              <w:spacing w:after="0"/>
              <w:jc w:val="left"/>
            </w:pPr>
            <w:r>
              <w:rPr>
                <w:b/>
                <w:sz w:val="16"/>
              </w:rPr>
              <w:t>Note</w:t>
            </w:r>
          </w:p>
        </w:tc>
      </w:tr>
      <w:tr>
        <w:trPr>
          <w:cantSplit/>
        </w:trPr>
        <w:tc>
          <w:tcPr>
            <w:tcW w:type="dxa" w:w="1248"/>
          </w:tcPr>
          <w:p>
            <w:pPr>
              <w:spacing w:after="0"/>
              <w:jc w:val="left"/>
            </w:pPr>
            <w:r>
              <w:rPr>
                <w:sz w:val="16"/>
              </w:rPr>
              <w:t>Wayne County</w:t>
            </w:r>
          </w:p>
        </w:tc>
        <w:tc>
          <w:tcPr>
            <w:tcW w:type="dxa" w:w="1083"/>
          </w:tcPr>
          <w:p>
            <w:pPr>
              <w:spacing w:after="0"/>
              <w:jc w:val="left"/>
            </w:pPr>
            <w:r>
              <w:rPr>
                <w:sz w:val="16"/>
              </w:rPr>
              <w:t>540200</w:t>
            </w:r>
          </w:p>
        </w:tc>
        <w:tc>
          <w:tcPr>
            <w:tcW w:type="dxa" w:w="973"/>
          </w:tcPr>
          <w:p>
            <w:pPr>
              <w:spacing w:after="0"/>
              <w:jc w:val="right"/>
            </w:pPr>
            <w:r>
              <w:rPr>
                <w:sz w:val="16"/>
              </w:rPr>
              <w:t>2</w:t>
            </w:r>
          </w:p>
        </w:tc>
        <w:tc>
          <w:tcPr>
            <w:tcW w:type="dxa" w:w="973"/>
          </w:tcPr>
          <w:p>
            <w:pPr>
              <w:spacing w:after="0"/>
              <w:jc w:val="right"/>
            </w:pPr>
            <w:r>
              <w:rPr>
                <w:sz w:val="16"/>
              </w:rPr>
              <w:t>3</w:t>
            </w:r>
          </w:p>
        </w:tc>
        <w:tc>
          <w:tcPr>
            <w:tcW w:type="dxa" w:w="973"/>
          </w:tcPr>
          <w:p>
            <w:pPr>
              <w:spacing w:after="0"/>
              <w:jc w:val="right"/>
            </w:pPr>
            <w:r>
              <w:rPr>
                <w:sz w:val="16"/>
              </w:rPr>
              <w:t>35</w:t>
            </w:r>
          </w:p>
        </w:tc>
        <w:tc>
          <w:tcPr>
            <w:tcW w:type="dxa" w:w="973"/>
          </w:tcPr>
          <w:p>
            <w:pPr>
              <w:spacing w:after="0"/>
              <w:jc w:val="right"/>
            </w:pPr>
            <w:r>
              <w:rPr>
                <w:sz w:val="16"/>
              </w:rPr>
              <w:t>3</w:t>
            </w:r>
          </w:p>
        </w:tc>
        <w:tc>
          <w:tcPr>
            <w:tcW w:type="dxa" w:w="973"/>
          </w:tcPr>
          <w:p>
            <w:pPr>
              <w:spacing w:after="0"/>
              <w:jc w:val="right"/>
            </w:pPr>
            <w:r>
              <w:rPr>
                <w:sz w:val="16"/>
              </w:rPr>
              <w:t>35</w:t>
            </w:r>
          </w:p>
        </w:tc>
        <w:tc>
          <w:tcPr>
            <w:tcW w:type="dxa" w:w="973"/>
          </w:tcPr>
          <w:p>
            <w:pPr>
              <w:spacing w:after="0"/>
              <w:jc w:val="right"/>
            </w:pPr>
            <w:r>
              <w:rPr>
                <w:sz w:val="16"/>
              </w:rPr>
              <w:t>0</w:t>
            </w:r>
          </w:p>
        </w:tc>
        <w:tc>
          <w:tcPr>
            <w:tcW w:type="dxa" w:w="1083"/>
          </w:tcPr>
          <w:p>
            <w:pPr>
              <w:spacing w:after="0"/>
              <w:jc w:val="right"/>
            </w:pPr>
            <w:r>
              <w:rPr>
                <w:sz w:val="16"/>
              </w:rPr>
              <w:t>5</w:t>
            </w:r>
          </w:p>
        </w:tc>
        <w:tc>
          <w:tcPr>
            <w:tcW w:type="dxa" w:w="4863"/>
          </w:tcPr>
          <w:p>
            <w:pPr>
              <w:spacing w:after="0"/>
              <w:jc w:val="left"/>
            </w:pPr>
          </w:p>
        </w:tc>
      </w:tr>
      <w:tr>
        <w:trPr>
          <w:cantSplit/>
        </w:trPr>
        <w:tc>
          <w:tcPr>
            <w:tcW w:type="dxa" w:w="1248"/>
          </w:tcPr>
          <w:p>
            <w:pPr>
              <w:spacing w:after="0"/>
              <w:jc w:val="left"/>
            </w:pPr>
            <w:r>
              <w:rPr>
                <w:sz w:val="16"/>
              </w:rPr>
              <w:t>Ceredo city</w:t>
            </w:r>
          </w:p>
        </w:tc>
        <w:tc>
          <w:tcPr>
            <w:tcW w:type="dxa" w:w="1083"/>
          </w:tcPr>
          <w:p>
            <w:pPr>
              <w:spacing w:after="0"/>
              <w:jc w:val="left"/>
            </w:pPr>
            <w:r>
              <w:rPr>
                <w:sz w:val="16"/>
              </w:rPr>
              <w:t>540232</w:t>
            </w:r>
          </w:p>
        </w:tc>
        <w:tc>
          <w:tcPr>
            <w:tcW w:type="dxa" w:w="973"/>
          </w:tcPr>
          <w:p>
            <w:pPr>
              <w:spacing w:after="0"/>
              <w:jc w:val="right"/>
            </w:pPr>
            <w:r>
              <w:rPr>
                <w:sz w:val="16"/>
              </w:rPr>
              <w:t>0</w:t>
            </w:r>
          </w:p>
        </w:tc>
        <w:tc>
          <w:tcPr>
            <w:tcW w:type="dxa" w:w="973"/>
          </w:tcPr>
          <w:p>
            <w:pPr>
              <w:spacing w:after="0"/>
              <w:jc w:val="right"/>
            </w:pPr>
            <w:r>
              <w:rPr>
                <w:sz w:val="16"/>
              </w:rPr>
              <w:t>0</w:t>
            </w:r>
          </w:p>
        </w:tc>
        <w:tc>
          <w:tcPr>
            <w:tcW w:type="dxa" w:w="973"/>
          </w:tcPr>
          <w:p>
            <w:pPr>
              <w:spacing w:after="0"/>
              <w:jc w:val="right"/>
            </w:pPr>
            <w:r>
              <w:rPr>
                <w:sz w:val="16"/>
              </w:rPr>
              <w:t>1</w:t>
            </w:r>
          </w:p>
        </w:tc>
        <w:tc>
          <w:tcPr>
            <w:tcW w:type="dxa" w:w="973"/>
          </w:tcPr>
          <w:p>
            <w:pPr>
              <w:spacing w:after="0"/>
              <w:jc w:val="right"/>
            </w:pPr>
            <w:r>
              <w:rPr>
                <w:sz w:val="16"/>
              </w:rPr>
              <w:t>0</w:t>
            </w:r>
          </w:p>
        </w:tc>
        <w:tc>
          <w:tcPr>
            <w:tcW w:type="dxa" w:w="973"/>
          </w:tcPr>
          <w:p>
            <w:pPr>
              <w:spacing w:after="0"/>
              <w:jc w:val="right"/>
            </w:pPr>
            <w:r>
              <w:rPr>
                <w:sz w:val="16"/>
              </w:rPr>
              <w:t>1</w:t>
            </w:r>
          </w:p>
        </w:tc>
        <w:tc>
          <w:tcPr>
            <w:tcW w:type="dxa" w:w="973"/>
          </w:tcPr>
          <w:p>
            <w:pPr>
              <w:spacing w:after="0"/>
              <w:jc w:val="right"/>
            </w:pPr>
            <w:r>
              <w:rPr>
                <w:sz w:val="16"/>
              </w:rPr>
              <w:t>0</w:t>
            </w:r>
          </w:p>
        </w:tc>
        <w:tc>
          <w:tcPr>
            <w:tcW w:type="dxa" w:w="1083"/>
          </w:tcPr>
          <w:p>
            <w:pPr>
              <w:spacing w:after="0"/>
              <w:jc w:val="right"/>
            </w:pPr>
            <w:r>
              <w:rPr>
                <w:sz w:val="16"/>
              </w:rPr>
              <w:t>0</w:t>
            </w:r>
          </w:p>
        </w:tc>
        <w:tc>
          <w:tcPr>
            <w:tcW w:type="dxa" w:w="4863"/>
          </w:tcPr>
          <w:p>
            <w:pPr>
              <w:spacing w:after="0"/>
              <w:jc w:val="left"/>
            </w:pPr>
          </w:p>
        </w:tc>
      </w:tr>
      <w:tr>
        <w:trPr>
          <w:cantSplit/>
        </w:trPr>
        <w:tc>
          <w:tcPr>
            <w:tcW w:type="dxa" w:w="1248"/>
          </w:tcPr>
          <w:p>
            <w:pPr>
              <w:spacing w:after="0"/>
              <w:jc w:val="left"/>
            </w:pPr>
            <w:r>
              <w:rPr>
                <w:sz w:val="16"/>
              </w:rPr>
              <w:t>Fort Gay town</w:t>
            </w:r>
          </w:p>
        </w:tc>
        <w:tc>
          <w:tcPr>
            <w:tcW w:type="dxa" w:w="1083"/>
          </w:tcPr>
          <w:p>
            <w:pPr>
              <w:spacing w:after="0"/>
              <w:jc w:val="left"/>
            </w:pPr>
            <w:r>
              <w:rPr>
                <w:sz w:val="16"/>
              </w:rPr>
              <w:t>540202</w:t>
            </w:r>
          </w:p>
        </w:tc>
        <w:tc>
          <w:tcPr>
            <w:tcW w:type="dxa" w:w="973"/>
          </w:tcPr>
          <w:p>
            <w:pPr>
              <w:spacing w:after="0"/>
              <w:jc w:val="right"/>
            </w:pPr>
            <w:r>
              <w:rPr>
                <w:sz w:val="16"/>
              </w:rPr>
              <w:t>0</w:t>
            </w:r>
          </w:p>
        </w:tc>
        <w:tc>
          <w:tcPr>
            <w:tcW w:type="dxa" w:w="973"/>
          </w:tcPr>
          <w:p>
            <w:pPr>
              <w:spacing w:after="0"/>
              <w:jc w:val="right"/>
            </w:pPr>
            <w:r>
              <w:rPr>
                <w:sz w:val="16"/>
              </w:rPr>
              <w:t>0</w:t>
            </w:r>
          </w:p>
        </w:tc>
        <w:tc>
          <w:tcPr>
            <w:tcW w:type="dxa" w:w="973"/>
          </w:tcPr>
          <w:p>
            <w:pPr>
              <w:spacing w:after="0"/>
              <w:jc w:val="right"/>
            </w:pPr>
            <w:r>
              <w:rPr>
                <w:sz w:val="16"/>
              </w:rPr>
              <w:t>2</w:t>
            </w:r>
          </w:p>
        </w:tc>
        <w:tc>
          <w:tcPr>
            <w:tcW w:type="dxa" w:w="973"/>
          </w:tcPr>
          <w:p>
            <w:pPr>
              <w:spacing w:after="0"/>
              <w:jc w:val="right"/>
            </w:pPr>
            <w:r>
              <w:rPr>
                <w:sz w:val="16"/>
              </w:rPr>
              <w:t>0</w:t>
            </w:r>
          </w:p>
        </w:tc>
        <w:tc>
          <w:tcPr>
            <w:tcW w:type="dxa" w:w="973"/>
          </w:tcPr>
          <w:p>
            <w:pPr>
              <w:spacing w:after="0"/>
              <w:jc w:val="right"/>
            </w:pPr>
            <w:r>
              <w:rPr>
                <w:sz w:val="16"/>
              </w:rPr>
              <w:t>2</w:t>
            </w:r>
          </w:p>
        </w:tc>
        <w:tc>
          <w:tcPr>
            <w:tcW w:type="dxa" w:w="973"/>
          </w:tcPr>
          <w:p>
            <w:pPr>
              <w:spacing w:after="0"/>
              <w:jc w:val="right"/>
            </w:pPr>
            <w:r>
              <w:rPr>
                <w:sz w:val="16"/>
              </w:rPr>
              <w:t>0</w:t>
            </w:r>
          </w:p>
        </w:tc>
        <w:tc>
          <w:tcPr>
            <w:tcW w:type="dxa" w:w="1083"/>
          </w:tcPr>
          <w:p>
            <w:pPr>
              <w:spacing w:after="0"/>
              <w:jc w:val="right"/>
            </w:pPr>
            <w:r>
              <w:rPr>
                <w:sz w:val="16"/>
              </w:rPr>
              <w:t>0</w:t>
            </w:r>
          </w:p>
        </w:tc>
        <w:tc>
          <w:tcPr>
            <w:tcW w:type="dxa" w:w="4863"/>
          </w:tcPr>
          <w:p>
            <w:pPr>
              <w:spacing w:after="0"/>
              <w:jc w:val="left"/>
            </w:pPr>
          </w:p>
        </w:tc>
      </w:tr>
      <w:tr>
        <w:trPr>
          <w:cantSplit/>
        </w:trPr>
        <w:tc>
          <w:tcPr>
            <w:tcW w:type="dxa" w:w="1248"/>
          </w:tcPr>
          <w:p>
            <w:pPr>
              <w:spacing w:after="0"/>
              <w:jc w:val="left"/>
            </w:pPr>
            <w:r>
              <w:rPr>
                <w:sz w:val="16"/>
              </w:rPr>
              <w:t>Huntington city</w:t>
            </w:r>
          </w:p>
        </w:tc>
        <w:tc>
          <w:tcPr>
            <w:tcW w:type="dxa" w:w="1083"/>
          </w:tcPr>
          <w:p>
            <w:pPr>
              <w:spacing w:after="0"/>
              <w:jc w:val="left"/>
            </w:pPr>
            <w:r>
              <w:rPr>
                <w:sz w:val="16"/>
              </w:rPr>
              <w:t>540018</w:t>
            </w:r>
          </w:p>
        </w:tc>
        <w:tc>
          <w:tcPr>
            <w:tcW w:type="dxa" w:w="973"/>
          </w:tcPr>
          <w:p>
            <w:pPr>
              <w:spacing w:after="0"/>
              <w:jc w:val="right"/>
            </w:pPr>
            <w:r>
              <w:rPr>
                <w:sz w:val="16"/>
              </w:rPr>
              <w:t>4</w:t>
            </w:r>
          </w:p>
        </w:tc>
        <w:tc>
          <w:tcPr>
            <w:tcW w:type="dxa" w:w="973"/>
          </w:tcPr>
          <w:p>
            <w:pPr>
              <w:spacing w:after="0"/>
              <w:jc w:val="right"/>
            </w:pPr>
            <w:r>
              <w:rPr>
                <w:sz w:val="16"/>
              </w:rPr>
              <w:t>10</w:t>
            </w:r>
          </w:p>
        </w:tc>
        <w:tc>
          <w:tcPr>
            <w:tcW w:type="dxa" w:w="973"/>
          </w:tcPr>
          <w:p>
            <w:pPr>
              <w:spacing w:after="0"/>
              <w:jc w:val="right"/>
            </w:pPr>
            <w:r>
              <w:rPr>
                <w:sz w:val="16"/>
              </w:rPr>
              <w:t>45</w:t>
            </w:r>
          </w:p>
        </w:tc>
        <w:tc>
          <w:tcPr>
            <w:tcW w:type="dxa" w:w="973"/>
          </w:tcPr>
          <w:p>
            <w:pPr>
              <w:spacing w:after="0"/>
              <w:jc w:val="right"/>
            </w:pPr>
            <w:r>
              <w:rPr>
                <w:sz w:val="16"/>
              </w:rPr>
              <w:t>10</w:t>
            </w:r>
          </w:p>
        </w:tc>
        <w:tc>
          <w:tcPr>
            <w:tcW w:type="dxa" w:w="973"/>
          </w:tcPr>
          <w:p>
            <w:pPr>
              <w:spacing w:after="0"/>
              <w:jc w:val="right"/>
            </w:pPr>
            <w:r>
              <w:rPr>
                <w:sz w:val="16"/>
              </w:rPr>
              <w:t>45</w:t>
            </w:r>
          </w:p>
        </w:tc>
        <w:tc>
          <w:tcPr>
            <w:tcW w:type="dxa" w:w="973"/>
          </w:tcPr>
          <w:p>
            <w:pPr>
              <w:spacing w:after="0"/>
              <w:jc w:val="right"/>
            </w:pPr>
            <w:r>
              <w:rPr>
                <w:sz w:val="16"/>
              </w:rPr>
              <w:t>0</w:t>
            </w:r>
          </w:p>
        </w:tc>
        <w:tc>
          <w:tcPr>
            <w:tcW w:type="dxa" w:w="1083"/>
          </w:tcPr>
          <w:p>
            <w:pPr>
              <w:spacing w:after="0"/>
              <w:jc w:val="right"/>
            </w:pPr>
            <w:r>
              <w:rPr>
                <w:sz w:val="16"/>
              </w:rPr>
              <w:t>22</w:t>
            </w:r>
          </w:p>
        </w:tc>
        <w:tc>
          <w:tcPr>
            <w:tcW w:type="dxa" w:w="4863"/>
          </w:tcPr>
          <w:p>
            <w:pPr>
              <w:spacing w:after="0"/>
              <w:jc w:val="left"/>
            </w:pPr>
            <w:r>
              <w:rPr>
                <w:sz w:val="16"/>
              </w:rPr>
              <w:t>Whole community, including the part in Cabell County; in-county portion (county table): FMA RL 0, FMA SRL 0, NFIP RL 4, NFIP SRL 1, any category 4.</w:t>
            </w:r>
          </w:p>
        </w:tc>
      </w:tr>
      <w:tr>
        <w:trPr>
          <w:cantSplit/>
        </w:trPr>
        <w:tc>
          <w:tcPr>
            <w:tcW w:type="dxa" w:w="1248"/>
          </w:tcPr>
          <w:p>
            <w:pPr>
              <w:spacing w:after="0"/>
              <w:jc w:val="left"/>
            </w:pPr>
            <w:r>
              <w:rPr>
                <w:sz w:val="16"/>
              </w:rPr>
              <w:t>Kenova city</w:t>
            </w:r>
          </w:p>
        </w:tc>
        <w:tc>
          <w:tcPr>
            <w:tcW w:type="dxa" w:w="1083"/>
          </w:tcPr>
          <w:p>
            <w:pPr>
              <w:spacing w:after="0"/>
              <w:jc w:val="left"/>
            </w:pPr>
            <w:r>
              <w:rPr>
                <w:sz w:val="16"/>
              </w:rPr>
              <w:t>540221</w:t>
            </w:r>
          </w:p>
        </w:tc>
        <w:tc>
          <w:tcPr>
            <w:tcW w:type="dxa" w:w="973"/>
          </w:tcPr>
          <w:p>
            <w:pPr>
              <w:spacing w:after="0"/>
              <w:jc w:val="right"/>
            </w:pPr>
            <w:r>
              <w:rPr>
                <w:sz w:val="16"/>
              </w:rPr>
              <w:t>0</w:t>
            </w:r>
          </w:p>
        </w:tc>
        <w:tc>
          <w:tcPr>
            <w:tcW w:type="dxa" w:w="973"/>
          </w:tcPr>
          <w:p>
            <w:pPr>
              <w:spacing w:after="0"/>
              <w:jc w:val="right"/>
            </w:pPr>
            <w:r>
              <w:rPr>
                <w:sz w:val="16"/>
              </w:rPr>
              <w:t>0</w:t>
            </w:r>
          </w:p>
        </w:tc>
        <w:tc>
          <w:tcPr>
            <w:tcW w:type="dxa" w:w="973"/>
          </w:tcPr>
          <w:p>
            <w:pPr>
              <w:spacing w:after="0"/>
              <w:jc w:val="right"/>
            </w:pPr>
            <w:r>
              <w:rPr>
                <w:sz w:val="16"/>
              </w:rPr>
              <w:t>0</w:t>
            </w:r>
          </w:p>
        </w:tc>
        <w:tc>
          <w:tcPr>
            <w:tcW w:type="dxa" w:w="973"/>
          </w:tcPr>
          <w:p>
            <w:pPr>
              <w:spacing w:after="0"/>
              <w:jc w:val="right"/>
            </w:pPr>
            <w:r>
              <w:rPr>
                <w:sz w:val="16"/>
              </w:rPr>
              <w:t>0</w:t>
            </w:r>
          </w:p>
        </w:tc>
        <w:tc>
          <w:tcPr>
            <w:tcW w:type="dxa" w:w="973"/>
          </w:tcPr>
          <w:p>
            <w:pPr>
              <w:spacing w:after="0"/>
              <w:jc w:val="right"/>
            </w:pPr>
            <w:r>
              <w:rPr>
                <w:sz w:val="16"/>
              </w:rPr>
              <w:t>0</w:t>
            </w:r>
          </w:p>
        </w:tc>
        <w:tc>
          <w:tcPr>
            <w:tcW w:type="dxa" w:w="973"/>
          </w:tcPr>
          <w:p>
            <w:pPr>
              <w:spacing w:after="0"/>
              <w:jc w:val="right"/>
            </w:pPr>
            <w:r>
              <w:rPr>
                <w:sz w:val="16"/>
              </w:rPr>
              <w:t>0</w:t>
            </w:r>
          </w:p>
        </w:tc>
        <w:tc>
          <w:tcPr>
            <w:tcW w:type="dxa" w:w="1083"/>
          </w:tcPr>
          <w:p>
            <w:pPr>
              <w:spacing w:after="0"/>
              <w:jc w:val="right"/>
            </w:pPr>
            <w:r>
              <w:rPr>
                <w:sz w:val="16"/>
              </w:rPr>
              <w:t>0</w:t>
            </w:r>
          </w:p>
        </w:tc>
        <w:tc>
          <w:tcPr>
            <w:tcW w:type="dxa" w:w="4863"/>
          </w:tcPr>
          <w:p>
            <w:pPr>
              <w:spacing w:after="0"/>
              <w:jc w:val="left"/>
            </w:pPr>
          </w:p>
        </w:tc>
      </w:tr>
      <w:tr>
        <w:trPr>
          <w:cantSplit/>
        </w:trPr>
        <w:tc>
          <w:tcPr>
            <w:tcW w:type="dxa" w:w="1248"/>
          </w:tcPr>
          <w:p>
            <w:pPr>
              <w:spacing w:after="0"/>
              <w:jc w:val="left"/>
            </w:pPr>
            <w:r>
              <w:rPr>
                <w:sz w:val="16"/>
              </w:rPr>
              <w:t>Wayne town</w:t>
            </w:r>
          </w:p>
        </w:tc>
        <w:tc>
          <w:tcPr>
            <w:tcW w:type="dxa" w:w="1083"/>
          </w:tcPr>
          <w:p>
            <w:pPr>
              <w:spacing w:after="0"/>
              <w:jc w:val="left"/>
            </w:pPr>
            <w:r>
              <w:rPr>
                <w:sz w:val="16"/>
              </w:rPr>
              <w:t>540231</w:t>
            </w:r>
          </w:p>
        </w:tc>
        <w:tc>
          <w:tcPr>
            <w:tcW w:type="dxa" w:w="973"/>
          </w:tcPr>
          <w:p>
            <w:pPr>
              <w:spacing w:after="0"/>
              <w:jc w:val="right"/>
            </w:pPr>
            <w:r>
              <w:rPr>
                <w:sz w:val="16"/>
              </w:rPr>
              <w:t>0</w:t>
            </w:r>
          </w:p>
        </w:tc>
        <w:tc>
          <w:tcPr>
            <w:tcW w:type="dxa" w:w="973"/>
          </w:tcPr>
          <w:p>
            <w:pPr>
              <w:spacing w:after="0"/>
              <w:jc w:val="right"/>
            </w:pPr>
            <w:r>
              <w:rPr>
                <w:sz w:val="16"/>
              </w:rPr>
              <w:t>0</w:t>
            </w:r>
          </w:p>
        </w:tc>
        <w:tc>
          <w:tcPr>
            <w:tcW w:type="dxa" w:w="973"/>
          </w:tcPr>
          <w:p>
            <w:pPr>
              <w:spacing w:after="0"/>
              <w:jc w:val="right"/>
            </w:pPr>
            <w:r>
              <w:rPr>
                <w:sz w:val="16"/>
              </w:rPr>
              <w:t>1</w:t>
            </w:r>
          </w:p>
        </w:tc>
        <w:tc>
          <w:tcPr>
            <w:tcW w:type="dxa" w:w="973"/>
          </w:tcPr>
          <w:p>
            <w:pPr>
              <w:spacing w:after="0"/>
              <w:jc w:val="right"/>
            </w:pPr>
            <w:r>
              <w:rPr>
                <w:sz w:val="16"/>
              </w:rPr>
              <w:t>0</w:t>
            </w:r>
          </w:p>
        </w:tc>
        <w:tc>
          <w:tcPr>
            <w:tcW w:type="dxa" w:w="973"/>
          </w:tcPr>
          <w:p>
            <w:pPr>
              <w:spacing w:after="0"/>
              <w:jc w:val="right"/>
            </w:pPr>
            <w:r>
              <w:rPr>
                <w:sz w:val="16"/>
              </w:rPr>
              <w:t>1</w:t>
            </w:r>
          </w:p>
        </w:tc>
        <w:tc>
          <w:tcPr>
            <w:tcW w:type="dxa" w:w="973"/>
          </w:tcPr>
          <w:p>
            <w:pPr>
              <w:spacing w:after="0"/>
              <w:jc w:val="right"/>
            </w:pPr>
            <w:r>
              <w:rPr>
                <w:sz w:val="16"/>
              </w:rPr>
              <w:t>0</w:t>
            </w:r>
          </w:p>
        </w:tc>
        <w:tc>
          <w:tcPr>
            <w:tcW w:type="dxa" w:w="1083"/>
          </w:tcPr>
          <w:p>
            <w:pPr>
              <w:spacing w:after="0"/>
              <w:jc w:val="right"/>
            </w:pPr>
            <w:r>
              <w:rPr>
                <w:sz w:val="16"/>
              </w:rPr>
              <w:t>0</w:t>
            </w:r>
          </w:p>
        </w:tc>
        <w:tc>
          <w:tcPr>
            <w:tcW w:type="dxa" w:w="486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41</w:t>
            </w:r>
          </w:p>
        </w:tc>
        <w:tc>
          <w:tcPr>
            <w:tcW w:type="dxa" w:w="1496"/>
          </w:tcPr>
          <w:p>
            <w:pPr>
              <w:spacing w:after="0"/>
              <w:jc w:val="right"/>
            </w:pPr>
            <w:r>
              <w:rPr>
                <w:sz w:val="16"/>
              </w:rPr>
              <w:t>4</w:t>
            </w:r>
          </w:p>
        </w:tc>
        <w:tc>
          <w:tcPr>
            <w:tcW w:type="dxa" w:w="1496"/>
          </w:tcPr>
          <w:p>
            <w:pPr>
              <w:spacing w:after="0"/>
              <w:jc w:val="right"/>
            </w:pPr>
            <w:r>
              <w:rPr>
                <w:sz w:val="16"/>
              </w:rPr>
              <w:t>41</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Wayne County, WV: risk-assessment baseline packet, release 2026-10 (data as of 2026-09-28; County area 54099).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Wayne County, WV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Wayne County, WV: Risk-assessment baseline packet</dc:title>
  <dc:subject>Hazard Plain release 2026-10, as of 2026-09-28. Preview: automated baseline</dc:subject>
  <dc:creator>Hazard Plain</dc:creator>
  <cp:keywords>Hazard Plain; hazard mitigation; risk assessment; 54099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