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Pocahontas County, WV</w:t>
      </w:r>
    </w:p>
    <w:p>
      <w:pPr>
        <w:spacing w:after="120" w:before="0"/>
      </w:pPr>
      <w:r>
        <w:rPr>
          <w:color w:val="555555"/>
          <w:sz w:val="24"/>
        </w:rPr>
        <w:t>Risk-assessment baseline packet</w:t>
      </w:r>
    </w:p>
    <w:p>
      <w:pPr>
        <w:spacing w:after="120" w:before="0"/>
      </w:pPr>
      <w:r>
        <w:rPr>
          <w:b/>
          <w:sz w:val="18"/>
        </w:rPr>
        <w:t xml:space="preserve">County FIPS: </w:t>
      </w:r>
      <w:r>
        <w:rPr>
          <w:sz w:val="18"/>
        </w:rPr>
        <w:t>54075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2027-09-06. Plan: RPDC 04 Hazard Mitigation Plan (FEMA plan 108485), approved 2022-09-07.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2022-09-07: 1 new hazard declaration (1 incident): EM-3639-WV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116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($5,570,744 a year), Cold Wave ($671,556) and Lightning ($184,231).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17 (44 CFR 77.2); any definition: 82.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54075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2027-09-06</w:t>
      </w:r>
    </w:p>
    <w:p>
      <w:pPr>
        <w:keepNext/>
        <w:spacing w:after="40" w:before="0"/>
      </w:pPr>
      <w:r>
        <w:rPr>
          <w:b/>
        </w:rPr>
        <w:t xml:space="preserve">Plan: </w:t>
      </w:r>
      <w:r>
        <w:rPr/>
        <w:t>RPDC 04 Hazard Mitigation Plan (FEMA plan 108485)</w:t>
      </w:r>
    </w:p>
    <w:p>
      <w:pPr>
        <w:keepNext/>
        <w:spacing w:after="40" w:before="0"/>
      </w:pPr>
      <w:r>
        <w:rPr>
          <w:b/>
        </w:rPr>
        <w:t xml:space="preserve">Approved: </w:t>
      </w:r>
      <w:r>
        <w:rPr/>
        <w:t>2022-09-07</w:t>
      </w:r>
    </w:p>
    <w:p>
      <w:pPr>
        <w:keepNext/>
        <w:spacing w:after="40" w:before="0"/>
      </w:pPr>
      <w:r>
        <w:rPr>
          <w:b/>
        </w:rPr>
        <w:t xml:space="preserve">Days to expiry: </w:t>
      </w:r>
      <w:r>
        <w:rPr/>
        <w:t>341</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EM-3639-WV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17 (44 CFR 77.2); any definition: 82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2"/>
        <w:gridCol w:w="786"/>
        <w:gridCol w:w="3057"/>
        <w:gridCol w:w="5225"/>
        <w:gridCol w:w="1199"/>
        <w:gridCol w:w="1199"/>
        <w:gridCol w:w="1034"/>
      </w:tblGrid>
      <w:tr>
        <w:trPr>
          <w:cantSplit/>
          <w:tblHeader/>
        </w:trPr>
        <w:tc>
          <w:tcPr>
            <w:tcW w:type="dxa" w:w="1612"/>
            <w:shd w:val="clear" w:color="auto" w:fill="E8E8E8"/>
          </w:tcPr>
          <w:p>
            <w:pPr>
              <w:spacing w:after="0"/>
              <w:jc w:val="left"/>
            </w:pPr>
            <w:r>
              <w:rPr>
                <w:b/>
                <w:sz w:val="16"/>
              </w:rPr>
              <w:t>Jurisdiction</w:t>
            </w:r>
          </w:p>
        </w:tc>
        <w:tc>
          <w:tcPr>
            <w:tcW w:type="dxa" w:w="786"/>
            <w:shd w:val="clear" w:color="auto" w:fill="E8E8E8"/>
          </w:tcPr>
          <w:p>
            <w:pPr>
              <w:spacing w:after="0"/>
              <w:jc w:val="left"/>
            </w:pPr>
            <w:r>
              <w:rPr>
                <w:b/>
                <w:sz w:val="16"/>
              </w:rPr>
              <w:t>Type</w:t>
            </w:r>
          </w:p>
        </w:tc>
        <w:tc>
          <w:tcPr>
            <w:tcW w:type="dxa" w:w="3057"/>
            <w:shd w:val="clear" w:color="auto" w:fill="E8E8E8"/>
          </w:tcPr>
          <w:p>
            <w:pPr>
              <w:spacing w:after="0"/>
              <w:jc w:val="left"/>
            </w:pPr>
            <w:r>
              <w:rPr>
                <w:b/>
                <w:sz w:val="16"/>
              </w:rPr>
              <w:t>Status</w:t>
            </w:r>
          </w:p>
        </w:tc>
        <w:tc>
          <w:tcPr>
            <w:tcW w:type="dxa" w:w="5225"/>
            <w:shd w:val="clear" w:color="auto" w:fill="E8E8E8"/>
          </w:tcPr>
          <w:p>
            <w:pPr>
              <w:spacing w:after="0"/>
              <w:jc w:val="left"/>
            </w:pPr>
            <w:r>
              <w:rPr>
                <w:b/>
                <w:sz w:val="16"/>
              </w:rPr>
              <w:t>Plan</w:t>
            </w:r>
          </w:p>
        </w:tc>
        <w:tc>
          <w:tcPr>
            <w:tcW w:type="dxa" w:w="1199"/>
            <w:shd w:val="clear" w:color="auto" w:fill="E8E8E8"/>
          </w:tcPr>
          <w:p>
            <w:pPr>
              <w:spacing w:after="0"/>
              <w:jc w:val="left"/>
            </w:pPr>
            <w:r>
              <w:rPr>
                <w:b/>
                <w:sz w:val="16"/>
              </w:rPr>
              <w:t>Approved</w:t>
            </w:r>
          </w:p>
        </w:tc>
        <w:tc>
          <w:tcPr>
            <w:tcW w:type="dxa" w:w="1199"/>
            <w:shd w:val="clear" w:color="auto" w:fill="E8E8E8"/>
          </w:tcPr>
          <w:p>
            <w:pPr>
              <w:spacing w:after="0"/>
              <w:jc w:val="left"/>
            </w:pPr>
            <w:r>
              <w:rPr>
                <w:b/>
                <w:sz w:val="16"/>
              </w:rPr>
              <w:t>Expires</w:t>
            </w:r>
          </w:p>
        </w:tc>
        <w:tc>
          <w:tcPr>
            <w:tcW w:type="dxa" w:w="103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12"/>
          </w:tcPr>
          <w:p>
            <w:pPr>
              <w:spacing w:after="0"/>
              <w:jc w:val="left"/>
            </w:pPr>
            <w:r>
              <w:rPr>
                <w:sz w:val="16"/>
              </w:rPr>
              <w:t>Pocahontas County</w:t>
            </w:r>
          </w:p>
        </w:tc>
        <w:tc>
          <w:tcPr>
            <w:tcW w:type="dxa" w:w="786"/>
          </w:tcPr>
          <w:p>
            <w:pPr>
              <w:spacing w:after="0"/>
              <w:jc w:val="left"/>
            </w:pPr>
            <w:r>
              <w:rPr>
                <w:sz w:val="16"/>
              </w:rPr>
              <w:t>County</w:t>
            </w:r>
          </w:p>
        </w:tc>
        <w:tc>
          <w:tcPr>
            <w:tcW w:type="dxa" w:w="3057"/>
          </w:tcPr>
          <w:p>
            <w:pPr>
              <w:spacing w:after="0"/>
              <w:jc w:val="left"/>
            </w:pPr>
            <w:r>
              <w:rPr>
                <w:sz w:val="16"/>
              </w:rPr>
              <w:t>Approved, expires 2027-09-06</w:t>
            </w:r>
          </w:p>
        </w:tc>
        <w:tc>
          <w:tcPr>
            <w:tcW w:type="dxa" w:w="5225"/>
          </w:tcPr>
          <w:p>
            <w:pPr>
              <w:spacing w:after="0"/>
              <w:jc w:val="left"/>
            </w:pPr>
            <w:r>
              <w:rPr>
                <w:sz w:val="16"/>
              </w:rPr>
              <w:t>RPDC 04 Hazard Mitigation Plan (FEMA plan 108485)</w:t>
            </w:r>
          </w:p>
        </w:tc>
        <w:tc>
          <w:tcPr>
            <w:tcW w:type="dxa" w:w="1199"/>
          </w:tcPr>
          <w:p>
            <w:pPr>
              <w:spacing w:after="0"/>
              <w:jc w:val="left"/>
            </w:pPr>
            <w:r>
              <w:rPr>
                <w:sz w:val="16"/>
              </w:rPr>
              <w:t>2022-09-07</w:t>
            </w:r>
          </w:p>
        </w:tc>
        <w:tc>
          <w:tcPr>
            <w:tcW w:type="dxa" w:w="1199"/>
          </w:tcPr>
          <w:p>
            <w:pPr>
              <w:spacing w:after="0"/>
              <w:jc w:val="left"/>
            </w:pPr>
            <w:r>
              <w:rPr>
                <w:sz w:val="16"/>
              </w:rPr>
              <w:t>2027-09-06</w:t>
            </w:r>
          </w:p>
        </w:tc>
        <w:tc>
          <w:tcPr>
            <w:tcW w:type="dxa" w:w="1034"/>
          </w:tcPr>
          <w:p>
            <w:pPr>
              <w:spacing w:after="0"/>
              <w:jc w:val="right"/>
            </w:pPr>
            <w:r>
              <w:rPr>
                <w:sz w:val="16"/>
              </w:rPr>
              <w:t>341</w:t>
            </w:r>
          </w:p>
        </w:tc>
      </w:tr>
      <w:tr>
        <w:trPr>
          <w:cantSplit/>
        </w:trPr>
        <w:tc>
          <w:tcPr>
            <w:tcW w:type="dxa" w:w="1612"/>
          </w:tcPr>
          <w:p>
            <w:pPr>
              <w:spacing w:after="0"/>
              <w:jc w:val="left"/>
            </w:pPr>
            <w:r>
              <w:rPr>
                <w:sz w:val="16"/>
              </w:rPr>
              <w:t>Durbin town</w:t>
            </w:r>
          </w:p>
        </w:tc>
        <w:tc>
          <w:tcPr>
            <w:tcW w:type="dxa" w:w="786"/>
          </w:tcPr>
          <w:p>
            <w:pPr>
              <w:spacing w:after="0"/>
              <w:jc w:val="left"/>
            </w:pPr>
            <w:r>
              <w:rPr>
                <w:sz w:val="16"/>
              </w:rPr>
              <w:t>Town</w:t>
            </w:r>
          </w:p>
        </w:tc>
        <w:tc>
          <w:tcPr>
            <w:tcW w:type="dxa" w:w="3057"/>
          </w:tcPr>
          <w:p>
            <w:pPr>
              <w:spacing w:after="0"/>
              <w:jc w:val="left"/>
            </w:pPr>
            <w:r>
              <w:rPr>
                <w:sz w:val="16"/>
              </w:rPr>
              <w:t>Approved, expires 2027-09-06</w:t>
            </w:r>
          </w:p>
        </w:tc>
        <w:tc>
          <w:tcPr>
            <w:tcW w:type="dxa" w:w="5225"/>
          </w:tcPr>
          <w:p>
            <w:pPr>
              <w:spacing w:after="0"/>
              <w:jc w:val="left"/>
            </w:pPr>
            <w:r>
              <w:rPr>
                <w:sz w:val="16"/>
              </w:rPr>
              <w:t>RPDC 04 Hazard Mitigation Plan (FEMA plan 108485)</w:t>
            </w:r>
          </w:p>
        </w:tc>
        <w:tc>
          <w:tcPr>
            <w:tcW w:type="dxa" w:w="1199"/>
          </w:tcPr>
          <w:p>
            <w:pPr>
              <w:spacing w:after="0"/>
              <w:jc w:val="left"/>
            </w:pPr>
            <w:r>
              <w:rPr>
                <w:sz w:val="16"/>
              </w:rPr>
              <w:t>2022-09-07</w:t>
            </w:r>
          </w:p>
        </w:tc>
        <w:tc>
          <w:tcPr>
            <w:tcW w:type="dxa" w:w="1199"/>
          </w:tcPr>
          <w:p>
            <w:pPr>
              <w:spacing w:after="0"/>
              <w:jc w:val="left"/>
            </w:pPr>
            <w:r>
              <w:rPr>
                <w:sz w:val="16"/>
              </w:rPr>
              <w:t>2027-09-06</w:t>
            </w:r>
          </w:p>
        </w:tc>
        <w:tc>
          <w:tcPr>
            <w:tcW w:type="dxa" w:w="1034"/>
          </w:tcPr>
          <w:p>
            <w:pPr>
              <w:spacing w:after="0"/>
              <w:jc w:val="right"/>
            </w:pPr>
            <w:r>
              <w:rPr>
                <w:sz w:val="16"/>
              </w:rPr>
              <w:t>341</w:t>
            </w:r>
          </w:p>
        </w:tc>
      </w:tr>
      <w:tr>
        <w:trPr>
          <w:cantSplit/>
        </w:trPr>
        <w:tc>
          <w:tcPr>
            <w:tcW w:type="dxa" w:w="1612"/>
          </w:tcPr>
          <w:p>
            <w:pPr>
              <w:spacing w:after="0"/>
              <w:jc w:val="left"/>
            </w:pPr>
            <w:r>
              <w:rPr>
                <w:sz w:val="16"/>
              </w:rPr>
              <w:t>Hillsboro town</w:t>
            </w:r>
          </w:p>
        </w:tc>
        <w:tc>
          <w:tcPr>
            <w:tcW w:type="dxa" w:w="786"/>
          </w:tcPr>
          <w:p>
            <w:pPr>
              <w:spacing w:after="0"/>
              <w:jc w:val="left"/>
            </w:pPr>
            <w:r>
              <w:rPr>
                <w:sz w:val="16"/>
              </w:rPr>
              <w:t>Town</w:t>
            </w:r>
          </w:p>
        </w:tc>
        <w:tc>
          <w:tcPr>
            <w:tcW w:type="dxa" w:w="3057"/>
          </w:tcPr>
          <w:p>
            <w:pPr>
              <w:spacing w:after="0"/>
              <w:jc w:val="left"/>
            </w:pPr>
            <w:r>
              <w:rPr>
                <w:sz w:val="16"/>
              </w:rPr>
              <w:t>Approved, expires 2027-09-06</w:t>
            </w:r>
          </w:p>
        </w:tc>
        <w:tc>
          <w:tcPr>
            <w:tcW w:type="dxa" w:w="5225"/>
          </w:tcPr>
          <w:p>
            <w:pPr>
              <w:spacing w:after="0"/>
              <w:jc w:val="left"/>
            </w:pPr>
            <w:r>
              <w:rPr>
                <w:sz w:val="16"/>
              </w:rPr>
              <w:t>RPDC 04 Hazard Mitigation Plan (FEMA plan 108485)</w:t>
            </w:r>
          </w:p>
        </w:tc>
        <w:tc>
          <w:tcPr>
            <w:tcW w:type="dxa" w:w="1199"/>
          </w:tcPr>
          <w:p>
            <w:pPr>
              <w:spacing w:after="0"/>
              <w:jc w:val="left"/>
            </w:pPr>
            <w:r>
              <w:rPr>
                <w:sz w:val="16"/>
              </w:rPr>
              <w:t>2022-09-07</w:t>
            </w:r>
          </w:p>
        </w:tc>
        <w:tc>
          <w:tcPr>
            <w:tcW w:type="dxa" w:w="1199"/>
          </w:tcPr>
          <w:p>
            <w:pPr>
              <w:spacing w:after="0"/>
              <w:jc w:val="left"/>
            </w:pPr>
            <w:r>
              <w:rPr>
                <w:sz w:val="16"/>
              </w:rPr>
              <w:t>2027-09-06</w:t>
            </w:r>
          </w:p>
        </w:tc>
        <w:tc>
          <w:tcPr>
            <w:tcW w:type="dxa" w:w="1034"/>
          </w:tcPr>
          <w:p>
            <w:pPr>
              <w:spacing w:after="0"/>
              <w:jc w:val="right"/>
            </w:pPr>
            <w:r>
              <w:rPr>
                <w:sz w:val="16"/>
              </w:rPr>
              <w:t>341</w:t>
            </w:r>
          </w:p>
        </w:tc>
      </w:tr>
      <w:tr>
        <w:trPr>
          <w:cantSplit/>
        </w:trPr>
        <w:tc>
          <w:tcPr>
            <w:tcW w:type="dxa" w:w="1612"/>
          </w:tcPr>
          <w:p>
            <w:pPr>
              <w:spacing w:after="0"/>
              <w:jc w:val="left"/>
            </w:pPr>
            <w:r>
              <w:rPr>
                <w:sz w:val="16"/>
              </w:rPr>
              <w:t>Marlinton town</w:t>
            </w:r>
          </w:p>
        </w:tc>
        <w:tc>
          <w:tcPr>
            <w:tcW w:type="dxa" w:w="786"/>
          </w:tcPr>
          <w:p>
            <w:pPr>
              <w:spacing w:after="0"/>
              <w:jc w:val="left"/>
            </w:pPr>
            <w:r>
              <w:rPr>
                <w:sz w:val="16"/>
              </w:rPr>
              <w:t>Town</w:t>
            </w:r>
          </w:p>
        </w:tc>
        <w:tc>
          <w:tcPr>
            <w:tcW w:type="dxa" w:w="3057"/>
          </w:tcPr>
          <w:p>
            <w:pPr>
              <w:spacing w:after="0"/>
              <w:jc w:val="left"/>
            </w:pPr>
            <w:r>
              <w:rPr>
                <w:sz w:val="16"/>
              </w:rPr>
              <w:t>Approved, expires 2027-09-06</w:t>
            </w:r>
          </w:p>
        </w:tc>
        <w:tc>
          <w:tcPr>
            <w:tcW w:type="dxa" w:w="5225"/>
          </w:tcPr>
          <w:p>
            <w:pPr>
              <w:spacing w:after="0"/>
              <w:jc w:val="left"/>
            </w:pPr>
            <w:r>
              <w:rPr>
                <w:sz w:val="16"/>
              </w:rPr>
              <w:t>RPDC 04 Hazard Mitigation Plan (FEMA plan 108485)</w:t>
            </w:r>
          </w:p>
        </w:tc>
        <w:tc>
          <w:tcPr>
            <w:tcW w:type="dxa" w:w="1199"/>
          </w:tcPr>
          <w:p>
            <w:pPr>
              <w:spacing w:after="0"/>
              <w:jc w:val="left"/>
            </w:pPr>
            <w:r>
              <w:rPr>
                <w:sz w:val="16"/>
              </w:rPr>
              <w:t>2022-09-07</w:t>
            </w:r>
          </w:p>
        </w:tc>
        <w:tc>
          <w:tcPr>
            <w:tcW w:type="dxa" w:w="1199"/>
          </w:tcPr>
          <w:p>
            <w:pPr>
              <w:spacing w:after="0"/>
              <w:jc w:val="left"/>
            </w:pPr>
            <w:r>
              <w:rPr>
                <w:sz w:val="16"/>
              </w:rPr>
              <w:t>2027-09-06</w:t>
            </w:r>
          </w:p>
        </w:tc>
        <w:tc>
          <w:tcPr>
            <w:tcW w:type="dxa" w:w="1034"/>
          </w:tcPr>
          <w:p>
            <w:pPr>
              <w:spacing w:after="0"/>
              <w:jc w:val="right"/>
            </w:pPr>
            <w:r>
              <w:rPr>
                <w:sz w:val="16"/>
              </w:rPr>
              <w:t>341</w:t>
            </w:r>
          </w:p>
        </w:tc>
      </w:tr>
    </w:tbl>
    <w:p>
      <w:pPr>
        <w:spacing w:after="40" w:before="60"/>
      </w:pPr>
      <w:r>
        <w:rPr>
          <w:sz w:val="15"/>
        </w:rPr>
        <w:t>Plan 108485 covers 27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$5,523,592</w:t>
            </w:r>
          </w:p>
        </w:tc>
        <w:tc>
          <w:tcPr>
            <w:tcW w:type="dxa" w:w="1126"/>
          </w:tcPr>
          <w:p>
            <w:pPr>
              <w:spacing w:after="0"/>
              <w:jc w:val="right"/>
            </w:pPr>
            <w:r>
              <w:rPr>
                <w:sz w:val="16"/>
              </w:rPr>
              <w:t>$11,836</w:t>
            </w:r>
          </w:p>
        </w:tc>
        <w:tc>
          <w:tcPr>
            <w:tcW w:type="dxa" w:w="1935"/>
          </w:tcPr>
          <w:p>
            <w:pPr>
              <w:spacing w:after="0"/>
              <w:jc w:val="right"/>
            </w:pPr>
            <w:r>
              <w:rPr>
                <w:sz w:val="16"/>
              </w:rPr>
              <w:t>$35,316</w:t>
            </w:r>
          </w:p>
        </w:tc>
        <w:tc>
          <w:tcPr>
            <w:tcW w:type="dxa" w:w="1195"/>
          </w:tcPr>
          <w:p>
            <w:pPr>
              <w:spacing w:after="0"/>
              <w:jc w:val="right"/>
            </w:pPr>
            <w:r>
              <w:rPr>
                <w:sz w:val="16"/>
              </w:rPr>
              <w:t>$5,570,744</w:t>
            </w:r>
          </w:p>
        </w:tc>
        <w:tc>
          <w:tcPr>
            <w:tcW w:type="dxa" w:w="2145"/>
          </w:tcPr>
          <w:p>
            <w:pPr>
              <w:spacing w:after="0"/>
              <w:jc w:val="right"/>
            </w:pPr>
            <w:r>
              <w:rPr>
                <w:sz w:val="16"/>
              </w:rPr>
              <w:t>55</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$8,147</w:t>
            </w:r>
          </w:p>
        </w:tc>
        <w:tc>
          <w:tcPr>
            <w:tcW w:type="dxa" w:w="1126"/>
          </w:tcPr>
          <w:p>
            <w:pPr>
              <w:spacing w:after="0"/>
              <w:jc w:val="right"/>
            </w:pPr>
            <w:r>
              <w:rPr>
                <w:sz w:val="16"/>
              </w:rPr>
              <w:t>$8,623</w:t>
            </w:r>
          </w:p>
        </w:tc>
        <w:tc>
          <w:tcPr>
            <w:tcW w:type="dxa" w:w="1935"/>
          </w:tcPr>
          <w:p>
            <w:pPr>
              <w:spacing w:after="0"/>
              <w:jc w:val="right"/>
            </w:pPr>
            <w:r>
              <w:rPr>
                <w:sz w:val="16"/>
              </w:rPr>
              <w:t>$654,785</w:t>
            </w:r>
          </w:p>
        </w:tc>
        <w:tc>
          <w:tcPr>
            <w:tcW w:type="dxa" w:w="1195"/>
          </w:tcPr>
          <w:p>
            <w:pPr>
              <w:spacing w:after="0"/>
              <w:jc w:val="right"/>
            </w:pPr>
            <w:r>
              <w:rPr>
                <w:sz w:val="16"/>
              </w:rPr>
              <w:t>$671,556</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$3,186</w:t>
            </w:r>
          </w:p>
        </w:tc>
        <w:tc>
          <w:tcPr>
            <w:tcW w:type="dxa" w:w="1126"/>
          </w:tcPr>
          <w:p>
            <w:pPr>
              <w:spacing w:after="0"/>
              <w:jc w:val="right"/>
            </w:pPr>
            <w:r>
              <w:rPr>
                <w:sz w:val="16"/>
              </w:rPr>
              <w:t>n/a</w:t>
            </w:r>
          </w:p>
        </w:tc>
        <w:tc>
          <w:tcPr>
            <w:tcW w:type="dxa" w:w="1935"/>
          </w:tcPr>
          <w:p>
            <w:pPr>
              <w:spacing w:after="0"/>
              <w:jc w:val="right"/>
            </w:pPr>
            <w:r>
              <w:rPr>
                <w:sz w:val="16"/>
              </w:rPr>
              <w:t>$181,044</w:t>
            </w:r>
          </w:p>
        </w:tc>
        <w:tc>
          <w:tcPr>
            <w:tcW w:type="dxa" w:w="1195"/>
          </w:tcPr>
          <w:p>
            <w:pPr>
              <w:spacing w:after="0"/>
              <w:jc w:val="right"/>
            </w:pPr>
            <w:r>
              <w:rPr>
                <w:sz w:val="16"/>
              </w:rPr>
              <w:t>$184,231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4</w:t>
            </w:r>
          </w:p>
        </w:tc>
        <w:tc>
          <w:tcPr>
            <w:tcW w:type="dxa" w:w="1037"/>
          </w:tcPr>
          <w:p>
            <w:pPr>
              <w:spacing w:after="0"/>
              <w:jc w:val="left"/>
            </w:pPr>
            <w:r>
              <w:rPr>
                <w:sz w:val="16"/>
              </w:rPr>
              <w:t>Strong Wind</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$49,332</w:t>
            </w:r>
          </w:p>
        </w:tc>
        <w:tc>
          <w:tcPr>
            <w:tcW w:type="dxa" w:w="1126"/>
          </w:tcPr>
          <w:p>
            <w:pPr>
              <w:spacing w:after="0"/>
              <w:jc w:val="right"/>
            </w:pPr>
            <w:r>
              <w:rPr>
                <w:sz w:val="16"/>
              </w:rPr>
              <w:t>$1,684</w:t>
            </w:r>
          </w:p>
        </w:tc>
        <w:tc>
          <w:tcPr>
            <w:tcW w:type="dxa" w:w="1935"/>
          </w:tcPr>
          <w:p>
            <w:pPr>
              <w:spacing w:after="0"/>
              <w:jc w:val="right"/>
            </w:pPr>
            <w:r>
              <w:rPr>
                <w:sz w:val="16"/>
              </w:rPr>
              <w:t>$47,993</w:t>
            </w:r>
          </w:p>
        </w:tc>
        <w:tc>
          <w:tcPr>
            <w:tcW w:type="dxa" w:w="1195"/>
          </w:tcPr>
          <w:p>
            <w:pPr>
              <w:spacing w:after="0"/>
              <w:jc w:val="right"/>
            </w:pPr>
            <w:r>
              <w:rPr>
                <w:sz w:val="16"/>
              </w:rPr>
              <w:t>$99,008</w:t>
            </w:r>
          </w:p>
        </w:tc>
        <w:tc>
          <w:tcPr>
            <w:tcW w:type="dxa" w:w="2145"/>
          </w:tcPr>
          <w:p>
            <w:pPr>
              <w:spacing w:after="0"/>
              <w:jc w:val="right"/>
            </w:pPr>
            <w:r>
              <w:rPr>
                <w:sz w:val="16"/>
              </w:rPr>
              <w:t>83</w:t>
            </w:r>
          </w:p>
        </w:tc>
        <w:tc>
          <w:tcPr>
            <w:tcW w:type="dxa" w:w="2206"/>
          </w:tcPr>
          <w:p>
            <w:pPr>
              <w:spacing w:after="0"/>
              <w:jc w:val="left"/>
            </w:pPr>
            <w:r>
              <w:rPr>
                <w:sz w:val="16"/>
              </w:rPr>
              <w:t>Includes 12 High Wind and 19 Strong Wind records (NOAA non-thunderstorm wind types, outside NRI's Strong Wind definition).</w:t>
            </w:r>
          </w:p>
        </w:tc>
      </w:tr>
      <w:tr>
        <w:trPr>
          <w:cantSplit/>
        </w:trPr>
        <w:tc>
          <w:tcPr>
            <w:tcW w:type="dxa" w:w="724"/>
          </w:tcPr>
          <w:p>
            <w:pPr>
              <w:spacing w:after="0"/>
              <w:jc w:val="right"/>
            </w:pPr>
            <w:r>
              <w:rPr>
                <w:sz w:val="16"/>
              </w:rPr>
              <w:t>5</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$31,854</w:t>
            </w:r>
          </w:p>
        </w:tc>
        <w:tc>
          <w:tcPr>
            <w:tcW w:type="dxa" w:w="1126"/>
          </w:tcPr>
          <w:p>
            <w:pPr>
              <w:spacing w:after="0"/>
              <w:jc w:val="right"/>
            </w:pPr>
            <w:r>
              <w:rPr>
                <w:sz w:val="16"/>
              </w:rPr>
              <w:t>$148</w:t>
            </w:r>
          </w:p>
        </w:tc>
        <w:tc>
          <w:tcPr>
            <w:tcW w:type="dxa" w:w="1935"/>
          </w:tcPr>
          <w:p>
            <w:pPr>
              <w:spacing w:after="0"/>
              <w:jc w:val="right"/>
            </w:pPr>
            <w:r>
              <w:rPr>
                <w:sz w:val="16"/>
              </w:rPr>
              <w:t>$17,458</w:t>
            </w:r>
          </w:p>
        </w:tc>
        <w:tc>
          <w:tcPr>
            <w:tcW w:type="dxa" w:w="1195"/>
          </w:tcPr>
          <w:p>
            <w:pPr>
              <w:spacing w:after="0"/>
              <w:jc w:val="right"/>
            </w:pPr>
            <w:r>
              <w:rPr>
                <w:sz w:val="16"/>
              </w:rPr>
              <w:t>$49,460</w:t>
            </w:r>
          </w:p>
        </w:tc>
        <w:tc>
          <w:tcPr>
            <w:tcW w:type="dxa" w:w="2145"/>
          </w:tcPr>
          <w:p>
            <w:pPr>
              <w:spacing w:after="0"/>
              <w:jc w:val="right"/>
            </w:pPr>
            <w:r>
              <w:rPr>
                <w:sz w:val="16"/>
              </w:rPr>
              <w:t>27</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$42,161</w:t>
            </w:r>
          </w:p>
        </w:tc>
        <w:tc>
          <w:tcPr>
            <w:tcW w:type="dxa" w:w="1126"/>
          </w:tcPr>
          <w:p>
            <w:pPr>
              <w:spacing w:after="0"/>
              <w:jc w:val="right"/>
            </w:pPr>
            <w:r>
              <w:rPr>
                <w:sz w:val="16"/>
              </w:rPr>
              <w:t>$2,666</w:t>
            </w:r>
          </w:p>
        </w:tc>
        <w:tc>
          <w:tcPr>
            <w:tcW w:type="dxa" w:w="1935"/>
          </w:tcPr>
          <w:p>
            <w:pPr>
              <w:spacing w:after="0"/>
              <w:jc w:val="right"/>
            </w:pPr>
            <w:r>
              <w:rPr>
                <w:sz w:val="16"/>
              </w:rPr>
              <w:t>$1,024</w:t>
            </w:r>
          </w:p>
        </w:tc>
        <w:tc>
          <w:tcPr>
            <w:tcW w:type="dxa" w:w="1195"/>
          </w:tcPr>
          <w:p>
            <w:pPr>
              <w:spacing w:after="0"/>
              <w:jc w:val="right"/>
            </w:pPr>
            <w:r>
              <w:rPr>
                <w:sz w:val="16"/>
              </w:rPr>
              <w:t>$45,851</w:t>
            </w:r>
          </w:p>
        </w:tc>
        <w:tc>
          <w:tcPr>
            <w:tcW w:type="dxa" w:w="2145"/>
          </w:tcPr>
          <w:p>
            <w:pPr>
              <w:spacing w:after="0"/>
              <w:jc w:val="right"/>
            </w:pPr>
            <w:r>
              <w:rPr>
                <w:sz w:val="16"/>
              </w:rPr>
              <w:t>0</w:t>
            </w:r>
          </w:p>
        </w:tc>
        <w:tc>
          <w:tcPr>
            <w:tcW w:type="dxa" w:w="2206"/>
          </w:tcPr>
          <w:p>
            <w:pPr>
              <w:spacing w:after="0"/>
              <w:jc w:val="left"/>
            </w:pPr>
            <w:r>
              <w:rPr>
                <w:sz w:val="16"/>
              </w:rPr>
              <w:t>Declared 2 times; no Storm Events record of this type.</w:t>
            </w:r>
          </w:p>
        </w:tc>
      </w:tr>
      <w:tr>
        <w:trPr>
          <w:cantSplit/>
        </w:trPr>
        <w:tc>
          <w:tcPr>
            <w:tcW w:type="dxa" w:w="724"/>
          </w:tcPr>
          <w:p>
            <w:pPr>
              <w:spacing w:after="0"/>
              <w:jc w:val="right"/>
            </w:pPr>
            <w:r>
              <w:rPr>
                <w:sz w:val="16"/>
              </w:rPr>
              <w:t>7</w:t>
            </w:r>
          </w:p>
        </w:tc>
        <w:tc>
          <w:tcPr>
            <w:tcW w:type="dxa" w:w="1037"/>
          </w:tcPr>
          <w:p>
            <w:pPr>
              <w:spacing w:after="0"/>
              <w:jc w:val="left"/>
            </w:pPr>
            <w:r>
              <w:rPr>
                <w:sz w:val="16"/>
              </w:rPr>
              <w:t>Landslide</w:t>
            </w:r>
          </w:p>
        </w:tc>
        <w:tc>
          <w:tcPr>
            <w:tcW w:type="dxa" w:w="1354"/>
          </w:tcPr>
          <w:p>
            <w:pPr>
              <w:spacing w:after="0"/>
              <w:jc w:val="left"/>
            </w:pPr>
            <w:r>
              <w:rPr>
                <w:sz w:val="16"/>
              </w:rPr>
              <w:t>Relatively Moderate</w:t>
            </w:r>
          </w:p>
        </w:tc>
        <w:tc>
          <w:tcPr>
            <w:tcW w:type="dxa" w:w="1354"/>
          </w:tcPr>
          <w:p>
            <w:pPr>
              <w:spacing w:after="0"/>
              <w:jc w:val="left"/>
            </w:pPr>
            <w:r>
              <w:rPr>
                <w:sz w:val="16"/>
              </w:rPr>
              <w:t>Relatively Low</w:t>
            </w:r>
          </w:p>
        </w:tc>
        <w:tc>
          <w:tcPr>
            <w:tcW w:type="dxa" w:w="1037"/>
          </w:tcPr>
          <w:p>
            <w:pPr>
              <w:spacing w:after="0"/>
              <w:jc w:val="right"/>
            </w:pPr>
            <w:r>
              <w:rPr>
                <w:sz w:val="16"/>
              </w:rPr>
              <w:t>$16,844</w:t>
            </w:r>
          </w:p>
        </w:tc>
        <w:tc>
          <w:tcPr>
            <w:tcW w:type="dxa" w:w="1126"/>
          </w:tcPr>
          <w:p>
            <w:pPr>
              <w:spacing w:after="0"/>
              <w:jc w:val="right"/>
            </w:pPr>
            <w:r>
              <w:rPr>
                <w:sz w:val="16"/>
              </w:rPr>
              <w:t>n/a</w:t>
            </w:r>
          </w:p>
        </w:tc>
        <w:tc>
          <w:tcPr>
            <w:tcW w:type="dxa" w:w="1935"/>
          </w:tcPr>
          <w:p>
            <w:pPr>
              <w:spacing w:after="0"/>
              <w:jc w:val="right"/>
            </w:pPr>
            <w:r>
              <w:rPr>
                <w:sz w:val="16"/>
              </w:rPr>
              <w:t>$24,712</w:t>
            </w:r>
          </w:p>
        </w:tc>
        <w:tc>
          <w:tcPr>
            <w:tcW w:type="dxa" w:w="1195"/>
          </w:tcPr>
          <w:p>
            <w:pPr>
              <w:spacing w:after="0"/>
              <w:jc w:val="right"/>
            </w:pPr>
            <w:r>
              <w:rPr>
                <w:sz w:val="16"/>
              </w:rPr>
              <w:t>$41,556</w:t>
            </w:r>
          </w:p>
        </w:tc>
        <w:tc>
          <w:tcPr>
            <w:tcW w:type="dxa" w:w="2145"/>
          </w:tcPr>
          <w:p>
            <w:pPr>
              <w:spacing w:after="0"/>
              <w:jc w:val="right"/>
            </w:pPr>
            <w:r>
              <w:rPr>
                <w:sz w:val="16"/>
              </w:rPr>
              <w:t>0</w:t>
            </w:r>
          </w:p>
        </w:tc>
        <w:tc>
          <w:tcPr>
            <w:tcW w:type="dxa" w:w="2206"/>
          </w:tcPr>
          <w:p>
            <w:pPr>
              <w:spacing w:after="0"/>
              <w:jc w:val="left"/>
            </w:pPr>
            <w:r>
              <w:rPr>
                <w:sz w:val="16"/>
              </w:rPr>
              <w:t>Declared 6 times; no Storm Events record of this type.</w:t>
            </w:r>
          </w:p>
        </w:tc>
      </w:tr>
      <w:tr>
        <w:trPr>
          <w:cantSplit/>
        </w:trPr>
        <w:tc>
          <w:tcPr>
            <w:tcW w:type="dxa" w:w="724"/>
          </w:tcPr>
          <w:p>
            <w:pPr>
              <w:spacing w:after="0"/>
              <w:jc w:val="right"/>
            </w:pPr>
            <w:r>
              <w:rPr>
                <w:sz w:val="16"/>
              </w:rPr>
              <w:t>8</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$29,014</w:t>
            </w:r>
          </w:p>
        </w:tc>
        <w:tc>
          <w:tcPr>
            <w:tcW w:type="dxa" w:w="1935"/>
          </w:tcPr>
          <w:p>
            <w:pPr>
              <w:spacing w:after="0"/>
              <w:jc w:val="right"/>
            </w:pPr>
            <w:r>
              <w:rPr>
                <w:sz w:val="16"/>
              </w:rPr>
              <w:t>n/a</w:t>
            </w:r>
          </w:p>
        </w:tc>
        <w:tc>
          <w:tcPr>
            <w:tcW w:type="dxa" w:w="1195"/>
          </w:tcPr>
          <w:p>
            <w:pPr>
              <w:spacing w:after="0"/>
              <w:jc w:val="right"/>
            </w:pPr>
            <w:r>
              <w:rPr>
                <w:sz w:val="16"/>
              </w:rPr>
              <w:t>$29,014</w:t>
            </w:r>
          </w:p>
        </w:tc>
        <w:tc>
          <w:tcPr>
            <w:tcW w:type="dxa" w:w="2145"/>
          </w:tcPr>
          <w:p>
            <w:pPr>
              <w:spacing w:after="0"/>
              <w:jc w:val="right"/>
            </w:pPr>
            <w:r>
              <w:rPr>
                <w:sz w:val="16"/>
              </w:rPr>
              <w:t>9</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$23,681</w:t>
            </w:r>
          </w:p>
        </w:tc>
        <w:tc>
          <w:tcPr>
            <w:tcW w:type="dxa" w:w="1126"/>
          </w:tcPr>
          <w:p>
            <w:pPr>
              <w:spacing w:after="0"/>
              <w:jc w:val="right"/>
            </w:pPr>
            <w:r>
              <w:rPr>
                <w:sz w:val="16"/>
              </w:rPr>
              <w:t>n/a</w:t>
            </w:r>
          </w:p>
        </w:tc>
        <w:tc>
          <w:tcPr>
            <w:tcW w:type="dxa" w:w="1935"/>
          </w:tcPr>
          <w:p>
            <w:pPr>
              <w:spacing w:after="0"/>
              <w:jc w:val="right"/>
            </w:pPr>
            <w:r>
              <w:rPr>
                <w:sz w:val="16"/>
              </w:rPr>
              <w:t>$3,803</w:t>
            </w:r>
          </w:p>
        </w:tc>
        <w:tc>
          <w:tcPr>
            <w:tcW w:type="dxa" w:w="1195"/>
          </w:tcPr>
          <w:p>
            <w:pPr>
              <w:spacing w:after="0"/>
              <w:jc w:val="right"/>
            </w:pPr>
            <w:r>
              <w:rPr>
                <w:sz w:val="16"/>
              </w:rPr>
              <w:t>$27,484</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10</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$21,814</w:t>
            </w:r>
          </w:p>
        </w:tc>
        <w:tc>
          <w:tcPr>
            <w:tcW w:type="dxa" w:w="1126"/>
          </w:tcPr>
          <w:p>
            <w:pPr>
              <w:spacing w:after="0"/>
              <w:jc w:val="right"/>
            </w:pPr>
            <w:r>
              <w:rPr>
                <w:sz w:val="16"/>
              </w:rPr>
              <w:t>$1</w:t>
            </w:r>
          </w:p>
        </w:tc>
        <w:tc>
          <w:tcPr>
            <w:tcW w:type="dxa" w:w="1935"/>
          </w:tcPr>
          <w:p>
            <w:pPr>
              <w:spacing w:after="0"/>
              <w:jc w:val="right"/>
            </w:pPr>
            <w:r>
              <w:rPr>
                <w:sz w:val="16"/>
              </w:rPr>
              <w:t>$5,637</w:t>
            </w:r>
          </w:p>
        </w:tc>
        <w:tc>
          <w:tcPr>
            <w:tcW w:type="dxa" w:w="1195"/>
          </w:tcPr>
          <w:p>
            <w:pPr>
              <w:spacing w:after="0"/>
              <w:jc w:val="right"/>
            </w:pPr>
            <w:r>
              <w:rPr>
                <w:sz w:val="16"/>
              </w:rPr>
              <w:t>$27,453</w:t>
            </w:r>
          </w:p>
        </w:tc>
        <w:tc>
          <w:tcPr>
            <w:tcW w:type="dxa" w:w="2145"/>
          </w:tcPr>
          <w:p>
            <w:pPr>
              <w:spacing w:after="0"/>
              <w:jc w:val="right"/>
            </w:pPr>
            <w:r>
              <w:rPr>
                <w:sz w:val="16"/>
              </w:rPr>
              <w:t>81</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$13,431</w:t>
            </w:r>
          </w:p>
        </w:tc>
        <w:tc>
          <w:tcPr>
            <w:tcW w:type="dxa" w:w="1126"/>
          </w:tcPr>
          <w:p>
            <w:pPr>
              <w:spacing w:after="0"/>
              <w:jc w:val="right"/>
            </w:pPr>
            <w:r>
              <w:rPr>
                <w:sz w:val="16"/>
              </w:rPr>
              <w:t>$103</w:t>
            </w:r>
          </w:p>
        </w:tc>
        <w:tc>
          <w:tcPr>
            <w:tcW w:type="dxa" w:w="1935"/>
          </w:tcPr>
          <w:p>
            <w:pPr>
              <w:spacing w:after="0"/>
              <w:jc w:val="right"/>
            </w:pPr>
            <w:r>
              <w:rPr>
                <w:sz w:val="16"/>
              </w:rPr>
              <w:t>$4,395</w:t>
            </w:r>
          </w:p>
        </w:tc>
        <w:tc>
          <w:tcPr>
            <w:tcW w:type="dxa" w:w="1195"/>
          </w:tcPr>
          <w:p>
            <w:pPr>
              <w:spacing w:after="0"/>
              <w:jc w:val="right"/>
            </w:pPr>
            <w:r>
              <w:rPr>
                <w:sz w:val="16"/>
              </w:rPr>
              <w:t>$17,929</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$5,930</w:t>
            </w:r>
          </w:p>
        </w:tc>
        <w:tc>
          <w:tcPr>
            <w:tcW w:type="dxa" w:w="1126"/>
          </w:tcPr>
          <w:p>
            <w:pPr>
              <w:spacing w:after="0"/>
              <w:jc w:val="right"/>
            </w:pPr>
            <w:r>
              <w:rPr>
                <w:sz w:val="16"/>
              </w:rPr>
              <w:t>n/a</w:t>
            </w:r>
          </w:p>
        </w:tc>
        <w:tc>
          <w:tcPr>
            <w:tcW w:type="dxa" w:w="1935"/>
          </w:tcPr>
          <w:p>
            <w:pPr>
              <w:spacing w:after="0"/>
              <w:jc w:val="right"/>
            </w:pPr>
            <w:r>
              <w:rPr>
                <w:sz w:val="16"/>
              </w:rPr>
              <w:t>$809</w:t>
            </w:r>
          </w:p>
        </w:tc>
        <w:tc>
          <w:tcPr>
            <w:tcW w:type="dxa" w:w="1195"/>
          </w:tcPr>
          <w:p>
            <w:pPr>
              <w:spacing w:after="0"/>
              <w:jc w:val="right"/>
            </w:pPr>
            <w:r>
              <w:rPr>
                <w:sz w:val="16"/>
              </w:rPr>
              <w:t>$6,739</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$2,201</w:t>
            </w:r>
          </w:p>
        </w:tc>
        <w:tc>
          <w:tcPr>
            <w:tcW w:type="dxa" w:w="1126"/>
          </w:tcPr>
          <w:p>
            <w:pPr>
              <w:spacing w:after="0"/>
              <w:jc w:val="right"/>
            </w:pPr>
            <w:r>
              <w:rPr>
                <w:sz w:val="16"/>
              </w:rPr>
              <w:t>$11</w:t>
            </w:r>
          </w:p>
        </w:tc>
        <w:tc>
          <w:tcPr>
            <w:tcW w:type="dxa" w:w="1935"/>
          </w:tcPr>
          <w:p>
            <w:pPr>
              <w:spacing w:after="0"/>
              <w:jc w:val="right"/>
            </w:pPr>
            <w:r>
              <w:rPr>
                <w:sz w:val="16"/>
              </w:rPr>
              <w:t>$1,101</w:t>
            </w:r>
          </w:p>
        </w:tc>
        <w:tc>
          <w:tcPr>
            <w:tcW w:type="dxa" w:w="1195"/>
          </w:tcPr>
          <w:p>
            <w:pPr>
              <w:spacing w:after="0"/>
              <w:jc w:val="right"/>
            </w:pPr>
            <w:r>
              <w:rPr>
                <w:sz w:val="16"/>
              </w:rPr>
              <w:t>$3,312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35"/>
          </w:tcPr>
          <w:p>
            <w:pPr>
              <w:spacing w:after="0"/>
              <w:jc w:val="right"/>
            </w:pPr>
            <w:r>
              <w:rPr>
                <w:sz w:val="16"/>
              </w:rPr>
              <w:t>$2,159</w:t>
            </w:r>
          </w:p>
        </w:tc>
        <w:tc>
          <w:tcPr>
            <w:tcW w:type="dxa" w:w="1195"/>
          </w:tcPr>
          <w:p>
            <w:pPr>
              <w:spacing w:after="0"/>
              <w:jc w:val="right"/>
            </w:pPr>
            <w:r>
              <w:rPr>
                <w:sz w:val="16"/>
              </w:rPr>
              <w:t>$2,159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Heat Wave</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35"/>
          </w:tcPr>
          <w:p>
            <w:pPr>
              <w:spacing w:after="0"/>
              <w:jc w:val="right"/>
            </w:pPr>
            <w:r>
              <w:rPr>
                <w:sz w:val="16"/>
              </w:rPr>
              <w:t>$0</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Avalanche</w:t>
            </w:r>
          </w:p>
        </w:tc>
        <w:tc>
          <w:tcPr>
            <w:tcW w:type="dxa" w:w="10515"/>
          </w:tcPr>
          <w:p>
            <w:pPr>
              <w:spacing w:after="0"/>
              <w:jc w:val="left"/>
            </w:pPr>
            <w:r>
              <w:rPr>
                <w:sz w:val="16"/>
              </w:rPr>
              <w:t>tract 9602.02 (Very Low, 58.4); tract 9602.01 (Very Low, 57.5); tract 9601.02 (Very Low, 56.5)</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9602.02 (Very Low, 29.0); tract 9602.01 (Very Low, 22.5); tract 9601.02 (Very Low, 22.2)</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9602.02 (Relatively Low, 58.0); tract 9602.01 (Relatively Low, 55.5); tract 9601.02 (Relatively Low, 52.1)</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9602.01 (Relatively Moderate, 98.1); tract 9603 (Relatively Moderate, 98.1); tract 9602.02 (Relatively Moderate, 98.0)</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9602.02 (Very Low, 15.2); tract 9602.01 (Very Low, 13.4); tract 9601.02 (Very Low, 10.7)</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9602.02 (Relatively Low, 75.5); tract 9602.01 (Very Low, 61.4); tract 9603 (Very Low, 61.2)</w:t>
            </w:r>
          </w:p>
        </w:tc>
      </w:tr>
    </w:tbl>
    <w:p>
      <w:pPr>
        <w:spacing w:after="40" w:before="60"/>
      </w:pPr>
      <w:r>
        <w:rPr>
          <w:sz w:val="15"/>
        </w:rPr>
        <w:t xml:space="preserve">Up to 3 census tracts per hazard, highest National Risk Index rating first, then highest score; a tract number is the Census tract number (for example 9602.02 is Census Tract 9602.02).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8"/>
        <w:gridCol w:w="1936"/>
        <w:gridCol w:w="1591"/>
        <w:gridCol w:w="1478"/>
        <w:gridCol w:w="1559"/>
        <w:gridCol w:w="1565"/>
        <w:gridCol w:w="2125"/>
        <w:gridCol w:w="1921"/>
      </w:tblGrid>
      <w:tr>
        <w:trPr>
          <w:cantSplit/>
          <w:tblHeader/>
        </w:trPr>
        <w:tc>
          <w:tcPr>
            <w:tcW w:type="dxa" w:w="1938"/>
            <w:shd w:val="clear" w:color="auto" w:fill="E8E8E8"/>
          </w:tcPr>
          <w:p>
            <w:pPr>
              <w:spacing w:after="0"/>
              <w:jc w:val="left"/>
            </w:pPr>
            <w:r>
              <w:rPr>
                <w:b/>
                <w:sz w:val="16"/>
              </w:rPr>
              <w:t>Hazard</w:t>
            </w:r>
          </w:p>
        </w:tc>
        <w:tc>
          <w:tcPr>
            <w:tcW w:type="dxa" w:w="1936"/>
            <w:shd w:val="clear" w:color="auto" w:fill="E8E8E8"/>
          </w:tcPr>
          <w:p>
            <w:pPr>
              <w:spacing w:after="0"/>
              <w:jc w:val="left"/>
            </w:pPr>
            <w:r>
              <w:rPr>
                <w:b/>
                <w:sz w:val="16"/>
              </w:rPr>
              <w:t>Scale</w:t>
            </w:r>
          </w:p>
        </w:tc>
        <w:tc>
          <w:tcPr>
            <w:tcW w:type="dxa" w:w="159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78"/>
            <w:shd w:val="clear" w:color="auto" w:fill="E8E8E8"/>
          </w:tcPr>
          <w:p>
            <w:pPr>
              <w:spacing w:after="0"/>
              <w:jc w:val="left"/>
            </w:pPr>
            <w:r>
              <w:rPr>
                <w:b/>
                <w:sz w:val="16"/>
              </w:rPr>
              <w:t>Observed range</w:t>
            </w:r>
          </w:p>
        </w:tc>
        <w:tc>
          <w:tcPr>
            <w:tcW w:type="dxa" w:w="1559"/>
            <w:shd w:val="clear" w:color="auto" w:fill="E8E8E8"/>
          </w:tcPr>
          <w:p>
            <w:pPr>
              <w:spacing w:after="0"/>
              <w:jc w:val="left"/>
            </w:pPr>
            <w:r>
              <w:rPr>
                <w:b/>
                <w:sz w:val="16"/>
              </w:rPr>
              <w:t>Worst recorded event</w:t>
            </w:r>
          </w:p>
        </w:tc>
        <w:tc>
          <w:tcPr>
            <w:tcW w:type="dxa" w:w="1565"/>
            <w:shd w:val="clear" w:color="auto" w:fill="E8E8E8"/>
          </w:tcPr>
          <w:p>
            <w:pPr>
              <w:spacing w:after="0"/>
              <w:jc w:val="left"/>
            </w:pPr>
            <w:r>
              <w:rPr>
                <w:b/>
                <w:sz w:val="16"/>
              </w:rPr>
              <w:t>Most damaging (when different)</w:t>
            </w:r>
          </w:p>
        </w:tc>
        <w:tc>
          <w:tcPr>
            <w:tcW w:type="dxa" w:w="2125"/>
            <w:shd w:val="clear" w:color="auto" w:fill="E8E8E8"/>
          </w:tcPr>
          <w:p>
            <w:pPr>
              <w:spacing w:after="0"/>
              <w:jc w:val="left"/>
            </w:pPr>
            <w:r>
              <w:rPr>
                <w:b/>
                <w:sz w:val="16"/>
              </w:rPr>
              <w:t>How it applies to jurisdictions</w:t>
            </w:r>
          </w:p>
        </w:tc>
        <w:tc>
          <w:tcPr>
            <w:tcW w:type="dxa" w:w="1921"/>
            <w:shd w:val="clear" w:color="auto" w:fill="E8E8E8"/>
          </w:tcPr>
          <w:p>
            <w:pPr>
              <w:spacing w:after="0"/>
              <w:jc w:val="left"/>
            </w:pPr>
            <w:r>
              <w:rPr>
                <w:b/>
                <w:sz w:val="16"/>
              </w:rPr>
              <w:t>Note</w:t>
            </w:r>
          </w:p>
        </w:tc>
      </w:tr>
      <w:tr>
        <w:trPr>
          <w:cantSplit/>
        </w:trPr>
        <w:tc>
          <w:tcPr>
            <w:tcW w:type="dxa" w:w="1938"/>
          </w:tcPr>
          <w:p>
            <w:pPr>
              <w:spacing w:after="0"/>
              <w:jc w:val="left"/>
            </w:pPr>
            <w:r>
              <w:rPr>
                <w:sz w:val="16"/>
              </w:rPr>
              <w:t>Avalanche</w:t>
            </w:r>
          </w:p>
        </w:tc>
        <w:tc>
          <w:tcPr>
            <w:tcW w:type="dxa" w:w="1936"/>
          </w:tcPr>
          <w:p>
            <w:pPr>
              <w:spacing w:after="0"/>
              <w:jc w:val="left"/>
            </w:pPr>
            <w:r>
              <w:rPr>
                <w:sz w:val="16"/>
              </w:rPr>
              <w:t>none (count and damage only)</w:t>
            </w:r>
          </w:p>
        </w:tc>
        <w:tc>
          <w:tcPr>
            <w:tcW w:type="dxa" w:w="1591"/>
          </w:tcPr>
          <w:p>
            <w:pPr>
              <w:spacing w:after="0"/>
              <w:jc w:val="right"/>
            </w:pPr>
            <w:r>
              <w:rPr>
                <w:sz w:val="16"/>
              </w:rPr>
              <w:t>0</w:t>
            </w:r>
          </w:p>
        </w:tc>
        <w:tc>
          <w:tcPr>
            <w:tcW w:type="dxa" w:w="1478"/>
          </w:tcPr>
          <w:p>
            <w:pPr>
              <w:spacing w:after="0"/>
              <w:jc w:val="left"/>
            </w:pPr>
          </w:p>
        </w:tc>
        <w:tc>
          <w:tcPr>
            <w:tcW w:type="dxa" w:w="1559"/>
          </w:tcPr>
          <w:p>
            <w:pPr>
              <w:spacing w:after="0"/>
              <w:jc w:val="left"/>
            </w:pPr>
          </w:p>
        </w:tc>
        <w:tc>
          <w:tcPr>
            <w:tcW w:type="dxa" w:w="1565"/>
          </w:tcPr>
          <w:p>
            <w:pPr>
              <w:spacing w:after="0"/>
              <w:jc w:val="left"/>
            </w:pPr>
          </w:p>
        </w:tc>
        <w:tc>
          <w:tcPr>
            <w:tcW w:type="dxa" w:w="2125"/>
          </w:tcPr>
          <w:p>
            <w:pPr>
              <w:spacing w:after="0"/>
              <w:jc w:val="left"/>
            </w:pPr>
          </w:p>
        </w:tc>
        <w:tc>
          <w:tcPr>
            <w:tcW w:type="dxa" w:w="1921"/>
          </w:tcPr>
          <w:p>
            <w:pPr>
              <w:spacing w:after="0"/>
              <w:jc w:val="left"/>
            </w:pPr>
            <w:r>
              <w:rPr>
                <w:sz w:val="16"/>
              </w:rPr>
              <w:t>Physical measure: in event narratives only (local data needed).</w:t>
            </w:r>
          </w:p>
        </w:tc>
      </w:tr>
      <w:tr>
        <w:trPr>
          <w:cantSplit/>
        </w:trPr>
        <w:tc>
          <w:tcPr>
            <w:tcW w:type="dxa" w:w="1938"/>
          </w:tcPr>
          <w:p>
            <w:pPr>
              <w:spacing w:after="0"/>
              <w:jc w:val="left"/>
            </w:pPr>
            <w:r>
              <w:rPr>
                <w:sz w:val="16"/>
              </w:rPr>
              <w:t>Cold/Wind Chill, Extreme Cold/Wind Chill</w:t>
            </w:r>
          </w:p>
        </w:tc>
        <w:tc>
          <w:tcPr>
            <w:tcW w:type="dxa" w:w="1936"/>
          </w:tcPr>
          <w:p>
            <w:pPr>
              <w:spacing w:after="0"/>
              <w:jc w:val="left"/>
            </w:pPr>
            <w:r>
              <w:rPr>
                <w:sz w:val="16"/>
              </w:rPr>
              <w:t>wind chill</w:t>
            </w:r>
          </w:p>
        </w:tc>
        <w:tc>
          <w:tcPr>
            <w:tcW w:type="dxa" w:w="1591"/>
          </w:tcPr>
          <w:p>
            <w:pPr>
              <w:spacing w:after="0"/>
              <w:jc w:val="right"/>
            </w:pPr>
            <w:r>
              <w:rPr>
                <w:sz w:val="16"/>
              </w:rPr>
              <w:t>3 records, 2026 (3 zone-level)</w:t>
            </w:r>
          </w:p>
        </w:tc>
        <w:tc>
          <w:tcPr>
            <w:tcW w:type="dxa" w:w="1478"/>
          </w:tcPr>
          <w:p>
            <w:pPr>
              <w:spacing w:after="0"/>
              <w:jc w:val="left"/>
            </w:pPr>
            <w:r>
              <w:rPr>
                <w:sz w:val="16"/>
              </w:rPr>
              <w:t>22 days; 1 with a recorded value</w:t>
            </w:r>
          </w:p>
        </w:tc>
        <w:tc>
          <w:tcPr>
            <w:tcW w:type="dxa" w:w="1559"/>
          </w:tcPr>
          <w:p>
            <w:pPr>
              <w:spacing w:after="0"/>
              <w:jc w:val="left"/>
            </w:pPr>
            <w:r>
              <w:rPr>
                <w:sz w:val="16"/>
              </w:rPr>
              <w:t>22 consecutive days, 2026-01-20 to 2026-02-10, zone-level</w:t>
            </w:r>
          </w:p>
        </w:tc>
        <w:tc>
          <w:tcPr>
            <w:tcW w:type="dxa" w:w="1565"/>
          </w:tcPr>
          <w:p>
            <w:pPr>
              <w:spacing w:after="0"/>
              <w:jc w:val="left"/>
            </w:pPr>
          </w:p>
        </w:tc>
        <w:tc>
          <w:tcPr>
            <w:tcW w:type="dxa" w:w="2125"/>
          </w:tcPr>
          <w:p>
            <w:pPr>
              <w:spacing w:after="0"/>
              <w:jc w:val="left"/>
            </w:pPr>
            <w:r>
              <w:rPr>
                <w:sz w:val="16"/>
              </w:rPr>
              <w:t>Countywide (zone-level records).</w:t>
            </w:r>
          </w:p>
        </w:tc>
        <w:tc>
          <w:tcPr>
            <w:tcW w:type="dxa" w:w="1921"/>
          </w:tcPr>
          <w:p>
            <w:pPr>
              <w:spacing w:after="0"/>
              <w:jc w:val="left"/>
            </w:pPr>
            <w:r>
              <w:rPr>
                <w:sz w:val="16"/>
              </w:rPr>
              <w:t>Wind chill: in event narratives only (local data needed).</w:t>
            </w:r>
          </w:p>
        </w:tc>
      </w:tr>
      <w:tr>
        <w:trPr>
          <w:cantSplit/>
        </w:trPr>
        <w:tc>
          <w:tcPr>
            <w:tcW w:type="dxa" w:w="1938"/>
          </w:tcPr>
          <w:p>
            <w:pPr>
              <w:spacing w:after="0"/>
              <w:jc w:val="left"/>
            </w:pPr>
            <w:r>
              <w:rPr>
                <w:sz w:val="16"/>
              </w:rPr>
              <w:t>Frost/Freeze (outside NRI's Cold Wave definition)</w:t>
            </w:r>
          </w:p>
        </w:tc>
        <w:tc>
          <w:tcPr>
            <w:tcW w:type="dxa" w:w="1936"/>
          </w:tcPr>
          <w:p>
            <w:pPr>
              <w:spacing w:after="0"/>
              <w:jc w:val="left"/>
            </w:pPr>
            <w:r>
              <w:rPr>
                <w:sz w:val="16"/>
              </w:rPr>
              <w:t>crop damage</w:t>
            </w:r>
          </w:p>
        </w:tc>
        <w:tc>
          <w:tcPr>
            <w:tcW w:type="dxa" w:w="1591"/>
          </w:tcPr>
          <w:p>
            <w:pPr>
              <w:spacing w:after="0"/>
              <w:jc w:val="right"/>
            </w:pPr>
            <w:r>
              <w:rPr>
                <w:sz w:val="16"/>
              </w:rPr>
              <w:t>0</w:t>
            </w:r>
          </w:p>
        </w:tc>
        <w:tc>
          <w:tcPr>
            <w:tcW w:type="dxa" w:w="1478"/>
          </w:tcPr>
          <w:p>
            <w:pPr>
              <w:spacing w:after="0"/>
              <w:jc w:val="left"/>
            </w:pPr>
          </w:p>
        </w:tc>
        <w:tc>
          <w:tcPr>
            <w:tcW w:type="dxa" w:w="1559"/>
          </w:tcPr>
          <w:p>
            <w:pPr>
              <w:spacing w:after="0"/>
              <w:jc w:val="left"/>
            </w:pPr>
          </w:p>
        </w:tc>
        <w:tc>
          <w:tcPr>
            <w:tcW w:type="dxa" w:w="1565"/>
          </w:tcPr>
          <w:p>
            <w:pPr>
              <w:spacing w:after="0"/>
              <w:jc w:val="left"/>
            </w:pPr>
          </w:p>
        </w:tc>
        <w:tc>
          <w:tcPr>
            <w:tcW w:type="dxa" w:w="2125"/>
          </w:tcPr>
          <w:p>
            <w:pPr>
              <w:spacing w:after="0"/>
              <w:jc w:val="left"/>
            </w:pPr>
          </w:p>
        </w:tc>
        <w:tc>
          <w:tcPr>
            <w:tcW w:type="dxa" w:w="1921"/>
          </w:tcPr>
          <w:p>
            <w:pPr>
              <w:spacing w:after="0"/>
              <w:jc w:val="left"/>
            </w:pPr>
            <w:r>
              <w:rPr>
                <w:sz w:val="16"/>
              </w:rPr>
              <w:t>Temperature: in event narratives only (local data needed).</w:t>
            </w:r>
          </w:p>
        </w:tc>
      </w:tr>
      <w:tr>
        <w:trPr>
          <w:cantSplit/>
        </w:trPr>
        <w:tc>
          <w:tcPr>
            <w:tcW w:type="dxa" w:w="1938"/>
          </w:tcPr>
          <w:p>
            <w:pPr>
              <w:spacing w:after="0"/>
              <w:jc w:val="left"/>
            </w:pPr>
            <w:r>
              <w:rPr>
                <w:sz w:val="16"/>
              </w:rPr>
              <w:t>Drought</w:t>
            </w:r>
          </w:p>
        </w:tc>
        <w:tc>
          <w:tcPr>
            <w:tcW w:type="dxa" w:w="1936"/>
          </w:tcPr>
          <w:p>
            <w:pPr>
              <w:spacing w:after="0"/>
              <w:jc w:val="left"/>
            </w:pPr>
            <w:r>
              <w:rPr>
                <w:sz w:val="16"/>
              </w:rPr>
              <w:t>U.S. Drought Monitor scale (D0 to D4)</w:t>
            </w:r>
          </w:p>
        </w:tc>
        <w:tc>
          <w:tcPr>
            <w:tcW w:type="dxa" w:w="1591"/>
          </w:tcPr>
          <w:p>
            <w:pPr>
              <w:spacing w:after="0"/>
              <w:jc w:val="right"/>
            </w:pPr>
            <w:r>
              <w:rPr>
                <w:sz w:val="16"/>
              </w:rPr>
              <w:t>9 records, 2024 to 2026 (9 zone-level)</w:t>
            </w:r>
          </w:p>
        </w:tc>
        <w:tc>
          <w:tcPr>
            <w:tcW w:type="dxa" w:w="1478"/>
          </w:tcPr>
          <w:p>
            <w:pPr>
              <w:spacing w:after="0"/>
              <w:jc w:val="left"/>
            </w:pPr>
            <w:r>
              <w:rPr>
                <w:sz w:val="16"/>
              </w:rPr>
              <w:t>61 days to 122 days (median 91 days); 3 with a recorded value</w:t>
            </w:r>
          </w:p>
        </w:tc>
        <w:tc>
          <w:tcPr>
            <w:tcW w:type="dxa" w:w="1559"/>
          </w:tcPr>
          <w:p>
            <w:pPr>
              <w:spacing w:after="0"/>
              <w:jc w:val="left"/>
            </w:pPr>
            <w:r>
              <w:rPr>
                <w:sz w:val="16"/>
              </w:rPr>
              <w:t>122 days (4 months), 2024-08-01 to 2024-11-30, a run of 4 consecutive Storm Events drought records, zone-level</w:t>
            </w:r>
          </w:p>
        </w:tc>
        <w:tc>
          <w:tcPr>
            <w:tcW w:type="dxa" w:w="1565"/>
          </w:tcPr>
          <w:p>
            <w:pPr>
              <w:spacing w:after="0"/>
              <w:jc w:val="left"/>
            </w:pPr>
          </w:p>
        </w:tc>
        <w:tc>
          <w:tcPr>
            <w:tcW w:type="dxa" w:w="2125"/>
          </w:tcPr>
          <w:p>
            <w:pPr>
              <w:spacing w:after="0"/>
              <w:jc w:val="left"/>
            </w:pPr>
            <w:r>
              <w:rPr>
                <w:sz w:val="16"/>
              </w:rPr>
              <w:t>Countywide (zone-level records).</w:t>
            </w:r>
          </w:p>
        </w:tc>
        <w:tc>
          <w:tcPr>
            <w:tcW w:type="dxa" w:w="192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8"/>
          </w:tcPr>
          <w:p>
            <w:pPr>
              <w:spacing w:after="0"/>
              <w:jc w:val="left"/>
            </w:pPr>
            <w:r>
              <w:rPr>
                <w:sz w:val="16"/>
              </w:rPr>
              <w:t>Earthquake</w:t>
            </w:r>
          </w:p>
        </w:tc>
        <w:tc>
          <w:tcPr>
            <w:tcW w:type="dxa" w:w="1936"/>
          </w:tcPr>
          <w:p>
            <w:pPr>
              <w:spacing w:after="0"/>
              <w:jc w:val="left"/>
            </w:pPr>
            <w:r>
              <w:rPr>
                <w:sz w:val="16"/>
              </w:rPr>
              <w:t>Modified Mercalli (local data)</w:t>
            </w:r>
          </w:p>
        </w:tc>
        <w:tc>
          <w:tcPr>
            <w:tcW w:type="dxa" w:w="1591"/>
          </w:tcPr>
          <w:p>
            <w:pPr>
              <w:spacing w:after="0"/>
              <w:jc w:val="right"/>
            </w:pPr>
            <w:r>
              <w:rPr>
                <w:sz w:val="16"/>
              </w:rPr>
              <w:t>0</w:t>
            </w:r>
          </w:p>
        </w:tc>
        <w:tc>
          <w:tcPr>
            <w:tcW w:type="dxa" w:w="1478"/>
          </w:tcPr>
          <w:p>
            <w:pPr>
              <w:spacing w:after="0"/>
              <w:jc w:val="left"/>
            </w:pPr>
          </w:p>
        </w:tc>
        <w:tc>
          <w:tcPr>
            <w:tcW w:type="dxa" w:w="1559"/>
          </w:tcPr>
          <w:p>
            <w:pPr>
              <w:spacing w:after="0"/>
              <w:jc w:val="left"/>
            </w:pPr>
          </w:p>
        </w:tc>
        <w:tc>
          <w:tcPr>
            <w:tcW w:type="dxa" w:w="1565"/>
          </w:tcPr>
          <w:p>
            <w:pPr>
              <w:spacing w:after="0"/>
              <w:jc w:val="left"/>
            </w:pPr>
          </w:p>
        </w:tc>
        <w:tc>
          <w:tcPr>
            <w:tcW w:type="dxa" w:w="2125"/>
          </w:tcPr>
          <w:p>
            <w:pPr>
              <w:spacing w:after="0"/>
              <w:jc w:val="left"/>
            </w:pPr>
          </w:p>
        </w:tc>
        <w:tc>
          <w:tcPr>
            <w:tcW w:type="dxa" w:w="1921"/>
          </w:tcPr>
          <w:p>
            <w:pPr>
              <w:spacing w:after="0"/>
              <w:jc w:val="left"/>
            </w:pPr>
            <w:r>
              <w:rPr>
                <w:sz w:val="16"/>
              </w:rPr>
              <w:t>Storm Events does not record earthquakes; the USGS earthquake catalog is the source.</w:t>
            </w:r>
          </w:p>
        </w:tc>
      </w:tr>
      <w:tr>
        <w:trPr>
          <w:cantSplit/>
        </w:trPr>
        <w:tc>
          <w:tcPr>
            <w:tcW w:type="dxa" w:w="1938"/>
          </w:tcPr>
          <w:p>
            <w:pPr>
              <w:spacing w:after="0"/>
              <w:jc w:val="left"/>
            </w:pPr>
            <w:r>
              <w:rPr>
                <w:sz w:val="16"/>
              </w:rPr>
              <w:t>Hail</w:t>
            </w:r>
          </w:p>
        </w:tc>
        <w:tc>
          <w:tcPr>
            <w:tcW w:type="dxa" w:w="1936"/>
          </w:tcPr>
          <w:p>
            <w:pPr>
              <w:spacing w:after="0"/>
              <w:jc w:val="left"/>
            </w:pPr>
            <w:r>
              <w:rPr>
                <w:sz w:val="16"/>
              </w:rPr>
              <w:t>hail size (inches)</w:t>
            </w:r>
          </w:p>
        </w:tc>
        <w:tc>
          <w:tcPr>
            <w:tcW w:type="dxa" w:w="1591"/>
          </w:tcPr>
          <w:p>
            <w:pPr>
              <w:spacing w:after="0"/>
              <w:jc w:val="right"/>
            </w:pPr>
            <w:r>
              <w:rPr>
                <w:sz w:val="16"/>
              </w:rPr>
              <w:t>31 records, 1971 to 2025</w:t>
            </w:r>
          </w:p>
        </w:tc>
        <w:tc>
          <w:tcPr>
            <w:tcW w:type="dxa" w:w="1478"/>
          </w:tcPr>
          <w:p>
            <w:pPr>
              <w:spacing w:after="0"/>
              <w:jc w:val="left"/>
            </w:pPr>
            <w:r>
              <w:rPr>
                <w:sz w:val="16"/>
              </w:rPr>
              <w:t>0.75 in to 1.75 in (median 0.88 in); 31 with a recorded value</w:t>
            </w:r>
          </w:p>
        </w:tc>
        <w:tc>
          <w:tcPr>
            <w:tcW w:type="dxa" w:w="1559"/>
          </w:tcPr>
          <w:p>
            <w:pPr>
              <w:spacing w:after="0"/>
              <w:jc w:val="left"/>
            </w:pPr>
            <w:r>
              <w:rPr>
                <w:sz w:val="16"/>
              </w:rPr>
              <w:t>1.75 in hail, 2003-07-14</w:t>
            </w:r>
          </w:p>
        </w:tc>
        <w:tc>
          <w:tcPr>
            <w:tcW w:type="dxa" w:w="1565"/>
          </w:tcPr>
          <w:p>
            <w:pPr>
              <w:spacing w:after="0"/>
              <w:jc w:val="left"/>
            </w:pPr>
            <w:r>
              <w:rPr>
                <w:sz w:val="16"/>
              </w:rPr>
              <w:t>Hail, 2011-05-26, $2,000 property; $0 crops (2011 dollars)</w:t>
            </w:r>
          </w:p>
        </w:tc>
        <w:tc>
          <w:tcPr>
            <w:tcW w:type="dxa" w:w="2125"/>
          </w:tcPr>
          <w:p>
            <w:pPr>
              <w:spacing w:after="0"/>
              <w:jc w:val="left"/>
            </w:pPr>
            <w:r>
              <w:rPr>
                <w:sz w:val="16"/>
              </w:rPr>
              <w:t>Event records naming jurisdictions in the plan: Marlinton town (9 records), Durbin town (2 records), Hillsboro town (1 record).</w:t>
            </w:r>
          </w:p>
        </w:tc>
        <w:tc>
          <w:tcPr>
            <w:tcW w:type="dxa" w:w="1921"/>
          </w:tcPr>
          <w:p>
            <w:pPr>
              <w:spacing w:after="0"/>
              <w:jc w:val="left"/>
            </w:pPr>
          </w:p>
        </w:tc>
      </w:tr>
      <w:tr>
        <w:trPr>
          <w:cantSplit/>
        </w:trPr>
        <w:tc>
          <w:tcPr>
            <w:tcW w:type="dxa" w:w="1938"/>
          </w:tcPr>
          <w:p>
            <w:pPr>
              <w:spacing w:after="0"/>
              <w:jc w:val="left"/>
            </w:pPr>
            <w:r>
              <w:rPr>
                <w:sz w:val="16"/>
              </w:rPr>
              <w:t>Excessive Heat, Heat</w:t>
            </w:r>
          </w:p>
        </w:tc>
        <w:tc>
          <w:tcPr>
            <w:tcW w:type="dxa" w:w="1936"/>
          </w:tcPr>
          <w:p>
            <w:pPr>
              <w:spacing w:after="0"/>
              <w:jc w:val="left"/>
            </w:pPr>
            <w:r>
              <w:rPr>
                <w:sz w:val="16"/>
              </w:rPr>
              <w:t>heat index (in event narratives)</w:t>
            </w:r>
          </w:p>
        </w:tc>
        <w:tc>
          <w:tcPr>
            <w:tcW w:type="dxa" w:w="1591"/>
          </w:tcPr>
          <w:p>
            <w:pPr>
              <w:spacing w:after="0"/>
              <w:jc w:val="right"/>
            </w:pPr>
            <w:r>
              <w:rPr>
                <w:sz w:val="16"/>
              </w:rPr>
              <w:t>0</w:t>
            </w:r>
          </w:p>
        </w:tc>
        <w:tc>
          <w:tcPr>
            <w:tcW w:type="dxa" w:w="1478"/>
          </w:tcPr>
          <w:p>
            <w:pPr>
              <w:spacing w:after="0"/>
              <w:jc w:val="left"/>
            </w:pPr>
          </w:p>
        </w:tc>
        <w:tc>
          <w:tcPr>
            <w:tcW w:type="dxa" w:w="1559"/>
          </w:tcPr>
          <w:p>
            <w:pPr>
              <w:spacing w:after="0"/>
              <w:jc w:val="left"/>
            </w:pPr>
          </w:p>
        </w:tc>
        <w:tc>
          <w:tcPr>
            <w:tcW w:type="dxa" w:w="1565"/>
          </w:tcPr>
          <w:p>
            <w:pPr>
              <w:spacing w:after="0"/>
              <w:jc w:val="left"/>
            </w:pPr>
          </w:p>
        </w:tc>
        <w:tc>
          <w:tcPr>
            <w:tcW w:type="dxa" w:w="2125"/>
          </w:tcPr>
          <w:p>
            <w:pPr>
              <w:spacing w:after="0"/>
              <w:jc w:val="left"/>
            </w:pPr>
          </w:p>
        </w:tc>
        <w:tc>
          <w:tcPr>
            <w:tcW w:type="dxa" w:w="1921"/>
          </w:tcPr>
          <w:p>
            <w:pPr>
              <w:spacing w:after="0"/>
              <w:jc w:val="left"/>
            </w:pPr>
            <w:r>
              <w:rPr>
                <w:sz w:val="16"/>
              </w:rPr>
              <w:t>Heat index: in event narratives only (local data needed).</w:t>
            </w:r>
          </w:p>
        </w:tc>
      </w:tr>
      <w:tr>
        <w:trPr>
          <w:cantSplit/>
        </w:trPr>
        <w:tc>
          <w:tcPr>
            <w:tcW w:type="dxa" w:w="1938"/>
          </w:tcPr>
          <w:p>
            <w:pPr>
              <w:spacing w:after="0"/>
              <w:jc w:val="left"/>
            </w:pPr>
            <w:r>
              <w:rPr>
                <w:sz w:val="16"/>
              </w:rPr>
              <w:t>Hurricane, Tropical Storm, Tropical Depression</w:t>
            </w:r>
          </w:p>
        </w:tc>
        <w:tc>
          <w:tcPr>
            <w:tcW w:type="dxa" w:w="1936"/>
          </w:tcPr>
          <w:p>
            <w:pPr>
              <w:spacing w:after="0"/>
              <w:jc w:val="left"/>
            </w:pPr>
            <w:r>
              <w:rPr>
                <w:sz w:val="16"/>
              </w:rPr>
              <w:t>Saffir-Simpson</w:t>
            </w:r>
          </w:p>
        </w:tc>
        <w:tc>
          <w:tcPr>
            <w:tcW w:type="dxa" w:w="1591"/>
          </w:tcPr>
          <w:p>
            <w:pPr>
              <w:spacing w:after="0"/>
              <w:jc w:val="right"/>
            </w:pPr>
            <w:r>
              <w:rPr>
                <w:sz w:val="16"/>
              </w:rPr>
              <w:t>0</w:t>
            </w:r>
          </w:p>
        </w:tc>
        <w:tc>
          <w:tcPr>
            <w:tcW w:type="dxa" w:w="1478"/>
          </w:tcPr>
          <w:p>
            <w:pPr>
              <w:spacing w:after="0"/>
              <w:jc w:val="left"/>
            </w:pPr>
          </w:p>
        </w:tc>
        <w:tc>
          <w:tcPr>
            <w:tcW w:type="dxa" w:w="1559"/>
          </w:tcPr>
          <w:p>
            <w:pPr>
              <w:spacing w:after="0"/>
              <w:jc w:val="left"/>
            </w:pPr>
          </w:p>
        </w:tc>
        <w:tc>
          <w:tcPr>
            <w:tcW w:type="dxa" w:w="1565"/>
          </w:tcPr>
          <w:p>
            <w:pPr>
              <w:spacing w:after="0"/>
              <w:jc w:val="left"/>
            </w:pPr>
          </w:p>
        </w:tc>
        <w:tc>
          <w:tcPr>
            <w:tcW w:type="dxa" w:w="2125"/>
          </w:tcPr>
          <w:p>
            <w:pPr>
              <w:spacing w:after="0"/>
              <w:jc w:val="left"/>
            </w:pPr>
          </w:p>
        </w:tc>
        <w:tc>
          <w:tcPr>
            <w:tcW w:type="dxa" w:w="192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38"/>
          </w:tcPr>
          <w:p>
            <w:pPr>
              <w:spacing w:after="0"/>
              <w:jc w:val="left"/>
            </w:pPr>
            <w:r>
              <w:rPr>
                <w:sz w:val="16"/>
              </w:rPr>
              <w:t>Ice Storm</w:t>
            </w:r>
          </w:p>
        </w:tc>
        <w:tc>
          <w:tcPr>
            <w:tcW w:type="dxa" w:w="1936"/>
          </w:tcPr>
          <w:p>
            <w:pPr>
              <w:spacing w:after="0"/>
              <w:jc w:val="left"/>
            </w:pPr>
            <w:r>
              <w:rPr>
                <w:sz w:val="16"/>
              </w:rPr>
              <w:t>Sperry-Piltz ice scale (local data)</w:t>
            </w:r>
          </w:p>
        </w:tc>
        <w:tc>
          <w:tcPr>
            <w:tcW w:type="dxa" w:w="1591"/>
          </w:tcPr>
          <w:p>
            <w:pPr>
              <w:spacing w:after="0"/>
              <w:jc w:val="right"/>
            </w:pPr>
            <w:r>
              <w:rPr>
                <w:sz w:val="16"/>
              </w:rPr>
              <w:t>1 record, 2018 (1 zone-level)</w:t>
            </w:r>
          </w:p>
        </w:tc>
        <w:tc>
          <w:tcPr>
            <w:tcW w:type="dxa" w:w="1478"/>
          </w:tcPr>
          <w:p>
            <w:pPr>
              <w:spacing w:after="0"/>
              <w:jc w:val="left"/>
            </w:pPr>
          </w:p>
        </w:tc>
        <w:tc>
          <w:tcPr>
            <w:tcW w:type="dxa" w:w="1559"/>
          </w:tcPr>
          <w:p>
            <w:pPr>
              <w:spacing w:after="0"/>
              <w:jc w:val="left"/>
            </w:pPr>
            <w:r>
              <w:rPr>
                <w:sz w:val="16"/>
              </w:rPr>
              <w:t>Ice Storm, 2018-11-15, $10,000 property; $0 crops (2018 dollars); NWS zone WVZ524</w:t>
            </w:r>
          </w:p>
        </w:tc>
        <w:tc>
          <w:tcPr>
            <w:tcW w:type="dxa" w:w="1565"/>
          </w:tcPr>
          <w:p>
            <w:pPr>
              <w:spacing w:after="0"/>
              <w:jc w:val="left"/>
            </w:pPr>
          </w:p>
        </w:tc>
        <w:tc>
          <w:tcPr>
            <w:tcW w:type="dxa" w:w="2125"/>
          </w:tcPr>
          <w:p>
            <w:pPr>
              <w:spacing w:after="0"/>
              <w:jc w:val="left"/>
            </w:pPr>
            <w:r>
              <w:rPr>
                <w:sz w:val="16"/>
              </w:rPr>
              <w:t>Countywide (zone-level records).</w:t>
            </w:r>
          </w:p>
        </w:tc>
        <w:tc>
          <w:tcPr>
            <w:tcW w:type="dxa" w:w="1921"/>
          </w:tcPr>
          <w:p>
            <w:pPr>
              <w:spacing w:after="0"/>
              <w:jc w:val="left"/>
            </w:pPr>
            <w:r>
              <w:rPr>
                <w:sz w:val="16"/>
              </w:rPr>
              <w:t>Ice thickness: in event narratives only (local data needed).</w:t>
            </w:r>
          </w:p>
        </w:tc>
      </w:tr>
      <w:tr>
        <w:trPr>
          <w:cantSplit/>
        </w:trPr>
        <w:tc>
          <w:tcPr>
            <w:tcW w:type="dxa" w:w="1938"/>
          </w:tcPr>
          <w:p>
            <w:pPr>
              <w:spacing w:after="0"/>
              <w:jc w:val="left"/>
            </w:pPr>
            <w:r>
              <w:rPr>
                <w:sz w:val="16"/>
              </w:rPr>
              <w:t>Flash Flood, Flood, Lakeshore Flood</w:t>
            </w:r>
          </w:p>
        </w:tc>
        <w:tc>
          <w:tcPr>
            <w:tcW w:type="dxa" w:w="1936"/>
          </w:tcPr>
          <w:p>
            <w:pPr>
              <w:spacing w:after="0"/>
              <w:jc w:val="left"/>
            </w:pPr>
            <w:r>
              <w:rPr>
                <w:sz w:val="16"/>
              </w:rPr>
              <w:t>damage and flood days (flood depth: FIRM)</w:t>
            </w:r>
          </w:p>
        </w:tc>
        <w:tc>
          <w:tcPr>
            <w:tcW w:type="dxa" w:w="1591"/>
          </w:tcPr>
          <w:p>
            <w:pPr>
              <w:spacing w:after="0"/>
              <w:jc w:val="right"/>
            </w:pPr>
            <w:r>
              <w:rPr>
                <w:sz w:val="16"/>
              </w:rPr>
              <w:t>55 records, 1996 to 2025</w:t>
            </w:r>
          </w:p>
        </w:tc>
        <w:tc>
          <w:tcPr>
            <w:tcW w:type="dxa" w:w="1478"/>
          </w:tcPr>
          <w:p>
            <w:pPr>
              <w:spacing w:after="0"/>
              <w:jc w:val="left"/>
            </w:pPr>
          </w:p>
        </w:tc>
        <w:tc>
          <w:tcPr>
            <w:tcW w:type="dxa" w:w="1559"/>
          </w:tcPr>
          <w:p>
            <w:pPr>
              <w:spacing w:after="0"/>
              <w:jc w:val="left"/>
            </w:pPr>
            <w:r>
              <w:rPr>
                <w:sz w:val="16"/>
              </w:rPr>
              <w:t>Flash Flood, 1996-05-16, $900,000 property; crops not reported (1996 dollars)</w:t>
            </w:r>
          </w:p>
        </w:tc>
        <w:tc>
          <w:tcPr>
            <w:tcW w:type="dxa" w:w="1565"/>
          </w:tcPr>
          <w:p>
            <w:pPr>
              <w:spacing w:after="0"/>
              <w:jc w:val="left"/>
            </w:pPr>
          </w:p>
        </w:tc>
        <w:tc>
          <w:tcPr>
            <w:tcW w:type="dxa" w:w="2125"/>
          </w:tcPr>
          <w:p>
            <w:pPr>
              <w:spacing w:after="0"/>
              <w:jc w:val="left"/>
            </w:pPr>
            <w:r>
              <w:rPr>
                <w:sz w:val="16"/>
              </w:rPr>
              <w:t>Event records naming jurisdictions in the plan: Durbin town (5 records), Marlinton town (5 records).</w:t>
            </w:r>
          </w:p>
        </w:tc>
        <w:tc>
          <w:tcPr>
            <w:tcW w:type="dxa" w:w="192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38"/>
          </w:tcPr>
          <w:p>
            <w:pPr>
              <w:spacing w:after="0"/>
              <w:jc w:val="left"/>
            </w:pPr>
            <w:r>
              <w:rPr>
                <w:sz w:val="16"/>
              </w:rPr>
              <w:t>Debris Flow</w:t>
            </w:r>
          </w:p>
        </w:tc>
        <w:tc>
          <w:tcPr>
            <w:tcW w:type="dxa" w:w="1936"/>
          </w:tcPr>
          <w:p>
            <w:pPr>
              <w:spacing w:after="0"/>
              <w:jc w:val="left"/>
            </w:pPr>
            <w:r>
              <w:rPr>
                <w:sz w:val="16"/>
              </w:rPr>
              <w:t>none (count and damage only)</w:t>
            </w:r>
          </w:p>
        </w:tc>
        <w:tc>
          <w:tcPr>
            <w:tcW w:type="dxa" w:w="1591"/>
          </w:tcPr>
          <w:p>
            <w:pPr>
              <w:spacing w:after="0"/>
              <w:jc w:val="right"/>
            </w:pPr>
            <w:r>
              <w:rPr>
                <w:sz w:val="16"/>
              </w:rPr>
              <w:t>0</w:t>
            </w:r>
          </w:p>
        </w:tc>
        <w:tc>
          <w:tcPr>
            <w:tcW w:type="dxa" w:w="1478"/>
          </w:tcPr>
          <w:p>
            <w:pPr>
              <w:spacing w:after="0"/>
              <w:jc w:val="left"/>
            </w:pPr>
          </w:p>
        </w:tc>
        <w:tc>
          <w:tcPr>
            <w:tcW w:type="dxa" w:w="1559"/>
          </w:tcPr>
          <w:p>
            <w:pPr>
              <w:spacing w:after="0"/>
              <w:jc w:val="left"/>
            </w:pPr>
          </w:p>
        </w:tc>
        <w:tc>
          <w:tcPr>
            <w:tcW w:type="dxa" w:w="1565"/>
          </w:tcPr>
          <w:p>
            <w:pPr>
              <w:spacing w:after="0"/>
              <w:jc w:val="left"/>
            </w:pPr>
          </w:p>
        </w:tc>
        <w:tc>
          <w:tcPr>
            <w:tcW w:type="dxa" w:w="2125"/>
          </w:tcPr>
          <w:p>
            <w:pPr>
              <w:spacing w:after="0"/>
              <w:jc w:val="left"/>
            </w:pPr>
          </w:p>
        </w:tc>
        <w:tc>
          <w:tcPr>
            <w:tcW w:type="dxa" w:w="1921"/>
          </w:tcPr>
          <w:p>
            <w:pPr>
              <w:spacing w:after="0"/>
              <w:jc w:val="left"/>
            </w:pPr>
            <w:r>
              <w:rPr>
                <w:sz w:val="16"/>
              </w:rPr>
              <w:t>Physical measure: in event narratives only (local data needed).</w:t>
            </w:r>
          </w:p>
        </w:tc>
      </w:tr>
      <w:tr>
        <w:trPr>
          <w:cantSplit/>
        </w:trPr>
        <w:tc>
          <w:tcPr>
            <w:tcW w:type="dxa" w:w="1938"/>
          </w:tcPr>
          <w:p>
            <w:pPr>
              <w:spacing w:after="0"/>
              <w:jc w:val="left"/>
            </w:pPr>
            <w:r>
              <w:rPr>
                <w:sz w:val="16"/>
              </w:rPr>
              <w:t>Lightning</w:t>
            </w:r>
          </w:p>
        </w:tc>
        <w:tc>
          <w:tcPr>
            <w:tcW w:type="dxa" w:w="1936"/>
          </w:tcPr>
          <w:p>
            <w:pPr>
              <w:spacing w:after="0"/>
              <w:jc w:val="left"/>
            </w:pPr>
            <w:r>
              <w:rPr>
                <w:sz w:val="16"/>
              </w:rPr>
              <w:t>annualized frequency (the measure FEMA's Local Mitigation Planning Handbook names)</w:t>
            </w:r>
          </w:p>
        </w:tc>
        <w:tc>
          <w:tcPr>
            <w:tcW w:type="dxa" w:w="1591"/>
          </w:tcPr>
          <w:p>
            <w:pPr>
              <w:spacing w:after="0"/>
              <w:jc w:val="right"/>
            </w:pPr>
            <w:r>
              <w:rPr>
                <w:sz w:val="16"/>
              </w:rPr>
              <w:t>0</w:t>
            </w:r>
          </w:p>
        </w:tc>
        <w:tc>
          <w:tcPr>
            <w:tcW w:type="dxa" w:w="1478"/>
          </w:tcPr>
          <w:p>
            <w:pPr>
              <w:spacing w:after="0"/>
              <w:jc w:val="left"/>
            </w:pPr>
          </w:p>
        </w:tc>
        <w:tc>
          <w:tcPr>
            <w:tcW w:type="dxa" w:w="1559"/>
          </w:tcPr>
          <w:p>
            <w:pPr>
              <w:spacing w:after="0"/>
              <w:jc w:val="left"/>
            </w:pPr>
          </w:p>
        </w:tc>
        <w:tc>
          <w:tcPr>
            <w:tcW w:type="dxa" w:w="1565"/>
          </w:tcPr>
          <w:p>
            <w:pPr>
              <w:spacing w:after="0"/>
              <w:jc w:val="left"/>
            </w:pPr>
          </w:p>
        </w:tc>
        <w:tc>
          <w:tcPr>
            <w:tcW w:type="dxa" w:w="2125"/>
          </w:tcPr>
          <w:p>
            <w:pPr>
              <w:spacing w:after="0"/>
              <w:jc w:val="left"/>
            </w:pPr>
          </w:p>
        </w:tc>
        <w:tc>
          <w:tcPr>
            <w:tcW w:type="dxa" w:w="1921"/>
          </w:tcPr>
          <w:p>
            <w:pPr>
              <w:spacing w:after="0"/>
              <w:jc w:val="left"/>
            </w:pPr>
            <w:r>
              <w:rPr>
                <w:sz w:val="16"/>
              </w:rPr>
              <w:t>Storm Events lists lightning with damage or casualties; physical measure in event narratives only (local data needed).</w:t>
            </w:r>
          </w:p>
        </w:tc>
      </w:tr>
      <w:tr>
        <w:trPr>
          <w:cantSplit/>
        </w:trPr>
        <w:tc>
          <w:tcPr>
            <w:tcW w:type="dxa" w:w="1938"/>
          </w:tcPr>
          <w:p>
            <w:pPr>
              <w:spacing w:after="0"/>
              <w:jc w:val="left"/>
            </w:pPr>
            <w:r>
              <w:rPr>
                <w:sz w:val="16"/>
              </w:rPr>
              <w:t>High Wind and Strong Wind (outside NRI's Strong Wind definition)</w:t>
            </w:r>
          </w:p>
        </w:tc>
        <w:tc>
          <w:tcPr>
            <w:tcW w:type="dxa" w:w="1936"/>
          </w:tcPr>
          <w:p>
            <w:pPr>
              <w:spacing w:after="0"/>
              <w:jc w:val="left"/>
            </w:pPr>
            <w:r>
              <w:rPr>
                <w:sz w:val="16"/>
              </w:rPr>
              <w:t>wind speed (kt and mph)</w:t>
            </w:r>
          </w:p>
        </w:tc>
        <w:tc>
          <w:tcPr>
            <w:tcW w:type="dxa" w:w="1591"/>
          </w:tcPr>
          <w:p>
            <w:pPr>
              <w:spacing w:after="0"/>
              <w:jc w:val="right"/>
            </w:pPr>
            <w:r>
              <w:rPr>
                <w:sz w:val="16"/>
              </w:rPr>
              <w:t>31 records, 2017 to 2026 (31 zone-level)</w:t>
            </w:r>
          </w:p>
        </w:tc>
        <w:tc>
          <w:tcPr>
            <w:tcW w:type="dxa" w:w="1478"/>
          </w:tcPr>
          <w:p>
            <w:pPr>
              <w:spacing w:after="0"/>
              <w:jc w:val="left"/>
            </w:pPr>
            <w:r>
              <w:rPr>
                <w:sz w:val="16"/>
              </w:rPr>
              <w:t>30 kt (35 mph) to 76 kt (87 mph) (median 45 kt (52 mph)); 31 with a recorded value</w:t>
            </w:r>
          </w:p>
        </w:tc>
        <w:tc>
          <w:tcPr>
            <w:tcW w:type="dxa" w:w="1559"/>
          </w:tcPr>
          <w:p>
            <w:pPr>
              <w:spacing w:after="0"/>
              <w:jc w:val="left"/>
            </w:pPr>
            <w:r>
              <w:rPr>
                <w:sz w:val="16"/>
              </w:rPr>
              <w:t>76 kt (87 mph) measured gust, High Wind, 2019-02-24; NWS zone WVZ523</w:t>
            </w:r>
          </w:p>
        </w:tc>
        <w:tc>
          <w:tcPr>
            <w:tcW w:type="dxa" w:w="1565"/>
          </w:tcPr>
          <w:p>
            <w:pPr>
              <w:spacing w:after="0"/>
              <w:jc w:val="left"/>
            </w:pPr>
          </w:p>
        </w:tc>
        <w:tc>
          <w:tcPr>
            <w:tcW w:type="dxa" w:w="2125"/>
          </w:tcPr>
          <w:p>
            <w:pPr>
              <w:spacing w:after="0"/>
              <w:jc w:val="left"/>
            </w:pPr>
            <w:r>
              <w:rPr>
                <w:sz w:val="16"/>
              </w:rPr>
              <w:t>Countywide (zone-level records).</w:t>
            </w:r>
          </w:p>
        </w:tc>
        <w:tc>
          <w:tcPr>
            <w:tcW w:type="dxa" w:w="1921"/>
          </w:tcPr>
          <w:p>
            <w:pPr>
              <w:spacing w:after="0"/>
              <w:jc w:val="left"/>
            </w:pPr>
          </w:p>
        </w:tc>
      </w:tr>
      <w:tr>
        <w:trPr>
          <w:cantSplit/>
        </w:trPr>
        <w:tc>
          <w:tcPr>
            <w:tcW w:type="dxa" w:w="1938"/>
          </w:tcPr>
          <w:p>
            <w:pPr>
              <w:spacing w:after="0"/>
              <w:jc w:val="left"/>
            </w:pPr>
            <w:r>
              <w:rPr>
                <w:sz w:val="16"/>
              </w:rPr>
              <w:t>Thunderstorm Wind</w:t>
            </w:r>
          </w:p>
        </w:tc>
        <w:tc>
          <w:tcPr>
            <w:tcW w:type="dxa" w:w="1936"/>
          </w:tcPr>
          <w:p>
            <w:pPr>
              <w:spacing w:after="0"/>
              <w:jc w:val="left"/>
            </w:pPr>
            <w:r>
              <w:rPr>
                <w:sz w:val="16"/>
              </w:rPr>
              <w:t>wind speed (kt and mph)</w:t>
            </w:r>
          </w:p>
        </w:tc>
        <w:tc>
          <w:tcPr>
            <w:tcW w:type="dxa" w:w="1591"/>
          </w:tcPr>
          <w:p>
            <w:pPr>
              <w:spacing w:after="0"/>
              <w:jc w:val="right"/>
            </w:pPr>
            <w:r>
              <w:rPr>
                <w:sz w:val="16"/>
              </w:rPr>
              <w:t>57 records, 1989 to 2026</w:t>
            </w:r>
          </w:p>
        </w:tc>
        <w:tc>
          <w:tcPr>
            <w:tcW w:type="dxa" w:w="1478"/>
          </w:tcPr>
          <w:p>
            <w:pPr>
              <w:spacing w:after="0"/>
              <w:jc w:val="left"/>
            </w:pPr>
            <w:r>
              <w:rPr>
                <w:sz w:val="16"/>
              </w:rPr>
              <w:t>45 kt (52 mph) to 61 kt (70 mph) (median 50 kt (58 mph)); 49 with a recorded value</w:t>
            </w:r>
          </w:p>
        </w:tc>
        <w:tc>
          <w:tcPr>
            <w:tcW w:type="dxa" w:w="1559"/>
          </w:tcPr>
          <w:p>
            <w:pPr>
              <w:spacing w:after="0"/>
              <w:jc w:val="left"/>
            </w:pPr>
            <w:r>
              <w:rPr>
                <w:sz w:val="16"/>
              </w:rPr>
              <w:t>61 kt (70 mph), measurement type not recorded, Thunderstorm Wind, 1999-04-09</w:t>
            </w:r>
          </w:p>
        </w:tc>
        <w:tc>
          <w:tcPr>
            <w:tcW w:type="dxa" w:w="1565"/>
          </w:tcPr>
          <w:p>
            <w:pPr>
              <w:spacing w:after="0"/>
              <w:jc w:val="left"/>
            </w:pPr>
            <w:r>
              <w:rPr>
                <w:sz w:val="16"/>
              </w:rPr>
              <w:t>Thunderstorm Wind, 2012-06-29, $750,000 property; $0 crops (2012 dollars)</w:t>
            </w:r>
          </w:p>
        </w:tc>
        <w:tc>
          <w:tcPr>
            <w:tcW w:type="dxa" w:w="2125"/>
          </w:tcPr>
          <w:p>
            <w:pPr>
              <w:spacing w:after="0"/>
              <w:jc w:val="left"/>
            </w:pPr>
            <w:r>
              <w:rPr>
                <w:sz w:val="16"/>
              </w:rPr>
              <w:t>Event records naming jurisdictions in the plan: Hillsboro town (5 records), Marlinton town (5 records), Durbin town (2 records).</w:t>
            </w:r>
          </w:p>
        </w:tc>
        <w:tc>
          <w:tcPr>
            <w:tcW w:type="dxa" w:w="1921"/>
          </w:tcPr>
          <w:p>
            <w:pPr>
              <w:spacing w:after="0"/>
              <w:jc w:val="left"/>
            </w:pPr>
          </w:p>
        </w:tc>
      </w:tr>
      <w:tr>
        <w:trPr>
          <w:cantSplit/>
        </w:trPr>
        <w:tc>
          <w:tcPr>
            <w:tcW w:type="dxa" w:w="1938"/>
          </w:tcPr>
          <w:p>
            <w:pPr>
              <w:spacing w:after="0"/>
              <w:jc w:val="left"/>
            </w:pPr>
            <w:r>
              <w:rPr>
                <w:sz w:val="16"/>
              </w:rPr>
              <w:t>Tornado</w:t>
            </w:r>
          </w:p>
        </w:tc>
        <w:tc>
          <w:tcPr>
            <w:tcW w:type="dxa" w:w="1936"/>
          </w:tcPr>
          <w:p>
            <w:pPr>
              <w:spacing w:after="0"/>
              <w:jc w:val="left"/>
            </w:pPr>
            <w:r>
              <w:rPr>
                <w:sz w:val="16"/>
              </w:rPr>
              <w:t>Enhanced Fujita (Fujita before Feb 2007)</w:t>
            </w:r>
          </w:p>
        </w:tc>
        <w:tc>
          <w:tcPr>
            <w:tcW w:type="dxa" w:w="1591"/>
          </w:tcPr>
          <w:p>
            <w:pPr>
              <w:spacing w:after="0"/>
              <w:jc w:val="right"/>
            </w:pPr>
            <w:r>
              <w:rPr>
                <w:sz w:val="16"/>
              </w:rPr>
              <w:t>1 record, 2024</w:t>
            </w:r>
          </w:p>
        </w:tc>
        <w:tc>
          <w:tcPr>
            <w:tcW w:type="dxa" w:w="1478"/>
          </w:tcPr>
          <w:p>
            <w:pPr>
              <w:spacing w:after="0"/>
              <w:jc w:val="left"/>
            </w:pPr>
          </w:p>
        </w:tc>
        <w:tc>
          <w:tcPr>
            <w:tcW w:type="dxa" w:w="1559"/>
          </w:tcPr>
          <w:p>
            <w:pPr>
              <w:spacing w:after="0"/>
              <w:jc w:val="left"/>
            </w:pPr>
            <w:r>
              <w:rPr>
                <w:sz w:val="16"/>
              </w:rPr>
              <w:t>EFU (rating unknown) tornado, 2024-09-25, 2.21 mi within this county, 10 yd wide, $0 property; $0 crops (2024 dollars)</w:t>
            </w:r>
          </w:p>
        </w:tc>
        <w:tc>
          <w:tcPr>
            <w:tcW w:type="dxa" w:w="1565"/>
          </w:tcPr>
          <w:p>
            <w:pPr>
              <w:spacing w:after="0"/>
              <w:jc w:val="left"/>
            </w:pPr>
          </w:p>
        </w:tc>
        <w:tc>
          <w:tcPr>
            <w:tcW w:type="dxa" w:w="2125"/>
          </w:tcPr>
          <w:p>
            <w:pPr>
              <w:spacing w:after="0"/>
              <w:jc w:val="left"/>
            </w:pPr>
            <w:r>
              <w:rPr>
                <w:sz w:val="16"/>
              </w:rPr>
              <w:t>Event records naming jurisdictions in the plan: Hillsboro town (1 record).</w:t>
            </w:r>
          </w:p>
        </w:tc>
        <w:tc>
          <w:tcPr>
            <w:tcW w:type="dxa" w:w="192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38"/>
          </w:tcPr>
          <w:p>
            <w:pPr>
              <w:spacing w:after="0"/>
              <w:jc w:val="left"/>
            </w:pPr>
            <w:r>
              <w:rPr>
                <w:sz w:val="16"/>
              </w:rPr>
              <w:t>Wildfire</w:t>
            </w:r>
          </w:p>
        </w:tc>
        <w:tc>
          <w:tcPr>
            <w:tcW w:type="dxa" w:w="1936"/>
          </w:tcPr>
          <w:p>
            <w:pPr>
              <w:spacing w:after="0"/>
              <w:jc w:val="left"/>
            </w:pPr>
            <w:r>
              <w:rPr>
                <w:sz w:val="16"/>
              </w:rPr>
              <w:t>acres burned (local data)</w:t>
            </w:r>
          </w:p>
        </w:tc>
        <w:tc>
          <w:tcPr>
            <w:tcW w:type="dxa" w:w="1591"/>
          </w:tcPr>
          <w:p>
            <w:pPr>
              <w:spacing w:after="0"/>
              <w:jc w:val="right"/>
            </w:pPr>
            <w:r>
              <w:rPr>
                <w:sz w:val="16"/>
              </w:rPr>
              <w:t>0</w:t>
            </w:r>
          </w:p>
        </w:tc>
        <w:tc>
          <w:tcPr>
            <w:tcW w:type="dxa" w:w="1478"/>
          </w:tcPr>
          <w:p>
            <w:pPr>
              <w:spacing w:after="0"/>
              <w:jc w:val="left"/>
            </w:pPr>
          </w:p>
        </w:tc>
        <w:tc>
          <w:tcPr>
            <w:tcW w:type="dxa" w:w="1559"/>
          </w:tcPr>
          <w:p>
            <w:pPr>
              <w:spacing w:after="0"/>
              <w:jc w:val="left"/>
            </w:pPr>
          </w:p>
        </w:tc>
        <w:tc>
          <w:tcPr>
            <w:tcW w:type="dxa" w:w="1565"/>
          </w:tcPr>
          <w:p>
            <w:pPr>
              <w:spacing w:after="0"/>
              <w:jc w:val="left"/>
            </w:pPr>
          </w:p>
        </w:tc>
        <w:tc>
          <w:tcPr>
            <w:tcW w:type="dxa" w:w="2125"/>
          </w:tcPr>
          <w:p>
            <w:pPr>
              <w:spacing w:after="0"/>
              <w:jc w:val="left"/>
            </w:pPr>
          </w:p>
        </w:tc>
        <w:tc>
          <w:tcPr>
            <w:tcW w:type="dxa" w:w="1921"/>
          </w:tcPr>
          <w:p>
            <w:pPr>
              <w:spacing w:after="0"/>
              <w:jc w:val="left"/>
            </w:pPr>
            <w:r>
              <w:rPr>
                <w:sz w:val="16"/>
              </w:rPr>
              <w:t>Acres burned: in event narratives only (local data needed).</w:t>
            </w:r>
          </w:p>
        </w:tc>
      </w:tr>
      <w:tr>
        <w:trPr>
          <w:cantSplit/>
        </w:trPr>
        <w:tc>
          <w:tcPr>
            <w:tcW w:type="dxa" w:w="1938"/>
          </w:tcPr>
          <w:p>
            <w:pPr>
              <w:spacing w:after="0"/>
              <w:jc w:val="left"/>
            </w:pPr>
            <w:r>
              <w:rPr>
                <w:sz w:val="16"/>
              </w:rPr>
              <w:t>Winter Storm, Heavy Snow, Blizzard, Lake-Effect Snow, Winter Weather, Sleet</w:t>
            </w:r>
          </w:p>
        </w:tc>
        <w:tc>
          <w:tcPr>
            <w:tcW w:type="dxa" w:w="1936"/>
          </w:tcPr>
          <w:p>
            <w:pPr>
              <w:spacing w:after="0"/>
              <w:jc w:val="left"/>
            </w:pPr>
            <w:r>
              <w:rPr>
                <w:sz w:val="16"/>
              </w:rPr>
              <w:t>none in data (snowfall: local data)</w:t>
            </w:r>
          </w:p>
        </w:tc>
        <w:tc>
          <w:tcPr>
            <w:tcW w:type="dxa" w:w="1591"/>
          </w:tcPr>
          <w:p>
            <w:pPr>
              <w:spacing w:after="0"/>
              <w:jc w:val="right"/>
            </w:pPr>
            <w:r>
              <w:rPr>
                <w:sz w:val="16"/>
              </w:rPr>
              <w:t>81 records, 2016 to 2026 (81 zone-level)</w:t>
            </w:r>
          </w:p>
        </w:tc>
        <w:tc>
          <w:tcPr>
            <w:tcW w:type="dxa" w:w="1478"/>
          </w:tcPr>
          <w:p>
            <w:pPr>
              <w:spacing w:after="0"/>
              <w:jc w:val="left"/>
            </w:pPr>
          </w:p>
        </w:tc>
        <w:tc>
          <w:tcPr>
            <w:tcW w:type="dxa" w:w="1559"/>
          </w:tcPr>
          <w:p>
            <w:pPr>
              <w:spacing w:after="0"/>
              <w:jc w:val="left"/>
            </w:pPr>
            <w:r>
              <w:rPr>
                <w:sz w:val="16"/>
              </w:rPr>
              <w:t>No damage reported in 81 records.</w:t>
            </w:r>
          </w:p>
        </w:tc>
        <w:tc>
          <w:tcPr>
            <w:tcW w:type="dxa" w:w="1565"/>
          </w:tcPr>
          <w:p>
            <w:pPr>
              <w:spacing w:after="0"/>
              <w:jc w:val="left"/>
            </w:pPr>
          </w:p>
        </w:tc>
        <w:tc>
          <w:tcPr>
            <w:tcW w:type="dxa" w:w="2125"/>
          </w:tcPr>
          <w:p>
            <w:pPr>
              <w:spacing w:after="0"/>
              <w:jc w:val="left"/>
            </w:pPr>
            <w:r>
              <w:rPr>
                <w:sz w:val="16"/>
              </w:rPr>
              <w:t>Countywide (zone-level records).</w:t>
            </w:r>
          </w:p>
        </w:tc>
        <w:tc>
          <w:tcPr>
            <w:tcW w:type="dxa" w:w="1921"/>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1"/>
        <w:gridCol w:w="2597"/>
        <w:gridCol w:w="2978"/>
        <w:gridCol w:w="2153"/>
        <w:gridCol w:w="1150"/>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1"/>
            <w:shd w:val="clear" w:color="auto" w:fill="E8E8E8"/>
          </w:tcPr>
          <w:p>
            <w:pPr>
              <w:spacing w:after="0"/>
              <w:jc w:val="left"/>
            </w:pPr>
            <w:r>
              <w:rPr>
                <w:b/>
                <w:sz w:val="16"/>
              </w:rPr>
              <w:t>Type</w:t>
            </w:r>
          </w:p>
        </w:tc>
        <w:tc>
          <w:tcPr>
            <w:tcW w:type="dxa" w:w="2597"/>
            <w:shd w:val="clear" w:color="auto" w:fill="E8E8E8"/>
          </w:tcPr>
          <w:p>
            <w:pPr>
              <w:spacing w:after="0"/>
              <w:jc w:val="left"/>
            </w:pPr>
            <w:r>
              <w:rPr>
                <w:b/>
                <w:sz w:val="16"/>
              </w:rPr>
              <w:t>Title</w:t>
            </w:r>
          </w:p>
        </w:tc>
        <w:tc>
          <w:tcPr>
            <w:tcW w:type="dxa" w:w="2978"/>
            <w:shd w:val="clear" w:color="auto" w:fill="E8E8E8"/>
          </w:tcPr>
          <w:p>
            <w:pPr>
              <w:spacing w:after="0"/>
              <w:jc w:val="left"/>
            </w:pPr>
            <w:r>
              <w:rPr>
                <w:b/>
                <w:sz w:val="16"/>
              </w:rPr>
              <w:t>Mapped hazard</w:t>
            </w:r>
          </w:p>
        </w:tc>
        <w:tc>
          <w:tcPr>
            <w:tcW w:type="dxa" w:w="21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50"/>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241"/>
          </w:tcPr>
          <w:p>
            <w:pPr>
              <w:spacing w:after="0"/>
              <w:jc w:val="left"/>
            </w:pPr>
            <w:r>
              <w:rPr>
                <w:sz w:val="16"/>
              </w:rPr>
              <w:t>Emergency</w:t>
            </w:r>
          </w:p>
        </w:tc>
        <w:tc>
          <w:tcPr>
            <w:tcW w:type="dxa" w:w="2597"/>
          </w:tcPr>
          <w:p>
            <w:pPr>
              <w:spacing w:after="0"/>
              <w:jc w:val="left"/>
            </w:pPr>
            <w:r>
              <w:rPr>
                <w:sz w:val="16"/>
              </w:rPr>
              <w:t>Severe Winter Storm</w:t>
            </w:r>
          </w:p>
        </w:tc>
        <w:tc>
          <w:tcPr>
            <w:tcW w:type="dxa" w:w="2978"/>
          </w:tcPr>
          <w:p>
            <w:pPr>
              <w:spacing w:after="0"/>
              <w:jc w:val="left"/>
            </w:pPr>
            <w:r>
              <w:rPr>
                <w:sz w:val="16"/>
              </w:rPr>
              <w:t>Winter Weather</w:t>
            </w:r>
          </w:p>
        </w:tc>
        <w:tc>
          <w:tcPr>
            <w:tcW w:type="dxa" w:w="2153"/>
          </w:tcPr>
          <w:p>
            <w:pPr>
              <w:spacing w:after="0"/>
              <w:jc w:val="right"/>
            </w:pPr>
            <w:r>
              <w:rPr>
                <w:sz w:val="16"/>
              </w:rPr>
              <w:t>no Public Assistance recorded</w:t>
            </w:r>
          </w:p>
        </w:tc>
        <w:tc>
          <w:tcPr>
            <w:tcW w:type="dxa" w:w="1150"/>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241"/>
          </w:tcPr>
          <w:p>
            <w:pPr>
              <w:spacing w:after="0"/>
              <w:jc w:val="left"/>
            </w:pPr>
            <w:r>
              <w:rPr>
                <w:sz w:val="16"/>
              </w:rPr>
              <w:t>Major disaster</w:t>
            </w:r>
          </w:p>
        </w:tc>
        <w:tc>
          <w:tcPr>
            <w:tcW w:type="dxa" w:w="2597"/>
          </w:tcPr>
          <w:p>
            <w:pPr>
              <w:spacing w:after="0"/>
              <w:jc w:val="left"/>
            </w:pPr>
            <w:r>
              <w:rPr>
                <w:sz w:val="16"/>
              </w:rPr>
              <w:t>COVID-19 Pandemic</w:t>
            </w:r>
          </w:p>
        </w:tc>
        <w:tc>
          <w:tcPr>
            <w:tcW w:type="dxa" w:w="2978"/>
          </w:tcPr>
          <w:p>
            <w:pPr>
              <w:spacing w:after="0"/>
              <w:jc w:val="left"/>
            </w:pPr>
            <w:r>
              <w:rPr>
                <w:sz w:val="16"/>
              </w:rPr>
              <w:t>Non-natural, not counted</w:t>
            </w:r>
          </w:p>
        </w:tc>
        <w:tc>
          <w:tcPr>
            <w:tcW w:type="dxa" w:w="2153"/>
          </w:tcPr>
          <w:p>
            <w:pPr>
              <w:spacing w:after="0"/>
              <w:jc w:val="right"/>
            </w:pPr>
            <w:r>
              <w:rPr>
                <w:sz w:val="16"/>
              </w:rPr>
              <w:t>$18,821.59</w:t>
            </w:r>
          </w:p>
        </w:tc>
        <w:tc>
          <w:tcPr>
            <w:tcW w:type="dxa" w:w="115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241"/>
          </w:tcPr>
          <w:p>
            <w:pPr>
              <w:spacing w:after="0"/>
              <w:jc w:val="left"/>
            </w:pPr>
            <w:r>
              <w:rPr>
                <w:sz w:val="16"/>
              </w:rPr>
              <w:t>Emergency</w:t>
            </w:r>
          </w:p>
        </w:tc>
        <w:tc>
          <w:tcPr>
            <w:tcW w:type="dxa" w:w="2597"/>
          </w:tcPr>
          <w:p>
            <w:pPr>
              <w:spacing w:after="0"/>
              <w:jc w:val="left"/>
            </w:pPr>
            <w:r>
              <w:rPr>
                <w:sz w:val="16"/>
              </w:rPr>
              <w:t>COVID-19</w:t>
            </w:r>
          </w:p>
        </w:tc>
        <w:tc>
          <w:tcPr>
            <w:tcW w:type="dxa" w:w="2978"/>
          </w:tcPr>
          <w:p>
            <w:pPr>
              <w:spacing w:after="0"/>
              <w:jc w:val="left"/>
            </w:pPr>
            <w:r>
              <w:rPr>
                <w:sz w:val="16"/>
              </w:rPr>
              <w:t>Non-natural, not counted</w:t>
            </w:r>
          </w:p>
        </w:tc>
        <w:tc>
          <w:tcPr>
            <w:tcW w:type="dxa" w:w="2153"/>
          </w:tcPr>
          <w:p>
            <w:pPr>
              <w:spacing w:after="0"/>
              <w:jc w:val="right"/>
            </w:pPr>
            <w:r>
              <w:rPr>
                <w:sz w:val="16"/>
              </w:rPr>
              <w:t>no Public Assistance recorded</w:t>
            </w:r>
          </w:p>
        </w:tc>
        <w:tc>
          <w:tcPr>
            <w:tcW w:type="dxa" w:w="1150"/>
          </w:tcPr>
          <w:p>
            <w:pPr>
              <w:spacing w:after="0"/>
              <w:jc w:val="left"/>
            </w:pPr>
          </w:p>
        </w:tc>
        <w:tc>
          <w:tcPr>
            <w:tcW w:type="dxa" w:w="882"/>
          </w:tcPr>
          <w:p>
            <w:pPr>
              <w:spacing w:after="0"/>
              <w:jc w:val="left"/>
            </w:pPr>
            <w:r>
              <w:rPr>
                <w:sz w:val="16"/>
              </w:rPr>
              <w:t>same incident as DR-4517</w:t>
            </w:r>
          </w:p>
        </w:tc>
      </w:tr>
      <w:tr>
        <w:trPr>
          <w:cantSplit/>
        </w:trPr>
        <w:tc>
          <w:tcPr>
            <w:tcW w:type="dxa" w:w="1037"/>
          </w:tcPr>
          <w:p>
            <w:pPr>
              <w:spacing w:after="0"/>
              <w:jc w:val="left"/>
            </w:pPr>
            <w:r>
              <w:rPr>
                <w:sz w:val="16"/>
              </w:rPr>
              <w:t>2016-06-25</w:t>
            </w:r>
          </w:p>
        </w:tc>
        <w:tc>
          <w:tcPr>
            <w:tcW w:type="dxa" w:w="1037"/>
          </w:tcPr>
          <w:p>
            <w:pPr>
              <w:spacing w:after="0"/>
              <w:jc w:val="left"/>
            </w:pPr>
            <w:r>
              <w:rPr>
                <w:sz w:val="16"/>
              </w:rPr>
              <w:t>2016-06-22</w:t>
            </w:r>
          </w:p>
        </w:tc>
        <w:tc>
          <w:tcPr>
            <w:tcW w:type="dxa" w:w="1037"/>
          </w:tcPr>
          <w:p>
            <w:pPr>
              <w:spacing w:after="0"/>
              <w:jc w:val="left"/>
            </w:pPr>
            <w:r>
              <w:rPr>
                <w:sz w:val="16"/>
              </w:rPr>
              <w:t>DR-4273-WV</w:t>
            </w:r>
          </w:p>
        </w:tc>
        <w:tc>
          <w:tcPr>
            <w:tcW w:type="dxa" w:w="1241"/>
          </w:tcPr>
          <w:p>
            <w:pPr>
              <w:spacing w:after="0"/>
              <w:jc w:val="left"/>
            </w:pPr>
            <w:r>
              <w:rPr>
                <w:sz w:val="16"/>
              </w:rPr>
              <w:t>Major disaster</w:t>
            </w:r>
          </w:p>
        </w:tc>
        <w:tc>
          <w:tcPr>
            <w:tcW w:type="dxa" w:w="2597"/>
          </w:tcPr>
          <w:p>
            <w:pPr>
              <w:spacing w:after="0"/>
              <w:jc w:val="left"/>
            </w:pPr>
            <w:r>
              <w:rPr>
                <w:sz w:val="16"/>
              </w:rPr>
              <w:t>Severe Storms, Flooding, Landslides, and Mudslides</w:t>
            </w:r>
          </w:p>
        </w:tc>
        <w:tc>
          <w:tcPr>
            <w:tcW w:type="dxa" w:w="2978"/>
          </w:tcPr>
          <w:p>
            <w:pPr>
              <w:spacing w:after="0"/>
              <w:jc w:val="left"/>
            </w:pPr>
            <w:r>
              <w:rPr>
                <w:sz w:val="16"/>
              </w:rPr>
              <w:t>Inland Flooding (primary); also designated: Landslide</w:t>
            </w:r>
          </w:p>
        </w:tc>
        <w:tc>
          <w:tcPr>
            <w:tcW w:type="dxa" w:w="2153"/>
          </w:tcPr>
          <w:p>
            <w:pPr>
              <w:spacing w:after="0"/>
              <w:jc w:val="right"/>
            </w:pPr>
            <w:r>
              <w:rPr>
                <w:sz w:val="16"/>
              </w:rPr>
              <w:t>$34,800.67</w:t>
            </w:r>
          </w:p>
        </w:tc>
        <w:tc>
          <w:tcPr>
            <w:tcW w:type="dxa" w:w="115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2012-11-27</w:t>
            </w:r>
          </w:p>
        </w:tc>
        <w:tc>
          <w:tcPr>
            <w:tcW w:type="dxa" w:w="1037"/>
          </w:tcPr>
          <w:p>
            <w:pPr>
              <w:spacing w:after="0"/>
              <w:jc w:val="left"/>
            </w:pPr>
            <w:r>
              <w:rPr>
                <w:sz w:val="16"/>
              </w:rPr>
              <w:t>2012-10-29</w:t>
            </w:r>
          </w:p>
        </w:tc>
        <w:tc>
          <w:tcPr>
            <w:tcW w:type="dxa" w:w="1037"/>
          </w:tcPr>
          <w:p>
            <w:pPr>
              <w:spacing w:after="0"/>
              <w:jc w:val="left"/>
            </w:pPr>
            <w:r>
              <w:rPr>
                <w:sz w:val="16"/>
              </w:rPr>
              <w:t>DR-4093-WV</w:t>
            </w:r>
          </w:p>
        </w:tc>
        <w:tc>
          <w:tcPr>
            <w:tcW w:type="dxa" w:w="1241"/>
          </w:tcPr>
          <w:p>
            <w:pPr>
              <w:spacing w:after="0"/>
              <w:jc w:val="left"/>
            </w:pPr>
            <w:r>
              <w:rPr>
                <w:sz w:val="16"/>
              </w:rPr>
              <w:t>Major disaster</w:t>
            </w:r>
          </w:p>
        </w:tc>
        <w:tc>
          <w:tcPr>
            <w:tcW w:type="dxa" w:w="2597"/>
          </w:tcPr>
          <w:p>
            <w:pPr>
              <w:spacing w:after="0"/>
              <w:jc w:val="left"/>
            </w:pPr>
            <w:r>
              <w:rPr>
                <w:sz w:val="16"/>
              </w:rPr>
              <w:t>Hurricane Sandy</w:t>
            </w:r>
          </w:p>
        </w:tc>
        <w:tc>
          <w:tcPr>
            <w:tcW w:type="dxa" w:w="2978"/>
          </w:tcPr>
          <w:p>
            <w:pPr>
              <w:spacing w:after="0"/>
              <w:jc w:val="left"/>
            </w:pPr>
            <w:r>
              <w:rPr>
                <w:sz w:val="16"/>
              </w:rPr>
              <w:t>Hurricane</w:t>
            </w:r>
          </w:p>
        </w:tc>
        <w:tc>
          <w:tcPr>
            <w:tcW w:type="dxa" w:w="2153"/>
          </w:tcPr>
          <w:p>
            <w:pPr>
              <w:spacing w:after="0"/>
              <w:jc w:val="right"/>
            </w:pPr>
            <w:r>
              <w:rPr>
                <w:sz w:val="16"/>
              </w:rPr>
              <w:t>$17,729.25</w:t>
            </w:r>
          </w:p>
        </w:tc>
        <w:tc>
          <w:tcPr>
            <w:tcW w:type="dxa" w:w="115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241"/>
          </w:tcPr>
          <w:p>
            <w:pPr>
              <w:spacing w:after="0"/>
              <w:jc w:val="left"/>
            </w:pPr>
            <w:r>
              <w:rPr>
                <w:sz w:val="16"/>
              </w:rPr>
              <w:t>Emergency</w:t>
            </w:r>
          </w:p>
        </w:tc>
        <w:tc>
          <w:tcPr>
            <w:tcW w:type="dxa" w:w="2597"/>
          </w:tcPr>
          <w:p>
            <w:pPr>
              <w:spacing w:after="0"/>
              <w:jc w:val="left"/>
            </w:pPr>
            <w:r>
              <w:rPr>
                <w:sz w:val="16"/>
              </w:rPr>
              <w:t>Hurricane Sandy</w:t>
            </w:r>
          </w:p>
        </w:tc>
        <w:tc>
          <w:tcPr>
            <w:tcW w:type="dxa" w:w="2978"/>
          </w:tcPr>
          <w:p>
            <w:pPr>
              <w:spacing w:after="0"/>
              <w:jc w:val="left"/>
            </w:pPr>
            <w:r>
              <w:rPr>
                <w:sz w:val="16"/>
              </w:rPr>
              <w:t>Hurricane</w:t>
            </w:r>
          </w:p>
        </w:tc>
        <w:tc>
          <w:tcPr>
            <w:tcW w:type="dxa" w:w="2153"/>
          </w:tcPr>
          <w:p>
            <w:pPr>
              <w:spacing w:after="0"/>
              <w:jc w:val="right"/>
            </w:pPr>
            <w:r>
              <w:rPr>
                <w:sz w:val="16"/>
              </w:rPr>
              <w:t>no Public Assistance recorded</w:t>
            </w:r>
          </w:p>
        </w:tc>
        <w:tc>
          <w:tcPr>
            <w:tcW w:type="dxa" w:w="1150"/>
          </w:tcPr>
          <w:p>
            <w:pPr>
              <w:spacing w:after="0"/>
              <w:jc w:val="left"/>
            </w:pPr>
          </w:p>
        </w:tc>
        <w:tc>
          <w:tcPr>
            <w:tcW w:type="dxa" w:w="882"/>
          </w:tcPr>
          <w:p>
            <w:pPr>
              <w:spacing w:after="0"/>
              <w:jc w:val="left"/>
            </w:pPr>
            <w:r>
              <w:rPr>
                <w:sz w:val="16"/>
              </w:rPr>
              <w:t>same incident as DR-4093</w:t>
            </w: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241"/>
          </w:tcPr>
          <w:p>
            <w:pPr>
              <w:spacing w:after="0"/>
              <w:jc w:val="left"/>
            </w:pPr>
            <w:r>
              <w:rPr>
                <w:sz w:val="16"/>
              </w:rPr>
              <w:t>Major disaster</w:t>
            </w:r>
          </w:p>
        </w:tc>
        <w:tc>
          <w:tcPr>
            <w:tcW w:type="dxa" w:w="2597"/>
          </w:tcPr>
          <w:p>
            <w:pPr>
              <w:spacing w:after="0"/>
              <w:jc w:val="left"/>
            </w:pPr>
            <w:r>
              <w:rPr>
                <w:sz w:val="16"/>
              </w:rPr>
              <w:t>Severe Storms and Straight-Line Winds</w:t>
            </w:r>
          </w:p>
        </w:tc>
        <w:tc>
          <w:tcPr>
            <w:tcW w:type="dxa" w:w="2978"/>
          </w:tcPr>
          <w:p>
            <w:pPr>
              <w:spacing w:after="0"/>
              <w:jc w:val="left"/>
            </w:pPr>
            <w:r>
              <w:rPr>
                <w:sz w:val="16"/>
              </w:rPr>
              <w:t>Strong Wind</w:t>
            </w:r>
          </w:p>
        </w:tc>
        <w:tc>
          <w:tcPr>
            <w:tcW w:type="dxa" w:w="2153"/>
          </w:tcPr>
          <w:p>
            <w:pPr>
              <w:spacing w:after="0"/>
              <w:jc w:val="right"/>
            </w:pPr>
            <w:r>
              <w:rPr>
                <w:sz w:val="16"/>
              </w:rPr>
              <w:t>$44,459.89</w:t>
            </w:r>
          </w:p>
        </w:tc>
        <w:tc>
          <w:tcPr>
            <w:tcW w:type="dxa" w:w="115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241"/>
          </w:tcPr>
          <w:p>
            <w:pPr>
              <w:spacing w:after="0"/>
              <w:jc w:val="left"/>
            </w:pPr>
            <w:r>
              <w:rPr>
                <w:sz w:val="16"/>
              </w:rPr>
              <w:t>Emergency</w:t>
            </w:r>
          </w:p>
        </w:tc>
        <w:tc>
          <w:tcPr>
            <w:tcW w:type="dxa" w:w="2597"/>
          </w:tcPr>
          <w:p>
            <w:pPr>
              <w:spacing w:after="0"/>
              <w:jc w:val="left"/>
            </w:pPr>
            <w:r>
              <w:rPr>
                <w:sz w:val="16"/>
              </w:rPr>
              <w:t>Severe Storms</w:t>
            </w:r>
          </w:p>
        </w:tc>
        <w:tc>
          <w:tcPr>
            <w:tcW w:type="dxa" w:w="2978"/>
          </w:tcPr>
          <w:p>
            <w:pPr>
              <w:spacing w:after="0"/>
              <w:jc w:val="left"/>
            </w:pPr>
            <w:r>
              <w:rPr>
                <w:sz w:val="16"/>
              </w:rPr>
              <w:t>Hazard not mapped (severe storm title names no single hazard); not counted</w:t>
            </w:r>
          </w:p>
        </w:tc>
        <w:tc>
          <w:tcPr>
            <w:tcW w:type="dxa" w:w="2153"/>
          </w:tcPr>
          <w:p>
            <w:pPr>
              <w:spacing w:after="0"/>
              <w:jc w:val="right"/>
            </w:pPr>
            <w:r>
              <w:rPr>
                <w:sz w:val="16"/>
              </w:rPr>
              <w:t>no Public Assistance recorded</w:t>
            </w:r>
          </w:p>
        </w:tc>
        <w:tc>
          <w:tcPr>
            <w:tcW w:type="dxa" w:w="1150"/>
          </w:tcPr>
          <w:p>
            <w:pPr>
              <w:spacing w:after="0"/>
              <w:jc w:val="left"/>
            </w:pPr>
          </w:p>
        </w:tc>
        <w:tc>
          <w:tcPr>
            <w:tcW w:type="dxa" w:w="882"/>
          </w:tcPr>
          <w:p>
            <w:pPr>
              <w:spacing w:after="0"/>
              <w:jc w:val="left"/>
            </w:pPr>
            <w:r>
              <w:rPr>
                <w:sz w:val="16"/>
              </w:rPr>
              <w:t>same incident as DR-4071</w:t>
            </w:r>
          </w:p>
        </w:tc>
      </w:tr>
      <w:tr>
        <w:trPr>
          <w:cantSplit/>
        </w:trPr>
        <w:tc>
          <w:tcPr>
            <w:tcW w:type="dxa" w:w="1037"/>
          </w:tcPr>
          <w:p>
            <w:pPr>
              <w:spacing w:after="0"/>
              <w:jc w:val="left"/>
            </w:pPr>
            <w:r>
              <w:rPr>
                <w:sz w:val="16"/>
              </w:rPr>
              <w:t>2010-04-23</w:t>
            </w:r>
          </w:p>
        </w:tc>
        <w:tc>
          <w:tcPr>
            <w:tcW w:type="dxa" w:w="1037"/>
          </w:tcPr>
          <w:p>
            <w:pPr>
              <w:spacing w:after="0"/>
              <w:jc w:val="left"/>
            </w:pPr>
            <w:r>
              <w:rPr>
                <w:sz w:val="16"/>
              </w:rPr>
              <w:t>2010-02-05</w:t>
            </w:r>
          </w:p>
        </w:tc>
        <w:tc>
          <w:tcPr>
            <w:tcW w:type="dxa" w:w="1037"/>
          </w:tcPr>
          <w:p>
            <w:pPr>
              <w:spacing w:after="0"/>
              <w:jc w:val="left"/>
            </w:pPr>
            <w:r>
              <w:rPr>
                <w:sz w:val="16"/>
              </w:rPr>
              <w:t>DR-1903-WV</w:t>
            </w:r>
          </w:p>
        </w:tc>
        <w:tc>
          <w:tcPr>
            <w:tcW w:type="dxa" w:w="1241"/>
          </w:tcPr>
          <w:p>
            <w:pPr>
              <w:spacing w:after="0"/>
              <w:jc w:val="left"/>
            </w:pPr>
            <w:r>
              <w:rPr>
                <w:sz w:val="16"/>
              </w:rPr>
              <w:t>Major disaster</w:t>
            </w:r>
          </w:p>
        </w:tc>
        <w:tc>
          <w:tcPr>
            <w:tcW w:type="dxa" w:w="2597"/>
          </w:tcPr>
          <w:p>
            <w:pPr>
              <w:spacing w:after="0"/>
              <w:jc w:val="left"/>
            </w:pPr>
            <w:r>
              <w:rPr>
                <w:sz w:val="16"/>
              </w:rPr>
              <w:t>Severe Winter Storms and Snowstorms</w:t>
            </w:r>
          </w:p>
        </w:tc>
        <w:tc>
          <w:tcPr>
            <w:tcW w:type="dxa" w:w="2978"/>
          </w:tcPr>
          <w:p>
            <w:pPr>
              <w:spacing w:after="0"/>
              <w:jc w:val="left"/>
            </w:pPr>
            <w:r>
              <w:rPr>
                <w:sz w:val="16"/>
              </w:rPr>
              <w:t>Winter Weather</w:t>
            </w:r>
          </w:p>
        </w:tc>
        <w:tc>
          <w:tcPr>
            <w:tcW w:type="dxa" w:w="2153"/>
          </w:tcPr>
          <w:p>
            <w:pPr>
              <w:spacing w:after="0"/>
              <w:jc w:val="right"/>
            </w:pPr>
            <w:r>
              <w:rPr>
                <w:sz w:val="16"/>
              </w:rPr>
              <w:t>$13,249.51</w:t>
            </w:r>
          </w:p>
        </w:tc>
        <w:tc>
          <w:tcPr>
            <w:tcW w:type="dxa" w:w="115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2010-03-02</w:t>
            </w:r>
          </w:p>
        </w:tc>
        <w:tc>
          <w:tcPr>
            <w:tcW w:type="dxa" w:w="1037"/>
          </w:tcPr>
          <w:p>
            <w:pPr>
              <w:spacing w:after="0"/>
              <w:jc w:val="left"/>
            </w:pPr>
            <w:r>
              <w:rPr>
                <w:sz w:val="16"/>
              </w:rPr>
              <w:t>2009-12-18</w:t>
            </w:r>
          </w:p>
        </w:tc>
        <w:tc>
          <w:tcPr>
            <w:tcW w:type="dxa" w:w="1037"/>
          </w:tcPr>
          <w:p>
            <w:pPr>
              <w:spacing w:after="0"/>
              <w:jc w:val="left"/>
            </w:pPr>
            <w:r>
              <w:rPr>
                <w:sz w:val="16"/>
              </w:rPr>
              <w:t>DR-1881-WV</w:t>
            </w:r>
          </w:p>
        </w:tc>
        <w:tc>
          <w:tcPr>
            <w:tcW w:type="dxa" w:w="1241"/>
          </w:tcPr>
          <w:p>
            <w:pPr>
              <w:spacing w:after="0"/>
              <w:jc w:val="left"/>
            </w:pPr>
            <w:r>
              <w:rPr>
                <w:sz w:val="16"/>
              </w:rPr>
              <w:t>Major disaster</w:t>
            </w:r>
          </w:p>
        </w:tc>
        <w:tc>
          <w:tcPr>
            <w:tcW w:type="dxa" w:w="2597"/>
          </w:tcPr>
          <w:p>
            <w:pPr>
              <w:spacing w:after="0"/>
              <w:jc w:val="left"/>
            </w:pPr>
            <w:r>
              <w:rPr>
                <w:sz w:val="16"/>
              </w:rPr>
              <w:t>Severe Winter Storm and Snowstorm</w:t>
            </w:r>
          </w:p>
        </w:tc>
        <w:tc>
          <w:tcPr>
            <w:tcW w:type="dxa" w:w="2978"/>
          </w:tcPr>
          <w:p>
            <w:pPr>
              <w:spacing w:after="0"/>
              <w:jc w:val="left"/>
            </w:pPr>
            <w:r>
              <w:rPr>
                <w:sz w:val="16"/>
              </w:rPr>
              <w:t>Winter Weather</w:t>
            </w:r>
          </w:p>
        </w:tc>
        <w:tc>
          <w:tcPr>
            <w:tcW w:type="dxa" w:w="2153"/>
          </w:tcPr>
          <w:p>
            <w:pPr>
              <w:spacing w:after="0"/>
              <w:jc w:val="right"/>
            </w:pPr>
            <w:r>
              <w:rPr>
                <w:sz w:val="16"/>
              </w:rPr>
              <w:t>$16,382.54</w:t>
            </w:r>
          </w:p>
        </w:tc>
        <w:tc>
          <w:tcPr>
            <w:tcW w:type="dxa" w:w="115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2007-05-01</w:t>
            </w:r>
          </w:p>
        </w:tc>
        <w:tc>
          <w:tcPr>
            <w:tcW w:type="dxa" w:w="1037"/>
          </w:tcPr>
          <w:p>
            <w:pPr>
              <w:spacing w:after="0"/>
              <w:jc w:val="left"/>
            </w:pPr>
            <w:r>
              <w:rPr>
                <w:sz w:val="16"/>
              </w:rPr>
              <w:t>2007-04-14</w:t>
            </w:r>
          </w:p>
        </w:tc>
        <w:tc>
          <w:tcPr>
            <w:tcW w:type="dxa" w:w="1037"/>
          </w:tcPr>
          <w:p>
            <w:pPr>
              <w:spacing w:after="0"/>
              <w:jc w:val="left"/>
            </w:pPr>
            <w:r>
              <w:rPr>
                <w:sz w:val="16"/>
              </w:rPr>
              <w:t>DR-1696-WV</w:t>
            </w:r>
          </w:p>
        </w:tc>
        <w:tc>
          <w:tcPr>
            <w:tcW w:type="dxa" w:w="1241"/>
          </w:tcPr>
          <w:p>
            <w:pPr>
              <w:spacing w:after="0"/>
              <w:jc w:val="left"/>
            </w:pPr>
            <w:r>
              <w:rPr>
                <w:sz w:val="16"/>
              </w:rPr>
              <w:t>Major disaster</w:t>
            </w:r>
          </w:p>
        </w:tc>
        <w:tc>
          <w:tcPr>
            <w:tcW w:type="dxa" w:w="2597"/>
          </w:tcPr>
          <w:p>
            <w:pPr>
              <w:spacing w:after="0"/>
              <w:jc w:val="left"/>
            </w:pPr>
            <w:r>
              <w:rPr>
                <w:sz w:val="16"/>
              </w:rPr>
              <w:t>Severe Storms, Flooding, Landslides, and Mudslides</w:t>
            </w:r>
          </w:p>
        </w:tc>
        <w:tc>
          <w:tcPr>
            <w:tcW w:type="dxa" w:w="2978"/>
          </w:tcPr>
          <w:p>
            <w:pPr>
              <w:spacing w:after="0"/>
              <w:jc w:val="left"/>
            </w:pPr>
            <w:r>
              <w:rPr>
                <w:sz w:val="16"/>
              </w:rPr>
              <w:t>Inland Flooding; Landslide</w:t>
            </w:r>
          </w:p>
        </w:tc>
        <w:tc>
          <w:tcPr>
            <w:tcW w:type="dxa" w:w="2153"/>
          </w:tcPr>
          <w:p>
            <w:pPr>
              <w:spacing w:after="0"/>
              <w:jc w:val="right"/>
            </w:pPr>
            <w:r>
              <w:rPr>
                <w:sz w:val="16"/>
              </w:rPr>
              <w:t>no Public Assistance recorded</w:t>
            </w:r>
          </w:p>
        </w:tc>
        <w:tc>
          <w:tcPr>
            <w:tcW w:type="dxa" w:w="115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241"/>
          </w:tcPr>
          <w:p>
            <w:pPr>
              <w:spacing w:after="0"/>
              <w:jc w:val="left"/>
            </w:pPr>
            <w:r>
              <w:rPr>
                <w:sz w:val="16"/>
              </w:rPr>
              <w:t>Emergency</w:t>
            </w:r>
          </w:p>
        </w:tc>
        <w:tc>
          <w:tcPr>
            <w:tcW w:type="dxa" w:w="2597"/>
          </w:tcPr>
          <w:p>
            <w:pPr>
              <w:spacing w:after="0"/>
              <w:jc w:val="left"/>
            </w:pPr>
            <w:r>
              <w:rPr>
                <w:sz w:val="16"/>
              </w:rPr>
              <w:t>Hurricane Katrina Evacuation</w:t>
            </w:r>
          </w:p>
        </w:tc>
        <w:tc>
          <w:tcPr>
            <w:tcW w:type="dxa" w:w="2978"/>
          </w:tcPr>
          <w:p>
            <w:pPr>
              <w:spacing w:after="0"/>
              <w:jc w:val="left"/>
            </w:pPr>
            <w:r>
              <w:rPr>
                <w:sz w:val="16"/>
              </w:rPr>
              <w:t>Hurricane: evacuation support, not a local hazard event; not counted</w:t>
            </w:r>
          </w:p>
        </w:tc>
        <w:tc>
          <w:tcPr>
            <w:tcW w:type="dxa" w:w="2153"/>
          </w:tcPr>
          <w:p>
            <w:pPr>
              <w:spacing w:after="0"/>
              <w:jc w:val="right"/>
            </w:pPr>
            <w:r>
              <w:rPr>
                <w:sz w:val="16"/>
              </w:rPr>
              <w:t>no Public Assistance recorded</w:t>
            </w:r>
          </w:p>
        </w:tc>
        <w:tc>
          <w:tcPr>
            <w:tcW w:type="dxa" w:w="115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2003-11-11</w:t>
            </w:r>
          </w:p>
        </w:tc>
        <w:tc>
          <w:tcPr>
            <w:tcW w:type="dxa" w:w="1037"/>
          </w:tcPr>
          <w:p>
            <w:pPr>
              <w:spacing w:after="0"/>
              <w:jc w:val="left"/>
            </w:pPr>
            <w:r>
              <w:rPr>
                <w:sz w:val="16"/>
              </w:rPr>
              <w:t>DR-1500-WV</w:t>
            </w:r>
          </w:p>
        </w:tc>
        <w:tc>
          <w:tcPr>
            <w:tcW w:type="dxa" w:w="1241"/>
          </w:tcPr>
          <w:p>
            <w:pPr>
              <w:spacing w:after="0"/>
              <w:jc w:val="left"/>
            </w:pPr>
            <w:r>
              <w:rPr>
                <w:sz w:val="16"/>
              </w:rPr>
              <w:t>Major disaster</w:t>
            </w:r>
          </w:p>
        </w:tc>
        <w:tc>
          <w:tcPr>
            <w:tcW w:type="dxa" w:w="2597"/>
          </w:tcPr>
          <w:p>
            <w:pPr>
              <w:spacing w:after="0"/>
              <w:jc w:val="left"/>
            </w:pPr>
            <w:r>
              <w:rPr>
                <w:sz w:val="16"/>
              </w:rPr>
              <w:t>Severe Storms, Flooding, and Landslides</w:t>
            </w:r>
          </w:p>
        </w:tc>
        <w:tc>
          <w:tcPr>
            <w:tcW w:type="dxa" w:w="2978"/>
          </w:tcPr>
          <w:p>
            <w:pPr>
              <w:spacing w:after="0"/>
              <w:jc w:val="left"/>
            </w:pPr>
            <w:r>
              <w:rPr>
                <w:sz w:val="16"/>
              </w:rPr>
              <w:t>Inland Flooding; Landslide</w:t>
            </w:r>
          </w:p>
        </w:tc>
        <w:tc>
          <w:tcPr>
            <w:tcW w:type="dxa" w:w="2153"/>
          </w:tcPr>
          <w:p>
            <w:pPr>
              <w:spacing w:after="0"/>
              <w:jc w:val="right"/>
            </w:pPr>
            <w:r>
              <w:rPr>
                <w:sz w:val="16"/>
              </w:rPr>
              <w:t>$3,207.75</w:t>
            </w:r>
          </w:p>
        </w:tc>
        <w:tc>
          <w:tcPr>
            <w:tcW w:type="dxa" w:w="115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241"/>
          </w:tcPr>
          <w:p>
            <w:pPr>
              <w:spacing w:after="0"/>
              <w:jc w:val="left"/>
            </w:pPr>
            <w:r>
              <w:rPr>
                <w:sz w:val="16"/>
              </w:rPr>
              <w:t>Major disaster</w:t>
            </w:r>
          </w:p>
        </w:tc>
        <w:tc>
          <w:tcPr>
            <w:tcW w:type="dxa" w:w="2597"/>
          </w:tcPr>
          <w:p>
            <w:pPr>
              <w:spacing w:after="0"/>
              <w:jc w:val="left"/>
            </w:pPr>
            <w:r>
              <w:rPr>
                <w:sz w:val="16"/>
              </w:rPr>
              <w:t>Severe Winter Storm, Record/Near Record Snow, Heavy Rains, Flooding and Landslides</w:t>
            </w:r>
          </w:p>
        </w:tc>
        <w:tc>
          <w:tcPr>
            <w:tcW w:type="dxa" w:w="2978"/>
          </w:tcPr>
          <w:p>
            <w:pPr>
              <w:spacing w:after="0"/>
              <w:jc w:val="left"/>
            </w:pPr>
            <w:r>
              <w:rPr>
                <w:sz w:val="16"/>
              </w:rPr>
              <w:t>Inland Flooding; Landslide; Winter Weather</w:t>
            </w:r>
          </w:p>
        </w:tc>
        <w:tc>
          <w:tcPr>
            <w:tcW w:type="dxa" w:w="2153"/>
          </w:tcPr>
          <w:p>
            <w:pPr>
              <w:spacing w:after="0"/>
              <w:jc w:val="right"/>
            </w:pPr>
            <w:r>
              <w:rPr>
                <w:sz w:val="16"/>
              </w:rPr>
              <w:t>$14,955.53</w:t>
            </w:r>
          </w:p>
        </w:tc>
        <w:tc>
          <w:tcPr>
            <w:tcW w:type="dxa" w:w="115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DR-1319-WV</w:t>
            </w:r>
          </w:p>
        </w:tc>
        <w:tc>
          <w:tcPr>
            <w:tcW w:type="dxa" w:w="1241"/>
          </w:tcPr>
          <w:p>
            <w:pPr>
              <w:spacing w:after="0"/>
              <w:jc w:val="left"/>
            </w:pPr>
            <w:r>
              <w:rPr>
                <w:sz w:val="16"/>
              </w:rPr>
              <w:t>Major disaster</w:t>
            </w:r>
          </w:p>
        </w:tc>
        <w:tc>
          <w:tcPr>
            <w:tcW w:type="dxa" w:w="2597"/>
          </w:tcPr>
          <w:p>
            <w:pPr>
              <w:spacing w:after="0"/>
              <w:jc w:val="left"/>
            </w:pPr>
            <w:r>
              <w:rPr>
                <w:sz w:val="16"/>
              </w:rPr>
              <w:t>Flooding, Severe Storms, and Landslides</w:t>
            </w:r>
          </w:p>
        </w:tc>
        <w:tc>
          <w:tcPr>
            <w:tcW w:type="dxa" w:w="2978"/>
          </w:tcPr>
          <w:p>
            <w:pPr>
              <w:spacing w:after="0"/>
              <w:jc w:val="left"/>
            </w:pPr>
            <w:r>
              <w:rPr>
                <w:sz w:val="16"/>
              </w:rPr>
              <w:t>Inland Flooding (primary); also designated: Landslide</w:t>
            </w:r>
          </w:p>
        </w:tc>
        <w:tc>
          <w:tcPr>
            <w:tcW w:type="dxa" w:w="2153"/>
          </w:tcPr>
          <w:p>
            <w:pPr>
              <w:spacing w:after="0"/>
              <w:jc w:val="right"/>
            </w:pPr>
            <w:r>
              <w:rPr>
                <w:sz w:val="16"/>
              </w:rPr>
              <w:t>no Public Assistance recorded</w:t>
            </w:r>
          </w:p>
        </w:tc>
        <w:tc>
          <w:tcPr>
            <w:tcW w:type="dxa" w:w="115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1996-05-23</w:t>
            </w:r>
          </w:p>
        </w:tc>
        <w:tc>
          <w:tcPr>
            <w:tcW w:type="dxa" w:w="1037"/>
          </w:tcPr>
          <w:p>
            <w:pPr>
              <w:spacing w:after="0"/>
              <w:jc w:val="left"/>
            </w:pPr>
            <w:r>
              <w:rPr>
                <w:sz w:val="16"/>
              </w:rPr>
              <w:t>1996-05-15</w:t>
            </w:r>
          </w:p>
        </w:tc>
        <w:tc>
          <w:tcPr>
            <w:tcW w:type="dxa" w:w="1037"/>
          </w:tcPr>
          <w:p>
            <w:pPr>
              <w:spacing w:after="0"/>
              <w:jc w:val="left"/>
            </w:pPr>
            <w:r>
              <w:rPr>
                <w:sz w:val="16"/>
              </w:rPr>
              <w:t>DR-1115-WV</w:t>
            </w:r>
          </w:p>
        </w:tc>
        <w:tc>
          <w:tcPr>
            <w:tcW w:type="dxa" w:w="1241"/>
          </w:tcPr>
          <w:p>
            <w:pPr>
              <w:spacing w:after="0"/>
              <w:jc w:val="left"/>
            </w:pPr>
            <w:r>
              <w:rPr>
                <w:sz w:val="16"/>
              </w:rPr>
              <w:t>Major disaster</w:t>
            </w:r>
          </w:p>
        </w:tc>
        <w:tc>
          <w:tcPr>
            <w:tcW w:type="dxa" w:w="2597"/>
          </w:tcPr>
          <w:p>
            <w:pPr>
              <w:spacing w:after="0"/>
              <w:jc w:val="left"/>
            </w:pPr>
            <w:r>
              <w:rPr>
                <w:sz w:val="16"/>
              </w:rPr>
              <w:t>Flooding, Heavy Winds</w:t>
            </w:r>
          </w:p>
        </w:tc>
        <w:tc>
          <w:tcPr>
            <w:tcW w:type="dxa" w:w="2978"/>
          </w:tcPr>
          <w:p>
            <w:pPr>
              <w:spacing w:after="0"/>
              <w:jc w:val="left"/>
            </w:pPr>
            <w:r>
              <w:rPr>
                <w:sz w:val="16"/>
              </w:rPr>
              <w:t>Inland Flooding</w:t>
            </w:r>
          </w:p>
        </w:tc>
        <w:tc>
          <w:tcPr>
            <w:tcW w:type="dxa" w:w="2153"/>
          </w:tcPr>
          <w:p>
            <w:pPr>
              <w:spacing w:after="0"/>
              <w:jc w:val="right"/>
            </w:pPr>
            <w:r>
              <w:rPr>
                <w:sz w:val="16"/>
              </w:rPr>
              <w:t>no Public Assistance recorded</w:t>
            </w:r>
          </w:p>
        </w:tc>
        <w:tc>
          <w:tcPr>
            <w:tcW w:type="dxa" w:w="115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1996-01-25</w:t>
            </w:r>
          </w:p>
        </w:tc>
        <w:tc>
          <w:tcPr>
            <w:tcW w:type="dxa" w:w="1037"/>
          </w:tcPr>
          <w:p>
            <w:pPr>
              <w:spacing w:after="0"/>
              <w:jc w:val="left"/>
            </w:pPr>
            <w:r>
              <w:rPr>
                <w:sz w:val="16"/>
              </w:rPr>
              <w:t>1996-01-19</w:t>
            </w:r>
          </w:p>
        </w:tc>
        <w:tc>
          <w:tcPr>
            <w:tcW w:type="dxa" w:w="1037"/>
          </w:tcPr>
          <w:p>
            <w:pPr>
              <w:spacing w:after="0"/>
              <w:jc w:val="left"/>
            </w:pPr>
            <w:r>
              <w:rPr>
                <w:sz w:val="16"/>
              </w:rPr>
              <w:t>DR-1096-WV</w:t>
            </w:r>
          </w:p>
        </w:tc>
        <w:tc>
          <w:tcPr>
            <w:tcW w:type="dxa" w:w="1241"/>
          </w:tcPr>
          <w:p>
            <w:pPr>
              <w:spacing w:after="0"/>
              <w:jc w:val="left"/>
            </w:pPr>
            <w:r>
              <w:rPr>
                <w:sz w:val="16"/>
              </w:rPr>
              <w:t>Major disaster</w:t>
            </w:r>
          </w:p>
        </w:tc>
        <w:tc>
          <w:tcPr>
            <w:tcW w:type="dxa" w:w="2597"/>
          </w:tcPr>
          <w:p>
            <w:pPr>
              <w:spacing w:after="0"/>
              <w:jc w:val="left"/>
            </w:pPr>
            <w:r>
              <w:rPr>
                <w:sz w:val="16"/>
              </w:rPr>
              <w:t>Flooding</w:t>
            </w:r>
          </w:p>
        </w:tc>
        <w:tc>
          <w:tcPr>
            <w:tcW w:type="dxa" w:w="2978"/>
          </w:tcPr>
          <w:p>
            <w:pPr>
              <w:spacing w:after="0"/>
              <w:jc w:val="left"/>
            </w:pPr>
            <w:r>
              <w:rPr>
                <w:sz w:val="16"/>
              </w:rPr>
              <w:t>Inland Flooding (primary); also designated: Landslide</w:t>
            </w:r>
          </w:p>
        </w:tc>
        <w:tc>
          <w:tcPr>
            <w:tcW w:type="dxa" w:w="2153"/>
          </w:tcPr>
          <w:p>
            <w:pPr>
              <w:spacing w:after="0"/>
              <w:jc w:val="right"/>
            </w:pPr>
            <w:r>
              <w:rPr>
                <w:sz w:val="16"/>
              </w:rPr>
              <w:t>no Public Assistance recorded</w:t>
            </w:r>
          </w:p>
        </w:tc>
        <w:tc>
          <w:tcPr>
            <w:tcW w:type="dxa" w:w="115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241"/>
          </w:tcPr>
          <w:p>
            <w:pPr>
              <w:spacing w:after="0"/>
              <w:jc w:val="left"/>
            </w:pPr>
            <w:r>
              <w:rPr>
                <w:sz w:val="16"/>
              </w:rPr>
              <w:t>Major disaster</w:t>
            </w:r>
          </w:p>
        </w:tc>
        <w:tc>
          <w:tcPr>
            <w:tcW w:type="dxa" w:w="2597"/>
          </w:tcPr>
          <w:p>
            <w:pPr>
              <w:spacing w:after="0"/>
              <w:jc w:val="left"/>
            </w:pPr>
            <w:r>
              <w:rPr>
                <w:sz w:val="16"/>
              </w:rPr>
              <w:t>Blizzard of 96 (Severe Snow Storm)</w:t>
            </w:r>
          </w:p>
        </w:tc>
        <w:tc>
          <w:tcPr>
            <w:tcW w:type="dxa" w:w="2978"/>
          </w:tcPr>
          <w:p>
            <w:pPr>
              <w:spacing w:after="0"/>
              <w:jc w:val="left"/>
            </w:pPr>
            <w:r>
              <w:rPr>
                <w:sz w:val="16"/>
              </w:rPr>
              <w:t>Winter Weather</w:t>
            </w:r>
          </w:p>
        </w:tc>
        <w:tc>
          <w:tcPr>
            <w:tcW w:type="dxa" w:w="2153"/>
          </w:tcPr>
          <w:p>
            <w:pPr>
              <w:spacing w:after="0"/>
              <w:jc w:val="right"/>
            </w:pPr>
            <w:r>
              <w:rPr>
                <w:sz w:val="16"/>
              </w:rPr>
              <w:t>no Public Assistance recorded</w:t>
            </w:r>
          </w:p>
        </w:tc>
        <w:tc>
          <w:tcPr>
            <w:tcW w:type="dxa" w:w="115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241"/>
          </w:tcPr>
          <w:p>
            <w:pPr>
              <w:spacing w:after="0"/>
              <w:jc w:val="left"/>
            </w:pPr>
            <w:r>
              <w:rPr>
                <w:sz w:val="16"/>
              </w:rPr>
              <w:t>Emergency</w:t>
            </w:r>
          </w:p>
        </w:tc>
        <w:tc>
          <w:tcPr>
            <w:tcW w:type="dxa" w:w="2597"/>
          </w:tcPr>
          <w:p>
            <w:pPr>
              <w:spacing w:after="0"/>
              <w:jc w:val="left"/>
            </w:pPr>
            <w:r>
              <w:rPr>
                <w:sz w:val="16"/>
              </w:rPr>
              <w:t>Severe Snowfall &amp; Winter Storm</w:t>
            </w:r>
          </w:p>
        </w:tc>
        <w:tc>
          <w:tcPr>
            <w:tcW w:type="dxa" w:w="2978"/>
          </w:tcPr>
          <w:p>
            <w:pPr>
              <w:spacing w:after="0"/>
              <w:jc w:val="left"/>
            </w:pPr>
            <w:r>
              <w:rPr>
                <w:sz w:val="16"/>
              </w:rPr>
              <w:t>Winter Weather</w:t>
            </w:r>
          </w:p>
        </w:tc>
        <w:tc>
          <w:tcPr>
            <w:tcW w:type="dxa" w:w="2153"/>
          </w:tcPr>
          <w:p>
            <w:pPr>
              <w:spacing w:after="0"/>
              <w:jc w:val="right"/>
            </w:pPr>
            <w:r>
              <w:rPr>
                <w:sz w:val="16"/>
              </w:rPr>
              <w:t>no Public Assistance recorded</w:t>
            </w:r>
          </w:p>
        </w:tc>
        <w:tc>
          <w:tcPr>
            <w:tcW w:type="dxa" w:w="115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1985-11-07</w:t>
            </w:r>
          </w:p>
        </w:tc>
        <w:tc>
          <w:tcPr>
            <w:tcW w:type="dxa" w:w="1037"/>
          </w:tcPr>
          <w:p>
            <w:pPr>
              <w:spacing w:after="0"/>
              <w:jc w:val="left"/>
            </w:pPr>
            <w:r>
              <w:rPr>
                <w:sz w:val="16"/>
              </w:rPr>
              <w:t>1985-11-03</w:t>
            </w:r>
          </w:p>
        </w:tc>
        <w:tc>
          <w:tcPr>
            <w:tcW w:type="dxa" w:w="1037"/>
          </w:tcPr>
          <w:p>
            <w:pPr>
              <w:spacing w:after="0"/>
              <w:jc w:val="left"/>
            </w:pPr>
            <w:r>
              <w:rPr>
                <w:sz w:val="16"/>
              </w:rPr>
              <w:t>DR-753-WV</w:t>
            </w:r>
          </w:p>
        </w:tc>
        <w:tc>
          <w:tcPr>
            <w:tcW w:type="dxa" w:w="1241"/>
          </w:tcPr>
          <w:p>
            <w:pPr>
              <w:spacing w:after="0"/>
              <w:jc w:val="left"/>
            </w:pPr>
            <w:r>
              <w:rPr>
                <w:sz w:val="16"/>
              </w:rPr>
              <w:t>Major disaster</w:t>
            </w:r>
          </w:p>
        </w:tc>
        <w:tc>
          <w:tcPr>
            <w:tcW w:type="dxa" w:w="2597"/>
          </w:tcPr>
          <w:p>
            <w:pPr>
              <w:spacing w:after="0"/>
              <w:jc w:val="left"/>
            </w:pPr>
            <w:r>
              <w:rPr>
                <w:sz w:val="16"/>
              </w:rPr>
              <w:t>Severe Storms &amp; Flooding</w:t>
            </w:r>
          </w:p>
        </w:tc>
        <w:tc>
          <w:tcPr>
            <w:tcW w:type="dxa" w:w="2978"/>
          </w:tcPr>
          <w:p>
            <w:pPr>
              <w:spacing w:after="0"/>
              <w:jc w:val="left"/>
            </w:pPr>
            <w:r>
              <w:rPr>
                <w:sz w:val="16"/>
              </w:rPr>
              <w:t>Inland Flooding</w:t>
            </w:r>
          </w:p>
        </w:tc>
        <w:tc>
          <w:tcPr>
            <w:tcW w:type="dxa" w:w="2153"/>
          </w:tcPr>
          <w:p>
            <w:pPr>
              <w:spacing w:after="0"/>
              <w:jc w:val="right"/>
            </w:pPr>
            <w:r>
              <w:rPr>
                <w:sz w:val="16"/>
              </w:rPr>
              <w:t>no Public Assistance recorded</w:t>
            </w:r>
          </w:p>
        </w:tc>
        <w:tc>
          <w:tcPr>
            <w:tcW w:type="dxa" w:w="115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1977-08-24</w:t>
            </w:r>
          </w:p>
        </w:tc>
        <w:tc>
          <w:tcPr>
            <w:tcW w:type="dxa" w:w="1037"/>
          </w:tcPr>
          <w:p>
            <w:pPr>
              <w:spacing w:after="0"/>
              <w:jc w:val="left"/>
            </w:pPr>
            <w:r>
              <w:rPr>
                <w:sz w:val="16"/>
              </w:rPr>
              <w:t>1977-08-24</w:t>
            </w:r>
          </w:p>
        </w:tc>
        <w:tc>
          <w:tcPr>
            <w:tcW w:type="dxa" w:w="1037"/>
          </w:tcPr>
          <w:p>
            <w:pPr>
              <w:spacing w:after="0"/>
              <w:jc w:val="left"/>
            </w:pPr>
            <w:r>
              <w:rPr>
                <w:sz w:val="16"/>
              </w:rPr>
              <w:t>EM-3051-WV</w:t>
            </w:r>
          </w:p>
        </w:tc>
        <w:tc>
          <w:tcPr>
            <w:tcW w:type="dxa" w:w="1241"/>
          </w:tcPr>
          <w:p>
            <w:pPr>
              <w:spacing w:after="0"/>
              <w:jc w:val="left"/>
            </w:pPr>
            <w:r>
              <w:rPr>
                <w:sz w:val="16"/>
              </w:rPr>
              <w:t>Emergency</w:t>
            </w:r>
          </w:p>
        </w:tc>
        <w:tc>
          <w:tcPr>
            <w:tcW w:type="dxa" w:w="2597"/>
          </w:tcPr>
          <w:p>
            <w:pPr>
              <w:spacing w:after="0"/>
              <w:jc w:val="left"/>
            </w:pPr>
            <w:r>
              <w:rPr>
                <w:sz w:val="16"/>
              </w:rPr>
              <w:t>Drought</w:t>
            </w:r>
          </w:p>
        </w:tc>
        <w:tc>
          <w:tcPr>
            <w:tcW w:type="dxa" w:w="2978"/>
          </w:tcPr>
          <w:p>
            <w:pPr>
              <w:spacing w:after="0"/>
              <w:jc w:val="left"/>
            </w:pPr>
            <w:r>
              <w:rPr>
                <w:sz w:val="16"/>
              </w:rPr>
              <w:t>Drought</w:t>
            </w:r>
          </w:p>
        </w:tc>
        <w:tc>
          <w:tcPr>
            <w:tcW w:type="dxa" w:w="2153"/>
          </w:tcPr>
          <w:p>
            <w:pPr>
              <w:spacing w:after="0"/>
              <w:jc w:val="right"/>
            </w:pPr>
            <w:r>
              <w:rPr>
                <w:sz w:val="16"/>
              </w:rPr>
              <w:t>no Public Assistance recorded</w:t>
            </w:r>
          </w:p>
        </w:tc>
        <w:tc>
          <w:tcPr>
            <w:tcW w:type="dxa" w:w="115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1969-09-03</w:t>
            </w:r>
          </w:p>
        </w:tc>
        <w:tc>
          <w:tcPr>
            <w:tcW w:type="dxa" w:w="1037"/>
          </w:tcPr>
          <w:p>
            <w:pPr>
              <w:spacing w:after="0"/>
              <w:jc w:val="left"/>
            </w:pPr>
            <w:r>
              <w:rPr>
                <w:sz w:val="16"/>
              </w:rPr>
              <w:t>1969-09-03</w:t>
            </w:r>
          </w:p>
        </w:tc>
        <w:tc>
          <w:tcPr>
            <w:tcW w:type="dxa" w:w="1037"/>
          </w:tcPr>
          <w:p>
            <w:pPr>
              <w:spacing w:after="0"/>
              <w:jc w:val="left"/>
            </w:pPr>
            <w:r>
              <w:rPr>
                <w:sz w:val="16"/>
              </w:rPr>
              <w:t>DR-278-WV</w:t>
            </w:r>
          </w:p>
        </w:tc>
        <w:tc>
          <w:tcPr>
            <w:tcW w:type="dxa" w:w="1241"/>
          </w:tcPr>
          <w:p>
            <w:pPr>
              <w:spacing w:after="0"/>
              <w:jc w:val="left"/>
            </w:pPr>
            <w:r>
              <w:rPr>
                <w:sz w:val="16"/>
              </w:rPr>
              <w:t>Major disaster</w:t>
            </w:r>
          </w:p>
        </w:tc>
        <w:tc>
          <w:tcPr>
            <w:tcW w:type="dxa" w:w="2597"/>
          </w:tcPr>
          <w:p>
            <w:pPr>
              <w:spacing w:after="0"/>
              <w:jc w:val="left"/>
            </w:pPr>
            <w:r>
              <w:rPr>
                <w:sz w:val="16"/>
              </w:rPr>
              <w:t>Severe Storms &amp; Flooding</w:t>
            </w:r>
          </w:p>
        </w:tc>
        <w:tc>
          <w:tcPr>
            <w:tcW w:type="dxa" w:w="2978"/>
          </w:tcPr>
          <w:p>
            <w:pPr>
              <w:spacing w:after="0"/>
              <w:jc w:val="left"/>
            </w:pPr>
            <w:r>
              <w:rPr>
                <w:sz w:val="16"/>
              </w:rPr>
              <w:t>Hurricane (primary); also designated: Inland Flooding</w:t>
            </w:r>
          </w:p>
        </w:tc>
        <w:tc>
          <w:tcPr>
            <w:tcW w:type="dxa" w:w="2153"/>
          </w:tcPr>
          <w:p>
            <w:pPr>
              <w:spacing w:after="0"/>
              <w:jc w:val="right"/>
            </w:pPr>
            <w:r>
              <w:rPr>
                <w:sz w:val="16"/>
              </w:rPr>
              <w:t>no Public Assistance recorded</w:t>
            </w:r>
          </w:p>
        </w:tc>
        <w:tc>
          <w:tcPr>
            <w:tcW w:type="dxa" w:w="115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1967-03-13</w:t>
            </w:r>
          </w:p>
        </w:tc>
        <w:tc>
          <w:tcPr>
            <w:tcW w:type="dxa" w:w="1037"/>
          </w:tcPr>
          <w:p>
            <w:pPr>
              <w:spacing w:after="0"/>
              <w:jc w:val="left"/>
            </w:pPr>
            <w:r>
              <w:rPr>
                <w:sz w:val="16"/>
              </w:rPr>
              <w:t>1967-03-13</w:t>
            </w:r>
          </w:p>
        </w:tc>
        <w:tc>
          <w:tcPr>
            <w:tcW w:type="dxa" w:w="1037"/>
          </w:tcPr>
          <w:p>
            <w:pPr>
              <w:spacing w:after="0"/>
              <w:jc w:val="left"/>
            </w:pPr>
            <w:r>
              <w:rPr>
                <w:sz w:val="16"/>
              </w:rPr>
              <w:t>DR-224-WV</w:t>
            </w:r>
          </w:p>
        </w:tc>
        <w:tc>
          <w:tcPr>
            <w:tcW w:type="dxa" w:w="1241"/>
          </w:tcPr>
          <w:p>
            <w:pPr>
              <w:spacing w:after="0"/>
              <w:jc w:val="left"/>
            </w:pPr>
            <w:r>
              <w:rPr>
                <w:sz w:val="16"/>
              </w:rPr>
              <w:t>Major disaster</w:t>
            </w:r>
          </w:p>
        </w:tc>
        <w:tc>
          <w:tcPr>
            <w:tcW w:type="dxa" w:w="2597"/>
          </w:tcPr>
          <w:p>
            <w:pPr>
              <w:spacing w:after="0"/>
              <w:jc w:val="left"/>
            </w:pPr>
            <w:r>
              <w:rPr>
                <w:sz w:val="16"/>
              </w:rPr>
              <w:t>Flooding</w:t>
            </w:r>
          </w:p>
        </w:tc>
        <w:tc>
          <w:tcPr>
            <w:tcW w:type="dxa" w:w="2978"/>
          </w:tcPr>
          <w:p>
            <w:pPr>
              <w:spacing w:after="0"/>
              <w:jc w:val="left"/>
            </w:pPr>
            <w:r>
              <w:rPr>
                <w:sz w:val="16"/>
              </w:rPr>
              <w:t>Inland Flooding</w:t>
            </w:r>
          </w:p>
        </w:tc>
        <w:tc>
          <w:tcPr>
            <w:tcW w:type="dxa" w:w="2153"/>
          </w:tcPr>
          <w:p>
            <w:pPr>
              <w:spacing w:after="0"/>
              <w:jc w:val="right"/>
            </w:pPr>
            <w:r>
              <w:rPr>
                <w:sz w:val="16"/>
              </w:rPr>
              <w:t>no Public Assistance recorded</w:t>
            </w:r>
          </w:p>
        </w:tc>
        <w:tc>
          <w:tcPr>
            <w:tcW w:type="dxa" w:w="1150"/>
          </w:tcPr>
          <w:p>
            <w:pPr>
              <w:spacing w:after="0"/>
              <w:jc w:val="left"/>
            </w:pPr>
          </w:p>
        </w:tc>
        <w:tc>
          <w:tcPr>
            <w:tcW w:type="dxa" w:w="8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533"/>
        <w:gridCol w:w="2256"/>
        <w:gridCol w:w="3700"/>
        <w:gridCol w:w="3267"/>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533"/>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700"/>
            <w:shd w:val="clear" w:color="auto" w:fill="E8E8E8"/>
          </w:tcPr>
          <w:p>
            <w:pPr>
              <w:spacing w:after="0"/>
              <w:jc w:val="left"/>
            </w:pPr>
            <w:r>
              <w:rPr>
                <w:b/>
                <w:sz w:val="16"/>
              </w:rPr>
              <w:t>Title</w:t>
            </w:r>
          </w:p>
        </w:tc>
        <w:tc>
          <w:tcPr>
            <w:tcW w:type="dxa" w:w="3267"/>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1964-03-20</w:t>
            </w:r>
          </w:p>
        </w:tc>
        <w:tc>
          <w:tcPr>
            <w:tcW w:type="dxa" w:w="1678"/>
          </w:tcPr>
          <w:p>
            <w:pPr>
              <w:spacing w:after="0"/>
              <w:jc w:val="left"/>
            </w:pPr>
            <w:r>
              <w:rPr>
                <w:sz w:val="16"/>
              </w:rPr>
              <w:t>1964-03-20</w:t>
            </w:r>
          </w:p>
        </w:tc>
        <w:tc>
          <w:tcPr>
            <w:tcW w:type="dxa" w:w="1533"/>
          </w:tcPr>
          <w:p>
            <w:pPr>
              <w:spacing w:after="0"/>
              <w:jc w:val="left"/>
            </w:pPr>
            <w:r>
              <w:rPr>
                <w:sz w:val="16"/>
              </w:rPr>
              <w:t>DR-165-WV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1963-03-13</w:t>
            </w:r>
          </w:p>
        </w:tc>
        <w:tc>
          <w:tcPr>
            <w:tcW w:type="dxa" w:w="1678"/>
          </w:tcPr>
          <w:p>
            <w:pPr>
              <w:spacing w:after="0"/>
              <w:jc w:val="left"/>
            </w:pPr>
            <w:r>
              <w:rPr>
                <w:sz w:val="16"/>
              </w:rPr>
              <w:t>1963-03-13</w:t>
            </w:r>
          </w:p>
        </w:tc>
        <w:tc>
          <w:tcPr>
            <w:tcW w:type="dxa" w:w="1533"/>
          </w:tcPr>
          <w:p>
            <w:pPr>
              <w:spacing w:after="0"/>
              <w:jc w:val="left"/>
            </w:pPr>
            <w:r>
              <w:rPr>
                <w:sz w:val="16"/>
              </w:rPr>
              <w:t>DR-147-WV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1962-03-09</w:t>
            </w:r>
          </w:p>
        </w:tc>
        <w:tc>
          <w:tcPr>
            <w:tcW w:type="dxa" w:w="1678"/>
          </w:tcPr>
          <w:p>
            <w:pPr>
              <w:spacing w:after="0"/>
              <w:jc w:val="left"/>
            </w:pPr>
            <w:r>
              <w:rPr>
                <w:sz w:val="16"/>
              </w:rPr>
              <w:t>1962-03-09</w:t>
            </w:r>
          </w:p>
        </w:tc>
        <w:tc>
          <w:tcPr>
            <w:tcW w:type="dxa" w:w="1533"/>
          </w:tcPr>
          <w:p>
            <w:pPr>
              <w:spacing w:after="0"/>
              <w:jc w:val="left"/>
            </w:pPr>
            <w:r>
              <w:rPr>
                <w:sz w:val="16"/>
              </w:rPr>
              <w:t>DR-125-WV</w:t>
            </w:r>
          </w:p>
        </w:tc>
        <w:tc>
          <w:tcPr>
            <w:tcW w:type="dxa" w:w="2256"/>
          </w:tcPr>
          <w:p>
            <w:pPr>
              <w:spacing w:after="0"/>
              <w:jc w:val="left"/>
            </w:pPr>
            <w:r>
              <w:rPr>
                <w:sz w:val="16"/>
              </w:rPr>
              <w:t>Major disaster</w:t>
            </w:r>
          </w:p>
        </w:tc>
        <w:tc>
          <w:tcPr>
            <w:tcW w:type="dxa" w:w="3700"/>
          </w:tcPr>
          <w:p>
            <w:pPr>
              <w:spacing w:after="0"/>
              <w:jc w:val="left"/>
            </w:pPr>
            <w:r>
              <w:rPr>
                <w:sz w:val="16"/>
              </w:rPr>
              <w:t>Severe Storm, High Tides &amp; Flooding</w:t>
            </w:r>
          </w:p>
        </w:tc>
        <w:tc>
          <w:tcPr>
            <w:tcW w:type="dxa" w:w="3267"/>
          </w:tcPr>
          <w:p>
            <w:pPr>
              <w:spacing w:after="0"/>
              <w:jc w:val="left"/>
            </w:pPr>
            <w:r>
              <w:rPr>
                <w:sz w:val="16"/>
              </w:rPr>
              <w:t>Inland Flooding (primary); also designated: Coastal Flooding</w:t>
            </w:r>
          </w:p>
        </w:tc>
      </w:tr>
      <w:tr>
        <w:trPr>
          <w:cantSplit/>
        </w:trPr>
        <w:tc>
          <w:tcPr>
            <w:tcW w:type="dxa" w:w="1678"/>
          </w:tcPr>
          <w:p>
            <w:pPr>
              <w:spacing w:after="0"/>
              <w:jc w:val="left"/>
            </w:pPr>
            <w:r>
              <w:rPr>
                <w:sz w:val="16"/>
              </w:rPr>
              <w:t>1961-07-23</w:t>
            </w:r>
          </w:p>
        </w:tc>
        <w:tc>
          <w:tcPr>
            <w:tcW w:type="dxa" w:w="1678"/>
          </w:tcPr>
          <w:p>
            <w:pPr>
              <w:spacing w:after="0"/>
              <w:jc w:val="left"/>
            </w:pPr>
            <w:r>
              <w:rPr>
                <w:sz w:val="16"/>
              </w:rPr>
              <w:t>1961-07-23</w:t>
            </w:r>
          </w:p>
        </w:tc>
        <w:tc>
          <w:tcPr>
            <w:tcW w:type="dxa" w:w="1533"/>
          </w:tcPr>
          <w:p>
            <w:pPr>
              <w:spacing w:after="0"/>
              <w:jc w:val="left"/>
            </w:pPr>
            <w:r>
              <w:rPr>
                <w:sz w:val="16"/>
              </w:rPr>
              <w:t>DR-117-WV</w:t>
            </w:r>
          </w:p>
        </w:tc>
        <w:tc>
          <w:tcPr>
            <w:tcW w:type="dxa" w:w="2256"/>
          </w:tcPr>
          <w:p>
            <w:pPr>
              <w:spacing w:after="0"/>
              <w:jc w:val="left"/>
            </w:pPr>
            <w:r>
              <w:rPr>
                <w:sz w:val="16"/>
              </w:rPr>
              <w:t>Major disaster</w:t>
            </w:r>
          </w:p>
        </w:tc>
        <w:tc>
          <w:tcPr>
            <w:tcW w:type="dxa" w:w="3700"/>
          </w:tcPr>
          <w:p>
            <w:pPr>
              <w:spacing w:after="0"/>
              <w:jc w:val="left"/>
            </w:pPr>
            <w:r>
              <w:rPr>
                <w:sz w:val="16"/>
              </w:rPr>
              <w:t>Floods</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1957-01-31</w:t>
            </w:r>
          </w:p>
        </w:tc>
        <w:tc>
          <w:tcPr>
            <w:tcW w:type="dxa" w:w="1678"/>
          </w:tcPr>
          <w:p>
            <w:pPr>
              <w:spacing w:after="0"/>
              <w:jc w:val="left"/>
            </w:pPr>
            <w:r>
              <w:rPr>
                <w:sz w:val="16"/>
              </w:rPr>
              <w:t>1957-01-31</w:t>
            </w:r>
          </w:p>
        </w:tc>
        <w:tc>
          <w:tcPr>
            <w:tcW w:type="dxa" w:w="1533"/>
          </w:tcPr>
          <w:p>
            <w:pPr>
              <w:spacing w:after="0"/>
              <w:jc w:val="left"/>
            </w:pPr>
            <w:r>
              <w:rPr>
                <w:sz w:val="16"/>
              </w:rPr>
              <w:t>DR-67-WV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1954-08-04</w:t>
            </w:r>
          </w:p>
        </w:tc>
        <w:tc>
          <w:tcPr>
            <w:tcW w:type="dxa" w:w="1678"/>
          </w:tcPr>
          <w:p>
            <w:pPr>
              <w:spacing w:after="0"/>
              <w:jc w:val="left"/>
            </w:pPr>
            <w:r>
              <w:rPr>
                <w:sz w:val="16"/>
              </w:rPr>
              <w:t>1954-08-04</w:t>
            </w:r>
          </w:p>
        </w:tc>
        <w:tc>
          <w:tcPr>
            <w:tcW w:type="dxa" w:w="1533"/>
          </w:tcPr>
          <w:p>
            <w:pPr>
              <w:spacing w:after="0"/>
              <w:jc w:val="left"/>
            </w:pPr>
            <w:r>
              <w:rPr>
                <w:sz w:val="16"/>
              </w:rPr>
              <w:t>DR-21-WV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9</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31</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55</w:t>
            </w:r>
          </w:p>
        </w:tc>
        <w:tc>
          <w:tcPr>
            <w:tcW w:type="dxa" w:w="1159"/>
          </w:tcPr>
          <w:p>
            <w:pPr>
              <w:spacing w:after="0"/>
              <w:jc w:val="right"/>
            </w:pPr>
            <w:r>
              <w:rPr>
                <w:sz w:val="16"/>
              </w:rPr>
              <w:t>12</w:t>
            </w:r>
          </w:p>
        </w:tc>
        <w:tc>
          <w:tcPr>
            <w:tcW w:type="dxa" w:w="2116"/>
          </w:tcPr>
          <w:p>
            <w:pPr>
              <w:spacing w:after="0"/>
              <w:jc w:val="right"/>
            </w:pPr>
            <w:r>
              <w:rPr>
                <w:sz w:val="16"/>
              </w:rPr>
              <w:t>2</w:t>
            </w:r>
          </w:p>
        </w:tc>
        <w:tc>
          <w:tcPr>
            <w:tcW w:type="dxa" w:w="786"/>
          </w:tcPr>
          <w:p>
            <w:pPr>
              <w:spacing w:after="0"/>
              <w:jc w:val="right"/>
            </w:pPr>
            <w:r>
              <w:rPr>
                <w:sz w:val="16"/>
              </w:rPr>
              <w:t>14</w:t>
            </w:r>
          </w:p>
        </w:tc>
        <w:tc>
          <w:tcPr>
            <w:tcW w:type="dxa" w:w="1692"/>
          </w:tcPr>
          <w:p>
            <w:pPr>
              <w:spacing w:after="0"/>
              <w:jc w:val="right"/>
            </w:pPr>
            <w:r>
              <w:rPr>
                <w:sz w:val="16"/>
              </w:rPr>
              <w:t>10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6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88</w:t>
            </w:r>
          </w:p>
        </w:tc>
        <w:tc>
          <w:tcPr>
            <w:tcW w:type="dxa" w:w="1159"/>
          </w:tcPr>
          <w:p>
            <w:pPr>
              <w:spacing w:after="0"/>
              <w:jc w:val="right"/>
            </w:pPr>
            <w:r>
              <w:rPr>
                <w:sz w:val="16"/>
              </w:rPr>
              <w:t>44</w:t>
            </w:r>
          </w:p>
        </w:tc>
        <w:tc>
          <w:tcPr>
            <w:tcW w:type="dxa" w:w="2116"/>
          </w:tcPr>
          <w:p>
            <w:pPr>
              <w:spacing w:after="0"/>
              <w:jc w:val="right"/>
            </w:pPr>
            <w:r>
              <w:rPr>
                <w:sz w:val="16"/>
              </w:rPr>
              <w:t>3</w:t>
            </w:r>
          </w:p>
        </w:tc>
        <w:tc>
          <w:tcPr>
            <w:tcW w:type="dxa" w:w="786"/>
          </w:tcPr>
          <w:p>
            <w:pPr>
              <w:spacing w:after="0"/>
              <w:jc w:val="right"/>
            </w:pPr>
            <w:r>
              <w:rPr>
                <w:sz w:val="16"/>
              </w:rPr>
              <w:t>47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12 High Wind and 19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81</w:t>
            </w:r>
          </w:p>
        </w:tc>
        <w:tc>
          <w:tcPr>
            <w:tcW w:type="dxa" w:w="1159"/>
          </w:tcPr>
          <w:p>
            <w:pPr>
              <w:spacing w:after="0"/>
              <w:jc w:val="right"/>
            </w:pPr>
            <w:r>
              <w:rPr>
                <w:sz w:val="16"/>
              </w:rPr>
              <w:t>44</w:t>
            </w:r>
          </w:p>
        </w:tc>
        <w:tc>
          <w:tcPr>
            <w:tcW w:type="dxa" w:w="2116"/>
          </w:tcPr>
          <w:p>
            <w:pPr>
              <w:spacing w:after="0"/>
              <w:jc w:val="right"/>
            </w:pPr>
            <w:r>
              <w:rPr>
                <w:sz w:val="16"/>
              </w:rPr>
              <w:t>5</w:t>
            </w:r>
          </w:p>
        </w:tc>
        <w:tc>
          <w:tcPr>
            <w:tcW w:type="dxa" w:w="786"/>
          </w:tcPr>
          <w:p>
            <w:pPr>
              <w:spacing w:after="0"/>
              <w:jc w:val="right"/>
            </w:pPr>
            <w:r>
              <w:rPr>
                <w:sz w:val="16"/>
              </w:rPr>
              <w:t>49</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5"/>
        <w:gridCol w:w="1805"/>
        <w:gridCol w:w="2945"/>
        <w:gridCol w:w="922"/>
        <w:gridCol w:w="2734"/>
        <w:gridCol w:w="999"/>
        <w:gridCol w:w="2254"/>
      </w:tblGrid>
      <w:tr>
        <w:trPr>
          <w:cantSplit/>
          <w:tblHeader/>
        </w:trPr>
        <w:tc>
          <w:tcPr>
            <w:tcW w:type="dxa" w:w="1037"/>
            <w:shd w:val="clear" w:color="auto" w:fill="E8E8E8"/>
          </w:tcPr>
          <w:p>
            <w:pPr>
              <w:spacing w:after="0"/>
              <w:jc w:val="left"/>
            </w:pPr>
            <w:r>
              <w:rPr>
                <w:b/>
                <w:sz w:val="16"/>
              </w:rPr>
              <w:t>Date</w:t>
            </w:r>
          </w:p>
        </w:tc>
        <w:tc>
          <w:tcPr>
            <w:tcW w:type="dxa" w:w="1415"/>
            <w:shd w:val="clear" w:color="auto" w:fill="E8E8E8"/>
          </w:tcPr>
          <w:p>
            <w:pPr>
              <w:spacing w:after="0"/>
              <w:jc w:val="left"/>
            </w:pPr>
            <w:r>
              <w:rPr>
                <w:b/>
                <w:sz w:val="16"/>
              </w:rPr>
              <w:t>Event type</w:t>
            </w:r>
          </w:p>
        </w:tc>
        <w:tc>
          <w:tcPr>
            <w:tcW w:type="dxa" w:w="1805"/>
            <w:shd w:val="clear" w:color="auto" w:fill="E8E8E8"/>
          </w:tcPr>
          <w:p>
            <w:pPr>
              <w:spacing w:after="0"/>
              <w:jc w:val="left"/>
            </w:pPr>
            <w:r>
              <w:rPr>
                <w:b/>
                <w:sz w:val="16"/>
              </w:rPr>
              <w:t>Magnitude or extent</w:t>
            </w:r>
          </w:p>
        </w:tc>
        <w:tc>
          <w:tcPr>
            <w:tcW w:type="dxa" w:w="2945"/>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34"/>
            <w:shd w:val="clear" w:color="auto" w:fill="E8E8E8"/>
          </w:tcPr>
          <w:p>
            <w:pPr>
              <w:spacing w:after="0"/>
              <w:jc w:val="left"/>
            </w:pPr>
            <w:r>
              <w:rPr>
                <w:b/>
                <w:sz w:val="16"/>
              </w:rPr>
              <w:t>Location</w:t>
            </w:r>
          </w:p>
        </w:tc>
        <w:tc>
          <w:tcPr>
            <w:tcW w:type="dxa" w:w="999"/>
            <w:shd w:val="clear" w:color="auto" w:fill="E8E8E8"/>
          </w:tcPr>
          <w:p>
            <w:pPr>
              <w:spacing w:after="0"/>
              <w:jc w:val="left"/>
            </w:pPr>
            <w:r>
              <w:rPr>
                <w:b/>
                <w:sz w:val="16"/>
              </w:rPr>
              <w:t>Flags</w:t>
            </w:r>
          </w:p>
        </w:tc>
        <w:tc>
          <w:tcPr>
            <w:tcW w:type="dxa" w:w="225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2026-01-20</w:t>
            </w:r>
          </w:p>
        </w:tc>
        <w:tc>
          <w:tcPr>
            <w:tcW w:type="dxa" w:w="1415"/>
          </w:tcPr>
          <w:p>
            <w:pPr>
              <w:spacing w:after="0"/>
              <w:jc w:val="left"/>
            </w:pPr>
            <w:r>
              <w:rPr>
                <w:sz w:val="16"/>
              </w:rPr>
              <w:t>Extreme Cold/Wind Chill</w:t>
            </w:r>
          </w:p>
        </w:tc>
        <w:tc>
          <w:tcPr>
            <w:tcW w:type="dxa" w:w="1805"/>
          </w:tcPr>
          <w:p>
            <w:pPr>
              <w:spacing w:after="0"/>
              <w:jc w:val="left"/>
            </w:pPr>
          </w:p>
        </w:tc>
        <w:tc>
          <w:tcPr>
            <w:tcW w:type="dxa" w:w="2945"/>
          </w:tcPr>
          <w:p>
            <w:pPr>
              <w:spacing w:after="0"/>
              <w:jc w:val="left"/>
            </w:pPr>
            <w:r>
              <w:rPr>
                <w:sz w:val="16"/>
              </w:rPr>
              <w:t>$0 property; $0 crops, reported for the zone (2026 dollars)</w:t>
            </w:r>
          </w:p>
        </w:tc>
        <w:tc>
          <w:tcPr>
            <w:tcW w:type="dxa" w:w="922"/>
          </w:tcPr>
          <w:p>
            <w:pPr>
              <w:spacing w:after="0"/>
              <w:jc w:val="right"/>
            </w:pPr>
            <w:r>
              <w:rPr>
                <w:sz w:val="16"/>
              </w:rPr>
              <w:t>0, 0</w:t>
            </w:r>
          </w:p>
        </w:tc>
        <w:tc>
          <w:tcPr>
            <w:tcW w:type="dxa" w:w="2734"/>
          </w:tcPr>
          <w:p>
            <w:pPr>
              <w:spacing w:after="0"/>
              <w:jc w:val="left"/>
            </w:pPr>
            <w:r>
              <w:rPr>
                <w:sz w:val="16"/>
              </w:rPr>
              <w:t>NWS zone WVZ523 (NORTHWEST POCAHONTAS), zone-level</w:t>
            </w:r>
          </w:p>
        </w:tc>
        <w:tc>
          <w:tcPr>
            <w:tcW w:type="dxa" w:w="999"/>
          </w:tcPr>
          <w:p>
            <w:pPr>
              <w:spacing w:after="0"/>
              <w:jc w:val="left"/>
            </w:pPr>
            <w:r>
              <w:rPr>
                <w:sz w:val="16"/>
              </w:rPr>
              <w:t>new since last plan; within last 5 years</w:t>
            </w:r>
          </w:p>
        </w:tc>
        <w:tc>
          <w:tcPr>
            <w:tcW w:type="dxa" w:w="225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2024-09-25</w:t>
            </w:r>
          </w:p>
        </w:tc>
        <w:tc>
          <w:tcPr>
            <w:tcW w:type="dxa" w:w="1415"/>
          </w:tcPr>
          <w:p>
            <w:pPr>
              <w:spacing w:after="0"/>
              <w:jc w:val="left"/>
            </w:pPr>
            <w:r>
              <w:rPr>
                <w:sz w:val="16"/>
              </w:rPr>
              <w:t>Tornado</w:t>
            </w:r>
          </w:p>
        </w:tc>
        <w:tc>
          <w:tcPr>
            <w:tcW w:type="dxa" w:w="1805"/>
          </w:tcPr>
          <w:p>
            <w:pPr>
              <w:spacing w:after="0"/>
              <w:jc w:val="left"/>
            </w:pPr>
            <w:r>
              <w:rPr>
                <w:sz w:val="16"/>
              </w:rPr>
              <w:t>EFU (rating unknown), 2.21 mi within this county, 10 yd wide</w:t>
            </w:r>
          </w:p>
        </w:tc>
        <w:tc>
          <w:tcPr>
            <w:tcW w:type="dxa" w:w="2945"/>
          </w:tcPr>
          <w:p>
            <w:pPr>
              <w:spacing w:after="0"/>
              <w:jc w:val="left"/>
            </w:pPr>
            <w:r>
              <w:rPr>
                <w:sz w:val="16"/>
              </w:rPr>
              <w:t>$0 property; $0 crops (2024 dollars)</w:t>
            </w:r>
          </w:p>
        </w:tc>
        <w:tc>
          <w:tcPr>
            <w:tcW w:type="dxa" w:w="922"/>
          </w:tcPr>
          <w:p>
            <w:pPr>
              <w:spacing w:after="0"/>
              <w:jc w:val="right"/>
            </w:pPr>
            <w:r>
              <w:rPr>
                <w:sz w:val="16"/>
              </w:rPr>
              <w:t>0, 0</w:t>
            </w:r>
          </w:p>
        </w:tc>
        <w:tc>
          <w:tcPr>
            <w:tcW w:type="dxa" w:w="2734"/>
          </w:tcPr>
          <w:p>
            <w:pPr>
              <w:spacing w:after="0"/>
              <w:jc w:val="left"/>
            </w:pPr>
            <w:r>
              <w:rPr>
                <w:sz w:val="16"/>
              </w:rPr>
              <w:t>HILLSBORO to MILL PT</w:t>
            </w:r>
          </w:p>
        </w:tc>
        <w:tc>
          <w:tcPr>
            <w:tcW w:type="dxa" w:w="999"/>
          </w:tcPr>
          <w:p>
            <w:pPr>
              <w:spacing w:after="0"/>
              <w:jc w:val="left"/>
            </w:pPr>
            <w:r>
              <w:rPr>
                <w:sz w:val="16"/>
              </w:rPr>
              <w:t>new since last plan; within last 5 years</w:t>
            </w:r>
          </w:p>
        </w:tc>
        <w:tc>
          <w:tcPr>
            <w:tcW w:type="dxa" w:w="2254"/>
          </w:tcPr>
          <w:p>
            <w:pPr>
              <w:spacing w:after="0"/>
              <w:jc w:val="left"/>
            </w:pPr>
            <w:r>
              <w:rPr>
                <w:sz w:val="16"/>
              </w:rPr>
              <w:t>B1-c worst recorded: Tornado</w:t>
            </w:r>
          </w:p>
        </w:tc>
      </w:tr>
      <w:tr>
        <w:trPr>
          <w:cantSplit/>
        </w:trPr>
        <w:tc>
          <w:tcPr>
            <w:tcW w:type="dxa" w:w="1037"/>
          </w:tcPr>
          <w:p>
            <w:pPr>
              <w:spacing w:after="0"/>
              <w:jc w:val="left"/>
            </w:pPr>
            <w:r>
              <w:rPr>
                <w:sz w:val="16"/>
              </w:rPr>
              <w:t>2024-08-01</w:t>
            </w:r>
          </w:p>
        </w:tc>
        <w:tc>
          <w:tcPr>
            <w:tcW w:type="dxa" w:w="1415"/>
          </w:tcPr>
          <w:p>
            <w:pPr>
              <w:spacing w:after="0"/>
              <w:jc w:val="left"/>
            </w:pPr>
            <w:r>
              <w:rPr>
                <w:sz w:val="16"/>
              </w:rPr>
              <w:t>Drought</w:t>
            </w:r>
          </w:p>
        </w:tc>
        <w:tc>
          <w:tcPr>
            <w:tcW w:type="dxa" w:w="1805"/>
          </w:tcPr>
          <w:p>
            <w:pPr>
              <w:spacing w:after="0"/>
              <w:jc w:val="left"/>
            </w:pPr>
          </w:p>
        </w:tc>
        <w:tc>
          <w:tcPr>
            <w:tcW w:type="dxa" w:w="2945"/>
          </w:tcPr>
          <w:p>
            <w:pPr>
              <w:spacing w:after="0"/>
              <w:jc w:val="left"/>
            </w:pPr>
            <w:r>
              <w:rPr>
                <w:sz w:val="16"/>
              </w:rPr>
              <w:t>$0 property; $0 crops, reported for the zone (2024 dollars)</w:t>
            </w:r>
          </w:p>
        </w:tc>
        <w:tc>
          <w:tcPr>
            <w:tcW w:type="dxa" w:w="922"/>
          </w:tcPr>
          <w:p>
            <w:pPr>
              <w:spacing w:after="0"/>
              <w:jc w:val="right"/>
            </w:pPr>
            <w:r>
              <w:rPr>
                <w:sz w:val="16"/>
              </w:rPr>
              <w:t>0, 0</w:t>
            </w:r>
          </w:p>
        </w:tc>
        <w:tc>
          <w:tcPr>
            <w:tcW w:type="dxa" w:w="2734"/>
          </w:tcPr>
          <w:p>
            <w:pPr>
              <w:spacing w:after="0"/>
              <w:jc w:val="left"/>
            </w:pPr>
            <w:r>
              <w:rPr>
                <w:sz w:val="16"/>
              </w:rPr>
              <w:t>NWS zone WVZ523 (NORTHWEST POCAHONTAS), zone-level</w:t>
            </w:r>
          </w:p>
        </w:tc>
        <w:tc>
          <w:tcPr>
            <w:tcW w:type="dxa" w:w="999"/>
          </w:tcPr>
          <w:p>
            <w:pPr>
              <w:spacing w:after="0"/>
              <w:jc w:val="left"/>
            </w:pPr>
            <w:r>
              <w:rPr>
                <w:sz w:val="16"/>
              </w:rPr>
              <w:t>new since last plan; within last 5 years</w:t>
            </w:r>
          </w:p>
        </w:tc>
        <w:tc>
          <w:tcPr>
            <w:tcW w:type="dxa" w:w="2254"/>
          </w:tcPr>
          <w:p>
            <w:pPr>
              <w:spacing w:after="0"/>
              <w:jc w:val="left"/>
            </w:pPr>
            <w:r>
              <w:rPr>
                <w:sz w:val="16"/>
              </w:rPr>
              <w:t>B1-c worst recorded: Drought</w:t>
            </w:r>
          </w:p>
        </w:tc>
      </w:tr>
      <w:tr>
        <w:trPr>
          <w:cantSplit/>
        </w:trPr>
        <w:tc>
          <w:tcPr>
            <w:tcW w:type="dxa" w:w="1037"/>
          </w:tcPr>
          <w:p>
            <w:pPr>
              <w:spacing w:after="0"/>
              <w:jc w:val="left"/>
            </w:pPr>
            <w:r>
              <w:rPr>
                <w:sz w:val="16"/>
              </w:rPr>
              <w:t>2019-02-24</w:t>
            </w:r>
          </w:p>
        </w:tc>
        <w:tc>
          <w:tcPr>
            <w:tcW w:type="dxa" w:w="1415"/>
          </w:tcPr>
          <w:p>
            <w:pPr>
              <w:spacing w:after="0"/>
              <w:jc w:val="left"/>
            </w:pPr>
            <w:r>
              <w:rPr>
                <w:sz w:val="16"/>
              </w:rPr>
              <w:t>High Wind</w:t>
            </w:r>
          </w:p>
        </w:tc>
        <w:tc>
          <w:tcPr>
            <w:tcW w:type="dxa" w:w="1805"/>
          </w:tcPr>
          <w:p>
            <w:pPr>
              <w:spacing w:after="0"/>
              <w:jc w:val="left"/>
            </w:pPr>
            <w:r>
              <w:rPr>
                <w:sz w:val="16"/>
              </w:rPr>
              <w:t>76 kt (87 mph) measured gust</w:t>
            </w:r>
          </w:p>
        </w:tc>
        <w:tc>
          <w:tcPr>
            <w:tcW w:type="dxa" w:w="2945"/>
          </w:tcPr>
          <w:p>
            <w:pPr>
              <w:spacing w:after="0"/>
              <w:jc w:val="left"/>
            </w:pPr>
            <w:r>
              <w:rPr>
                <w:sz w:val="16"/>
              </w:rPr>
              <w:t>$50,000 property; $0 crops, reported for the zone (2019 dollars)</w:t>
            </w:r>
          </w:p>
        </w:tc>
        <w:tc>
          <w:tcPr>
            <w:tcW w:type="dxa" w:w="922"/>
          </w:tcPr>
          <w:p>
            <w:pPr>
              <w:spacing w:after="0"/>
              <w:jc w:val="right"/>
            </w:pPr>
            <w:r>
              <w:rPr>
                <w:sz w:val="16"/>
              </w:rPr>
              <w:t>0, 0</w:t>
            </w:r>
          </w:p>
        </w:tc>
        <w:tc>
          <w:tcPr>
            <w:tcW w:type="dxa" w:w="2734"/>
          </w:tcPr>
          <w:p>
            <w:pPr>
              <w:spacing w:after="0"/>
              <w:jc w:val="left"/>
            </w:pPr>
            <w:r>
              <w:rPr>
                <w:sz w:val="16"/>
              </w:rPr>
              <w:t>NWS zone WVZ523 (NORTHWEST POCAHONTAS), zone-level</w:t>
            </w:r>
          </w:p>
        </w:tc>
        <w:tc>
          <w:tcPr>
            <w:tcW w:type="dxa" w:w="999"/>
          </w:tcPr>
          <w:p>
            <w:pPr>
              <w:spacing w:after="0"/>
              <w:jc w:val="left"/>
            </w:pPr>
          </w:p>
        </w:tc>
        <w:tc>
          <w:tcPr>
            <w:tcW w:type="dxa" w:w="2254"/>
          </w:tcPr>
          <w:p>
            <w:pPr>
              <w:spacing w:after="0"/>
              <w:jc w:val="left"/>
            </w:pPr>
            <w:r>
              <w:rPr>
                <w:sz w:val="16"/>
              </w:rPr>
              <w:t>B1-c worst recorded: High Wind and Strong Wind</w:t>
            </w:r>
          </w:p>
        </w:tc>
      </w:tr>
      <w:tr>
        <w:trPr>
          <w:cantSplit/>
        </w:trPr>
        <w:tc>
          <w:tcPr>
            <w:tcW w:type="dxa" w:w="1037"/>
          </w:tcPr>
          <w:p>
            <w:pPr>
              <w:spacing w:after="0"/>
              <w:jc w:val="left"/>
            </w:pPr>
            <w:r>
              <w:rPr>
                <w:sz w:val="16"/>
              </w:rPr>
              <w:t>2018-11-15</w:t>
            </w:r>
          </w:p>
        </w:tc>
        <w:tc>
          <w:tcPr>
            <w:tcW w:type="dxa" w:w="1415"/>
          </w:tcPr>
          <w:p>
            <w:pPr>
              <w:spacing w:after="0"/>
              <w:jc w:val="left"/>
            </w:pPr>
            <w:r>
              <w:rPr>
                <w:sz w:val="16"/>
              </w:rPr>
              <w:t>Ice Storm</w:t>
            </w:r>
          </w:p>
        </w:tc>
        <w:tc>
          <w:tcPr>
            <w:tcW w:type="dxa" w:w="1805"/>
          </w:tcPr>
          <w:p>
            <w:pPr>
              <w:spacing w:after="0"/>
              <w:jc w:val="left"/>
            </w:pPr>
          </w:p>
        </w:tc>
        <w:tc>
          <w:tcPr>
            <w:tcW w:type="dxa" w:w="2945"/>
          </w:tcPr>
          <w:p>
            <w:pPr>
              <w:spacing w:after="0"/>
              <w:jc w:val="left"/>
            </w:pPr>
            <w:r>
              <w:rPr>
                <w:sz w:val="16"/>
              </w:rPr>
              <w:t>$10,000 property; $0 crops, reported for the zone (2018 dollars)</w:t>
            </w:r>
          </w:p>
        </w:tc>
        <w:tc>
          <w:tcPr>
            <w:tcW w:type="dxa" w:w="922"/>
          </w:tcPr>
          <w:p>
            <w:pPr>
              <w:spacing w:after="0"/>
              <w:jc w:val="right"/>
            </w:pPr>
            <w:r>
              <w:rPr>
                <w:sz w:val="16"/>
              </w:rPr>
              <w:t>0, 0</w:t>
            </w:r>
          </w:p>
        </w:tc>
        <w:tc>
          <w:tcPr>
            <w:tcW w:type="dxa" w:w="2734"/>
          </w:tcPr>
          <w:p>
            <w:pPr>
              <w:spacing w:after="0"/>
              <w:jc w:val="left"/>
            </w:pPr>
            <w:r>
              <w:rPr>
                <w:sz w:val="16"/>
              </w:rPr>
              <w:t>NWS zone WVZ524 (SOUTHEAST POCAHONTAS), zone-level</w:t>
            </w:r>
          </w:p>
        </w:tc>
        <w:tc>
          <w:tcPr>
            <w:tcW w:type="dxa" w:w="999"/>
          </w:tcPr>
          <w:p>
            <w:pPr>
              <w:spacing w:after="0"/>
              <w:jc w:val="left"/>
            </w:pPr>
          </w:p>
        </w:tc>
        <w:tc>
          <w:tcPr>
            <w:tcW w:type="dxa" w:w="2254"/>
          </w:tcPr>
          <w:p>
            <w:pPr>
              <w:spacing w:after="0"/>
              <w:jc w:val="left"/>
            </w:pPr>
            <w:r>
              <w:rPr>
                <w:sz w:val="16"/>
              </w:rPr>
              <w:t>B1-c worst recorded: Ice Storm</w:t>
            </w:r>
          </w:p>
        </w:tc>
      </w:tr>
      <w:tr>
        <w:trPr>
          <w:cantSplit/>
        </w:trPr>
        <w:tc>
          <w:tcPr>
            <w:tcW w:type="dxa" w:w="1037"/>
          </w:tcPr>
          <w:p>
            <w:pPr>
              <w:spacing w:after="0"/>
              <w:jc w:val="left"/>
            </w:pPr>
            <w:r>
              <w:rPr>
                <w:sz w:val="16"/>
              </w:rPr>
              <w:t>2016-06-23</w:t>
            </w:r>
          </w:p>
        </w:tc>
        <w:tc>
          <w:tcPr>
            <w:tcW w:type="dxa" w:w="1415"/>
          </w:tcPr>
          <w:p>
            <w:pPr>
              <w:spacing w:after="0"/>
              <w:jc w:val="left"/>
            </w:pPr>
            <w:r>
              <w:rPr>
                <w:sz w:val="16"/>
              </w:rPr>
              <w:t>Flood</w:t>
            </w:r>
          </w:p>
        </w:tc>
        <w:tc>
          <w:tcPr>
            <w:tcW w:type="dxa" w:w="1805"/>
          </w:tcPr>
          <w:p>
            <w:pPr>
              <w:spacing w:after="0"/>
              <w:jc w:val="left"/>
            </w:pPr>
          </w:p>
        </w:tc>
        <w:tc>
          <w:tcPr>
            <w:tcW w:type="dxa" w:w="2945"/>
          </w:tcPr>
          <w:p>
            <w:pPr>
              <w:spacing w:after="0"/>
              <w:jc w:val="left"/>
            </w:pPr>
            <w:r>
              <w:rPr>
                <w:sz w:val="16"/>
              </w:rPr>
              <w:t>$300,000 property; $0 crops (2016 dollars)</w:t>
            </w:r>
          </w:p>
        </w:tc>
        <w:tc>
          <w:tcPr>
            <w:tcW w:type="dxa" w:w="922"/>
          </w:tcPr>
          <w:p>
            <w:pPr>
              <w:spacing w:after="0"/>
              <w:jc w:val="right"/>
            </w:pPr>
            <w:r>
              <w:rPr>
                <w:sz w:val="16"/>
              </w:rPr>
              <w:t>0, 0</w:t>
            </w:r>
          </w:p>
        </w:tc>
        <w:tc>
          <w:tcPr>
            <w:tcW w:type="dxa" w:w="2734"/>
          </w:tcPr>
          <w:p>
            <w:pPr>
              <w:spacing w:after="0"/>
              <w:jc w:val="left"/>
            </w:pPr>
            <w:r>
              <w:rPr>
                <w:sz w:val="16"/>
              </w:rPr>
              <w:t>CLAWSON to HARTER</w:t>
            </w:r>
          </w:p>
        </w:tc>
        <w:tc>
          <w:tcPr>
            <w:tcW w:type="dxa" w:w="999"/>
          </w:tcPr>
          <w:p>
            <w:pPr>
              <w:spacing w:after="0"/>
              <w:jc w:val="left"/>
            </w:pPr>
          </w:p>
        </w:tc>
        <w:tc>
          <w:tcPr>
            <w:tcW w:type="dxa" w:w="2254"/>
          </w:tcPr>
          <w:p>
            <w:pPr>
              <w:spacing w:after="0"/>
              <w:jc w:val="left"/>
            </w:pPr>
            <w:r>
              <w:rPr>
                <w:sz w:val="16"/>
              </w:rPr>
              <w:t>large reported damage</w:t>
            </w:r>
          </w:p>
        </w:tc>
      </w:tr>
      <w:tr>
        <w:trPr>
          <w:cantSplit/>
        </w:trPr>
        <w:tc>
          <w:tcPr>
            <w:tcW w:type="dxa" w:w="1037"/>
          </w:tcPr>
          <w:p>
            <w:pPr>
              <w:spacing w:after="0"/>
              <w:jc w:val="left"/>
            </w:pPr>
            <w:r>
              <w:rPr>
                <w:sz w:val="16"/>
              </w:rPr>
              <w:t>2012-06-29</w:t>
            </w:r>
          </w:p>
        </w:tc>
        <w:tc>
          <w:tcPr>
            <w:tcW w:type="dxa" w:w="1415"/>
          </w:tcPr>
          <w:p>
            <w:pPr>
              <w:spacing w:after="0"/>
              <w:jc w:val="left"/>
            </w:pPr>
            <w:r>
              <w:rPr>
                <w:sz w:val="16"/>
              </w:rPr>
              <w:t>Thunderstorm Wind</w:t>
            </w:r>
          </w:p>
        </w:tc>
        <w:tc>
          <w:tcPr>
            <w:tcW w:type="dxa" w:w="1805"/>
          </w:tcPr>
          <w:p>
            <w:pPr>
              <w:spacing w:after="0"/>
              <w:jc w:val="left"/>
            </w:pPr>
            <w:r>
              <w:rPr>
                <w:sz w:val="16"/>
              </w:rPr>
              <w:t>52 kt (60 mph) estimated gust</w:t>
            </w:r>
          </w:p>
        </w:tc>
        <w:tc>
          <w:tcPr>
            <w:tcW w:type="dxa" w:w="2945"/>
          </w:tcPr>
          <w:p>
            <w:pPr>
              <w:spacing w:after="0"/>
              <w:jc w:val="left"/>
            </w:pPr>
            <w:r>
              <w:rPr>
                <w:sz w:val="16"/>
              </w:rPr>
              <w:t>$750,000 property; $0 crops (2012 dollars)</w:t>
            </w:r>
          </w:p>
        </w:tc>
        <w:tc>
          <w:tcPr>
            <w:tcW w:type="dxa" w:w="922"/>
          </w:tcPr>
          <w:p>
            <w:pPr>
              <w:spacing w:after="0"/>
              <w:jc w:val="right"/>
            </w:pPr>
            <w:r>
              <w:rPr>
                <w:sz w:val="16"/>
              </w:rPr>
              <w:t>0, 0</w:t>
            </w:r>
          </w:p>
        </w:tc>
        <w:tc>
          <w:tcPr>
            <w:tcW w:type="dxa" w:w="2734"/>
          </w:tcPr>
          <w:p>
            <w:pPr>
              <w:spacing w:after="0"/>
              <w:jc w:val="left"/>
            </w:pPr>
            <w:r>
              <w:rPr>
                <w:sz w:val="16"/>
              </w:rPr>
              <w:t>BARTOW to HILLSBORO</w:t>
            </w:r>
          </w:p>
        </w:tc>
        <w:tc>
          <w:tcPr>
            <w:tcW w:type="dxa" w:w="999"/>
          </w:tcPr>
          <w:p>
            <w:pPr>
              <w:spacing w:after="0"/>
              <w:jc w:val="left"/>
            </w:pPr>
          </w:p>
        </w:tc>
        <w:tc>
          <w:tcPr>
            <w:tcW w:type="dxa" w:w="2254"/>
          </w:tcPr>
          <w:p>
            <w:pPr>
              <w:spacing w:after="0"/>
              <w:jc w:val="left"/>
            </w:pPr>
            <w:r>
              <w:rPr>
                <w:sz w:val="16"/>
              </w:rPr>
              <w:t>B1-c most damaging: Thunderstorm Wind</w:t>
            </w:r>
          </w:p>
        </w:tc>
      </w:tr>
      <w:tr>
        <w:trPr>
          <w:cantSplit/>
        </w:trPr>
        <w:tc>
          <w:tcPr>
            <w:tcW w:type="dxa" w:w="1037"/>
          </w:tcPr>
          <w:p>
            <w:pPr>
              <w:spacing w:after="0"/>
              <w:jc w:val="left"/>
            </w:pPr>
            <w:r>
              <w:rPr>
                <w:sz w:val="16"/>
              </w:rPr>
              <w:t>2011-05-26</w:t>
            </w:r>
          </w:p>
        </w:tc>
        <w:tc>
          <w:tcPr>
            <w:tcW w:type="dxa" w:w="1415"/>
          </w:tcPr>
          <w:p>
            <w:pPr>
              <w:spacing w:after="0"/>
              <w:jc w:val="left"/>
            </w:pPr>
            <w:r>
              <w:rPr>
                <w:sz w:val="16"/>
              </w:rPr>
              <w:t>Hail</w:t>
            </w:r>
          </w:p>
        </w:tc>
        <w:tc>
          <w:tcPr>
            <w:tcW w:type="dxa" w:w="1805"/>
          </w:tcPr>
          <w:p>
            <w:pPr>
              <w:spacing w:after="0"/>
              <w:jc w:val="left"/>
            </w:pPr>
            <w:r>
              <w:rPr>
                <w:sz w:val="16"/>
              </w:rPr>
              <w:t>1 in</w:t>
            </w:r>
          </w:p>
        </w:tc>
        <w:tc>
          <w:tcPr>
            <w:tcW w:type="dxa" w:w="2945"/>
          </w:tcPr>
          <w:p>
            <w:pPr>
              <w:spacing w:after="0"/>
              <w:jc w:val="left"/>
            </w:pPr>
            <w:r>
              <w:rPr>
                <w:sz w:val="16"/>
              </w:rPr>
              <w:t>$2,000 property; $0 crops (2011 dollars)</w:t>
            </w:r>
          </w:p>
        </w:tc>
        <w:tc>
          <w:tcPr>
            <w:tcW w:type="dxa" w:w="922"/>
          </w:tcPr>
          <w:p>
            <w:pPr>
              <w:spacing w:after="0"/>
              <w:jc w:val="right"/>
            </w:pPr>
            <w:r>
              <w:rPr>
                <w:sz w:val="16"/>
              </w:rPr>
              <w:t>0, 0</w:t>
            </w:r>
          </w:p>
        </w:tc>
        <w:tc>
          <w:tcPr>
            <w:tcW w:type="dxa" w:w="2734"/>
          </w:tcPr>
          <w:p>
            <w:pPr>
              <w:spacing w:after="0"/>
              <w:jc w:val="left"/>
            </w:pPr>
            <w:r>
              <w:rPr>
                <w:sz w:val="16"/>
              </w:rPr>
              <w:t>MARLINTON</w:t>
            </w:r>
          </w:p>
        </w:tc>
        <w:tc>
          <w:tcPr>
            <w:tcW w:type="dxa" w:w="999"/>
          </w:tcPr>
          <w:p>
            <w:pPr>
              <w:spacing w:after="0"/>
              <w:jc w:val="left"/>
            </w:pPr>
          </w:p>
        </w:tc>
        <w:tc>
          <w:tcPr>
            <w:tcW w:type="dxa" w:w="2254"/>
          </w:tcPr>
          <w:p>
            <w:pPr>
              <w:spacing w:after="0"/>
              <w:jc w:val="left"/>
            </w:pPr>
            <w:r>
              <w:rPr>
                <w:sz w:val="16"/>
              </w:rPr>
              <w:t>B1-c most damaging: Hail</w:t>
            </w:r>
          </w:p>
        </w:tc>
      </w:tr>
      <w:tr>
        <w:trPr>
          <w:cantSplit/>
        </w:trPr>
        <w:tc>
          <w:tcPr>
            <w:tcW w:type="dxa" w:w="1037"/>
          </w:tcPr>
          <w:p>
            <w:pPr>
              <w:spacing w:after="0"/>
              <w:jc w:val="left"/>
            </w:pPr>
            <w:r>
              <w:rPr>
                <w:sz w:val="16"/>
              </w:rPr>
              <w:t>2003-07-14</w:t>
            </w:r>
          </w:p>
        </w:tc>
        <w:tc>
          <w:tcPr>
            <w:tcW w:type="dxa" w:w="1415"/>
          </w:tcPr>
          <w:p>
            <w:pPr>
              <w:spacing w:after="0"/>
              <w:jc w:val="left"/>
            </w:pPr>
            <w:r>
              <w:rPr>
                <w:sz w:val="16"/>
              </w:rPr>
              <w:t>Hail</w:t>
            </w:r>
          </w:p>
        </w:tc>
        <w:tc>
          <w:tcPr>
            <w:tcW w:type="dxa" w:w="1805"/>
          </w:tcPr>
          <w:p>
            <w:pPr>
              <w:spacing w:after="0"/>
              <w:jc w:val="left"/>
            </w:pPr>
            <w:r>
              <w:rPr>
                <w:sz w:val="16"/>
              </w:rPr>
              <w:t>1.75 in</w:t>
            </w:r>
          </w:p>
        </w:tc>
        <w:tc>
          <w:tcPr>
            <w:tcW w:type="dxa" w:w="2945"/>
          </w:tcPr>
          <w:p>
            <w:pPr>
              <w:spacing w:after="0"/>
              <w:jc w:val="left"/>
            </w:pPr>
            <w:r>
              <w:rPr>
                <w:sz w:val="16"/>
              </w:rPr>
              <w:t>damage not reported</w:t>
            </w:r>
          </w:p>
        </w:tc>
        <w:tc>
          <w:tcPr>
            <w:tcW w:type="dxa" w:w="922"/>
          </w:tcPr>
          <w:p>
            <w:pPr>
              <w:spacing w:after="0"/>
              <w:jc w:val="right"/>
            </w:pPr>
            <w:r>
              <w:rPr>
                <w:sz w:val="16"/>
              </w:rPr>
              <w:t>0, 0</w:t>
            </w:r>
          </w:p>
        </w:tc>
        <w:tc>
          <w:tcPr>
            <w:tcW w:type="dxa" w:w="2734"/>
          </w:tcPr>
          <w:p>
            <w:pPr>
              <w:spacing w:after="0"/>
              <w:jc w:val="left"/>
            </w:pPr>
            <w:r>
              <w:rPr>
                <w:sz w:val="16"/>
              </w:rPr>
              <w:t>THORNWOOD</w:t>
            </w:r>
          </w:p>
        </w:tc>
        <w:tc>
          <w:tcPr>
            <w:tcW w:type="dxa" w:w="999"/>
          </w:tcPr>
          <w:p>
            <w:pPr>
              <w:spacing w:after="0"/>
              <w:jc w:val="left"/>
            </w:pPr>
          </w:p>
        </w:tc>
        <w:tc>
          <w:tcPr>
            <w:tcW w:type="dxa" w:w="2254"/>
          </w:tcPr>
          <w:p>
            <w:pPr>
              <w:spacing w:after="0"/>
              <w:jc w:val="left"/>
            </w:pPr>
            <w:r>
              <w:rPr>
                <w:sz w:val="16"/>
              </w:rPr>
              <w:t>B1-c worst recorded: Hail</w:t>
            </w:r>
          </w:p>
        </w:tc>
      </w:tr>
      <w:tr>
        <w:trPr>
          <w:cantSplit/>
        </w:trPr>
        <w:tc>
          <w:tcPr>
            <w:tcW w:type="dxa" w:w="1037"/>
          </w:tcPr>
          <w:p>
            <w:pPr>
              <w:spacing w:after="0"/>
              <w:jc w:val="left"/>
            </w:pPr>
            <w:r>
              <w:rPr>
                <w:sz w:val="16"/>
              </w:rPr>
              <w:t>1999-04-09</w:t>
            </w:r>
          </w:p>
        </w:tc>
        <w:tc>
          <w:tcPr>
            <w:tcW w:type="dxa" w:w="1415"/>
          </w:tcPr>
          <w:p>
            <w:pPr>
              <w:spacing w:after="0"/>
              <w:jc w:val="left"/>
            </w:pPr>
            <w:r>
              <w:rPr>
                <w:sz w:val="16"/>
              </w:rPr>
              <w:t>Thunderstorm Wind</w:t>
            </w:r>
          </w:p>
        </w:tc>
        <w:tc>
          <w:tcPr>
            <w:tcW w:type="dxa" w:w="1805"/>
          </w:tcPr>
          <w:p>
            <w:pPr>
              <w:spacing w:after="0"/>
              <w:jc w:val="left"/>
            </w:pPr>
            <w:r>
              <w:rPr>
                <w:sz w:val="16"/>
              </w:rPr>
              <w:t>61 kt (70 mph), measurement type not recorded</w:t>
            </w:r>
          </w:p>
        </w:tc>
        <w:tc>
          <w:tcPr>
            <w:tcW w:type="dxa" w:w="2945"/>
          </w:tcPr>
          <w:p>
            <w:pPr>
              <w:spacing w:after="0"/>
              <w:jc w:val="left"/>
            </w:pPr>
            <w:r>
              <w:rPr>
                <w:sz w:val="16"/>
              </w:rPr>
              <w:t>$1,000 property; crops not reported (1999 dollars)</w:t>
            </w:r>
          </w:p>
        </w:tc>
        <w:tc>
          <w:tcPr>
            <w:tcW w:type="dxa" w:w="922"/>
          </w:tcPr>
          <w:p>
            <w:pPr>
              <w:spacing w:after="0"/>
              <w:jc w:val="right"/>
            </w:pPr>
            <w:r>
              <w:rPr>
                <w:sz w:val="16"/>
              </w:rPr>
              <w:t>0, 0</w:t>
            </w:r>
          </w:p>
        </w:tc>
        <w:tc>
          <w:tcPr>
            <w:tcW w:type="dxa" w:w="2734"/>
          </w:tcPr>
          <w:p>
            <w:pPr>
              <w:spacing w:after="0"/>
              <w:jc w:val="left"/>
            </w:pPr>
            <w:r>
              <w:rPr>
                <w:sz w:val="16"/>
              </w:rPr>
              <w:t>MILL PT</w:t>
            </w:r>
          </w:p>
        </w:tc>
        <w:tc>
          <w:tcPr>
            <w:tcW w:type="dxa" w:w="999"/>
          </w:tcPr>
          <w:p>
            <w:pPr>
              <w:spacing w:after="0"/>
              <w:jc w:val="left"/>
            </w:pPr>
          </w:p>
        </w:tc>
        <w:tc>
          <w:tcPr>
            <w:tcW w:type="dxa" w:w="2254"/>
          </w:tcPr>
          <w:p>
            <w:pPr>
              <w:spacing w:after="0"/>
              <w:jc w:val="left"/>
            </w:pPr>
            <w:r>
              <w:rPr>
                <w:sz w:val="16"/>
              </w:rPr>
              <w:t>B1-c worst recorded: Thunderstorm Wind</w:t>
            </w:r>
          </w:p>
        </w:tc>
      </w:tr>
      <w:tr>
        <w:trPr>
          <w:cantSplit/>
        </w:trPr>
        <w:tc>
          <w:tcPr>
            <w:tcW w:type="dxa" w:w="1037"/>
          </w:tcPr>
          <w:p>
            <w:pPr>
              <w:spacing w:after="0"/>
              <w:jc w:val="left"/>
            </w:pPr>
            <w:r>
              <w:rPr>
                <w:sz w:val="16"/>
              </w:rPr>
              <w:t>1996-05-16</w:t>
            </w:r>
          </w:p>
        </w:tc>
        <w:tc>
          <w:tcPr>
            <w:tcW w:type="dxa" w:w="1415"/>
          </w:tcPr>
          <w:p>
            <w:pPr>
              <w:spacing w:after="0"/>
              <w:jc w:val="left"/>
            </w:pPr>
            <w:r>
              <w:rPr>
                <w:sz w:val="16"/>
              </w:rPr>
              <w:t>Flash Flood</w:t>
            </w:r>
          </w:p>
        </w:tc>
        <w:tc>
          <w:tcPr>
            <w:tcW w:type="dxa" w:w="1805"/>
          </w:tcPr>
          <w:p>
            <w:pPr>
              <w:spacing w:after="0"/>
              <w:jc w:val="left"/>
            </w:pPr>
          </w:p>
        </w:tc>
        <w:tc>
          <w:tcPr>
            <w:tcW w:type="dxa" w:w="2945"/>
          </w:tcPr>
          <w:p>
            <w:pPr>
              <w:spacing w:after="0"/>
              <w:jc w:val="left"/>
            </w:pPr>
            <w:r>
              <w:rPr>
                <w:sz w:val="16"/>
              </w:rPr>
              <w:t>$900,000 property; crops not reported (1996 dollars)</w:t>
            </w:r>
          </w:p>
        </w:tc>
        <w:tc>
          <w:tcPr>
            <w:tcW w:type="dxa" w:w="922"/>
          </w:tcPr>
          <w:p>
            <w:pPr>
              <w:spacing w:after="0"/>
              <w:jc w:val="right"/>
            </w:pPr>
            <w:r>
              <w:rPr>
                <w:sz w:val="16"/>
              </w:rPr>
              <w:t>0, 0</w:t>
            </w:r>
          </w:p>
        </w:tc>
        <w:tc>
          <w:tcPr>
            <w:tcW w:type="dxa" w:w="2734"/>
          </w:tcPr>
          <w:p>
            <w:pPr>
              <w:spacing w:after="0"/>
              <w:jc w:val="left"/>
            </w:pPr>
            <w:r>
              <w:rPr>
                <w:sz w:val="16"/>
              </w:rPr>
              <w:t>NORTHERN HALF</w:t>
            </w:r>
          </w:p>
        </w:tc>
        <w:tc>
          <w:tcPr>
            <w:tcW w:type="dxa" w:w="999"/>
          </w:tcPr>
          <w:p>
            <w:pPr>
              <w:spacing w:after="0"/>
              <w:jc w:val="left"/>
            </w:pPr>
          </w:p>
        </w:tc>
        <w:tc>
          <w:tcPr>
            <w:tcW w:type="dxa" w:w="225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1991-04-09</w:t>
            </w:r>
          </w:p>
        </w:tc>
        <w:tc>
          <w:tcPr>
            <w:tcW w:type="dxa" w:w="1415"/>
          </w:tcPr>
          <w:p>
            <w:pPr>
              <w:spacing w:after="0"/>
              <w:jc w:val="left"/>
            </w:pPr>
            <w:r>
              <w:rPr>
                <w:sz w:val="16"/>
              </w:rPr>
              <w:t>Thunderstorm Wind</w:t>
            </w:r>
          </w:p>
        </w:tc>
        <w:tc>
          <w:tcPr>
            <w:tcW w:type="dxa" w:w="1805"/>
          </w:tcPr>
          <w:p>
            <w:pPr>
              <w:spacing w:after="0"/>
              <w:jc w:val="left"/>
            </w:pPr>
            <w:r>
              <w:rPr>
                <w:sz w:val="16"/>
              </w:rPr>
              <w:t>speed not recorded</w:t>
            </w:r>
          </w:p>
        </w:tc>
        <w:tc>
          <w:tcPr>
            <w:tcW w:type="dxa" w:w="2945"/>
          </w:tcPr>
          <w:p>
            <w:pPr>
              <w:spacing w:after="0"/>
              <w:jc w:val="left"/>
            </w:pPr>
            <w:r>
              <w:rPr>
                <w:sz w:val="16"/>
              </w:rPr>
              <w:t>damage not recorded (pre-1996 record)</w:t>
            </w:r>
          </w:p>
        </w:tc>
        <w:tc>
          <w:tcPr>
            <w:tcW w:type="dxa" w:w="922"/>
          </w:tcPr>
          <w:p>
            <w:pPr>
              <w:spacing w:after="0"/>
              <w:jc w:val="right"/>
            </w:pPr>
            <w:r>
              <w:rPr>
                <w:sz w:val="16"/>
              </w:rPr>
              <w:t>0, 1</w:t>
            </w:r>
          </w:p>
        </w:tc>
        <w:tc>
          <w:tcPr>
            <w:tcW w:type="dxa" w:w="2734"/>
          </w:tcPr>
          <w:p>
            <w:pPr>
              <w:spacing w:after="0"/>
              <w:jc w:val="left"/>
            </w:pPr>
            <w:r>
              <w:rPr>
                <w:sz w:val="16"/>
              </w:rPr>
              <w:t>location not recorded</w:t>
            </w:r>
          </w:p>
        </w:tc>
        <w:tc>
          <w:tcPr>
            <w:tcW w:type="dxa" w:w="999"/>
          </w:tcPr>
          <w:p>
            <w:pPr>
              <w:spacing w:after="0"/>
              <w:jc w:val="left"/>
            </w:pPr>
          </w:p>
        </w:tc>
        <w:tc>
          <w:tcPr>
            <w:tcW w:type="dxa" w:w="2254"/>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(269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8"/>
        <w:gridCol w:w="1309"/>
        <w:gridCol w:w="1660"/>
        <w:gridCol w:w="1152"/>
        <w:gridCol w:w="1926"/>
        <w:gridCol w:w="1549"/>
        <w:gridCol w:w="1607"/>
        <w:gridCol w:w="1037"/>
        <w:gridCol w:w="1548"/>
      </w:tblGrid>
      <w:tr>
        <w:trPr>
          <w:cantSplit/>
          <w:tblHeader/>
        </w:trPr>
        <w:tc>
          <w:tcPr>
            <w:tcW w:type="dxa" w:w="1037"/>
            <w:shd w:val="clear" w:color="auto" w:fill="E8E8E8"/>
          </w:tcPr>
          <w:p>
            <w:pPr>
              <w:spacing w:after="0"/>
              <w:jc w:val="left"/>
            </w:pPr>
            <w:r>
              <w:rPr>
                <w:b/>
                <w:sz w:val="16"/>
              </w:rPr>
              <w:t>Hazard</w:t>
            </w:r>
          </w:p>
        </w:tc>
        <w:tc>
          <w:tcPr>
            <w:tcW w:type="dxa" w:w="128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9"/>
            <w:shd w:val="clear" w:color="auto" w:fill="E8E8E8"/>
          </w:tcPr>
          <w:p>
            <w:pPr>
              <w:spacing w:after="0"/>
              <w:jc w:val="left"/>
            </w:pPr>
            <w:r>
              <w:rPr>
                <w:b/>
                <w:sz w:val="16"/>
              </w:rPr>
              <w:t>Unit</w:t>
            </w:r>
          </w:p>
        </w:tc>
        <w:tc>
          <w:tcPr>
            <w:tcW w:type="dxa" w:w="1660"/>
            <w:shd w:val="clear" w:color="auto" w:fill="E8E8E8"/>
          </w:tcPr>
          <w:p>
            <w:pPr>
              <w:spacing w:after="0"/>
              <w:jc w:val="left"/>
            </w:pPr>
            <w:r>
              <w:rPr>
                <w:b/>
                <w:sz w:val="16"/>
              </w:rPr>
              <w:t>In plain terms</w:t>
            </w:r>
          </w:p>
        </w:tc>
        <w:tc>
          <w:tcPr>
            <w:tcW w:type="dxa" w:w="1152"/>
            <w:shd w:val="clear" w:color="auto" w:fill="E8E8E8"/>
          </w:tcPr>
          <w:p>
            <w:pPr>
              <w:spacing w:after="0"/>
              <w:jc w:val="left"/>
            </w:pPr>
            <w:r>
              <w:rPr>
                <w:b/>
                <w:sz w:val="16"/>
              </w:rPr>
              <w:t>Descriptor</w:t>
            </w:r>
          </w:p>
        </w:tc>
        <w:tc>
          <w:tcPr>
            <w:tcW w:type="dxa" w:w="1926"/>
            <w:shd w:val="clear" w:color="auto" w:fill="E8E8E8"/>
          </w:tcPr>
          <w:p>
            <w:pPr>
              <w:spacing w:after="0"/>
              <w:jc w:val="left"/>
            </w:pPr>
            <w:r>
              <w:rPr>
                <w:b/>
                <w:sz w:val="16"/>
              </w:rPr>
              <w:t>Descriptor basis</w:t>
            </w:r>
          </w:p>
        </w:tc>
        <w:tc>
          <w:tcPr>
            <w:tcW w:type="dxa" w:w="1549"/>
            <w:shd w:val="clear" w:color="auto" w:fill="E8E8E8"/>
          </w:tcPr>
          <w:p>
            <w:pPr>
              <w:spacing w:after="0"/>
              <w:jc w:val="right"/>
            </w:pPr>
            <w:r>
              <w:rPr>
                <w:b/>
                <w:sz w:val="16"/>
              </w:rPr>
              <w:t>NRI events or days in its record period (hail, wind and tornado are area-weighted, so can be fractional)</w:t>
            </w:r>
          </w:p>
        </w:tc>
        <w:tc>
          <w:tcPr>
            <w:tcW w:type="dxa" w:w="16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8"/>
          </w:tcPr>
          <w:p>
            <w:pPr>
              <w:spacing w:after="0"/>
              <w:jc w:val="right"/>
            </w:pPr>
            <w:r>
              <w:rPr>
                <w:sz w:val="16"/>
              </w:rPr>
              <w:t>0.01</w:t>
            </w:r>
          </w:p>
        </w:tc>
        <w:tc>
          <w:tcPr>
            <w:tcW w:type="dxa" w:w="1309"/>
          </w:tcPr>
          <w:p>
            <w:pPr>
              <w:spacing w:after="0"/>
              <w:jc w:val="left"/>
            </w:pPr>
            <w:r>
              <w:rPr>
                <w:sz w:val="16"/>
              </w:rPr>
              <w:t>events per year</w:t>
            </w:r>
          </w:p>
        </w:tc>
        <w:tc>
          <w:tcPr>
            <w:tcW w:type="dxa" w:w="1660"/>
          </w:tcPr>
          <w:p>
            <w:pPr>
              <w:spacing w:after="0"/>
              <w:jc w:val="left"/>
            </w:pPr>
            <w:r>
              <w:rPr>
                <w:sz w:val="16"/>
              </w:rPr>
              <w:t>about 1 in 100 years</w:t>
            </w:r>
          </w:p>
        </w:tc>
        <w:tc>
          <w:tcPr>
            <w:tcW w:type="dxa" w:w="1152"/>
          </w:tcPr>
          <w:p>
            <w:pPr>
              <w:spacing w:after="0"/>
              <w:jc w:val="left"/>
            </w:pPr>
            <w:r>
              <w:rPr>
                <w:sz w:val="16"/>
              </w:rPr>
              <w:t>Possible</w:t>
            </w:r>
          </w:p>
        </w:tc>
        <w:tc>
          <w:tcPr>
            <w:tcW w:type="dxa" w:w="1926"/>
          </w:tcPr>
          <w:p>
            <w:pPr>
              <w:spacing w:after="0"/>
              <w:jc w:val="left"/>
            </w:pPr>
            <w:r>
              <w:rPr>
                <w:sz w:val="16"/>
              </w:rPr>
              <w:t>FEMA annualized frequency (modeled)</w:t>
            </w:r>
          </w:p>
        </w:tc>
        <w:tc>
          <w:tcPr>
            <w:tcW w:type="dxa" w:w="1549"/>
          </w:tcPr>
          <w:p>
            <w:pPr>
              <w:spacing w:after="0"/>
              <w:jc w:val="right"/>
            </w:pPr>
            <w:r>
              <w:rPr>
                <w:sz w:val="16"/>
              </w:rPr>
              <w:t>0</w:t>
            </w:r>
          </w:p>
        </w:tc>
        <w:tc>
          <w:tcPr>
            <w:tcW w:type="dxa" w:w="1607"/>
          </w:tcPr>
          <w:p>
            <w:pPr>
              <w:spacing w:after="0"/>
              <w:jc w:val="left"/>
            </w:pPr>
            <w:r>
              <w:rPr>
                <w:sz w:val="16"/>
              </w:rPr>
              <w:t>1994 to 2023 (30 years)</w:t>
            </w:r>
          </w:p>
        </w:tc>
        <w:tc>
          <w:tcPr>
            <w:tcW w:type="dxa" w:w="1037"/>
          </w:tcPr>
          <w:p>
            <w:pPr>
              <w:spacing w:after="0"/>
              <w:jc w:val="left"/>
            </w:pPr>
            <w:r>
              <w:rPr>
                <w:sz w:val="16"/>
              </w:rPr>
              <w:t>see B1-f</w:t>
            </w:r>
          </w:p>
        </w:tc>
        <w:tc>
          <w:tcPr>
            <w:tcW w:type="dxa" w:w="154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88"/>
          </w:tcPr>
          <w:p>
            <w:pPr>
              <w:spacing w:after="0"/>
              <w:jc w:val="right"/>
            </w:pPr>
            <w:r>
              <w:rPr>
                <w:sz w:val="16"/>
              </w:rPr>
              <w:t>5.32</w:t>
            </w:r>
          </w:p>
        </w:tc>
        <w:tc>
          <w:tcPr>
            <w:tcW w:type="dxa" w:w="1309"/>
          </w:tcPr>
          <w:p>
            <w:pPr>
              <w:spacing w:after="0"/>
              <w:jc w:val="left"/>
            </w:pPr>
            <w:r>
              <w:rPr>
                <w:sz w:val="16"/>
              </w:rPr>
              <w:t>event-days per year</w:t>
            </w:r>
          </w:p>
        </w:tc>
        <w:tc>
          <w:tcPr>
            <w:tcW w:type="dxa" w:w="1660"/>
          </w:tcPr>
          <w:p>
            <w:pPr>
              <w:spacing w:after="0"/>
              <w:jc w:val="left"/>
            </w:pPr>
            <w:r>
              <w:rPr>
                <w:sz w:val="16"/>
              </w:rPr>
              <w:t>about 5.32 days per year</w:t>
            </w:r>
          </w:p>
        </w:tc>
        <w:tc>
          <w:tcPr>
            <w:tcW w:type="dxa" w:w="1152"/>
          </w:tcPr>
          <w:p>
            <w:pPr>
              <w:spacing w:after="0"/>
              <w:jc w:val="left"/>
            </w:pPr>
          </w:p>
        </w:tc>
        <w:tc>
          <w:tcPr>
            <w:tcW w:type="dxa" w:w="1926"/>
          </w:tcPr>
          <w:p>
            <w:pPr>
              <w:spacing w:after="0"/>
              <w:jc w:val="left"/>
            </w:pPr>
            <w:r>
              <w:rPr>
                <w:sz w:val="16"/>
              </w:rPr>
              <w:t>event-days in 0 of 30 years, 1996 to 2025 (0%)</w:t>
            </w:r>
          </w:p>
        </w:tc>
        <w:tc>
          <w:tcPr>
            <w:tcW w:type="dxa" w:w="1549"/>
          </w:tcPr>
          <w:p>
            <w:pPr>
              <w:spacing w:after="0"/>
              <w:jc w:val="right"/>
            </w:pPr>
            <w:r>
              <w:rPr>
                <w:sz w:val="16"/>
              </w:rPr>
              <w:t>101</w:t>
            </w:r>
          </w:p>
        </w:tc>
        <w:tc>
          <w:tcPr>
            <w:tcW w:type="dxa" w:w="1607"/>
          </w:tcPr>
          <w:p>
            <w:pPr>
              <w:spacing w:after="0"/>
              <w:jc w:val="left"/>
            </w:pPr>
            <w:r>
              <w:rPr>
                <w:sz w:val="16"/>
              </w:rPr>
              <w:t>2005-11-12 to 2024-11-12 (19 years)</w:t>
            </w:r>
          </w:p>
        </w:tc>
        <w:tc>
          <w:tcPr>
            <w:tcW w:type="dxa" w:w="1037"/>
          </w:tcPr>
          <w:p>
            <w:pPr>
              <w:spacing w:after="0"/>
              <w:jc w:val="left"/>
            </w:pPr>
            <w:r>
              <w:rPr>
                <w:sz w:val="16"/>
              </w:rPr>
              <w:t>countywide</w:t>
            </w:r>
          </w:p>
        </w:tc>
        <w:tc>
          <w:tcPr>
            <w:tcW w:type="dxa" w:w="1548"/>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88"/>
          </w:tcPr>
          <w:p>
            <w:pPr>
              <w:spacing w:after="0"/>
              <w:jc w:val="right"/>
            </w:pPr>
            <w:r>
              <w:rPr>
                <w:sz w:val="16"/>
              </w:rPr>
              <w:t>2.6</w:t>
            </w:r>
          </w:p>
        </w:tc>
        <w:tc>
          <w:tcPr>
            <w:tcW w:type="dxa" w:w="1309"/>
          </w:tcPr>
          <w:p>
            <w:pPr>
              <w:spacing w:after="0"/>
              <w:jc w:val="left"/>
            </w:pPr>
            <w:r>
              <w:rPr>
                <w:sz w:val="16"/>
              </w:rPr>
              <w:t>event-days per year</w:t>
            </w:r>
          </w:p>
        </w:tc>
        <w:tc>
          <w:tcPr>
            <w:tcW w:type="dxa" w:w="1660"/>
          </w:tcPr>
          <w:p>
            <w:pPr>
              <w:spacing w:after="0"/>
              <w:jc w:val="left"/>
            </w:pPr>
            <w:r>
              <w:rPr>
                <w:sz w:val="16"/>
              </w:rPr>
              <w:t>about 2.6 days per year</w:t>
            </w:r>
          </w:p>
        </w:tc>
        <w:tc>
          <w:tcPr>
            <w:tcW w:type="dxa" w:w="1152"/>
          </w:tcPr>
          <w:p>
            <w:pPr>
              <w:spacing w:after="0"/>
              <w:jc w:val="left"/>
            </w:pPr>
            <w:r>
              <w:rPr>
                <w:sz w:val="16"/>
              </w:rPr>
              <w:t>Possible (from Storm Events: 2 of 30 years)</w:t>
            </w:r>
          </w:p>
        </w:tc>
        <w:tc>
          <w:tcPr>
            <w:tcW w:type="dxa" w:w="1926"/>
          </w:tcPr>
          <w:p>
            <w:pPr>
              <w:spacing w:after="0"/>
              <w:jc w:val="left"/>
            </w:pPr>
            <w:r>
              <w:rPr>
                <w:sz w:val="16"/>
              </w:rPr>
              <w:t>event-days in 2 of 30 years, 1996 to 2025 (6.67%)</w:t>
            </w:r>
          </w:p>
        </w:tc>
        <w:tc>
          <w:tcPr>
            <w:tcW w:type="dxa" w:w="1549"/>
          </w:tcPr>
          <w:p>
            <w:pPr>
              <w:spacing w:after="0"/>
              <w:jc w:val="right"/>
            </w:pPr>
            <w:r>
              <w:rPr>
                <w:sz w:val="16"/>
              </w:rPr>
              <w:t>84</w:t>
            </w:r>
          </w:p>
        </w:tc>
        <w:tc>
          <w:tcPr>
            <w:tcW w:type="dxa" w:w="16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8"/>
          </w:tcPr>
          <w:p>
            <w:pPr>
              <w:spacing w:after="0"/>
              <w:jc w:val="left"/>
            </w:pPr>
          </w:p>
        </w:tc>
      </w:tr>
      <w:tr>
        <w:trPr>
          <w:cantSplit/>
        </w:trPr>
        <w:tc>
          <w:tcPr>
            <w:tcW w:type="dxa" w:w="1037"/>
          </w:tcPr>
          <w:p>
            <w:pPr>
              <w:spacing w:after="0"/>
              <w:jc w:val="left"/>
            </w:pPr>
            <w:r>
              <w:rPr>
                <w:sz w:val="16"/>
              </w:rPr>
              <w:t>Earthquake</w:t>
            </w:r>
          </w:p>
        </w:tc>
        <w:tc>
          <w:tcPr>
            <w:tcW w:type="dxa" w:w="1288"/>
          </w:tcPr>
          <w:p>
            <w:pPr>
              <w:spacing w:after="0"/>
              <w:jc w:val="right"/>
            </w:pPr>
            <w:r>
              <w:rPr>
                <w:sz w:val="16"/>
              </w:rPr>
              <w:t>0.000785</w:t>
            </w:r>
          </w:p>
        </w:tc>
        <w:tc>
          <w:tcPr>
            <w:tcW w:type="dxa" w:w="1309"/>
          </w:tcPr>
          <w:p>
            <w:pPr>
              <w:spacing w:after="0"/>
              <w:jc w:val="left"/>
            </w:pPr>
            <w:r>
              <w:rPr>
                <w:sz w:val="16"/>
              </w:rPr>
              <w:t>annual probability at a location</w:t>
            </w:r>
          </w:p>
        </w:tc>
        <w:tc>
          <w:tcPr>
            <w:tcW w:type="dxa" w:w="1660"/>
          </w:tcPr>
          <w:p>
            <w:pPr>
              <w:spacing w:after="0"/>
              <w:jc w:val="left"/>
            </w:pPr>
            <w:r>
              <w:rPr>
                <w:sz w:val="16"/>
              </w:rPr>
              <w:t>chance a given location in the county has at least minor-damage shaking in a year: 0.0785%</w:t>
            </w:r>
          </w:p>
        </w:tc>
        <w:tc>
          <w:tcPr>
            <w:tcW w:type="dxa" w:w="1152"/>
          </w:tcPr>
          <w:p>
            <w:pPr>
              <w:spacing w:after="0"/>
              <w:jc w:val="left"/>
            </w:pPr>
          </w:p>
        </w:tc>
        <w:tc>
          <w:tcPr>
            <w:tcW w:type="dxa" w:w="1926"/>
          </w:tcPr>
          <w:p>
            <w:pPr>
              <w:spacing w:after="0"/>
              <w:jc w:val="left"/>
            </w:pPr>
          </w:p>
        </w:tc>
        <w:tc>
          <w:tcPr>
            <w:tcW w:type="dxa" w:w="1549"/>
          </w:tcPr>
          <w:p>
            <w:pPr>
              <w:spacing w:after="0"/>
              <w:jc w:val="right"/>
            </w:pPr>
            <w:r>
              <w:rPr>
                <w:sz w:val="16"/>
              </w:rPr>
              <w:t>not shown</w:t>
            </w:r>
          </w:p>
        </w:tc>
        <w:tc>
          <w:tcPr>
            <w:tcW w:type="dxa" w:w="1607"/>
          </w:tcPr>
          <w:p>
            <w:pPr>
              <w:spacing w:after="0"/>
              <w:jc w:val="left"/>
            </w:pPr>
            <w:r>
              <w:rPr>
                <w:sz w:val="16"/>
              </w:rPr>
              <w:t>modeled</w:t>
            </w:r>
          </w:p>
        </w:tc>
        <w:tc>
          <w:tcPr>
            <w:tcW w:type="dxa" w:w="1037"/>
          </w:tcPr>
          <w:p>
            <w:pPr>
              <w:spacing w:after="0"/>
              <w:jc w:val="left"/>
            </w:pPr>
            <w:r>
              <w:rPr>
                <w:sz w:val="16"/>
              </w:rPr>
              <w:t>see B1-f</w:t>
            </w:r>
          </w:p>
        </w:tc>
        <w:tc>
          <w:tcPr>
            <w:tcW w:type="dxa" w:w="154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8"/>
          </w:tcPr>
          <w:p>
            <w:pPr>
              <w:spacing w:after="0"/>
              <w:jc w:val="right"/>
            </w:pPr>
            <w:r>
              <w:rPr>
                <w:sz w:val="16"/>
              </w:rPr>
              <w:t>1.96</w:t>
            </w:r>
          </w:p>
        </w:tc>
        <w:tc>
          <w:tcPr>
            <w:tcW w:type="dxa" w:w="1309"/>
          </w:tcPr>
          <w:p>
            <w:pPr>
              <w:spacing w:after="0"/>
              <w:jc w:val="left"/>
            </w:pPr>
            <w:r>
              <w:rPr>
                <w:sz w:val="16"/>
              </w:rPr>
              <w:t>events per year</w:t>
            </w:r>
          </w:p>
        </w:tc>
        <w:tc>
          <w:tcPr>
            <w:tcW w:type="dxa" w:w="1660"/>
          </w:tcPr>
          <w:p>
            <w:pPr>
              <w:spacing w:after="0"/>
              <w:jc w:val="left"/>
            </w:pPr>
            <w:r>
              <w:rPr>
                <w:sz w:val="16"/>
              </w:rPr>
              <w:t>about 1.96 per year</w:t>
            </w:r>
          </w:p>
        </w:tc>
        <w:tc>
          <w:tcPr>
            <w:tcW w:type="dxa" w:w="1152"/>
          </w:tcPr>
          <w:p>
            <w:pPr>
              <w:spacing w:after="0"/>
              <w:jc w:val="left"/>
            </w:pPr>
            <w:r>
              <w:rPr>
                <w:sz w:val="16"/>
              </w:rPr>
              <w:t>Highly likely</w:t>
            </w:r>
          </w:p>
        </w:tc>
        <w:tc>
          <w:tcPr>
            <w:tcW w:type="dxa" w:w="1926"/>
          </w:tcPr>
          <w:p>
            <w:pPr>
              <w:spacing w:after="0"/>
              <w:jc w:val="left"/>
            </w:pPr>
            <w:r>
              <w:rPr>
                <w:sz w:val="16"/>
              </w:rPr>
              <w:t>FEMA annualized frequency (modeled)</w:t>
            </w:r>
          </w:p>
        </w:tc>
        <w:tc>
          <w:tcPr>
            <w:tcW w:type="dxa" w:w="1549"/>
          </w:tcPr>
          <w:p>
            <w:pPr>
              <w:spacing w:after="0"/>
              <w:jc w:val="right"/>
            </w:pPr>
            <w:r>
              <w:rPr>
                <w:sz w:val="16"/>
              </w:rPr>
              <w:t>74.4 (modeled)</w:t>
            </w:r>
          </w:p>
        </w:tc>
        <w:tc>
          <w:tcPr>
            <w:tcW w:type="dxa" w:w="1607"/>
          </w:tcPr>
          <w:p>
            <w:pPr>
              <w:spacing w:after="0"/>
              <w:jc w:val="left"/>
            </w:pPr>
            <w:r>
              <w:rPr>
                <w:sz w:val="16"/>
              </w:rPr>
              <w:t>1986 to 2023 (38 years)</w:t>
            </w:r>
          </w:p>
        </w:tc>
        <w:tc>
          <w:tcPr>
            <w:tcW w:type="dxa" w:w="1037"/>
          </w:tcPr>
          <w:p>
            <w:pPr>
              <w:spacing w:after="0"/>
              <w:jc w:val="left"/>
            </w:pPr>
            <w:r>
              <w:rPr>
                <w:sz w:val="16"/>
              </w:rPr>
              <w:t>countywide</w:t>
            </w:r>
          </w:p>
        </w:tc>
        <w:tc>
          <w:tcPr>
            <w:tcW w:type="dxa" w:w="1548"/>
          </w:tcPr>
          <w:p>
            <w:pPr>
              <w:spacing w:after="0"/>
              <w:jc w:val="left"/>
            </w:pPr>
          </w:p>
        </w:tc>
      </w:tr>
      <w:tr>
        <w:trPr>
          <w:cantSplit/>
        </w:trPr>
        <w:tc>
          <w:tcPr>
            <w:tcW w:type="dxa" w:w="1037"/>
          </w:tcPr>
          <w:p>
            <w:pPr>
              <w:spacing w:after="0"/>
              <w:jc w:val="left"/>
            </w:pPr>
            <w:r>
              <w:rPr>
                <w:sz w:val="16"/>
              </w:rPr>
              <w:t>Heat Wave</w:t>
            </w:r>
          </w:p>
        </w:tc>
        <w:tc>
          <w:tcPr>
            <w:tcW w:type="dxa" w:w="1288"/>
          </w:tcPr>
          <w:p>
            <w:pPr>
              <w:spacing w:after="0"/>
              <w:jc w:val="right"/>
            </w:pPr>
            <w:r>
              <w:rPr>
                <w:sz w:val="16"/>
              </w:rPr>
              <w:t>0</w:t>
            </w:r>
          </w:p>
        </w:tc>
        <w:tc>
          <w:tcPr>
            <w:tcW w:type="dxa" w:w="1309"/>
          </w:tcPr>
          <w:p>
            <w:pPr>
              <w:spacing w:after="0"/>
              <w:jc w:val="left"/>
            </w:pPr>
            <w:r>
              <w:rPr>
                <w:sz w:val="16"/>
              </w:rPr>
              <w:t>event-days per year</w:t>
            </w:r>
          </w:p>
        </w:tc>
        <w:tc>
          <w:tcPr>
            <w:tcW w:type="dxa" w:w="1660"/>
          </w:tcPr>
          <w:p>
            <w:pPr>
              <w:spacing w:after="0"/>
              <w:jc w:val="left"/>
            </w:pPr>
            <w:r>
              <w:rPr>
                <w:sz w:val="16"/>
              </w:rPr>
              <w:t>none modeled</w:t>
            </w:r>
          </w:p>
        </w:tc>
        <w:tc>
          <w:tcPr>
            <w:tcW w:type="dxa" w:w="1152"/>
          </w:tcPr>
          <w:p>
            <w:pPr>
              <w:spacing w:after="0"/>
              <w:jc w:val="left"/>
            </w:pPr>
          </w:p>
        </w:tc>
        <w:tc>
          <w:tcPr>
            <w:tcW w:type="dxa" w:w="1926"/>
          </w:tcPr>
          <w:p>
            <w:pPr>
              <w:spacing w:after="0"/>
              <w:jc w:val="left"/>
            </w:pPr>
            <w:r>
              <w:rPr>
                <w:sz w:val="16"/>
              </w:rPr>
              <w:t>event-days in 0 of 30 years, 1996 to 2025 (0%)</w:t>
            </w:r>
          </w:p>
        </w:tc>
        <w:tc>
          <w:tcPr>
            <w:tcW w:type="dxa" w:w="1549"/>
          </w:tcPr>
          <w:p>
            <w:pPr>
              <w:spacing w:after="0"/>
              <w:jc w:val="right"/>
            </w:pPr>
            <w:r>
              <w:rPr>
                <w:sz w:val="16"/>
              </w:rPr>
              <w:t>0</w:t>
            </w:r>
          </w:p>
        </w:tc>
        <w:tc>
          <w:tcPr>
            <w:tcW w:type="dxa" w:w="1607"/>
          </w:tcPr>
          <w:p>
            <w:pPr>
              <w:spacing w:after="0"/>
              <w:jc w:val="left"/>
            </w:pPr>
            <w:r>
              <w:rPr>
                <w:sz w:val="16"/>
              </w:rPr>
              <w:t>2005-11-12 to 2024-11-12 (19 years)</w:t>
            </w:r>
          </w:p>
        </w:tc>
        <w:tc>
          <w:tcPr>
            <w:tcW w:type="dxa" w:w="1037"/>
          </w:tcPr>
          <w:p>
            <w:pPr>
              <w:spacing w:after="0"/>
              <w:jc w:val="left"/>
            </w:pPr>
            <w:r>
              <w:rPr>
                <w:sz w:val="16"/>
              </w:rPr>
              <w:t>countywide</w:t>
            </w:r>
          </w:p>
        </w:tc>
        <w:tc>
          <w:tcPr>
            <w:tcW w:type="dxa" w:w="1548"/>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88"/>
          </w:tcPr>
          <w:p>
            <w:pPr>
              <w:spacing w:after="0"/>
              <w:jc w:val="right"/>
            </w:pPr>
            <w:r>
              <w:rPr>
                <w:sz w:val="16"/>
              </w:rPr>
              <w:t>0.0118</w:t>
            </w:r>
          </w:p>
        </w:tc>
        <w:tc>
          <w:tcPr>
            <w:tcW w:type="dxa" w:w="1309"/>
          </w:tcPr>
          <w:p>
            <w:pPr>
              <w:spacing w:after="0"/>
              <w:jc w:val="left"/>
            </w:pPr>
            <w:r>
              <w:rPr>
                <w:sz w:val="16"/>
              </w:rPr>
              <w:t>events per year</w:t>
            </w:r>
          </w:p>
        </w:tc>
        <w:tc>
          <w:tcPr>
            <w:tcW w:type="dxa" w:w="1660"/>
          </w:tcPr>
          <w:p>
            <w:pPr>
              <w:spacing w:after="0"/>
              <w:jc w:val="left"/>
            </w:pPr>
            <w:r>
              <w:rPr>
                <w:sz w:val="16"/>
              </w:rPr>
              <w:t>about 1 in 84 years</w:t>
            </w:r>
          </w:p>
        </w:tc>
        <w:tc>
          <w:tcPr>
            <w:tcW w:type="dxa" w:w="1152"/>
          </w:tcPr>
          <w:p>
            <w:pPr>
              <w:spacing w:after="0"/>
              <w:jc w:val="left"/>
            </w:pPr>
            <w:r>
              <w:rPr>
                <w:sz w:val="16"/>
              </w:rPr>
              <w:t>Possible</w:t>
            </w:r>
          </w:p>
        </w:tc>
        <w:tc>
          <w:tcPr>
            <w:tcW w:type="dxa" w:w="1926"/>
          </w:tcPr>
          <w:p>
            <w:pPr>
              <w:spacing w:after="0"/>
              <w:jc w:val="left"/>
            </w:pPr>
            <w:r>
              <w:rPr>
                <w:sz w:val="16"/>
              </w:rPr>
              <w:t>FEMA annualized frequency (modeled)</w:t>
            </w:r>
          </w:p>
        </w:tc>
        <w:tc>
          <w:tcPr>
            <w:tcW w:type="dxa" w:w="1549"/>
          </w:tcPr>
          <w:p>
            <w:pPr>
              <w:spacing w:after="0"/>
              <w:jc w:val="right"/>
            </w:pPr>
            <w:r>
              <w:rPr>
                <w:sz w:val="16"/>
              </w:rPr>
              <w:t>4</w:t>
            </w:r>
          </w:p>
        </w:tc>
        <w:tc>
          <w:tcPr>
            <w:tcW w:type="dxa" w:w="1607"/>
          </w:tcPr>
          <w:p>
            <w:pPr>
              <w:spacing w:after="0"/>
              <w:jc w:val="left"/>
            </w:pPr>
            <w:r>
              <w:rPr>
                <w:sz w:val="16"/>
              </w:rPr>
              <w:t>1851 to 2024 (Atlantic)</w:t>
            </w:r>
          </w:p>
        </w:tc>
        <w:tc>
          <w:tcPr>
            <w:tcW w:type="dxa" w:w="1037"/>
          </w:tcPr>
          <w:p>
            <w:pPr>
              <w:spacing w:after="0"/>
              <w:jc w:val="left"/>
            </w:pPr>
            <w:r>
              <w:rPr>
                <w:sz w:val="16"/>
              </w:rPr>
              <w:t>see B1-f</w:t>
            </w:r>
          </w:p>
        </w:tc>
        <w:tc>
          <w:tcPr>
            <w:tcW w:type="dxa" w:w="154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88"/>
          </w:tcPr>
          <w:p>
            <w:pPr>
              <w:spacing w:after="0"/>
              <w:jc w:val="right"/>
            </w:pPr>
            <w:r>
              <w:rPr>
                <w:sz w:val="16"/>
              </w:rPr>
              <w:t>0.237</w:t>
            </w:r>
          </w:p>
        </w:tc>
        <w:tc>
          <w:tcPr>
            <w:tcW w:type="dxa" w:w="1309"/>
          </w:tcPr>
          <w:p>
            <w:pPr>
              <w:spacing w:after="0"/>
              <w:jc w:val="left"/>
            </w:pPr>
            <w:r>
              <w:rPr>
                <w:sz w:val="16"/>
              </w:rPr>
              <w:t>event-days per year</w:t>
            </w:r>
          </w:p>
        </w:tc>
        <w:tc>
          <w:tcPr>
            <w:tcW w:type="dxa" w:w="1660"/>
          </w:tcPr>
          <w:p>
            <w:pPr>
              <w:spacing w:after="0"/>
              <w:jc w:val="left"/>
            </w:pPr>
            <w:r>
              <w:rPr>
                <w:sz w:val="16"/>
              </w:rPr>
              <w:t>about 0.237 days per year</w:t>
            </w:r>
          </w:p>
        </w:tc>
        <w:tc>
          <w:tcPr>
            <w:tcW w:type="dxa" w:w="1152"/>
          </w:tcPr>
          <w:p>
            <w:pPr>
              <w:spacing w:after="0"/>
              <w:jc w:val="left"/>
            </w:pPr>
            <w:r>
              <w:rPr>
                <w:sz w:val="16"/>
              </w:rPr>
              <w:t>Possible (from Storm Events: 1 of 30 years)</w:t>
            </w:r>
          </w:p>
        </w:tc>
        <w:tc>
          <w:tcPr>
            <w:tcW w:type="dxa" w:w="1926"/>
          </w:tcPr>
          <w:p>
            <w:pPr>
              <w:spacing w:after="0"/>
              <w:jc w:val="left"/>
            </w:pPr>
            <w:r>
              <w:rPr>
                <w:sz w:val="16"/>
              </w:rPr>
              <w:t>event-days in 1 of 30 years, 1996 to 2025 (3.33%)</w:t>
            </w:r>
          </w:p>
        </w:tc>
        <w:tc>
          <w:tcPr>
            <w:tcW w:type="dxa" w:w="1549"/>
          </w:tcPr>
          <w:p>
            <w:pPr>
              <w:spacing w:after="0"/>
              <w:jc w:val="right"/>
            </w:pPr>
            <w:r>
              <w:rPr>
                <w:sz w:val="16"/>
              </w:rPr>
              <w:t>16</w:t>
            </w:r>
          </w:p>
        </w:tc>
        <w:tc>
          <w:tcPr>
            <w:tcW w:type="dxa" w:w="1607"/>
          </w:tcPr>
          <w:p>
            <w:pPr>
              <w:spacing w:after="0"/>
              <w:jc w:val="left"/>
            </w:pPr>
            <w:r>
              <w:rPr>
                <w:sz w:val="16"/>
              </w:rPr>
              <w:t>1946-12-31 to 2014-02-12 (67 years)</w:t>
            </w:r>
          </w:p>
        </w:tc>
        <w:tc>
          <w:tcPr>
            <w:tcW w:type="dxa" w:w="1037"/>
          </w:tcPr>
          <w:p>
            <w:pPr>
              <w:spacing w:after="0"/>
              <w:jc w:val="left"/>
            </w:pPr>
            <w:r>
              <w:rPr>
                <w:sz w:val="16"/>
              </w:rPr>
              <w:t>countywide</w:t>
            </w:r>
          </w:p>
        </w:tc>
        <w:tc>
          <w:tcPr>
            <w:tcW w:type="dxa" w:w="1548"/>
          </w:tcPr>
          <w:p>
            <w:pPr>
              <w:spacing w:after="0"/>
              <w:jc w:val="left"/>
            </w:pPr>
          </w:p>
        </w:tc>
      </w:tr>
      <w:tr>
        <w:trPr>
          <w:cantSplit/>
        </w:trPr>
        <w:tc>
          <w:tcPr>
            <w:tcW w:type="dxa" w:w="1037"/>
          </w:tcPr>
          <w:p>
            <w:pPr>
              <w:spacing w:after="0"/>
              <w:jc w:val="left"/>
            </w:pPr>
            <w:r>
              <w:rPr>
                <w:sz w:val="16"/>
              </w:rPr>
              <w:t>Inland Flooding</w:t>
            </w:r>
          </w:p>
        </w:tc>
        <w:tc>
          <w:tcPr>
            <w:tcW w:type="dxa" w:w="1288"/>
          </w:tcPr>
          <w:p>
            <w:pPr>
              <w:spacing w:after="0"/>
              <w:jc w:val="right"/>
            </w:pPr>
            <w:r>
              <w:rPr>
                <w:sz w:val="16"/>
              </w:rPr>
              <w:t>1.36</w:t>
            </w:r>
          </w:p>
        </w:tc>
        <w:tc>
          <w:tcPr>
            <w:tcW w:type="dxa" w:w="1309"/>
          </w:tcPr>
          <w:p>
            <w:pPr>
              <w:spacing w:after="0"/>
              <w:jc w:val="left"/>
            </w:pPr>
            <w:r>
              <w:rPr>
                <w:sz w:val="16"/>
              </w:rPr>
              <w:t>event-days per year</w:t>
            </w:r>
          </w:p>
        </w:tc>
        <w:tc>
          <w:tcPr>
            <w:tcW w:type="dxa" w:w="1660"/>
          </w:tcPr>
          <w:p>
            <w:pPr>
              <w:spacing w:after="0"/>
              <w:jc w:val="left"/>
            </w:pPr>
            <w:r>
              <w:rPr>
                <w:sz w:val="16"/>
              </w:rPr>
              <w:t>about 1.36 days per year</w:t>
            </w:r>
          </w:p>
        </w:tc>
        <w:tc>
          <w:tcPr>
            <w:tcW w:type="dxa" w:w="1152"/>
          </w:tcPr>
          <w:p>
            <w:pPr>
              <w:spacing w:after="0"/>
              <w:jc w:val="left"/>
            </w:pPr>
            <w:r>
              <w:rPr>
                <w:sz w:val="16"/>
              </w:rPr>
              <w:t>Likely (from Storm Events: 22 of 30 years)</w:t>
            </w:r>
          </w:p>
        </w:tc>
        <w:tc>
          <w:tcPr>
            <w:tcW w:type="dxa" w:w="1926"/>
          </w:tcPr>
          <w:p>
            <w:pPr>
              <w:spacing w:after="0"/>
              <w:jc w:val="left"/>
            </w:pPr>
            <w:r>
              <w:rPr>
                <w:sz w:val="16"/>
              </w:rPr>
              <w:t>event-days in 22 of 30 years, 1996 to 2025 (73.3%)</w:t>
            </w:r>
          </w:p>
        </w:tc>
        <w:tc>
          <w:tcPr>
            <w:tcW w:type="dxa" w:w="1549"/>
          </w:tcPr>
          <w:p>
            <w:pPr>
              <w:spacing w:after="0"/>
              <w:jc w:val="right"/>
            </w:pPr>
            <w:r>
              <w:rPr>
                <w:sz w:val="16"/>
              </w:rPr>
              <w:t>38</w:t>
            </w:r>
          </w:p>
        </w:tc>
        <w:tc>
          <w:tcPr>
            <w:tcW w:type="dxa" w:w="1607"/>
          </w:tcPr>
          <w:p>
            <w:pPr>
              <w:spacing w:after="0"/>
              <w:jc w:val="left"/>
            </w:pPr>
            <w:r>
              <w:rPr>
                <w:sz w:val="16"/>
              </w:rPr>
              <w:t>1996 to 2023 (28 years)</w:t>
            </w:r>
          </w:p>
        </w:tc>
        <w:tc>
          <w:tcPr>
            <w:tcW w:type="dxa" w:w="1037"/>
          </w:tcPr>
          <w:p>
            <w:pPr>
              <w:spacing w:after="0"/>
              <w:jc w:val="left"/>
            </w:pPr>
            <w:r>
              <w:rPr>
                <w:sz w:val="16"/>
              </w:rPr>
              <w:t>see B1-f</w:t>
            </w:r>
          </w:p>
        </w:tc>
        <w:tc>
          <w:tcPr>
            <w:tcW w:type="dxa" w:w="1548"/>
          </w:tcPr>
          <w:p>
            <w:pPr>
              <w:spacing w:after="0"/>
              <w:jc w:val="left"/>
            </w:pPr>
          </w:p>
        </w:tc>
      </w:tr>
      <w:tr>
        <w:trPr>
          <w:cantSplit/>
        </w:trPr>
        <w:tc>
          <w:tcPr>
            <w:tcW w:type="dxa" w:w="1037"/>
          </w:tcPr>
          <w:p>
            <w:pPr>
              <w:spacing w:after="0"/>
              <w:jc w:val="left"/>
            </w:pPr>
            <w:r>
              <w:rPr>
                <w:sz w:val="16"/>
              </w:rPr>
              <w:t>Landslide</w:t>
            </w:r>
          </w:p>
        </w:tc>
        <w:tc>
          <w:tcPr>
            <w:tcW w:type="dxa" w:w="1288"/>
          </w:tcPr>
          <w:p>
            <w:pPr>
              <w:spacing w:after="0"/>
              <w:jc w:val="right"/>
            </w:pPr>
            <w:r>
              <w:rPr>
                <w:sz w:val="16"/>
              </w:rPr>
              <w:t>2.26</w:t>
            </w:r>
          </w:p>
        </w:tc>
        <w:tc>
          <w:tcPr>
            <w:tcW w:type="dxa" w:w="1309"/>
          </w:tcPr>
          <w:p>
            <w:pPr>
              <w:spacing w:after="0"/>
              <w:jc w:val="left"/>
            </w:pPr>
            <w:r>
              <w:rPr>
                <w:sz w:val="16"/>
              </w:rPr>
              <w:t>events per year (modeled)</w:t>
            </w:r>
          </w:p>
        </w:tc>
        <w:tc>
          <w:tcPr>
            <w:tcW w:type="dxa" w:w="1660"/>
          </w:tcPr>
          <w:p>
            <w:pPr>
              <w:spacing w:after="0"/>
              <w:jc w:val="left"/>
            </w:pPr>
            <w:r>
              <w:rPr>
                <w:sz w:val="16"/>
              </w:rPr>
              <w:t>about 2.26 per year</w:t>
            </w:r>
          </w:p>
        </w:tc>
        <w:tc>
          <w:tcPr>
            <w:tcW w:type="dxa" w:w="1152"/>
          </w:tcPr>
          <w:p>
            <w:pPr>
              <w:spacing w:after="0"/>
              <w:jc w:val="left"/>
            </w:pPr>
            <w:r>
              <w:rPr>
                <w:sz w:val="16"/>
              </w:rPr>
              <w:t>Highly likely</w:t>
            </w:r>
          </w:p>
        </w:tc>
        <w:tc>
          <w:tcPr>
            <w:tcW w:type="dxa" w:w="1926"/>
          </w:tcPr>
          <w:p>
            <w:pPr>
              <w:spacing w:after="0"/>
              <w:jc w:val="left"/>
            </w:pPr>
            <w:r>
              <w:rPr>
                <w:sz w:val="16"/>
              </w:rPr>
              <w:t>FEMA annualized frequency (modeled)</w:t>
            </w:r>
          </w:p>
        </w:tc>
        <w:tc>
          <w:tcPr>
            <w:tcW w:type="dxa" w:w="1549"/>
          </w:tcPr>
          <w:p>
            <w:pPr>
              <w:spacing w:after="0"/>
              <w:jc w:val="right"/>
            </w:pPr>
            <w:r>
              <w:rPr>
                <w:sz w:val="16"/>
              </w:rPr>
              <w:t>not shown</w:t>
            </w:r>
          </w:p>
        </w:tc>
        <w:tc>
          <w:tcPr>
            <w:tcW w:type="dxa" w:w="1607"/>
          </w:tcPr>
          <w:p>
            <w:pPr>
              <w:spacing w:after="0"/>
              <w:jc w:val="left"/>
            </w:pPr>
            <w:r>
              <w:rPr>
                <w:sz w:val="16"/>
              </w:rPr>
              <w:t>modeled</w:t>
            </w:r>
          </w:p>
        </w:tc>
        <w:tc>
          <w:tcPr>
            <w:tcW w:type="dxa" w:w="1037"/>
          </w:tcPr>
          <w:p>
            <w:pPr>
              <w:spacing w:after="0"/>
              <w:jc w:val="left"/>
            </w:pPr>
            <w:r>
              <w:rPr>
                <w:sz w:val="16"/>
              </w:rPr>
              <w:t>see B1-f</w:t>
            </w:r>
          </w:p>
        </w:tc>
        <w:tc>
          <w:tcPr>
            <w:tcW w:type="dxa" w:w="1548"/>
          </w:tcPr>
          <w:p>
            <w:pPr>
              <w:spacing w:after="0"/>
              <w:jc w:val="left"/>
            </w:pPr>
          </w:p>
        </w:tc>
      </w:tr>
      <w:tr>
        <w:trPr>
          <w:cantSplit/>
        </w:trPr>
        <w:tc>
          <w:tcPr>
            <w:tcW w:type="dxa" w:w="1037"/>
          </w:tcPr>
          <w:p>
            <w:pPr>
              <w:spacing w:after="0"/>
              <w:jc w:val="left"/>
            </w:pPr>
            <w:r>
              <w:rPr>
                <w:sz w:val="16"/>
              </w:rPr>
              <w:t>Lightning</w:t>
            </w:r>
          </w:p>
        </w:tc>
        <w:tc>
          <w:tcPr>
            <w:tcW w:type="dxa" w:w="1288"/>
          </w:tcPr>
          <w:p>
            <w:pPr>
              <w:spacing w:after="0"/>
              <w:jc w:val="right"/>
            </w:pPr>
            <w:r>
              <w:rPr>
                <w:sz w:val="16"/>
              </w:rPr>
              <w:t>41.2</w:t>
            </w:r>
          </w:p>
        </w:tc>
        <w:tc>
          <w:tcPr>
            <w:tcW w:type="dxa" w:w="1309"/>
          </w:tcPr>
          <w:p>
            <w:pPr>
              <w:spacing w:after="0"/>
              <w:jc w:val="left"/>
            </w:pPr>
            <w:r>
              <w:rPr>
                <w:sz w:val="16"/>
              </w:rPr>
              <w:t>days per year with a strike</w:t>
            </w:r>
          </w:p>
        </w:tc>
        <w:tc>
          <w:tcPr>
            <w:tcW w:type="dxa" w:w="1660"/>
          </w:tcPr>
          <w:p>
            <w:pPr>
              <w:spacing w:after="0"/>
              <w:jc w:val="left"/>
            </w:pPr>
            <w:r>
              <w:rPr>
                <w:sz w:val="16"/>
              </w:rPr>
              <w:t>about 41.2 days per year</w:t>
            </w:r>
          </w:p>
        </w:tc>
        <w:tc>
          <w:tcPr>
            <w:tcW w:type="dxa" w:w="1152"/>
          </w:tcPr>
          <w:p>
            <w:pPr>
              <w:spacing w:after="0"/>
              <w:jc w:val="left"/>
            </w:pPr>
            <w:r>
              <w:rPr>
                <w:sz w:val="16"/>
              </w:rPr>
              <w:t>Highly likely</w:t>
            </w:r>
          </w:p>
        </w:tc>
        <w:tc>
          <w:tcPr>
            <w:tcW w:type="dxa" w:w="1926"/>
          </w:tcPr>
          <w:p>
            <w:pPr>
              <w:spacing w:after="0"/>
              <w:jc w:val="left"/>
            </w:pPr>
            <w:r>
              <w:rPr>
                <w:sz w:val="16"/>
              </w:rPr>
              <w:t>FEMA annualized frequency (modeled)</w:t>
            </w:r>
          </w:p>
        </w:tc>
        <w:tc>
          <w:tcPr>
            <w:tcW w:type="dxa" w:w="1549"/>
          </w:tcPr>
          <w:p>
            <w:pPr>
              <w:spacing w:after="0"/>
              <w:jc w:val="right"/>
            </w:pPr>
            <w:r>
              <w:rPr>
                <w:sz w:val="16"/>
              </w:rPr>
              <w:t>not shown</w:t>
            </w:r>
          </w:p>
        </w:tc>
        <w:tc>
          <w:tcPr>
            <w:tcW w:type="dxa" w:w="1607"/>
          </w:tcPr>
          <w:p>
            <w:pPr>
              <w:spacing w:after="0"/>
              <w:jc w:val="left"/>
            </w:pPr>
            <w:r>
              <w:rPr>
                <w:sz w:val="16"/>
              </w:rPr>
              <w:t>1995 to 2023 (29 years; CONUS)</w:t>
            </w:r>
          </w:p>
        </w:tc>
        <w:tc>
          <w:tcPr>
            <w:tcW w:type="dxa" w:w="1037"/>
          </w:tcPr>
          <w:p>
            <w:pPr>
              <w:spacing w:after="0"/>
              <w:jc w:val="left"/>
            </w:pPr>
            <w:r>
              <w:rPr>
                <w:sz w:val="16"/>
              </w:rPr>
              <w:t>countywide</w:t>
            </w:r>
          </w:p>
        </w:tc>
        <w:tc>
          <w:tcPr>
            <w:tcW w:type="dxa" w:w="1548"/>
          </w:tcPr>
          <w:p>
            <w:pPr>
              <w:spacing w:after="0"/>
              <w:jc w:val="left"/>
            </w:pPr>
          </w:p>
        </w:tc>
      </w:tr>
      <w:tr>
        <w:trPr>
          <w:cantSplit/>
        </w:trPr>
        <w:tc>
          <w:tcPr>
            <w:tcW w:type="dxa" w:w="1037"/>
          </w:tcPr>
          <w:p>
            <w:pPr>
              <w:spacing w:after="0"/>
              <w:jc w:val="left"/>
            </w:pPr>
            <w:r>
              <w:rPr>
                <w:sz w:val="16"/>
              </w:rPr>
              <w:t>Strong Wind</w:t>
            </w:r>
          </w:p>
        </w:tc>
        <w:tc>
          <w:tcPr>
            <w:tcW w:type="dxa" w:w="1288"/>
          </w:tcPr>
          <w:p>
            <w:pPr>
              <w:spacing w:after="0"/>
              <w:jc w:val="right"/>
            </w:pPr>
            <w:r>
              <w:rPr>
                <w:sz w:val="16"/>
              </w:rPr>
              <w:t>1.41</w:t>
            </w:r>
          </w:p>
        </w:tc>
        <w:tc>
          <w:tcPr>
            <w:tcW w:type="dxa" w:w="1309"/>
          </w:tcPr>
          <w:p>
            <w:pPr>
              <w:spacing w:after="0"/>
              <w:jc w:val="left"/>
            </w:pPr>
            <w:r>
              <w:rPr>
                <w:sz w:val="16"/>
              </w:rPr>
              <w:t>events per year</w:t>
            </w:r>
          </w:p>
        </w:tc>
        <w:tc>
          <w:tcPr>
            <w:tcW w:type="dxa" w:w="1660"/>
          </w:tcPr>
          <w:p>
            <w:pPr>
              <w:spacing w:after="0"/>
              <w:jc w:val="left"/>
            </w:pPr>
            <w:r>
              <w:rPr>
                <w:sz w:val="16"/>
              </w:rPr>
              <w:t>about 1.41 per year</w:t>
            </w:r>
          </w:p>
        </w:tc>
        <w:tc>
          <w:tcPr>
            <w:tcW w:type="dxa" w:w="1152"/>
          </w:tcPr>
          <w:p>
            <w:pPr>
              <w:spacing w:after="0"/>
              <w:jc w:val="left"/>
            </w:pPr>
            <w:r>
              <w:rPr>
                <w:sz w:val="16"/>
              </w:rPr>
              <w:t>Highly likely</w:t>
            </w:r>
          </w:p>
        </w:tc>
        <w:tc>
          <w:tcPr>
            <w:tcW w:type="dxa" w:w="1926"/>
          </w:tcPr>
          <w:p>
            <w:pPr>
              <w:spacing w:after="0"/>
              <w:jc w:val="left"/>
            </w:pPr>
            <w:r>
              <w:rPr>
                <w:sz w:val="16"/>
              </w:rPr>
              <w:t>FEMA annualized frequency (modeled)</w:t>
            </w:r>
          </w:p>
        </w:tc>
        <w:tc>
          <w:tcPr>
            <w:tcW w:type="dxa" w:w="1549"/>
          </w:tcPr>
          <w:p>
            <w:pPr>
              <w:spacing w:after="0"/>
              <w:jc w:val="right"/>
            </w:pPr>
            <w:r>
              <w:rPr>
                <w:sz w:val="16"/>
              </w:rPr>
              <w:t>54</w:t>
            </w:r>
          </w:p>
        </w:tc>
        <w:tc>
          <w:tcPr>
            <w:tcW w:type="dxa" w:w="1607"/>
          </w:tcPr>
          <w:p>
            <w:pPr>
              <w:spacing w:after="0"/>
              <w:jc w:val="left"/>
            </w:pPr>
            <w:r>
              <w:rPr>
                <w:sz w:val="16"/>
              </w:rPr>
              <w:t>1986 to 2023 (38 years)</w:t>
            </w:r>
          </w:p>
        </w:tc>
        <w:tc>
          <w:tcPr>
            <w:tcW w:type="dxa" w:w="1037"/>
          </w:tcPr>
          <w:p>
            <w:pPr>
              <w:spacing w:after="0"/>
              <w:jc w:val="left"/>
            </w:pPr>
            <w:r>
              <w:rPr>
                <w:sz w:val="16"/>
              </w:rPr>
              <w:t>countywide</w:t>
            </w:r>
          </w:p>
        </w:tc>
        <w:tc>
          <w:tcPr>
            <w:tcW w:type="dxa" w:w="1548"/>
          </w:tcPr>
          <w:p>
            <w:pPr>
              <w:spacing w:after="0"/>
              <w:jc w:val="left"/>
            </w:pPr>
          </w:p>
        </w:tc>
      </w:tr>
      <w:tr>
        <w:trPr>
          <w:cantSplit/>
        </w:trPr>
        <w:tc>
          <w:tcPr>
            <w:tcW w:type="dxa" w:w="1037"/>
          </w:tcPr>
          <w:p>
            <w:pPr>
              <w:spacing w:after="0"/>
              <w:jc w:val="left"/>
            </w:pPr>
            <w:r>
              <w:rPr>
                <w:sz w:val="16"/>
              </w:rPr>
              <w:t>Tornado</w:t>
            </w:r>
          </w:p>
        </w:tc>
        <w:tc>
          <w:tcPr>
            <w:tcW w:type="dxa" w:w="1288"/>
          </w:tcPr>
          <w:p>
            <w:pPr>
              <w:spacing w:after="0"/>
              <w:jc w:val="right"/>
            </w:pPr>
            <w:r>
              <w:rPr>
                <w:sz w:val="16"/>
              </w:rPr>
              <w:t>0.0667</w:t>
            </w:r>
          </w:p>
        </w:tc>
        <w:tc>
          <w:tcPr>
            <w:tcW w:type="dxa" w:w="1309"/>
          </w:tcPr>
          <w:p>
            <w:pPr>
              <w:spacing w:after="0"/>
              <w:jc w:val="left"/>
            </w:pPr>
            <w:r>
              <w:rPr>
                <w:sz w:val="16"/>
              </w:rPr>
              <w:t>events per year</w:t>
            </w:r>
          </w:p>
        </w:tc>
        <w:tc>
          <w:tcPr>
            <w:tcW w:type="dxa" w:w="1660"/>
          </w:tcPr>
          <w:p>
            <w:pPr>
              <w:spacing w:after="0"/>
              <w:jc w:val="left"/>
            </w:pPr>
            <w:r>
              <w:rPr>
                <w:sz w:val="16"/>
              </w:rPr>
              <w:t>about 1 in 15 years</w:t>
            </w:r>
          </w:p>
        </w:tc>
        <w:tc>
          <w:tcPr>
            <w:tcW w:type="dxa" w:w="1152"/>
          </w:tcPr>
          <w:p>
            <w:pPr>
              <w:spacing w:after="0"/>
              <w:jc w:val="left"/>
            </w:pPr>
            <w:r>
              <w:rPr>
                <w:sz w:val="16"/>
              </w:rPr>
              <w:t>Possible</w:t>
            </w:r>
          </w:p>
        </w:tc>
        <w:tc>
          <w:tcPr>
            <w:tcW w:type="dxa" w:w="1926"/>
          </w:tcPr>
          <w:p>
            <w:pPr>
              <w:spacing w:after="0"/>
              <w:jc w:val="left"/>
            </w:pPr>
            <w:r>
              <w:rPr>
                <w:sz w:val="16"/>
              </w:rPr>
              <w:t>FEMA annualized frequency (modeled)</w:t>
            </w:r>
          </w:p>
        </w:tc>
        <w:tc>
          <w:tcPr>
            <w:tcW w:type="dxa" w:w="1549"/>
          </w:tcPr>
          <w:p>
            <w:pPr>
              <w:spacing w:after="0"/>
              <w:jc w:val="right"/>
            </w:pPr>
            <w:r>
              <w:rPr>
                <w:sz w:val="16"/>
              </w:rPr>
              <w:t>not shown</w:t>
            </w:r>
          </w:p>
        </w:tc>
        <w:tc>
          <w:tcPr>
            <w:tcW w:type="dxa" w:w="1607"/>
          </w:tcPr>
          <w:p>
            <w:pPr>
              <w:spacing w:after="0"/>
              <w:jc w:val="left"/>
            </w:pPr>
            <w:r>
              <w:rPr>
                <w:sz w:val="16"/>
              </w:rPr>
              <w:t>1950 to 2023 (EF2+); 1986 to 2023 (EF0-1)</w:t>
            </w:r>
          </w:p>
        </w:tc>
        <w:tc>
          <w:tcPr>
            <w:tcW w:type="dxa" w:w="1037"/>
          </w:tcPr>
          <w:p>
            <w:pPr>
              <w:spacing w:after="0"/>
              <w:jc w:val="left"/>
            </w:pPr>
            <w:r>
              <w:rPr>
                <w:sz w:val="16"/>
              </w:rPr>
              <w:t>see B1-f</w:t>
            </w:r>
          </w:p>
        </w:tc>
        <w:tc>
          <w:tcPr>
            <w:tcW w:type="dxa" w:w="1548"/>
          </w:tcPr>
          <w:p>
            <w:pPr>
              <w:spacing w:after="0"/>
              <w:jc w:val="left"/>
            </w:pPr>
          </w:p>
        </w:tc>
      </w:tr>
      <w:tr>
        <w:trPr>
          <w:cantSplit/>
        </w:trPr>
        <w:tc>
          <w:tcPr>
            <w:tcW w:type="dxa" w:w="1037"/>
          </w:tcPr>
          <w:p>
            <w:pPr>
              <w:spacing w:after="0"/>
              <w:jc w:val="left"/>
            </w:pPr>
            <w:r>
              <w:rPr>
                <w:sz w:val="16"/>
              </w:rPr>
              <w:t>Wildfire</w:t>
            </w:r>
          </w:p>
        </w:tc>
        <w:tc>
          <w:tcPr>
            <w:tcW w:type="dxa" w:w="1288"/>
          </w:tcPr>
          <w:p>
            <w:pPr>
              <w:spacing w:after="0"/>
              <w:jc w:val="right"/>
            </w:pPr>
            <w:r>
              <w:rPr>
                <w:sz w:val="16"/>
              </w:rPr>
              <w:t>0.000702</w:t>
            </w:r>
          </w:p>
        </w:tc>
        <w:tc>
          <w:tcPr>
            <w:tcW w:type="dxa" w:w="1309"/>
          </w:tcPr>
          <w:p>
            <w:pPr>
              <w:spacing w:after="0"/>
              <w:jc w:val="left"/>
            </w:pPr>
            <w:r>
              <w:rPr>
                <w:sz w:val="16"/>
              </w:rPr>
              <w:t>annual probability at a location</w:t>
            </w:r>
          </w:p>
        </w:tc>
        <w:tc>
          <w:tcPr>
            <w:tcW w:type="dxa" w:w="1660"/>
          </w:tcPr>
          <w:p>
            <w:pPr>
              <w:spacing w:after="0"/>
              <w:jc w:val="left"/>
            </w:pPr>
            <w:r>
              <w:rPr>
                <w:sz w:val="16"/>
              </w:rPr>
              <w:t>chance a given location in the county burns in a year: 0.0702%</w:t>
            </w:r>
          </w:p>
        </w:tc>
        <w:tc>
          <w:tcPr>
            <w:tcW w:type="dxa" w:w="1152"/>
          </w:tcPr>
          <w:p>
            <w:pPr>
              <w:spacing w:after="0"/>
              <w:jc w:val="left"/>
            </w:pPr>
          </w:p>
        </w:tc>
        <w:tc>
          <w:tcPr>
            <w:tcW w:type="dxa" w:w="1926"/>
          </w:tcPr>
          <w:p>
            <w:pPr>
              <w:spacing w:after="0"/>
              <w:jc w:val="left"/>
            </w:pPr>
            <w:r>
              <w:rPr>
                <w:sz w:val="16"/>
              </w:rPr>
              <w:t>Storm Events records in 0 of 30 years, 1996 to 2025 (0%)</w:t>
            </w:r>
          </w:p>
        </w:tc>
        <w:tc>
          <w:tcPr>
            <w:tcW w:type="dxa" w:w="1549"/>
          </w:tcPr>
          <w:p>
            <w:pPr>
              <w:spacing w:after="0"/>
              <w:jc w:val="right"/>
            </w:pPr>
            <w:r>
              <w:rPr>
                <w:sz w:val="16"/>
              </w:rPr>
              <w:t>not shown</w:t>
            </w:r>
          </w:p>
        </w:tc>
        <w:tc>
          <w:tcPr>
            <w:tcW w:type="dxa" w:w="1607"/>
          </w:tcPr>
          <w:p>
            <w:pPr>
              <w:spacing w:after="0"/>
              <w:jc w:val="left"/>
            </w:pPr>
            <w:r>
              <w:rPr>
                <w:sz w:val="16"/>
              </w:rPr>
              <w:t>modeled</w:t>
            </w:r>
          </w:p>
        </w:tc>
        <w:tc>
          <w:tcPr>
            <w:tcW w:type="dxa" w:w="1037"/>
          </w:tcPr>
          <w:p>
            <w:pPr>
              <w:spacing w:after="0"/>
              <w:jc w:val="left"/>
            </w:pPr>
            <w:r>
              <w:rPr>
                <w:sz w:val="16"/>
              </w:rPr>
              <w:t>see B1-f</w:t>
            </w:r>
          </w:p>
        </w:tc>
        <w:tc>
          <w:tcPr>
            <w:tcW w:type="dxa" w:w="154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8"/>
          </w:tcPr>
          <w:p>
            <w:pPr>
              <w:spacing w:after="0"/>
              <w:jc w:val="right"/>
            </w:pPr>
            <w:r>
              <w:rPr>
                <w:sz w:val="16"/>
              </w:rPr>
              <w:t>22.5</w:t>
            </w:r>
          </w:p>
        </w:tc>
        <w:tc>
          <w:tcPr>
            <w:tcW w:type="dxa" w:w="1309"/>
          </w:tcPr>
          <w:p>
            <w:pPr>
              <w:spacing w:after="0"/>
              <w:jc w:val="left"/>
            </w:pPr>
            <w:r>
              <w:rPr>
                <w:sz w:val="16"/>
              </w:rPr>
              <w:t>event-days per year</w:t>
            </w:r>
          </w:p>
        </w:tc>
        <w:tc>
          <w:tcPr>
            <w:tcW w:type="dxa" w:w="1660"/>
          </w:tcPr>
          <w:p>
            <w:pPr>
              <w:spacing w:after="0"/>
              <w:jc w:val="left"/>
            </w:pPr>
            <w:r>
              <w:rPr>
                <w:sz w:val="16"/>
              </w:rPr>
              <w:t>about 22.5 days per year</w:t>
            </w:r>
          </w:p>
        </w:tc>
        <w:tc>
          <w:tcPr>
            <w:tcW w:type="dxa" w:w="1152"/>
          </w:tcPr>
          <w:p>
            <w:pPr>
              <w:spacing w:after="0"/>
              <w:jc w:val="left"/>
            </w:pPr>
            <w:r>
              <w:rPr>
                <w:sz w:val="16"/>
              </w:rPr>
              <w:t>Likely (from Storm Events: 10 of 30 years)</w:t>
            </w:r>
          </w:p>
        </w:tc>
        <w:tc>
          <w:tcPr>
            <w:tcW w:type="dxa" w:w="1926"/>
          </w:tcPr>
          <w:p>
            <w:pPr>
              <w:spacing w:after="0"/>
              <w:jc w:val="left"/>
            </w:pPr>
            <w:r>
              <w:rPr>
                <w:sz w:val="16"/>
              </w:rPr>
              <w:t>event-days in 10 of 30 years, 1996 to 2025 (33.3%)</w:t>
            </w:r>
          </w:p>
        </w:tc>
        <w:tc>
          <w:tcPr>
            <w:tcW w:type="dxa" w:w="1549"/>
          </w:tcPr>
          <w:p>
            <w:pPr>
              <w:spacing w:after="0"/>
              <w:jc w:val="right"/>
            </w:pPr>
            <w:r>
              <w:rPr>
                <w:sz w:val="16"/>
              </w:rPr>
              <w:t>427</w:t>
            </w:r>
          </w:p>
        </w:tc>
        <w:tc>
          <w:tcPr>
            <w:tcW w:type="dxa" w:w="1607"/>
          </w:tcPr>
          <w:p>
            <w:pPr>
              <w:spacing w:after="0"/>
              <w:jc w:val="left"/>
            </w:pPr>
            <w:r>
              <w:rPr>
                <w:sz w:val="16"/>
              </w:rPr>
              <w:t>2005-11-12 to 2024-11-12 (19 years)</w:t>
            </w:r>
          </w:p>
        </w:tc>
        <w:tc>
          <w:tcPr>
            <w:tcW w:type="dxa" w:w="1037"/>
          </w:tcPr>
          <w:p>
            <w:pPr>
              <w:spacing w:after="0"/>
              <w:jc w:val="left"/>
            </w:pPr>
            <w:r>
              <w:rPr>
                <w:sz w:val="16"/>
              </w:rPr>
              <w:t>countywide</w:t>
            </w:r>
          </w:p>
        </w:tc>
        <w:tc>
          <w:tcPr>
            <w:tcW w:type="dxa" w:w="154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Avalanche</w:t>
            </w:r>
          </w:p>
        </w:tc>
        <w:tc>
          <w:tcPr>
            <w:tcW w:type="dxa" w:w="1514"/>
          </w:tcPr>
          <w:p>
            <w:pPr>
              <w:spacing w:after="0"/>
              <w:jc w:val="right"/>
            </w:pPr>
            <w:r>
              <w:rPr>
                <w:sz w:val="16"/>
              </w:rPr>
              <w:t>5 of 5</w:t>
            </w:r>
          </w:p>
        </w:tc>
        <w:tc>
          <w:tcPr>
            <w:tcW w:type="dxa" w:w="1443"/>
          </w:tcPr>
          <w:p>
            <w:pPr>
              <w:spacing w:after="0"/>
              <w:jc w:val="right"/>
            </w:pPr>
            <w:r>
              <w:rPr>
                <w:sz w:val="16"/>
              </w:rPr>
              <w:t>54.7</w:t>
            </w:r>
          </w:p>
        </w:tc>
        <w:tc>
          <w:tcPr>
            <w:tcW w:type="dxa" w:w="1514"/>
          </w:tcPr>
          <w:p>
            <w:pPr>
              <w:spacing w:after="0"/>
              <w:jc w:val="right"/>
            </w:pPr>
            <w:r>
              <w:rPr>
                <w:sz w:val="16"/>
              </w:rPr>
              <w:t>56.5</w:t>
            </w:r>
          </w:p>
        </w:tc>
        <w:tc>
          <w:tcPr>
            <w:tcW w:type="dxa" w:w="1443"/>
          </w:tcPr>
          <w:p>
            <w:pPr>
              <w:spacing w:after="0"/>
              <w:jc w:val="right"/>
            </w:pPr>
            <w:r>
              <w:rPr>
                <w:sz w:val="16"/>
              </w:rPr>
              <w:t>58.4</w:t>
            </w:r>
          </w:p>
        </w:tc>
        <w:tc>
          <w:tcPr>
            <w:tcW w:type="dxa" w:w="5889"/>
          </w:tcPr>
          <w:p>
            <w:pPr>
              <w:spacing w:after="0"/>
              <w:jc w:val="left"/>
            </w:pPr>
            <w:r>
              <w:rPr>
                <w:sz w:val="16"/>
              </w:rPr>
              <w:t>Very Low 5</w:t>
            </w:r>
          </w:p>
        </w:tc>
      </w:tr>
      <w:tr>
        <w:trPr>
          <w:cantSplit/>
        </w:trPr>
        <w:tc>
          <w:tcPr>
            <w:tcW w:type="dxa" w:w="2309"/>
          </w:tcPr>
          <w:p>
            <w:pPr>
              <w:spacing w:after="0"/>
              <w:jc w:val="left"/>
            </w:pPr>
            <w:r>
              <w:rPr>
                <w:sz w:val="16"/>
              </w:rPr>
              <w:t>Cold Wave</w:t>
            </w:r>
          </w:p>
        </w:tc>
        <w:tc>
          <w:tcPr>
            <w:tcW w:type="dxa" w:w="1514"/>
          </w:tcPr>
          <w:p>
            <w:pPr>
              <w:spacing w:after="0"/>
              <w:jc w:val="right"/>
            </w:pPr>
            <w:r>
              <w:rPr>
                <w:sz w:val="16"/>
              </w:rPr>
              <w:t>5 of 5</w:t>
            </w:r>
          </w:p>
        </w:tc>
        <w:tc>
          <w:tcPr>
            <w:tcW w:type="dxa" w:w="1443"/>
          </w:tcPr>
          <w:p>
            <w:pPr>
              <w:spacing w:after="0"/>
              <w:jc w:val="right"/>
            </w:pPr>
            <w:r>
              <w:rPr>
                <w:sz w:val="16"/>
              </w:rPr>
              <w:t>70.8</w:t>
            </w:r>
          </w:p>
        </w:tc>
        <w:tc>
          <w:tcPr>
            <w:tcW w:type="dxa" w:w="1514"/>
          </w:tcPr>
          <w:p>
            <w:pPr>
              <w:spacing w:after="0"/>
              <w:jc w:val="right"/>
            </w:pPr>
            <w:r>
              <w:rPr>
                <w:sz w:val="16"/>
              </w:rPr>
              <w:t>81.0</w:t>
            </w:r>
          </w:p>
        </w:tc>
        <w:tc>
          <w:tcPr>
            <w:tcW w:type="dxa" w:w="1443"/>
          </w:tcPr>
          <w:p>
            <w:pPr>
              <w:spacing w:after="0"/>
              <w:jc w:val="right"/>
            </w:pPr>
            <w:r>
              <w:rPr>
                <w:sz w:val="16"/>
              </w:rPr>
              <w:t>83.9</w:t>
            </w:r>
          </w:p>
        </w:tc>
        <w:tc>
          <w:tcPr>
            <w:tcW w:type="dxa" w:w="5889"/>
          </w:tcPr>
          <w:p>
            <w:pPr>
              <w:spacing w:after="0"/>
              <w:jc w:val="left"/>
            </w:pPr>
            <w:r>
              <w:rPr>
                <w:sz w:val="16"/>
              </w:rPr>
              <w:t>Relatively High 3, Relatively Moderate 2</w:t>
            </w:r>
          </w:p>
        </w:tc>
      </w:tr>
      <w:tr>
        <w:trPr>
          <w:cantSplit/>
        </w:trPr>
        <w:tc>
          <w:tcPr>
            <w:tcW w:type="dxa" w:w="2309"/>
          </w:tcPr>
          <w:p>
            <w:pPr>
              <w:spacing w:after="0"/>
              <w:jc w:val="left"/>
            </w:pPr>
            <w:r>
              <w:rPr>
                <w:sz w:val="16"/>
              </w:rPr>
              <w:t>Drought</w:t>
            </w:r>
          </w:p>
        </w:tc>
        <w:tc>
          <w:tcPr>
            <w:tcW w:type="dxa" w:w="1514"/>
          </w:tcPr>
          <w:p>
            <w:pPr>
              <w:spacing w:after="0"/>
              <w:jc w:val="right"/>
            </w:pPr>
            <w:r>
              <w:rPr>
                <w:sz w:val="16"/>
              </w:rPr>
              <w:t>4 of 5</w:t>
            </w:r>
          </w:p>
        </w:tc>
        <w:tc>
          <w:tcPr>
            <w:tcW w:type="dxa" w:w="1443"/>
          </w:tcPr>
          <w:p>
            <w:pPr>
              <w:spacing w:after="0"/>
              <w:jc w:val="right"/>
            </w:pPr>
            <w:r>
              <w:rPr>
                <w:sz w:val="16"/>
              </w:rPr>
              <w:t>81.3</w:t>
            </w:r>
          </w:p>
        </w:tc>
        <w:tc>
          <w:tcPr>
            <w:tcW w:type="dxa" w:w="1514"/>
          </w:tcPr>
          <w:p>
            <w:pPr>
              <w:spacing w:after="0"/>
              <w:jc w:val="right"/>
            </w:pPr>
            <w:r>
              <w:rPr>
                <w:sz w:val="16"/>
              </w:rPr>
              <w:t>84.1</w:t>
            </w:r>
          </w:p>
        </w:tc>
        <w:tc>
          <w:tcPr>
            <w:tcW w:type="dxa" w:w="1443"/>
          </w:tcPr>
          <w:p>
            <w:pPr>
              <w:spacing w:after="0"/>
              <w:jc w:val="right"/>
            </w:pPr>
            <w:r>
              <w:rPr>
                <w:sz w:val="16"/>
              </w:rPr>
              <w:t>91.2</w:t>
            </w:r>
          </w:p>
        </w:tc>
        <w:tc>
          <w:tcPr>
            <w:tcW w:type="dxa" w:w="5889"/>
          </w:tcPr>
          <w:p>
            <w:pPr>
              <w:spacing w:after="0"/>
              <w:jc w:val="left"/>
            </w:pPr>
            <w:r>
              <w:rPr>
                <w:sz w:val="16"/>
              </w:rPr>
              <w:t>Relatively Low 4, No Rating 1</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5 of 5</w:t>
            </w:r>
          </w:p>
        </w:tc>
        <w:tc>
          <w:tcPr>
            <w:tcW w:type="dxa" w:w="1443"/>
          </w:tcPr>
          <w:p>
            <w:pPr>
              <w:spacing w:after="0"/>
              <w:jc w:val="right"/>
            </w:pPr>
            <w:r>
              <w:rPr>
                <w:sz w:val="16"/>
              </w:rPr>
              <w:t>17.8</w:t>
            </w:r>
          </w:p>
        </w:tc>
        <w:tc>
          <w:tcPr>
            <w:tcW w:type="dxa" w:w="1514"/>
          </w:tcPr>
          <w:p>
            <w:pPr>
              <w:spacing w:after="0"/>
              <w:jc w:val="right"/>
            </w:pPr>
            <w:r>
              <w:rPr>
                <w:sz w:val="16"/>
              </w:rPr>
              <w:t>22.2</w:t>
            </w:r>
          </w:p>
        </w:tc>
        <w:tc>
          <w:tcPr>
            <w:tcW w:type="dxa" w:w="1443"/>
          </w:tcPr>
          <w:p>
            <w:pPr>
              <w:spacing w:after="0"/>
              <w:jc w:val="right"/>
            </w:pPr>
            <w:r>
              <w:rPr>
                <w:sz w:val="16"/>
              </w:rPr>
              <w:t>29.0</w:t>
            </w:r>
          </w:p>
        </w:tc>
        <w:tc>
          <w:tcPr>
            <w:tcW w:type="dxa" w:w="5889"/>
          </w:tcPr>
          <w:p>
            <w:pPr>
              <w:spacing w:after="0"/>
              <w:jc w:val="left"/>
            </w:pPr>
            <w:r>
              <w:rPr>
                <w:sz w:val="16"/>
              </w:rPr>
              <w:t>Very Low 5</w:t>
            </w:r>
          </w:p>
        </w:tc>
      </w:tr>
      <w:tr>
        <w:trPr>
          <w:cantSplit/>
        </w:trPr>
        <w:tc>
          <w:tcPr>
            <w:tcW w:type="dxa" w:w="2309"/>
          </w:tcPr>
          <w:p>
            <w:pPr>
              <w:spacing w:after="0"/>
              <w:jc w:val="left"/>
            </w:pPr>
            <w:r>
              <w:rPr>
                <w:sz w:val="16"/>
              </w:rPr>
              <w:t>Hail</w:t>
            </w:r>
          </w:p>
        </w:tc>
        <w:tc>
          <w:tcPr>
            <w:tcW w:type="dxa" w:w="1514"/>
          </w:tcPr>
          <w:p>
            <w:pPr>
              <w:spacing w:after="0"/>
              <w:jc w:val="right"/>
            </w:pPr>
            <w:r>
              <w:rPr>
                <w:sz w:val="16"/>
              </w:rPr>
              <w:t>5 of 5</w:t>
            </w:r>
          </w:p>
        </w:tc>
        <w:tc>
          <w:tcPr>
            <w:tcW w:type="dxa" w:w="1443"/>
          </w:tcPr>
          <w:p>
            <w:pPr>
              <w:spacing w:after="0"/>
              <w:jc w:val="right"/>
            </w:pPr>
            <w:r>
              <w:rPr>
                <w:sz w:val="16"/>
              </w:rPr>
              <w:t>47.5</w:t>
            </w:r>
          </w:p>
        </w:tc>
        <w:tc>
          <w:tcPr>
            <w:tcW w:type="dxa" w:w="1514"/>
          </w:tcPr>
          <w:p>
            <w:pPr>
              <w:spacing w:after="0"/>
              <w:jc w:val="right"/>
            </w:pPr>
            <w:r>
              <w:rPr>
                <w:sz w:val="16"/>
              </w:rPr>
              <w:t>63.9</w:t>
            </w:r>
          </w:p>
        </w:tc>
        <w:tc>
          <w:tcPr>
            <w:tcW w:type="dxa" w:w="1443"/>
          </w:tcPr>
          <w:p>
            <w:pPr>
              <w:spacing w:after="0"/>
              <w:jc w:val="right"/>
            </w:pPr>
            <w:r>
              <w:rPr>
                <w:sz w:val="16"/>
              </w:rPr>
              <w:t>65.9</w:t>
            </w:r>
          </w:p>
        </w:tc>
        <w:tc>
          <w:tcPr>
            <w:tcW w:type="dxa" w:w="5889"/>
          </w:tcPr>
          <w:p>
            <w:pPr>
              <w:spacing w:after="0"/>
              <w:jc w:val="left"/>
            </w:pPr>
            <w:r>
              <w:rPr>
                <w:sz w:val="16"/>
              </w:rPr>
              <w:t>Relatively Low 5</w:t>
            </w:r>
          </w:p>
        </w:tc>
      </w:tr>
      <w:tr>
        <w:trPr>
          <w:cantSplit/>
        </w:trPr>
        <w:tc>
          <w:tcPr>
            <w:tcW w:type="dxa" w:w="2309"/>
          </w:tcPr>
          <w:p>
            <w:pPr>
              <w:spacing w:after="0"/>
              <w:jc w:val="left"/>
            </w:pPr>
            <w:r>
              <w:rPr>
                <w:sz w:val="16"/>
              </w:rPr>
              <w:t>Heat Wave</w:t>
            </w:r>
          </w:p>
        </w:tc>
        <w:tc>
          <w:tcPr>
            <w:tcW w:type="dxa" w:w="1514"/>
          </w:tcPr>
          <w:p>
            <w:pPr>
              <w:spacing w:after="0"/>
              <w:jc w:val="right"/>
            </w:pPr>
            <w:r>
              <w:rPr>
                <w:sz w:val="16"/>
              </w:rPr>
              <w:t>0 of 5</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 Rating 5</w:t>
            </w:r>
          </w:p>
        </w:tc>
      </w:tr>
      <w:tr>
        <w:trPr>
          <w:cantSplit/>
        </w:trPr>
        <w:tc>
          <w:tcPr>
            <w:tcW w:type="dxa" w:w="2309"/>
          </w:tcPr>
          <w:p>
            <w:pPr>
              <w:spacing w:after="0"/>
              <w:jc w:val="left"/>
            </w:pPr>
            <w:r>
              <w:rPr>
                <w:sz w:val="16"/>
              </w:rPr>
              <w:t>Hurricane</w:t>
            </w:r>
          </w:p>
        </w:tc>
        <w:tc>
          <w:tcPr>
            <w:tcW w:type="dxa" w:w="1514"/>
          </w:tcPr>
          <w:p>
            <w:pPr>
              <w:spacing w:after="0"/>
              <w:jc w:val="right"/>
            </w:pPr>
            <w:r>
              <w:rPr>
                <w:sz w:val="16"/>
              </w:rPr>
              <w:t>5 of 5</w:t>
            </w:r>
          </w:p>
        </w:tc>
        <w:tc>
          <w:tcPr>
            <w:tcW w:type="dxa" w:w="1443"/>
          </w:tcPr>
          <w:p>
            <w:pPr>
              <w:spacing w:after="0"/>
              <w:jc w:val="right"/>
            </w:pPr>
            <w:r>
              <w:rPr>
                <w:sz w:val="16"/>
              </w:rPr>
              <w:t>48.7</w:t>
            </w:r>
          </w:p>
        </w:tc>
        <w:tc>
          <w:tcPr>
            <w:tcW w:type="dxa" w:w="1514"/>
          </w:tcPr>
          <w:p>
            <w:pPr>
              <w:spacing w:after="0"/>
              <w:jc w:val="right"/>
            </w:pPr>
            <w:r>
              <w:rPr>
                <w:sz w:val="16"/>
              </w:rPr>
              <w:t>52.1</w:t>
            </w:r>
          </w:p>
        </w:tc>
        <w:tc>
          <w:tcPr>
            <w:tcW w:type="dxa" w:w="1443"/>
          </w:tcPr>
          <w:p>
            <w:pPr>
              <w:spacing w:after="0"/>
              <w:jc w:val="right"/>
            </w:pPr>
            <w:r>
              <w:rPr>
                <w:sz w:val="16"/>
              </w:rPr>
              <w:t>58.0</w:t>
            </w:r>
          </w:p>
        </w:tc>
        <w:tc>
          <w:tcPr>
            <w:tcW w:type="dxa" w:w="5889"/>
          </w:tcPr>
          <w:p>
            <w:pPr>
              <w:spacing w:after="0"/>
              <w:jc w:val="left"/>
            </w:pPr>
            <w:r>
              <w:rPr>
                <w:sz w:val="16"/>
              </w:rPr>
              <w:t>Relatively Low 3, Very Low 2</w:t>
            </w:r>
          </w:p>
        </w:tc>
      </w:tr>
      <w:tr>
        <w:trPr>
          <w:cantSplit/>
        </w:trPr>
        <w:tc>
          <w:tcPr>
            <w:tcW w:type="dxa" w:w="2309"/>
          </w:tcPr>
          <w:p>
            <w:pPr>
              <w:spacing w:after="0"/>
              <w:jc w:val="left"/>
            </w:pPr>
            <w:r>
              <w:rPr>
                <w:sz w:val="16"/>
              </w:rPr>
              <w:t>Ice Storm</w:t>
            </w:r>
          </w:p>
        </w:tc>
        <w:tc>
          <w:tcPr>
            <w:tcW w:type="dxa" w:w="1514"/>
          </w:tcPr>
          <w:p>
            <w:pPr>
              <w:spacing w:after="0"/>
              <w:jc w:val="right"/>
            </w:pPr>
            <w:r>
              <w:rPr>
                <w:sz w:val="16"/>
              </w:rPr>
              <w:t>5 of 5</w:t>
            </w:r>
          </w:p>
        </w:tc>
        <w:tc>
          <w:tcPr>
            <w:tcW w:type="dxa" w:w="1443"/>
          </w:tcPr>
          <w:p>
            <w:pPr>
              <w:spacing w:after="0"/>
              <w:jc w:val="right"/>
            </w:pPr>
            <w:r>
              <w:rPr>
                <w:sz w:val="16"/>
              </w:rPr>
              <w:t>9.6</w:t>
            </w:r>
          </w:p>
        </w:tc>
        <w:tc>
          <w:tcPr>
            <w:tcW w:type="dxa" w:w="1514"/>
          </w:tcPr>
          <w:p>
            <w:pPr>
              <w:spacing w:after="0"/>
              <w:jc w:val="right"/>
            </w:pPr>
            <w:r>
              <w:rPr>
                <w:sz w:val="16"/>
              </w:rPr>
              <w:t>23.6</w:t>
            </w:r>
          </w:p>
        </w:tc>
        <w:tc>
          <w:tcPr>
            <w:tcW w:type="dxa" w:w="1443"/>
          </w:tcPr>
          <w:p>
            <w:pPr>
              <w:spacing w:after="0"/>
              <w:jc w:val="right"/>
            </w:pPr>
            <w:r>
              <w:rPr>
                <w:sz w:val="16"/>
              </w:rPr>
              <w:t>34.0</w:t>
            </w:r>
          </w:p>
        </w:tc>
        <w:tc>
          <w:tcPr>
            <w:tcW w:type="dxa" w:w="5889"/>
          </w:tcPr>
          <w:p>
            <w:pPr>
              <w:spacing w:after="0"/>
              <w:jc w:val="left"/>
            </w:pPr>
            <w:r>
              <w:rPr>
                <w:sz w:val="16"/>
              </w:rPr>
              <w:t>Relatively Low 1, Very Low 4</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5 of 5</w:t>
            </w:r>
          </w:p>
        </w:tc>
        <w:tc>
          <w:tcPr>
            <w:tcW w:type="dxa" w:w="1443"/>
          </w:tcPr>
          <w:p>
            <w:pPr>
              <w:spacing w:after="0"/>
              <w:jc w:val="right"/>
            </w:pPr>
            <w:r>
              <w:rPr>
                <w:sz w:val="16"/>
              </w:rPr>
              <w:t>67.1</w:t>
            </w:r>
          </w:p>
        </w:tc>
        <w:tc>
          <w:tcPr>
            <w:tcW w:type="dxa" w:w="1514"/>
          </w:tcPr>
          <w:p>
            <w:pPr>
              <w:spacing w:after="0"/>
              <w:jc w:val="right"/>
            </w:pPr>
            <w:r>
              <w:rPr>
                <w:sz w:val="16"/>
              </w:rPr>
              <w:t>84.5</w:t>
            </w:r>
          </w:p>
        </w:tc>
        <w:tc>
          <w:tcPr>
            <w:tcW w:type="dxa" w:w="1443"/>
          </w:tcPr>
          <w:p>
            <w:pPr>
              <w:spacing w:after="0"/>
              <w:jc w:val="right"/>
            </w:pPr>
            <w:r>
              <w:rPr>
                <w:sz w:val="16"/>
              </w:rPr>
              <w:t>96.6</w:t>
            </w:r>
          </w:p>
        </w:tc>
        <w:tc>
          <w:tcPr>
            <w:tcW w:type="dxa" w:w="5889"/>
          </w:tcPr>
          <w:p>
            <w:pPr>
              <w:spacing w:after="0"/>
              <w:jc w:val="left"/>
            </w:pPr>
            <w:r>
              <w:rPr>
                <w:sz w:val="16"/>
              </w:rPr>
              <w:t>Very High 1, Relatively High 2, Relatively Moderate 2</w:t>
            </w:r>
          </w:p>
        </w:tc>
      </w:tr>
      <w:tr>
        <w:trPr>
          <w:cantSplit/>
        </w:trPr>
        <w:tc>
          <w:tcPr>
            <w:tcW w:type="dxa" w:w="2309"/>
          </w:tcPr>
          <w:p>
            <w:pPr>
              <w:spacing w:after="0"/>
              <w:jc w:val="left"/>
            </w:pPr>
            <w:r>
              <w:rPr>
                <w:sz w:val="16"/>
              </w:rPr>
              <w:t>Landslide</w:t>
            </w:r>
          </w:p>
        </w:tc>
        <w:tc>
          <w:tcPr>
            <w:tcW w:type="dxa" w:w="1514"/>
          </w:tcPr>
          <w:p>
            <w:pPr>
              <w:spacing w:after="0"/>
              <w:jc w:val="right"/>
            </w:pPr>
            <w:r>
              <w:rPr>
                <w:sz w:val="16"/>
              </w:rPr>
              <w:t>5 of 5</w:t>
            </w:r>
          </w:p>
        </w:tc>
        <w:tc>
          <w:tcPr>
            <w:tcW w:type="dxa" w:w="1443"/>
          </w:tcPr>
          <w:p>
            <w:pPr>
              <w:spacing w:after="0"/>
              <w:jc w:val="right"/>
            </w:pPr>
            <w:r>
              <w:rPr>
                <w:sz w:val="16"/>
              </w:rPr>
              <w:t>96.8</w:t>
            </w:r>
          </w:p>
        </w:tc>
        <w:tc>
          <w:tcPr>
            <w:tcW w:type="dxa" w:w="1514"/>
          </w:tcPr>
          <w:p>
            <w:pPr>
              <w:spacing w:after="0"/>
              <w:jc w:val="right"/>
            </w:pPr>
            <w:r>
              <w:rPr>
                <w:sz w:val="16"/>
              </w:rPr>
              <w:t>98.0</w:t>
            </w:r>
          </w:p>
        </w:tc>
        <w:tc>
          <w:tcPr>
            <w:tcW w:type="dxa" w:w="1443"/>
          </w:tcPr>
          <w:p>
            <w:pPr>
              <w:spacing w:after="0"/>
              <w:jc w:val="right"/>
            </w:pPr>
            <w:r>
              <w:rPr>
                <w:sz w:val="16"/>
              </w:rPr>
              <w:t>98.1</w:t>
            </w:r>
          </w:p>
        </w:tc>
        <w:tc>
          <w:tcPr>
            <w:tcW w:type="dxa" w:w="5889"/>
          </w:tcPr>
          <w:p>
            <w:pPr>
              <w:spacing w:after="0"/>
              <w:jc w:val="left"/>
            </w:pPr>
            <w:r>
              <w:rPr>
                <w:sz w:val="16"/>
              </w:rPr>
              <w:t>Relatively Moderate 5</w:t>
            </w:r>
          </w:p>
        </w:tc>
      </w:tr>
      <w:tr>
        <w:trPr>
          <w:cantSplit/>
        </w:trPr>
        <w:tc>
          <w:tcPr>
            <w:tcW w:type="dxa" w:w="2309"/>
          </w:tcPr>
          <w:p>
            <w:pPr>
              <w:spacing w:after="0"/>
              <w:jc w:val="left"/>
            </w:pPr>
            <w:r>
              <w:rPr>
                <w:sz w:val="16"/>
              </w:rPr>
              <w:t>Lightning</w:t>
            </w:r>
          </w:p>
        </w:tc>
        <w:tc>
          <w:tcPr>
            <w:tcW w:type="dxa" w:w="1514"/>
          </w:tcPr>
          <w:p>
            <w:pPr>
              <w:spacing w:after="0"/>
              <w:jc w:val="right"/>
            </w:pPr>
            <w:r>
              <w:rPr>
                <w:sz w:val="16"/>
              </w:rPr>
              <w:t>5 of 5</w:t>
            </w:r>
          </w:p>
        </w:tc>
        <w:tc>
          <w:tcPr>
            <w:tcW w:type="dxa" w:w="1443"/>
          </w:tcPr>
          <w:p>
            <w:pPr>
              <w:spacing w:after="0"/>
              <w:jc w:val="right"/>
            </w:pPr>
            <w:r>
              <w:rPr>
                <w:sz w:val="16"/>
              </w:rPr>
              <w:t>79.4</w:t>
            </w:r>
          </w:p>
        </w:tc>
        <w:tc>
          <w:tcPr>
            <w:tcW w:type="dxa" w:w="1514"/>
          </w:tcPr>
          <w:p>
            <w:pPr>
              <w:spacing w:after="0"/>
              <w:jc w:val="right"/>
            </w:pPr>
            <w:r>
              <w:rPr>
                <w:sz w:val="16"/>
              </w:rPr>
              <w:t>93.1</w:t>
            </w:r>
          </w:p>
        </w:tc>
        <w:tc>
          <w:tcPr>
            <w:tcW w:type="dxa" w:w="1443"/>
          </w:tcPr>
          <w:p>
            <w:pPr>
              <w:spacing w:after="0"/>
              <w:jc w:val="right"/>
            </w:pPr>
            <w:r>
              <w:rPr>
                <w:sz w:val="16"/>
              </w:rPr>
              <w:t>93.9</w:t>
            </w:r>
          </w:p>
        </w:tc>
        <w:tc>
          <w:tcPr>
            <w:tcW w:type="dxa" w:w="5889"/>
          </w:tcPr>
          <w:p>
            <w:pPr>
              <w:spacing w:after="0"/>
              <w:jc w:val="left"/>
            </w:pPr>
            <w:r>
              <w:rPr>
                <w:sz w:val="16"/>
              </w:rPr>
              <w:t>Relatively High 5</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5 of 5</w:t>
            </w:r>
          </w:p>
        </w:tc>
        <w:tc>
          <w:tcPr>
            <w:tcW w:type="dxa" w:w="1443"/>
          </w:tcPr>
          <w:p>
            <w:pPr>
              <w:spacing w:after="0"/>
              <w:jc w:val="right"/>
            </w:pPr>
            <w:r>
              <w:rPr>
                <w:sz w:val="16"/>
              </w:rPr>
              <w:t>44.5</w:t>
            </w:r>
          </w:p>
        </w:tc>
        <w:tc>
          <w:tcPr>
            <w:tcW w:type="dxa" w:w="1514"/>
          </w:tcPr>
          <w:p>
            <w:pPr>
              <w:spacing w:after="0"/>
              <w:jc w:val="right"/>
            </w:pPr>
            <w:r>
              <w:rPr>
                <w:sz w:val="16"/>
              </w:rPr>
              <w:t>58.9</w:t>
            </w:r>
          </w:p>
        </w:tc>
        <w:tc>
          <w:tcPr>
            <w:tcW w:type="dxa" w:w="1443"/>
          </w:tcPr>
          <w:p>
            <w:pPr>
              <w:spacing w:after="0"/>
              <w:jc w:val="right"/>
            </w:pPr>
            <w:r>
              <w:rPr>
                <w:sz w:val="16"/>
              </w:rPr>
              <w:t>72.9</w:t>
            </w:r>
          </w:p>
        </w:tc>
        <w:tc>
          <w:tcPr>
            <w:tcW w:type="dxa" w:w="5889"/>
          </w:tcPr>
          <w:p>
            <w:pPr>
              <w:spacing w:after="0"/>
              <w:jc w:val="left"/>
            </w:pPr>
            <w:r>
              <w:rPr>
                <w:sz w:val="16"/>
              </w:rPr>
              <w:t>Relatively Moderate 3, Relatively Low 2</w:t>
            </w:r>
          </w:p>
        </w:tc>
      </w:tr>
      <w:tr>
        <w:trPr>
          <w:cantSplit/>
        </w:trPr>
        <w:tc>
          <w:tcPr>
            <w:tcW w:type="dxa" w:w="2309"/>
          </w:tcPr>
          <w:p>
            <w:pPr>
              <w:spacing w:after="0"/>
              <w:jc w:val="left"/>
            </w:pPr>
            <w:r>
              <w:rPr>
                <w:sz w:val="16"/>
              </w:rPr>
              <w:t>Tornado</w:t>
            </w:r>
          </w:p>
        </w:tc>
        <w:tc>
          <w:tcPr>
            <w:tcW w:type="dxa" w:w="1514"/>
          </w:tcPr>
          <w:p>
            <w:pPr>
              <w:spacing w:after="0"/>
              <w:jc w:val="right"/>
            </w:pPr>
            <w:r>
              <w:rPr>
                <w:sz w:val="16"/>
              </w:rPr>
              <w:t>5 of 5</w:t>
            </w:r>
          </w:p>
        </w:tc>
        <w:tc>
          <w:tcPr>
            <w:tcW w:type="dxa" w:w="1443"/>
          </w:tcPr>
          <w:p>
            <w:pPr>
              <w:spacing w:after="0"/>
              <w:jc w:val="right"/>
            </w:pPr>
            <w:r>
              <w:rPr>
                <w:sz w:val="16"/>
              </w:rPr>
              <w:t>6.6</w:t>
            </w:r>
          </w:p>
        </w:tc>
        <w:tc>
          <w:tcPr>
            <w:tcW w:type="dxa" w:w="1514"/>
          </w:tcPr>
          <w:p>
            <w:pPr>
              <w:spacing w:after="0"/>
              <w:jc w:val="right"/>
            </w:pPr>
            <w:r>
              <w:rPr>
                <w:sz w:val="16"/>
              </w:rPr>
              <w:t>10.7</w:t>
            </w:r>
          </w:p>
        </w:tc>
        <w:tc>
          <w:tcPr>
            <w:tcW w:type="dxa" w:w="1443"/>
          </w:tcPr>
          <w:p>
            <w:pPr>
              <w:spacing w:after="0"/>
              <w:jc w:val="right"/>
            </w:pPr>
            <w:r>
              <w:rPr>
                <w:sz w:val="16"/>
              </w:rPr>
              <w:t>15.2</w:t>
            </w:r>
          </w:p>
        </w:tc>
        <w:tc>
          <w:tcPr>
            <w:tcW w:type="dxa" w:w="5889"/>
          </w:tcPr>
          <w:p>
            <w:pPr>
              <w:spacing w:after="0"/>
              <w:jc w:val="left"/>
            </w:pPr>
            <w:r>
              <w:rPr>
                <w:sz w:val="16"/>
              </w:rPr>
              <w:t>Very Low 5</w:t>
            </w:r>
          </w:p>
        </w:tc>
      </w:tr>
      <w:tr>
        <w:trPr>
          <w:cantSplit/>
        </w:trPr>
        <w:tc>
          <w:tcPr>
            <w:tcW w:type="dxa" w:w="2309"/>
          </w:tcPr>
          <w:p>
            <w:pPr>
              <w:spacing w:after="0"/>
              <w:jc w:val="left"/>
            </w:pPr>
            <w:r>
              <w:rPr>
                <w:sz w:val="16"/>
              </w:rPr>
              <w:t>Wildfire</w:t>
            </w:r>
          </w:p>
        </w:tc>
        <w:tc>
          <w:tcPr>
            <w:tcW w:type="dxa" w:w="1514"/>
          </w:tcPr>
          <w:p>
            <w:pPr>
              <w:spacing w:after="0"/>
              <w:jc w:val="right"/>
            </w:pPr>
            <w:r>
              <w:rPr>
                <w:sz w:val="16"/>
              </w:rPr>
              <w:t>5 of 5</w:t>
            </w:r>
          </w:p>
        </w:tc>
        <w:tc>
          <w:tcPr>
            <w:tcW w:type="dxa" w:w="1443"/>
          </w:tcPr>
          <w:p>
            <w:pPr>
              <w:spacing w:after="0"/>
              <w:jc w:val="right"/>
            </w:pPr>
            <w:r>
              <w:rPr>
                <w:sz w:val="16"/>
              </w:rPr>
              <w:t>42.2</w:t>
            </w:r>
          </w:p>
        </w:tc>
        <w:tc>
          <w:tcPr>
            <w:tcW w:type="dxa" w:w="1514"/>
          </w:tcPr>
          <w:p>
            <w:pPr>
              <w:spacing w:after="0"/>
              <w:jc w:val="right"/>
            </w:pPr>
            <w:r>
              <w:rPr>
                <w:sz w:val="16"/>
              </w:rPr>
              <w:t>61.2</w:t>
            </w:r>
          </w:p>
        </w:tc>
        <w:tc>
          <w:tcPr>
            <w:tcW w:type="dxa" w:w="1443"/>
          </w:tcPr>
          <w:p>
            <w:pPr>
              <w:spacing w:after="0"/>
              <w:jc w:val="right"/>
            </w:pPr>
            <w:r>
              <w:rPr>
                <w:sz w:val="16"/>
              </w:rPr>
              <w:t>75.5</w:t>
            </w:r>
          </w:p>
        </w:tc>
        <w:tc>
          <w:tcPr>
            <w:tcW w:type="dxa" w:w="5889"/>
          </w:tcPr>
          <w:p>
            <w:pPr>
              <w:spacing w:after="0"/>
              <w:jc w:val="left"/>
            </w:pPr>
            <w:r>
              <w:rPr>
                <w:sz w:val="16"/>
              </w:rPr>
              <w:t>Relatively Low 1, Very Low 4</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5 of 5</w:t>
            </w:r>
          </w:p>
        </w:tc>
        <w:tc>
          <w:tcPr>
            <w:tcW w:type="dxa" w:w="1443"/>
          </w:tcPr>
          <w:p>
            <w:pPr>
              <w:spacing w:after="0"/>
              <w:jc w:val="right"/>
            </w:pPr>
            <w:r>
              <w:rPr>
                <w:sz w:val="16"/>
              </w:rPr>
              <w:t>62.8</w:t>
            </w:r>
          </w:p>
        </w:tc>
        <w:tc>
          <w:tcPr>
            <w:tcW w:type="dxa" w:w="1514"/>
          </w:tcPr>
          <w:p>
            <w:pPr>
              <w:spacing w:after="0"/>
              <w:jc w:val="right"/>
            </w:pPr>
            <w:r>
              <w:rPr>
                <w:sz w:val="16"/>
              </w:rPr>
              <w:t>75.3</w:t>
            </w:r>
          </w:p>
        </w:tc>
        <w:tc>
          <w:tcPr>
            <w:tcW w:type="dxa" w:w="1443"/>
          </w:tcPr>
          <w:p>
            <w:pPr>
              <w:spacing w:after="0"/>
              <w:jc w:val="right"/>
            </w:pPr>
            <w:r>
              <w:rPr>
                <w:sz w:val="16"/>
              </w:rPr>
              <w:t>77.8</w:t>
            </w:r>
          </w:p>
        </w:tc>
        <w:tc>
          <w:tcPr>
            <w:tcW w:type="dxa" w:w="5889"/>
          </w:tcPr>
          <w:p>
            <w:pPr>
              <w:spacing w:after="0"/>
              <w:jc w:val="left"/>
            </w:pPr>
            <w:r>
              <w:rPr>
                <w:sz w:val="16"/>
              </w:rPr>
              <w:t>Relatively Moderate 5</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81"/>
        <w:gridCol w:w="680"/>
        <w:gridCol w:w="2526"/>
        <w:gridCol w:w="2041"/>
        <w:gridCol w:w="2622"/>
        <w:gridCol w:w="2258"/>
        <w:gridCol w:w="2604"/>
      </w:tblGrid>
      <w:tr>
        <w:trPr>
          <w:cantSplit/>
          <w:tblHeader/>
        </w:trPr>
        <w:tc>
          <w:tcPr>
            <w:tcW w:type="dxa" w:w="138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26"/>
            <w:shd w:val="clear" w:color="auto" w:fill="E8E8E8"/>
          </w:tcPr>
          <w:p>
            <w:pPr>
              <w:spacing w:after="0"/>
              <w:jc w:val="left"/>
            </w:pPr>
            <w:r>
              <w:rPr>
                <w:b/>
                <w:sz w:val="16"/>
              </w:rPr>
              <w:t>Plan status</w:t>
            </w:r>
          </w:p>
        </w:tc>
        <w:tc>
          <w:tcPr>
            <w:tcW w:type="dxa" w:w="204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2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5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04"/>
            <w:shd w:val="clear" w:color="auto" w:fill="E8E8E8"/>
          </w:tcPr>
          <w:p>
            <w:pPr>
              <w:spacing w:after="0"/>
              <w:jc w:val="left"/>
            </w:pPr>
            <w:r>
              <w:rPr>
                <w:b/>
                <w:sz w:val="16"/>
              </w:rPr>
              <w:t>Notes</w:t>
            </w:r>
          </w:p>
        </w:tc>
      </w:tr>
      <w:tr>
        <w:trPr>
          <w:cantSplit/>
        </w:trPr>
        <w:tc>
          <w:tcPr>
            <w:tcW w:type="dxa" w:w="1381"/>
          </w:tcPr>
          <w:p>
            <w:pPr>
              <w:spacing w:after="0"/>
              <w:jc w:val="left"/>
            </w:pPr>
            <w:r>
              <w:rPr>
                <w:sz w:val="16"/>
              </w:rPr>
              <w:t>Pocahontas County</w:t>
            </w:r>
          </w:p>
        </w:tc>
        <w:tc>
          <w:tcPr>
            <w:tcW w:type="dxa" w:w="680"/>
          </w:tcPr>
          <w:p>
            <w:pPr>
              <w:spacing w:after="0"/>
              <w:jc w:val="left"/>
            </w:pPr>
            <w:r>
              <w:rPr>
                <w:sz w:val="16"/>
              </w:rPr>
              <w:t>County</w:t>
            </w:r>
          </w:p>
        </w:tc>
        <w:tc>
          <w:tcPr>
            <w:tcW w:type="dxa" w:w="2526"/>
          </w:tcPr>
          <w:p>
            <w:pPr>
              <w:spacing w:after="0"/>
              <w:jc w:val="left"/>
            </w:pPr>
            <w:r>
              <w:rPr>
                <w:sz w:val="16"/>
              </w:rPr>
              <w:t>Approved, expires 2027-09-06</w:t>
            </w:r>
          </w:p>
        </w:tc>
        <w:tc>
          <w:tcPr>
            <w:tcW w:type="dxa" w:w="2041"/>
          </w:tcPr>
          <w:p>
            <w:pPr>
              <w:spacing w:after="0"/>
              <w:jc w:val="right"/>
            </w:pPr>
            <w:r>
              <w:rPr>
                <w:sz w:val="16"/>
              </w:rPr>
              <w:t>FMA RL 0, SRL 1; any 8</w:t>
            </w:r>
          </w:p>
        </w:tc>
        <w:tc>
          <w:tcPr>
            <w:tcW w:type="dxa" w:w="2622"/>
          </w:tcPr>
          <w:p>
            <w:pPr>
              <w:spacing w:after="0"/>
              <w:jc w:val="right"/>
            </w:pPr>
            <w:r>
              <w:rPr>
                <w:sz w:val="16"/>
              </w:rPr>
              <w:t>$68,297.42</w:t>
            </w:r>
          </w:p>
        </w:tc>
        <w:tc>
          <w:tcPr>
            <w:tcW w:type="dxa" w:w="2258"/>
          </w:tcPr>
          <w:p>
            <w:pPr>
              <w:spacing w:after="0"/>
              <w:jc w:val="right"/>
            </w:pPr>
            <w:r>
              <w:rPr>
                <w:sz w:val="16"/>
              </w:rPr>
              <w:t>0 total; 0 since its plan</w:t>
            </w:r>
          </w:p>
        </w:tc>
        <w:tc>
          <w:tcPr>
            <w:tcW w:type="dxa" w:w="2604"/>
          </w:tcPr>
          <w:p>
            <w:pPr>
              <w:spacing w:after="0"/>
              <w:jc w:val="left"/>
            </w:pPr>
            <w:r>
              <w:rPr>
                <w:sz w:val="16"/>
              </w:rPr>
              <w:t>Includes $18,821.59 for declarations not counted as hazard incidents (DR-4517-WV).</w:t>
            </w:r>
          </w:p>
        </w:tc>
      </w:tr>
      <w:tr>
        <w:trPr>
          <w:cantSplit/>
        </w:trPr>
        <w:tc>
          <w:tcPr>
            <w:tcW w:type="dxa" w:w="1381"/>
          </w:tcPr>
          <w:p>
            <w:pPr>
              <w:spacing w:after="0"/>
              <w:jc w:val="left"/>
            </w:pPr>
            <w:r>
              <w:rPr>
                <w:sz w:val="16"/>
              </w:rPr>
              <w:t>Durbin town</w:t>
            </w:r>
          </w:p>
        </w:tc>
        <w:tc>
          <w:tcPr>
            <w:tcW w:type="dxa" w:w="680"/>
          </w:tcPr>
          <w:p>
            <w:pPr>
              <w:spacing w:after="0"/>
              <w:jc w:val="left"/>
            </w:pPr>
            <w:r>
              <w:rPr>
                <w:sz w:val="16"/>
              </w:rPr>
              <w:t>Town</w:t>
            </w:r>
          </w:p>
        </w:tc>
        <w:tc>
          <w:tcPr>
            <w:tcW w:type="dxa" w:w="2526"/>
          </w:tcPr>
          <w:p>
            <w:pPr>
              <w:spacing w:after="0"/>
              <w:jc w:val="left"/>
            </w:pPr>
            <w:r>
              <w:rPr>
                <w:sz w:val="16"/>
              </w:rPr>
              <w:t>Approved, expires 2027-09-06</w:t>
            </w:r>
          </w:p>
        </w:tc>
        <w:tc>
          <w:tcPr>
            <w:tcW w:type="dxa" w:w="2041"/>
          </w:tcPr>
          <w:p>
            <w:pPr>
              <w:spacing w:after="0"/>
              <w:jc w:val="right"/>
            </w:pPr>
            <w:r>
              <w:rPr>
                <w:sz w:val="16"/>
              </w:rPr>
              <w:t>FMA RL 0, SRL 0; any 0</w:t>
            </w:r>
          </w:p>
        </w:tc>
        <w:tc>
          <w:tcPr>
            <w:tcW w:type="dxa" w:w="2622"/>
          </w:tcPr>
          <w:p>
            <w:pPr>
              <w:spacing w:after="0"/>
              <w:jc w:val="right"/>
            </w:pPr>
            <w:r>
              <w:rPr>
                <w:sz w:val="16"/>
              </w:rPr>
              <w:t>no Public Assistance recorded</w:t>
            </w:r>
          </w:p>
        </w:tc>
        <w:tc>
          <w:tcPr>
            <w:tcW w:type="dxa" w:w="2258"/>
          </w:tcPr>
          <w:p>
            <w:pPr>
              <w:spacing w:after="0"/>
              <w:jc w:val="right"/>
            </w:pPr>
            <w:r>
              <w:rPr>
                <w:sz w:val="16"/>
              </w:rPr>
              <w:t>9 total; 3 since its plan</w:t>
            </w:r>
          </w:p>
        </w:tc>
        <w:tc>
          <w:tcPr>
            <w:tcW w:type="dxa" w:w="2604"/>
          </w:tcPr>
          <w:p>
            <w:pPr>
              <w:spacing w:after="0"/>
              <w:jc w:val="left"/>
            </w:pPr>
          </w:p>
        </w:tc>
      </w:tr>
      <w:tr>
        <w:trPr>
          <w:cantSplit/>
        </w:trPr>
        <w:tc>
          <w:tcPr>
            <w:tcW w:type="dxa" w:w="1381"/>
          </w:tcPr>
          <w:p>
            <w:pPr>
              <w:spacing w:after="0"/>
              <w:jc w:val="left"/>
            </w:pPr>
            <w:r>
              <w:rPr>
                <w:sz w:val="16"/>
              </w:rPr>
              <w:t>Hillsboro town</w:t>
            </w:r>
          </w:p>
        </w:tc>
        <w:tc>
          <w:tcPr>
            <w:tcW w:type="dxa" w:w="680"/>
          </w:tcPr>
          <w:p>
            <w:pPr>
              <w:spacing w:after="0"/>
              <w:jc w:val="left"/>
            </w:pPr>
            <w:r>
              <w:rPr>
                <w:sz w:val="16"/>
              </w:rPr>
              <w:t>Town</w:t>
            </w:r>
          </w:p>
        </w:tc>
        <w:tc>
          <w:tcPr>
            <w:tcW w:type="dxa" w:w="2526"/>
          </w:tcPr>
          <w:p>
            <w:pPr>
              <w:spacing w:after="0"/>
              <w:jc w:val="left"/>
            </w:pPr>
            <w:r>
              <w:rPr>
                <w:sz w:val="16"/>
              </w:rPr>
              <w:t>Approved, expires 2027-09-06</w:t>
            </w:r>
          </w:p>
        </w:tc>
        <w:tc>
          <w:tcPr>
            <w:tcW w:type="dxa" w:w="2041"/>
          </w:tcPr>
          <w:p>
            <w:pPr>
              <w:spacing w:after="0"/>
              <w:jc w:val="right"/>
            </w:pPr>
            <w:r>
              <w:rPr>
                <w:sz w:val="16"/>
              </w:rPr>
              <w:t>FMA RL 0, SRL 0; any 0</w:t>
            </w:r>
          </w:p>
        </w:tc>
        <w:tc>
          <w:tcPr>
            <w:tcW w:type="dxa" w:w="2622"/>
          </w:tcPr>
          <w:p>
            <w:pPr>
              <w:spacing w:after="0"/>
              <w:jc w:val="right"/>
            </w:pPr>
            <w:r>
              <w:rPr>
                <w:sz w:val="16"/>
              </w:rPr>
              <w:t>no Public Assistance recorded</w:t>
            </w:r>
          </w:p>
        </w:tc>
        <w:tc>
          <w:tcPr>
            <w:tcW w:type="dxa" w:w="2258"/>
          </w:tcPr>
          <w:p>
            <w:pPr>
              <w:spacing w:after="0"/>
              <w:jc w:val="right"/>
            </w:pPr>
            <w:r>
              <w:rPr>
                <w:sz w:val="16"/>
              </w:rPr>
              <w:t>7 total; 2 since its plan</w:t>
            </w:r>
          </w:p>
        </w:tc>
        <w:tc>
          <w:tcPr>
            <w:tcW w:type="dxa" w:w="2604"/>
          </w:tcPr>
          <w:p>
            <w:pPr>
              <w:spacing w:after="0"/>
              <w:jc w:val="left"/>
            </w:pPr>
          </w:p>
        </w:tc>
      </w:tr>
      <w:tr>
        <w:trPr>
          <w:cantSplit/>
        </w:trPr>
        <w:tc>
          <w:tcPr>
            <w:tcW w:type="dxa" w:w="1381"/>
          </w:tcPr>
          <w:p>
            <w:pPr>
              <w:spacing w:after="0"/>
              <w:jc w:val="left"/>
            </w:pPr>
            <w:r>
              <w:rPr>
                <w:sz w:val="16"/>
              </w:rPr>
              <w:t>Marlinton town</w:t>
            </w:r>
          </w:p>
        </w:tc>
        <w:tc>
          <w:tcPr>
            <w:tcW w:type="dxa" w:w="680"/>
          </w:tcPr>
          <w:p>
            <w:pPr>
              <w:spacing w:after="0"/>
              <w:jc w:val="left"/>
            </w:pPr>
            <w:r>
              <w:rPr>
                <w:sz w:val="16"/>
              </w:rPr>
              <w:t>Town</w:t>
            </w:r>
          </w:p>
        </w:tc>
        <w:tc>
          <w:tcPr>
            <w:tcW w:type="dxa" w:w="2526"/>
          </w:tcPr>
          <w:p>
            <w:pPr>
              <w:spacing w:after="0"/>
              <w:jc w:val="left"/>
            </w:pPr>
            <w:r>
              <w:rPr>
                <w:sz w:val="16"/>
              </w:rPr>
              <w:t>Approved, expires 2027-09-06</w:t>
            </w:r>
          </w:p>
        </w:tc>
        <w:tc>
          <w:tcPr>
            <w:tcW w:type="dxa" w:w="2041"/>
          </w:tcPr>
          <w:p>
            <w:pPr>
              <w:spacing w:after="0"/>
              <w:jc w:val="right"/>
            </w:pPr>
            <w:r>
              <w:rPr>
                <w:sz w:val="16"/>
              </w:rPr>
              <w:t>FMA RL 0, SRL 16; any 74</w:t>
            </w:r>
          </w:p>
        </w:tc>
        <w:tc>
          <w:tcPr>
            <w:tcW w:type="dxa" w:w="2622"/>
          </w:tcPr>
          <w:p>
            <w:pPr>
              <w:spacing w:after="0"/>
              <w:jc w:val="right"/>
            </w:pPr>
            <w:r>
              <w:rPr>
                <w:sz w:val="16"/>
              </w:rPr>
              <w:t>$44,587.58</w:t>
            </w:r>
          </w:p>
        </w:tc>
        <w:tc>
          <w:tcPr>
            <w:tcW w:type="dxa" w:w="2258"/>
          </w:tcPr>
          <w:p>
            <w:pPr>
              <w:spacing w:after="0"/>
              <w:jc w:val="right"/>
            </w:pPr>
            <w:r>
              <w:rPr>
                <w:sz w:val="16"/>
              </w:rPr>
              <w:t>19 total; 2 since its plan</w:t>
            </w:r>
          </w:p>
        </w:tc>
        <w:tc>
          <w:tcPr>
            <w:tcW w:type="dxa" w:w="2604"/>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2"/>
        <w:gridCol w:w="1041"/>
        <w:gridCol w:w="1037"/>
        <w:gridCol w:w="1126"/>
        <w:gridCol w:w="936"/>
        <w:gridCol w:w="1305"/>
        <w:gridCol w:w="1170"/>
        <w:gridCol w:w="1076"/>
        <w:gridCol w:w="1243"/>
        <w:gridCol w:w="161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0"/>
            <w:shd w:val="clear" w:color="auto" w:fill="E8E8E8"/>
          </w:tcPr>
          <w:p>
            <w:pPr>
              <w:spacing w:after="0"/>
              <w:jc w:val="right"/>
            </w:pPr>
            <w:r>
              <w:rPr>
                <w:b/>
                <w:sz w:val="16"/>
              </w:rPr>
              <w:t>Storm Events damage since 2022-09-07</w:t>
            </w:r>
          </w:p>
          <w:p>
            <w:pPr>
              <w:spacing w:after="0"/>
              <w:jc w:val="right"/>
            </w:pPr>
            <w:r>
              <w:rPr>
                <w:i/>
                <w:color w:val="555555"/>
                <w:sz w:val="14"/>
              </w:rPr>
              <w:t>county-coded records, property plus crops, nominal dollars</w:t>
            </w:r>
          </w:p>
        </w:tc>
        <w:tc>
          <w:tcPr>
            <w:tcW w:type="dxa" w:w="107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$334,182</w:t>
            </w:r>
          </w:p>
        </w:tc>
        <w:tc>
          <w:tcPr>
            <w:tcW w:type="dxa" w:w="1132"/>
          </w:tcPr>
          <w:p>
            <w:pPr>
              <w:spacing w:after="0"/>
              <w:jc w:val="right"/>
            </w:pPr>
            <w:r>
              <w:rPr>
                <w:sz w:val="16"/>
              </w:rPr>
              <w:t>n/a</w:t>
            </w:r>
          </w:p>
        </w:tc>
        <w:tc>
          <w:tcPr>
            <w:tcW w:type="dxa" w:w="1041"/>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36"/>
          </w:tcPr>
          <w:p>
            <w:pPr>
              <w:spacing w:after="0"/>
              <w:jc w:val="right"/>
            </w:pPr>
            <w:r>
              <w:rPr>
                <w:sz w:val="16"/>
              </w:rPr>
              <w:t>$2,159</w:t>
            </w:r>
          </w:p>
        </w:tc>
        <w:tc>
          <w:tcPr>
            <w:tcW w:type="dxa" w:w="1305"/>
          </w:tcPr>
          <w:p>
            <w:pPr>
              <w:spacing w:after="0"/>
              <w:jc w:val="right"/>
            </w:pPr>
            <w:r>
              <w:rPr>
                <w:sz w:val="16"/>
              </w:rPr>
              <w:t>under 0.0001%</w:t>
            </w: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$2,324,316,586</w:t>
            </w:r>
          </w:p>
        </w:tc>
        <w:tc>
          <w:tcPr>
            <w:tcW w:type="dxa" w:w="1132"/>
          </w:tcPr>
          <w:p>
            <w:pPr>
              <w:spacing w:after="0"/>
              <w:jc w:val="right"/>
            </w:pPr>
            <w:r>
              <w:rPr>
                <w:sz w:val="16"/>
              </w:rPr>
              <w:t>$11,025,159</w:t>
            </w:r>
          </w:p>
        </w:tc>
        <w:tc>
          <w:tcPr>
            <w:tcW w:type="dxa" w:w="1041"/>
          </w:tcPr>
          <w:p>
            <w:pPr>
              <w:spacing w:after="0"/>
              <w:jc w:val="right"/>
            </w:pPr>
            <w:r>
              <w:rPr>
                <w:sz w:val="16"/>
              </w:rPr>
              <w:t>7,845</w:t>
            </w:r>
          </w:p>
        </w:tc>
        <w:tc>
          <w:tcPr>
            <w:tcW w:type="dxa" w:w="1037"/>
          </w:tcPr>
          <w:p>
            <w:pPr>
              <w:spacing w:after="0"/>
              <w:jc w:val="right"/>
            </w:pPr>
            <w:r>
              <w:rPr>
                <w:sz w:val="16"/>
              </w:rPr>
              <w:t>$8,147</w:t>
            </w:r>
          </w:p>
        </w:tc>
        <w:tc>
          <w:tcPr>
            <w:tcW w:type="dxa" w:w="1126"/>
          </w:tcPr>
          <w:p>
            <w:pPr>
              <w:spacing w:after="0"/>
              <w:jc w:val="right"/>
            </w:pPr>
            <w:r>
              <w:rPr>
                <w:sz w:val="16"/>
              </w:rPr>
              <w:t>$8,623</w:t>
            </w:r>
          </w:p>
        </w:tc>
        <w:tc>
          <w:tcPr>
            <w:tcW w:type="dxa" w:w="936"/>
          </w:tcPr>
          <w:p>
            <w:pPr>
              <w:spacing w:after="0"/>
              <w:jc w:val="right"/>
            </w:pPr>
            <w:r>
              <w:rPr>
                <w:sz w:val="16"/>
              </w:rPr>
              <w:t>$654,785</w:t>
            </w:r>
          </w:p>
        </w:tc>
        <w:tc>
          <w:tcPr>
            <w:tcW w:type="dxa" w:w="1305"/>
          </w:tcPr>
          <w:p>
            <w:pPr>
              <w:spacing w:after="0"/>
              <w:jc w:val="right"/>
            </w:pPr>
            <w:r>
              <w:rPr>
                <w:sz w:val="16"/>
              </w:rPr>
              <w:t>0.000351%</w:t>
            </w:r>
          </w:p>
        </w:tc>
        <w:tc>
          <w:tcPr>
            <w:tcW w:type="dxa" w:w="1170"/>
          </w:tcPr>
          <w:p>
            <w:pPr>
              <w:spacing w:after="0"/>
              <w:jc w:val="right"/>
            </w:pPr>
          </w:p>
        </w:tc>
        <w:tc>
          <w:tcPr>
            <w:tcW w:type="dxa" w:w="1076"/>
          </w:tcPr>
          <w:p>
            <w:pPr>
              <w:spacing w:after="0"/>
              <w:jc w:val="right"/>
            </w:pPr>
            <w:r>
              <w:rPr>
                <w:sz w:val="16"/>
              </w:rPr>
              <w:t>$0</w:t>
            </w:r>
          </w:p>
        </w:tc>
        <w:tc>
          <w:tcPr>
            <w:tcW w:type="dxa" w:w="1243"/>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$1,620,340</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$29,014</w:t>
            </w:r>
          </w:p>
        </w:tc>
        <w:tc>
          <w:tcPr>
            <w:tcW w:type="dxa" w:w="936"/>
          </w:tcPr>
          <w:p>
            <w:pPr>
              <w:spacing w:after="0"/>
              <w:jc w:val="right"/>
            </w:pPr>
            <w:r>
              <w:rPr>
                <w:sz w:val="16"/>
              </w:rPr>
              <w:t>n/a</w:t>
            </w:r>
          </w:p>
        </w:tc>
        <w:tc>
          <w:tcPr>
            <w:tcW w:type="dxa" w:w="1305"/>
          </w:tcPr>
          <w:p>
            <w:pPr>
              <w:spacing w:after="0"/>
              <w:jc w:val="right"/>
            </w:pPr>
            <w:r>
              <w:rPr>
                <w:sz w:val="16"/>
              </w:rPr>
              <w:t>1.79% (agriculture)</w:t>
            </w:r>
          </w:p>
        </w:tc>
        <w:tc>
          <w:tcPr>
            <w:tcW w:type="dxa" w:w="1170"/>
          </w:tcPr>
          <w:p>
            <w:pPr>
              <w:spacing w:after="0"/>
              <w:jc w:val="right"/>
            </w:pPr>
          </w:p>
        </w:tc>
        <w:tc>
          <w:tcPr>
            <w:tcW w:type="dxa" w:w="1076"/>
          </w:tcPr>
          <w:p>
            <w:pPr>
              <w:spacing w:after="0"/>
              <w:jc w:val="right"/>
            </w:pPr>
            <w:r>
              <w:rPr>
                <w:sz w:val="16"/>
              </w:rPr>
              <w:t>$0</w:t>
            </w:r>
          </w:p>
        </w:tc>
        <w:tc>
          <w:tcPr>
            <w:tcW w:type="dxa" w:w="1243"/>
          </w:tcPr>
          <w:p>
            <w:pPr>
              <w:spacing w:after="0"/>
              <w:jc w:val="right"/>
            </w:pPr>
          </w:p>
        </w:tc>
        <w:tc>
          <w:tcPr>
            <w:tcW w:type="dxa" w:w="161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$3,706,599,701</w:t>
            </w:r>
          </w:p>
        </w:tc>
        <w:tc>
          <w:tcPr>
            <w:tcW w:type="dxa" w:w="1132"/>
          </w:tcPr>
          <w:p>
            <w:pPr>
              <w:spacing w:after="0"/>
              <w:jc w:val="right"/>
            </w:pPr>
            <w:r>
              <w:rPr>
                <w:sz w:val="16"/>
              </w:rPr>
              <w:t>n/a</w:t>
            </w:r>
          </w:p>
        </w:tc>
        <w:tc>
          <w:tcPr>
            <w:tcW w:type="dxa" w:w="1041"/>
          </w:tcPr>
          <w:p>
            <w:pPr>
              <w:spacing w:after="0"/>
              <w:jc w:val="right"/>
            </w:pPr>
            <w:r>
              <w:rPr>
                <w:sz w:val="16"/>
              </w:rPr>
              <w:t>7,869</w:t>
            </w:r>
          </w:p>
        </w:tc>
        <w:tc>
          <w:tcPr>
            <w:tcW w:type="dxa" w:w="1037"/>
          </w:tcPr>
          <w:p>
            <w:pPr>
              <w:spacing w:after="0"/>
              <w:jc w:val="right"/>
            </w:pPr>
            <w:r>
              <w:rPr>
                <w:sz w:val="16"/>
              </w:rPr>
              <w:t>$23,681</w:t>
            </w:r>
          </w:p>
        </w:tc>
        <w:tc>
          <w:tcPr>
            <w:tcW w:type="dxa" w:w="1126"/>
          </w:tcPr>
          <w:p>
            <w:pPr>
              <w:spacing w:after="0"/>
              <w:jc w:val="right"/>
            </w:pPr>
            <w:r>
              <w:rPr>
                <w:sz w:val="16"/>
              </w:rPr>
              <w:t>n/a</w:t>
            </w:r>
          </w:p>
        </w:tc>
        <w:tc>
          <w:tcPr>
            <w:tcW w:type="dxa" w:w="936"/>
          </w:tcPr>
          <w:p>
            <w:pPr>
              <w:spacing w:after="0"/>
              <w:jc w:val="right"/>
            </w:pPr>
            <w:r>
              <w:rPr>
                <w:sz w:val="16"/>
              </w:rPr>
              <w:t>$3,803</w:t>
            </w:r>
          </w:p>
        </w:tc>
        <w:tc>
          <w:tcPr>
            <w:tcW w:type="dxa" w:w="1305"/>
          </w:tcPr>
          <w:p>
            <w:pPr>
              <w:spacing w:after="0"/>
              <w:jc w:val="right"/>
            </w:pPr>
            <w:r>
              <w:rPr>
                <w:sz w:val="16"/>
              </w:rPr>
              <w:t>0.000639%</w:t>
            </w: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$2,324,316,586</w:t>
            </w:r>
          </w:p>
        </w:tc>
        <w:tc>
          <w:tcPr>
            <w:tcW w:type="dxa" w:w="1132"/>
          </w:tcPr>
          <w:p>
            <w:pPr>
              <w:spacing w:after="0"/>
              <w:jc w:val="right"/>
            </w:pPr>
            <w:r>
              <w:rPr>
                <w:sz w:val="16"/>
              </w:rPr>
              <w:t>$11,025,159</w:t>
            </w:r>
          </w:p>
        </w:tc>
        <w:tc>
          <w:tcPr>
            <w:tcW w:type="dxa" w:w="1041"/>
          </w:tcPr>
          <w:p>
            <w:pPr>
              <w:spacing w:after="0"/>
              <w:jc w:val="right"/>
            </w:pPr>
            <w:r>
              <w:rPr>
                <w:sz w:val="16"/>
              </w:rPr>
              <w:t>7,845</w:t>
            </w:r>
          </w:p>
        </w:tc>
        <w:tc>
          <w:tcPr>
            <w:tcW w:type="dxa" w:w="1037"/>
          </w:tcPr>
          <w:p>
            <w:pPr>
              <w:spacing w:after="0"/>
              <w:jc w:val="right"/>
            </w:pPr>
            <w:r>
              <w:rPr>
                <w:sz w:val="16"/>
              </w:rPr>
              <w:t>$31,854</w:t>
            </w:r>
          </w:p>
        </w:tc>
        <w:tc>
          <w:tcPr>
            <w:tcW w:type="dxa" w:w="1126"/>
          </w:tcPr>
          <w:p>
            <w:pPr>
              <w:spacing w:after="0"/>
              <w:jc w:val="right"/>
            </w:pPr>
            <w:r>
              <w:rPr>
                <w:sz w:val="16"/>
              </w:rPr>
              <w:t>$148</w:t>
            </w:r>
          </w:p>
        </w:tc>
        <w:tc>
          <w:tcPr>
            <w:tcW w:type="dxa" w:w="936"/>
          </w:tcPr>
          <w:p>
            <w:pPr>
              <w:spacing w:after="0"/>
              <w:jc w:val="right"/>
            </w:pPr>
            <w:r>
              <w:rPr>
                <w:sz w:val="16"/>
              </w:rPr>
              <w:t>$17,458</w:t>
            </w:r>
          </w:p>
        </w:tc>
        <w:tc>
          <w:tcPr>
            <w:tcW w:type="dxa" w:w="1305"/>
          </w:tcPr>
          <w:p>
            <w:pPr>
              <w:spacing w:after="0"/>
              <w:jc w:val="right"/>
            </w:pPr>
            <w:r>
              <w:rPr>
                <w:sz w:val="16"/>
              </w:rPr>
              <w:t>0.00137%</w:t>
            </w:r>
          </w:p>
        </w:tc>
        <w:tc>
          <w:tcPr>
            <w:tcW w:type="dxa" w:w="1170"/>
          </w:tcPr>
          <w:p>
            <w:pPr>
              <w:spacing w:after="0"/>
              <w:jc w:val="right"/>
            </w:pPr>
            <w:r>
              <w:rPr>
                <w:sz w:val="16"/>
              </w:rPr>
              <w:t>$0</w:t>
            </w:r>
          </w:p>
        </w:tc>
        <w:tc>
          <w:tcPr>
            <w:tcW w:type="dxa" w:w="1076"/>
          </w:tcPr>
          <w:p>
            <w:pPr>
              <w:spacing w:after="0"/>
              <w:jc w:val="right"/>
            </w:pPr>
          </w:p>
        </w:tc>
        <w:tc>
          <w:tcPr>
            <w:tcW w:type="dxa" w:w="1243"/>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w:t>
            </w:r>
          </w:p>
        </w:tc>
        <w:tc>
          <w:tcPr>
            <w:tcW w:type="dxa" w:w="1132"/>
          </w:tcPr>
          <w:p>
            <w:pPr>
              <w:spacing w:after="0"/>
              <w:jc w:val="right"/>
            </w:pPr>
            <w:r>
              <w:rPr>
                <w:sz w:val="16"/>
              </w:rPr>
              <w:t>$0</w:t>
            </w:r>
          </w:p>
        </w:tc>
        <w:tc>
          <w:tcPr>
            <w:tcW w:type="dxa" w:w="1041"/>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36"/>
          </w:tcPr>
          <w:p>
            <w:pPr>
              <w:spacing w:after="0"/>
              <w:jc w:val="right"/>
            </w:pPr>
            <w:r>
              <w:rPr>
                <w:sz w:val="16"/>
              </w:rPr>
              <w:t>$0</w:t>
            </w:r>
          </w:p>
        </w:tc>
        <w:tc>
          <w:tcPr>
            <w:tcW w:type="dxa" w:w="1305"/>
          </w:tcPr>
          <w:p>
            <w:pPr>
              <w:spacing w:after="0"/>
              <w:jc w:val="right"/>
            </w:pP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7"/>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394"/>
          </w:tcPr>
          <w:p>
            <w:pPr>
              <w:spacing w:after="0"/>
              <w:jc w:val="right"/>
            </w:pPr>
            <w:r>
              <w:rPr>
                <w:sz w:val="16"/>
              </w:rPr>
              <w:t>$2,303,324,996</w:t>
            </w:r>
          </w:p>
        </w:tc>
        <w:tc>
          <w:tcPr>
            <w:tcW w:type="dxa" w:w="1132"/>
          </w:tcPr>
          <w:p>
            <w:pPr>
              <w:spacing w:after="0"/>
              <w:jc w:val="right"/>
            </w:pPr>
            <w:r>
              <w:rPr>
                <w:sz w:val="16"/>
              </w:rPr>
              <w:t>$10,663,144</w:t>
            </w:r>
          </w:p>
        </w:tc>
        <w:tc>
          <w:tcPr>
            <w:tcW w:type="dxa" w:w="1041"/>
          </w:tcPr>
          <w:p>
            <w:pPr>
              <w:spacing w:after="0"/>
              <w:jc w:val="right"/>
            </w:pPr>
            <w:r>
              <w:rPr>
                <w:sz w:val="16"/>
              </w:rPr>
              <w:t>7,773</w:t>
            </w:r>
          </w:p>
        </w:tc>
        <w:tc>
          <w:tcPr>
            <w:tcW w:type="dxa" w:w="1037"/>
          </w:tcPr>
          <w:p>
            <w:pPr>
              <w:spacing w:after="0"/>
              <w:jc w:val="right"/>
            </w:pPr>
            <w:r>
              <w:rPr>
                <w:sz w:val="16"/>
              </w:rPr>
              <w:t>$42,161</w:t>
            </w:r>
          </w:p>
        </w:tc>
        <w:tc>
          <w:tcPr>
            <w:tcW w:type="dxa" w:w="1126"/>
          </w:tcPr>
          <w:p>
            <w:pPr>
              <w:spacing w:after="0"/>
              <w:jc w:val="right"/>
            </w:pPr>
            <w:r>
              <w:rPr>
                <w:sz w:val="16"/>
              </w:rPr>
              <w:t>$2,666</w:t>
            </w:r>
          </w:p>
        </w:tc>
        <w:tc>
          <w:tcPr>
            <w:tcW w:type="dxa" w:w="936"/>
          </w:tcPr>
          <w:p>
            <w:pPr>
              <w:spacing w:after="0"/>
              <w:jc w:val="right"/>
            </w:pPr>
            <w:r>
              <w:rPr>
                <w:sz w:val="16"/>
              </w:rPr>
              <w:t>$1,024</w:t>
            </w:r>
          </w:p>
        </w:tc>
        <w:tc>
          <w:tcPr>
            <w:tcW w:type="dxa" w:w="1305"/>
          </w:tcPr>
          <w:p>
            <w:pPr>
              <w:spacing w:after="0"/>
              <w:jc w:val="right"/>
            </w:pPr>
            <w:r>
              <w:rPr>
                <w:sz w:val="16"/>
              </w:rPr>
              <w:t>0.00183%</w:t>
            </w: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$2,324,316,586</w:t>
            </w:r>
          </w:p>
        </w:tc>
        <w:tc>
          <w:tcPr>
            <w:tcW w:type="dxa" w:w="1132"/>
          </w:tcPr>
          <w:p>
            <w:pPr>
              <w:spacing w:after="0"/>
              <w:jc w:val="right"/>
            </w:pPr>
            <w:r>
              <w:rPr>
                <w:sz w:val="16"/>
              </w:rPr>
              <w:t>n/a</w:t>
            </w:r>
          </w:p>
        </w:tc>
        <w:tc>
          <w:tcPr>
            <w:tcW w:type="dxa" w:w="1041"/>
          </w:tcPr>
          <w:p>
            <w:pPr>
              <w:spacing w:after="0"/>
              <w:jc w:val="right"/>
            </w:pPr>
            <w:r>
              <w:rPr>
                <w:sz w:val="16"/>
              </w:rPr>
              <w:t>7,845</w:t>
            </w:r>
          </w:p>
        </w:tc>
        <w:tc>
          <w:tcPr>
            <w:tcW w:type="dxa" w:w="1037"/>
          </w:tcPr>
          <w:p>
            <w:pPr>
              <w:spacing w:after="0"/>
              <w:jc w:val="right"/>
            </w:pPr>
            <w:r>
              <w:rPr>
                <w:sz w:val="16"/>
              </w:rPr>
              <w:t>$5,930</w:t>
            </w:r>
          </w:p>
        </w:tc>
        <w:tc>
          <w:tcPr>
            <w:tcW w:type="dxa" w:w="1126"/>
          </w:tcPr>
          <w:p>
            <w:pPr>
              <w:spacing w:after="0"/>
              <w:jc w:val="right"/>
            </w:pPr>
            <w:r>
              <w:rPr>
                <w:sz w:val="16"/>
              </w:rPr>
              <w:t>n/a</w:t>
            </w:r>
          </w:p>
        </w:tc>
        <w:tc>
          <w:tcPr>
            <w:tcW w:type="dxa" w:w="936"/>
          </w:tcPr>
          <w:p>
            <w:pPr>
              <w:spacing w:after="0"/>
              <w:jc w:val="right"/>
            </w:pPr>
            <w:r>
              <w:rPr>
                <w:sz w:val="16"/>
              </w:rPr>
              <w:t>$809</w:t>
            </w:r>
          </w:p>
        </w:tc>
        <w:tc>
          <w:tcPr>
            <w:tcW w:type="dxa" w:w="1305"/>
          </w:tcPr>
          <w:p>
            <w:pPr>
              <w:spacing w:after="0"/>
              <w:jc w:val="right"/>
            </w:pPr>
            <w:r>
              <w:rPr>
                <w:sz w:val="16"/>
              </w:rPr>
              <w:t>0.000255%</w:t>
            </w: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$2,321,374,795</w:t>
            </w:r>
          </w:p>
        </w:tc>
        <w:tc>
          <w:tcPr>
            <w:tcW w:type="dxa" w:w="1132"/>
          </w:tcPr>
          <w:p>
            <w:pPr>
              <w:spacing w:after="0"/>
              <w:jc w:val="right"/>
            </w:pPr>
            <w:r>
              <w:rPr>
                <w:sz w:val="16"/>
              </w:rPr>
              <w:t>$1,103,949</w:t>
            </w:r>
          </w:p>
        </w:tc>
        <w:tc>
          <w:tcPr>
            <w:tcW w:type="dxa" w:w="1041"/>
          </w:tcPr>
          <w:p>
            <w:pPr>
              <w:spacing w:after="0"/>
              <w:jc w:val="right"/>
            </w:pPr>
            <w:r>
              <w:rPr>
                <w:sz w:val="16"/>
              </w:rPr>
              <w:t>787</w:t>
            </w:r>
          </w:p>
        </w:tc>
        <w:tc>
          <w:tcPr>
            <w:tcW w:type="dxa" w:w="1037"/>
          </w:tcPr>
          <w:p>
            <w:pPr>
              <w:spacing w:after="0"/>
              <w:jc w:val="right"/>
            </w:pPr>
            <w:r>
              <w:rPr>
                <w:sz w:val="16"/>
              </w:rPr>
              <w:t>$5,523,592</w:t>
            </w:r>
          </w:p>
        </w:tc>
        <w:tc>
          <w:tcPr>
            <w:tcW w:type="dxa" w:w="1126"/>
          </w:tcPr>
          <w:p>
            <w:pPr>
              <w:spacing w:after="0"/>
              <w:jc w:val="right"/>
            </w:pPr>
            <w:r>
              <w:rPr>
                <w:sz w:val="16"/>
              </w:rPr>
              <w:t>$11,836</w:t>
            </w:r>
          </w:p>
        </w:tc>
        <w:tc>
          <w:tcPr>
            <w:tcW w:type="dxa" w:w="936"/>
          </w:tcPr>
          <w:p>
            <w:pPr>
              <w:spacing w:after="0"/>
              <w:jc w:val="right"/>
            </w:pPr>
            <w:r>
              <w:rPr>
                <w:sz w:val="16"/>
              </w:rPr>
              <w:t>$35,316</w:t>
            </w:r>
          </w:p>
        </w:tc>
        <w:tc>
          <w:tcPr>
            <w:tcW w:type="dxa" w:w="1305"/>
          </w:tcPr>
          <w:p>
            <w:pPr>
              <w:spacing w:after="0"/>
              <w:jc w:val="right"/>
            </w:pPr>
            <w:r>
              <w:rPr>
                <w:sz w:val="16"/>
              </w:rPr>
              <w:t>n/a (see note)</w:t>
            </w:r>
          </w:p>
        </w:tc>
        <w:tc>
          <w:tcPr>
            <w:tcW w:type="dxa" w:w="1170"/>
          </w:tcPr>
          <w:p>
            <w:pPr>
              <w:spacing w:after="0"/>
              <w:jc w:val="right"/>
            </w:pPr>
            <w:r>
              <w:rPr>
                <w:sz w:val="16"/>
              </w:rPr>
              <w:t>$1,750</w:t>
            </w:r>
          </w:p>
        </w:tc>
        <w:tc>
          <w:tcPr>
            <w:tcW w:type="dxa" w:w="1076"/>
          </w:tcPr>
          <w:p>
            <w:pPr>
              <w:spacing w:after="0"/>
              <w:jc w:val="right"/>
            </w:pPr>
          </w:p>
        </w:tc>
        <w:tc>
          <w:tcPr>
            <w:tcW w:type="dxa" w:w="1243"/>
          </w:tcPr>
          <w:p>
            <w:pPr>
              <w:spacing w:after="0"/>
              <w:jc w:val="right"/>
            </w:pPr>
          </w:p>
        </w:tc>
        <w:tc>
          <w:tcPr>
            <w:tcW w:type="dxa" w:w="16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$367,684,327</w:t>
            </w:r>
          </w:p>
        </w:tc>
        <w:tc>
          <w:tcPr>
            <w:tcW w:type="dxa" w:w="1132"/>
          </w:tcPr>
          <w:p>
            <w:pPr>
              <w:spacing w:after="0"/>
              <w:jc w:val="right"/>
            </w:pPr>
            <w:r>
              <w:rPr>
                <w:sz w:val="16"/>
              </w:rPr>
              <w:t>n/a</w:t>
            </w:r>
          </w:p>
        </w:tc>
        <w:tc>
          <w:tcPr>
            <w:tcW w:type="dxa" w:w="1041"/>
          </w:tcPr>
          <w:p>
            <w:pPr>
              <w:spacing w:after="0"/>
              <w:jc w:val="right"/>
            </w:pPr>
            <w:r>
              <w:rPr>
                <w:sz w:val="16"/>
              </w:rPr>
              <w:t>1,236</w:t>
            </w:r>
          </w:p>
        </w:tc>
        <w:tc>
          <w:tcPr>
            <w:tcW w:type="dxa" w:w="1037"/>
          </w:tcPr>
          <w:p>
            <w:pPr>
              <w:spacing w:after="0"/>
              <w:jc w:val="right"/>
            </w:pPr>
            <w:r>
              <w:rPr>
                <w:sz w:val="16"/>
              </w:rPr>
              <w:t>$16,844</w:t>
            </w:r>
          </w:p>
        </w:tc>
        <w:tc>
          <w:tcPr>
            <w:tcW w:type="dxa" w:w="1126"/>
          </w:tcPr>
          <w:p>
            <w:pPr>
              <w:spacing w:after="0"/>
              <w:jc w:val="right"/>
            </w:pPr>
            <w:r>
              <w:rPr>
                <w:sz w:val="16"/>
              </w:rPr>
              <w:t>n/a</w:t>
            </w:r>
          </w:p>
        </w:tc>
        <w:tc>
          <w:tcPr>
            <w:tcW w:type="dxa" w:w="936"/>
          </w:tcPr>
          <w:p>
            <w:pPr>
              <w:spacing w:after="0"/>
              <w:jc w:val="right"/>
            </w:pPr>
            <w:r>
              <w:rPr>
                <w:sz w:val="16"/>
              </w:rPr>
              <w:t>$24,712</w:t>
            </w:r>
          </w:p>
        </w:tc>
        <w:tc>
          <w:tcPr>
            <w:tcW w:type="dxa" w:w="1305"/>
          </w:tcPr>
          <w:p>
            <w:pPr>
              <w:spacing w:after="0"/>
              <w:jc w:val="right"/>
            </w:pPr>
            <w:r>
              <w:rPr>
                <w:sz w:val="16"/>
              </w:rPr>
              <w:t>0.00458%</w:t>
            </w: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$2,324,316,586</w:t>
            </w:r>
          </w:p>
        </w:tc>
        <w:tc>
          <w:tcPr>
            <w:tcW w:type="dxa" w:w="1132"/>
          </w:tcPr>
          <w:p>
            <w:pPr>
              <w:spacing w:after="0"/>
              <w:jc w:val="right"/>
            </w:pPr>
            <w:r>
              <w:rPr>
                <w:sz w:val="16"/>
              </w:rPr>
              <w:t>n/a</w:t>
            </w:r>
          </w:p>
        </w:tc>
        <w:tc>
          <w:tcPr>
            <w:tcW w:type="dxa" w:w="1041"/>
          </w:tcPr>
          <w:p>
            <w:pPr>
              <w:spacing w:after="0"/>
              <w:jc w:val="right"/>
            </w:pPr>
            <w:r>
              <w:rPr>
                <w:sz w:val="16"/>
              </w:rPr>
              <w:t>7,845</w:t>
            </w:r>
          </w:p>
        </w:tc>
        <w:tc>
          <w:tcPr>
            <w:tcW w:type="dxa" w:w="1037"/>
          </w:tcPr>
          <w:p>
            <w:pPr>
              <w:spacing w:after="0"/>
              <w:jc w:val="right"/>
            </w:pPr>
            <w:r>
              <w:rPr>
                <w:sz w:val="16"/>
              </w:rPr>
              <w:t>$3,186</w:t>
            </w:r>
          </w:p>
        </w:tc>
        <w:tc>
          <w:tcPr>
            <w:tcW w:type="dxa" w:w="1126"/>
          </w:tcPr>
          <w:p>
            <w:pPr>
              <w:spacing w:after="0"/>
              <w:jc w:val="right"/>
            </w:pPr>
            <w:r>
              <w:rPr>
                <w:sz w:val="16"/>
              </w:rPr>
              <w:t>n/a</w:t>
            </w:r>
          </w:p>
        </w:tc>
        <w:tc>
          <w:tcPr>
            <w:tcW w:type="dxa" w:w="936"/>
          </w:tcPr>
          <w:p>
            <w:pPr>
              <w:spacing w:after="0"/>
              <w:jc w:val="right"/>
            </w:pPr>
            <w:r>
              <w:rPr>
                <w:sz w:val="16"/>
              </w:rPr>
              <w:t>$181,044</w:t>
            </w:r>
          </w:p>
        </w:tc>
        <w:tc>
          <w:tcPr>
            <w:tcW w:type="dxa" w:w="1305"/>
          </w:tcPr>
          <w:p>
            <w:pPr>
              <w:spacing w:after="0"/>
              <w:jc w:val="right"/>
            </w:pPr>
            <w:r>
              <w:rPr>
                <w:sz w:val="16"/>
              </w:rPr>
              <w:t>0.000137%</w:t>
            </w: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$2,324,316,586</w:t>
            </w:r>
          </w:p>
        </w:tc>
        <w:tc>
          <w:tcPr>
            <w:tcW w:type="dxa" w:w="1132"/>
          </w:tcPr>
          <w:p>
            <w:pPr>
              <w:spacing w:after="0"/>
              <w:jc w:val="right"/>
            </w:pPr>
            <w:r>
              <w:rPr>
                <w:sz w:val="16"/>
              </w:rPr>
              <w:t>$11,025,159</w:t>
            </w:r>
          </w:p>
        </w:tc>
        <w:tc>
          <w:tcPr>
            <w:tcW w:type="dxa" w:w="1041"/>
          </w:tcPr>
          <w:p>
            <w:pPr>
              <w:spacing w:after="0"/>
              <w:jc w:val="right"/>
            </w:pPr>
            <w:r>
              <w:rPr>
                <w:sz w:val="16"/>
              </w:rPr>
              <w:t>7,845</w:t>
            </w:r>
          </w:p>
        </w:tc>
        <w:tc>
          <w:tcPr>
            <w:tcW w:type="dxa" w:w="1037"/>
          </w:tcPr>
          <w:p>
            <w:pPr>
              <w:spacing w:after="0"/>
              <w:jc w:val="right"/>
            </w:pPr>
            <w:r>
              <w:rPr>
                <w:sz w:val="16"/>
              </w:rPr>
              <w:t>$49,332</w:t>
            </w:r>
          </w:p>
        </w:tc>
        <w:tc>
          <w:tcPr>
            <w:tcW w:type="dxa" w:w="1126"/>
          </w:tcPr>
          <w:p>
            <w:pPr>
              <w:spacing w:after="0"/>
              <w:jc w:val="right"/>
            </w:pPr>
            <w:r>
              <w:rPr>
                <w:sz w:val="16"/>
              </w:rPr>
              <w:t>$1,684</w:t>
            </w:r>
          </w:p>
        </w:tc>
        <w:tc>
          <w:tcPr>
            <w:tcW w:type="dxa" w:w="936"/>
          </w:tcPr>
          <w:p>
            <w:pPr>
              <w:spacing w:after="0"/>
              <w:jc w:val="right"/>
            </w:pPr>
            <w:r>
              <w:rPr>
                <w:sz w:val="16"/>
              </w:rPr>
              <w:t>$47,993</w:t>
            </w:r>
          </w:p>
        </w:tc>
        <w:tc>
          <w:tcPr>
            <w:tcW w:type="dxa" w:w="1305"/>
          </w:tcPr>
          <w:p>
            <w:pPr>
              <w:spacing w:after="0"/>
              <w:jc w:val="right"/>
            </w:pPr>
            <w:r>
              <w:rPr>
                <w:sz w:val="16"/>
              </w:rPr>
              <w:t>0.00212%</w:t>
            </w:r>
          </w:p>
        </w:tc>
        <w:tc>
          <w:tcPr>
            <w:tcW w:type="dxa" w:w="1170"/>
          </w:tcPr>
          <w:p>
            <w:pPr>
              <w:spacing w:after="0"/>
              <w:jc w:val="right"/>
            </w:pPr>
            <w:r>
              <w:rPr>
                <w:sz w:val="16"/>
              </w:rPr>
              <w:t>$20,250</w:t>
            </w:r>
          </w:p>
        </w:tc>
        <w:tc>
          <w:tcPr>
            <w:tcW w:type="dxa" w:w="1076"/>
          </w:tcPr>
          <w:p>
            <w:pPr>
              <w:spacing w:after="0"/>
              <w:jc w:val="right"/>
            </w:pPr>
            <w:r>
              <w:rPr>
                <w:sz w:val="16"/>
              </w:rPr>
              <w:t>$26,260</w:t>
            </w:r>
          </w:p>
        </w:tc>
        <w:tc>
          <w:tcPr>
            <w:tcW w:type="dxa" w:w="1243"/>
          </w:tcPr>
          <w:p>
            <w:pPr>
              <w:spacing w:after="0"/>
              <w:jc w:val="right"/>
            </w:pPr>
          </w:p>
        </w:tc>
        <w:tc>
          <w:tcPr>
            <w:tcW w:type="dxa" w:w="1617"/>
          </w:tcPr>
          <w:p>
            <w:pPr>
              <w:spacing w:after="0"/>
              <w:jc w:val="left"/>
            </w:pPr>
            <w:r>
              <w:rPr>
                <w:sz w:val="16"/>
              </w:rPr>
              <w:t>Storm Events damage since the plan includes 2 zone-level High Wind records ($6,500) and 15 zone-level Strong Wind records ($19,760): NOAA non-thunderstorm wind types,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$2,324,316,586</w:t>
            </w:r>
          </w:p>
        </w:tc>
        <w:tc>
          <w:tcPr>
            <w:tcW w:type="dxa" w:w="1132"/>
          </w:tcPr>
          <w:p>
            <w:pPr>
              <w:spacing w:after="0"/>
              <w:jc w:val="right"/>
            </w:pPr>
            <w:r>
              <w:rPr>
                <w:sz w:val="16"/>
              </w:rPr>
              <w:t>$11,025,159</w:t>
            </w:r>
          </w:p>
        </w:tc>
        <w:tc>
          <w:tcPr>
            <w:tcW w:type="dxa" w:w="1041"/>
          </w:tcPr>
          <w:p>
            <w:pPr>
              <w:spacing w:after="0"/>
              <w:jc w:val="right"/>
            </w:pPr>
            <w:r>
              <w:rPr>
                <w:sz w:val="16"/>
              </w:rPr>
              <w:t>7,845</w:t>
            </w:r>
          </w:p>
        </w:tc>
        <w:tc>
          <w:tcPr>
            <w:tcW w:type="dxa" w:w="1037"/>
          </w:tcPr>
          <w:p>
            <w:pPr>
              <w:spacing w:after="0"/>
              <w:jc w:val="right"/>
            </w:pPr>
            <w:r>
              <w:rPr>
                <w:sz w:val="16"/>
              </w:rPr>
              <w:t>$13,431</w:t>
            </w:r>
          </w:p>
        </w:tc>
        <w:tc>
          <w:tcPr>
            <w:tcW w:type="dxa" w:w="1126"/>
          </w:tcPr>
          <w:p>
            <w:pPr>
              <w:spacing w:after="0"/>
              <w:jc w:val="right"/>
            </w:pPr>
            <w:r>
              <w:rPr>
                <w:sz w:val="16"/>
              </w:rPr>
              <w:t>$103</w:t>
            </w:r>
          </w:p>
        </w:tc>
        <w:tc>
          <w:tcPr>
            <w:tcW w:type="dxa" w:w="936"/>
          </w:tcPr>
          <w:p>
            <w:pPr>
              <w:spacing w:after="0"/>
              <w:jc w:val="right"/>
            </w:pPr>
            <w:r>
              <w:rPr>
                <w:sz w:val="16"/>
              </w:rPr>
              <w:t>$4,395</w:t>
            </w:r>
          </w:p>
        </w:tc>
        <w:tc>
          <w:tcPr>
            <w:tcW w:type="dxa" w:w="1305"/>
          </w:tcPr>
          <w:p>
            <w:pPr>
              <w:spacing w:after="0"/>
              <w:jc w:val="right"/>
            </w:pPr>
            <w:r>
              <w:rPr>
                <w:sz w:val="16"/>
              </w:rPr>
              <w:t>0.000578%</w:t>
            </w:r>
          </w:p>
        </w:tc>
        <w:tc>
          <w:tcPr>
            <w:tcW w:type="dxa" w:w="1170"/>
          </w:tcPr>
          <w:p>
            <w:pPr>
              <w:spacing w:after="0"/>
              <w:jc w:val="right"/>
            </w:pPr>
            <w:r>
              <w:rPr>
                <w:sz w:val="16"/>
              </w:rPr>
              <w:t>$0</w:t>
            </w:r>
          </w:p>
        </w:tc>
        <w:tc>
          <w:tcPr>
            <w:tcW w:type="dxa" w:w="1076"/>
          </w:tcPr>
          <w:p>
            <w:pPr>
              <w:spacing w:after="0"/>
              <w:jc w:val="right"/>
            </w:pPr>
          </w:p>
        </w:tc>
        <w:tc>
          <w:tcPr>
            <w:tcW w:type="dxa" w:w="1243"/>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$82,208,494</w:t>
            </w:r>
          </w:p>
        </w:tc>
        <w:tc>
          <w:tcPr>
            <w:tcW w:type="dxa" w:w="1132"/>
          </w:tcPr>
          <w:p>
            <w:pPr>
              <w:spacing w:after="0"/>
              <w:jc w:val="right"/>
            </w:pPr>
            <w:r>
              <w:rPr>
                <w:sz w:val="16"/>
              </w:rPr>
              <w:t>$1,973,494</w:t>
            </w:r>
          </w:p>
        </w:tc>
        <w:tc>
          <w:tcPr>
            <w:tcW w:type="dxa" w:w="1041"/>
          </w:tcPr>
          <w:p>
            <w:pPr>
              <w:spacing w:after="0"/>
              <w:jc w:val="right"/>
            </w:pPr>
            <w:r>
              <w:rPr>
                <w:sz w:val="16"/>
              </w:rPr>
              <w:t>936</w:t>
            </w:r>
          </w:p>
        </w:tc>
        <w:tc>
          <w:tcPr>
            <w:tcW w:type="dxa" w:w="1037"/>
          </w:tcPr>
          <w:p>
            <w:pPr>
              <w:spacing w:after="0"/>
              <w:jc w:val="right"/>
            </w:pPr>
            <w:r>
              <w:rPr>
                <w:sz w:val="16"/>
              </w:rPr>
              <w:t>$2,201</w:t>
            </w:r>
          </w:p>
        </w:tc>
        <w:tc>
          <w:tcPr>
            <w:tcW w:type="dxa" w:w="1126"/>
          </w:tcPr>
          <w:p>
            <w:pPr>
              <w:spacing w:after="0"/>
              <w:jc w:val="right"/>
            </w:pPr>
            <w:r>
              <w:rPr>
                <w:sz w:val="16"/>
              </w:rPr>
              <w:t>$11</w:t>
            </w:r>
          </w:p>
        </w:tc>
        <w:tc>
          <w:tcPr>
            <w:tcW w:type="dxa" w:w="936"/>
          </w:tcPr>
          <w:p>
            <w:pPr>
              <w:spacing w:after="0"/>
              <w:jc w:val="right"/>
            </w:pPr>
            <w:r>
              <w:rPr>
                <w:sz w:val="16"/>
              </w:rPr>
              <w:t>$1,101</w:t>
            </w:r>
          </w:p>
        </w:tc>
        <w:tc>
          <w:tcPr>
            <w:tcW w:type="dxa" w:w="1305"/>
          </w:tcPr>
          <w:p>
            <w:pPr>
              <w:spacing w:after="0"/>
              <w:jc w:val="right"/>
            </w:pPr>
            <w:r>
              <w:rPr>
                <w:sz w:val="16"/>
              </w:rPr>
              <w:t>0.00268%</w:t>
            </w: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$2,324,316,586</w:t>
            </w:r>
          </w:p>
        </w:tc>
        <w:tc>
          <w:tcPr>
            <w:tcW w:type="dxa" w:w="1132"/>
          </w:tcPr>
          <w:p>
            <w:pPr>
              <w:spacing w:after="0"/>
              <w:jc w:val="right"/>
            </w:pPr>
            <w:r>
              <w:rPr>
                <w:sz w:val="16"/>
              </w:rPr>
              <w:t>$11,025,159</w:t>
            </w:r>
          </w:p>
        </w:tc>
        <w:tc>
          <w:tcPr>
            <w:tcW w:type="dxa" w:w="1041"/>
          </w:tcPr>
          <w:p>
            <w:pPr>
              <w:spacing w:after="0"/>
              <w:jc w:val="right"/>
            </w:pPr>
            <w:r>
              <w:rPr>
                <w:sz w:val="16"/>
              </w:rPr>
              <w:t>7,845</w:t>
            </w:r>
          </w:p>
        </w:tc>
        <w:tc>
          <w:tcPr>
            <w:tcW w:type="dxa" w:w="1037"/>
          </w:tcPr>
          <w:p>
            <w:pPr>
              <w:spacing w:after="0"/>
              <w:jc w:val="right"/>
            </w:pPr>
            <w:r>
              <w:rPr>
                <w:sz w:val="16"/>
              </w:rPr>
              <w:t>$21,814</w:t>
            </w:r>
          </w:p>
        </w:tc>
        <w:tc>
          <w:tcPr>
            <w:tcW w:type="dxa" w:w="1126"/>
          </w:tcPr>
          <w:p>
            <w:pPr>
              <w:spacing w:after="0"/>
              <w:jc w:val="right"/>
            </w:pPr>
            <w:r>
              <w:rPr>
                <w:sz w:val="16"/>
              </w:rPr>
              <w:t>$1</w:t>
            </w:r>
          </w:p>
        </w:tc>
        <w:tc>
          <w:tcPr>
            <w:tcW w:type="dxa" w:w="936"/>
          </w:tcPr>
          <w:p>
            <w:pPr>
              <w:spacing w:after="0"/>
              <w:jc w:val="right"/>
            </w:pPr>
            <w:r>
              <w:rPr>
                <w:sz w:val="16"/>
              </w:rPr>
              <w:t>$5,637</w:t>
            </w:r>
          </w:p>
        </w:tc>
        <w:tc>
          <w:tcPr>
            <w:tcW w:type="dxa" w:w="1305"/>
          </w:tcPr>
          <w:p>
            <w:pPr>
              <w:spacing w:after="0"/>
              <w:jc w:val="right"/>
            </w:pPr>
            <w:r>
              <w:rPr>
                <w:sz w:val="16"/>
              </w:rPr>
              <w:t>0.000939%</w:t>
            </w:r>
          </w:p>
        </w:tc>
        <w:tc>
          <w:tcPr>
            <w:tcW w:type="dxa" w:w="1170"/>
          </w:tcPr>
          <w:p>
            <w:pPr>
              <w:spacing w:after="0"/>
              <w:jc w:val="right"/>
            </w:pPr>
          </w:p>
        </w:tc>
        <w:tc>
          <w:tcPr>
            <w:tcW w:type="dxa" w:w="1076"/>
          </w:tcPr>
          <w:p>
            <w:pPr>
              <w:spacing w:after="0"/>
              <w:jc w:val="right"/>
            </w:pPr>
            <w:r>
              <w:rPr>
                <w:sz w:val="16"/>
              </w:rPr>
              <w:t>$0</w:t>
            </w:r>
          </w:p>
        </w:tc>
        <w:tc>
          <w:tcPr>
            <w:tcW w:type="dxa" w:w="1243"/>
          </w:tcPr>
          <w:p>
            <w:pPr>
              <w:spacing w:after="0"/>
              <w:jc w:val="right"/>
            </w:pPr>
            <w:r>
              <w:rPr>
                <w:sz w:val="16"/>
              </w:rPr>
              <w:t>no Public Assistance recorded (1 declaration)</w:t>
            </w:r>
          </w:p>
        </w:tc>
        <w:tc>
          <w:tcPr>
            <w:tcW w:type="dxa" w:w="1617"/>
          </w:tcPr>
          <w:p>
            <w:pPr>
              <w:spacing w:after="0"/>
              <w:jc w:val="left"/>
            </w:pPr>
          </w:p>
        </w:tc>
      </w:tr>
    </w:tbl>
    <w:p>
      <w:pPr>
        <w:spacing w:after="40" w:before="60"/>
      </w:pPr>
      <w:r>
        <w:rPr>
          <w:sz w:val="15"/>
        </w:rPr>
        <w:t>Totals since 2022-09-07 (Storm Events through 2026-06-30): 38 county-coded records, 38 with a damage value recorded (including $0), $22,000; 78 zone-level records, 78 with a damage value recorded (including $0), $26,260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7,845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$2,324,316,586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$11,025,159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$5,796,258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$980,236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15</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17</w:t>
            </w:r>
          </w:p>
        </w:tc>
        <w:tc>
          <w:tcPr>
            <w:tcW w:type="dxa" w:w="1481"/>
          </w:tcPr>
          <w:p>
            <w:pPr>
              <w:spacing w:after="0"/>
              <w:jc w:val="right"/>
            </w:pPr>
            <w:r>
              <w:rPr>
                <w:sz w:val="16"/>
              </w:rPr>
              <w:t>82</w:t>
            </w:r>
          </w:p>
        </w:tc>
        <w:tc>
          <w:tcPr>
            <w:tcW w:type="dxa" w:w="1481"/>
          </w:tcPr>
          <w:p>
            <w:pPr>
              <w:spacing w:after="0"/>
              <w:jc w:val="right"/>
            </w:pPr>
            <w:r>
              <w:rPr>
                <w:sz w:val="16"/>
              </w:rPr>
              <w:t>15</w:t>
            </w:r>
          </w:p>
        </w:tc>
        <w:tc>
          <w:tcPr>
            <w:tcW w:type="dxa" w:w="1481"/>
          </w:tcPr>
          <w:p>
            <w:pPr>
              <w:spacing w:after="0"/>
              <w:jc w:val="right"/>
            </w:pPr>
            <w:r>
              <w:rPr>
                <w:sz w:val="16"/>
              </w:rPr>
              <w:t>82</w:t>
            </w:r>
          </w:p>
        </w:tc>
        <w:tc>
          <w:tcPr>
            <w:tcW w:type="dxa" w:w="1481"/>
          </w:tcPr>
          <w:p>
            <w:pPr>
              <w:spacing w:after="0"/>
              <w:jc w:val="right"/>
            </w:pPr>
            <w:r>
              <w:rPr>
                <w:sz w:val="16"/>
              </w:rPr>
              <w:t>0</w:t>
            </w:r>
          </w:p>
        </w:tc>
        <w:tc>
          <w:tcPr>
            <w:tcW w:type="dxa" w:w="1649"/>
          </w:tcPr>
          <w:p>
            <w:pPr>
              <w:spacing w:after="0"/>
              <w:jc w:val="right"/>
            </w:pPr>
            <w:r>
              <w:rPr>
                <w:sz w:val="16"/>
              </w:rPr>
              <w:t>9</w:t>
            </w:r>
          </w:p>
        </w:tc>
      </w:tr>
      <w:tr>
        <w:trPr>
          <w:cantSplit/>
        </w:trPr>
        <w:tc>
          <w:tcPr>
            <w:tcW w:type="dxa" w:w="3575"/>
          </w:tcPr>
          <w:p>
            <w:pPr>
              <w:spacing w:after="0"/>
              <w:jc w:val="left"/>
            </w:pPr>
            <w:r>
              <w:rPr>
                <w:sz w:val="16"/>
              </w:rPr>
              <w:t>of which: Marlinton town</w:t>
            </w:r>
          </w:p>
        </w:tc>
        <w:tc>
          <w:tcPr>
            <w:tcW w:type="dxa" w:w="1481"/>
          </w:tcPr>
          <w:p>
            <w:pPr>
              <w:spacing w:after="0"/>
              <w:jc w:val="right"/>
            </w:pPr>
            <w:r>
              <w:rPr>
                <w:sz w:val="16"/>
              </w:rPr>
              <w:t>0</w:t>
            </w:r>
          </w:p>
        </w:tc>
        <w:tc>
          <w:tcPr>
            <w:tcW w:type="dxa" w:w="1481"/>
          </w:tcPr>
          <w:p>
            <w:pPr>
              <w:spacing w:after="0"/>
              <w:jc w:val="right"/>
            </w:pPr>
            <w:r>
              <w:rPr>
                <w:sz w:val="16"/>
              </w:rPr>
              <w:t>16</w:t>
            </w:r>
          </w:p>
        </w:tc>
        <w:tc>
          <w:tcPr>
            <w:tcW w:type="dxa" w:w="1481"/>
          </w:tcPr>
          <w:p>
            <w:pPr>
              <w:spacing w:after="0"/>
              <w:jc w:val="right"/>
            </w:pPr>
            <w:r>
              <w:rPr>
                <w:sz w:val="16"/>
              </w:rPr>
              <w:t>74</w:t>
            </w:r>
          </w:p>
        </w:tc>
        <w:tc>
          <w:tcPr>
            <w:tcW w:type="dxa" w:w="1481"/>
          </w:tcPr>
          <w:p>
            <w:pPr>
              <w:spacing w:after="0"/>
              <w:jc w:val="right"/>
            </w:pPr>
            <w:r>
              <w:rPr>
                <w:sz w:val="16"/>
              </w:rPr>
              <w:t>14</w:t>
            </w:r>
          </w:p>
        </w:tc>
        <w:tc>
          <w:tcPr>
            <w:tcW w:type="dxa" w:w="1481"/>
          </w:tcPr>
          <w:p>
            <w:pPr>
              <w:spacing w:after="0"/>
              <w:jc w:val="right"/>
            </w:pPr>
            <w:r>
              <w:rPr>
                <w:sz w:val="16"/>
              </w:rPr>
              <w:t>74</w:t>
            </w:r>
          </w:p>
        </w:tc>
        <w:tc>
          <w:tcPr>
            <w:tcW w:type="dxa" w:w="1481"/>
          </w:tcPr>
          <w:p>
            <w:pPr>
              <w:spacing w:after="0"/>
              <w:jc w:val="right"/>
            </w:pPr>
            <w:r>
              <w:rPr>
                <w:sz w:val="16"/>
              </w:rPr>
              <w:t>0</w:t>
            </w:r>
          </w:p>
        </w:tc>
        <w:tc>
          <w:tcPr>
            <w:tcW w:type="dxa" w:w="1649"/>
          </w:tcPr>
          <w:p>
            <w:pPr>
              <w:spacing w:after="0"/>
              <w:jc w:val="right"/>
            </w:pPr>
            <w:r>
              <w:rPr>
                <w:sz w:val="16"/>
              </w:rPr>
              <w:t>8</w:t>
            </w:r>
          </w:p>
        </w:tc>
      </w:tr>
      <w:tr>
        <w:trPr>
          <w:cantSplit/>
        </w:trPr>
        <w:tc>
          <w:tcPr>
            <w:tcW w:type="dxa" w:w="3575"/>
          </w:tcPr>
          <w:p>
            <w:pPr>
              <w:spacing w:after="0"/>
              <w:jc w:val="left"/>
            </w:pPr>
            <w:r>
              <w:rPr>
                <w:sz w:val="16"/>
              </w:rPr>
              <w:t>of which: Pocahontas County (unincorporated area)</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8</w:t>
            </w:r>
          </w:p>
        </w:tc>
        <w:tc>
          <w:tcPr>
            <w:tcW w:type="dxa" w:w="1481"/>
          </w:tcPr>
          <w:p>
            <w:pPr>
              <w:spacing w:after="0"/>
              <w:jc w:val="right"/>
            </w:pPr>
            <w:r>
              <w:rPr>
                <w:sz w:val="16"/>
              </w:rPr>
              <w:t>1</w:t>
            </w:r>
          </w:p>
        </w:tc>
        <w:tc>
          <w:tcPr>
            <w:tcW w:type="dxa" w:w="1481"/>
          </w:tcPr>
          <w:p>
            <w:pPr>
              <w:spacing w:after="0"/>
              <w:jc w:val="right"/>
            </w:pPr>
            <w:r>
              <w:rPr>
                <w:sz w:val="16"/>
              </w:rPr>
              <w:t>8</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Pocahontas County</w:t>
            </w:r>
          </w:p>
        </w:tc>
        <w:tc>
          <w:tcPr>
            <w:tcW w:type="dxa" w:w="1620"/>
          </w:tcPr>
          <w:p>
            <w:pPr>
              <w:spacing w:after="0"/>
              <w:jc w:val="left"/>
            </w:pPr>
            <w:r>
              <w:rPr>
                <w:sz w:val="16"/>
              </w:rPr>
              <w:t>540283</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8</w:t>
            </w:r>
          </w:p>
        </w:tc>
        <w:tc>
          <w:tcPr>
            <w:tcW w:type="dxa" w:w="1455"/>
          </w:tcPr>
          <w:p>
            <w:pPr>
              <w:spacing w:after="0"/>
              <w:jc w:val="right"/>
            </w:pPr>
            <w:r>
              <w:rPr>
                <w:sz w:val="16"/>
              </w:rPr>
              <w:t>1</w:t>
            </w:r>
          </w:p>
        </w:tc>
        <w:tc>
          <w:tcPr>
            <w:tcW w:type="dxa" w:w="1455"/>
          </w:tcPr>
          <w:p>
            <w:pPr>
              <w:spacing w:after="0"/>
              <w:jc w:val="right"/>
            </w:pPr>
            <w:r>
              <w:rPr>
                <w:sz w:val="16"/>
              </w:rPr>
              <w:t>8</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Durbin town</w:t>
            </w:r>
          </w:p>
        </w:tc>
        <w:tc>
          <w:tcPr>
            <w:tcW w:type="dxa" w:w="1620"/>
          </w:tcPr>
          <w:p>
            <w:pPr>
              <w:spacing w:after="0"/>
              <w:jc w:val="left"/>
            </w:pPr>
            <w:r>
              <w:rPr>
                <w:sz w:val="16"/>
              </w:rPr>
              <w:t>540158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Hillsboro town</w:t>
            </w:r>
          </w:p>
        </w:tc>
        <w:tc>
          <w:tcPr>
            <w:tcW w:type="dxa" w:w="1620"/>
          </w:tcPr>
          <w:p>
            <w:pPr>
              <w:spacing w:after="0"/>
              <w:jc w:val="left"/>
            </w:pPr>
            <w:r>
              <w:rPr>
                <w:sz w:val="16"/>
              </w:rPr>
              <w:t>540288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Marlinton town</w:t>
            </w:r>
          </w:p>
        </w:tc>
        <w:tc>
          <w:tcPr>
            <w:tcW w:type="dxa" w:w="1620"/>
          </w:tcPr>
          <w:p>
            <w:pPr>
              <w:spacing w:after="0"/>
              <w:jc w:val="left"/>
            </w:pPr>
            <w:r>
              <w:rPr>
                <w:sz w:val="16"/>
              </w:rPr>
              <w:t>540159</w:t>
            </w:r>
          </w:p>
        </w:tc>
        <w:tc>
          <w:tcPr>
            <w:tcW w:type="dxa" w:w="1455"/>
          </w:tcPr>
          <w:p>
            <w:pPr>
              <w:spacing w:after="0"/>
              <w:jc w:val="right"/>
            </w:pPr>
            <w:r>
              <w:rPr>
                <w:sz w:val="16"/>
              </w:rPr>
              <w:t>0</w:t>
            </w:r>
          </w:p>
        </w:tc>
        <w:tc>
          <w:tcPr>
            <w:tcW w:type="dxa" w:w="1455"/>
          </w:tcPr>
          <w:p>
            <w:pPr>
              <w:spacing w:after="0"/>
              <w:jc w:val="right"/>
            </w:pPr>
            <w:r>
              <w:rPr>
                <w:sz w:val="16"/>
              </w:rPr>
              <w:t>16</w:t>
            </w:r>
          </w:p>
        </w:tc>
        <w:tc>
          <w:tcPr>
            <w:tcW w:type="dxa" w:w="1455"/>
          </w:tcPr>
          <w:p>
            <w:pPr>
              <w:spacing w:after="0"/>
              <w:jc w:val="right"/>
            </w:pPr>
            <w:r>
              <w:rPr>
                <w:sz w:val="16"/>
              </w:rPr>
              <w:t>74</w:t>
            </w:r>
          </w:p>
        </w:tc>
        <w:tc>
          <w:tcPr>
            <w:tcW w:type="dxa" w:w="1455"/>
          </w:tcPr>
          <w:p>
            <w:pPr>
              <w:spacing w:after="0"/>
              <w:jc w:val="right"/>
            </w:pPr>
            <w:r>
              <w:rPr>
                <w:sz w:val="16"/>
              </w:rPr>
              <w:t>14</w:t>
            </w:r>
          </w:p>
        </w:tc>
        <w:tc>
          <w:tcPr>
            <w:tcW w:type="dxa" w:w="1455"/>
          </w:tcPr>
          <w:p>
            <w:pPr>
              <w:spacing w:after="0"/>
              <w:jc w:val="right"/>
            </w:pPr>
            <w:r>
              <w:rPr>
                <w:sz w:val="16"/>
              </w:rPr>
              <w:t>74</w:t>
            </w:r>
          </w:p>
        </w:tc>
        <w:tc>
          <w:tcPr>
            <w:tcW w:type="dxa" w:w="1455"/>
          </w:tcPr>
          <w:p>
            <w:pPr>
              <w:spacing w:after="0"/>
              <w:jc w:val="right"/>
            </w:pPr>
            <w:r>
              <w:rPr>
                <w:sz w:val="16"/>
              </w:rPr>
              <w:t>0</w:t>
            </w:r>
          </w:p>
        </w:tc>
        <w:tc>
          <w:tcPr>
            <w:tcW w:type="dxa" w:w="1620"/>
          </w:tcPr>
          <w:p>
            <w:pPr>
              <w:spacing w:after="0"/>
              <w:jc w:val="right"/>
            </w:pPr>
            <w:r>
              <w:rPr>
                <w:sz w:val="16"/>
              </w:rPr>
              <w:t>8</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52</w:t>
            </w:r>
          </w:p>
        </w:tc>
        <w:tc>
          <w:tcPr>
            <w:tcW w:type="dxa" w:w="1496"/>
          </w:tcPr>
          <w:p>
            <w:pPr>
              <w:spacing w:after="0"/>
              <w:jc w:val="right"/>
            </w:pPr>
            <w:r>
              <w:rPr>
                <w:sz w:val="16"/>
              </w:rPr>
              <w:t>10</w:t>
            </w:r>
          </w:p>
        </w:tc>
        <w:tc>
          <w:tcPr>
            <w:tcW w:type="dxa" w:w="1496"/>
          </w:tcPr>
          <w:p>
            <w:pPr>
              <w:spacing w:after="0"/>
              <w:jc w:val="right"/>
            </w:pPr>
            <w:r>
              <w:rPr>
                <w:sz w:val="16"/>
              </w:rPr>
              <w:t>52</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30</w:t>
            </w:r>
          </w:p>
        </w:tc>
        <w:tc>
          <w:tcPr>
            <w:tcW w:type="dxa" w:w="1496"/>
          </w:tcPr>
          <w:p>
            <w:pPr>
              <w:spacing w:after="0"/>
              <w:jc w:val="right"/>
            </w:pPr>
            <w:r>
              <w:rPr>
                <w:sz w:val="16"/>
              </w:rPr>
              <w:t>5</w:t>
            </w:r>
          </w:p>
        </w:tc>
        <w:tc>
          <w:tcPr>
            <w:tcW w:type="dxa" w:w="1496"/>
          </w:tcPr>
          <w:p>
            <w:pPr>
              <w:spacing w:after="0"/>
              <w:jc w:val="right"/>
            </w:pPr>
            <w:r>
              <w:rPr>
                <w:sz w:val="16"/>
              </w:rPr>
              <w:t>30</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82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Pocahontas County, WV: risk-assessment baseline packet, release 2026-10 (data as of 2026-09-30; County FIPS 54075). Automated baseline. </w:t>
      </w:r>
      <w:hyperlink r:id="rId15">
        <w:r>
          <w:rPr>
            <w:color w:val="1F4E99"/>
            <w:sz w:val="17"/>
            <w:u w:val="single"/>
          </w:rPr>
          <w:t>https://hazardplain.org/wv/54075/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Pocahontas County, WV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v/5407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Pocahontas County, WV: Risk-assessment baseline packet</dc:title>
  <dc:subject>Hazard Plain release 2026-10, as of 2026-09-30. Automated baseline</dc:subject>
  <dc:creator>Hazard Plain</dc:creator>
  <cp:keywords>Hazard Plain; hazard mitigation; risk assessment; 54075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