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Monongalia County, WV</w:t>
      </w:r>
    </w:p>
    <w:p>
      <w:pPr>
        <w:spacing w:after="120" w:before="0"/>
      </w:pPr>
      <w:r>
        <w:rPr>
          <w:color w:val="555555"/>
          <w:sz w:val="24"/>
        </w:rPr>
        <w:t>Risk-assessment baseline packet</w:t>
      </w:r>
    </w:p>
    <w:p>
      <w:pPr>
        <w:spacing w:after="120" w:before="0"/>
      </w:pPr>
      <w:r>
        <w:rPr>
          <w:b/>
          <w:sz w:val="18"/>
        </w:rPr>
        <w:t xml:space="preserve">Unit: </w:t>
      </w:r>
      <w:r>
        <w:rPr>
          <w:sz w:val="18"/>
        </w:rPr>
        <w:t>County area 54061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2029-08-12</w:t>
      </w:r>
    </w:p>
    <w:p>
      <w:pPr>
        <w:keepNext/>
        <w:spacing w:after="40" w:before="0"/>
      </w:pPr>
      <w:r>
        <w:rPr>
          <w:b/>
        </w:rPr>
        <w:t xml:space="preserve">Plan: </w:t>
      </w:r>
      <w:r>
        <w:rPr/>
        <w:t>RPDC 06 Hazard Mitigation Plan (FEMA plan 109811)</w:t>
      </w:r>
    </w:p>
    <w:p>
      <w:pPr>
        <w:keepNext/>
        <w:spacing w:after="40" w:before="0"/>
      </w:pPr>
      <w:r>
        <w:rPr>
          <w:b/>
        </w:rPr>
        <w:t xml:space="preserve">Approved: </w:t>
      </w:r>
      <w:r>
        <w:rPr/>
        <w:t>2024-08-13</w:t>
      </w:r>
    </w:p>
    <w:p>
      <w:pPr>
        <w:keepNext/>
        <w:spacing w:after="40" w:before="0"/>
      </w:pPr>
      <w:r>
        <w:rPr>
          <w:b/>
        </w:rPr>
        <w:t xml:space="preserve">Expires: </w:t>
      </w:r>
      <w:r>
        <w:rPr/>
        <w:t>2029-08-12</w:t>
      </w:r>
    </w:p>
    <w:p>
      <w:pPr>
        <w:keepNext/>
        <w:spacing w:after="40" w:before="0"/>
      </w:pPr>
      <w:r>
        <w:rPr>
          <w:b/>
        </w:rPr>
        <w:t xml:space="preserve">As of: </w:t>
      </w:r>
      <w:r>
        <w:rPr/>
        <w:t>2026-09-28</w:t>
      </w:r>
    </w:p>
    <w:p>
      <w:pPr>
        <w:keepNext/>
        <w:spacing w:after="40" w:before="0"/>
      </w:pPr>
      <w:r>
        <w:rPr>
          <w:b/>
        </w:rPr>
        <w:t xml:space="preserve">Days: </w:t>
      </w:r>
      <w:r>
        <w:rPr/>
        <w:t>1,049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EM-3639-WV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6 (44 CFR 77.2); any definition: 36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22"/>
        <w:gridCol w:w="680"/>
        <w:gridCol w:w="2277"/>
        <w:gridCol w:w="3724"/>
        <w:gridCol w:w="1037"/>
        <w:gridCol w:w="1037"/>
        <w:gridCol w:w="869"/>
        <w:gridCol w:w="927"/>
        <w:gridCol w:w="2139"/>
      </w:tblGrid>
      <w:tr>
        <w:trPr>
          <w:cantSplit/>
          <w:tblHeader/>
        </w:trPr>
        <w:tc>
          <w:tcPr>
            <w:tcW w:type="dxa" w:w="142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277"/>
            <w:shd w:val="clear" w:color="auto" w:fill="E8E8E8"/>
          </w:tcPr>
          <w:p>
            <w:pPr>
              <w:spacing w:after="0"/>
              <w:jc w:val="left"/>
            </w:pPr>
            <w:r>
              <w:rPr>
                <w:b/>
                <w:sz w:val="16"/>
              </w:rPr>
              <w:t>Status</w:t>
            </w:r>
          </w:p>
        </w:tc>
        <w:tc>
          <w:tcPr>
            <w:tcW w:type="dxa" w:w="372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7"/>
            <w:shd w:val="clear" w:color="auto" w:fill="E8E8E8"/>
          </w:tcPr>
          <w:p>
            <w:pPr>
              <w:spacing w:after="0"/>
              <w:jc w:val="left"/>
            </w:pPr>
            <w:r>
              <w:rPr>
                <w:b/>
                <w:sz w:val="16"/>
              </w:rPr>
              <w:t>Update underway</w:t>
            </w:r>
          </w:p>
        </w:tc>
        <w:tc>
          <w:tcPr>
            <w:tcW w:type="dxa" w:w="2139"/>
            <w:shd w:val="clear" w:color="auto" w:fill="E8E8E8"/>
          </w:tcPr>
          <w:p>
            <w:pPr>
              <w:spacing w:after="0"/>
              <w:jc w:val="left"/>
            </w:pPr>
            <w:r>
              <w:rPr>
                <w:b/>
                <w:sz w:val="16"/>
              </w:rPr>
              <w:t>Notes</w:t>
            </w:r>
          </w:p>
        </w:tc>
      </w:tr>
      <w:tr>
        <w:trPr>
          <w:cantSplit/>
        </w:trPr>
        <w:tc>
          <w:tcPr>
            <w:tcW w:type="dxa" w:w="1422"/>
          </w:tcPr>
          <w:p>
            <w:pPr>
              <w:spacing w:after="0"/>
              <w:jc w:val="left"/>
            </w:pPr>
            <w:r>
              <w:rPr>
                <w:sz w:val="16"/>
              </w:rPr>
              <w:t>Monongalia County</w:t>
            </w:r>
          </w:p>
        </w:tc>
        <w:tc>
          <w:tcPr>
            <w:tcW w:type="dxa" w:w="680"/>
          </w:tcPr>
          <w:p>
            <w:pPr>
              <w:spacing w:after="0"/>
              <w:jc w:val="left"/>
            </w:pPr>
            <w:r>
              <w:rPr>
                <w:sz w:val="16"/>
              </w:rPr>
              <w:t>County</w:t>
            </w:r>
          </w:p>
        </w:tc>
        <w:tc>
          <w:tcPr>
            <w:tcW w:type="dxa" w:w="2277"/>
          </w:tcPr>
          <w:p>
            <w:pPr>
              <w:spacing w:after="0"/>
              <w:jc w:val="left"/>
            </w:pPr>
            <w:r>
              <w:rPr>
                <w:sz w:val="16"/>
              </w:rPr>
              <w:t>Approved, expires 2029-08-12</w:t>
            </w:r>
          </w:p>
        </w:tc>
        <w:tc>
          <w:tcPr>
            <w:tcW w:type="dxa" w:w="3724"/>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69"/>
          </w:tcPr>
          <w:p>
            <w:pPr>
              <w:spacing w:after="0"/>
              <w:jc w:val="right"/>
            </w:pPr>
            <w:r>
              <w:rPr>
                <w:sz w:val="16"/>
              </w:rPr>
              <w:t>1,049</w:t>
            </w:r>
          </w:p>
        </w:tc>
        <w:tc>
          <w:tcPr>
            <w:tcW w:type="dxa" w:w="927"/>
          </w:tcPr>
          <w:p>
            <w:pPr>
              <w:spacing w:after="0"/>
              <w:jc w:val="left"/>
            </w:pPr>
          </w:p>
        </w:tc>
        <w:tc>
          <w:tcPr>
            <w:tcW w:type="dxa" w:w="2139"/>
          </w:tcPr>
          <w:p>
            <w:pPr>
              <w:spacing w:after="0"/>
              <w:jc w:val="left"/>
            </w:pPr>
            <w:r>
              <w:rPr>
                <w:sz w:val="16"/>
              </w:rPr>
              <w:t>member approved 2024-08-14</w:t>
            </w:r>
          </w:p>
        </w:tc>
      </w:tr>
      <w:tr>
        <w:trPr>
          <w:cantSplit/>
        </w:trPr>
        <w:tc>
          <w:tcPr>
            <w:tcW w:type="dxa" w:w="1422"/>
          </w:tcPr>
          <w:p>
            <w:pPr>
              <w:spacing w:after="0"/>
              <w:jc w:val="left"/>
            </w:pPr>
            <w:r>
              <w:rPr>
                <w:sz w:val="16"/>
              </w:rPr>
              <w:t>Blacksville town</w:t>
            </w:r>
          </w:p>
        </w:tc>
        <w:tc>
          <w:tcPr>
            <w:tcW w:type="dxa" w:w="680"/>
          </w:tcPr>
          <w:p>
            <w:pPr>
              <w:spacing w:after="0"/>
              <w:jc w:val="left"/>
            </w:pPr>
            <w:r>
              <w:rPr>
                <w:sz w:val="16"/>
              </w:rPr>
              <w:t>Town</w:t>
            </w:r>
          </w:p>
        </w:tc>
        <w:tc>
          <w:tcPr>
            <w:tcW w:type="dxa" w:w="2277"/>
          </w:tcPr>
          <w:p>
            <w:pPr>
              <w:spacing w:after="0"/>
              <w:jc w:val="left"/>
            </w:pPr>
            <w:r>
              <w:rPr>
                <w:sz w:val="16"/>
              </w:rPr>
              <w:t>Approved, expires 2029-08-12</w:t>
            </w:r>
          </w:p>
        </w:tc>
        <w:tc>
          <w:tcPr>
            <w:tcW w:type="dxa" w:w="3724"/>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69"/>
          </w:tcPr>
          <w:p>
            <w:pPr>
              <w:spacing w:after="0"/>
              <w:jc w:val="right"/>
            </w:pPr>
            <w:r>
              <w:rPr>
                <w:sz w:val="16"/>
              </w:rPr>
              <w:t>1,049</w:t>
            </w:r>
          </w:p>
        </w:tc>
        <w:tc>
          <w:tcPr>
            <w:tcW w:type="dxa" w:w="927"/>
          </w:tcPr>
          <w:p>
            <w:pPr>
              <w:spacing w:after="0"/>
              <w:jc w:val="left"/>
            </w:pPr>
          </w:p>
        </w:tc>
        <w:tc>
          <w:tcPr>
            <w:tcW w:type="dxa" w:w="2139"/>
          </w:tcPr>
          <w:p>
            <w:pPr>
              <w:spacing w:after="0"/>
              <w:jc w:val="left"/>
            </w:pPr>
            <w:r>
              <w:rPr>
                <w:sz w:val="16"/>
              </w:rPr>
              <w:t>member approved 2024-09-10</w:t>
            </w:r>
          </w:p>
        </w:tc>
      </w:tr>
      <w:tr>
        <w:trPr>
          <w:cantSplit/>
        </w:trPr>
        <w:tc>
          <w:tcPr>
            <w:tcW w:type="dxa" w:w="1422"/>
          </w:tcPr>
          <w:p>
            <w:pPr>
              <w:spacing w:after="0"/>
              <w:jc w:val="left"/>
            </w:pPr>
            <w:r>
              <w:rPr>
                <w:sz w:val="16"/>
              </w:rPr>
              <w:t>Granville town</w:t>
            </w:r>
          </w:p>
        </w:tc>
        <w:tc>
          <w:tcPr>
            <w:tcW w:type="dxa" w:w="680"/>
          </w:tcPr>
          <w:p>
            <w:pPr>
              <w:spacing w:after="0"/>
              <w:jc w:val="left"/>
            </w:pPr>
            <w:r>
              <w:rPr>
                <w:sz w:val="16"/>
              </w:rPr>
              <w:t>Town</w:t>
            </w:r>
          </w:p>
        </w:tc>
        <w:tc>
          <w:tcPr>
            <w:tcW w:type="dxa" w:w="2277"/>
          </w:tcPr>
          <w:p>
            <w:pPr>
              <w:spacing w:after="0"/>
              <w:jc w:val="left"/>
            </w:pPr>
            <w:r>
              <w:rPr>
                <w:sz w:val="16"/>
              </w:rPr>
              <w:t>Approved, expires 2029-08-12</w:t>
            </w:r>
          </w:p>
        </w:tc>
        <w:tc>
          <w:tcPr>
            <w:tcW w:type="dxa" w:w="3724"/>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69"/>
          </w:tcPr>
          <w:p>
            <w:pPr>
              <w:spacing w:after="0"/>
              <w:jc w:val="right"/>
            </w:pPr>
            <w:r>
              <w:rPr>
                <w:sz w:val="16"/>
              </w:rPr>
              <w:t>1,049</w:t>
            </w:r>
          </w:p>
        </w:tc>
        <w:tc>
          <w:tcPr>
            <w:tcW w:type="dxa" w:w="927"/>
          </w:tcPr>
          <w:p>
            <w:pPr>
              <w:spacing w:after="0"/>
              <w:jc w:val="left"/>
            </w:pPr>
          </w:p>
        </w:tc>
        <w:tc>
          <w:tcPr>
            <w:tcW w:type="dxa" w:w="2139"/>
          </w:tcPr>
          <w:p>
            <w:pPr>
              <w:spacing w:after="0"/>
              <w:jc w:val="left"/>
            </w:pPr>
            <w:r>
              <w:rPr>
                <w:sz w:val="16"/>
              </w:rPr>
              <w:t>member approved 2024-09-10</w:t>
            </w:r>
          </w:p>
        </w:tc>
      </w:tr>
      <w:tr>
        <w:trPr>
          <w:cantSplit/>
        </w:trPr>
        <w:tc>
          <w:tcPr>
            <w:tcW w:type="dxa" w:w="1422"/>
          </w:tcPr>
          <w:p>
            <w:pPr>
              <w:spacing w:after="0"/>
              <w:jc w:val="left"/>
            </w:pPr>
            <w:r>
              <w:rPr>
                <w:sz w:val="16"/>
              </w:rPr>
              <w:t>Morgantown city</w:t>
            </w:r>
          </w:p>
        </w:tc>
        <w:tc>
          <w:tcPr>
            <w:tcW w:type="dxa" w:w="680"/>
          </w:tcPr>
          <w:p>
            <w:pPr>
              <w:spacing w:after="0"/>
              <w:jc w:val="left"/>
            </w:pPr>
            <w:r>
              <w:rPr>
                <w:sz w:val="16"/>
              </w:rPr>
              <w:t>City</w:t>
            </w:r>
          </w:p>
        </w:tc>
        <w:tc>
          <w:tcPr>
            <w:tcW w:type="dxa" w:w="2277"/>
          </w:tcPr>
          <w:p>
            <w:pPr>
              <w:spacing w:after="0"/>
              <w:jc w:val="left"/>
            </w:pPr>
            <w:r>
              <w:rPr>
                <w:sz w:val="16"/>
              </w:rPr>
              <w:t>Approved, expires 2029-08-12</w:t>
            </w:r>
          </w:p>
        </w:tc>
        <w:tc>
          <w:tcPr>
            <w:tcW w:type="dxa" w:w="3724"/>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69"/>
          </w:tcPr>
          <w:p>
            <w:pPr>
              <w:spacing w:after="0"/>
              <w:jc w:val="right"/>
            </w:pPr>
            <w:r>
              <w:rPr>
                <w:sz w:val="16"/>
              </w:rPr>
              <w:t>1,049</w:t>
            </w:r>
          </w:p>
        </w:tc>
        <w:tc>
          <w:tcPr>
            <w:tcW w:type="dxa" w:w="927"/>
          </w:tcPr>
          <w:p>
            <w:pPr>
              <w:spacing w:after="0"/>
              <w:jc w:val="left"/>
            </w:pPr>
          </w:p>
        </w:tc>
        <w:tc>
          <w:tcPr>
            <w:tcW w:type="dxa" w:w="2139"/>
          </w:tcPr>
          <w:p>
            <w:pPr>
              <w:spacing w:after="0"/>
              <w:jc w:val="left"/>
            </w:pPr>
            <w:r>
              <w:rPr>
                <w:sz w:val="16"/>
              </w:rPr>
              <w:t>member approved 2024-09-03</w:t>
            </w:r>
          </w:p>
        </w:tc>
      </w:tr>
      <w:tr>
        <w:trPr>
          <w:cantSplit/>
        </w:trPr>
        <w:tc>
          <w:tcPr>
            <w:tcW w:type="dxa" w:w="1422"/>
          </w:tcPr>
          <w:p>
            <w:pPr>
              <w:spacing w:after="0"/>
              <w:jc w:val="left"/>
            </w:pPr>
            <w:r>
              <w:rPr>
                <w:sz w:val="16"/>
              </w:rPr>
              <w:t>Star City town</w:t>
            </w:r>
          </w:p>
        </w:tc>
        <w:tc>
          <w:tcPr>
            <w:tcW w:type="dxa" w:w="680"/>
          </w:tcPr>
          <w:p>
            <w:pPr>
              <w:spacing w:after="0"/>
              <w:jc w:val="left"/>
            </w:pPr>
            <w:r>
              <w:rPr>
                <w:sz w:val="16"/>
              </w:rPr>
              <w:t>Town</w:t>
            </w:r>
          </w:p>
        </w:tc>
        <w:tc>
          <w:tcPr>
            <w:tcW w:type="dxa" w:w="2277"/>
          </w:tcPr>
          <w:p>
            <w:pPr>
              <w:spacing w:after="0"/>
              <w:jc w:val="left"/>
            </w:pPr>
            <w:r>
              <w:rPr>
                <w:sz w:val="16"/>
              </w:rPr>
              <w:t>Approved, expires 2029-08-12</w:t>
            </w:r>
          </w:p>
        </w:tc>
        <w:tc>
          <w:tcPr>
            <w:tcW w:type="dxa" w:w="3724"/>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69"/>
          </w:tcPr>
          <w:p>
            <w:pPr>
              <w:spacing w:after="0"/>
              <w:jc w:val="right"/>
            </w:pPr>
            <w:r>
              <w:rPr>
                <w:sz w:val="16"/>
              </w:rPr>
              <w:t>1,049</w:t>
            </w:r>
          </w:p>
        </w:tc>
        <w:tc>
          <w:tcPr>
            <w:tcW w:type="dxa" w:w="927"/>
          </w:tcPr>
          <w:p>
            <w:pPr>
              <w:spacing w:after="0"/>
              <w:jc w:val="left"/>
            </w:pPr>
          </w:p>
        </w:tc>
        <w:tc>
          <w:tcPr>
            <w:tcW w:type="dxa" w:w="2139"/>
          </w:tcPr>
          <w:p>
            <w:pPr>
              <w:spacing w:after="0"/>
              <w:jc w:val="left"/>
            </w:pPr>
            <w:r>
              <w:rPr>
                <w:sz w:val="16"/>
              </w:rPr>
              <w:t>member approved 2024-08-20</w:t>
            </w:r>
          </w:p>
        </w:tc>
      </w:tr>
      <w:tr>
        <w:trPr>
          <w:cantSplit/>
        </w:trPr>
        <w:tc>
          <w:tcPr>
            <w:tcW w:type="dxa" w:w="1422"/>
          </w:tcPr>
          <w:p>
            <w:pPr>
              <w:spacing w:after="0"/>
              <w:jc w:val="left"/>
            </w:pPr>
            <w:r>
              <w:rPr>
                <w:sz w:val="16"/>
              </w:rPr>
              <w:t>Westover city</w:t>
            </w:r>
          </w:p>
        </w:tc>
        <w:tc>
          <w:tcPr>
            <w:tcW w:type="dxa" w:w="680"/>
          </w:tcPr>
          <w:p>
            <w:pPr>
              <w:spacing w:after="0"/>
              <w:jc w:val="left"/>
            </w:pPr>
            <w:r>
              <w:rPr>
                <w:sz w:val="16"/>
              </w:rPr>
              <w:t>City</w:t>
            </w:r>
          </w:p>
        </w:tc>
        <w:tc>
          <w:tcPr>
            <w:tcW w:type="dxa" w:w="2277"/>
          </w:tcPr>
          <w:p>
            <w:pPr>
              <w:spacing w:after="0"/>
              <w:jc w:val="left"/>
            </w:pPr>
            <w:r>
              <w:rPr>
                <w:sz w:val="16"/>
              </w:rPr>
              <w:t>Approved, expires 2029-08-12</w:t>
            </w:r>
          </w:p>
        </w:tc>
        <w:tc>
          <w:tcPr>
            <w:tcW w:type="dxa" w:w="3724"/>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69"/>
          </w:tcPr>
          <w:p>
            <w:pPr>
              <w:spacing w:after="0"/>
              <w:jc w:val="right"/>
            </w:pPr>
            <w:r>
              <w:rPr>
                <w:sz w:val="16"/>
              </w:rPr>
              <w:t>1,049</w:t>
            </w:r>
          </w:p>
        </w:tc>
        <w:tc>
          <w:tcPr>
            <w:tcW w:type="dxa" w:w="927"/>
          </w:tcPr>
          <w:p>
            <w:pPr>
              <w:spacing w:after="0"/>
              <w:jc w:val="left"/>
            </w:pPr>
          </w:p>
        </w:tc>
        <w:tc>
          <w:tcPr>
            <w:tcW w:type="dxa" w:w="2139"/>
          </w:tcPr>
          <w:p>
            <w:pPr>
              <w:spacing w:after="0"/>
              <w:jc w:val="left"/>
            </w:pPr>
            <w:r>
              <w:rPr>
                <w:sz w:val="16"/>
              </w:rPr>
              <w:t>member approved 2024-10-07</w:t>
            </w:r>
          </w:p>
        </w:tc>
      </w:tr>
    </w:tbl>
    <w:p>
      <w:pPr>
        <w:spacing w:after="40" w:before="60"/>
      </w:pPr>
      <w:r>
        <w:rPr>
          <w:sz w:val="15"/>
        </w:rPr>
        <w:t>Plan 109811 also covers 39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$31,241,255</w:t>
            </w:r>
          </w:p>
        </w:tc>
        <w:tc>
          <w:tcPr>
            <w:tcW w:type="dxa" w:w="1126"/>
          </w:tcPr>
          <w:p>
            <w:pPr>
              <w:spacing w:after="0"/>
              <w:jc w:val="right"/>
            </w:pPr>
            <w:r>
              <w:rPr>
                <w:sz w:val="16"/>
              </w:rPr>
              <w:t>$2,917</w:t>
            </w:r>
          </w:p>
        </w:tc>
        <w:tc>
          <w:tcPr>
            <w:tcW w:type="dxa" w:w="1288"/>
          </w:tcPr>
          <w:p>
            <w:pPr>
              <w:spacing w:after="0"/>
              <w:jc w:val="right"/>
            </w:pPr>
            <w:r>
              <w:rPr>
                <w:sz w:val="16"/>
              </w:rPr>
              <w:t>$112,917</w:t>
            </w:r>
          </w:p>
        </w:tc>
        <w:tc>
          <w:tcPr>
            <w:tcW w:type="dxa" w:w="1161"/>
          </w:tcPr>
          <w:p>
            <w:pPr>
              <w:spacing w:after="0"/>
              <w:jc w:val="right"/>
            </w:pPr>
            <w:r>
              <w:rPr>
                <w:sz w:val="16"/>
              </w:rPr>
              <w:t>$31,357,089</w:t>
            </w:r>
          </w:p>
        </w:tc>
        <w:tc>
          <w:tcPr>
            <w:tcW w:type="dxa" w:w="1178"/>
          </w:tcPr>
          <w:p>
            <w:pPr>
              <w:spacing w:after="0"/>
              <w:jc w:val="right"/>
            </w:pPr>
            <w:r>
              <w:rPr>
                <w:sz w:val="16"/>
              </w:rPr>
              <w:t>108</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$596,025</w:t>
            </w:r>
          </w:p>
        </w:tc>
        <w:tc>
          <w:tcPr>
            <w:tcW w:type="dxa" w:w="1126"/>
          </w:tcPr>
          <w:p>
            <w:pPr>
              <w:spacing w:after="0"/>
              <w:jc w:val="right"/>
            </w:pPr>
            <w:r>
              <w:rPr>
                <w:sz w:val="16"/>
              </w:rPr>
              <w:t>$90</w:t>
            </w:r>
          </w:p>
        </w:tc>
        <w:tc>
          <w:tcPr>
            <w:tcW w:type="dxa" w:w="1288"/>
          </w:tcPr>
          <w:p>
            <w:pPr>
              <w:spacing w:after="0"/>
              <w:jc w:val="right"/>
            </w:pPr>
            <w:r>
              <w:rPr>
                <w:sz w:val="16"/>
              </w:rPr>
              <w:t>$716,024</w:t>
            </w:r>
          </w:p>
        </w:tc>
        <w:tc>
          <w:tcPr>
            <w:tcW w:type="dxa" w:w="1161"/>
          </w:tcPr>
          <w:p>
            <w:pPr>
              <w:spacing w:after="0"/>
              <w:jc w:val="right"/>
            </w:pPr>
            <w:r>
              <w:rPr>
                <w:sz w:val="16"/>
              </w:rPr>
              <w:t>$1,312,139</w:t>
            </w:r>
          </w:p>
        </w:tc>
        <w:tc>
          <w:tcPr>
            <w:tcW w:type="dxa" w:w="1178"/>
          </w:tcPr>
          <w:p>
            <w:pPr>
              <w:spacing w:after="0"/>
              <w:jc w:val="right"/>
            </w:pPr>
            <w:r>
              <w:rPr>
                <w:sz w:val="16"/>
              </w:rPr>
              <w:t>5</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Strong Wind</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$148,478</w:t>
            </w:r>
          </w:p>
        </w:tc>
        <w:tc>
          <w:tcPr>
            <w:tcW w:type="dxa" w:w="1126"/>
          </w:tcPr>
          <w:p>
            <w:pPr>
              <w:spacing w:after="0"/>
              <w:jc w:val="right"/>
            </w:pPr>
            <w:r>
              <w:rPr>
                <w:sz w:val="16"/>
              </w:rPr>
              <w:t>$1,123</w:t>
            </w:r>
          </w:p>
        </w:tc>
        <w:tc>
          <w:tcPr>
            <w:tcW w:type="dxa" w:w="1288"/>
          </w:tcPr>
          <w:p>
            <w:pPr>
              <w:spacing w:after="0"/>
              <w:jc w:val="right"/>
            </w:pPr>
            <w:r>
              <w:rPr>
                <w:sz w:val="16"/>
              </w:rPr>
              <w:t>$732,111</w:t>
            </w:r>
          </w:p>
        </w:tc>
        <w:tc>
          <w:tcPr>
            <w:tcW w:type="dxa" w:w="1161"/>
          </w:tcPr>
          <w:p>
            <w:pPr>
              <w:spacing w:after="0"/>
              <w:jc w:val="right"/>
            </w:pPr>
            <w:r>
              <w:rPr>
                <w:sz w:val="16"/>
              </w:rPr>
              <w:t>$881,711</w:t>
            </w:r>
          </w:p>
        </w:tc>
        <w:tc>
          <w:tcPr>
            <w:tcW w:type="dxa" w:w="1178"/>
          </w:tcPr>
          <w:p>
            <w:pPr>
              <w:spacing w:after="0"/>
              <w:jc w:val="right"/>
            </w:pPr>
            <w:r>
              <w:rPr>
                <w:sz w:val="16"/>
              </w:rPr>
              <w:t>271</w:t>
            </w:r>
          </w:p>
        </w:tc>
        <w:tc>
          <w:tcPr>
            <w:tcW w:type="dxa" w:w="2120"/>
          </w:tcPr>
          <w:p>
            <w:pPr>
              <w:spacing w:after="0"/>
              <w:jc w:val="left"/>
            </w:pPr>
          </w:p>
        </w:tc>
        <w:tc>
          <w:tcPr>
            <w:tcW w:type="dxa" w:w="2038"/>
          </w:tcPr>
          <w:p>
            <w:pPr>
              <w:spacing w:after="0"/>
              <w:jc w:val="left"/>
            </w:pPr>
            <w:r>
              <w:rPr>
                <w:sz w:val="16"/>
              </w:rPr>
              <w:t>Includes 15 High Wind records and 8 Strong Wind records, event types the NRI definition of this hazard leaves out.</w:t>
            </w:r>
          </w:p>
        </w:tc>
      </w:tr>
      <w:tr>
        <w:trPr>
          <w:cantSplit/>
        </w:trPr>
        <w:tc>
          <w:tcPr>
            <w:tcW w:type="dxa" w:w="682"/>
          </w:tcPr>
          <w:p>
            <w:pPr>
              <w:spacing w:after="0"/>
              <w:jc w:val="right"/>
            </w:pPr>
            <w:r>
              <w:rPr>
                <w:sz w:val="16"/>
              </w:rPr>
              <w:t>4</w:t>
            </w:r>
          </w:p>
        </w:tc>
        <w:tc>
          <w:tcPr>
            <w:tcW w:type="dxa" w:w="1037"/>
          </w:tcPr>
          <w:p>
            <w:pPr>
              <w:spacing w:after="0"/>
              <w:jc w:val="left"/>
            </w:pPr>
            <w:r>
              <w:rPr>
                <w:sz w:val="16"/>
              </w:rPr>
              <w:t>Lightning</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$61,041</w:t>
            </w:r>
          </w:p>
        </w:tc>
        <w:tc>
          <w:tcPr>
            <w:tcW w:type="dxa" w:w="1126"/>
          </w:tcPr>
          <w:p>
            <w:pPr>
              <w:spacing w:after="0"/>
              <w:jc w:val="right"/>
            </w:pPr>
          </w:p>
        </w:tc>
        <w:tc>
          <w:tcPr>
            <w:tcW w:type="dxa" w:w="1288"/>
          </w:tcPr>
          <w:p>
            <w:pPr>
              <w:spacing w:after="0"/>
              <w:jc w:val="right"/>
            </w:pPr>
            <w:r>
              <w:rPr>
                <w:sz w:val="16"/>
              </w:rPr>
              <w:t>$707,002</w:t>
            </w:r>
          </w:p>
        </w:tc>
        <w:tc>
          <w:tcPr>
            <w:tcW w:type="dxa" w:w="1161"/>
          </w:tcPr>
          <w:p>
            <w:pPr>
              <w:spacing w:after="0"/>
              <w:jc w:val="right"/>
            </w:pPr>
            <w:r>
              <w:rPr>
                <w:sz w:val="16"/>
              </w:rPr>
              <w:t>$768,043</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5</w:t>
            </w:r>
          </w:p>
        </w:tc>
        <w:tc>
          <w:tcPr>
            <w:tcW w:type="dxa" w:w="1037"/>
          </w:tcPr>
          <w:p>
            <w:pPr>
              <w:spacing w:after="0"/>
              <w:jc w:val="left"/>
            </w:pPr>
            <w:r>
              <w:rPr>
                <w:sz w:val="16"/>
              </w:rPr>
              <w:t>Hail</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$442,721</w:t>
            </w:r>
          </w:p>
        </w:tc>
        <w:tc>
          <w:tcPr>
            <w:tcW w:type="dxa" w:w="1126"/>
          </w:tcPr>
          <w:p>
            <w:pPr>
              <w:spacing w:after="0"/>
              <w:jc w:val="right"/>
            </w:pPr>
            <w:r>
              <w:rPr>
                <w:sz w:val="16"/>
              </w:rPr>
              <w:t>$784</w:t>
            </w:r>
          </w:p>
        </w:tc>
        <w:tc>
          <w:tcPr>
            <w:tcW w:type="dxa" w:w="1288"/>
          </w:tcPr>
          <w:p>
            <w:pPr>
              <w:spacing w:after="0"/>
              <w:jc w:val="right"/>
            </w:pPr>
            <w:r>
              <w:rPr>
                <w:sz w:val="16"/>
              </w:rPr>
              <w:t>$88,149</w:t>
            </w:r>
          </w:p>
        </w:tc>
        <w:tc>
          <w:tcPr>
            <w:tcW w:type="dxa" w:w="1161"/>
          </w:tcPr>
          <w:p>
            <w:pPr>
              <w:spacing w:after="0"/>
              <w:jc w:val="right"/>
            </w:pPr>
            <w:r>
              <w:rPr>
                <w:sz w:val="16"/>
              </w:rPr>
              <w:t>$531,653</w:t>
            </w:r>
          </w:p>
        </w:tc>
        <w:tc>
          <w:tcPr>
            <w:tcW w:type="dxa" w:w="1178"/>
          </w:tcPr>
          <w:p>
            <w:pPr>
              <w:spacing w:after="0"/>
              <w:jc w:val="right"/>
            </w:pPr>
            <w:r>
              <w:rPr>
                <w:sz w:val="16"/>
              </w:rPr>
              <w:t>75</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Hurricane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$332,941</w:t>
            </w:r>
          </w:p>
        </w:tc>
        <w:tc>
          <w:tcPr>
            <w:tcW w:type="dxa" w:w="1126"/>
          </w:tcPr>
          <w:p>
            <w:pPr>
              <w:spacing w:after="0"/>
              <w:jc w:val="right"/>
            </w:pPr>
            <w:r>
              <w:rPr>
                <w:sz w:val="16"/>
              </w:rPr>
              <w:t>$2,715</w:t>
            </w:r>
          </w:p>
        </w:tc>
        <w:tc>
          <w:tcPr>
            <w:tcW w:type="dxa" w:w="1288"/>
          </w:tcPr>
          <w:p>
            <w:pPr>
              <w:spacing w:after="0"/>
              <w:jc w:val="right"/>
            </w:pPr>
            <w:r>
              <w:rPr>
                <w:sz w:val="16"/>
              </w:rPr>
              <w:t>$15,644</w:t>
            </w:r>
          </w:p>
        </w:tc>
        <w:tc>
          <w:tcPr>
            <w:tcW w:type="dxa" w:w="1161"/>
          </w:tcPr>
          <w:p>
            <w:pPr>
              <w:spacing w:after="0"/>
              <w:jc w:val="right"/>
            </w:pPr>
            <w:r>
              <w:rPr>
                <w:sz w:val="16"/>
              </w:rPr>
              <w:t>$351,300</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Declared 2 times; no Storm Events record of this type.</w:t>
            </w:r>
          </w:p>
        </w:tc>
      </w:tr>
      <w:tr>
        <w:trPr>
          <w:cantSplit/>
        </w:trPr>
        <w:tc>
          <w:tcPr>
            <w:tcW w:type="dxa" w:w="682"/>
          </w:tcPr>
          <w:p>
            <w:pPr>
              <w:spacing w:after="0"/>
              <w:jc w:val="right"/>
            </w:pPr>
            <w:r>
              <w:rPr>
                <w:sz w:val="16"/>
              </w:rPr>
              <w:t>7</w:t>
            </w:r>
          </w:p>
        </w:tc>
        <w:tc>
          <w:tcPr>
            <w:tcW w:type="dxa" w:w="1037"/>
          </w:tcPr>
          <w:p>
            <w:pPr>
              <w:spacing w:after="0"/>
              <w:jc w:val="left"/>
            </w:pPr>
            <w:r>
              <w:rPr>
                <w:sz w:val="16"/>
              </w:rPr>
              <w:t>Cold Wave</w:t>
            </w:r>
          </w:p>
        </w:tc>
        <w:tc>
          <w:tcPr>
            <w:tcW w:type="dxa" w:w="1178"/>
          </w:tcPr>
          <w:p>
            <w:pPr>
              <w:spacing w:after="0"/>
              <w:jc w:val="left"/>
            </w:pPr>
            <w:r>
              <w:rPr>
                <w:sz w:val="16"/>
              </w:rPr>
              <w:t>Very Low</w:t>
            </w:r>
          </w:p>
        </w:tc>
        <w:tc>
          <w:tcPr>
            <w:tcW w:type="dxa" w:w="1178"/>
          </w:tcPr>
          <w:p>
            <w:pPr>
              <w:spacing w:after="0"/>
              <w:jc w:val="left"/>
            </w:pPr>
            <w:r>
              <w:rPr>
                <w:sz w:val="16"/>
              </w:rPr>
              <w:t>Relatively Low</w:t>
            </w:r>
          </w:p>
        </w:tc>
        <w:tc>
          <w:tcPr>
            <w:tcW w:type="dxa" w:w="1126"/>
          </w:tcPr>
          <w:p>
            <w:pPr>
              <w:spacing w:after="0"/>
              <w:jc w:val="right"/>
            </w:pPr>
            <w:r>
              <w:rPr>
                <w:sz w:val="16"/>
              </w:rPr>
              <w:t>$12,343</w:t>
            </w:r>
          </w:p>
        </w:tc>
        <w:tc>
          <w:tcPr>
            <w:tcW w:type="dxa" w:w="1126"/>
          </w:tcPr>
          <w:p>
            <w:pPr>
              <w:spacing w:after="0"/>
              <w:jc w:val="right"/>
            </w:pPr>
            <w:r>
              <w:rPr>
                <w:sz w:val="16"/>
              </w:rPr>
              <w:t>$2,023</w:t>
            </w:r>
          </w:p>
        </w:tc>
        <w:tc>
          <w:tcPr>
            <w:tcW w:type="dxa" w:w="1288"/>
          </w:tcPr>
          <w:p>
            <w:pPr>
              <w:spacing w:after="0"/>
              <w:jc w:val="right"/>
            </w:pPr>
            <w:r>
              <w:rPr>
                <w:sz w:val="16"/>
              </w:rPr>
              <w:t>$326,594</w:t>
            </w:r>
          </w:p>
        </w:tc>
        <w:tc>
          <w:tcPr>
            <w:tcW w:type="dxa" w:w="1161"/>
          </w:tcPr>
          <w:p>
            <w:pPr>
              <w:spacing w:after="0"/>
              <w:jc w:val="right"/>
            </w:pPr>
            <w:r>
              <w:rPr>
                <w:sz w:val="16"/>
              </w:rPr>
              <w:t>$340,960</w:t>
            </w:r>
          </w:p>
        </w:tc>
        <w:tc>
          <w:tcPr>
            <w:tcW w:type="dxa" w:w="1178"/>
          </w:tcPr>
          <w:p>
            <w:pPr>
              <w:spacing w:after="0"/>
              <w:jc w:val="right"/>
            </w:pPr>
            <w:r>
              <w:rPr>
                <w:sz w:val="16"/>
              </w:rPr>
              <w:t>10</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Heat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$96</w:t>
            </w:r>
          </w:p>
        </w:tc>
        <w:tc>
          <w:tcPr>
            <w:tcW w:type="dxa" w:w="1126"/>
          </w:tcPr>
          <w:p>
            <w:pPr>
              <w:spacing w:after="0"/>
              <w:jc w:val="right"/>
            </w:pPr>
            <w:r>
              <w:rPr>
                <w:sz w:val="16"/>
              </w:rPr>
              <w:t>under $1</w:t>
            </w:r>
          </w:p>
        </w:tc>
        <w:tc>
          <w:tcPr>
            <w:tcW w:type="dxa" w:w="1288"/>
          </w:tcPr>
          <w:p>
            <w:pPr>
              <w:spacing w:after="0"/>
              <w:jc w:val="right"/>
            </w:pPr>
            <w:r>
              <w:rPr>
                <w:sz w:val="16"/>
              </w:rPr>
              <w:t>$296,250</w:t>
            </w:r>
          </w:p>
        </w:tc>
        <w:tc>
          <w:tcPr>
            <w:tcW w:type="dxa" w:w="1161"/>
          </w:tcPr>
          <w:p>
            <w:pPr>
              <w:spacing w:after="0"/>
              <w:jc w:val="right"/>
            </w:pPr>
            <w:r>
              <w:rPr>
                <w:sz w:val="16"/>
              </w:rPr>
              <w:t>$296,346</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9</w:t>
            </w:r>
          </w:p>
        </w:tc>
        <w:tc>
          <w:tcPr>
            <w:tcW w:type="dxa" w:w="1037"/>
          </w:tcPr>
          <w:p>
            <w:pPr>
              <w:spacing w:after="0"/>
              <w:jc w:val="left"/>
            </w:pPr>
            <w:r>
              <w:rPr>
                <w:sz w:val="16"/>
              </w:rPr>
              <w:t>Earthquake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$186,905</w:t>
            </w:r>
          </w:p>
        </w:tc>
        <w:tc>
          <w:tcPr>
            <w:tcW w:type="dxa" w:w="1126"/>
          </w:tcPr>
          <w:p>
            <w:pPr>
              <w:spacing w:after="0"/>
              <w:jc w:val="right"/>
            </w:pPr>
          </w:p>
        </w:tc>
        <w:tc>
          <w:tcPr>
            <w:tcW w:type="dxa" w:w="1288"/>
          </w:tcPr>
          <w:p>
            <w:pPr>
              <w:spacing w:after="0"/>
              <w:jc w:val="right"/>
            </w:pPr>
            <w:r>
              <w:rPr>
                <w:sz w:val="16"/>
              </w:rPr>
              <w:t>$55,500</w:t>
            </w:r>
          </w:p>
        </w:tc>
        <w:tc>
          <w:tcPr>
            <w:tcW w:type="dxa" w:w="1161"/>
          </w:tcPr>
          <w:p>
            <w:pPr>
              <w:spacing w:after="0"/>
              <w:jc w:val="right"/>
            </w:pPr>
            <w:r>
              <w:rPr>
                <w:sz w:val="16"/>
              </w:rPr>
              <w:t>$242,405</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10</w:t>
            </w:r>
          </w:p>
        </w:tc>
        <w:tc>
          <w:tcPr>
            <w:tcW w:type="dxa" w:w="1037"/>
          </w:tcPr>
          <w:p>
            <w:pPr>
              <w:spacing w:after="0"/>
              <w:jc w:val="left"/>
            </w:pPr>
            <w:r>
              <w:rPr>
                <w:sz w:val="16"/>
              </w:rPr>
              <w:t>Ice Storm</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$76,749</w:t>
            </w:r>
          </w:p>
        </w:tc>
        <w:tc>
          <w:tcPr>
            <w:tcW w:type="dxa" w:w="1126"/>
          </w:tcPr>
          <w:p>
            <w:pPr>
              <w:spacing w:after="0"/>
              <w:jc w:val="right"/>
            </w:pPr>
          </w:p>
        </w:tc>
        <w:tc>
          <w:tcPr>
            <w:tcW w:type="dxa" w:w="1288"/>
          </w:tcPr>
          <w:p>
            <w:pPr>
              <w:spacing w:after="0"/>
              <w:jc w:val="right"/>
            </w:pPr>
            <w:r>
              <w:rPr>
                <w:sz w:val="16"/>
              </w:rPr>
              <w:t>$19,156</w:t>
            </w:r>
          </w:p>
        </w:tc>
        <w:tc>
          <w:tcPr>
            <w:tcW w:type="dxa" w:w="1161"/>
          </w:tcPr>
          <w:p>
            <w:pPr>
              <w:spacing w:after="0"/>
              <w:jc w:val="right"/>
            </w:pPr>
            <w:r>
              <w:rPr>
                <w:sz w:val="16"/>
              </w:rPr>
              <w:t>$95,905</w:t>
            </w:r>
          </w:p>
        </w:tc>
        <w:tc>
          <w:tcPr>
            <w:tcW w:type="dxa" w:w="1178"/>
          </w:tcPr>
          <w:p>
            <w:pPr>
              <w:spacing w:after="0"/>
              <w:jc w:val="right"/>
            </w:pPr>
            <w:r>
              <w:rPr>
                <w:sz w:val="16"/>
              </w:rPr>
              <w:t>4</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Winter Weather</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$41,734</w:t>
            </w:r>
          </w:p>
        </w:tc>
        <w:tc>
          <w:tcPr>
            <w:tcW w:type="dxa" w:w="1126"/>
          </w:tcPr>
          <w:p>
            <w:pPr>
              <w:spacing w:after="0"/>
              <w:jc w:val="right"/>
            </w:pPr>
            <w:r>
              <w:rPr>
                <w:sz w:val="16"/>
              </w:rPr>
              <w:t>$1</w:t>
            </w:r>
          </w:p>
        </w:tc>
        <w:tc>
          <w:tcPr>
            <w:tcW w:type="dxa" w:w="1288"/>
          </w:tcPr>
          <w:p>
            <w:pPr>
              <w:spacing w:after="0"/>
              <w:jc w:val="right"/>
            </w:pPr>
            <w:r>
              <w:rPr>
                <w:sz w:val="16"/>
              </w:rPr>
              <w:t>$22,852</w:t>
            </w:r>
          </w:p>
        </w:tc>
        <w:tc>
          <w:tcPr>
            <w:tcW w:type="dxa" w:w="1161"/>
          </w:tcPr>
          <w:p>
            <w:pPr>
              <w:spacing w:after="0"/>
              <w:jc w:val="right"/>
            </w:pPr>
            <w:r>
              <w:rPr>
                <w:sz w:val="16"/>
              </w:rPr>
              <w:t>$64,586</w:t>
            </w:r>
          </w:p>
        </w:tc>
        <w:tc>
          <w:tcPr>
            <w:tcW w:type="dxa" w:w="1178"/>
          </w:tcPr>
          <w:p>
            <w:pPr>
              <w:spacing w:after="0"/>
              <w:jc w:val="right"/>
            </w:pPr>
            <w:r>
              <w:rPr>
                <w:sz w:val="16"/>
              </w:rPr>
              <w:t>74</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Landslide</w:t>
            </w:r>
          </w:p>
        </w:tc>
        <w:tc>
          <w:tcPr>
            <w:tcW w:type="dxa" w:w="1178"/>
          </w:tcPr>
          <w:p>
            <w:pPr>
              <w:spacing w:after="0"/>
              <w:jc w:val="left"/>
            </w:pPr>
            <w:r>
              <w:rPr>
                <w:sz w:val="16"/>
              </w:rPr>
              <w:t>Relatively Moderate</w:t>
            </w:r>
          </w:p>
        </w:tc>
        <w:tc>
          <w:tcPr>
            <w:tcW w:type="dxa" w:w="1178"/>
          </w:tcPr>
          <w:p>
            <w:pPr>
              <w:spacing w:after="0"/>
              <w:jc w:val="left"/>
            </w:pPr>
            <w:r>
              <w:rPr>
                <w:sz w:val="16"/>
              </w:rPr>
              <w:t>Relatively Low</w:t>
            </w:r>
          </w:p>
        </w:tc>
        <w:tc>
          <w:tcPr>
            <w:tcW w:type="dxa" w:w="1126"/>
          </w:tcPr>
          <w:p>
            <w:pPr>
              <w:spacing w:after="0"/>
              <w:jc w:val="right"/>
            </w:pPr>
            <w:r>
              <w:rPr>
                <w:sz w:val="16"/>
              </w:rPr>
              <w:t>$13,189</w:t>
            </w:r>
          </w:p>
        </w:tc>
        <w:tc>
          <w:tcPr>
            <w:tcW w:type="dxa" w:w="1126"/>
          </w:tcPr>
          <w:p>
            <w:pPr>
              <w:spacing w:after="0"/>
              <w:jc w:val="right"/>
            </w:pPr>
          </w:p>
        </w:tc>
        <w:tc>
          <w:tcPr>
            <w:tcW w:type="dxa" w:w="1288"/>
          </w:tcPr>
          <w:p>
            <w:pPr>
              <w:spacing w:after="0"/>
              <w:jc w:val="right"/>
            </w:pPr>
            <w:r>
              <w:rPr>
                <w:sz w:val="16"/>
              </w:rPr>
              <w:t>$42,120</w:t>
            </w:r>
          </w:p>
        </w:tc>
        <w:tc>
          <w:tcPr>
            <w:tcW w:type="dxa" w:w="1161"/>
          </w:tcPr>
          <w:p>
            <w:pPr>
              <w:spacing w:after="0"/>
              <w:jc w:val="right"/>
            </w:pPr>
            <w:r>
              <w:rPr>
                <w:sz w:val="16"/>
              </w:rPr>
              <w:t>$55,309</w:t>
            </w:r>
          </w:p>
        </w:tc>
        <w:tc>
          <w:tcPr>
            <w:tcW w:type="dxa" w:w="1178"/>
          </w:tcPr>
          <w:p>
            <w:pPr>
              <w:spacing w:after="0"/>
              <w:jc w:val="right"/>
            </w:pPr>
            <w:r>
              <w:rPr>
                <w:sz w:val="16"/>
              </w:rPr>
              <w:t>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Wildfire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$14,648</w:t>
            </w:r>
          </w:p>
        </w:tc>
        <w:tc>
          <w:tcPr>
            <w:tcW w:type="dxa" w:w="1126"/>
          </w:tcPr>
          <w:p>
            <w:pPr>
              <w:spacing w:after="0"/>
              <w:jc w:val="right"/>
            </w:pPr>
            <w:r>
              <w:rPr>
                <w:sz w:val="16"/>
              </w:rPr>
              <w:t>$4</w:t>
            </w:r>
          </w:p>
        </w:tc>
        <w:tc>
          <w:tcPr>
            <w:tcW w:type="dxa" w:w="1288"/>
          </w:tcPr>
          <w:p>
            <w:pPr>
              <w:spacing w:after="0"/>
              <w:jc w:val="right"/>
            </w:pPr>
            <w:r>
              <w:rPr>
                <w:sz w:val="16"/>
              </w:rPr>
              <w:t>$3,236</w:t>
            </w:r>
          </w:p>
        </w:tc>
        <w:tc>
          <w:tcPr>
            <w:tcW w:type="dxa" w:w="1161"/>
          </w:tcPr>
          <w:p>
            <w:pPr>
              <w:spacing w:after="0"/>
              <w:jc w:val="right"/>
            </w:pPr>
            <w:r>
              <w:rPr>
                <w:sz w:val="16"/>
              </w:rPr>
              <w:t>$17,888</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Drought</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$6,769</w:t>
            </w:r>
          </w:p>
        </w:tc>
        <w:tc>
          <w:tcPr>
            <w:tcW w:type="dxa" w:w="1288"/>
          </w:tcPr>
          <w:p>
            <w:pPr>
              <w:spacing w:after="0"/>
              <w:jc w:val="right"/>
            </w:pPr>
          </w:p>
        </w:tc>
        <w:tc>
          <w:tcPr>
            <w:tcW w:type="dxa" w:w="1161"/>
          </w:tcPr>
          <w:p>
            <w:pPr>
              <w:spacing w:after="0"/>
              <w:jc w:val="right"/>
            </w:pPr>
            <w:r>
              <w:rPr>
                <w:sz w:val="16"/>
              </w:rPr>
              <w:t>$6,769</w:t>
            </w:r>
          </w:p>
        </w:tc>
        <w:tc>
          <w:tcPr>
            <w:tcW w:type="dxa" w:w="1178"/>
          </w:tcPr>
          <w:p>
            <w:pPr>
              <w:spacing w:after="0"/>
              <w:jc w:val="right"/>
            </w:pPr>
            <w:r>
              <w:rPr>
                <w:sz w:val="16"/>
              </w:rPr>
              <w:t>6</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15</w:t>
            </w:r>
          </w:p>
        </w:tc>
        <w:tc>
          <w:tcPr>
            <w:tcW w:type="dxa" w:w="1037"/>
          </w:tcPr>
          <w:p>
            <w:pPr>
              <w:spacing w:after="0"/>
              <w:jc w:val="left"/>
            </w:pPr>
            <w:r>
              <w:rPr>
                <w:sz w:val="16"/>
              </w:rPr>
              <w:t>Avalanche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88"/>
          </w:tcPr>
          <w:p>
            <w:pPr>
              <w:spacing w:after="0"/>
              <w:jc w:val="right"/>
            </w:pPr>
            <w:r>
              <w:rPr>
                <w:sz w:val="16"/>
              </w:rPr>
              <w:t>$523</w:t>
            </w:r>
          </w:p>
        </w:tc>
        <w:tc>
          <w:tcPr>
            <w:tcW w:type="dxa" w:w="1161"/>
          </w:tcPr>
          <w:p>
            <w:pPr>
              <w:spacing w:after="0"/>
              <w:jc w:val="right"/>
            </w:pPr>
            <w:r>
              <w:rPr>
                <w:sz w:val="16"/>
              </w:rPr>
              <w:t>$524</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28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28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28 of 28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5"/>
        <w:gridCol w:w="1746"/>
        <w:gridCol w:w="1572"/>
        <w:gridCol w:w="1937"/>
        <w:gridCol w:w="1550"/>
        <w:gridCol w:w="1648"/>
        <w:gridCol w:w="1642"/>
        <w:gridCol w:w="2262"/>
      </w:tblGrid>
      <w:tr>
        <w:trPr>
          <w:cantSplit/>
          <w:tblHeader/>
        </w:trPr>
        <w:tc>
          <w:tcPr>
            <w:tcW w:type="dxa" w:w="1755"/>
            <w:shd w:val="clear" w:color="auto" w:fill="E8E8E8"/>
          </w:tcPr>
          <w:p>
            <w:pPr>
              <w:spacing w:after="0"/>
              <w:jc w:val="left"/>
            </w:pPr>
            <w:r>
              <w:rPr>
                <w:b/>
                <w:sz w:val="16"/>
              </w:rPr>
              <w:t>Hazard</w:t>
            </w:r>
          </w:p>
        </w:tc>
        <w:tc>
          <w:tcPr>
            <w:tcW w:type="dxa" w:w="1746"/>
            <w:shd w:val="clear" w:color="auto" w:fill="E8E8E8"/>
          </w:tcPr>
          <w:p>
            <w:pPr>
              <w:spacing w:after="0"/>
              <w:jc w:val="left"/>
            </w:pPr>
            <w:r>
              <w:rPr>
                <w:b/>
                <w:sz w:val="16"/>
              </w:rPr>
              <w:t>Scale</w:t>
            </w:r>
          </w:p>
        </w:tc>
        <w:tc>
          <w:tcPr>
            <w:tcW w:type="dxa" w:w="1572"/>
            <w:shd w:val="clear" w:color="auto" w:fill="E8E8E8"/>
          </w:tcPr>
          <w:p>
            <w:pPr>
              <w:spacing w:after="0"/>
              <w:jc w:val="right"/>
            </w:pPr>
            <w:r>
              <w:rPr>
                <w:b/>
                <w:sz w:val="16"/>
              </w:rPr>
              <w:t>Records</w:t>
            </w:r>
          </w:p>
          <w:p>
            <w:pPr>
              <w:spacing w:after="0"/>
              <w:jc w:val="right"/>
            </w:pPr>
            <w:r>
              <w:rPr>
                <w:i/>
                <w:color w:val="555555"/>
                <w:sz w:val="14"/>
              </w:rPr>
              <w:t>count, years</w:t>
            </w:r>
          </w:p>
        </w:tc>
        <w:tc>
          <w:tcPr>
            <w:tcW w:type="dxa" w:w="1937"/>
            <w:shd w:val="clear" w:color="auto" w:fill="E8E8E8"/>
          </w:tcPr>
          <w:p>
            <w:pPr>
              <w:spacing w:after="0"/>
              <w:jc w:val="left"/>
            </w:pPr>
            <w:r>
              <w:rPr>
                <w:b/>
                <w:sz w:val="16"/>
              </w:rPr>
              <w:t>Observed range</w:t>
            </w:r>
          </w:p>
        </w:tc>
        <w:tc>
          <w:tcPr>
            <w:tcW w:type="dxa" w:w="1550"/>
            <w:shd w:val="clear" w:color="auto" w:fill="E8E8E8"/>
          </w:tcPr>
          <w:p>
            <w:pPr>
              <w:spacing w:after="0"/>
              <w:jc w:val="left"/>
            </w:pPr>
            <w:r>
              <w:rPr>
                <w:b/>
                <w:sz w:val="16"/>
              </w:rPr>
              <w:t>Worst recorded event</w:t>
            </w:r>
          </w:p>
        </w:tc>
        <w:tc>
          <w:tcPr>
            <w:tcW w:type="dxa" w:w="1648"/>
            <w:shd w:val="clear" w:color="auto" w:fill="E8E8E8"/>
          </w:tcPr>
          <w:p>
            <w:pPr>
              <w:spacing w:after="0"/>
              <w:jc w:val="left"/>
            </w:pPr>
            <w:r>
              <w:rPr>
                <w:b/>
                <w:sz w:val="16"/>
              </w:rPr>
              <w:t>Most damaging (when different)</w:t>
            </w:r>
          </w:p>
        </w:tc>
        <w:tc>
          <w:tcPr>
            <w:tcW w:type="dxa" w:w="1642"/>
            <w:shd w:val="clear" w:color="auto" w:fill="E8E8E8"/>
          </w:tcPr>
          <w:p>
            <w:pPr>
              <w:spacing w:after="0"/>
              <w:jc w:val="left"/>
            </w:pPr>
            <w:r>
              <w:rPr>
                <w:b/>
                <w:sz w:val="16"/>
              </w:rPr>
              <w:t>How it applies to members</w:t>
            </w:r>
          </w:p>
        </w:tc>
        <w:tc>
          <w:tcPr>
            <w:tcW w:type="dxa" w:w="2262"/>
            <w:shd w:val="clear" w:color="auto" w:fill="E8E8E8"/>
          </w:tcPr>
          <w:p>
            <w:pPr>
              <w:spacing w:after="0"/>
              <w:jc w:val="left"/>
            </w:pPr>
            <w:r>
              <w:rPr>
                <w:b/>
                <w:sz w:val="16"/>
              </w:rPr>
              <w:t>Note</w:t>
            </w:r>
          </w:p>
        </w:tc>
      </w:tr>
      <w:tr>
        <w:trPr>
          <w:cantSplit/>
        </w:trPr>
        <w:tc>
          <w:tcPr>
            <w:tcW w:type="dxa" w:w="1755"/>
          </w:tcPr>
          <w:p>
            <w:pPr>
              <w:spacing w:after="0"/>
              <w:jc w:val="left"/>
            </w:pPr>
            <w:r>
              <w:rPr>
                <w:sz w:val="16"/>
              </w:rPr>
              <w:t>Avalanche</w:t>
            </w:r>
          </w:p>
        </w:tc>
        <w:tc>
          <w:tcPr>
            <w:tcW w:type="dxa" w:w="1746"/>
          </w:tcPr>
          <w:p>
            <w:pPr>
              <w:spacing w:after="0"/>
              <w:jc w:val="left"/>
            </w:pPr>
            <w:r>
              <w:rPr>
                <w:sz w:val="16"/>
              </w:rPr>
              <w:t>none (count and damage)</w:t>
            </w:r>
          </w:p>
        </w:tc>
        <w:tc>
          <w:tcPr>
            <w:tcW w:type="dxa" w:w="1572"/>
          </w:tcPr>
          <w:p>
            <w:pPr>
              <w:spacing w:after="0"/>
              <w:jc w:val="right"/>
            </w:pPr>
            <w:r>
              <w:rPr>
                <w:sz w:val="16"/>
              </w:rPr>
              <w:t>0</w:t>
            </w:r>
          </w:p>
        </w:tc>
        <w:tc>
          <w:tcPr>
            <w:tcW w:type="dxa" w:w="1937"/>
          </w:tcPr>
          <w:p>
            <w:pPr>
              <w:spacing w:after="0"/>
              <w:jc w:val="left"/>
            </w:pPr>
          </w:p>
        </w:tc>
        <w:tc>
          <w:tcPr>
            <w:tcW w:type="dxa" w:w="1550"/>
          </w:tcPr>
          <w:p>
            <w:pPr>
              <w:spacing w:after="0"/>
              <w:jc w:val="left"/>
            </w:pPr>
          </w:p>
        </w:tc>
        <w:tc>
          <w:tcPr>
            <w:tcW w:type="dxa" w:w="1648"/>
          </w:tcPr>
          <w:p>
            <w:pPr>
              <w:spacing w:after="0"/>
              <w:jc w:val="left"/>
            </w:pPr>
          </w:p>
        </w:tc>
        <w:tc>
          <w:tcPr>
            <w:tcW w:type="dxa" w:w="1642"/>
          </w:tcPr>
          <w:p>
            <w:pPr>
              <w:spacing w:after="0"/>
              <w:jc w:val="left"/>
            </w:pPr>
          </w:p>
        </w:tc>
        <w:tc>
          <w:tcPr>
            <w:tcW w:type="dxa" w:w="2262"/>
          </w:tcPr>
          <w:p>
            <w:pPr>
              <w:spacing w:after="0"/>
              <w:jc w:val="left"/>
            </w:pPr>
            <w:r>
              <w:rPr>
                <w:sz w:val="16"/>
              </w:rPr>
              <w:t>Physical measure: in event narratives only; local data required.</w:t>
            </w:r>
          </w:p>
        </w:tc>
      </w:tr>
      <w:tr>
        <w:trPr>
          <w:cantSplit/>
        </w:trPr>
        <w:tc>
          <w:tcPr>
            <w:tcW w:type="dxa" w:w="1755"/>
          </w:tcPr>
          <w:p>
            <w:pPr>
              <w:spacing w:after="0"/>
              <w:jc w:val="left"/>
            </w:pPr>
            <w:r>
              <w:rPr>
                <w:sz w:val="16"/>
              </w:rPr>
              <w:t>Coastal Flood, Storm Surge/Tide</w:t>
            </w:r>
          </w:p>
        </w:tc>
        <w:tc>
          <w:tcPr>
            <w:tcW w:type="dxa" w:w="1746"/>
          </w:tcPr>
          <w:p>
            <w:pPr>
              <w:spacing w:after="0"/>
              <w:jc w:val="left"/>
            </w:pPr>
            <w:r>
              <w:rPr>
                <w:sz w:val="16"/>
              </w:rPr>
              <w:t>none in data (FIRM for depth)</w:t>
            </w:r>
          </w:p>
        </w:tc>
        <w:tc>
          <w:tcPr>
            <w:tcW w:type="dxa" w:w="1572"/>
          </w:tcPr>
          <w:p>
            <w:pPr>
              <w:spacing w:after="0"/>
              <w:jc w:val="right"/>
            </w:pPr>
            <w:r>
              <w:rPr>
                <w:sz w:val="16"/>
              </w:rPr>
              <w:t>0</w:t>
            </w:r>
          </w:p>
        </w:tc>
        <w:tc>
          <w:tcPr>
            <w:tcW w:type="dxa" w:w="1937"/>
          </w:tcPr>
          <w:p>
            <w:pPr>
              <w:spacing w:after="0"/>
              <w:jc w:val="left"/>
            </w:pPr>
          </w:p>
        </w:tc>
        <w:tc>
          <w:tcPr>
            <w:tcW w:type="dxa" w:w="1550"/>
          </w:tcPr>
          <w:p>
            <w:pPr>
              <w:spacing w:after="0"/>
              <w:jc w:val="left"/>
            </w:pPr>
          </w:p>
        </w:tc>
        <w:tc>
          <w:tcPr>
            <w:tcW w:type="dxa" w:w="1648"/>
          </w:tcPr>
          <w:p>
            <w:pPr>
              <w:spacing w:after="0"/>
              <w:jc w:val="left"/>
            </w:pPr>
          </w:p>
        </w:tc>
        <w:tc>
          <w:tcPr>
            <w:tcW w:type="dxa" w:w="1642"/>
          </w:tcPr>
          <w:p>
            <w:pPr>
              <w:spacing w:after="0"/>
              <w:jc w:val="left"/>
            </w:pPr>
          </w:p>
        </w:tc>
        <w:tc>
          <w:tcPr>
            <w:tcW w:type="dxa" w:w="2262"/>
          </w:tcPr>
          <w:p>
            <w:pPr>
              <w:spacing w:after="0"/>
              <w:jc w:val="left"/>
            </w:pPr>
            <w:r>
              <w:rPr>
                <w:sz w:val="16"/>
              </w:rPr>
              <w:t>Flood depth: see the FEMA Flood Insurance Rate Map.</w:t>
            </w:r>
          </w:p>
        </w:tc>
      </w:tr>
      <w:tr>
        <w:trPr>
          <w:cantSplit/>
        </w:trPr>
        <w:tc>
          <w:tcPr>
            <w:tcW w:type="dxa" w:w="1755"/>
          </w:tcPr>
          <w:p>
            <w:pPr>
              <w:spacing w:after="0"/>
              <w:jc w:val="left"/>
            </w:pPr>
            <w:r>
              <w:rPr>
                <w:sz w:val="16"/>
              </w:rPr>
              <w:t>Cold/Wind Chill, Extreme Cold/Wind Chill</w:t>
            </w:r>
          </w:p>
        </w:tc>
        <w:tc>
          <w:tcPr>
            <w:tcW w:type="dxa" w:w="1746"/>
          </w:tcPr>
          <w:p>
            <w:pPr>
              <w:spacing w:after="0"/>
              <w:jc w:val="left"/>
            </w:pPr>
            <w:r>
              <w:rPr>
                <w:sz w:val="16"/>
              </w:rPr>
              <w:t>wind chill</w:t>
            </w:r>
          </w:p>
        </w:tc>
        <w:tc>
          <w:tcPr>
            <w:tcW w:type="dxa" w:w="1572"/>
          </w:tcPr>
          <w:p>
            <w:pPr>
              <w:spacing w:after="0"/>
              <w:jc w:val="right"/>
            </w:pPr>
            <w:r>
              <w:rPr>
                <w:sz w:val="16"/>
              </w:rPr>
              <w:t>10, 2009 to 2026 (10 zone-level)</w:t>
            </w:r>
          </w:p>
        </w:tc>
        <w:tc>
          <w:tcPr>
            <w:tcW w:type="dxa" w:w="1937"/>
          </w:tcPr>
          <w:p>
            <w:pPr>
              <w:spacing w:after="0"/>
              <w:jc w:val="left"/>
            </w:pPr>
            <w:r>
              <w:rPr>
                <w:sz w:val="16"/>
              </w:rPr>
              <w:t>1 day to 3 days (median 2 days); 10 with a recorded value</w:t>
            </w:r>
          </w:p>
        </w:tc>
        <w:tc>
          <w:tcPr>
            <w:tcW w:type="dxa" w:w="1550"/>
          </w:tcPr>
          <w:p>
            <w:pPr>
              <w:spacing w:after="0"/>
              <w:jc w:val="left"/>
            </w:pPr>
            <w:r>
              <w:rPr>
                <w:sz w:val="16"/>
              </w:rPr>
              <w:t>3 consecutive days, 2025-01-20 to 2025-01-22, zone-level</w:t>
            </w:r>
          </w:p>
        </w:tc>
        <w:tc>
          <w:tcPr>
            <w:tcW w:type="dxa" w:w="1648"/>
          </w:tcPr>
          <w:p>
            <w:pPr>
              <w:spacing w:after="0"/>
              <w:jc w:val="left"/>
            </w:pPr>
          </w:p>
        </w:tc>
        <w:tc>
          <w:tcPr>
            <w:tcW w:type="dxa" w:w="1642"/>
          </w:tcPr>
          <w:p>
            <w:pPr>
              <w:spacing w:after="0"/>
              <w:jc w:val="left"/>
            </w:pPr>
            <w:r>
              <w:rPr>
                <w:sz w:val="16"/>
              </w:rPr>
              <w:t>Zone-level records: applies countywide; national data do not locate these events within the county.</w:t>
            </w:r>
          </w:p>
        </w:tc>
        <w:tc>
          <w:tcPr>
            <w:tcW w:type="dxa" w:w="2262"/>
          </w:tcPr>
          <w:p>
            <w:pPr>
              <w:spacing w:after="0"/>
              <w:jc w:val="left"/>
            </w:pPr>
            <w:r>
              <w:rPr>
                <w:sz w:val="16"/>
              </w:rPr>
              <w:t>Wind chill: in event narratives only; local data required.</w:t>
            </w:r>
          </w:p>
        </w:tc>
      </w:tr>
      <w:tr>
        <w:trPr>
          <w:cantSplit/>
        </w:trPr>
        <w:tc>
          <w:tcPr>
            <w:tcW w:type="dxa" w:w="1755"/>
          </w:tcPr>
          <w:p>
            <w:pPr>
              <w:spacing w:after="0"/>
              <w:jc w:val="left"/>
            </w:pPr>
            <w:r>
              <w:rPr>
                <w:sz w:val="16"/>
              </w:rPr>
              <w:t>Frost/Freeze (outside NRI Cold Wave definition)</w:t>
            </w:r>
          </w:p>
        </w:tc>
        <w:tc>
          <w:tcPr>
            <w:tcW w:type="dxa" w:w="1746"/>
          </w:tcPr>
          <w:p>
            <w:pPr>
              <w:spacing w:after="0"/>
              <w:jc w:val="left"/>
            </w:pPr>
            <w:r>
              <w:rPr>
                <w:sz w:val="16"/>
              </w:rPr>
              <w:t>crop damage</w:t>
            </w:r>
          </w:p>
        </w:tc>
        <w:tc>
          <w:tcPr>
            <w:tcW w:type="dxa" w:w="1572"/>
          </w:tcPr>
          <w:p>
            <w:pPr>
              <w:spacing w:after="0"/>
              <w:jc w:val="right"/>
            </w:pPr>
            <w:r>
              <w:rPr>
                <w:sz w:val="16"/>
              </w:rPr>
              <w:t>0</w:t>
            </w:r>
          </w:p>
        </w:tc>
        <w:tc>
          <w:tcPr>
            <w:tcW w:type="dxa" w:w="1937"/>
          </w:tcPr>
          <w:p>
            <w:pPr>
              <w:spacing w:after="0"/>
              <w:jc w:val="left"/>
            </w:pPr>
          </w:p>
        </w:tc>
        <w:tc>
          <w:tcPr>
            <w:tcW w:type="dxa" w:w="1550"/>
          </w:tcPr>
          <w:p>
            <w:pPr>
              <w:spacing w:after="0"/>
              <w:jc w:val="left"/>
            </w:pPr>
          </w:p>
        </w:tc>
        <w:tc>
          <w:tcPr>
            <w:tcW w:type="dxa" w:w="1648"/>
          </w:tcPr>
          <w:p>
            <w:pPr>
              <w:spacing w:after="0"/>
              <w:jc w:val="left"/>
            </w:pPr>
          </w:p>
        </w:tc>
        <w:tc>
          <w:tcPr>
            <w:tcW w:type="dxa" w:w="1642"/>
          </w:tcPr>
          <w:p>
            <w:pPr>
              <w:spacing w:after="0"/>
              <w:jc w:val="left"/>
            </w:pPr>
          </w:p>
        </w:tc>
        <w:tc>
          <w:tcPr>
            <w:tcW w:type="dxa" w:w="2262"/>
          </w:tcPr>
          <w:p>
            <w:pPr>
              <w:spacing w:after="0"/>
              <w:jc w:val="left"/>
            </w:pPr>
            <w:r>
              <w:rPr>
                <w:sz w:val="16"/>
              </w:rPr>
              <w:t>Temperature: in event narratives only; local data required.</w:t>
            </w:r>
          </w:p>
        </w:tc>
      </w:tr>
      <w:tr>
        <w:trPr>
          <w:cantSplit/>
        </w:trPr>
        <w:tc>
          <w:tcPr>
            <w:tcW w:type="dxa" w:w="1755"/>
          </w:tcPr>
          <w:p>
            <w:pPr>
              <w:spacing w:after="0"/>
              <w:jc w:val="left"/>
            </w:pPr>
            <w:r>
              <w:rPr>
                <w:sz w:val="16"/>
              </w:rPr>
              <w:t>Drought</w:t>
            </w:r>
          </w:p>
        </w:tc>
        <w:tc>
          <w:tcPr>
            <w:tcW w:type="dxa" w:w="1746"/>
          </w:tcPr>
          <w:p>
            <w:pPr>
              <w:spacing w:after="0"/>
              <w:jc w:val="left"/>
            </w:pPr>
            <w:r>
              <w:rPr>
                <w:sz w:val="16"/>
              </w:rPr>
              <w:t>US Drought Monitor D-scale</w:t>
            </w:r>
          </w:p>
        </w:tc>
        <w:tc>
          <w:tcPr>
            <w:tcW w:type="dxa" w:w="1572"/>
          </w:tcPr>
          <w:p>
            <w:pPr>
              <w:spacing w:after="0"/>
              <w:jc w:val="right"/>
            </w:pPr>
            <w:r>
              <w:rPr>
                <w:sz w:val="16"/>
              </w:rPr>
              <w:t>6, 1999 to 2024 (6 zone-level)</w:t>
            </w:r>
          </w:p>
        </w:tc>
        <w:tc>
          <w:tcPr>
            <w:tcW w:type="dxa" w:w="1937"/>
          </w:tcPr>
          <w:p>
            <w:pPr>
              <w:spacing w:after="0"/>
              <w:jc w:val="left"/>
            </w:pPr>
            <w:r>
              <w:rPr>
                <w:sz w:val="16"/>
              </w:rPr>
              <w:t>12 days to 68 days (median 61 days); 3 with a recorded value</w:t>
            </w:r>
          </w:p>
        </w:tc>
        <w:tc>
          <w:tcPr>
            <w:tcW w:type="dxa" w:w="1550"/>
          </w:tcPr>
          <w:p>
            <w:pPr>
              <w:spacing w:after="0"/>
              <w:jc w:val="left"/>
            </w:pPr>
            <w:r>
              <w:rPr>
                <w:sz w:val="16"/>
              </w:rPr>
              <w:t>68 days (about 2.2 months), 2024-09-24 to 2024-11-30, a run of 3 consecutive Storm Events drought records, zone-level</w:t>
            </w:r>
          </w:p>
        </w:tc>
        <w:tc>
          <w:tcPr>
            <w:tcW w:type="dxa" w:w="1648"/>
          </w:tcPr>
          <w:p>
            <w:pPr>
              <w:spacing w:after="0"/>
              <w:jc w:val="left"/>
            </w:pPr>
          </w:p>
        </w:tc>
        <w:tc>
          <w:tcPr>
            <w:tcW w:type="dxa" w:w="1642"/>
          </w:tcPr>
          <w:p>
            <w:pPr>
              <w:spacing w:after="0"/>
              <w:jc w:val="left"/>
            </w:pPr>
            <w:r>
              <w:rPr>
                <w:sz w:val="16"/>
              </w:rPr>
              <w:t>Zone-level records: applies countywide; national data do not locate these events within the county.</w:t>
            </w:r>
          </w:p>
        </w:tc>
        <w:tc>
          <w:tcPr>
            <w:tcW w:type="dxa" w:w="226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5"/>
          </w:tcPr>
          <w:p>
            <w:pPr>
              <w:spacing w:after="0"/>
              <w:jc w:val="left"/>
            </w:pPr>
            <w:r>
              <w:rPr>
                <w:sz w:val="16"/>
              </w:rPr>
              <w:t>Earthquake</w:t>
            </w:r>
          </w:p>
        </w:tc>
        <w:tc>
          <w:tcPr>
            <w:tcW w:type="dxa" w:w="1746"/>
          </w:tcPr>
          <w:p>
            <w:pPr>
              <w:spacing w:after="0"/>
              <w:jc w:val="left"/>
            </w:pPr>
            <w:r>
              <w:rPr>
                <w:sz w:val="16"/>
              </w:rPr>
              <w:t>Modified Mercalli (local data)</w:t>
            </w:r>
          </w:p>
        </w:tc>
        <w:tc>
          <w:tcPr>
            <w:tcW w:type="dxa" w:w="1572"/>
          </w:tcPr>
          <w:p>
            <w:pPr>
              <w:spacing w:after="0"/>
              <w:jc w:val="right"/>
            </w:pPr>
            <w:r>
              <w:rPr>
                <w:sz w:val="16"/>
              </w:rPr>
              <w:t>0</w:t>
            </w:r>
          </w:p>
        </w:tc>
        <w:tc>
          <w:tcPr>
            <w:tcW w:type="dxa" w:w="1937"/>
          </w:tcPr>
          <w:p>
            <w:pPr>
              <w:spacing w:after="0"/>
              <w:jc w:val="left"/>
            </w:pPr>
          </w:p>
        </w:tc>
        <w:tc>
          <w:tcPr>
            <w:tcW w:type="dxa" w:w="1550"/>
          </w:tcPr>
          <w:p>
            <w:pPr>
              <w:spacing w:after="0"/>
              <w:jc w:val="left"/>
            </w:pPr>
          </w:p>
        </w:tc>
        <w:tc>
          <w:tcPr>
            <w:tcW w:type="dxa" w:w="1648"/>
          </w:tcPr>
          <w:p>
            <w:pPr>
              <w:spacing w:after="0"/>
              <w:jc w:val="left"/>
            </w:pPr>
          </w:p>
        </w:tc>
        <w:tc>
          <w:tcPr>
            <w:tcW w:type="dxa" w:w="1642"/>
          </w:tcPr>
          <w:p>
            <w:pPr>
              <w:spacing w:after="0"/>
              <w:jc w:val="left"/>
            </w:pPr>
          </w:p>
        </w:tc>
        <w:tc>
          <w:tcPr>
            <w:tcW w:type="dxa" w:w="2262"/>
          </w:tcPr>
          <w:p>
            <w:pPr>
              <w:spacing w:after="0"/>
              <w:jc w:val="left"/>
            </w:pPr>
            <w:r>
              <w:rPr>
                <w:sz w:val="16"/>
              </w:rPr>
              <w:t>No Storm Events record; local data required (e.g., USGS).</w:t>
            </w:r>
          </w:p>
        </w:tc>
      </w:tr>
      <w:tr>
        <w:trPr>
          <w:cantSplit/>
        </w:trPr>
        <w:tc>
          <w:tcPr>
            <w:tcW w:type="dxa" w:w="1755"/>
          </w:tcPr>
          <w:p>
            <w:pPr>
              <w:spacing w:after="0"/>
              <w:jc w:val="left"/>
            </w:pPr>
            <w:r>
              <w:rPr>
                <w:sz w:val="16"/>
              </w:rPr>
              <w:t>Hail</w:t>
            </w:r>
          </w:p>
        </w:tc>
        <w:tc>
          <w:tcPr>
            <w:tcW w:type="dxa" w:w="1746"/>
          </w:tcPr>
          <w:p>
            <w:pPr>
              <w:spacing w:after="0"/>
              <w:jc w:val="left"/>
            </w:pPr>
            <w:r>
              <w:rPr>
                <w:sz w:val="16"/>
              </w:rPr>
              <w:t>hail size (inches)</w:t>
            </w:r>
          </w:p>
        </w:tc>
        <w:tc>
          <w:tcPr>
            <w:tcW w:type="dxa" w:w="1572"/>
          </w:tcPr>
          <w:p>
            <w:pPr>
              <w:spacing w:after="0"/>
              <w:jc w:val="right"/>
            </w:pPr>
            <w:r>
              <w:rPr>
                <w:sz w:val="16"/>
              </w:rPr>
              <w:t>82, 1963 to 2026</w:t>
            </w:r>
          </w:p>
        </w:tc>
        <w:tc>
          <w:tcPr>
            <w:tcW w:type="dxa" w:w="1937"/>
          </w:tcPr>
          <w:p>
            <w:pPr>
              <w:spacing w:after="0"/>
              <w:jc w:val="left"/>
            </w:pPr>
            <w:r>
              <w:rPr>
                <w:sz w:val="16"/>
              </w:rPr>
              <w:t>0.75 in to 2 in (median 1 in); 82 with a recorded value</w:t>
            </w:r>
          </w:p>
        </w:tc>
        <w:tc>
          <w:tcPr>
            <w:tcW w:type="dxa" w:w="1550"/>
          </w:tcPr>
          <w:p>
            <w:pPr>
              <w:spacing w:after="0"/>
              <w:jc w:val="left"/>
            </w:pPr>
            <w:r>
              <w:rPr>
                <w:sz w:val="16"/>
              </w:rPr>
              <w:t>2 in hail, 2022-06-08</w:t>
            </w:r>
          </w:p>
        </w:tc>
        <w:tc>
          <w:tcPr>
            <w:tcW w:type="dxa" w:w="1648"/>
          </w:tcPr>
          <w:p>
            <w:pPr>
              <w:spacing w:after="0"/>
              <w:jc w:val="left"/>
            </w:pPr>
          </w:p>
        </w:tc>
        <w:tc>
          <w:tcPr>
            <w:tcW w:type="dxa" w:w="1642"/>
          </w:tcPr>
          <w:p>
            <w:pPr>
              <w:spacing w:after="0"/>
              <w:jc w:val="left"/>
            </w:pPr>
            <w:r>
              <w:rPr>
                <w:sz w:val="16"/>
              </w:rPr>
              <w:t>Event records naming member places: Westover city (11 records), Morgantown city (10 records), Star City town (2 records), Blacksville town (1 record), Granville town (1 record).</w:t>
            </w:r>
          </w:p>
        </w:tc>
        <w:tc>
          <w:tcPr>
            <w:tcW w:type="dxa" w:w="2262"/>
          </w:tcPr>
          <w:p>
            <w:pPr>
              <w:spacing w:after="0"/>
              <w:jc w:val="left"/>
            </w:pPr>
          </w:p>
        </w:tc>
      </w:tr>
      <w:tr>
        <w:trPr>
          <w:cantSplit/>
        </w:trPr>
        <w:tc>
          <w:tcPr>
            <w:tcW w:type="dxa" w:w="1755"/>
          </w:tcPr>
          <w:p>
            <w:pPr>
              <w:spacing w:after="0"/>
              <w:jc w:val="left"/>
            </w:pPr>
            <w:r>
              <w:rPr>
                <w:sz w:val="16"/>
              </w:rPr>
              <w:t>Excessive Heat, Heat</w:t>
            </w:r>
          </w:p>
        </w:tc>
        <w:tc>
          <w:tcPr>
            <w:tcW w:type="dxa" w:w="1746"/>
          </w:tcPr>
          <w:p>
            <w:pPr>
              <w:spacing w:after="0"/>
              <w:jc w:val="left"/>
            </w:pPr>
            <w:r>
              <w:rPr>
                <w:sz w:val="16"/>
              </w:rPr>
              <w:t>heat index (narratives)</w:t>
            </w:r>
          </w:p>
        </w:tc>
        <w:tc>
          <w:tcPr>
            <w:tcW w:type="dxa" w:w="1572"/>
          </w:tcPr>
          <w:p>
            <w:pPr>
              <w:spacing w:after="0"/>
              <w:jc w:val="right"/>
            </w:pPr>
            <w:r>
              <w:rPr>
                <w:sz w:val="16"/>
              </w:rPr>
              <w:t>0</w:t>
            </w:r>
          </w:p>
        </w:tc>
        <w:tc>
          <w:tcPr>
            <w:tcW w:type="dxa" w:w="1937"/>
          </w:tcPr>
          <w:p>
            <w:pPr>
              <w:spacing w:after="0"/>
              <w:jc w:val="left"/>
            </w:pPr>
          </w:p>
        </w:tc>
        <w:tc>
          <w:tcPr>
            <w:tcW w:type="dxa" w:w="1550"/>
          </w:tcPr>
          <w:p>
            <w:pPr>
              <w:spacing w:after="0"/>
              <w:jc w:val="left"/>
            </w:pPr>
          </w:p>
        </w:tc>
        <w:tc>
          <w:tcPr>
            <w:tcW w:type="dxa" w:w="1648"/>
          </w:tcPr>
          <w:p>
            <w:pPr>
              <w:spacing w:after="0"/>
              <w:jc w:val="left"/>
            </w:pPr>
          </w:p>
        </w:tc>
        <w:tc>
          <w:tcPr>
            <w:tcW w:type="dxa" w:w="1642"/>
          </w:tcPr>
          <w:p>
            <w:pPr>
              <w:spacing w:after="0"/>
              <w:jc w:val="left"/>
            </w:pPr>
          </w:p>
        </w:tc>
        <w:tc>
          <w:tcPr>
            <w:tcW w:type="dxa" w:w="2262"/>
          </w:tcPr>
          <w:p>
            <w:pPr>
              <w:spacing w:after="0"/>
              <w:jc w:val="left"/>
            </w:pPr>
            <w:r>
              <w:rPr>
                <w:sz w:val="16"/>
              </w:rPr>
              <w:t>Heat index: in event narratives only; local data required.</w:t>
            </w:r>
          </w:p>
        </w:tc>
      </w:tr>
      <w:tr>
        <w:trPr>
          <w:cantSplit/>
        </w:trPr>
        <w:tc>
          <w:tcPr>
            <w:tcW w:type="dxa" w:w="1755"/>
          </w:tcPr>
          <w:p>
            <w:pPr>
              <w:spacing w:after="0"/>
              <w:jc w:val="left"/>
            </w:pPr>
            <w:r>
              <w:rPr>
                <w:sz w:val="16"/>
              </w:rPr>
              <w:t>Hurricane, Tropical Storm, Tropical Depression</w:t>
            </w:r>
          </w:p>
        </w:tc>
        <w:tc>
          <w:tcPr>
            <w:tcW w:type="dxa" w:w="1746"/>
          </w:tcPr>
          <w:p>
            <w:pPr>
              <w:spacing w:after="0"/>
              <w:jc w:val="left"/>
            </w:pPr>
            <w:r>
              <w:rPr>
                <w:sz w:val="16"/>
              </w:rPr>
              <w:t>Saffir-Simpson</w:t>
            </w:r>
          </w:p>
        </w:tc>
        <w:tc>
          <w:tcPr>
            <w:tcW w:type="dxa" w:w="1572"/>
          </w:tcPr>
          <w:p>
            <w:pPr>
              <w:spacing w:after="0"/>
              <w:jc w:val="right"/>
            </w:pPr>
            <w:r>
              <w:rPr>
                <w:sz w:val="16"/>
              </w:rPr>
              <w:t>0</w:t>
            </w:r>
          </w:p>
        </w:tc>
        <w:tc>
          <w:tcPr>
            <w:tcW w:type="dxa" w:w="1937"/>
          </w:tcPr>
          <w:p>
            <w:pPr>
              <w:spacing w:after="0"/>
              <w:jc w:val="left"/>
            </w:pPr>
          </w:p>
        </w:tc>
        <w:tc>
          <w:tcPr>
            <w:tcW w:type="dxa" w:w="1550"/>
          </w:tcPr>
          <w:p>
            <w:pPr>
              <w:spacing w:after="0"/>
              <w:jc w:val="left"/>
            </w:pPr>
          </w:p>
        </w:tc>
        <w:tc>
          <w:tcPr>
            <w:tcW w:type="dxa" w:w="1648"/>
          </w:tcPr>
          <w:p>
            <w:pPr>
              <w:spacing w:after="0"/>
              <w:jc w:val="left"/>
            </w:pPr>
          </w:p>
        </w:tc>
        <w:tc>
          <w:tcPr>
            <w:tcW w:type="dxa" w:w="1642"/>
          </w:tcPr>
          <w:p>
            <w:pPr>
              <w:spacing w:after="0"/>
              <w:jc w:val="left"/>
            </w:pPr>
          </w:p>
        </w:tc>
        <w:tc>
          <w:tcPr>
            <w:tcW w:type="dxa" w:w="226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5"/>
          </w:tcPr>
          <w:p>
            <w:pPr>
              <w:spacing w:after="0"/>
              <w:jc w:val="left"/>
            </w:pPr>
            <w:r>
              <w:rPr>
                <w:sz w:val="16"/>
              </w:rPr>
              <w:t>Ice Storm</w:t>
            </w:r>
          </w:p>
        </w:tc>
        <w:tc>
          <w:tcPr>
            <w:tcW w:type="dxa" w:w="1746"/>
          </w:tcPr>
          <w:p>
            <w:pPr>
              <w:spacing w:after="0"/>
              <w:jc w:val="left"/>
            </w:pPr>
            <w:r>
              <w:rPr>
                <w:sz w:val="16"/>
              </w:rPr>
              <w:t>Sperry-Piltz (local data)</w:t>
            </w:r>
          </w:p>
        </w:tc>
        <w:tc>
          <w:tcPr>
            <w:tcW w:type="dxa" w:w="1572"/>
          </w:tcPr>
          <w:p>
            <w:pPr>
              <w:spacing w:after="0"/>
              <w:jc w:val="right"/>
            </w:pPr>
            <w:r>
              <w:rPr>
                <w:sz w:val="16"/>
              </w:rPr>
              <w:t>4, 2003 to 2009 (4 zone-level)</w:t>
            </w:r>
          </w:p>
        </w:tc>
        <w:tc>
          <w:tcPr>
            <w:tcW w:type="dxa" w:w="1937"/>
          </w:tcPr>
          <w:p>
            <w:pPr>
              <w:spacing w:after="0"/>
              <w:jc w:val="left"/>
            </w:pPr>
          </w:p>
        </w:tc>
        <w:tc>
          <w:tcPr>
            <w:tcW w:type="dxa" w:w="1550"/>
          </w:tcPr>
          <w:p>
            <w:pPr>
              <w:spacing w:after="0"/>
              <w:jc w:val="left"/>
            </w:pPr>
            <w:r>
              <w:rPr>
                <w:sz w:val="16"/>
              </w:rPr>
              <w:t>No damage reported in 4 records.</w:t>
            </w:r>
          </w:p>
        </w:tc>
        <w:tc>
          <w:tcPr>
            <w:tcW w:type="dxa" w:w="1648"/>
          </w:tcPr>
          <w:p>
            <w:pPr>
              <w:spacing w:after="0"/>
              <w:jc w:val="left"/>
            </w:pPr>
          </w:p>
        </w:tc>
        <w:tc>
          <w:tcPr>
            <w:tcW w:type="dxa" w:w="1642"/>
          </w:tcPr>
          <w:p>
            <w:pPr>
              <w:spacing w:after="0"/>
              <w:jc w:val="left"/>
            </w:pPr>
            <w:r>
              <w:rPr>
                <w:sz w:val="16"/>
              </w:rPr>
              <w:t>Zone-level records: applies countywide; national data do not locate these events within the county.</w:t>
            </w:r>
          </w:p>
        </w:tc>
        <w:tc>
          <w:tcPr>
            <w:tcW w:type="dxa" w:w="2262"/>
          </w:tcPr>
          <w:p>
            <w:pPr>
              <w:spacing w:after="0"/>
              <w:jc w:val="left"/>
            </w:pPr>
            <w:r>
              <w:rPr>
                <w:sz w:val="16"/>
              </w:rPr>
              <w:t>Ice thickness: in event narratives only; local data required.</w:t>
            </w:r>
          </w:p>
        </w:tc>
      </w:tr>
      <w:tr>
        <w:trPr>
          <w:cantSplit/>
        </w:trPr>
        <w:tc>
          <w:tcPr>
            <w:tcW w:type="dxa" w:w="1755"/>
          </w:tcPr>
          <w:p>
            <w:pPr>
              <w:spacing w:after="0"/>
              <w:jc w:val="left"/>
            </w:pPr>
            <w:r>
              <w:rPr>
                <w:sz w:val="16"/>
              </w:rPr>
              <w:t>Flash Flood, Flood, Lakeshore Flood</w:t>
            </w:r>
          </w:p>
        </w:tc>
        <w:tc>
          <w:tcPr>
            <w:tcW w:type="dxa" w:w="1746"/>
          </w:tcPr>
          <w:p>
            <w:pPr>
              <w:spacing w:after="0"/>
              <w:jc w:val="left"/>
            </w:pPr>
            <w:r>
              <w:rPr>
                <w:sz w:val="16"/>
              </w:rPr>
              <w:t>damage and flood days (FIRM for depth)</w:t>
            </w:r>
          </w:p>
        </w:tc>
        <w:tc>
          <w:tcPr>
            <w:tcW w:type="dxa" w:w="1572"/>
          </w:tcPr>
          <w:p>
            <w:pPr>
              <w:spacing w:after="0"/>
              <w:jc w:val="right"/>
            </w:pPr>
            <w:r>
              <w:rPr>
                <w:sz w:val="16"/>
              </w:rPr>
              <w:t>108, 1996 to 2025 (5 zone-level)</w:t>
            </w:r>
          </w:p>
        </w:tc>
        <w:tc>
          <w:tcPr>
            <w:tcW w:type="dxa" w:w="1937"/>
          </w:tcPr>
          <w:p>
            <w:pPr>
              <w:spacing w:after="0"/>
              <w:jc w:val="left"/>
            </w:pPr>
          </w:p>
        </w:tc>
        <w:tc>
          <w:tcPr>
            <w:tcW w:type="dxa" w:w="1550"/>
          </w:tcPr>
          <w:p>
            <w:pPr>
              <w:spacing w:after="0"/>
              <w:jc w:val="left"/>
            </w:pPr>
            <w:r>
              <w:rPr>
                <w:sz w:val="16"/>
              </w:rPr>
              <w:t>Flash Flood, 2003-07-12, $525,000 property; crops not reported (2003 dollars)</w:t>
            </w:r>
          </w:p>
        </w:tc>
        <w:tc>
          <w:tcPr>
            <w:tcW w:type="dxa" w:w="1648"/>
          </w:tcPr>
          <w:p>
            <w:pPr>
              <w:spacing w:after="0"/>
              <w:jc w:val="left"/>
            </w:pPr>
          </w:p>
        </w:tc>
        <w:tc>
          <w:tcPr>
            <w:tcW w:type="dxa" w:w="1642"/>
          </w:tcPr>
          <w:p>
            <w:pPr>
              <w:spacing w:after="0"/>
              <w:jc w:val="left"/>
            </w:pPr>
            <w:r>
              <w:rPr>
                <w:sz w:val="16"/>
              </w:rPr>
              <w:t>Event records naming member places: Morgantown city (25 records), Westover city (12 records), Blacksville town (7 records), Granville town (7 records), Star City town (6 records). Zone-level records (5) apply countywide.</w:t>
            </w:r>
          </w:p>
        </w:tc>
        <w:tc>
          <w:tcPr>
            <w:tcW w:type="dxa" w:w="226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5"/>
          </w:tcPr>
          <w:p>
            <w:pPr>
              <w:spacing w:after="0"/>
              <w:jc w:val="left"/>
            </w:pPr>
            <w:r>
              <w:rPr>
                <w:sz w:val="16"/>
              </w:rPr>
              <w:t>Debris Flow</w:t>
            </w:r>
          </w:p>
        </w:tc>
        <w:tc>
          <w:tcPr>
            <w:tcW w:type="dxa" w:w="1746"/>
          </w:tcPr>
          <w:p>
            <w:pPr>
              <w:spacing w:after="0"/>
              <w:jc w:val="left"/>
            </w:pPr>
            <w:r>
              <w:rPr>
                <w:sz w:val="16"/>
              </w:rPr>
              <w:t>none (count and damage)</w:t>
            </w:r>
          </w:p>
        </w:tc>
        <w:tc>
          <w:tcPr>
            <w:tcW w:type="dxa" w:w="1572"/>
          </w:tcPr>
          <w:p>
            <w:pPr>
              <w:spacing w:after="0"/>
              <w:jc w:val="right"/>
            </w:pPr>
            <w:r>
              <w:rPr>
                <w:sz w:val="16"/>
              </w:rPr>
              <w:t>1, 2025 to 2025</w:t>
            </w:r>
          </w:p>
        </w:tc>
        <w:tc>
          <w:tcPr>
            <w:tcW w:type="dxa" w:w="1937"/>
          </w:tcPr>
          <w:p>
            <w:pPr>
              <w:spacing w:after="0"/>
              <w:jc w:val="left"/>
            </w:pPr>
          </w:p>
        </w:tc>
        <w:tc>
          <w:tcPr>
            <w:tcW w:type="dxa" w:w="1550"/>
          </w:tcPr>
          <w:p>
            <w:pPr>
              <w:spacing w:after="0"/>
              <w:jc w:val="left"/>
            </w:pPr>
            <w:r>
              <w:rPr>
                <w:sz w:val="16"/>
              </w:rPr>
              <w:t>No damage reported in 1 records.</w:t>
            </w:r>
          </w:p>
        </w:tc>
        <w:tc>
          <w:tcPr>
            <w:tcW w:type="dxa" w:w="1648"/>
          </w:tcPr>
          <w:p>
            <w:pPr>
              <w:spacing w:after="0"/>
              <w:jc w:val="left"/>
            </w:pPr>
          </w:p>
        </w:tc>
        <w:tc>
          <w:tcPr>
            <w:tcW w:type="dxa" w:w="1642"/>
          </w:tcPr>
          <w:p>
            <w:pPr>
              <w:spacing w:after="0"/>
              <w:jc w:val="left"/>
            </w:pPr>
            <w:r>
              <w:rPr>
                <w:sz w:val="16"/>
              </w:rPr>
              <w:t>No event record names a member place.</w:t>
            </w:r>
          </w:p>
        </w:tc>
        <w:tc>
          <w:tcPr>
            <w:tcW w:type="dxa" w:w="2262"/>
          </w:tcPr>
          <w:p>
            <w:pPr>
              <w:spacing w:after="0"/>
              <w:jc w:val="left"/>
            </w:pPr>
            <w:r>
              <w:rPr>
                <w:sz w:val="16"/>
              </w:rPr>
              <w:t>Physical measure: in event narratives only; local data required.</w:t>
            </w:r>
          </w:p>
        </w:tc>
      </w:tr>
      <w:tr>
        <w:trPr>
          <w:cantSplit/>
        </w:trPr>
        <w:tc>
          <w:tcPr>
            <w:tcW w:type="dxa" w:w="1755"/>
          </w:tcPr>
          <w:p>
            <w:pPr>
              <w:spacing w:after="0"/>
              <w:jc w:val="left"/>
            </w:pPr>
            <w:r>
              <w:rPr>
                <w:sz w:val="16"/>
              </w:rPr>
              <w:t>Lightning</w:t>
            </w:r>
          </w:p>
        </w:tc>
        <w:tc>
          <w:tcPr>
            <w:tcW w:type="dxa" w:w="1746"/>
          </w:tcPr>
          <w:p>
            <w:pPr>
              <w:spacing w:after="0"/>
              <w:jc w:val="left"/>
            </w:pPr>
            <w:r>
              <w:rPr>
                <w:sz w:val="16"/>
              </w:rPr>
              <w:t>annualized frequency (the measure FEMA's Local Mitigation Planning Handbook names)</w:t>
            </w:r>
          </w:p>
        </w:tc>
        <w:tc>
          <w:tcPr>
            <w:tcW w:type="dxa" w:w="1572"/>
          </w:tcPr>
          <w:p>
            <w:pPr>
              <w:spacing w:after="0"/>
              <w:jc w:val="right"/>
            </w:pPr>
            <w:r>
              <w:rPr>
                <w:sz w:val="16"/>
              </w:rPr>
              <w:t>0</w:t>
            </w:r>
          </w:p>
        </w:tc>
        <w:tc>
          <w:tcPr>
            <w:tcW w:type="dxa" w:w="1937"/>
          </w:tcPr>
          <w:p>
            <w:pPr>
              <w:spacing w:after="0"/>
              <w:jc w:val="left"/>
            </w:pPr>
          </w:p>
        </w:tc>
        <w:tc>
          <w:tcPr>
            <w:tcW w:type="dxa" w:w="1550"/>
          </w:tcPr>
          <w:p>
            <w:pPr>
              <w:spacing w:after="0"/>
              <w:jc w:val="left"/>
            </w:pPr>
          </w:p>
        </w:tc>
        <w:tc>
          <w:tcPr>
            <w:tcW w:type="dxa" w:w="1648"/>
          </w:tcPr>
          <w:p>
            <w:pPr>
              <w:spacing w:after="0"/>
              <w:jc w:val="left"/>
            </w:pPr>
          </w:p>
        </w:tc>
        <w:tc>
          <w:tcPr>
            <w:tcW w:type="dxa" w:w="1642"/>
          </w:tcPr>
          <w:p>
            <w:pPr>
              <w:spacing w:after="0"/>
              <w:jc w:val="left"/>
            </w:pPr>
          </w:p>
        </w:tc>
        <w:tc>
          <w:tcPr>
            <w:tcW w:type="dxa" w:w="2262"/>
          </w:tcPr>
          <w:p>
            <w:pPr>
              <w:spacing w:after="0"/>
              <w:jc w:val="left"/>
            </w:pPr>
            <w:r>
              <w:rPr>
                <w:sz w:val="16"/>
              </w:rPr>
              <w:t>Storm Events lists lightning with damage or casualties; physical measure in event narratives only; local data required.</w:t>
            </w:r>
          </w:p>
        </w:tc>
      </w:tr>
      <w:tr>
        <w:trPr>
          <w:cantSplit/>
        </w:trPr>
        <w:tc>
          <w:tcPr>
            <w:tcW w:type="dxa" w:w="1755"/>
          </w:tcPr>
          <w:p>
            <w:pPr>
              <w:spacing w:after="0"/>
              <w:jc w:val="left"/>
            </w:pPr>
            <w:r>
              <w:rPr>
                <w:sz w:val="16"/>
              </w:rPr>
              <w:t>High Wind and Strong Wind (outside NRI Strong Wind definition)</w:t>
            </w:r>
          </w:p>
        </w:tc>
        <w:tc>
          <w:tcPr>
            <w:tcW w:type="dxa" w:w="1746"/>
          </w:tcPr>
          <w:p>
            <w:pPr>
              <w:spacing w:after="0"/>
              <w:jc w:val="left"/>
            </w:pPr>
            <w:r>
              <w:rPr>
                <w:sz w:val="16"/>
              </w:rPr>
              <w:t>wind speed (kt and mph)</w:t>
            </w:r>
          </w:p>
        </w:tc>
        <w:tc>
          <w:tcPr>
            <w:tcW w:type="dxa" w:w="1572"/>
          </w:tcPr>
          <w:p>
            <w:pPr>
              <w:spacing w:after="0"/>
              <w:jc w:val="right"/>
            </w:pPr>
            <w:r>
              <w:rPr>
                <w:sz w:val="16"/>
              </w:rPr>
              <w:t>23, 1998 to 2026 (23 zone-level)</w:t>
            </w:r>
          </w:p>
        </w:tc>
        <w:tc>
          <w:tcPr>
            <w:tcW w:type="dxa" w:w="1937"/>
          </w:tcPr>
          <w:p>
            <w:pPr>
              <w:spacing w:after="0"/>
              <w:jc w:val="left"/>
            </w:pPr>
            <w:r>
              <w:rPr>
                <w:sz w:val="16"/>
              </w:rPr>
              <w:t>30 kt (35 mph) to 75 kt (86 mph) (median 50 kt (58 mph)); 21 with a recorded value</w:t>
            </w:r>
          </w:p>
        </w:tc>
        <w:tc>
          <w:tcPr>
            <w:tcW w:type="dxa" w:w="1550"/>
          </w:tcPr>
          <w:p>
            <w:pPr>
              <w:spacing w:after="0"/>
              <w:jc w:val="left"/>
            </w:pPr>
            <w:r>
              <w:rPr>
                <w:sz w:val="16"/>
              </w:rPr>
              <w:t>75 kt (86 mph) estimated gust, High Wind, 2011-04-16; Storm Events area MONONGALIA (legacy zone code WVZ022), zone-level: may include parts of neighboring counties</w:t>
            </w:r>
          </w:p>
        </w:tc>
        <w:tc>
          <w:tcPr>
            <w:tcW w:type="dxa" w:w="1648"/>
          </w:tcPr>
          <w:p>
            <w:pPr>
              <w:spacing w:after="0"/>
              <w:jc w:val="left"/>
            </w:pPr>
            <w:r>
              <w:rPr>
                <w:sz w:val="16"/>
              </w:rPr>
              <w:t>High Wind, 2009-02-11, $50,000 property; $0 crops, reported for the zone (2009 dollars)</w:t>
            </w:r>
          </w:p>
        </w:tc>
        <w:tc>
          <w:tcPr>
            <w:tcW w:type="dxa" w:w="1642"/>
          </w:tcPr>
          <w:p>
            <w:pPr>
              <w:spacing w:after="0"/>
              <w:jc w:val="left"/>
            </w:pPr>
            <w:r>
              <w:rPr>
                <w:sz w:val="16"/>
              </w:rPr>
              <w:t>Zone-level records: applies countywide; national data do not locate these events within the county.</w:t>
            </w:r>
          </w:p>
        </w:tc>
        <w:tc>
          <w:tcPr>
            <w:tcW w:type="dxa" w:w="2262"/>
          </w:tcPr>
          <w:p>
            <w:pPr>
              <w:spacing w:after="0"/>
              <w:jc w:val="left"/>
            </w:pPr>
          </w:p>
        </w:tc>
      </w:tr>
      <w:tr>
        <w:trPr>
          <w:cantSplit/>
        </w:trPr>
        <w:tc>
          <w:tcPr>
            <w:tcW w:type="dxa" w:w="1755"/>
          </w:tcPr>
          <w:p>
            <w:pPr>
              <w:spacing w:after="0"/>
              <w:jc w:val="left"/>
            </w:pPr>
            <w:r>
              <w:rPr>
                <w:sz w:val="16"/>
              </w:rPr>
              <w:t>Thunderstorm Wind</w:t>
            </w:r>
          </w:p>
        </w:tc>
        <w:tc>
          <w:tcPr>
            <w:tcW w:type="dxa" w:w="1746"/>
          </w:tcPr>
          <w:p>
            <w:pPr>
              <w:spacing w:after="0"/>
              <w:jc w:val="left"/>
            </w:pPr>
            <w:r>
              <w:rPr>
                <w:sz w:val="16"/>
              </w:rPr>
              <w:t>wind speed (kt and mph)</w:t>
            </w:r>
          </w:p>
        </w:tc>
        <w:tc>
          <w:tcPr>
            <w:tcW w:type="dxa" w:w="1572"/>
          </w:tcPr>
          <w:p>
            <w:pPr>
              <w:spacing w:after="0"/>
              <w:jc w:val="right"/>
            </w:pPr>
            <w:r>
              <w:rPr>
                <w:sz w:val="16"/>
              </w:rPr>
              <w:t>290, 1955 to 2026</w:t>
            </w:r>
          </w:p>
        </w:tc>
        <w:tc>
          <w:tcPr>
            <w:tcW w:type="dxa" w:w="1937"/>
          </w:tcPr>
          <w:p>
            <w:pPr>
              <w:spacing w:after="0"/>
              <w:jc w:val="left"/>
            </w:pPr>
            <w:r>
              <w:rPr>
                <w:sz w:val="16"/>
              </w:rPr>
              <w:t>45 kt (52 mph) to 80 kt (92 mph) (median 50 kt (58 mph)); 232 with a recorded value</w:t>
            </w:r>
          </w:p>
        </w:tc>
        <w:tc>
          <w:tcPr>
            <w:tcW w:type="dxa" w:w="1550"/>
          </w:tcPr>
          <w:p>
            <w:pPr>
              <w:spacing w:after="0"/>
              <w:jc w:val="left"/>
            </w:pPr>
            <w:r>
              <w:rPr>
                <w:sz w:val="16"/>
              </w:rPr>
              <w:t>80 kt (92 mph) estimated gust, Thunderstorm Wind, 2011-05-26</w:t>
            </w:r>
          </w:p>
        </w:tc>
        <w:tc>
          <w:tcPr>
            <w:tcW w:type="dxa" w:w="1648"/>
          </w:tcPr>
          <w:p>
            <w:pPr>
              <w:spacing w:after="0"/>
              <w:jc w:val="left"/>
            </w:pPr>
            <w:r>
              <w:rPr>
                <w:sz w:val="16"/>
              </w:rPr>
              <w:t>Thunderstorm Wind, 2003-07-12, $525,000 property; crops not reported (2003 dollars)</w:t>
            </w:r>
          </w:p>
        </w:tc>
        <w:tc>
          <w:tcPr>
            <w:tcW w:type="dxa" w:w="1642"/>
          </w:tcPr>
          <w:p>
            <w:pPr>
              <w:spacing w:after="0"/>
              <w:jc w:val="left"/>
            </w:pPr>
            <w:r>
              <w:rPr>
                <w:sz w:val="16"/>
              </w:rPr>
              <w:t>Event records naming member places: Morgantown city (33 records), Westover city (17 records), Granville town (8 records), Blacksville town (5 records), Star City town (5 records).</w:t>
            </w:r>
          </w:p>
        </w:tc>
        <w:tc>
          <w:tcPr>
            <w:tcW w:type="dxa" w:w="2262"/>
          </w:tcPr>
          <w:p>
            <w:pPr>
              <w:spacing w:after="0"/>
              <w:jc w:val="left"/>
            </w:pPr>
          </w:p>
        </w:tc>
      </w:tr>
      <w:tr>
        <w:trPr>
          <w:cantSplit/>
        </w:trPr>
        <w:tc>
          <w:tcPr>
            <w:tcW w:type="dxa" w:w="1755"/>
          </w:tcPr>
          <w:p>
            <w:pPr>
              <w:spacing w:after="0"/>
              <w:jc w:val="left"/>
            </w:pPr>
            <w:r>
              <w:rPr>
                <w:sz w:val="16"/>
              </w:rPr>
              <w:t>Tornado</w:t>
            </w:r>
          </w:p>
        </w:tc>
        <w:tc>
          <w:tcPr>
            <w:tcW w:type="dxa" w:w="1746"/>
          </w:tcPr>
          <w:p>
            <w:pPr>
              <w:spacing w:after="0"/>
              <w:jc w:val="left"/>
            </w:pPr>
            <w:r>
              <w:rPr>
                <w:sz w:val="16"/>
              </w:rPr>
              <w:t>Enhanced Fujita (F before Feb 2007)</w:t>
            </w:r>
          </w:p>
        </w:tc>
        <w:tc>
          <w:tcPr>
            <w:tcW w:type="dxa" w:w="1572"/>
          </w:tcPr>
          <w:p>
            <w:pPr>
              <w:spacing w:after="0"/>
              <w:jc w:val="right"/>
            </w:pPr>
            <w:r>
              <w:rPr>
                <w:sz w:val="16"/>
              </w:rPr>
              <w:t>8, 1980 to 2018</w:t>
            </w:r>
          </w:p>
        </w:tc>
        <w:tc>
          <w:tcPr>
            <w:tcW w:type="dxa" w:w="1937"/>
          </w:tcPr>
          <w:p>
            <w:pPr>
              <w:spacing w:after="0"/>
              <w:jc w:val="left"/>
            </w:pPr>
            <w:r>
              <w:rPr>
                <w:sz w:val="16"/>
              </w:rPr>
              <w:t>F/EF0 to F/EF3 (median F/EF1); 8 with a recorded value</w:t>
            </w:r>
          </w:p>
        </w:tc>
        <w:tc>
          <w:tcPr>
            <w:tcW w:type="dxa" w:w="1550"/>
          </w:tcPr>
          <w:p>
            <w:pPr>
              <w:spacing w:after="0"/>
              <w:jc w:val="left"/>
            </w:pPr>
            <w:r>
              <w:rPr>
                <w:sz w:val="16"/>
              </w:rPr>
              <w:t>F3 tornado, 1980-06-03, 2.3 mi path length (records before 1996 may include the whole path; rating and listing come from the county where the tornado began), 150 yd wide, $2,500,000 property; crops not recorded (1980 dollars)</w:t>
            </w:r>
          </w:p>
        </w:tc>
        <w:tc>
          <w:tcPr>
            <w:tcW w:type="dxa" w:w="1648"/>
          </w:tcPr>
          <w:p>
            <w:pPr>
              <w:spacing w:after="0"/>
              <w:jc w:val="left"/>
            </w:pPr>
          </w:p>
        </w:tc>
        <w:tc>
          <w:tcPr>
            <w:tcW w:type="dxa" w:w="1642"/>
          </w:tcPr>
          <w:p>
            <w:pPr>
              <w:spacing w:after="0"/>
              <w:jc w:val="left"/>
            </w:pPr>
            <w:r>
              <w:rPr>
                <w:sz w:val="16"/>
              </w:rPr>
              <w:t>No event record names a member place.</w:t>
            </w:r>
          </w:p>
        </w:tc>
        <w:tc>
          <w:tcPr>
            <w:tcW w:type="dxa" w:w="226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5"/>
          </w:tcPr>
          <w:p>
            <w:pPr>
              <w:spacing w:after="0"/>
              <w:jc w:val="left"/>
            </w:pPr>
            <w:r>
              <w:rPr>
                <w:sz w:val="16"/>
              </w:rPr>
              <w:t>Tsunami</w:t>
            </w:r>
          </w:p>
        </w:tc>
        <w:tc>
          <w:tcPr>
            <w:tcW w:type="dxa" w:w="1746"/>
          </w:tcPr>
          <w:p>
            <w:pPr>
              <w:spacing w:after="0"/>
              <w:jc w:val="left"/>
            </w:pPr>
            <w:r>
              <w:rPr>
                <w:sz w:val="16"/>
              </w:rPr>
              <w:t>none (count and damage)</w:t>
            </w:r>
          </w:p>
        </w:tc>
        <w:tc>
          <w:tcPr>
            <w:tcW w:type="dxa" w:w="1572"/>
          </w:tcPr>
          <w:p>
            <w:pPr>
              <w:spacing w:after="0"/>
              <w:jc w:val="right"/>
            </w:pPr>
            <w:r>
              <w:rPr>
                <w:sz w:val="16"/>
              </w:rPr>
              <w:t>0</w:t>
            </w:r>
          </w:p>
        </w:tc>
        <w:tc>
          <w:tcPr>
            <w:tcW w:type="dxa" w:w="1937"/>
          </w:tcPr>
          <w:p>
            <w:pPr>
              <w:spacing w:after="0"/>
              <w:jc w:val="left"/>
            </w:pPr>
          </w:p>
        </w:tc>
        <w:tc>
          <w:tcPr>
            <w:tcW w:type="dxa" w:w="1550"/>
          </w:tcPr>
          <w:p>
            <w:pPr>
              <w:spacing w:after="0"/>
              <w:jc w:val="left"/>
            </w:pPr>
          </w:p>
        </w:tc>
        <w:tc>
          <w:tcPr>
            <w:tcW w:type="dxa" w:w="1648"/>
          </w:tcPr>
          <w:p>
            <w:pPr>
              <w:spacing w:after="0"/>
              <w:jc w:val="left"/>
            </w:pPr>
          </w:p>
        </w:tc>
        <w:tc>
          <w:tcPr>
            <w:tcW w:type="dxa" w:w="1642"/>
          </w:tcPr>
          <w:p>
            <w:pPr>
              <w:spacing w:after="0"/>
              <w:jc w:val="left"/>
            </w:pPr>
          </w:p>
        </w:tc>
        <w:tc>
          <w:tcPr>
            <w:tcW w:type="dxa" w:w="2262"/>
          </w:tcPr>
          <w:p>
            <w:pPr>
              <w:spacing w:after="0"/>
              <w:jc w:val="left"/>
            </w:pPr>
            <w:r>
              <w:rPr>
                <w:sz w:val="16"/>
              </w:rPr>
              <w:t>Physical measure: in event narratives only; local data required.</w:t>
            </w:r>
          </w:p>
        </w:tc>
      </w:tr>
      <w:tr>
        <w:trPr>
          <w:cantSplit/>
        </w:trPr>
        <w:tc>
          <w:tcPr>
            <w:tcW w:type="dxa" w:w="1755"/>
          </w:tcPr>
          <w:p>
            <w:pPr>
              <w:spacing w:after="0"/>
              <w:jc w:val="left"/>
            </w:pPr>
            <w:r>
              <w:rPr>
                <w:sz w:val="16"/>
              </w:rPr>
              <w:t>Volcanic Ash, Volcanic Ashfall</w:t>
            </w:r>
          </w:p>
        </w:tc>
        <w:tc>
          <w:tcPr>
            <w:tcW w:type="dxa" w:w="1746"/>
          </w:tcPr>
          <w:p>
            <w:pPr>
              <w:spacing w:after="0"/>
              <w:jc w:val="left"/>
            </w:pPr>
            <w:r>
              <w:rPr>
                <w:sz w:val="16"/>
              </w:rPr>
              <w:t>Volcanic Explosivity Index (local data)</w:t>
            </w:r>
          </w:p>
        </w:tc>
        <w:tc>
          <w:tcPr>
            <w:tcW w:type="dxa" w:w="1572"/>
          </w:tcPr>
          <w:p>
            <w:pPr>
              <w:spacing w:after="0"/>
              <w:jc w:val="right"/>
            </w:pPr>
            <w:r>
              <w:rPr>
                <w:sz w:val="16"/>
              </w:rPr>
              <w:t>0</w:t>
            </w:r>
          </w:p>
        </w:tc>
        <w:tc>
          <w:tcPr>
            <w:tcW w:type="dxa" w:w="1937"/>
          </w:tcPr>
          <w:p>
            <w:pPr>
              <w:spacing w:after="0"/>
              <w:jc w:val="left"/>
            </w:pPr>
          </w:p>
        </w:tc>
        <w:tc>
          <w:tcPr>
            <w:tcW w:type="dxa" w:w="1550"/>
          </w:tcPr>
          <w:p>
            <w:pPr>
              <w:spacing w:after="0"/>
              <w:jc w:val="left"/>
            </w:pPr>
          </w:p>
        </w:tc>
        <w:tc>
          <w:tcPr>
            <w:tcW w:type="dxa" w:w="1648"/>
          </w:tcPr>
          <w:p>
            <w:pPr>
              <w:spacing w:after="0"/>
              <w:jc w:val="left"/>
            </w:pPr>
          </w:p>
        </w:tc>
        <w:tc>
          <w:tcPr>
            <w:tcW w:type="dxa" w:w="1642"/>
          </w:tcPr>
          <w:p>
            <w:pPr>
              <w:spacing w:after="0"/>
              <w:jc w:val="left"/>
            </w:pPr>
          </w:p>
        </w:tc>
        <w:tc>
          <w:tcPr>
            <w:tcW w:type="dxa" w:w="2262"/>
          </w:tcPr>
          <w:p>
            <w:pPr>
              <w:spacing w:after="0"/>
              <w:jc w:val="left"/>
            </w:pPr>
            <w:r>
              <w:rPr>
                <w:sz w:val="16"/>
              </w:rPr>
              <w:t>Physical measure: in event narratives only; local data required.</w:t>
            </w:r>
          </w:p>
        </w:tc>
      </w:tr>
      <w:tr>
        <w:trPr>
          <w:cantSplit/>
        </w:trPr>
        <w:tc>
          <w:tcPr>
            <w:tcW w:type="dxa" w:w="1755"/>
          </w:tcPr>
          <w:p>
            <w:pPr>
              <w:spacing w:after="0"/>
              <w:jc w:val="left"/>
            </w:pPr>
            <w:r>
              <w:rPr>
                <w:sz w:val="16"/>
              </w:rPr>
              <w:t>Wildfire</w:t>
            </w:r>
          </w:p>
        </w:tc>
        <w:tc>
          <w:tcPr>
            <w:tcW w:type="dxa" w:w="1746"/>
          </w:tcPr>
          <w:p>
            <w:pPr>
              <w:spacing w:after="0"/>
              <w:jc w:val="left"/>
            </w:pPr>
            <w:r>
              <w:rPr>
                <w:sz w:val="16"/>
              </w:rPr>
              <w:t>acres burned (local data)</w:t>
            </w:r>
          </w:p>
        </w:tc>
        <w:tc>
          <w:tcPr>
            <w:tcW w:type="dxa" w:w="1572"/>
          </w:tcPr>
          <w:p>
            <w:pPr>
              <w:spacing w:after="0"/>
              <w:jc w:val="right"/>
            </w:pPr>
            <w:r>
              <w:rPr>
                <w:sz w:val="16"/>
              </w:rPr>
              <w:t>0</w:t>
            </w:r>
          </w:p>
        </w:tc>
        <w:tc>
          <w:tcPr>
            <w:tcW w:type="dxa" w:w="1937"/>
          </w:tcPr>
          <w:p>
            <w:pPr>
              <w:spacing w:after="0"/>
              <w:jc w:val="left"/>
            </w:pPr>
          </w:p>
        </w:tc>
        <w:tc>
          <w:tcPr>
            <w:tcW w:type="dxa" w:w="1550"/>
          </w:tcPr>
          <w:p>
            <w:pPr>
              <w:spacing w:after="0"/>
              <w:jc w:val="left"/>
            </w:pPr>
          </w:p>
        </w:tc>
        <w:tc>
          <w:tcPr>
            <w:tcW w:type="dxa" w:w="1648"/>
          </w:tcPr>
          <w:p>
            <w:pPr>
              <w:spacing w:after="0"/>
              <w:jc w:val="left"/>
            </w:pPr>
          </w:p>
        </w:tc>
        <w:tc>
          <w:tcPr>
            <w:tcW w:type="dxa" w:w="1642"/>
          </w:tcPr>
          <w:p>
            <w:pPr>
              <w:spacing w:after="0"/>
              <w:jc w:val="left"/>
            </w:pPr>
          </w:p>
        </w:tc>
        <w:tc>
          <w:tcPr>
            <w:tcW w:type="dxa" w:w="2262"/>
          </w:tcPr>
          <w:p>
            <w:pPr>
              <w:spacing w:after="0"/>
              <w:jc w:val="left"/>
            </w:pPr>
            <w:r>
              <w:rPr>
                <w:sz w:val="16"/>
              </w:rPr>
              <w:t>Acres burned: in event narratives only; local data required.</w:t>
            </w:r>
          </w:p>
        </w:tc>
      </w:tr>
      <w:tr>
        <w:trPr>
          <w:cantSplit/>
        </w:trPr>
        <w:tc>
          <w:tcPr>
            <w:tcW w:type="dxa" w:w="1755"/>
          </w:tcPr>
          <w:p>
            <w:pPr>
              <w:spacing w:after="0"/>
              <w:jc w:val="left"/>
            </w:pPr>
            <w:r>
              <w:rPr>
                <w:sz w:val="16"/>
              </w:rPr>
              <w:t>Winter Storm, Heavy Snow, Blizzard, Lake-Effect Snow, Winter Weather, Sleet</w:t>
            </w:r>
          </w:p>
        </w:tc>
        <w:tc>
          <w:tcPr>
            <w:tcW w:type="dxa" w:w="1746"/>
          </w:tcPr>
          <w:p>
            <w:pPr>
              <w:spacing w:after="0"/>
              <w:jc w:val="left"/>
            </w:pPr>
            <w:r>
              <w:rPr>
                <w:sz w:val="16"/>
              </w:rPr>
              <w:t>none in data (snowfall local)</w:t>
            </w:r>
          </w:p>
        </w:tc>
        <w:tc>
          <w:tcPr>
            <w:tcW w:type="dxa" w:w="1572"/>
          </w:tcPr>
          <w:p>
            <w:pPr>
              <w:spacing w:after="0"/>
              <w:jc w:val="right"/>
            </w:pPr>
            <w:r>
              <w:rPr>
                <w:sz w:val="16"/>
              </w:rPr>
              <w:t>74, 1996 to 2026 (74 zone-level)</w:t>
            </w:r>
          </w:p>
        </w:tc>
        <w:tc>
          <w:tcPr>
            <w:tcW w:type="dxa" w:w="1937"/>
          </w:tcPr>
          <w:p>
            <w:pPr>
              <w:spacing w:after="0"/>
              <w:jc w:val="left"/>
            </w:pPr>
          </w:p>
        </w:tc>
        <w:tc>
          <w:tcPr>
            <w:tcW w:type="dxa" w:w="1550"/>
          </w:tcPr>
          <w:p>
            <w:pPr>
              <w:spacing w:after="0"/>
              <w:jc w:val="left"/>
            </w:pPr>
            <w:r>
              <w:rPr>
                <w:sz w:val="16"/>
              </w:rPr>
              <w:t>Heavy Snow, 2005-10-25, $35,000 property; crops not reported, reported for the zone (2005 dollars); Storm Events area MONONGALIA (legacy zone code WVZ022), zone-level: may include parts of neighboring counties</w:t>
            </w:r>
          </w:p>
        </w:tc>
        <w:tc>
          <w:tcPr>
            <w:tcW w:type="dxa" w:w="1648"/>
          </w:tcPr>
          <w:p>
            <w:pPr>
              <w:spacing w:after="0"/>
              <w:jc w:val="left"/>
            </w:pPr>
          </w:p>
        </w:tc>
        <w:tc>
          <w:tcPr>
            <w:tcW w:type="dxa" w:w="1642"/>
          </w:tcPr>
          <w:p>
            <w:pPr>
              <w:spacing w:after="0"/>
              <w:jc w:val="left"/>
            </w:pPr>
            <w:r>
              <w:rPr>
                <w:sz w:val="16"/>
              </w:rPr>
              <w:t>Zone-level records: applies countywide; national data do not locate these events within the county.</w:t>
            </w:r>
          </w:p>
        </w:tc>
        <w:tc>
          <w:tcPr>
            <w:tcW w:type="dxa" w:w="226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0"/>
        <w:gridCol w:w="3113"/>
        <w:gridCol w:w="3203"/>
        <w:gridCol w:w="1417"/>
        <w:gridCol w:w="1147"/>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0"/>
            <w:shd w:val="clear" w:color="auto" w:fill="E8E8E8"/>
          </w:tcPr>
          <w:p>
            <w:pPr>
              <w:spacing w:after="0"/>
              <w:jc w:val="left"/>
            </w:pPr>
            <w:r>
              <w:rPr>
                <w:b/>
                <w:sz w:val="16"/>
              </w:rPr>
              <w:t>Type</w:t>
            </w:r>
          </w:p>
        </w:tc>
        <w:tc>
          <w:tcPr>
            <w:tcW w:type="dxa" w:w="3113"/>
            <w:shd w:val="clear" w:color="auto" w:fill="E8E8E8"/>
          </w:tcPr>
          <w:p>
            <w:pPr>
              <w:spacing w:after="0"/>
              <w:jc w:val="left"/>
            </w:pPr>
            <w:r>
              <w:rPr>
                <w:b/>
                <w:sz w:val="16"/>
              </w:rPr>
              <w:t>Title</w:t>
            </w:r>
          </w:p>
        </w:tc>
        <w:tc>
          <w:tcPr>
            <w:tcW w:type="dxa" w:w="3203"/>
            <w:shd w:val="clear" w:color="auto" w:fill="E8E8E8"/>
          </w:tcPr>
          <w:p>
            <w:pPr>
              <w:spacing w:after="0"/>
              <w:jc w:val="left"/>
            </w:pPr>
            <w:r>
              <w:rPr>
                <w:b/>
                <w:sz w:val="16"/>
              </w:rPr>
              <w:t>Mapped hazard</w:t>
            </w:r>
          </w:p>
        </w:tc>
        <w:tc>
          <w:tcPr>
            <w:tcW w:type="dxa" w:w="141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7"/>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240"/>
          </w:tcPr>
          <w:p>
            <w:pPr>
              <w:spacing w:after="0"/>
              <w:jc w:val="left"/>
            </w:pPr>
            <w:r>
              <w:rPr>
                <w:sz w:val="16"/>
              </w:rPr>
              <w:t>Emergency</w:t>
            </w:r>
          </w:p>
        </w:tc>
        <w:tc>
          <w:tcPr>
            <w:tcW w:type="dxa" w:w="3113"/>
          </w:tcPr>
          <w:p>
            <w:pPr>
              <w:spacing w:after="0"/>
              <w:jc w:val="left"/>
            </w:pPr>
            <w:r>
              <w:rPr>
                <w:sz w:val="16"/>
              </w:rPr>
              <w:t>SEVERE WINTER STORM</w:t>
            </w:r>
          </w:p>
        </w:tc>
        <w:tc>
          <w:tcPr>
            <w:tcW w:type="dxa" w:w="3203"/>
          </w:tcPr>
          <w:p>
            <w:pPr>
              <w:spacing w:after="0"/>
              <w:jc w:val="left"/>
            </w:pPr>
            <w:r>
              <w:rPr>
                <w:sz w:val="16"/>
              </w:rPr>
              <w:t>Winter Weather</w:t>
            </w:r>
          </w:p>
        </w:tc>
        <w:tc>
          <w:tcPr>
            <w:tcW w:type="dxa" w:w="1417"/>
          </w:tcPr>
          <w:p>
            <w:pPr>
              <w:spacing w:after="0"/>
              <w:jc w:val="right"/>
            </w:pPr>
            <w:r>
              <w:rPr>
                <w:sz w:val="16"/>
              </w:rPr>
              <w:t>none found</w:t>
            </w:r>
          </w:p>
        </w:tc>
        <w:tc>
          <w:tcPr>
            <w:tcW w:type="dxa" w:w="1147"/>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240"/>
          </w:tcPr>
          <w:p>
            <w:pPr>
              <w:spacing w:after="0"/>
              <w:jc w:val="left"/>
            </w:pPr>
            <w:r>
              <w:rPr>
                <w:sz w:val="16"/>
              </w:rPr>
              <w:t>Major disaster</w:t>
            </w:r>
          </w:p>
        </w:tc>
        <w:tc>
          <w:tcPr>
            <w:tcW w:type="dxa" w:w="3113"/>
          </w:tcPr>
          <w:p>
            <w:pPr>
              <w:spacing w:after="0"/>
              <w:jc w:val="left"/>
            </w:pPr>
            <w:r>
              <w:rPr>
                <w:sz w:val="16"/>
              </w:rPr>
              <w:t>COVID-19 PANDEMIC</w:t>
            </w:r>
          </w:p>
        </w:tc>
        <w:tc>
          <w:tcPr>
            <w:tcW w:type="dxa" w:w="3203"/>
          </w:tcPr>
          <w:p>
            <w:pPr>
              <w:spacing w:after="0"/>
              <w:jc w:val="left"/>
            </w:pPr>
            <w:r>
              <w:rPr>
                <w:sz w:val="16"/>
              </w:rPr>
              <w:t>Non-natural, not counted</w:t>
            </w:r>
          </w:p>
        </w:tc>
        <w:tc>
          <w:tcPr>
            <w:tcW w:type="dxa" w:w="1417"/>
          </w:tcPr>
          <w:p>
            <w:pPr>
              <w:spacing w:after="0"/>
              <w:jc w:val="right"/>
            </w:pPr>
            <w:r>
              <w:rPr>
                <w:sz w:val="16"/>
              </w:rPr>
              <w:t>$11,872,724.59</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240"/>
          </w:tcPr>
          <w:p>
            <w:pPr>
              <w:spacing w:after="0"/>
              <w:jc w:val="left"/>
            </w:pPr>
            <w:r>
              <w:rPr>
                <w:sz w:val="16"/>
              </w:rPr>
              <w:t>Emergency</w:t>
            </w:r>
          </w:p>
        </w:tc>
        <w:tc>
          <w:tcPr>
            <w:tcW w:type="dxa" w:w="3113"/>
          </w:tcPr>
          <w:p>
            <w:pPr>
              <w:spacing w:after="0"/>
              <w:jc w:val="left"/>
            </w:pPr>
            <w:r>
              <w:rPr>
                <w:sz w:val="16"/>
              </w:rPr>
              <w:t>COVID-19</w:t>
            </w:r>
          </w:p>
        </w:tc>
        <w:tc>
          <w:tcPr>
            <w:tcW w:type="dxa" w:w="3203"/>
          </w:tcPr>
          <w:p>
            <w:pPr>
              <w:spacing w:after="0"/>
              <w:jc w:val="left"/>
            </w:pPr>
            <w:r>
              <w:rPr>
                <w:sz w:val="16"/>
              </w:rPr>
              <w:t>Non-natural, not counted</w:t>
            </w:r>
          </w:p>
        </w:tc>
        <w:tc>
          <w:tcPr>
            <w:tcW w:type="dxa" w:w="1417"/>
          </w:tcPr>
          <w:p>
            <w:pPr>
              <w:spacing w:after="0"/>
              <w:jc w:val="right"/>
            </w:pPr>
            <w:r>
              <w:rPr>
                <w:sz w:val="16"/>
              </w:rPr>
              <w:t>none found</w:t>
            </w:r>
          </w:p>
        </w:tc>
        <w:tc>
          <w:tcPr>
            <w:tcW w:type="dxa" w:w="1147"/>
          </w:tcPr>
          <w:p>
            <w:pPr>
              <w:spacing w:after="0"/>
              <w:jc w:val="left"/>
            </w:pPr>
          </w:p>
        </w:tc>
        <w:tc>
          <w:tcPr>
            <w:tcW w:type="dxa" w:w="882"/>
          </w:tcPr>
          <w:p>
            <w:pPr>
              <w:spacing w:after="0"/>
              <w:jc w:val="left"/>
            </w:pPr>
            <w:r>
              <w:rPr>
                <w:sz w:val="16"/>
              </w:rPr>
              <w:t>same incident as DR-4517</w:t>
            </w:r>
          </w:p>
        </w:tc>
      </w:tr>
      <w:tr>
        <w:trPr>
          <w:cantSplit/>
        </w:trPr>
        <w:tc>
          <w:tcPr>
            <w:tcW w:type="dxa" w:w="1037"/>
          </w:tcPr>
          <w:p>
            <w:pPr>
              <w:spacing w:after="0"/>
              <w:jc w:val="left"/>
            </w:pPr>
            <w:r>
              <w:rPr>
                <w:sz w:val="16"/>
              </w:rPr>
              <w:t>2018-04-17</w:t>
            </w:r>
          </w:p>
        </w:tc>
        <w:tc>
          <w:tcPr>
            <w:tcW w:type="dxa" w:w="1037"/>
          </w:tcPr>
          <w:p>
            <w:pPr>
              <w:spacing w:after="0"/>
              <w:jc w:val="left"/>
            </w:pPr>
            <w:r>
              <w:rPr>
                <w:sz w:val="16"/>
              </w:rPr>
              <w:t>2018-02-14</w:t>
            </w:r>
          </w:p>
        </w:tc>
        <w:tc>
          <w:tcPr>
            <w:tcW w:type="dxa" w:w="1037"/>
          </w:tcPr>
          <w:p>
            <w:pPr>
              <w:spacing w:after="0"/>
              <w:jc w:val="left"/>
            </w:pPr>
            <w:r>
              <w:rPr>
                <w:sz w:val="16"/>
              </w:rPr>
              <w:t>DR-4359-WV</w:t>
            </w:r>
          </w:p>
        </w:tc>
        <w:tc>
          <w:tcPr>
            <w:tcW w:type="dxa" w:w="1240"/>
          </w:tcPr>
          <w:p>
            <w:pPr>
              <w:spacing w:after="0"/>
              <w:jc w:val="left"/>
            </w:pPr>
            <w:r>
              <w:rPr>
                <w:sz w:val="16"/>
              </w:rPr>
              <w:t>Major disaster</w:t>
            </w:r>
          </w:p>
        </w:tc>
        <w:tc>
          <w:tcPr>
            <w:tcW w:type="dxa" w:w="3113"/>
          </w:tcPr>
          <w:p>
            <w:pPr>
              <w:spacing w:after="0"/>
              <w:jc w:val="left"/>
            </w:pPr>
            <w:r>
              <w:rPr>
                <w:sz w:val="16"/>
              </w:rPr>
              <w:t>SEVERE STORMS, FLOODING, LANDSLIDES, AND MUDSLIDES</w:t>
            </w:r>
          </w:p>
        </w:tc>
        <w:tc>
          <w:tcPr>
            <w:tcW w:type="dxa" w:w="3203"/>
          </w:tcPr>
          <w:p>
            <w:pPr>
              <w:spacing w:after="0"/>
              <w:jc w:val="left"/>
            </w:pPr>
            <w:r>
              <w:rPr>
                <w:sz w:val="16"/>
              </w:rPr>
              <w:t>Landslide (primary); also designated: Inland Flooding</w:t>
            </w:r>
          </w:p>
        </w:tc>
        <w:tc>
          <w:tcPr>
            <w:tcW w:type="dxa" w:w="1417"/>
          </w:tcPr>
          <w:p>
            <w:pPr>
              <w:spacing w:after="0"/>
              <w:jc w:val="right"/>
            </w:pPr>
            <w:r>
              <w:rPr>
                <w:sz w:val="16"/>
              </w:rPr>
              <w:t>$30,635.33</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2017-08-18</w:t>
            </w:r>
          </w:p>
        </w:tc>
        <w:tc>
          <w:tcPr>
            <w:tcW w:type="dxa" w:w="1037"/>
          </w:tcPr>
          <w:p>
            <w:pPr>
              <w:spacing w:after="0"/>
              <w:jc w:val="left"/>
            </w:pPr>
            <w:r>
              <w:rPr>
                <w:sz w:val="16"/>
              </w:rPr>
              <w:t>2017-07-28</w:t>
            </w:r>
          </w:p>
        </w:tc>
        <w:tc>
          <w:tcPr>
            <w:tcW w:type="dxa" w:w="1037"/>
          </w:tcPr>
          <w:p>
            <w:pPr>
              <w:spacing w:after="0"/>
              <w:jc w:val="left"/>
            </w:pPr>
            <w:r>
              <w:rPr>
                <w:sz w:val="16"/>
              </w:rPr>
              <w:t>DR-4331-WV</w:t>
            </w:r>
          </w:p>
        </w:tc>
        <w:tc>
          <w:tcPr>
            <w:tcW w:type="dxa" w:w="1240"/>
          </w:tcPr>
          <w:p>
            <w:pPr>
              <w:spacing w:after="0"/>
              <w:jc w:val="left"/>
            </w:pPr>
            <w:r>
              <w:rPr>
                <w:sz w:val="16"/>
              </w:rPr>
              <w:t>Major disaster</w:t>
            </w:r>
          </w:p>
        </w:tc>
        <w:tc>
          <w:tcPr>
            <w:tcW w:type="dxa" w:w="3113"/>
          </w:tcPr>
          <w:p>
            <w:pPr>
              <w:spacing w:after="0"/>
              <w:jc w:val="left"/>
            </w:pPr>
            <w:r>
              <w:rPr>
                <w:sz w:val="16"/>
              </w:rPr>
              <w:t>SEVERE STORMS, FLOODING, LANDSLIDES, AND MUDSLIDES</w:t>
            </w:r>
          </w:p>
        </w:tc>
        <w:tc>
          <w:tcPr>
            <w:tcW w:type="dxa" w:w="3203"/>
          </w:tcPr>
          <w:p>
            <w:pPr>
              <w:spacing w:after="0"/>
              <w:jc w:val="left"/>
            </w:pPr>
            <w:r>
              <w:rPr>
                <w:sz w:val="16"/>
              </w:rPr>
              <w:t>Inland Flooding; Landslide</w:t>
            </w:r>
          </w:p>
        </w:tc>
        <w:tc>
          <w:tcPr>
            <w:tcW w:type="dxa" w:w="1417"/>
          </w:tcPr>
          <w:p>
            <w:pPr>
              <w:spacing w:after="0"/>
              <w:jc w:val="right"/>
            </w:pPr>
            <w:r>
              <w:rPr>
                <w:sz w:val="16"/>
              </w:rPr>
              <w:t>none found</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2015-03-31</w:t>
            </w:r>
          </w:p>
        </w:tc>
        <w:tc>
          <w:tcPr>
            <w:tcW w:type="dxa" w:w="1037"/>
          </w:tcPr>
          <w:p>
            <w:pPr>
              <w:spacing w:after="0"/>
              <w:jc w:val="left"/>
            </w:pPr>
            <w:r>
              <w:rPr>
                <w:sz w:val="16"/>
              </w:rPr>
              <w:t>2015-03-03</w:t>
            </w:r>
          </w:p>
        </w:tc>
        <w:tc>
          <w:tcPr>
            <w:tcW w:type="dxa" w:w="1037"/>
          </w:tcPr>
          <w:p>
            <w:pPr>
              <w:spacing w:after="0"/>
              <w:jc w:val="left"/>
            </w:pPr>
            <w:r>
              <w:rPr>
                <w:sz w:val="16"/>
              </w:rPr>
              <w:t>DR-4210-WV</w:t>
            </w:r>
          </w:p>
        </w:tc>
        <w:tc>
          <w:tcPr>
            <w:tcW w:type="dxa" w:w="1240"/>
          </w:tcPr>
          <w:p>
            <w:pPr>
              <w:spacing w:after="0"/>
              <w:jc w:val="left"/>
            </w:pPr>
            <w:r>
              <w:rPr>
                <w:sz w:val="16"/>
              </w:rPr>
              <w:t>Major disaster</w:t>
            </w:r>
          </w:p>
        </w:tc>
        <w:tc>
          <w:tcPr>
            <w:tcW w:type="dxa" w:w="3113"/>
          </w:tcPr>
          <w:p>
            <w:pPr>
              <w:spacing w:after="0"/>
              <w:jc w:val="left"/>
            </w:pPr>
            <w:r>
              <w:rPr>
                <w:sz w:val="16"/>
              </w:rPr>
              <w:t>SEVERE WINTER STORM, FLOODING, LANDSLIDES, AND MUDSLIDES</w:t>
            </w:r>
          </w:p>
        </w:tc>
        <w:tc>
          <w:tcPr>
            <w:tcW w:type="dxa" w:w="3203"/>
          </w:tcPr>
          <w:p>
            <w:pPr>
              <w:spacing w:after="0"/>
              <w:jc w:val="left"/>
            </w:pPr>
            <w:r>
              <w:rPr>
                <w:sz w:val="16"/>
              </w:rPr>
              <w:t>Inland Flooding; Landslide; Winter Weather</w:t>
            </w:r>
          </w:p>
        </w:tc>
        <w:tc>
          <w:tcPr>
            <w:tcW w:type="dxa" w:w="1417"/>
          </w:tcPr>
          <w:p>
            <w:pPr>
              <w:spacing w:after="0"/>
              <w:jc w:val="right"/>
            </w:pPr>
            <w:r>
              <w:rPr>
                <w:sz w:val="16"/>
              </w:rPr>
              <w:t>none found</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240"/>
          </w:tcPr>
          <w:p>
            <w:pPr>
              <w:spacing w:after="0"/>
              <w:jc w:val="left"/>
            </w:pPr>
            <w:r>
              <w:rPr>
                <w:sz w:val="16"/>
              </w:rPr>
              <w:t>Emergency</w:t>
            </w:r>
          </w:p>
        </w:tc>
        <w:tc>
          <w:tcPr>
            <w:tcW w:type="dxa" w:w="3113"/>
          </w:tcPr>
          <w:p>
            <w:pPr>
              <w:spacing w:after="0"/>
              <w:jc w:val="left"/>
            </w:pPr>
            <w:r>
              <w:rPr>
                <w:sz w:val="16"/>
              </w:rPr>
              <w:t>HURRICANE SANDY</w:t>
            </w:r>
          </w:p>
        </w:tc>
        <w:tc>
          <w:tcPr>
            <w:tcW w:type="dxa" w:w="3203"/>
          </w:tcPr>
          <w:p>
            <w:pPr>
              <w:spacing w:after="0"/>
              <w:jc w:val="left"/>
            </w:pPr>
            <w:r>
              <w:rPr>
                <w:sz w:val="16"/>
              </w:rPr>
              <w:t>Hurricane</w:t>
            </w:r>
          </w:p>
        </w:tc>
        <w:tc>
          <w:tcPr>
            <w:tcW w:type="dxa" w:w="1417"/>
          </w:tcPr>
          <w:p>
            <w:pPr>
              <w:spacing w:after="0"/>
              <w:jc w:val="right"/>
            </w:pPr>
            <w:r>
              <w:rPr>
                <w:sz w:val="16"/>
              </w:rPr>
              <w:t>none found</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240"/>
          </w:tcPr>
          <w:p>
            <w:pPr>
              <w:spacing w:after="0"/>
              <w:jc w:val="left"/>
            </w:pPr>
            <w:r>
              <w:rPr>
                <w:sz w:val="16"/>
              </w:rPr>
              <w:t>Emergency</w:t>
            </w:r>
          </w:p>
        </w:tc>
        <w:tc>
          <w:tcPr>
            <w:tcW w:type="dxa" w:w="3113"/>
          </w:tcPr>
          <w:p>
            <w:pPr>
              <w:spacing w:after="0"/>
              <w:jc w:val="left"/>
            </w:pPr>
            <w:r>
              <w:rPr>
                <w:sz w:val="16"/>
              </w:rPr>
              <w:t>SEVERE STORMS</w:t>
            </w:r>
          </w:p>
        </w:tc>
        <w:tc>
          <w:tcPr>
            <w:tcW w:type="dxa" w:w="3203"/>
          </w:tcPr>
          <w:p>
            <w:pPr>
              <w:spacing w:after="0"/>
              <w:jc w:val="left"/>
            </w:pPr>
            <w:r>
              <w:rPr>
                <w:sz w:val="16"/>
              </w:rPr>
              <w:t>Hazard not mapped (severe storm title names no single hazard); not counted</w:t>
            </w:r>
          </w:p>
        </w:tc>
        <w:tc>
          <w:tcPr>
            <w:tcW w:type="dxa" w:w="1417"/>
          </w:tcPr>
          <w:p>
            <w:pPr>
              <w:spacing w:after="0"/>
              <w:jc w:val="right"/>
            </w:pPr>
            <w:r>
              <w:rPr>
                <w:sz w:val="16"/>
              </w:rPr>
              <w:t>none found</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2012-03-16</w:t>
            </w:r>
          </w:p>
        </w:tc>
        <w:tc>
          <w:tcPr>
            <w:tcW w:type="dxa" w:w="1037"/>
          </w:tcPr>
          <w:p>
            <w:pPr>
              <w:spacing w:after="0"/>
              <w:jc w:val="left"/>
            </w:pPr>
            <w:r>
              <w:rPr>
                <w:sz w:val="16"/>
              </w:rPr>
              <w:t>2012-02-29</w:t>
            </w:r>
          </w:p>
        </w:tc>
        <w:tc>
          <w:tcPr>
            <w:tcW w:type="dxa" w:w="1037"/>
          </w:tcPr>
          <w:p>
            <w:pPr>
              <w:spacing w:after="0"/>
              <w:jc w:val="left"/>
            </w:pPr>
            <w:r>
              <w:rPr>
                <w:sz w:val="16"/>
              </w:rPr>
              <w:t>DR-4059-WV</w:t>
            </w:r>
          </w:p>
        </w:tc>
        <w:tc>
          <w:tcPr>
            <w:tcW w:type="dxa" w:w="1240"/>
          </w:tcPr>
          <w:p>
            <w:pPr>
              <w:spacing w:after="0"/>
              <w:jc w:val="left"/>
            </w:pPr>
            <w:r>
              <w:rPr>
                <w:sz w:val="16"/>
              </w:rPr>
              <w:t>Major disaster</w:t>
            </w:r>
          </w:p>
        </w:tc>
        <w:tc>
          <w:tcPr>
            <w:tcW w:type="dxa" w:w="3113"/>
          </w:tcPr>
          <w:p>
            <w:pPr>
              <w:spacing w:after="0"/>
              <w:jc w:val="left"/>
            </w:pPr>
            <w:r>
              <w:rPr>
                <w:sz w:val="16"/>
              </w:rPr>
              <w:t>SEVERE STORMS, TORNADOES, FLOODING, MUDSLIDES, AND LANDSLIDES</w:t>
            </w:r>
          </w:p>
        </w:tc>
        <w:tc>
          <w:tcPr>
            <w:tcW w:type="dxa" w:w="3203"/>
          </w:tcPr>
          <w:p>
            <w:pPr>
              <w:spacing w:after="0"/>
              <w:jc w:val="left"/>
            </w:pPr>
            <w:r>
              <w:rPr>
                <w:sz w:val="16"/>
              </w:rPr>
              <w:t>Inland Flooding; Landslide; Tornado</w:t>
            </w:r>
          </w:p>
        </w:tc>
        <w:tc>
          <w:tcPr>
            <w:tcW w:type="dxa" w:w="1417"/>
          </w:tcPr>
          <w:p>
            <w:pPr>
              <w:spacing w:after="0"/>
              <w:jc w:val="right"/>
            </w:pPr>
            <w:r>
              <w:rPr>
                <w:sz w:val="16"/>
              </w:rPr>
              <w:t>$8,326.91</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2010-04-23</w:t>
            </w:r>
          </w:p>
        </w:tc>
        <w:tc>
          <w:tcPr>
            <w:tcW w:type="dxa" w:w="1037"/>
          </w:tcPr>
          <w:p>
            <w:pPr>
              <w:spacing w:after="0"/>
              <w:jc w:val="left"/>
            </w:pPr>
            <w:r>
              <w:rPr>
                <w:sz w:val="16"/>
              </w:rPr>
              <w:t>2010-02-05</w:t>
            </w:r>
          </w:p>
        </w:tc>
        <w:tc>
          <w:tcPr>
            <w:tcW w:type="dxa" w:w="1037"/>
          </w:tcPr>
          <w:p>
            <w:pPr>
              <w:spacing w:after="0"/>
              <w:jc w:val="left"/>
            </w:pPr>
            <w:r>
              <w:rPr>
                <w:sz w:val="16"/>
              </w:rPr>
              <w:t>DR-1903-WV</w:t>
            </w:r>
          </w:p>
        </w:tc>
        <w:tc>
          <w:tcPr>
            <w:tcW w:type="dxa" w:w="1240"/>
          </w:tcPr>
          <w:p>
            <w:pPr>
              <w:spacing w:after="0"/>
              <w:jc w:val="left"/>
            </w:pPr>
            <w:r>
              <w:rPr>
                <w:sz w:val="16"/>
              </w:rPr>
              <w:t>Major disaster</w:t>
            </w:r>
          </w:p>
        </w:tc>
        <w:tc>
          <w:tcPr>
            <w:tcW w:type="dxa" w:w="3113"/>
          </w:tcPr>
          <w:p>
            <w:pPr>
              <w:spacing w:after="0"/>
              <w:jc w:val="left"/>
            </w:pPr>
            <w:r>
              <w:rPr>
                <w:sz w:val="16"/>
              </w:rPr>
              <w:t>SEVERE WINTER STORMS AND SNOWSTORMS</w:t>
            </w:r>
          </w:p>
        </w:tc>
        <w:tc>
          <w:tcPr>
            <w:tcW w:type="dxa" w:w="3203"/>
          </w:tcPr>
          <w:p>
            <w:pPr>
              <w:spacing w:after="0"/>
              <w:jc w:val="left"/>
            </w:pPr>
            <w:r>
              <w:rPr>
                <w:sz w:val="16"/>
              </w:rPr>
              <w:t>Winter Weather</w:t>
            </w:r>
          </w:p>
        </w:tc>
        <w:tc>
          <w:tcPr>
            <w:tcW w:type="dxa" w:w="1417"/>
          </w:tcPr>
          <w:p>
            <w:pPr>
              <w:spacing w:after="0"/>
              <w:jc w:val="right"/>
            </w:pPr>
            <w:r>
              <w:rPr>
                <w:sz w:val="16"/>
              </w:rPr>
              <w:t>$7,055.87</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240"/>
          </w:tcPr>
          <w:p>
            <w:pPr>
              <w:spacing w:after="0"/>
              <w:jc w:val="left"/>
            </w:pPr>
            <w:r>
              <w:rPr>
                <w:sz w:val="16"/>
              </w:rPr>
              <w:t>Emergency</w:t>
            </w:r>
          </w:p>
        </w:tc>
        <w:tc>
          <w:tcPr>
            <w:tcW w:type="dxa" w:w="3113"/>
          </w:tcPr>
          <w:p>
            <w:pPr>
              <w:spacing w:after="0"/>
              <w:jc w:val="left"/>
            </w:pPr>
            <w:r>
              <w:rPr>
                <w:sz w:val="16"/>
              </w:rPr>
              <w:t>HURRICANE KATRINA EVACUATION</w:t>
            </w:r>
          </w:p>
        </w:tc>
        <w:tc>
          <w:tcPr>
            <w:tcW w:type="dxa" w:w="3203"/>
          </w:tcPr>
          <w:p>
            <w:pPr>
              <w:spacing w:after="0"/>
              <w:jc w:val="left"/>
            </w:pPr>
            <w:r>
              <w:rPr>
                <w:sz w:val="16"/>
              </w:rPr>
              <w:t>Hurricane: evacuation support, not a local hazard event; not counted</w:t>
            </w:r>
          </w:p>
        </w:tc>
        <w:tc>
          <w:tcPr>
            <w:tcW w:type="dxa" w:w="1417"/>
          </w:tcPr>
          <w:p>
            <w:pPr>
              <w:spacing w:after="0"/>
              <w:jc w:val="right"/>
            </w:pPr>
            <w:r>
              <w:rPr>
                <w:sz w:val="16"/>
              </w:rPr>
              <w:t>none found</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2003-11-11</w:t>
            </w:r>
          </w:p>
        </w:tc>
        <w:tc>
          <w:tcPr>
            <w:tcW w:type="dxa" w:w="1037"/>
          </w:tcPr>
          <w:p>
            <w:pPr>
              <w:spacing w:after="0"/>
              <w:jc w:val="left"/>
            </w:pPr>
            <w:r>
              <w:rPr>
                <w:sz w:val="16"/>
              </w:rPr>
              <w:t>DR-1500-WV</w:t>
            </w:r>
          </w:p>
        </w:tc>
        <w:tc>
          <w:tcPr>
            <w:tcW w:type="dxa" w:w="1240"/>
          </w:tcPr>
          <w:p>
            <w:pPr>
              <w:spacing w:after="0"/>
              <w:jc w:val="left"/>
            </w:pPr>
            <w:r>
              <w:rPr>
                <w:sz w:val="16"/>
              </w:rPr>
              <w:t>Major disaster</w:t>
            </w:r>
          </w:p>
        </w:tc>
        <w:tc>
          <w:tcPr>
            <w:tcW w:type="dxa" w:w="3113"/>
          </w:tcPr>
          <w:p>
            <w:pPr>
              <w:spacing w:after="0"/>
              <w:jc w:val="left"/>
            </w:pPr>
            <w:r>
              <w:rPr>
                <w:sz w:val="16"/>
              </w:rPr>
              <w:t>SEVERE STORMS, FLOODING, AND LANDSLIDES</w:t>
            </w:r>
          </w:p>
        </w:tc>
        <w:tc>
          <w:tcPr>
            <w:tcW w:type="dxa" w:w="3203"/>
          </w:tcPr>
          <w:p>
            <w:pPr>
              <w:spacing w:after="0"/>
              <w:jc w:val="left"/>
            </w:pPr>
            <w:r>
              <w:rPr>
                <w:sz w:val="16"/>
              </w:rPr>
              <w:t>Inland Flooding; Landslide</w:t>
            </w:r>
          </w:p>
        </w:tc>
        <w:tc>
          <w:tcPr>
            <w:tcW w:type="dxa" w:w="1417"/>
          </w:tcPr>
          <w:p>
            <w:pPr>
              <w:spacing w:after="0"/>
              <w:jc w:val="right"/>
            </w:pPr>
            <w:r>
              <w:rPr>
                <w:sz w:val="16"/>
              </w:rPr>
              <w:t>$13,438.04</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2003-06-21</w:t>
            </w:r>
          </w:p>
        </w:tc>
        <w:tc>
          <w:tcPr>
            <w:tcW w:type="dxa" w:w="1037"/>
          </w:tcPr>
          <w:p>
            <w:pPr>
              <w:spacing w:after="0"/>
              <w:jc w:val="left"/>
            </w:pPr>
            <w:r>
              <w:rPr>
                <w:sz w:val="16"/>
              </w:rPr>
              <w:t>2003-06-11</w:t>
            </w:r>
          </w:p>
        </w:tc>
        <w:tc>
          <w:tcPr>
            <w:tcW w:type="dxa" w:w="1037"/>
          </w:tcPr>
          <w:p>
            <w:pPr>
              <w:spacing w:after="0"/>
              <w:jc w:val="left"/>
            </w:pPr>
            <w:r>
              <w:rPr>
                <w:sz w:val="16"/>
              </w:rPr>
              <w:t>DR-1474-WV</w:t>
            </w:r>
          </w:p>
        </w:tc>
        <w:tc>
          <w:tcPr>
            <w:tcW w:type="dxa" w:w="1240"/>
          </w:tcPr>
          <w:p>
            <w:pPr>
              <w:spacing w:after="0"/>
              <w:jc w:val="left"/>
            </w:pPr>
            <w:r>
              <w:rPr>
                <w:sz w:val="16"/>
              </w:rPr>
              <w:t>Major disaster</w:t>
            </w:r>
          </w:p>
        </w:tc>
        <w:tc>
          <w:tcPr>
            <w:tcW w:type="dxa" w:w="3113"/>
          </w:tcPr>
          <w:p>
            <w:pPr>
              <w:spacing w:after="0"/>
              <w:jc w:val="left"/>
            </w:pPr>
            <w:r>
              <w:rPr>
                <w:sz w:val="16"/>
              </w:rPr>
              <w:t>SEVERE STORMS, FLOODING, AND LANDSLIDES</w:t>
            </w:r>
          </w:p>
        </w:tc>
        <w:tc>
          <w:tcPr>
            <w:tcW w:type="dxa" w:w="3203"/>
          </w:tcPr>
          <w:p>
            <w:pPr>
              <w:spacing w:after="0"/>
              <w:jc w:val="left"/>
            </w:pPr>
            <w:r>
              <w:rPr>
                <w:sz w:val="16"/>
              </w:rPr>
              <w:t>Inland Flooding; Landslide</w:t>
            </w:r>
          </w:p>
        </w:tc>
        <w:tc>
          <w:tcPr>
            <w:tcW w:type="dxa" w:w="1417"/>
          </w:tcPr>
          <w:p>
            <w:pPr>
              <w:spacing w:after="0"/>
              <w:jc w:val="right"/>
            </w:pPr>
            <w:r>
              <w:rPr>
                <w:sz w:val="16"/>
              </w:rPr>
              <w:t>$87,080.08</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240"/>
          </w:tcPr>
          <w:p>
            <w:pPr>
              <w:spacing w:after="0"/>
              <w:jc w:val="left"/>
            </w:pPr>
            <w:r>
              <w:rPr>
                <w:sz w:val="16"/>
              </w:rPr>
              <w:t>Major disaster</w:t>
            </w:r>
          </w:p>
        </w:tc>
        <w:tc>
          <w:tcPr>
            <w:tcW w:type="dxa" w:w="3113"/>
          </w:tcPr>
          <w:p>
            <w:pPr>
              <w:spacing w:after="0"/>
              <w:jc w:val="left"/>
            </w:pPr>
            <w:r>
              <w:rPr>
                <w:sz w:val="16"/>
              </w:rPr>
              <w:t>SEVERE WINTER STORM, RECORD/NEAR RECORD SNOW, HEAVY RAINS, FLOODING AND LANDSLIDES</w:t>
            </w:r>
          </w:p>
        </w:tc>
        <w:tc>
          <w:tcPr>
            <w:tcW w:type="dxa" w:w="3203"/>
          </w:tcPr>
          <w:p>
            <w:pPr>
              <w:spacing w:after="0"/>
              <w:jc w:val="left"/>
            </w:pPr>
            <w:r>
              <w:rPr>
                <w:sz w:val="16"/>
              </w:rPr>
              <w:t>Inland Flooding; Landslide; Winter Weather</w:t>
            </w:r>
          </w:p>
        </w:tc>
        <w:tc>
          <w:tcPr>
            <w:tcW w:type="dxa" w:w="1417"/>
          </w:tcPr>
          <w:p>
            <w:pPr>
              <w:spacing w:after="0"/>
              <w:jc w:val="right"/>
            </w:pPr>
            <w:r>
              <w:rPr>
                <w:sz w:val="16"/>
              </w:rPr>
              <w:t>$32,281.68</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2000-02-18</w:t>
            </w:r>
          </w:p>
        </w:tc>
        <w:tc>
          <w:tcPr>
            <w:tcW w:type="dxa" w:w="1037"/>
          </w:tcPr>
          <w:p>
            <w:pPr>
              <w:spacing w:after="0"/>
              <w:jc w:val="left"/>
            </w:pPr>
            <w:r>
              <w:rPr>
                <w:sz w:val="16"/>
              </w:rPr>
              <w:t>DR-1319-WV</w:t>
            </w:r>
          </w:p>
        </w:tc>
        <w:tc>
          <w:tcPr>
            <w:tcW w:type="dxa" w:w="1240"/>
          </w:tcPr>
          <w:p>
            <w:pPr>
              <w:spacing w:after="0"/>
              <w:jc w:val="left"/>
            </w:pPr>
            <w:r>
              <w:rPr>
                <w:sz w:val="16"/>
              </w:rPr>
              <w:t>Major disaster</w:t>
            </w:r>
          </w:p>
        </w:tc>
        <w:tc>
          <w:tcPr>
            <w:tcW w:type="dxa" w:w="3113"/>
          </w:tcPr>
          <w:p>
            <w:pPr>
              <w:spacing w:after="0"/>
              <w:jc w:val="left"/>
            </w:pPr>
            <w:r>
              <w:rPr>
                <w:sz w:val="16"/>
              </w:rPr>
              <w:t>FLOODING, SEVERE STORMS, AND LANDSLIDES</w:t>
            </w:r>
          </w:p>
        </w:tc>
        <w:tc>
          <w:tcPr>
            <w:tcW w:type="dxa" w:w="3203"/>
          </w:tcPr>
          <w:p>
            <w:pPr>
              <w:spacing w:after="0"/>
              <w:jc w:val="left"/>
            </w:pPr>
            <w:r>
              <w:rPr>
                <w:sz w:val="16"/>
              </w:rPr>
              <w:t>Inland Flooding (primary); also designated: Landslide</w:t>
            </w:r>
          </w:p>
        </w:tc>
        <w:tc>
          <w:tcPr>
            <w:tcW w:type="dxa" w:w="1417"/>
          </w:tcPr>
          <w:p>
            <w:pPr>
              <w:spacing w:after="0"/>
              <w:jc w:val="right"/>
            </w:pPr>
            <w:r>
              <w:rPr>
                <w:sz w:val="16"/>
              </w:rPr>
              <w:t>$62,288.31</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1996-08-14</w:t>
            </w:r>
          </w:p>
        </w:tc>
        <w:tc>
          <w:tcPr>
            <w:tcW w:type="dxa" w:w="1037"/>
          </w:tcPr>
          <w:p>
            <w:pPr>
              <w:spacing w:after="0"/>
              <w:jc w:val="left"/>
            </w:pPr>
            <w:r>
              <w:rPr>
                <w:sz w:val="16"/>
              </w:rPr>
              <w:t>1996-07-18</w:t>
            </w:r>
          </w:p>
        </w:tc>
        <w:tc>
          <w:tcPr>
            <w:tcW w:type="dxa" w:w="1037"/>
          </w:tcPr>
          <w:p>
            <w:pPr>
              <w:spacing w:after="0"/>
              <w:jc w:val="left"/>
            </w:pPr>
            <w:r>
              <w:rPr>
                <w:sz w:val="16"/>
              </w:rPr>
              <w:t>DR-1132-WV</w:t>
            </w:r>
          </w:p>
        </w:tc>
        <w:tc>
          <w:tcPr>
            <w:tcW w:type="dxa" w:w="1240"/>
          </w:tcPr>
          <w:p>
            <w:pPr>
              <w:spacing w:after="0"/>
              <w:jc w:val="left"/>
            </w:pPr>
            <w:r>
              <w:rPr>
                <w:sz w:val="16"/>
              </w:rPr>
              <w:t>Major disaster</w:t>
            </w:r>
          </w:p>
        </w:tc>
        <w:tc>
          <w:tcPr>
            <w:tcW w:type="dxa" w:w="3113"/>
          </w:tcPr>
          <w:p>
            <w:pPr>
              <w:spacing w:after="0"/>
              <w:jc w:val="left"/>
            </w:pPr>
            <w:r>
              <w:rPr>
                <w:sz w:val="16"/>
              </w:rPr>
              <w:t>HEAVY RAINS, HIGH WINDS, FLOODING, AND SLIDES</w:t>
            </w:r>
          </w:p>
        </w:tc>
        <w:tc>
          <w:tcPr>
            <w:tcW w:type="dxa" w:w="3203"/>
          </w:tcPr>
          <w:p>
            <w:pPr>
              <w:spacing w:after="0"/>
              <w:jc w:val="left"/>
            </w:pPr>
            <w:r>
              <w:rPr>
                <w:sz w:val="16"/>
              </w:rPr>
              <w:t>Wildfire (primary); also designated: Landslide</w:t>
            </w:r>
          </w:p>
        </w:tc>
        <w:tc>
          <w:tcPr>
            <w:tcW w:type="dxa" w:w="1417"/>
          </w:tcPr>
          <w:p>
            <w:pPr>
              <w:spacing w:after="0"/>
              <w:jc w:val="right"/>
            </w:pPr>
            <w:r>
              <w:rPr>
                <w:sz w:val="16"/>
              </w:rPr>
              <w:t>none found</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240"/>
          </w:tcPr>
          <w:p>
            <w:pPr>
              <w:spacing w:after="0"/>
              <w:jc w:val="left"/>
            </w:pPr>
            <w:r>
              <w:rPr>
                <w:sz w:val="16"/>
              </w:rPr>
              <w:t>Major disaster</w:t>
            </w:r>
          </w:p>
        </w:tc>
        <w:tc>
          <w:tcPr>
            <w:tcW w:type="dxa" w:w="3113"/>
          </w:tcPr>
          <w:p>
            <w:pPr>
              <w:spacing w:after="0"/>
              <w:jc w:val="left"/>
            </w:pPr>
            <w:r>
              <w:rPr>
                <w:sz w:val="16"/>
              </w:rPr>
              <w:t>BLIZZARD OF 96 (SEVERE SNOW STORM)</w:t>
            </w:r>
          </w:p>
        </w:tc>
        <w:tc>
          <w:tcPr>
            <w:tcW w:type="dxa" w:w="3203"/>
          </w:tcPr>
          <w:p>
            <w:pPr>
              <w:spacing w:after="0"/>
              <w:jc w:val="left"/>
            </w:pPr>
            <w:r>
              <w:rPr>
                <w:sz w:val="16"/>
              </w:rPr>
              <w:t>Winter Weather</w:t>
            </w:r>
          </w:p>
        </w:tc>
        <w:tc>
          <w:tcPr>
            <w:tcW w:type="dxa" w:w="1417"/>
          </w:tcPr>
          <w:p>
            <w:pPr>
              <w:spacing w:after="0"/>
              <w:jc w:val="right"/>
            </w:pPr>
            <w:r>
              <w:rPr>
                <w:sz w:val="16"/>
              </w:rPr>
              <w:t>none found</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240"/>
          </w:tcPr>
          <w:p>
            <w:pPr>
              <w:spacing w:after="0"/>
              <w:jc w:val="left"/>
            </w:pPr>
            <w:r>
              <w:rPr>
                <w:sz w:val="16"/>
              </w:rPr>
              <w:t>Emergency</w:t>
            </w:r>
          </w:p>
        </w:tc>
        <w:tc>
          <w:tcPr>
            <w:tcW w:type="dxa" w:w="3113"/>
          </w:tcPr>
          <w:p>
            <w:pPr>
              <w:spacing w:after="0"/>
              <w:jc w:val="left"/>
            </w:pPr>
            <w:r>
              <w:rPr>
                <w:sz w:val="16"/>
              </w:rPr>
              <w:t>SEVERE SNOWFALL &amp; WINTER STORM</w:t>
            </w:r>
          </w:p>
        </w:tc>
        <w:tc>
          <w:tcPr>
            <w:tcW w:type="dxa" w:w="3203"/>
          </w:tcPr>
          <w:p>
            <w:pPr>
              <w:spacing w:after="0"/>
              <w:jc w:val="left"/>
            </w:pPr>
            <w:r>
              <w:rPr>
                <w:sz w:val="16"/>
              </w:rPr>
              <w:t>Winter Weather</w:t>
            </w:r>
          </w:p>
        </w:tc>
        <w:tc>
          <w:tcPr>
            <w:tcW w:type="dxa" w:w="1417"/>
          </w:tcPr>
          <w:p>
            <w:pPr>
              <w:spacing w:after="0"/>
              <w:jc w:val="right"/>
            </w:pPr>
            <w:r>
              <w:rPr>
                <w:sz w:val="16"/>
              </w:rPr>
              <w:t>none found</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1985-11-07</w:t>
            </w:r>
          </w:p>
        </w:tc>
        <w:tc>
          <w:tcPr>
            <w:tcW w:type="dxa" w:w="1037"/>
          </w:tcPr>
          <w:p>
            <w:pPr>
              <w:spacing w:after="0"/>
              <w:jc w:val="left"/>
            </w:pPr>
            <w:r>
              <w:rPr>
                <w:sz w:val="16"/>
              </w:rPr>
              <w:t>1985-11-03</w:t>
            </w:r>
          </w:p>
        </w:tc>
        <w:tc>
          <w:tcPr>
            <w:tcW w:type="dxa" w:w="1037"/>
          </w:tcPr>
          <w:p>
            <w:pPr>
              <w:spacing w:after="0"/>
              <w:jc w:val="left"/>
            </w:pPr>
            <w:r>
              <w:rPr>
                <w:sz w:val="16"/>
              </w:rPr>
              <w:t>DR-753-WV</w:t>
            </w:r>
          </w:p>
        </w:tc>
        <w:tc>
          <w:tcPr>
            <w:tcW w:type="dxa" w:w="1240"/>
          </w:tcPr>
          <w:p>
            <w:pPr>
              <w:spacing w:after="0"/>
              <w:jc w:val="left"/>
            </w:pPr>
            <w:r>
              <w:rPr>
                <w:sz w:val="16"/>
              </w:rPr>
              <w:t>Major disaster</w:t>
            </w:r>
          </w:p>
        </w:tc>
        <w:tc>
          <w:tcPr>
            <w:tcW w:type="dxa" w:w="3113"/>
          </w:tcPr>
          <w:p>
            <w:pPr>
              <w:spacing w:after="0"/>
              <w:jc w:val="left"/>
            </w:pPr>
            <w:r>
              <w:rPr>
                <w:sz w:val="16"/>
              </w:rPr>
              <w:t>SEVERE STORMS &amp; FLOODING</w:t>
            </w:r>
          </w:p>
        </w:tc>
        <w:tc>
          <w:tcPr>
            <w:tcW w:type="dxa" w:w="3203"/>
          </w:tcPr>
          <w:p>
            <w:pPr>
              <w:spacing w:after="0"/>
              <w:jc w:val="left"/>
            </w:pPr>
            <w:r>
              <w:rPr>
                <w:sz w:val="16"/>
              </w:rPr>
              <w:t>Inland Flooding</w:t>
            </w:r>
          </w:p>
        </w:tc>
        <w:tc>
          <w:tcPr>
            <w:tcW w:type="dxa" w:w="1417"/>
          </w:tcPr>
          <w:p>
            <w:pPr>
              <w:spacing w:after="0"/>
              <w:jc w:val="right"/>
            </w:pPr>
            <w:r>
              <w:rPr>
                <w:sz w:val="16"/>
              </w:rPr>
              <w:t>none found</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1980-08-15</w:t>
            </w:r>
          </w:p>
        </w:tc>
        <w:tc>
          <w:tcPr>
            <w:tcW w:type="dxa" w:w="1037"/>
          </w:tcPr>
          <w:p>
            <w:pPr>
              <w:spacing w:after="0"/>
              <w:jc w:val="left"/>
            </w:pPr>
            <w:r>
              <w:rPr>
                <w:sz w:val="16"/>
              </w:rPr>
              <w:t>1980-08-15</w:t>
            </w:r>
          </w:p>
        </w:tc>
        <w:tc>
          <w:tcPr>
            <w:tcW w:type="dxa" w:w="1037"/>
          </w:tcPr>
          <w:p>
            <w:pPr>
              <w:spacing w:after="0"/>
              <w:jc w:val="left"/>
            </w:pPr>
            <w:r>
              <w:rPr>
                <w:sz w:val="16"/>
              </w:rPr>
              <w:t>DR-628-WV</w:t>
            </w:r>
          </w:p>
        </w:tc>
        <w:tc>
          <w:tcPr>
            <w:tcW w:type="dxa" w:w="1240"/>
          </w:tcPr>
          <w:p>
            <w:pPr>
              <w:spacing w:after="0"/>
              <w:jc w:val="left"/>
            </w:pPr>
            <w:r>
              <w:rPr>
                <w:sz w:val="16"/>
              </w:rPr>
              <w:t>Major disaster</w:t>
            </w:r>
          </w:p>
        </w:tc>
        <w:tc>
          <w:tcPr>
            <w:tcW w:type="dxa" w:w="3113"/>
          </w:tcPr>
          <w:p>
            <w:pPr>
              <w:spacing w:after="0"/>
              <w:jc w:val="left"/>
            </w:pPr>
            <w:r>
              <w:rPr>
                <w:sz w:val="16"/>
              </w:rPr>
              <w:t>SEVERE STORMS &amp; FLOODING</w:t>
            </w:r>
          </w:p>
        </w:tc>
        <w:tc>
          <w:tcPr>
            <w:tcW w:type="dxa" w:w="3203"/>
          </w:tcPr>
          <w:p>
            <w:pPr>
              <w:spacing w:after="0"/>
              <w:jc w:val="left"/>
            </w:pPr>
            <w:r>
              <w:rPr>
                <w:sz w:val="16"/>
              </w:rPr>
              <w:t>Inland Flooding</w:t>
            </w:r>
          </w:p>
        </w:tc>
        <w:tc>
          <w:tcPr>
            <w:tcW w:type="dxa" w:w="1417"/>
          </w:tcPr>
          <w:p>
            <w:pPr>
              <w:spacing w:after="0"/>
              <w:jc w:val="right"/>
            </w:pPr>
            <w:r>
              <w:rPr>
                <w:sz w:val="16"/>
              </w:rPr>
              <w:t>none found</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1972-07-03</w:t>
            </w:r>
          </w:p>
        </w:tc>
        <w:tc>
          <w:tcPr>
            <w:tcW w:type="dxa" w:w="1037"/>
          </w:tcPr>
          <w:p>
            <w:pPr>
              <w:spacing w:after="0"/>
              <w:jc w:val="left"/>
            </w:pPr>
            <w:r>
              <w:rPr>
                <w:sz w:val="16"/>
              </w:rPr>
              <w:t>1972-07-03</w:t>
            </w:r>
          </w:p>
        </w:tc>
        <w:tc>
          <w:tcPr>
            <w:tcW w:type="dxa" w:w="1037"/>
          </w:tcPr>
          <w:p>
            <w:pPr>
              <w:spacing w:after="0"/>
              <w:jc w:val="left"/>
            </w:pPr>
            <w:r>
              <w:rPr>
                <w:sz w:val="16"/>
              </w:rPr>
              <w:t>DR-344-WV</w:t>
            </w:r>
          </w:p>
        </w:tc>
        <w:tc>
          <w:tcPr>
            <w:tcW w:type="dxa" w:w="1240"/>
          </w:tcPr>
          <w:p>
            <w:pPr>
              <w:spacing w:after="0"/>
              <w:jc w:val="left"/>
            </w:pPr>
            <w:r>
              <w:rPr>
                <w:sz w:val="16"/>
              </w:rPr>
              <w:t>Major disaster</w:t>
            </w:r>
          </w:p>
        </w:tc>
        <w:tc>
          <w:tcPr>
            <w:tcW w:type="dxa" w:w="3113"/>
          </w:tcPr>
          <w:p>
            <w:pPr>
              <w:spacing w:after="0"/>
              <w:jc w:val="left"/>
            </w:pPr>
            <w:r>
              <w:rPr>
                <w:sz w:val="16"/>
              </w:rPr>
              <w:t>TROPICAL STORM AGNES</w:t>
            </w:r>
          </w:p>
        </w:tc>
        <w:tc>
          <w:tcPr>
            <w:tcW w:type="dxa" w:w="3203"/>
          </w:tcPr>
          <w:p>
            <w:pPr>
              <w:spacing w:after="0"/>
              <w:jc w:val="left"/>
            </w:pPr>
            <w:r>
              <w:rPr>
                <w:sz w:val="16"/>
              </w:rPr>
              <w:t>Inland Flooding (primary); also designated: Hurricane</w:t>
            </w:r>
          </w:p>
        </w:tc>
        <w:tc>
          <w:tcPr>
            <w:tcW w:type="dxa" w:w="1417"/>
          </w:tcPr>
          <w:p>
            <w:pPr>
              <w:spacing w:after="0"/>
              <w:jc w:val="right"/>
            </w:pPr>
            <w:r>
              <w:rPr>
                <w:sz w:val="16"/>
              </w:rPr>
              <w:t>none found</w:t>
            </w:r>
          </w:p>
        </w:tc>
        <w:tc>
          <w:tcPr>
            <w:tcW w:type="dxa" w:w="1147"/>
          </w:tcPr>
          <w:p>
            <w:pPr>
              <w:spacing w:after="0"/>
              <w:jc w:val="left"/>
            </w:pPr>
          </w:p>
        </w:tc>
        <w:tc>
          <w:tcPr>
            <w:tcW w:type="dxa" w:w="88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335"/>
        <w:gridCol w:w="1964"/>
        <w:gridCol w:w="3222"/>
        <w:gridCol w:w="2844"/>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335"/>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Title</w:t>
            </w:r>
          </w:p>
        </w:tc>
        <w:tc>
          <w:tcPr>
            <w:tcW w:type="dxa" w:w="2844"/>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1964-03-20</w:t>
            </w:r>
          </w:p>
        </w:tc>
        <w:tc>
          <w:tcPr>
            <w:tcW w:type="dxa" w:w="1461"/>
          </w:tcPr>
          <w:p>
            <w:pPr>
              <w:spacing w:after="0"/>
              <w:jc w:val="left"/>
            </w:pPr>
            <w:r>
              <w:rPr>
                <w:sz w:val="16"/>
              </w:rPr>
              <w:t>1964-03-20</w:t>
            </w:r>
          </w:p>
        </w:tc>
        <w:tc>
          <w:tcPr>
            <w:tcW w:type="dxa" w:w="1335"/>
          </w:tcPr>
          <w:p>
            <w:pPr>
              <w:spacing w:after="0"/>
              <w:jc w:val="left"/>
            </w:pPr>
            <w:r>
              <w:rPr>
                <w:sz w:val="16"/>
              </w:rPr>
              <w:t>DR-165-WV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1963-03-13</w:t>
            </w:r>
          </w:p>
        </w:tc>
        <w:tc>
          <w:tcPr>
            <w:tcW w:type="dxa" w:w="1461"/>
          </w:tcPr>
          <w:p>
            <w:pPr>
              <w:spacing w:after="0"/>
              <w:jc w:val="left"/>
            </w:pPr>
            <w:r>
              <w:rPr>
                <w:sz w:val="16"/>
              </w:rPr>
              <w:t>1963-03-13</w:t>
            </w:r>
          </w:p>
        </w:tc>
        <w:tc>
          <w:tcPr>
            <w:tcW w:type="dxa" w:w="1335"/>
          </w:tcPr>
          <w:p>
            <w:pPr>
              <w:spacing w:after="0"/>
              <w:jc w:val="left"/>
            </w:pPr>
            <w:r>
              <w:rPr>
                <w:sz w:val="16"/>
              </w:rPr>
              <w:t>DR-147-WV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1962-03-09</w:t>
            </w:r>
          </w:p>
        </w:tc>
        <w:tc>
          <w:tcPr>
            <w:tcW w:type="dxa" w:w="1461"/>
          </w:tcPr>
          <w:p>
            <w:pPr>
              <w:spacing w:after="0"/>
              <w:jc w:val="left"/>
            </w:pPr>
            <w:r>
              <w:rPr>
                <w:sz w:val="16"/>
              </w:rPr>
              <w:t>1962-03-09</w:t>
            </w:r>
          </w:p>
        </w:tc>
        <w:tc>
          <w:tcPr>
            <w:tcW w:type="dxa" w:w="1335"/>
          </w:tcPr>
          <w:p>
            <w:pPr>
              <w:spacing w:after="0"/>
              <w:jc w:val="left"/>
            </w:pPr>
            <w:r>
              <w:rPr>
                <w:sz w:val="16"/>
              </w:rPr>
              <w:t>DR-125-WV</w:t>
            </w:r>
          </w:p>
        </w:tc>
        <w:tc>
          <w:tcPr>
            <w:tcW w:type="dxa" w:w="1964"/>
          </w:tcPr>
          <w:p>
            <w:pPr>
              <w:spacing w:after="0"/>
              <w:jc w:val="left"/>
            </w:pPr>
            <w:r>
              <w:rPr>
                <w:sz w:val="16"/>
              </w:rPr>
              <w:t>Major disaster</w:t>
            </w:r>
          </w:p>
        </w:tc>
        <w:tc>
          <w:tcPr>
            <w:tcW w:type="dxa" w:w="3222"/>
          </w:tcPr>
          <w:p>
            <w:pPr>
              <w:spacing w:after="0"/>
              <w:jc w:val="left"/>
            </w:pPr>
            <w:r>
              <w:rPr>
                <w:sz w:val="16"/>
              </w:rPr>
              <w:t>SEVERE STORM, HIGH TIDES &amp; FLOODING</w:t>
            </w:r>
          </w:p>
        </w:tc>
        <w:tc>
          <w:tcPr>
            <w:tcW w:type="dxa" w:w="2844"/>
          </w:tcPr>
          <w:p>
            <w:pPr>
              <w:spacing w:after="0"/>
              <w:jc w:val="left"/>
            </w:pPr>
            <w:r>
              <w:rPr>
                <w:sz w:val="16"/>
              </w:rPr>
              <w:t>Inland Flooding (primary); also designated: Coastal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1961-07-23</w:t>
            </w:r>
          </w:p>
        </w:tc>
        <w:tc>
          <w:tcPr>
            <w:tcW w:type="dxa" w:w="1461"/>
          </w:tcPr>
          <w:p>
            <w:pPr>
              <w:spacing w:after="0"/>
              <w:jc w:val="left"/>
            </w:pPr>
            <w:r>
              <w:rPr>
                <w:sz w:val="16"/>
              </w:rPr>
              <w:t>1961-07-23</w:t>
            </w:r>
          </w:p>
        </w:tc>
        <w:tc>
          <w:tcPr>
            <w:tcW w:type="dxa" w:w="1335"/>
          </w:tcPr>
          <w:p>
            <w:pPr>
              <w:spacing w:after="0"/>
              <w:jc w:val="left"/>
            </w:pPr>
            <w:r>
              <w:rPr>
                <w:sz w:val="16"/>
              </w:rPr>
              <w:t>DR-117-WV</w:t>
            </w:r>
          </w:p>
        </w:tc>
        <w:tc>
          <w:tcPr>
            <w:tcW w:type="dxa" w:w="1964"/>
          </w:tcPr>
          <w:p>
            <w:pPr>
              <w:spacing w:after="0"/>
              <w:jc w:val="left"/>
            </w:pPr>
            <w:r>
              <w:rPr>
                <w:sz w:val="16"/>
              </w:rPr>
              <w:t>Major disaster</w:t>
            </w:r>
          </w:p>
        </w:tc>
        <w:tc>
          <w:tcPr>
            <w:tcW w:type="dxa" w:w="3222"/>
          </w:tcPr>
          <w:p>
            <w:pPr>
              <w:spacing w:after="0"/>
              <w:jc w:val="left"/>
            </w:pPr>
            <w:r>
              <w:rPr>
                <w:sz w:val="16"/>
              </w:rPr>
              <w:t>FLOODS</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1957-01-31</w:t>
            </w:r>
          </w:p>
        </w:tc>
        <w:tc>
          <w:tcPr>
            <w:tcW w:type="dxa" w:w="1461"/>
          </w:tcPr>
          <w:p>
            <w:pPr>
              <w:spacing w:after="0"/>
              <w:jc w:val="left"/>
            </w:pPr>
            <w:r>
              <w:rPr>
                <w:sz w:val="16"/>
              </w:rPr>
              <w:t>1957-01-31</w:t>
            </w:r>
          </w:p>
        </w:tc>
        <w:tc>
          <w:tcPr>
            <w:tcW w:type="dxa" w:w="1335"/>
          </w:tcPr>
          <w:p>
            <w:pPr>
              <w:spacing w:after="0"/>
              <w:jc w:val="left"/>
            </w:pPr>
            <w:r>
              <w:rPr>
                <w:sz w:val="16"/>
              </w:rPr>
              <w:t>DR-67-WV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1954-08-04</w:t>
            </w:r>
          </w:p>
        </w:tc>
        <w:tc>
          <w:tcPr>
            <w:tcW w:type="dxa" w:w="1461"/>
          </w:tcPr>
          <w:p>
            <w:pPr>
              <w:spacing w:after="0"/>
              <w:jc w:val="left"/>
            </w:pPr>
            <w:r>
              <w:rPr>
                <w:sz w:val="16"/>
              </w:rPr>
              <w:t>1954-08-04</w:t>
            </w:r>
          </w:p>
        </w:tc>
        <w:tc>
          <w:tcPr>
            <w:tcW w:type="dxa" w:w="1335"/>
          </w:tcPr>
          <w:p>
            <w:pPr>
              <w:spacing w:after="0"/>
              <w:jc w:val="left"/>
            </w:pPr>
            <w:r>
              <w:rPr>
                <w:sz w:val="16"/>
              </w:rPr>
              <w:t>DR-21-WV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6</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82</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108</w:t>
            </w:r>
          </w:p>
        </w:tc>
        <w:tc>
          <w:tcPr>
            <w:tcW w:type="dxa" w:w="1422"/>
          </w:tcPr>
          <w:p>
            <w:pPr>
              <w:spacing w:after="0"/>
              <w:jc w:val="right"/>
            </w:pPr>
            <w:r>
              <w:rPr>
                <w:sz w:val="16"/>
              </w:rPr>
              <w:t>25</w:t>
            </w:r>
          </w:p>
        </w:tc>
        <w:tc>
          <w:tcPr>
            <w:tcW w:type="dxa" w:w="1356"/>
          </w:tcPr>
          <w:p>
            <w:pPr>
              <w:spacing w:after="0"/>
              <w:jc w:val="right"/>
            </w:pPr>
            <w:r>
              <w:rPr>
                <w:sz w:val="16"/>
              </w:rPr>
              <w:t>5</w:t>
            </w:r>
          </w:p>
        </w:tc>
        <w:tc>
          <w:tcPr>
            <w:tcW w:type="dxa" w:w="963"/>
          </w:tcPr>
          <w:p>
            <w:pPr>
              <w:spacing w:after="0"/>
              <w:jc w:val="right"/>
            </w:pPr>
            <w:r>
              <w:rPr>
                <w:sz w:val="16"/>
              </w:rPr>
              <w:t>31</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313</w:t>
            </w:r>
          </w:p>
        </w:tc>
        <w:tc>
          <w:tcPr>
            <w:tcW w:type="dxa" w:w="1422"/>
          </w:tcPr>
          <w:p>
            <w:pPr>
              <w:spacing w:after="0"/>
              <w:jc w:val="right"/>
            </w:pPr>
            <w:r>
              <w:rPr>
                <w:sz w:val="16"/>
              </w:rPr>
              <w:t>78</w:t>
            </w:r>
          </w:p>
        </w:tc>
        <w:tc>
          <w:tcPr>
            <w:tcW w:type="dxa" w:w="1356"/>
          </w:tcPr>
          <w:p>
            <w:pPr>
              <w:spacing w:after="0"/>
              <w:jc w:val="right"/>
            </w:pPr>
            <w:r>
              <w:rPr>
                <w:sz w:val="16"/>
              </w:rPr>
              <w:t>28</w:t>
            </w:r>
          </w:p>
        </w:tc>
        <w:tc>
          <w:tcPr>
            <w:tcW w:type="dxa" w:w="963"/>
          </w:tcPr>
          <w:p>
            <w:pPr>
              <w:spacing w:after="0"/>
              <w:jc w:val="right"/>
            </w:pPr>
            <w:r>
              <w:rPr>
                <w:sz w:val="16"/>
              </w:rPr>
              <w:t>143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15 High Wind records and 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74</w:t>
            </w:r>
          </w:p>
        </w:tc>
        <w:tc>
          <w:tcPr>
            <w:tcW w:type="dxa" w:w="1422"/>
          </w:tcPr>
          <w:p>
            <w:pPr>
              <w:spacing w:after="0"/>
              <w:jc w:val="right"/>
            </w:pPr>
            <w:r>
              <w:rPr>
                <w:sz w:val="16"/>
              </w:rPr>
              <w:t>10</w:t>
            </w:r>
          </w:p>
        </w:tc>
        <w:tc>
          <w:tcPr>
            <w:tcW w:type="dxa" w:w="1356"/>
          </w:tcPr>
          <w:p>
            <w:pPr>
              <w:spacing w:after="0"/>
              <w:jc w:val="right"/>
            </w:pPr>
            <w:r>
              <w:rPr>
                <w:sz w:val="16"/>
              </w:rPr>
              <w:t>7</w:t>
            </w:r>
          </w:p>
        </w:tc>
        <w:tc>
          <w:tcPr>
            <w:tcW w:type="dxa" w:w="963"/>
          </w:tcPr>
          <w:p>
            <w:pPr>
              <w:spacing w:after="0"/>
              <w:jc w:val="right"/>
            </w:pPr>
            <w:r>
              <w:rPr>
                <w:sz w:val="16"/>
              </w:rPr>
              <w:t>26</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555"/>
        <w:gridCol w:w="1722"/>
        <w:gridCol w:w="1209"/>
        <w:gridCol w:w="2191"/>
        <w:gridCol w:w="1465"/>
        <w:gridCol w:w="171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555"/>
            <w:shd w:val="clear" w:color="auto" w:fill="E8E8E8"/>
          </w:tcPr>
          <w:p>
            <w:pPr>
              <w:spacing w:after="0"/>
              <w:jc w:val="left"/>
            </w:pPr>
            <w:r>
              <w:rPr>
                <w:b/>
                <w:sz w:val="16"/>
              </w:rPr>
              <w:t>Magnitude or extent</w:t>
            </w:r>
          </w:p>
        </w:tc>
        <w:tc>
          <w:tcPr>
            <w:tcW w:type="dxa" w:w="1722"/>
            <w:shd w:val="clear" w:color="auto" w:fill="E8E8E8"/>
          </w:tcPr>
          <w:p>
            <w:pPr>
              <w:spacing w:after="0"/>
              <w:jc w:val="left"/>
            </w:pPr>
            <w:r>
              <w:rPr>
                <w:b/>
                <w:sz w:val="16"/>
              </w:rPr>
              <w:t>Damage</w:t>
            </w:r>
          </w:p>
          <w:p>
            <w:pPr>
              <w:spacing w:after="0"/>
              <w:jc w:val="left"/>
            </w:pPr>
            <w:r>
              <w:rPr>
                <w:i/>
                <w:color w:val="555555"/>
                <w:sz w:val="14"/>
              </w:rPr>
              <w:t>nominal dollars</w:t>
            </w:r>
          </w:p>
        </w:tc>
        <w:tc>
          <w:tcPr>
            <w:tcW w:type="dxa" w:w="120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91"/>
            <w:shd w:val="clear" w:color="auto" w:fill="E8E8E8"/>
          </w:tcPr>
          <w:p>
            <w:pPr>
              <w:spacing w:after="0"/>
              <w:jc w:val="left"/>
            </w:pPr>
            <w:r>
              <w:rPr>
                <w:b/>
                <w:sz w:val="16"/>
              </w:rPr>
              <w:t>Location</w:t>
            </w:r>
          </w:p>
        </w:tc>
        <w:tc>
          <w:tcPr>
            <w:tcW w:type="dxa" w:w="1465"/>
            <w:shd w:val="clear" w:color="auto" w:fill="E8E8E8"/>
          </w:tcPr>
          <w:p>
            <w:pPr>
              <w:spacing w:after="0"/>
              <w:jc w:val="left"/>
            </w:pPr>
            <w:r>
              <w:rPr>
                <w:b/>
                <w:sz w:val="16"/>
              </w:rPr>
              <w:t>Flags</w:t>
            </w:r>
          </w:p>
        </w:tc>
        <w:tc>
          <w:tcPr>
            <w:tcW w:type="dxa" w:w="171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2026-06-06</w:t>
            </w:r>
          </w:p>
        </w:tc>
        <w:tc>
          <w:tcPr>
            <w:tcW w:type="dxa" w:w="1215"/>
          </w:tcPr>
          <w:p>
            <w:pPr>
              <w:spacing w:after="0"/>
              <w:jc w:val="left"/>
            </w:pPr>
            <w:r>
              <w:rPr>
                <w:sz w:val="16"/>
              </w:rPr>
              <w:t>Thunderstorm Wind</w:t>
            </w:r>
          </w:p>
        </w:tc>
        <w:tc>
          <w:tcPr>
            <w:tcW w:type="dxa" w:w="3555"/>
          </w:tcPr>
          <w:p>
            <w:pPr>
              <w:spacing w:after="0"/>
              <w:jc w:val="left"/>
            </w:pPr>
            <w:r>
              <w:rPr>
                <w:sz w:val="16"/>
              </w:rPr>
              <w:t>50 kt (58 mph) estimated gust</w:t>
            </w:r>
          </w:p>
        </w:tc>
        <w:tc>
          <w:tcPr>
            <w:tcW w:type="dxa" w:w="1722"/>
          </w:tcPr>
          <w:p>
            <w:pPr>
              <w:spacing w:after="0"/>
              <w:jc w:val="left"/>
            </w:pPr>
            <w:r>
              <w:rPr>
                <w:sz w:val="16"/>
              </w:rPr>
              <w:t>$0 property; $0 crops (2026 dollars)</w:t>
            </w:r>
          </w:p>
        </w:tc>
        <w:tc>
          <w:tcPr>
            <w:tcW w:type="dxa" w:w="1209"/>
          </w:tcPr>
          <w:p>
            <w:pPr>
              <w:spacing w:after="0"/>
              <w:jc w:val="right"/>
            </w:pPr>
            <w:r>
              <w:rPr>
                <w:sz w:val="16"/>
              </w:rPr>
              <w:t>0, 5</w:t>
            </w:r>
          </w:p>
        </w:tc>
        <w:tc>
          <w:tcPr>
            <w:tcW w:type="dxa" w:w="2191"/>
          </w:tcPr>
          <w:p>
            <w:pPr>
              <w:spacing w:after="0"/>
              <w:jc w:val="left"/>
            </w:pPr>
            <w:r>
              <w:rPr>
                <w:sz w:val="16"/>
              </w:rPr>
              <w:t>GRANVILLE</w:t>
            </w:r>
          </w:p>
        </w:tc>
        <w:tc>
          <w:tcPr>
            <w:tcW w:type="dxa" w:w="1465"/>
          </w:tcPr>
          <w:p>
            <w:pPr>
              <w:spacing w:after="0"/>
              <w:jc w:val="left"/>
            </w:pPr>
            <w:r>
              <w:rPr>
                <w:sz w:val="16"/>
              </w:rPr>
              <w:t>new since last plan; within last 5 years</w:t>
            </w:r>
          </w:p>
        </w:tc>
        <w:tc>
          <w:tcPr>
            <w:tcW w:type="dxa" w:w="1719"/>
          </w:tcPr>
          <w:p>
            <w:pPr>
              <w:spacing w:after="0"/>
              <w:jc w:val="left"/>
            </w:pPr>
            <w:r>
              <w:rPr>
                <w:sz w:val="16"/>
              </w:rPr>
              <w:t>deaths or injuries recorded</w:t>
            </w:r>
          </w:p>
        </w:tc>
      </w:tr>
      <w:tr>
        <w:trPr>
          <w:cantSplit/>
        </w:trPr>
        <w:tc>
          <w:tcPr>
            <w:tcW w:type="dxa" w:w="1037"/>
          </w:tcPr>
          <w:p>
            <w:pPr>
              <w:spacing w:after="0"/>
              <w:jc w:val="left"/>
            </w:pPr>
            <w:r>
              <w:rPr>
                <w:sz w:val="16"/>
              </w:rPr>
              <w:t>2025-01-20</w:t>
            </w:r>
          </w:p>
        </w:tc>
        <w:tc>
          <w:tcPr>
            <w:tcW w:type="dxa" w:w="1215"/>
          </w:tcPr>
          <w:p>
            <w:pPr>
              <w:spacing w:after="0"/>
              <w:jc w:val="left"/>
            </w:pPr>
            <w:r>
              <w:rPr>
                <w:sz w:val="16"/>
              </w:rPr>
              <w:t>Cold/Wind Chill</w:t>
            </w:r>
          </w:p>
        </w:tc>
        <w:tc>
          <w:tcPr>
            <w:tcW w:type="dxa" w:w="3555"/>
          </w:tcPr>
          <w:p>
            <w:pPr>
              <w:spacing w:after="0"/>
              <w:jc w:val="left"/>
            </w:pPr>
          </w:p>
        </w:tc>
        <w:tc>
          <w:tcPr>
            <w:tcW w:type="dxa" w:w="1722"/>
          </w:tcPr>
          <w:p>
            <w:pPr>
              <w:spacing w:after="0"/>
              <w:jc w:val="left"/>
            </w:pPr>
            <w:r>
              <w:rPr>
                <w:sz w:val="16"/>
              </w:rPr>
              <w:t>$0 property; $0 crops, reported for the zone (2025 dollars)</w:t>
            </w:r>
          </w:p>
        </w:tc>
        <w:tc>
          <w:tcPr>
            <w:tcW w:type="dxa" w:w="1209"/>
          </w:tcPr>
          <w:p>
            <w:pPr>
              <w:spacing w:after="0"/>
              <w:jc w:val="right"/>
            </w:pPr>
            <w:r>
              <w:rPr>
                <w:sz w:val="16"/>
              </w:rPr>
              <w:t>0, 0</w:t>
            </w:r>
          </w:p>
        </w:tc>
        <w:tc>
          <w:tcPr>
            <w:tcW w:type="dxa" w:w="2191"/>
          </w:tcPr>
          <w:p>
            <w:pPr>
              <w:spacing w:after="0"/>
              <w:jc w:val="left"/>
            </w:pPr>
            <w:r>
              <w:rPr>
                <w:sz w:val="16"/>
              </w:rPr>
              <w:t>NWS zone WVZ509 (MONONGALIA), zone-level: may include parts of neighboring counties</w:t>
            </w:r>
          </w:p>
        </w:tc>
        <w:tc>
          <w:tcPr>
            <w:tcW w:type="dxa" w:w="1465"/>
          </w:tcPr>
          <w:p>
            <w:pPr>
              <w:spacing w:after="0"/>
              <w:jc w:val="left"/>
            </w:pPr>
            <w:r>
              <w:rPr>
                <w:sz w:val="16"/>
              </w:rPr>
              <w:t>new since last plan; within last 5 years</w:t>
            </w:r>
          </w:p>
        </w:tc>
        <w:tc>
          <w:tcPr>
            <w:tcW w:type="dxa" w:w="171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2024-09-24</w:t>
            </w:r>
          </w:p>
        </w:tc>
        <w:tc>
          <w:tcPr>
            <w:tcW w:type="dxa" w:w="1215"/>
          </w:tcPr>
          <w:p>
            <w:pPr>
              <w:spacing w:after="0"/>
              <w:jc w:val="left"/>
            </w:pPr>
            <w:r>
              <w:rPr>
                <w:sz w:val="16"/>
              </w:rPr>
              <w:t>Drought</w:t>
            </w:r>
          </w:p>
        </w:tc>
        <w:tc>
          <w:tcPr>
            <w:tcW w:type="dxa" w:w="3555"/>
          </w:tcPr>
          <w:p>
            <w:pPr>
              <w:spacing w:after="0"/>
              <w:jc w:val="left"/>
            </w:pPr>
          </w:p>
        </w:tc>
        <w:tc>
          <w:tcPr>
            <w:tcW w:type="dxa" w:w="1722"/>
          </w:tcPr>
          <w:p>
            <w:pPr>
              <w:spacing w:after="0"/>
              <w:jc w:val="left"/>
            </w:pPr>
            <w:r>
              <w:rPr>
                <w:sz w:val="16"/>
              </w:rPr>
              <w:t>$0 property; crops not reported, reported for the zone (2024 dollars)</w:t>
            </w:r>
          </w:p>
        </w:tc>
        <w:tc>
          <w:tcPr>
            <w:tcW w:type="dxa" w:w="1209"/>
          </w:tcPr>
          <w:p>
            <w:pPr>
              <w:spacing w:after="0"/>
              <w:jc w:val="right"/>
            </w:pPr>
            <w:r>
              <w:rPr>
                <w:sz w:val="16"/>
              </w:rPr>
              <w:t>0, 0</w:t>
            </w:r>
          </w:p>
        </w:tc>
        <w:tc>
          <w:tcPr>
            <w:tcW w:type="dxa" w:w="2191"/>
          </w:tcPr>
          <w:p>
            <w:pPr>
              <w:spacing w:after="0"/>
              <w:jc w:val="left"/>
            </w:pPr>
            <w:r>
              <w:rPr>
                <w:sz w:val="16"/>
              </w:rPr>
              <w:t>NWS zone WVZ509 (MONONGALIA), zone-level: may include parts of neighboring counties</w:t>
            </w:r>
          </w:p>
        </w:tc>
        <w:tc>
          <w:tcPr>
            <w:tcW w:type="dxa" w:w="1465"/>
          </w:tcPr>
          <w:p>
            <w:pPr>
              <w:spacing w:after="0"/>
              <w:jc w:val="left"/>
            </w:pPr>
            <w:r>
              <w:rPr>
                <w:sz w:val="16"/>
              </w:rPr>
              <w:t>new since last plan; within last 5 years</w:t>
            </w:r>
          </w:p>
        </w:tc>
        <w:tc>
          <w:tcPr>
            <w:tcW w:type="dxa" w:w="1719"/>
          </w:tcPr>
          <w:p>
            <w:pPr>
              <w:spacing w:after="0"/>
              <w:jc w:val="left"/>
            </w:pPr>
            <w:r>
              <w:rPr>
                <w:sz w:val="16"/>
              </w:rPr>
              <w:t>B1-c worst recorded: Drought</w:t>
            </w:r>
          </w:p>
        </w:tc>
      </w:tr>
      <w:tr>
        <w:trPr>
          <w:cantSplit/>
        </w:trPr>
        <w:tc>
          <w:tcPr>
            <w:tcW w:type="dxa" w:w="1037"/>
          </w:tcPr>
          <w:p>
            <w:pPr>
              <w:spacing w:after="0"/>
              <w:jc w:val="left"/>
            </w:pPr>
            <w:r>
              <w:rPr>
                <w:sz w:val="16"/>
              </w:rPr>
              <w:t>2022-06-08</w:t>
            </w:r>
          </w:p>
        </w:tc>
        <w:tc>
          <w:tcPr>
            <w:tcW w:type="dxa" w:w="1215"/>
          </w:tcPr>
          <w:p>
            <w:pPr>
              <w:spacing w:after="0"/>
              <w:jc w:val="left"/>
            </w:pPr>
            <w:r>
              <w:rPr>
                <w:sz w:val="16"/>
              </w:rPr>
              <w:t>Hail</w:t>
            </w:r>
          </w:p>
        </w:tc>
        <w:tc>
          <w:tcPr>
            <w:tcW w:type="dxa" w:w="3555"/>
          </w:tcPr>
          <w:p>
            <w:pPr>
              <w:spacing w:after="0"/>
              <w:jc w:val="left"/>
            </w:pPr>
            <w:r>
              <w:rPr>
                <w:sz w:val="16"/>
              </w:rPr>
              <w:t>2 in</w:t>
            </w:r>
          </w:p>
        </w:tc>
        <w:tc>
          <w:tcPr>
            <w:tcW w:type="dxa" w:w="1722"/>
          </w:tcPr>
          <w:p>
            <w:pPr>
              <w:spacing w:after="0"/>
              <w:jc w:val="left"/>
            </w:pPr>
            <w:r>
              <w:rPr>
                <w:sz w:val="16"/>
              </w:rPr>
              <w:t>$5,000 property; crops not reported (2022 dollars)</w:t>
            </w:r>
          </w:p>
        </w:tc>
        <w:tc>
          <w:tcPr>
            <w:tcW w:type="dxa" w:w="1209"/>
          </w:tcPr>
          <w:p>
            <w:pPr>
              <w:spacing w:after="0"/>
              <w:jc w:val="right"/>
            </w:pPr>
            <w:r>
              <w:rPr>
                <w:sz w:val="16"/>
              </w:rPr>
              <w:t>0, 0</w:t>
            </w:r>
          </w:p>
        </w:tc>
        <w:tc>
          <w:tcPr>
            <w:tcW w:type="dxa" w:w="2191"/>
          </w:tcPr>
          <w:p>
            <w:pPr>
              <w:spacing w:after="0"/>
              <w:jc w:val="left"/>
            </w:pPr>
            <w:r>
              <w:rPr>
                <w:sz w:val="16"/>
              </w:rPr>
              <w:t>BURNS CHAPEL</w:t>
            </w:r>
          </w:p>
        </w:tc>
        <w:tc>
          <w:tcPr>
            <w:tcW w:type="dxa" w:w="1465"/>
          </w:tcPr>
          <w:p>
            <w:pPr>
              <w:spacing w:after="0"/>
              <w:jc w:val="left"/>
            </w:pPr>
            <w:r>
              <w:rPr>
                <w:sz w:val="16"/>
              </w:rPr>
              <w:t>within last 5 years</w:t>
            </w:r>
          </w:p>
        </w:tc>
        <w:tc>
          <w:tcPr>
            <w:tcW w:type="dxa" w:w="1719"/>
          </w:tcPr>
          <w:p>
            <w:pPr>
              <w:spacing w:after="0"/>
              <w:jc w:val="left"/>
            </w:pPr>
            <w:r>
              <w:rPr>
                <w:sz w:val="16"/>
              </w:rPr>
              <w:t>B1-c worst recorded: Hail</w:t>
            </w:r>
          </w:p>
        </w:tc>
      </w:tr>
      <w:tr>
        <w:trPr>
          <w:cantSplit/>
        </w:trPr>
        <w:tc>
          <w:tcPr>
            <w:tcW w:type="dxa" w:w="1037"/>
          </w:tcPr>
          <w:p>
            <w:pPr>
              <w:spacing w:after="0"/>
              <w:jc w:val="left"/>
            </w:pPr>
            <w:r>
              <w:rPr>
                <w:sz w:val="16"/>
              </w:rPr>
              <w:t>2018-09-10</w:t>
            </w:r>
          </w:p>
        </w:tc>
        <w:tc>
          <w:tcPr>
            <w:tcW w:type="dxa" w:w="1215"/>
          </w:tcPr>
          <w:p>
            <w:pPr>
              <w:spacing w:after="0"/>
              <w:jc w:val="left"/>
            </w:pPr>
            <w:r>
              <w:rPr>
                <w:sz w:val="16"/>
              </w:rPr>
              <w:t>Strong Wind</w:t>
            </w:r>
          </w:p>
        </w:tc>
        <w:tc>
          <w:tcPr>
            <w:tcW w:type="dxa" w:w="3555"/>
          </w:tcPr>
          <w:p>
            <w:pPr>
              <w:spacing w:after="0"/>
              <w:jc w:val="left"/>
            </w:pPr>
            <w:r>
              <w:rPr>
                <w:sz w:val="16"/>
              </w:rPr>
              <w:t>30 kt (35 mph) estimated gust</w:t>
            </w:r>
          </w:p>
        </w:tc>
        <w:tc>
          <w:tcPr>
            <w:tcW w:type="dxa" w:w="1722"/>
          </w:tcPr>
          <w:p>
            <w:pPr>
              <w:spacing w:after="0"/>
              <w:jc w:val="left"/>
            </w:pPr>
            <w:r>
              <w:rPr>
                <w:sz w:val="16"/>
              </w:rPr>
              <w:t>$20,000 property; $0 crops, reported for the zone (2018 dollars)</w:t>
            </w:r>
          </w:p>
        </w:tc>
        <w:tc>
          <w:tcPr>
            <w:tcW w:type="dxa" w:w="1209"/>
          </w:tcPr>
          <w:p>
            <w:pPr>
              <w:spacing w:after="0"/>
              <w:jc w:val="right"/>
            </w:pPr>
            <w:r>
              <w:rPr>
                <w:sz w:val="16"/>
              </w:rPr>
              <w:t>1, 0</w:t>
            </w:r>
          </w:p>
        </w:tc>
        <w:tc>
          <w:tcPr>
            <w:tcW w:type="dxa" w:w="2191"/>
          </w:tcPr>
          <w:p>
            <w:pPr>
              <w:spacing w:after="0"/>
              <w:jc w:val="left"/>
            </w:pPr>
            <w:r>
              <w:rPr>
                <w:sz w:val="16"/>
              </w:rPr>
              <w:t>NWS zone WVZ509 (MONONGALIA), zone-level: may include parts of neighboring counties</w:t>
            </w:r>
          </w:p>
        </w:tc>
        <w:tc>
          <w:tcPr>
            <w:tcW w:type="dxa" w:w="1465"/>
          </w:tcPr>
          <w:p>
            <w:pPr>
              <w:spacing w:after="0"/>
              <w:jc w:val="left"/>
            </w:pPr>
          </w:p>
        </w:tc>
        <w:tc>
          <w:tcPr>
            <w:tcW w:type="dxa" w:w="1719"/>
          </w:tcPr>
          <w:p>
            <w:pPr>
              <w:spacing w:after="0"/>
              <w:jc w:val="left"/>
            </w:pPr>
            <w:r>
              <w:rPr>
                <w:sz w:val="16"/>
              </w:rPr>
              <w:t>deaths or injuries recorded</w:t>
            </w:r>
          </w:p>
        </w:tc>
      </w:tr>
      <w:tr>
        <w:trPr>
          <w:cantSplit/>
        </w:trPr>
        <w:tc>
          <w:tcPr>
            <w:tcW w:type="dxa" w:w="1037"/>
          </w:tcPr>
          <w:p>
            <w:pPr>
              <w:spacing w:after="0"/>
              <w:jc w:val="left"/>
            </w:pPr>
            <w:r>
              <w:rPr>
                <w:sz w:val="16"/>
              </w:rPr>
              <w:t>2011-05-26</w:t>
            </w:r>
          </w:p>
        </w:tc>
        <w:tc>
          <w:tcPr>
            <w:tcW w:type="dxa" w:w="1215"/>
          </w:tcPr>
          <w:p>
            <w:pPr>
              <w:spacing w:after="0"/>
              <w:jc w:val="left"/>
            </w:pPr>
            <w:r>
              <w:rPr>
                <w:sz w:val="16"/>
              </w:rPr>
              <w:t>Thunderstorm Wind</w:t>
            </w:r>
          </w:p>
        </w:tc>
        <w:tc>
          <w:tcPr>
            <w:tcW w:type="dxa" w:w="3555"/>
          </w:tcPr>
          <w:p>
            <w:pPr>
              <w:spacing w:after="0"/>
              <w:jc w:val="left"/>
            </w:pPr>
            <w:r>
              <w:rPr>
                <w:sz w:val="16"/>
              </w:rPr>
              <w:t>80 kt (92 mph) estimated gust</w:t>
            </w:r>
          </w:p>
        </w:tc>
        <w:tc>
          <w:tcPr>
            <w:tcW w:type="dxa" w:w="1722"/>
          </w:tcPr>
          <w:p>
            <w:pPr>
              <w:spacing w:after="0"/>
              <w:jc w:val="left"/>
            </w:pPr>
            <w:r>
              <w:rPr>
                <w:sz w:val="16"/>
              </w:rPr>
              <w:t>$10,000 property; $0 crops (2011 dollars)</w:t>
            </w:r>
          </w:p>
        </w:tc>
        <w:tc>
          <w:tcPr>
            <w:tcW w:type="dxa" w:w="1209"/>
          </w:tcPr>
          <w:p>
            <w:pPr>
              <w:spacing w:after="0"/>
              <w:jc w:val="right"/>
            </w:pPr>
            <w:r>
              <w:rPr>
                <w:sz w:val="16"/>
              </w:rPr>
              <w:t>0, 0</w:t>
            </w:r>
          </w:p>
        </w:tc>
        <w:tc>
          <w:tcPr>
            <w:tcW w:type="dxa" w:w="2191"/>
          </w:tcPr>
          <w:p>
            <w:pPr>
              <w:spacing w:after="0"/>
              <w:jc w:val="left"/>
            </w:pPr>
            <w:r>
              <w:rPr>
                <w:sz w:val="16"/>
              </w:rPr>
              <w:t>WESTOVER to BROOKHAVEN</w:t>
            </w:r>
          </w:p>
        </w:tc>
        <w:tc>
          <w:tcPr>
            <w:tcW w:type="dxa" w:w="1465"/>
          </w:tcPr>
          <w:p>
            <w:pPr>
              <w:spacing w:after="0"/>
              <w:jc w:val="left"/>
            </w:pPr>
          </w:p>
        </w:tc>
        <w:tc>
          <w:tcPr>
            <w:tcW w:type="dxa" w:w="1719"/>
          </w:tcPr>
          <w:p>
            <w:pPr>
              <w:spacing w:after="0"/>
              <w:jc w:val="left"/>
            </w:pPr>
            <w:r>
              <w:rPr>
                <w:sz w:val="16"/>
              </w:rPr>
              <w:t>B1-c worst recorded: Thunderstorm Wind</w:t>
            </w:r>
          </w:p>
        </w:tc>
      </w:tr>
      <w:tr>
        <w:trPr>
          <w:cantSplit/>
        </w:trPr>
        <w:tc>
          <w:tcPr>
            <w:tcW w:type="dxa" w:w="1037"/>
          </w:tcPr>
          <w:p>
            <w:pPr>
              <w:spacing w:after="0"/>
              <w:jc w:val="left"/>
            </w:pPr>
            <w:r>
              <w:rPr>
                <w:sz w:val="16"/>
              </w:rPr>
              <w:t>2011-04-16</w:t>
            </w:r>
          </w:p>
        </w:tc>
        <w:tc>
          <w:tcPr>
            <w:tcW w:type="dxa" w:w="1215"/>
          </w:tcPr>
          <w:p>
            <w:pPr>
              <w:spacing w:after="0"/>
              <w:jc w:val="left"/>
            </w:pPr>
            <w:r>
              <w:rPr>
                <w:sz w:val="16"/>
              </w:rPr>
              <w:t>High Wind</w:t>
            </w:r>
          </w:p>
        </w:tc>
        <w:tc>
          <w:tcPr>
            <w:tcW w:type="dxa" w:w="3555"/>
          </w:tcPr>
          <w:p>
            <w:pPr>
              <w:spacing w:after="0"/>
              <w:jc w:val="left"/>
            </w:pPr>
            <w:r>
              <w:rPr>
                <w:sz w:val="16"/>
              </w:rPr>
              <w:t>75 kt (86 mph) estimated gust</w:t>
            </w:r>
          </w:p>
        </w:tc>
        <w:tc>
          <w:tcPr>
            <w:tcW w:type="dxa" w:w="1722"/>
          </w:tcPr>
          <w:p>
            <w:pPr>
              <w:spacing w:after="0"/>
              <w:jc w:val="left"/>
            </w:pPr>
            <w:r>
              <w:rPr>
                <w:sz w:val="16"/>
              </w:rPr>
              <w:t>$0 property; $0 crops, reported for the zone (2011 dollars)</w:t>
            </w:r>
          </w:p>
        </w:tc>
        <w:tc>
          <w:tcPr>
            <w:tcW w:type="dxa" w:w="1209"/>
          </w:tcPr>
          <w:p>
            <w:pPr>
              <w:spacing w:after="0"/>
              <w:jc w:val="right"/>
            </w:pPr>
            <w:r>
              <w:rPr>
                <w:sz w:val="16"/>
              </w:rPr>
              <w:t>0, 0</w:t>
            </w:r>
          </w:p>
        </w:tc>
        <w:tc>
          <w:tcPr>
            <w:tcW w:type="dxa" w:w="2191"/>
          </w:tcPr>
          <w:p>
            <w:pPr>
              <w:spacing w:after="0"/>
              <w:jc w:val="left"/>
            </w:pPr>
            <w:r>
              <w:rPr>
                <w:sz w:val="16"/>
              </w:rPr>
              <w:t>Storm Events area MONONGALIA (legacy zone code WVZ022), zone-level: may include parts of neighboring counties</w:t>
            </w:r>
          </w:p>
        </w:tc>
        <w:tc>
          <w:tcPr>
            <w:tcW w:type="dxa" w:w="1465"/>
          </w:tcPr>
          <w:p>
            <w:pPr>
              <w:spacing w:after="0"/>
              <w:jc w:val="left"/>
            </w:pPr>
          </w:p>
        </w:tc>
        <w:tc>
          <w:tcPr>
            <w:tcW w:type="dxa" w:w="171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2009-02-11</w:t>
            </w:r>
          </w:p>
        </w:tc>
        <w:tc>
          <w:tcPr>
            <w:tcW w:type="dxa" w:w="1215"/>
          </w:tcPr>
          <w:p>
            <w:pPr>
              <w:spacing w:after="0"/>
              <w:jc w:val="left"/>
            </w:pPr>
            <w:r>
              <w:rPr>
                <w:sz w:val="16"/>
              </w:rPr>
              <w:t>High Wind</w:t>
            </w:r>
          </w:p>
        </w:tc>
        <w:tc>
          <w:tcPr>
            <w:tcW w:type="dxa" w:w="3555"/>
          </w:tcPr>
          <w:p>
            <w:pPr>
              <w:spacing w:after="0"/>
              <w:jc w:val="left"/>
            </w:pPr>
            <w:r>
              <w:rPr>
                <w:sz w:val="16"/>
              </w:rPr>
              <w:t>50 kt (58 mph) estimated gust</w:t>
            </w:r>
          </w:p>
        </w:tc>
        <w:tc>
          <w:tcPr>
            <w:tcW w:type="dxa" w:w="1722"/>
          </w:tcPr>
          <w:p>
            <w:pPr>
              <w:spacing w:after="0"/>
              <w:jc w:val="left"/>
            </w:pPr>
            <w:r>
              <w:rPr>
                <w:sz w:val="16"/>
              </w:rPr>
              <w:t>$50,000 property; $0 crops, reported for the zone (2009 dollars)</w:t>
            </w:r>
          </w:p>
        </w:tc>
        <w:tc>
          <w:tcPr>
            <w:tcW w:type="dxa" w:w="1209"/>
          </w:tcPr>
          <w:p>
            <w:pPr>
              <w:spacing w:after="0"/>
              <w:jc w:val="right"/>
            </w:pPr>
            <w:r>
              <w:rPr>
                <w:sz w:val="16"/>
              </w:rPr>
              <w:t>0, 0</w:t>
            </w:r>
          </w:p>
        </w:tc>
        <w:tc>
          <w:tcPr>
            <w:tcW w:type="dxa" w:w="2191"/>
          </w:tcPr>
          <w:p>
            <w:pPr>
              <w:spacing w:after="0"/>
              <w:jc w:val="left"/>
            </w:pPr>
            <w:r>
              <w:rPr>
                <w:sz w:val="16"/>
              </w:rPr>
              <w:t>Storm Events area MONONGALIA (legacy zone code WVZ022), zone-level: may include parts of neighboring counties</w:t>
            </w:r>
          </w:p>
        </w:tc>
        <w:tc>
          <w:tcPr>
            <w:tcW w:type="dxa" w:w="1465"/>
          </w:tcPr>
          <w:p>
            <w:pPr>
              <w:spacing w:after="0"/>
              <w:jc w:val="left"/>
            </w:pPr>
          </w:p>
        </w:tc>
        <w:tc>
          <w:tcPr>
            <w:tcW w:type="dxa" w:w="1719"/>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2005-10-25</w:t>
            </w:r>
          </w:p>
        </w:tc>
        <w:tc>
          <w:tcPr>
            <w:tcW w:type="dxa" w:w="1215"/>
          </w:tcPr>
          <w:p>
            <w:pPr>
              <w:spacing w:after="0"/>
              <w:jc w:val="left"/>
            </w:pPr>
            <w:r>
              <w:rPr>
                <w:sz w:val="16"/>
              </w:rPr>
              <w:t>Heavy Snow</w:t>
            </w:r>
          </w:p>
        </w:tc>
        <w:tc>
          <w:tcPr>
            <w:tcW w:type="dxa" w:w="3555"/>
          </w:tcPr>
          <w:p>
            <w:pPr>
              <w:spacing w:after="0"/>
              <w:jc w:val="left"/>
            </w:pPr>
          </w:p>
        </w:tc>
        <w:tc>
          <w:tcPr>
            <w:tcW w:type="dxa" w:w="1722"/>
          </w:tcPr>
          <w:p>
            <w:pPr>
              <w:spacing w:after="0"/>
              <w:jc w:val="left"/>
            </w:pPr>
            <w:r>
              <w:rPr>
                <w:sz w:val="16"/>
              </w:rPr>
              <w:t>$35,000 property; crops not reported, reported for the zone (2005 dollars)</w:t>
            </w:r>
          </w:p>
        </w:tc>
        <w:tc>
          <w:tcPr>
            <w:tcW w:type="dxa" w:w="1209"/>
          </w:tcPr>
          <w:p>
            <w:pPr>
              <w:spacing w:after="0"/>
              <w:jc w:val="right"/>
            </w:pPr>
            <w:r>
              <w:rPr>
                <w:sz w:val="16"/>
              </w:rPr>
              <w:t>0, 0</w:t>
            </w:r>
          </w:p>
        </w:tc>
        <w:tc>
          <w:tcPr>
            <w:tcW w:type="dxa" w:w="2191"/>
          </w:tcPr>
          <w:p>
            <w:pPr>
              <w:spacing w:after="0"/>
              <w:jc w:val="left"/>
            </w:pPr>
            <w:r>
              <w:rPr>
                <w:sz w:val="16"/>
              </w:rPr>
              <w:t>Storm Events area MONONGALIA (legacy zone code WVZ022), zone-level: may include parts of neighboring counties</w:t>
            </w:r>
          </w:p>
        </w:tc>
        <w:tc>
          <w:tcPr>
            <w:tcW w:type="dxa" w:w="1465"/>
          </w:tcPr>
          <w:p>
            <w:pPr>
              <w:spacing w:after="0"/>
              <w:jc w:val="left"/>
            </w:pPr>
          </w:p>
        </w:tc>
        <w:tc>
          <w:tcPr>
            <w:tcW w:type="dxa" w:w="171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2003-07-12</w:t>
            </w:r>
          </w:p>
        </w:tc>
        <w:tc>
          <w:tcPr>
            <w:tcW w:type="dxa" w:w="1215"/>
          </w:tcPr>
          <w:p>
            <w:pPr>
              <w:spacing w:after="0"/>
              <w:jc w:val="left"/>
            </w:pPr>
            <w:r>
              <w:rPr>
                <w:sz w:val="16"/>
              </w:rPr>
              <w:t>Flash Flood</w:t>
            </w:r>
          </w:p>
        </w:tc>
        <w:tc>
          <w:tcPr>
            <w:tcW w:type="dxa" w:w="3555"/>
          </w:tcPr>
          <w:p>
            <w:pPr>
              <w:spacing w:after="0"/>
              <w:jc w:val="left"/>
            </w:pPr>
          </w:p>
        </w:tc>
        <w:tc>
          <w:tcPr>
            <w:tcW w:type="dxa" w:w="1722"/>
          </w:tcPr>
          <w:p>
            <w:pPr>
              <w:spacing w:after="0"/>
              <w:jc w:val="left"/>
            </w:pPr>
            <w:r>
              <w:rPr>
                <w:sz w:val="16"/>
              </w:rPr>
              <w:t>$525,000 property; crops not reported (2003 dollars)</w:t>
            </w:r>
          </w:p>
        </w:tc>
        <w:tc>
          <w:tcPr>
            <w:tcW w:type="dxa" w:w="1209"/>
          </w:tcPr>
          <w:p>
            <w:pPr>
              <w:spacing w:after="0"/>
              <w:jc w:val="right"/>
            </w:pPr>
            <w:r>
              <w:rPr>
                <w:sz w:val="16"/>
              </w:rPr>
              <w:t>0, 0</w:t>
            </w:r>
          </w:p>
        </w:tc>
        <w:tc>
          <w:tcPr>
            <w:tcW w:type="dxa" w:w="2191"/>
          </w:tcPr>
          <w:p>
            <w:pPr>
              <w:spacing w:after="0"/>
              <w:jc w:val="left"/>
            </w:pPr>
            <w:r>
              <w:rPr>
                <w:sz w:val="16"/>
              </w:rPr>
              <w:t>MORGANTOWN</w:t>
            </w:r>
          </w:p>
        </w:tc>
        <w:tc>
          <w:tcPr>
            <w:tcW w:type="dxa" w:w="1465"/>
          </w:tcPr>
          <w:p>
            <w:pPr>
              <w:spacing w:after="0"/>
              <w:jc w:val="left"/>
            </w:pPr>
          </w:p>
        </w:tc>
        <w:tc>
          <w:tcPr>
            <w:tcW w:type="dxa" w:w="171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1982-06-16</w:t>
            </w:r>
          </w:p>
        </w:tc>
        <w:tc>
          <w:tcPr>
            <w:tcW w:type="dxa" w:w="1215"/>
          </w:tcPr>
          <w:p>
            <w:pPr>
              <w:spacing w:after="0"/>
              <w:jc w:val="left"/>
            </w:pPr>
            <w:r>
              <w:rPr>
                <w:sz w:val="16"/>
              </w:rPr>
              <w:t>Tornado</w:t>
            </w:r>
          </w:p>
        </w:tc>
        <w:tc>
          <w:tcPr>
            <w:tcW w:type="dxa" w:w="3555"/>
          </w:tcPr>
          <w:p>
            <w:pPr>
              <w:spacing w:after="0"/>
              <w:jc w:val="left"/>
            </w:pPr>
            <w:r>
              <w:rPr>
                <w:sz w:val="16"/>
              </w:rPr>
              <w:t>F1, 2.5 mi path length (records before 1996 may include the whole path; rating and listing come from the county where the tornado began), 17 yd wide</w:t>
            </w:r>
          </w:p>
        </w:tc>
        <w:tc>
          <w:tcPr>
            <w:tcW w:type="dxa" w:w="1722"/>
          </w:tcPr>
          <w:p>
            <w:pPr>
              <w:spacing w:after="0"/>
              <w:jc w:val="left"/>
            </w:pPr>
            <w:r>
              <w:rPr>
                <w:sz w:val="16"/>
              </w:rPr>
              <w:t>$250,000 property; crops not recorded (1982 dollars)</w:t>
            </w:r>
          </w:p>
        </w:tc>
        <w:tc>
          <w:tcPr>
            <w:tcW w:type="dxa" w:w="1209"/>
          </w:tcPr>
          <w:p>
            <w:pPr>
              <w:spacing w:after="0"/>
              <w:jc w:val="right"/>
            </w:pPr>
            <w:r>
              <w:rPr>
                <w:sz w:val="16"/>
              </w:rPr>
              <w:t>1, 0</w:t>
            </w:r>
          </w:p>
        </w:tc>
        <w:tc>
          <w:tcPr>
            <w:tcW w:type="dxa" w:w="2191"/>
          </w:tcPr>
          <w:p>
            <w:pPr>
              <w:spacing w:after="0"/>
              <w:jc w:val="left"/>
            </w:pPr>
            <w:r>
              <w:rPr>
                <w:sz w:val="16"/>
              </w:rPr>
              <w:t>location not recorded</w:t>
            </w:r>
          </w:p>
        </w:tc>
        <w:tc>
          <w:tcPr>
            <w:tcW w:type="dxa" w:w="1465"/>
          </w:tcPr>
          <w:p>
            <w:pPr>
              <w:spacing w:after="0"/>
              <w:jc w:val="left"/>
            </w:pPr>
          </w:p>
        </w:tc>
        <w:tc>
          <w:tcPr>
            <w:tcW w:type="dxa" w:w="1719"/>
          </w:tcPr>
          <w:p>
            <w:pPr>
              <w:spacing w:after="0"/>
              <w:jc w:val="left"/>
            </w:pPr>
            <w:r>
              <w:rPr>
                <w:sz w:val="16"/>
              </w:rPr>
              <w:t>deaths or injuries recorded</w:t>
            </w:r>
          </w:p>
        </w:tc>
      </w:tr>
      <w:tr>
        <w:trPr>
          <w:cantSplit/>
        </w:trPr>
        <w:tc>
          <w:tcPr>
            <w:tcW w:type="dxa" w:w="1037"/>
          </w:tcPr>
          <w:p>
            <w:pPr>
              <w:spacing w:after="0"/>
              <w:jc w:val="left"/>
            </w:pPr>
            <w:r>
              <w:rPr>
                <w:sz w:val="16"/>
              </w:rPr>
              <w:t>1980-06-03</w:t>
            </w:r>
          </w:p>
        </w:tc>
        <w:tc>
          <w:tcPr>
            <w:tcW w:type="dxa" w:w="1215"/>
          </w:tcPr>
          <w:p>
            <w:pPr>
              <w:spacing w:after="0"/>
              <w:jc w:val="left"/>
            </w:pPr>
            <w:r>
              <w:rPr>
                <w:sz w:val="16"/>
              </w:rPr>
              <w:t>Tornado</w:t>
            </w:r>
          </w:p>
        </w:tc>
        <w:tc>
          <w:tcPr>
            <w:tcW w:type="dxa" w:w="3555"/>
          </w:tcPr>
          <w:p>
            <w:pPr>
              <w:spacing w:after="0"/>
              <w:jc w:val="left"/>
            </w:pPr>
            <w:r>
              <w:rPr>
                <w:sz w:val="16"/>
              </w:rPr>
              <w:t>F3, 2.3 mi path length (records before 1996 may include the whole path; rating and listing come from the county where the tornado began), 150 yd wide</w:t>
            </w:r>
          </w:p>
        </w:tc>
        <w:tc>
          <w:tcPr>
            <w:tcW w:type="dxa" w:w="1722"/>
          </w:tcPr>
          <w:p>
            <w:pPr>
              <w:spacing w:after="0"/>
              <w:jc w:val="left"/>
            </w:pPr>
            <w:r>
              <w:rPr>
                <w:sz w:val="16"/>
              </w:rPr>
              <w:t>$2,500,000 property; crops not recorded (1980 dollars)</w:t>
            </w:r>
          </w:p>
        </w:tc>
        <w:tc>
          <w:tcPr>
            <w:tcW w:type="dxa" w:w="1209"/>
          </w:tcPr>
          <w:p>
            <w:pPr>
              <w:spacing w:after="0"/>
              <w:jc w:val="right"/>
            </w:pPr>
            <w:r>
              <w:rPr>
                <w:sz w:val="16"/>
              </w:rPr>
              <w:t>0, 0</w:t>
            </w:r>
          </w:p>
        </w:tc>
        <w:tc>
          <w:tcPr>
            <w:tcW w:type="dxa" w:w="2191"/>
          </w:tcPr>
          <w:p>
            <w:pPr>
              <w:spacing w:after="0"/>
              <w:jc w:val="left"/>
            </w:pPr>
            <w:r>
              <w:rPr>
                <w:sz w:val="16"/>
              </w:rPr>
              <w:t>location not recorded</w:t>
            </w:r>
          </w:p>
        </w:tc>
        <w:tc>
          <w:tcPr>
            <w:tcW w:type="dxa" w:w="1465"/>
          </w:tcPr>
          <w:p>
            <w:pPr>
              <w:spacing w:after="0"/>
              <w:jc w:val="left"/>
            </w:pPr>
          </w:p>
        </w:tc>
        <w:tc>
          <w:tcPr>
            <w:tcW w:type="dxa" w:w="1719"/>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(606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4"/>
        <w:gridCol w:w="1562"/>
        <w:gridCol w:w="1037"/>
        <w:gridCol w:w="1694"/>
        <w:gridCol w:w="1515"/>
        <w:gridCol w:w="1481"/>
        <w:gridCol w:w="1037"/>
        <w:gridCol w:w="2084"/>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4"/>
            <w:shd w:val="clear" w:color="auto" w:fill="E8E8E8"/>
          </w:tcPr>
          <w:p>
            <w:pPr>
              <w:spacing w:after="0"/>
              <w:jc w:val="left"/>
            </w:pPr>
            <w:r>
              <w:rPr>
                <w:b/>
                <w:sz w:val="16"/>
              </w:rPr>
              <w:t>Unit</w:t>
            </w:r>
          </w:p>
        </w:tc>
        <w:tc>
          <w:tcPr>
            <w:tcW w:type="dxa" w:w="156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4"/>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4"/>
          </w:tcPr>
          <w:p>
            <w:pPr>
              <w:spacing w:after="0"/>
              <w:jc w:val="left"/>
            </w:pPr>
            <w:r>
              <w:rPr>
                <w:sz w:val="16"/>
              </w:rPr>
              <w:t>events per year</w:t>
            </w:r>
          </w:p>
        </w:tc>
        <w:tc>
          <w:tcPr>
            <w:tcW w:type="dxa" w:w="1562"/>
          </w:tcPr>
          <w:p>
            <w:pPr>
              <w:spacing w:after="0"/>
              <w:jc w:val="left"/>
            </w:pPr>
            <w:r>
              <w:rPr>
                <w:sz w:val="16"/>
              </w:rPr>
              <w:t>about 1 in 100 years</w:t>
            </w:r>
          </w:p>
        </w:tc>
        <w:tc>
          <w:tcPr>
            <w:tcW w:type="dxa" w:w="1037"/>
          </w:tcPr>
          <w:p>
            <w:pPr>
              <w:spacing w:after="0"/>
              <w:jc w:val="left"/>
            </w:pPr>
            <w:r>
              <w:rPr>
                <w:sz w:val="16"/>
              </w:rPr>
              <w:t>Possible</w:t>
            </w:r>
          </w:p>
        </w:tc>
        <w:tc>
          <w:tcPr>
            <w:tcW w:type="dxa" w:w="1694"/>
          </w:tcPr>
          <w:p>
            <w:pPr>
              <w:spacing w:after="0"/>
              <w:jc w:val="left"/>
            </w:pPr>
            <w:r>
              <w:rPr>
                <w:sz w:val="16"/>
              </w:rPr>
              <w:t>FEMA annualized frequency (modeled)</w:t>
            </w:r>
          </w:p>
        </w:tc>
        <w:tc>
          <w:tcPr>
            <w:tcW w:type="dxa" w:w="1515"/>
          </w:tcPr>
          <w:p>
            <w:pPr>
              <w:spacing w:after="0"/>
              <w:jc w:val="right"/>
            </w:pPr>
            <w:r>
              <w:rPr>
                <w:sz w:val="16"/>
              </w:rPr>
              <w:t>0</w:t>
            </w:r>
          </w:p>
        </w:tc>
        <w:tc>
          <w:tcPr>
            <w:tcW w:type="dxa" w:w="1481"/>
          </w:tcPr>
          <w:p>
            <w:pPr>
              <w:spacing w:after="0"/>
              <w:jc w:val="left"/>
            </w:pPr>
            <w:r>
              <w:rPr>
                <w:sz w:val="16"/>
              </w:rPr>
              <w:t>1994 to 2023 (30 years)</w:t>
            </w:r>
          </w:p>
        </w:tc>
        <w:tc>
          <w:tcPr>
            <w:tcW w:type="dxa" w:w="1037"/>
          </w:tcPr>
          <w:p>
            <w:pPr>
              <w:spacing w:after="0"/>
              <w:jc w:val="left"/>
            </w:pPr>
            <w:r>
              <w:rPr>
                <w:sz w:val="16"/>
              </w:rPr>
              <w:t>see B1-f</w:t>
            </w:r>
          </w:p>
        </w:tc>
        <w:tc>
          <w:tcPr>
            <w:tcW w:type="dxa" w:w="2084"/>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4"/>
          </w:tcPr>
          <w:p>
            <w:pPr>
              <w:spacing w:after="0"/>
              <w:jc w:val="left"/>
            </w:pPr>
            <w:r>
              <w:rPr>
                <w:sz w:val="16"/>
              </w:rPr>
              <w:t>events per year at a location (modeled)</w:t>
            </w:r>
          </w:p>
        </w:tc>
        <w:tc>
          <w:tcPr>
            <w:tcW w:type="dxa" w:w="1562"/>
          </w:tcPr>
          <w:p>
            <w:pPr>
              <w:spacing w:after="0"/>
              <w:jc w:val="left"/>
            </w:pPr>
          </w:p>
        </w:tc>
        <w:tc>
          <w:tcPr>
            <w:tcW w:type="dxa" w:w="1037"/>
          </w:tcPr>
          <w:p>
            <w:pPr>
              <w:spacing w:after="0"/>
              <w:jc w:val="left"/>
            </w:pPr>
          </w:p>
        </w:tc>
        <w:tc>
          <w:tcPr>
            <w:tcW w:type="dxa" w:w="1694"/>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2.67</w:t>
            </w:r>
          </w:p>
        </w:tc>
        <w:tc>
          <w:tcPr>
            <w:tcW w:type="dxa" w:w="1434"/>
          </w:tcPr>
          <w:p>
            <w:pPr>
              <w:spacing w:after="0"/>
              <w:jc w:val="left"/>
            </w:pPr>
            <w:r>
              <w:rPr>
                <w:sz w:val="16"/>
              </w:rPr>
              <w:t>event-days per year</w:t>
            </w:r>
          </w:p>
        </w:tc>
        <w:tc>
          <w:tcPr>
            <w:tcW w:type="dxa" w:w="1562"/>
          </w:tcPr>
          <w:p>
            <w:pPr>
              <w:spacing w:after="0"/>
              <w:jc w:val="left"/>
            </w:pPr>
            <w:r>
              <w:rPr>
                <w:sz w:val="16"/>
              </w:rPr>
              <w:t>about 2.67 days per year</w:t>
            </w:r>
          </w:p>
        </w:tc>
        <w:tc>
          <w:tcPr>
            <w:tcW w:type="dxa" w:w="1037"/>
          </w:tcPr>
          <w:p>
            <w:pPr>
              <w:spacing w:after="0"/>
              <w:jc w:val="left"/>
            </w:pPr>
            <w:r>
              <w:rPr>
                <w:sz w:val="16"/>
              </w:rPr>
              <w:t>Likely</w:t>
            </w:r>
          </w:p>
        </w:tc>
        <w:tc>
          <w:tcPr>
            <w:tcW w:type="dxa" w:w="1694"/>
          </w:tcPr>
          <w:p>
            <w:pPr>
              <w:spacing w:after="0"/>
              <w:jc w:val="left"/>
            </w:pPr>
            <w:r>
              <w:rPr>
                <w:sz w:val="16"/>
              </w:rPr>
              <w:t>event-days in 6 of 30 years, 1996 to 2025 (20%)</w:t>
            </w:r>
          </w:p>
        </w:tc>
        <w:tc>
          <w:tcPr>
            <w:tcW w:type="dxa" w:w="1515"/>
          </w:tcPr>
          <w:p>
            <w:pPr>
              <w:spacing w:after="0"/>
              <w:jc w:val="right"/>
            </w:pPr>
            <w:r>
              <w:rPr>
                <w:sz w:val="16"/>
              </w:rPr>
              <w:t>50.7</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2084"/>
          </w:tcPr>
          <w:p>
            <w:pPr>
              <w:spacing w:after="0"/>
              <w:jc w:val="left"/>
            </w:pPr>
            <w:r>
              <w:rPr>
                <w:sz w:val="16"/>
              </w:rPr>
              <w:t>NRI gives about 2.67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1.65</w:t>
            </w:r>
          </w:p>
        </w:tc>
        <w:tc>
          <w:tcPr>
            <w:tcW w:type="dxa" w:w="1434"/>
          </w:tcPr>
          <w:p>
            <w:pPr>
              <w:spacing w:after="0"/>
              <w:jc w:val="left"/>
            </w:pPr>
            <w:r>
              <w:rPr>
                <w:sz w:val="16"/>
              </w:rPr>
              <w:t>event-days per year</w:t>
            </w:r>
          </w:p>
        </w:tc>
        <w:tc>
          <w:tcPr>
            <w:tcW w:type="dxa" w:w="1562"/>
          </w:tcPr>
          <w:p>
            <w:pPr>
              <w:spacing w:after="0"/>
              <w:jc w:val="left"/>
            </w:pPr>
            <w:r>
              <w:rPr>
                <w:sz w:val="16"/>
              </w:rPr>
              <w:t>about 1.65 days per year</w:t>
            </w:r>
          </w:p>
        </w:tc>
        <w:tc>
          <w:tcPr>
            <w:tcW w:type="dxa" w:w="1037"/>
          </w:tcPr>
          <w:p>
            <w:pPr>
              <w:spacing w:after="0"/>
              <w:jc w:val="left"/>
            </w:pPr>
            <w:r>
              <w:rPr>
                <w:sz w:val="16"/>
              </w:rPr>
              <w:t>Possible</w:t>
            </w:r>
          </w:p>
        </w:tc>
        <w:tc>
          <w:tcPr>
            <w:tcW w:type="dxa" w:w="1694"/>
          </w:tcPr>
          <w:p>
            <w:pPr>
              <w:spacing w:after="0"/>
              <w:jc w:val="left"/>
            </w:pPr>
            <w:r>
              <w:rPr>
                <w:sz w:val="16"/>
              </w:rPr>
              <w:t>event-days in 2 of 30 years, 1996 to 2025 (6.67%)</w:t>
            </w:r>
          </w:p>
        </w:tc>
        <w:tc>
          <w:tcPr>
            <w:tcW w:type="dxa" w:w="1515"/>
          </w:tcPr>
          <w:p>
            <w:pPr>
              <w:spacing w:after="0"/>
              <w:jc w:val="right"/>
            </w:pPr>
            <w:r>
              <w:rPr>
                <w:sz w:val="16"/>
              </w:rPr>
              <w:t>84</w:t>
            </w:r>
          </w:p>
        </w:tc>
        <w:tc>
          <w:tcPr>
            <w:tcW w:type="dxa" w:w="148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4"/>
          </w:tcPr>
          <w:p>
            <w:pPr>
              <w:spacing w:after="0"/>
              <w:jc w:val="left"/>
            </w:pPr>
            <w:r>
              <w:rPr>
                <w:sz w:val="16"/>
              </w:rPr>
              <w:t>NRI gives about 1.65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0.000474</w:t>
            </w:r>
          </w:p>
        </w:tc>
        <w:tc>
          <w:tcPr>
            <w:tcW w:type="dxa" w:w="1434"/>
          </w:tcPr>
          <w:p>
            <w:pPr>
              <w:spacing w:after="0"/>
              <w:jc w:val="left"/>
            </w:pPr>
            <w:r>
              <w:rPr>
                <w:sz w:val="16"/>
              </w:rPr>
              <w:t>annual probability at a location</w:t>
            </w:r>
          </w:p>
        </w:tc>
        <w:tc>
          <w:tcPr>
            <w:tcW w:type="dxa" w:w="1562"/>
          </w:tcPr>
          <w:p>
            <w:pPr>
              <w:spacing w:after="0"/>
              <w:jc w:val="left"/>
            </w:pPr>
            <w:r>
              <w:rPr>
                <w:sz w:val="16"/>
              </w:rPr>
              <w:t>chance a given location in the county has at least minor-damage shaking in a year: 0.0474%</w:t>
            </w:r>
          </w:p>
        </w:tc>
        <w:tc>
          <w:tcPr>
            <w:tcW w:type="dxa" w:w="1037"/>
          </w:tcPr>
          <w:p>
            <w:pPr>
              <w:spacing w:after="0"/>
              <w:jc w:val="left"/>
            </w:pPr>
          </w:p>
        </w:tc>
        <w:tc>
          <w:tcPr>
            <w:tcW w:type="dxa" w:w="1694"/>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2.42</w:t>
            </w:r>
          </w:p>
        </w:tc>
        <w:tc>
          <w:tcPr>
            <w:tcW w:type="dxa" w:w="1434"/>
          </w:tcPr>
          <w:p>
            <w:pPr>
              <w:spacing w:after="0"/>
              <w:jc w:val="left"/>
            </w:pPr>
            <w:r>
              <w:rPr>
                <w:sz w:val="16"/>
              </w:rPr>
              <w:t>events per year</w:t>
            </w:r>
          </w:p>
        </w:tc>
        <w:tc>
          <w:tcPr>
            <w:tcW w:type="dxa" w:w="1562"/>
          </w:tcPr>
          <w:p>
            <w:pPr>
              <w:spacing w:after="0"/>
              <w:jc w:val="left"/>
            </w:pPr>
            <w:r>
              <w:rPr>
                <w:sz w:val="16"/>
              </w:rPr>
              <w:t>about 2.42 per year</w:t>
            </w:r>
          </w:p>
        </w:tc>
        <w:tc>
          <w:tcPr>
            <w:tcW w:type="dxa" w:w="1037"/>
          </w:tcPr>
          <w:p>
            <w:pPr>
              <w:spacing w:after="0"/>
              <w:jc w:val="left"/>
            </w:pPr>
            <w:r>
              <w:rPr>
                <w:sz w:val="16"/>
              </w:rPr>
              <w:t>Highly likely</w:t>
            </w:r>
          </w:p>
        </w:tc>
        <w:tc>
          <w:tcPr>
            <w:tcW w:type="dxa" w:w="1694"/>
          </w:tcPr>
          <w:p>
            <w:pPr>
              <w:spacing w:after="0"/>
              <w:jc w:val="left"/>
            </w:pPr>
            <w:r>
              <w:rPr>
                <w:sz w:val="16"/>
              </w:rPr>
              <w:t>FEMA annualized frequency (modeled)</w:t>
            </w:r>
          </w:p>
        </w:tc>
        <w:tc>
          <w:tcPr>
            <w:tcW w:type="dxa" w:w="1515"/>
          </w:tcPr>
          <w:p>
            <w:pPr>
              <w:spacing w:after="0"/>
              <w:jc w:val="right"/>
            </w:pPr>
            <w:r>
              <w:rPr>
                <w:sz w:val="16"/>
              </w:rPr>
              <w:t>92.1 (modeled)</w:t>
            </w:r>
          </w:p>
        </w:tc>
        <w:tc>
          <w:tcPr>
            <w:tcW w:type="dxa" w:w="1481"/>
          </w:tcPr>
          <w:p>
            <w:pPr>
              <w:spacing w:after="0"/>
              <w:jc w:val="left"/>
            </w:pPr>
            <w:r>
              <w:rPr>
                <w:sz w:val="16"/>
              </w:rPr>
              <w:t>1986 to 2023 (38 years)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1.99</w:t>
            </w:r>
          </w:p>
        </w:tc>
        <w:tc>
          <w:tcPr>
            <w:tcW w:type="dxa" w:w="1434"/>
          </w:tcPr>
          <w:p>
            <w:pPr>
              <w:spacing w:after="0"/>
              <w:jc w:val="left"/>
            </w:pPr>
            <w:r>
              <w:rPr>
                <w:sz w:val="16"/>
              </w:rPr>
              <w:t>event-days per year</w:t>
            </w:r>
          </w:p>
        </w:tc>
        <w:tc>
          <w:tcPr>
            <w:tcW w:type="dxa" w:w="1562"/>
          </w:tcPr>
          <w:p>
            <w:pPr>
              <w:spacing w:after="0"/>
              <w:jc w:val="left"/>
            </w:pPr>
            <w:r>
              <w:rPr>
                <w:sz w:val="16"/>
              </w:rPr>
              <w:t>about 1.99 days per year</w:t>
            </w:r>
          </w:p>
        </w:tc>
        <w:tc>
          <w:tcPr>
            <w:tcW w:type="dxa" w:w="1037"/>
          </w:tcPr>
          <w:p>
            <w:pPr>
              <w:spacing w:after="0"/>
              <w:jc w:val="left"/>
            </w:pPr>
          </w:p>
        </w:tc>
        <w:tc>
          <w:tcPr>
            <w:tcW w:type="dxa" w:w="1694"/>
          </w:tcPr>
          <w:p>
            <w:pPr>
              <w:spacing w:after="0"/>
              <w:jc w:val="left"/>
            </w:pPr>
            <w:r>
              <w:rPr>
                <w:sz w:val="16"/>
              </w:rPr>
              <w:t>event-days in 0 of 30 years, 1996 to 2025 (0%)</w:t>
            </w:r>
          </w:p>
        </w:tc>
        <w:tc>
          <w:tcPr>
            <w:tcW w:type="dxa" w:w="1515"/>
          </w:tcPr>
          <w:p>
            <w:pPr>
              <w:spacing w:after="0"/>
              <w:jc w:val="right"/>
            </w:pPr>
            <w:r>
              <w:rPr>
                <w:sz w:val="16"/>
              </w:rPr>
              <w:t>38</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208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0.023</w:t>
            </w:r>
          </w:p>
        </w:tc>
        <w:tc>
          <w:tcPr>
            <w:tcW w:type="dxa" w:w="1434"/>
          </w:tcPr>
          <w:p>
            <w:pPr>
              <w:spacing w:after="0"/>
              <w:jc w:val="left"/>
            </w:pPr>
            <w:r>
              <w:rPr>
                <w:sz w:val="16"/>
              </w:rPr>
              <w:t>events per year</w:t>
            </w:r>
          </w:p>
        </w:tc>
        <w:tc>
          <w:tcPr>
            <w:tcW w:type="dxa" w:w="1562"/>
          </w:tcPr>
          <w:p>
            <w:pPr>
              <w:spacing w:after="0"/>
              <w:jc w:val="left"/>
            </w:pPr>
            <w:r>
              <w:rPr>
                <w:sz w:val="16"/>
              </w:rPr>
              <w:t>about 1 in 43 years</w:t>
            </w:r>
          </w:p>
        </w:tc>
        <w:tc>
          <w:tcPr>
            <w:tcW w:type="dxa" w:w="1037"/>
          </w:tcPr>
          <w:p>
            <w:pPr>
              <w:spacing w:after="0"/>
              <w:jc w:val="left"/>
            </w:pPr>
            <w:r>
              <w:rPr>
                <w:sz w:val="16"/>
              </w:rPr>
              <w:t>Possible</w:t>
            </w:r>
          </w:p>
        </w:tc>
        <w:tc>
          <w:tcPr>
            <w:tcW w:type="dxa" w:w="1694"/>
          </w:tcPr>
          <w:p>
            <w:pPr>
              <w:spacing w:after="0"/>
              <w:jc w:val="left"/>
            </w:pPr>
            <w:r>
              <w:rPr>
                <w:sz w:val="16"/>
              </w:rPr>
              <w:t>FEMA annualized frequency (modeled)</w:t>
            </w:r>
          </w:p>
        </w:tc>
        <w:tc>
          <w:tcPr>
            <w:tcW w:type="dxa" w:w="1515"/>
          </w:tcPr>
          <w:p>
            <w:pPr>
              <w:spacing w:after="0"/>
              <w:jc w:val="right"/>
            </w:pPr>
            <w:r>
              <w:rPr>
                <w:sz w:val="16"/>
              </w:rPr>
              <w:t>8</w:t>
            </w:r>
          </w:p>
        </w:tc>
        <w:tc>
          <w:tcPr>
            <w:tcW w:type="dxa" w:w="1481"/>
          </w:tcPr>
          <w:p>
            <w:pPr>
              <w:spacing w:after="0"/>
              <w:jc w:val="left"/>
            </w:pPr>
            <w:r>
              <w:rPr>
                <w:sz w:val="16"/>
              </w:rPr>
              <w:t>1851 to 2024 (Atlantic)</w:t>
            </w:r>
          </w:p>
        </w:tc>
        <w:tc>
          <w:tcPr>
            <w:tcW w:type="dxa" w:w="1037"/>
          </w:tcPr>
          <w:p>
            <w:pPr>
              <w:spacing w:after="0"/>
              <w:jc w:val="left"/>
            </w:pPr>
            <w:r>
              <w:rPr>
                <w:sz w:val="16"/>
              </w:rPr>
              <w:t>see B1-f</w:t>
            </w:r>
          </w:p>
        </w:tc>
        <w:tc>
          <w:tcPr>
            <w:tcW w:type="dxa" w:w="208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0.23</w:t>
            </w:r>
          </w:p>
        </w:tc>
        <w:tc>
          <w:tcPr>
            <w:tcW w:type="dxa" w:w="1434"/>
          </w:tcPr>
          <w:p>
            <w:pPr>
              <w:spacing w:after="0"/>
              <w:jc w:val="left"/>
            </w:pPr>
            <w:r>
              <w:rPr>
                <w:sz w:val="16"/>
              </w:rPr>
              <w:t>event-days per year</w:t>
            </w:r>
          </w:p>
        </w:tc>
        <w:tc>
          <w:tcPr>
            <w:tcW w:type="dxa" w:w="1562"/>
          </w:tcPr>
          <w:p>
            <w:pPr>
              <w:spacing w:after="0"/>
              <w:jc w:val="left"/>
            </w:pPr>
            <w:r>
              <w:rPr>
                <w:sz w:val="16"/>
              </w:rPr>
              <w:t>about 0.23 days per year</w:t>
            </w:r>
          </w:p>
        </w:tc>
        <w:tc>
          <w:tcPr>
            <w:tcW w:type="dxa" w:w="1037"/>
          </w:tcPr>
          <w:p>
            <w:pPr>
              <w:spacing w:after="0"/>
              <w:jc w:val="left"/>
            </w:pPr>
            <w:r>
              <w:rPr>
                <w:sz w:val="16"/>
              </w:rPr>
              <w:t>Likely</w:t>
            </w:r>
          </w:p>
        </w:tc>
        <w:tc>
          <w:tcPr>
            <w:tcW w:type="dxa" w:w="1694"/>
          </w:tcPr>
          <w:p>
            <w:pPr>
              <w:spacing w:after="0"/>
              <w:jc w:val="left"/>
            </w:pPr>
            <w:r>
              <w:rPr>
                <w:sz w:val="16"/>
              </w:rPr>
              <w:t>event-days in 4 of 30 years, 1996 to 2025 (13.3%)</w:t>
            </w:r>
          </w:p>
        </w:tc>
        <w:tc>
          <w:tcPr>
            <w:tcW w:type="dxa" w:w="1515"/>
          </w:tcPr>
          <w:p>
            <w:pPr>
              <w:spacing w:after="0"/>
              <w:jc w:val="right"/>
            </w:pPr>
            <w:r>
              <w:rPr>
                <w:sz w:val="16"/>
              </w:rPr>
              <w:t>16</w:t>
            </w:r>
          </w:p>
        </w:tc>
        <w:tc>
          <w:tcPr>
            <w:tcW w:type="dxa" w:w="1481"/>
          </w:tcPr>
          <w:p>
            <w:pPr>
              <w:spacing w:after="0"/>
              <w:jc w:val="left"/>
            </w:pPr>
            <w:r>
              <w:rPr>
                <w:sz w:val="16"/>
              </w:rPr>
              <w:t>1946-12-31 to 2014-02-12 (67 years)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2.07</w:t>
            </w:r>
          </w:p>
        </w:tc>
        <w:tc>
          <w:tcPr>
            <w:tcW w:type="dxa" w:w="1434"/>
          </w:tcPr>
          <w:p>
            <w:pPr>
              <w:spacing w:after="0"/>
              <w:jc w:val="left"/>
            </w:pPr>
            <w:r>
              <w:rPr>
                <w:sz w:val="16"/>
              </w:rPr>
              <w:t>event-days per year</w:t>
            </w:r>
          </w:p>
        </w:tc>
        <w:tc>
          <w:tcPr>
            <w:tcW w:type="dxa" w:w="1562"/>
          </w:tcPr>
          <w:p>
            <w:pPr>
              <w:spacing w:after="0"/>
              <w:jc w:val="left"/>
            </w:pPr>
            <w:r>
              <w:rPr>
                <w:sz w:val="16"/>
              </w:rPr>
              <w:t>about 2.07 days per year</w:t>
            </w:r>
          </w:p>
        </w:tc>
        <w:tc>
          <w:tcPr>
            <w:tcW w:type="dxa" w:w="1037"/>
          </w:tcPr>
          <w:p>
            <w:pPr>
              <w:spacing w:after="0"/>
              <w:jc w:val="left"/>
            </w:pPr>
            <w:r>
              <w:rPr>
                <w:sz w:val="16"/>
              </w:rPr>
              <w:t>Likely</w:t>
            </w:r>
          </w:p>
        </w:tc>
        <w:tc>
          <w:tcPr>
            <w:tcW w:type="dxa" w:w="1694"/>
          </w:tcPr>
          <w:p>
            <w:pPr>
              <w:spacing w:after="0"/>
              <w:jc w:val="left"/>
            </w:pPr>
            <w:r>
              <w:rPr>
                <w:sz w:val="16"/>
              </w:rPr>
              <w:t>event-days in 26 of 30 years, 1996 to 2025 (86.7%)</w:t>
            </w:r>
          </w:p>
        </w:tc>
        <w:tc>
          <w:tcPr>
            <w:tcW w:type="dxa" w:w="1515"/>
          </w:tcPr>
          <w:p>
            <w:pPr>
              <w:spacing w:after="0"/>
              <w:jc w:val="right"/>
            </w:pPr>
            <w:r>
              <w:rPr>
                <w:sz w:val="16"/>
              </w:rPr>
              <w:t>58</w:t>
            </w:r>
          </w:p>
        </w:tc>
        <w:tc>
          <w:tcPr>
            <w:tcW w:type="dxa" w:w="1481"/>
          </w:tcPr>
          <w:p>
            <w:pPr>
              <w:spacing w:after="0"/>
              <w:jc w:val="left"/>
            </w:pPr>
            <w:r>
              <w:rPr>
                <w:sz w:val="16"/>
              </w:rPr>
              <w:t>1996 to 2023 (28 years)</w:t>
            </w:r>
          </w:p>
        </w:tc>
        <w:tc>
          <w:tcPr>
            <w:tcW w:type="dxa" w:w="1037"/>
          </w:tcPr>
          <w:p>
            <w:pPr>
              <w:spacing w:after="0"/>
              <w:jc w:val="left"/>
            </w:pPr>
            <w:r>
              <w:rPr>
                <w:sz w:val="16"/>
              </w:rPr>
              <w:t>see B1-f</w:t>
            </w:r>
          </w:p>
        </w:tc>
        <w:tc>
          <w:tcPr>
            <w:tcW w:type="dxa" w:w="2084"/>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0.867</w:t>
            </w:r>
          </w:p>
        </w:tc>
        <w:tc>
          <w:tcPr>
            <w:tcW w:type="dxa" w:w="1434"/>
          </w:tcPr>
          <w:p>
            <w:pPr>
              <w:spacing w:after="0"/>
              <w:jc w:val="left"/>
            </w:pPr>
            <w:r>
              <w:rPr>
                <w:sz w:val="16"/>
              </w:rPr>
              <w:t>events per year (modeled)</w:t>
            </w:r>
          </w:p>
        </w:tc>
        <w:tc>
          <w:tcPr>
            <w:tcW w:type="dxa" w:w="1562"/>
          </w:tcPr>
          <w:p>
            <w:pPr>
              <w:spacing w:after="0"/>
              <w:jc w:val="left"/>
            </w:pPr>
            <w:r>
              <w:rPr>
                <w:sz w:val="16"/>
              </w:rPr>
              <w:t>about 0.87 per year</w:t>
            </w:r>
          </w:p>
        </w:tc>
        <w:tc>
          <w:tcPr>
            <w:tcW w:type="dxa" w:w="1037"/>
          </w:tcPr>
          <w:p>
            <w:pPr>
              <w:spacing w:after="0"/>
              <w:jc w:val="left"/>
            </w:pPr>
            <w:r>
              <w:rPr>
                <w:sz w:val="16"/>
              </w:rPr>
              <w:t>Likely</w:t>
            </w:r>
          </w:p>
        </w:tc>
        <w:tc>
          <w:tcPr>
            <w:tcW w:type="dxa" w:w="1694"/>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44.5</w:t>
            </w:r>
          </w:p>
        </w:tc>
        <w:tc>
          <w:tcPr>
            <w:tcW w:type="dxa" w:w="1434"/>
          </w:tcPr>
          <w:p>
            <w:pPr>
              <w:spacing w:after="0"/>
              <w:jc w:val="left"/>
            </w:pPr>
            <w:r>
              <w:rPr>
                <w:sz w:val="16"/>
              </w:rPr>
              <w:t>days per year with a strike</w:t>
            </w:r>
          </w:p>
        </w:tc>
        <w:tc>
          <w:tcPr>
            <w:tcW w:type="dxa" w:w="1562"/>
          </w:tcPr>
          <w:p>
            <w:pPr>
              <w:spacing w:after="0"/>
              <w:jc w:val="left"/>
            </w:pPr>
            <w:r>
              <w:rPr>
                <w:sz w:val="16"/>
              </w:rPr>
              <w:t>about 44.5 days per year</w:t>
            </w:r>
          </w:p>
        </w:tc>
        <w:tc>
          <w:tcPr>
            <w:tcW w:type="dxa" w:w="1037"/>
          </w:tcPr>
          <w:p>
            <w:pPr>
              <w:spacing w:after="0"/>
              <w:jc w:val="left"/>
            </w:pPr>
            <w:r>
              <w:rPr>
                <w:sz w:val="16"/>
              </w:rPr>
              <w:t>Highly likely</w:t>
            </w:r>
          </w:p>
        </w:tc>
        <w:tc>
          <w:tcPr>
            <w:tcW w:type="dxa" w:w="1694"/>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1995 to 2023 (29 years; CONUS)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1.68</w:t>
            </w:r>
          </w:p>
        </w:tc>
        <w:tc>
          <w:tcPr>
            <w:tcW w:type="dxa" w:w="1434"/>
          </w:tcPr>
          <w:p>
            <w:pPr>
              <w:spacing w:after="0"/>
              <w:jc w:val="left"/>
            </w:pPr>
            <w:r>
              <w:rPr>
                <w:sz w:val="16"/>
              </w:rPr>
              <w:t>events per year</w:t>
            </w:r>
          </w:p>
        </w:tc>
        <w:tc>
          <w:tcPr>
            <w:tcW w:type="dxa" w:w="1562"/>
          </w:tcPr>
          <w:p>
            <w:pPr>
              <w:spacing w:after="0"/>
              <w:jc w:val="left"/>
            </w:pPr>
            <w:r>
              <w:rPr>
                <w:sz w:val="16"/>
              </w:rPr>
              <w:t>about 1.68 per year</w:t>
            </w:r>
          </w:p>
        </w:tc>
        <w:tc>
          <w:tcPr>
            <w:tcW w:type="dxa" w:w="1037"/>
          </w:tcPr>
          <w:p>
            <w:pPr>
              <w:spacing w:after="0"/>
              <w:jc w:val="left"/>
            </w:pPr>
            <w:r>
              <w:rPr>
                <w:sz w:val="16"/>
              </w:rPr>
              <w:t>Highly likely</w:t>
            </w:r>
          </w:p>
        </w:tc>
        <w:tc>
          <w:tcPr>
            <w:tcW w:type="dxa" w:w="1694"/>
          </w:tcPr>
          <w:p>
            <w:pPr>
              <w:spacing w:after="0"/>
              <w:jc w:val="left"/>
            </w:pPr>
            <w:r>
              <w:rPr>
                <w:sz w:val="16"/>
              </w:rPr>
              <w:t>FEMA annualized frequency (modeled)</w:t>
            </w:r>
          </w:p>
        </w:tc>
        <w:tc>
          <w:tcPr>
            <w:tcW w:type="dxa" w:w="1515"/>
          </w:tcPr>
          <w:p>
            <w:pPr>
              <w:spacing w:after="0"/>
              <w:jc w:val="right"/>
            </w:pPr>
            <w:r>
              <w:rPr>
                <w:sz w:val="16"/>
              </w:rPr>
              <w:t>64</w:t>
            </w:r>
          </w:p>
        </w:tc>
        <w:tc>
          <w:tcPr>
            <w:tcW w:type="dxa" w:w="1481"/>
          </w:tcPr>
          <w:p>
            <w:pPr>
              <w:spacing w:after="0"/>
              <w:jc w:val="left"/>
            </w:pPr>
            <w:r>
              <w:rPr>
                <w:sz w:val="16"/>
              </w:rPr>
              <w:t>1986 to 2023 (38 years)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0.0733</w:t>
            </w:r>
          </w:p>
        </w:tc>
        <w:tc>
          <w:tcPr>
            <w:tcW w:type="dxa" w:w="1434"/>
          </w:tcPr>
          <w:p>
            <w:pPr>
              <w:spacing w:after="0"/>
              <w:jc w:val="left"/>
            </w:pPr>
            <w:r>
              <w:rPr>
                <w:sz w:val="16"/>
              </w:rPr>
              <w:t>events per year</w:t>
            </w:r>
          </w:p>
        </w:tc>
        <w:tc>
          <w:tcPr>
            <w:tcW w:type="dxa" w:w="1562"/>
          </w:tcPr>
          <w:p>
            <w:pPr>
              <w:spacing w:after="0"/>
              <w:jc w:val="left"/>
            </w:pPr>
            <w:r>
              <w:rPr>
                <w:sz w:val="16"/>
              </w:rPr>
              <w:t>about 1 in 14 years</w:t>
            </w:r>
          </w:p>
        </w:tc>
        <w:tc>
          <w:tcPr>
            <w:tcW w:type="dxa" w:w="1037"/>
          </w:tcPr>
          <w:p>
            <w:pPr>
              <w:spacing w:after="0"/>
              <w:jc w:val="left"/>
            </w:pPr>
            <w:r>
              <w:rPr>
                <w:sz w:val="16"/>
              </w:rPr>
              <w:t>Possible</w:t>
            </w:r>
          </w:p>
        </w:tc>
        <w:tc>
          <w:tcPr>
            <w:tcW w:type="dxa" w:w="1694"/>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1950 to 2023 (EF2+); 1986 to 2023 (EF0-1)</w:t>
            </w:r>
          </w:p>
        </w:tc>
        <w:tc>
          <w:tcPr>
            <w:tcW w:type="dxa" w:w="1037"/>
          </w:tcPr>
          <w:p>
            <w:pPr>
              <w:spacing w:after="0"/>
              <w:jc w:val="left"/>
            </w:pPr>
            <w:r>
              <w:rPr>
                <w:sz w:val="16"/>
              </w:rPr>
              <w:t>see B1-f</w:t>
            </w:r>
          </w:p>
        </w:tc>
        <w:tc>
          <w:tcPr>
            <w:tcW w:type="dxa" w:w="2084"/>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4"/>
          </w:tcPr>
          <w:p>
            <w:pPr>
              <w:spacing w:after="0"/>
              <w:jc w:val="left"/>
            </w:pPr>
            <w:r>
              <w:rPr>
                <w:sz w:val="16"/>
              </w:rPr>
              <w:t>annual probability at the most exposed location (used in place of a county value)</w:t>
            </w:r>
          </w:p>
        </w:tc>
        <w:tc>
          <w:tcPr>
            <w:tcW w:type="dxa" w:w="1562"/>
          </w:tcPr>
          <w:p>
            <w:pPr>
              <w:spacing w:after="0"/>
              <w:jc w:val="left"/>
            </w:pPr>
          </w:p>
        </w:tc>
        <w:tc>
          <w:tcPr>
            <w:tcW w:type="dxa" w:w="1037"/>
          </w:tcPr>
          <w:p>
            <w:pPr>
              <w:spacing w:after="0"/>
              <w:jc w:val="left"/>
            </w:pPr>
          </w:p>
        </w:tc>
        <w:tc>
          <w:tcPr>
            <w:tcW w:type="dxa" w:w="1694"/>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4"/>
          </w:tcPr>
          <w:p>
            <w:pPr>
              <w:spacing w:after="0"/>
              <w:jc w:val="left"/>
            </w:pPr>
            <w:r>
              <w:rPr>
                <w:sz w:val="16"/>
              </w:rPr>
              <w:t>annual probability</w:t>
            </w:r>
          </w:p>
        </w:tc>
        <w:tc>
          <w:tcPr>
            <w:tcW w:type="dxa" w:w="1562"/>
          </w:tcPr>
          <w:p>
            <w:pPr>
              <w:spacing w:after="0"/>
              <w:jc w:val="left"/>
            </w:pPr>
          </w:p>
        </w:tc>
        <w:tc>
          <w:tcPr>
            <w:tcW w:type="dxa" w:w="1037"/>
          </w:tcPr>
          <w:p>
            <w:pPr>
              <w:spacing w:after="0"/>
              <w:jc w:val="left"/>
            </w:pPr>
          </w:p>
        </w:tc>
        <w:tc>
          <w:tcPr>
            <w:tcW w:type="dxa" w:w="1694"/>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0.0000645</w:t>
            </w:r>
          </w:p>
        </w:tc>
        <w:tc>
          <w:tcPr>
            <w:tcW w:type="dxa" w:w="1434"/>
          </w:tcPr>
          <w:p>
            <w:pPr>
              <w:spacing w:after="0"/>
              <w:jc w:val="left"/>
            </w:pPr>
            <w:r>
              <w:rPr>
                <w:sz w:val="16"/>
              </w:rPr>
              <w:t>annual probability at a location</w:t>
            </w:r>
          </w:p>
        </w:tc>
        <w:tc>
          <w:tcPr>
            <w:tcW w:type="dxa" w:w="1562"/>
          </w:tcPr>
          <w:p>
            <w:pPr>
              <w:spacing w:after="0"/>
              <w:jc w:val="left"/>
            </w:pPr>
            <w:r>
              <w:rPr>
                <w:sz w:val="16"/>
              </w:rPr>
              <w:t>chance a given location in the county burns in a year: 0.00645%</w:t>
            </w:r>
          </w:p>
        </w:tc>
        <w:tc>
          <w:tcPr>
            <w:tcW w:type="dxa" w:w="1037"/>
          </w:tcPr>
          <w:p>
            <w:pPr>
              <w:spacing w:after="0"/>
              <w:jc w:val="left"/>
            </w:pPr>
          </w:p>
        </w:tc>
        <w:tc>
          <w:tcPr>
            <w:tcW w:type="dxa" w:w="1694"/>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9.98</w:t>
            </w:r>
          </w:p>
        </w:tc>
        <w:tc>
          <w:tcPr>
            <w:tcW w:type="dxa" w:w="1434"/>
          </w:tcPr>
          <w:p>
            <w:pPr>
              <w:spacing w:after="0"/>
              <w:jc w:val="left"/>
            </w:pPr>
            <w:r>
              <w:rPr>
                <w:sz w:val="16"/>
              </w:rPr>
              <w:t>event-days per year</w:t>
            </w:r>
          </w:p>
        </w:tc>
        <w:tc>
          <w:tcPr>
            <w:tcW w:type="dxa" w:w="1562"/>
          </w:tcPr>
          <w:p>
            <w:pPr>
              <w:spacing w:after="0"/>
              <w:jc w:val="left"/>
            </w:pPr>
            <w:r>
              <w:rPr>
                <w:sz w:val="16"/>
              </w:rPr>
              <w:t>about 9.98 days per year</w:t>
            </w:r>
          </w:p>
        </w:tc>
        <w:tc>
          <w:tcPr>
            <w:tcW w:type="dxa" w:w="1037"/>
          </w:tcPr>
          <w:p>
            <w:pPr>
              <w:spacing w:after="0"/>
              <w:jc w:val="left"/>
            </w:pPr>
            <w:r>
              <w:rPr>
                <w:sz w:val="16"/>
              </w:rPr>
              <w:t>Likely</w:t>
            </w:r>
          </w:p>
        </w:tc>
        <w:tc>
          <w:tcPr>
            <w:tcW w:type="dxa" w:w="1694"/>
          </w:tcPr>
          <w:p>
            <w:pPr>
              <w:spacing w:after="0"/>
              <w:jc w:val="left"/>
            </w:pPr>
            <w:r>
              <w:rPr>
                <w:sz w:val="16"/>
              </w:rPr>
              <w:t>event-days in 25 of 30 years, 1996 to 2025 (83.3%)</w:t>
            </w:r>
          </w:p>
        </w:tc>
        <w:tc>
          <w:tcPr>
            <w:tcW w:type="dxa" w:w="1515"/>
          </w:tcPr>
          <w:p>
            <w:pPr>
              <w:spacing w:after="0"/>
              <w:jc w:val="right"/>
            </w:pPr>
            <w:r>
              <w:rPr>
                <w:sz w:val="16"/>
              </w:rPr>
              <w:t>190</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208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192</w:t>
            </w:r>
          </w:p>
        </w:tc>
        <w:tc>
          <w:tcPr>
            <w:tcW w:type="dxa" w:w="1476"/>
          </w:tcPr>
          <w:p>
            <w:pPr>
              <w:spacing w:after="0"/>
              <w:jc w:val="right"/>
            </w:pPr>
            <w:r>
              <w:rPr>
                <w:sz w:val="16"/>
              </w:rPr>
              <w:t>30</w:t>
            </w:r>
          </w:p>
        </w:tc>
        <w:tc>
          <w:tcPr>
            <w:tcW w:type="dxa" w:w="1476"/>
          </w:tcPr>
          <w:p>
            <w:pPr>
              <w:spacing w:after="0"/>
              <w:jc w:val="right"/>
            </w:pPr>
            <w:r>
              <w:rPr>
                <w:sz w:val="16"/>
              </w:rPr>
              <w:t>6.4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5 of 28</w:t>
            </w:r>
          </w:p>
        </w:tc>
        <w:tc>
          <w:tcPr>
            <w:tcW w:type="dxa" w:w="876"/>
          </w:tcPr>
          <w:p>
            <w:pPr>
              <w:spacing w:after="0"/>
              <w:jc w:val="right"/>
            </w:pPr>
            <w:r>
              <w:rPr>
                <w:sz w:val="16"/>
              </w:rPr>
              <w:t>30.2</w:t>
            </w:r>
          </w:p>
        </w:tc>
        <w:tc>
          <w:tcPr>
            <w:tcW w:type="dxa" w:w="680"/>
          </w:tcPr>
          <w:p>
            <w:pPr>
              <w:spacing w:after="0"/>
              <w:jc w:val="right"/>
            </w:pPr>
            <w:r>
              <w:rPr>
                <w:sz w:val="16"/>
              </w:rPr>
              <w:t>32.6</w:t>
            </w:r>
          </w:p>
        </w:tc>
        <w:tc>
          <w:tcPr>
            <w:tcW w:type="dxa" w:w="648"/>
          </w:tcPr>
          <w:p>
            <w:pPr>
              <w:spacing w:after="0"/>
              <w:jc w:val="right"/>
            </w:pPr>
            <w:r>
              <w:rPr>
                <w:sz w:val="16"/>
              </w:rPr>
              <w:t>36.9</w:t>
            </w:r>
          </w:p>
        </w:tc>
        <w:tc>
          <w:tcPr>
            <w:tcW w:type="dxa" w:w="3520"/>
          </w:tcPr>
          <w:p>
            <w:pPr>
              <w:spacing w:after="0"/>
              <w:jc w:val="left"/>
            </w:pPr>
            <w:r>
              <w:rPr>
                <w:sz w:val="16"/>
              </w:rPr>
              <w:t>Very Low 5, Not Applicable 23</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28</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28</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28 of 28</w:t>
            </w:r>
          </w:p>
        </w:tc>
        <w:tc>
          <w:tcPr>
            <w:tcW w:type="dxa" w:w="876"/>
          </w:tcPr>
          <w:p>
            <w:pPr>
              <w:spacing w:after="0"/>
              <w:jc w:val="right"/>
            </w:pPr>
            <w:r>
              <w:rPr>
                <w:sz w:val="16"/>
              </w:rPr>
              <w:t>20.3</w:t>
            </w:r>
          </w:p>
        </w:tc>
        <w:tc>
          <w:tcPr>
            <w:tcW w:type="dxa" w:w="680"/>
          </w:tcPr>
          <w:p>
            <w:pPr>
              <w:spacing w:after="0"/>
              <w:jc w:val="right"/>
            </w:pPr>
            <w:r>
              <w:rPr>
                <w:sz w:val="16"/>
              </w:rPr>
              <w:t>25.4</w:t>
            </w:r>
          </w:p>
        </w:tc>
        <w:tc>
          <w:tcPr>
            <w:tcW w:type="dxa" w:w="648"/>
          </w:tcPr>
          <w:p>
            <w:pPr>
              <w:spacing w:after="0"/>
              <w:jc w:val="right"/>
            </w:pPr>
            <w:r>
              <w:rPr>
                <w:sz w:val="16"/>
              </w:rPr>
              <w:t>30.0</w:t>
            </w:r>
          </w:p>
        </w:tc>
        <w:tc>
          <w:tcPr>
            <w:tcW w:type="dxa" w:w="3520"/>
          </w:tcPr>
          <w:p>
            <w:pPr>
              <w:spacing w:after="0"/>
              <w:jc w:val="left"/>
            </w:pPr>
            <w:r>
              <w:rPr>
                <w:sz w:val="16"/>
              </w:rPr>
              <w:t>Relatively Low 28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17 of 28</w:t>
            </w:r>
          </w:p>
        </w:tc>
        <w:tc>
          <w:tcPr>
            <w:tcW w:type="dxa" w:w="876"/>
          </w:tcPr>
          <w:p>
            <w:pPr>
              <w:spacing w:after="0"/>
              <w:jc w:val="right"/>
            </w:pPr>
            <w:r>
              <w:rPr>
                <w:sz w:val="16"/>
              </w:rPr>
              <w:t>67.4</w:t>
            </w:r>
          </w:p>
        </w:tc>
        <w:tc>
          <w:tcPr>
            <w:tcW w:type="dxa" w:w="680"/>
          </w:tcPr>
          <w:p>
            <w:pPr>
              <w:spacing w:after="0"/>
              <w:jc w:val="right"/>
            </w:pPr>
            <w:r>
              <w:rPr>
                <w:sz w:val="16"/>
              </w:rPr>
              <w:t>70.3</w:t>
            </w:r>
          </w:p>
        </w:tc>
        <w:tc>
          <w:tcPr>
            <w:tcW w:type="dxa" w:w="648"/>
          </w:tcPr>
          <w:p>
            <w:pPr>
              <w:spacing w:after="0"/>
              <w:jc w:val="right"/>
            </w:pPr>
            <w:r>
              <w:rPr>
                <w:sz w:val="16"/>
              </w:rPr>
              <w:t>82.3</w:t>
            </w:r>
          </w:p>
        </w:tc>
        <w:tc>
          <w:tcPr>
            <w:tcW w:type="dxa" w:w="3520"/>
          </w:tcPr>
          <w:p>
            <w:pPr>
              <w:spacing w:after="0"/>
              <w:jc w:val="left"/>
            </w:pPr>
            <w:r>
              <w:rPr>
                <w:sz w:val="16"/>
              </w:rPr>
              <w:t>Relatively Low 2, Very Low 15, No Rating 11</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28 of 28</w:t>
            </w:r>
          </w:p>
        </w:tc>
        <w:tc>
          <w:tcPr>
            <w:tcW w:type="dxa" w:w="876"/>
          </w:tcPr>
          <w:p>
            <w:pPr>
              <w:spacing w:after="0"/>
              <w:jc w:val="right"/>
            </w:pPr>
            <w:r>
              <w:rPr>
                <w:sz w:val="16"/>
              </w:rPr>
              <w:t>9.1</w:t>
            </w:r>
          </w:p>
        </w:tc>
        <w:tc>
          <w:tcPr>
            <w:tcW w:type="dxa" w:w="680"/>
          </w:tcPr>
          <w:p>
            <w:pPr>
              <w:spacing w:after="0"/>
              <w:jc w:val="right"/>
            </w:pPr>
            <w:r>
              <w:rPr>
                <w:sz w:val="16"/>
              </w:rPr>
              <w:t>20.4</w:t>
            </w:r>
          </w:p>
        </w:tc>
        <w:tc>
          <w:tcPr>
            <w:tcW w:type="dxa" w:w="648"/>
          </w:tcPr>
          <w:p>
            <w:pPr>
              <w:spacing w:after="0"/>
              <w:jc w:val="right"/>
            </w:pPr>
            <w:r>
              <w:rPr>
                <w:sz w:val="16"/>
              </w:rPr>
              <w:t>62.7</w:t>
            </w:r>
          </w:p>
        </w:tc>
        <w:tc>
          <w:tcPr>
            <w:tcW w:type="dxa" w:w="3520"/>
          </w:tcPr>
          <w:p>
            <w:pPr>
              <w:spacing w:after="0"/>
              <w:jc w:val="left"/>
            </w:pPr>
            <w:r>
              <w:rPr>
                <w:sz w:val="16"/>
              </w:rPr>
              <w:t>Relatively Low 1, Very Low 27</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28 of 28</w:t>
            </w:r>
          </w:p>
        </w:tc>
        <w:tc>
          <w:tcPr>
            <w:tcW w:type="dxa" w:w="876"/>
          </w:tcPr>
          <w:p>
            <w:pPr>
              <w:spacing w:after="0"/>
              <w:jc w:val="right"/>
            </w:pPr>
            <w:r>
              <w:rPr>
                <w:sz w:val="16"/>
              </w:rPr>
              <w:t>42.4</w:t>
            </w:r>
          </w:p>
        </w:tc>
        <w:tc>
          <w:tcPr>
            <w:tcW w:type="dxa" w:w="680"/>
          </w:tcPr>
          <w:p>
            <w:pPr>
              <w:spacing w:after="0"/>
              <w:jc w:val="right"/>
            </w:pPr>
            <w:r>
              <w:rPr>
                <w:sz w:val="16"/>
              </w:rPr>
              <w:t>64.4</w:t>
            </w:r>
          </w:p>
        </w:tc>
        <w:tc>
          <w:tcPr>
            <w:tcW w:type="dxa" w:w="648"/>
          </w:tcPr>
          <w:p>
            <w:pPr>
              <w:spacing w:after="0"/>
              <w:jc w:val="right"/>
            </w:pPr>
            <w:r>
              <w:rPr>
                <w:sz w:val="16"/>
              </w:rPr>
              <w:t>83.6</w:t>
            </w:r>
          </w:p>
        </w:tc>
        <w:tc>
          <w:tcPr>
            <w:tcW w:type="dxa" w:w="3520"/>
          </w:tcPr>
          <w:p>
            <w:pPr>
              <w:spacing w:after="0"/>
              <w:jc w:val="left"/>
            </w:pPr>
            <w:r>
              <w:rPr>
                <w:sz w:val="16"/>
              </w:rPr>
              <w:t>Relatively Moderate 9, Relatively Low 19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28 of 28</w:t>
            </w:r>
          </w:p>
        </w:tc>
        <w:tc>
          <w:tcPr>
            <w:tcW w:type="dxa" w:w="876"/>
          </w:tcPr>
          <w:p>
            <w:pPr>
              <w:spacing w:after="0"/>
              <w:jc w:val="right"/>
            </w:pPr>
            <w:r>
              <w:rPr>
                <w:sz w:val="16"/>
              </w:rPr>
              <w:t>5.0</w:t>
            </w:r>
          </w:p>
        </w:tc>
        <w:tc>
          <w:tcPr>
            <w:tcW w:type="dxa" w:w="680"/>
          </w:tcPr>
          <w:p>
            <w:pPr>
              <w:spacing w:after="0"/>
              <w:jc w:val="right"/>
            </w:pPr>
            <w:r>
              <w:rPr>
                <w:sz w:val="16"/>
              </w:rPr>
              <w:t>13.3</w:t>
            </w:r>
          </w:p>
        </w:tc>
        <w:tc>
          <w:tcPr>
            <w:tcW w:type="dxa" w:w="648"/>
          </w:tcPr>
          <w:p>
            <w:pPr>
              <w:spacing w:after="0"/>
              <w:jc w:val="right"/>
            </w:pPr>
            <w:r>
              <w:rPr>
                <w:sz w:val="16"/>
              </w:rPr>
              <w:t>23.3</w:t>
            </w:r>
          </w:p>
        </w:tc>
        <w:tc>
          <w:tcPr>
            <w:tcW w:type="dxa" w:w="3520"/>
          </w:tcPr>
          <w:p>
            <w:pPr>
              <w:spacing w:after="0"/>
              <w:jc w:val="left"/>
            </w:pPr>
            <w:r>
              <w:rPr>
                <w:sz w:val="16"/>
              </w:rPr>
              <w:t>Relatively Low 5, Very Low 23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28 of 28</w:t>
            </w:r>
          </w:p>
        </w:tc>
        <w:tc>
          <w:tcPr>
            <w:tcW w:type="dxa" w:w="876"/>
          </w:tcPr>
          <w:p>
            <w:pPr>
              <w:spacing w:after="0"/>
              <w:jc w:val="right"/>
            </w:pPr>
            <w:r>
              <w:rPr>
                <w:sz w:val="16"/>
              </w:rPr>
              <w:t>41.6</w:t>
            </w:r>
          </w:p>
        </w:tc>
        <w:tc>
          <w:tcPr>
            <w:tcW w:type="dxa" w:w="680"/>
          </w:tcPr>
          <w:p>
            <w:pPr>
              <w:spacing w:after="0"/>
              <w:jc w:val="right"/>
            </w:pPr>
            <w:r>
              <w:rPr>
                <w:sz w:val="16"/>
              </w:rPr>
              <w:t>52.8</w:t>
            </w:r>
          </w:p>
        </w:tc>
        <w:tc>
          <w:tcPr>
            <w:tcW w:type="dxa" w:w="648"/>
          </w:tcPr>
          <w:p>
            <w:pPr>
              <w:spacing w:after="0"/>
              <w:jc w:val="right"/>
            </w:pPr>
            <w:r>
              <w:rPr>
                <w:sz w:val="16"/>
              </w:rPr>
              <w:t>63.6</w:t>
            </w:r>
          </w:p>
        </w:tc>
        <w:tc>
          <w:tcPr>
            <w:tcW w:type="dxa" w:w="3520"/>
          </w:tcPr>
          <w:p>
            <w:pPr>
              <w:spacing w:after="0"/>
              <w:jc w:val="left"/>
            </w:pPr>
            <w:r>
              <w:rPr>
                <w:sz w:val="16"/>
              </w:rPr>
              <w:t>Relatively Low 19, Very Low 9</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28 of 28</w:t>
            </w:r>
          </w:p>
        </w:tc>
        <w:tc>
          <w:tcPr>
            <w:tcW w:type="dxa" w:w="876"/>
          </w:tcPr>
          <w:p>
            <w:pPr>
              <w:spacing w:after="0"/>
              <w:jc w:val="right"/>
            </w:pPr>
            <w:r>
              <w:rPr>
                <w:sz w:val="16"/>
              </w:rPr>
              <w:t>10.8</w:t>
            </w:r>
          </w:p>
        </w:tc>
        <w:tc>
          <w:tcPr>
            <w:tcW w:type="dxa" w:w="680"/>
          </w:tcPr>
          <w:p>
            <w:pPr>
              <w:spacing w:after="0"/>
              <w:jc w:val="right"/>
            </w:pPr>
            <w:r>
              <w:rPr>
                <w:sz w:val="16"/>
              </w:rPr>
              <w:t>35.2</w:t>
            </w:r>
          </w:p>
        </w:tc>
        <w:tc>
          <w:tcPr>
            <w:tcW w:type="dxa" w:w="648"/>
          </w:tcPr>
          <w:p>
            <w:pPr>
              <w:spacing w:after="0"/>
              <w:jc w:val="right"/>
            </w:pPr>
            <w:r>
              <w:rPr>
                <w:sz w:val="16"/>
              </w:rPr>
              <w:t>68.0</w:t>
            </w:r>
          </w:p>
        </w:tc>
        <w:tc>
          <w:tcPr>
            <w:tcW w:type="dxa" w:w="3520"/>
          </w:tcPr>
          <w:p>
            <w:pPr>
              <w:spacing w:after="0"/>
              <w:jc w:val="left"/>
            </w:pPr>
            <w:r>
              <w:rPr>
                <w:sz w:val="16"/>
              </w:rPr>
              <w:t>Relatively Low 15, Very Low 13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28 of 28</w:t>
            </w:r>
          </w:p>
        </w:tc>
        <w:tc>
          <w:tcPr>
            <w:tcW w:type="dxa" w:w="876"/>
          </w:tcPr>
          <w:p>
            <w:pPr>
              <w:spacing w:after="0"/>
              <w:jc w:val="right"/>
            </w:pPr>
            <w:r>
              <w:rPr>
                <w:sz w:val="16"/>
              </w:rPr>
              <w:t>14.3</w:t>
            </w:r>
          </w:p>
        </w:tc>
        <w:tc>
          <w:tcPr>
            <w:tcW w:type="dxa" w:w="680"/>
          </w:tcPr>
          <w:p>
            <w:pPr>
              <w:spacing w:after="0"/>
              <w:jc w:val="right"/>
            </w:pPr>
            <w:r>
              <w:rPr>
                <w:sz w:val="16"/>
              </w:rPr>
              <w:t>70.7</w:t>
            </w:r>
          </w:p>
        </w:tc>
        <w:tc>
          <w:tcPr>
            <w:tcW w:type="dxa" w:w="648"/>
          </w:tcPr>
          <w:p>
            <w:pPr>
              <w:spacing w:after="0"/>
              <w:jc w:val="right"/>
            </w:pPr>
            <w:r>
              <w:rPr>
                <w:sz w:val="16"/>
              </w:rPr>
              <w:t>99.0</w:t>
            </w:r>
          </w:p>
        </w:tc>
        <w:tc>
          <w:tcPr>
            <w:tcW w:type="dxa" w:w="3520"/>
          </w:tcPr>
          <w:p>
            <w:pPr>
              <w:spacing w:after="0"/>
              <w:jc w:val="left"/>
            </w:pPr>
            <w:r>
              <w:rPr>
                <w:sz w:val="16"/>
              </w:rPr>
              <w:t>Very High 3, Relatively High 3, Relatively Moderate 17, Relatively Low 4, Very Low 1</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28 of 28</w:t>
            </w:r>
          </w:p>
        </w:tc>
        <w:tc>
          <w:tcPr>
            <w:tcW w:type="dxa" w:w="876"/>
          </w:tcPr>
          <w:p>
            <w:pPr>
              <w:spacing w:after="0"/>
              <w:jc w:val="right"/>
            </w:pPr>
            <w:r>
              <w:rPr>
                <w:sz w:val="16"/>
              </w:rPr>
              <w:t>48.6</w:t>
            </w:r>
          </w:p>
        </w:tc>
        <w:tc>
          <w:tcPr>
            <w:tcW w:type="dxa" w:w="680"/>
          </w:tcPr>
          <w:p>
            <w:pPr>
              <w:spacing w:after="0"/>
              <w:jc w:val="right"/>
            </w:pPr>
            <w:r>
              <w:rPr>
                <w:sz w:val="16"/>
              </w:rPr>
              <w:t>81.0</w:t>
            </w:r>
          </w:p>
        </w:tc>
        <w:tc>
          <w:tcPr>
            <w:tcW w:type="dxa" w:w="648"/>
          </w:tcPr>
          <w:p>
            <w:pPr>
              <w:spacing w:after="0"/>
              <w:jc w:val="right"/>
            </w:pPr>
            <w:r>
              <w:rPr>
                <w:sz w:val="16"/>
              </w:rPr>
              <w:t>98.8</w:t>
            </w:r>
          </w:p>
        </w:tc>
        <w:tc>
          <w:tcPr>
            <w:tcW w:type="dxa" w:w="3520"/>
          </w:tcPr>
          <w:p>
            <w:pPr>
              <w:spacing w:after="0"/>
              <w:jc w:val="left"/>
            </w:pPr>
            <w:r>
              <w:rPr>
                <w:sz w:val="16"/>
              </w:rPr>
              <w:t>Relatively Moderate 4, Relatively Low 9, Very Low 15</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28 of 28</w:t>
            </w:r>
          </w:p>
        </w:tc>
        <w:tc>
          <w:tcPr>
            <w:tcW w:type="dxa" w:w="876"/>
          </w:tcPr>
          <w:p>
            <w:pPr>
              <w:spacing w:after="0"/>
              <w:jc w:val="right"/>
            </w:pPr>
            <w:r>
              <w:rPr>
                <w:sz w:val="16"/>
              </w:rPr>
              <w:t>46.4</w:t>
            </w:r>
          </w:p>
        </w:tc>
        <w:tc>
          <w:tcPr>
            <w:tcW w:type="dxa" w:w="680"/>
          </w:tcPr>
          <w:p>
            <w:pPr>
              <w:spacing w:after="0"/>
              <w:jc w:val="right"/>
            </w:pPr>
            <w:r>
              <w:rPr>
                <w:sz w:val="16"/>
              </w:rPr>
              <w:t>76.7</w:t>
            </w:r>
          </w:p>
        </w:tc>
        <w:tc>
          <w:tcPr>
            <w:tcW w:type="dxa" w:w="648"/>
          </w:tcPr>
          <w:p>
            <w:pPr>
              <w:spacing w:after="0"/>
              <w:jc w:val="right"/>
            </w:pPr>
            <w:r>
              <w:rPr>
                <w:sz w:val="16"/>
              </w:rPr>
              <w:t>88.3</w:t>
            </w:r>
          </w:p>
        </w:tc>
        <w:tc>
          <w:tcPr>
            <w:tcW w:type="dxa" w:w="3520"/>
          </w:tcPr>
          <w:p>
            <w:pPr>
              <w:spacing w:after="0"/>
              <w:jc w:val="left"/>
            </w:pPr>
            <w:r>
              <w:rPr>
                <w:sz w:val="16"/>
              </w:rPr>
              <w:t>Relatively High 9, Relatively Moderate 18,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28 of 28</w:t>
            </w:r>
          </w:p>
        </w:tc>
        <w:tc>
          <w:tcPr>
            <w:tcW w:type="dxa" w:w="876"/>
          </w:tcPr>
          <w:p>
            <w:pPr>
              <w:spacing w:after="0"/>
              <w:jc w:val="right"/>
            </w:pPr>
            <w:r>
              <w:rPr>
                <w:sz w:val="16"/>
              </w:rPr>
              <w:t>42.2</w:t>
            </w:r>
          </w:p>
        </w:tc>
        <w:tc>
          <w:tcPr>
            <w:tcW w:type="dxa" w:w="680"/>
          </w:tcPr>
          <w:p>
            <w:pPr>
              <w:spacing w:after="0"/>
              <w:jc w:val="right"/>
            </w:pPr>
            <w:r>
              <w:rPr>
                <w:sz w:val="16"/>
              </w:rPr>
              <w:t>65.9</w:t>
            </w:r>
          </w:p>
        </w:tc>
        <w:tc>
          <w:tcPr>
            <w:tcW w:type="dxa" w:w="648"/>
          </w:tcPr>
          <w:p>
            <w:pPr>
              <w:spacing w:after="0"/>
              <w:jc w:val="right"/>
            </w:pPr>
            <w:r>
              <w:rPr>
                <w:sz w:val="16"/>
              </w:rPr>
              <w:t>80.0</w:t>
            </w:r>
          </w:p>
        </w:tc>
        <w:tc>
          <w:tcPr>
            <w:tcW w:type="dxa" w:w="3520"/>
          </w:tcPr>
          <w:p>
            <w:pPr>
              <w:spacing w:after="0"/>
              <w:jc w:val="left"/>
            </w:pPr>
            <w:r>
              <w:rPr>
                <w:sz w:val="16"/>
              </w:rPr>
              <w:t>Relatively Moderate 20, Relatively Low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28 of 28</w:t>
            </w:r>
          </w:p>
        </w:tc>
        <w:tc>
          <w:tcPr>
            <w:tcW w:type="dxa" w:w="876"/>
          </w:tcPr>
          <w:p>
            <w:pPr>
              <w:spacing w:after="0"/>
              <w:jc w:val="right"/>
            </w:pPr>
            <w:r>
              <w:rPr>
                <w:sz w:val="16"/>
              </w:rPr>
              <w:t>28.5</w:t>
            </w:r>
          </w:p>
        </w:tc>
        <w:tc>
          <w:tcPr>
            <w:tcW w:type="dxa" w:w="680"/>
          </w:tcPr>
          <w:p>
            <w:pPr>
              <w:spacing w:after="0"/>
              <w:jc w:val="right"/>
            </w:pPr>
            <w:r>
              <w:rPr>
                <w:sz w:val="16"/>
              </w:rPr>
              <w:t>43.2</w:t>
            </w:r>
          </w:p>
        </w:tc>
        <w:tc>
          <w:tcPr>
            <w:tcW w:type="dxa" w:w="648"/>
          </w:tcPr>
          <w:p>
            <w:pPr>
              <w:spacing w:after="0"/>
              <w:jc w:val="right"/>
            </w:pPr>
            <w:r>
              <w:rPr>
                <w:sz w:val="16"/>
              </w:rPr>
              <w:t>57.2</w:t>
            </w:r>
          </w:p>
        </w:tc>
        <w:tc>
          <w:tcPr>
            <w:tcW w:type="dxa" w:w="3520"/>
          </w:tcPr>
          <w:p>
            <w:pPr>
              <w:spacing w:after="0"/>
              <w:jc w:val="left"/>
            </w:pPr>
            <w:r>
              <w:rPr>
                <w:sz w:val="16"/>
              </w:rPr>
              <w:t>Relatively Moderate 1, Relatively Low 26, Very Low 1</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28</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28</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28</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28</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28 of 28</w:t>
            </w:r>
          </w:p>
        </w:tc>
        <w:tc>
          <w:tcPr>
            <w:tcW w:type="dxa" w:w="876"/>
          </w:tcPr>
          <w:p>
            <w:pPr>
              <w:spacing w:after="0"/>
              <w:jc w:val="right"/>
            </w:pPr>
            <w:r>
              <w:rPr>
                <w:sz w:val="16"/>
              </w:rPr>
              <w:t>21.3</w:t>
            </w:r>
          </w:p>
        </w:tc>
        <w:tc>
          <w:tcPr>
            <w:tcW w:type="dxa" w:w="680"/>
          </w:tcPr>
          <w:p>
            <w:pPr>
              <w:spacing w:after="0"/>
              <w:jc w:val="right"/>
            </w:pPr>
            <w:r>
              <w:rPr>
                <w:sz w:val="16"/>
              </w:rPr>
              <w:t>49.0</w:t>
            </w:r>
          </w:p>
        </w:tc>
        <w:tc>
          <w:tcPr>
            <w:tcW w:type="dxa" w:w="648"/>
          </w:tcPr>
          <w:p>
            <w:pPr>
              <w:spacing w:after="0"/>
              <w:jc w:val="right"/>
            </w:pPr>
            <w:r>
              <w:rPr>
                <w:sz w:val="16"/>
              </w:rPr>
              <w:t>76.8</w:t>
            </w:r>
          </w:p>
        </w:tc>
        <w:tc>
          <w:tcPr>
            <w:tcW w:type="dxa" w:w="3520"/>
          </w:tcPr>
          <w:p>
            <w:pPr>
              <w:spacing w:after="0"/>
              <w:jc w:val="left"/>
            </w:pPr>
            <w:r>
              <w:rPr>
                <w:sz w:val="16"/>
              </w:rPr>
              <w:t>Relatively Low 4, Very Low 24</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28 of 28</w:t>
            </w:r>
          </w:p>
        </w:tc>
        <w:tc>
          <w:tcPr>
            <w:tcW w:type="dxa" w:w="876"/>
          </w:tcPr>
          <w:p>
            <w:pPr>
              <w:spacing w:after="0"/>
              <w:jc w:val="right"/>
            </w:pPr>
            <w:r>
              <w:rPr>
                <w:sz w:val="16"/>
              </w:rPr>
              <w:t>25.9</w:t>
            </w:r>
          </w:p>
        </w:tc>
        <w:tc>
          <w:tcPr>
            <w:tcW w:type="dxa" w:w="680"/>
          </w:tcPr>
          <w:p>
            <w:pPr>
              <w:spacing w:after="0"/>
              <w:jc w:val="right"/>
            </w:pPr>
            <w:r>
              <w:rPr>
                <w:sz w:val="16"/>
              </w:rPr>
              <w:t>45.9</w:t>
            </w:r>
          </w:p>
        </w:tc>
        <w:tc>
          <w:tcPr>
            <w:tcW w:type="dxa" w:w="648"/>
          </w:tcPr>
          <w:p>
            <w:pPr>
              <w:spacing w:after="0"/>
              <w:jc w:val="right"/>
            </w:pPr>
            <w:r>
              <w:rPr>
                <w:sz w:val="16"/>
              </w:rPr>
              <w:t>65.6</w:t>
            </w:r>
          </w:p>
        </w:tc>
        <w:tc>
          <w:tcPr>
            <w:tcW w:type="dxa" w:w="3520"/>
          </w:tcPr>
          <w:p>
            <w:pPr>
              <w:spacing w:after="0"/>
              <w:jc w:val="left"/>
            </w:pPr>
            <w:r>
              <w:rPr>
                <w:sz w:val="16"/>
              </w:rPr>
              <w:t>Relatively Moderate 9, Relatively Low 19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29"/>
        <w:gridCol w:w="884"/>
        <w:gridCol w:w="3438"/>
        <w:gridCol w:w="2742"/>
        <w:gridCol w:w="1929"/>
        <w:gridCol w:w="2347"/>
        <w:gridCol w:w="843"/>
      </w:tblGrid>
      <w:tr>
        <w:trPr>
          <w:cantSplit/>
          <w:tblHeader/>
        </w:trPr>
        <w:tc>
          <w:tcPr>
            <w:tcW w:type="dxa" w:w="1929"/>
            <w:shd w:val="clear" w:color="auto" w:fill="E8E8E8"/>
          </w:tcPr>
          <w:p>
            <w:pPr>
              <w:spacing w:after="0"/>
              <w:jc w:val="left"/>
            </w:pPr>
            <w:r>
              <w:rPr>
                <w:b/>
                <w:sz w:val="16"/>
              </w:rPr>
              <w:t>Member</w:t>
            </w:r>
          </w:p>
        </w:tc>
        <w:tc>
          <w:tcPr>
            <w:tcW w:type="dxa" w:w="884"/>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Plan status</w:t>
            </w:r>
          </w:p>
        </w:tc>
        <w:tc>
          <w:tcPr>
            <w:tcW w:type="dxa" w:w="27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3"/>
            <w:shd w:val="clear" w:color="auto" w:fill="E8E8E8"/>
          </w:tcPr>
          <w:p>
            <w:pPr>
              <w:spacing w:after="0"/>
              <w:jc w:val="left"/>
            </w:pPr>
            <w:r>
              <w:rPr>
                <w:b/>
                <w:sz w:val="16"/>
              </w:rPr>
              <w:t>Notes</w:t>
            </w:r>
          </w:p>
        </w:tc>
      </w:tr>
      <w:tr>
        <w:trPr>
          <w:cantSplit/>
        </w:trPr>
        <w:tc>
          <w:tcPr>
            <w:tcW w:type="dxa" w:w="1929"/>
          </w:tcPr>
          <w:p>
            <w:pPr>
              <w:spacing w:after="0"/>
              <w:jc w:val="left"/>
            </w:pPr>
            <w:r>
              <w:rPr>
                <w:sz w:val="16"/>
              </w:rPr>
              <w:t>Monongalia County</w:t>
            </w:r>
          </w:p>
        </w:tc>
        <w:tc>
          <w:tcPr>
            <w:tcW w:type="dxa" w:w="884"/>
          </w:tcPr>
          <w:p>
            <w:pPr>
              <w:spacing w:after="0"/>
              <w:jc w:val="left"/>
            </w:pPr>
            <w:r>
              <w:rPr>
                <w:sz w:val="16"/>
              </w:rPr>
              <w:t>County</w:t>
            </w:r>
          </w:p>
        </w:tc>
        <w:tc>
          <w:tcPr>
            <w:tcW w:type="dxa" w:w="3438"/>
          </w:tcPr>
          <w:p>
            <w:pPr>
              <w:spacing w:after="0"/>
              <w:jc w:val="left"/>
            </w:pPr>
            <w:r>
              <w:rPr>
                <w:sz w:val="16"/>
              </w:rPr>
              <w:t>Approved, expires 2029-08-12</w:t>
            </w:r>
          </w:p>
        </w:tc>
        <w:tc>
          <w:tcPr>
            <w:tcW w:type="dxa" w:w="2742"/>
          </w:tcPr>
          <w:p>
            <w:pPr>
              <w:spacing w:after="0"/>
              <w:jc w:val="right"/>
            </w:pPr>
            <w:r>
              <w:rPr>
                <w:sz w:val="16"/>
              </w:rPr>
              <w:t>FMA RL 0, SRL 1; any 11</w:t>
            </w:r>
          </w:p>
        </w:tc>
        <w:tc>
          <w:tcPr>
            <w:tcW w:type="dxa" w:w="1929"/>
          </w:tcPr>
          <w:p>
            <w:pPr>
              <w:spacing w:after="0"/>
              <w:jc w:val="right"/>
            </w:pPr>
            <w:r>
              <w:rPr>
                <w:sz w:val="16"/>
              </w:rPr>
              <w:t>none found</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929"/>
          </w:tcPr>
          <w:p>
            <w:pPr>
              <w:spacing w:after="0"/>
              <w:jc w:val="left"/>
            </w:pPr>
            <w:r>
              <w:rPr>
                <w:sz w:val="16"/>
              </w:rPr>
              <w:t>Blacksville town</w:t>
            </w:r>
          </w:p>
        </w:tc>
        <w:tc>
          <w:tcPr>
            <w:tcW w:type="dxa" w:w="884"/>
          </w:tcPr>
          <w:p>
            <w:pPr>
              <w:spacing w:after="0"/>
              <w:jc w:val="left"/>
            </w:pPr>
            <w:r>
              <w:rPr>
                <w:sz w:val="16"/>
              </w:rPr>
              <w:t>Town</w:t>
            </w:r>
          </w:p>
        </w:tc>
        <w:tc>
          <w:tcPr>
            <w:tcW w:type="dxa" w:w="3438"/>
          </w:tcPr>
          <w:p>
            <w:pPr>
              <w:spacing w:after="0"/>
              <w:jc w:val="left"/>
            </w:pPr>
            <w:r>
              <w:rPr>
                <w:sz w:val="16"/>
              </w:rPr>
              <w:t>Approved, expires 2029-08-12</w:t>
            </w:r>
          </w:p>
        </w:tc>
        <w:tc>
          <w:tcPr>
            <w:tcW w:type="dxa" w:w="2742"/>
          </w:tcPr>
          <w:p>
            <w:pPr>
              <w:spacing w:after="0"/>
              <w:jc w:val="right"/>
            </w:pPr>
            <w:r>
              <w:rPr>
                <w:sz w:val="16"/>
              </w:rPr>
              <w:t>FMA RL 0, SRL 1; any 1</w:t>
            </w:r>
          </w:p>
        </w:tc>
        <w:tc>
          <w:tcPr>
            <w:tcW w:type="dxa" w:w="1929"/>
          </w:tcPr>
          <w:p>
            <w:pPr>
              <w:spacing w:after="0"/>
              <w:jc w:val="right"/>
            </w:pPr>
            <w:r>
              <w:rPr>
                <w:sz w:val="16"/>
              </w:rPr>
              <w:t>none found</w:t>
            </w:r>
          </w:p>
        </w:tc>
        <w:tc>
          <w:tcPr>
            <w:tcW w:type="dxa" w:w="2347"/>
          </w:tcPr>
          <w:p>
            <w:pPr>
              <w:spacing w:after="0"/>
              <w:jc w:val="right"/>
            </w:pPr>
            <w:r>
              <w:rPr>
                <w:sz w:val="16"/>
              </w:rPr>
              <w:t>13; 0</w:t>
            </w:r>
          </w:p>
        </w:tc>
        <w:tc>
          <w:tcPr>
            <w:tcW w:type="dxa" w:w="843"/>
          </w:tcPr>
          <w:p>
            <w:pPr>
              <w:spacing w:after="0"/>
              <w:jc w:val="left"/>
            </w:pPr>
          </w:p>
        </w:tc>
      </w:tr>
      <w:tr>
        <w:trPr>
          <w:cantSplit/>
        </w:trPr>
        <w:tc>
          <w:tcPr>
            <w:tcW w:type="dxa" w:w="1929"/>
          </w:tcPr>
          <w:p>
            <w:pPr>
              <w:spacing w:after="0"/>
              <w:jc w:val="left"/>
            </w:pPr>
            <w:r>
              <w:rPr>
                <w:sz w:val="16"/>
              </w:rPr>
              <w:t>Granville town</w:t>
            </w:r>
          </w:p>
        </w:tc>
        <w:tc>
          <w:tcPr>
            <w:tcW w:type="dxa" w:w="884"/>
          </w:tcPr>
          <w:p>
            <w:pPr>
              <w:spacing w:after="0"/>
              <w:jc w:val="left"/>
            </w:pPr>
            <w:r>
              <w:rPr>
                <w:sz w:val="16"/>
              </w:rPr>
              <w:t>Town</w:t>
            </w:r>
          </w:p>
        </w:tc>
        <w:tc>
          <w:tcPr>
            <w:tcW w:type="dxa" w:w="3438"/>
          </w:tcPr>
          <w:p>
            <w:pPr>
              <w:spacing w:after="0"/>
              <w:jc w:val="left"/>
            </w:pPr>
            <w:r>
              <w:rPr>
                <w:sz w:val="16"/>
              </w:rPr>
              <w:t>Approved, expires 2029-08-12</w:t>
            </w:r>
          </w:p>
        </w:tc>
        <w:tc>
          <w:tcPr>
            <w:tcW w:type="dxa" w:w="2742"/>
          </w:tcPr>
          <w:p>
            <w:pPr>
              <w:spacing w:after="0"/>
              <w:jc w:val="right"/>
            </w:pPr>
            <w:r>
              <w:rPr>
                <w:sz w:val="16"/>
              </w:rPr>
              <w:t>FMA RL 0, SRL 0; any 1</w:t>
            </w:r>
          </w:p>
        </w:tc>
        <w:tc>
          <w:tcPr>
            <w:tcW w:type="dxa" w:w="1929"/>
          </w:tcPr>
          <w:p>
            <w:pPr>
              <w:spacing w:after="0"/>
              <w:jc w:val="right"/>
            </w:pPr>
            <w:r>
              <w:rPr>
                <w:sz w:val="16"/>
              </w:rPr>
              <w:t>none found</w:t>
            </w:r>
          </w:p>
        </w:tc>
        <w:tc>
          <w:tcPr>
            <w:tcW w:type="dxa" w:w="2347"/>
          </w:tcPr>
          <w:p>
            <w:pPr>
              <w:spacing w:after="0"/>
              <w:jc w:val="right"/>
            </w:pPr>
            <w:r>
              <w:rPr>
                <w:sz w:val="16"/>
              </w:rPr>
              <w:t>16; 8</w:t>
            </w:r>
          </w:p>
        </w:tc>
        <w:tc>
          <w:tcPr>
            <w:tcW w:type="dxa" w:w="843"/>
          </w:tcPr>
          <w:p>
            <w:pPr>
              <w:spacing w:after="0"/>
              <w:jc w:val="left"/>
            </w:pPr>
          </w:p>
        </w:tc>
      </w:tr>
      <w:tr>
        <w:trPr>
          <w:cantSplit/>
        </w:trPr>
        <w:tc>
          <w:tcPr>
            <w:tcW w:type="dxa" w:w="1929"/>
          </w:tcPr>
          <w:p>
            <w:pPr>
              <w:spacing w:after="0"/>
              <w:jc w:val="left"/>
            </w:pPr>
            <w:r>
              <w:rPr>
                <w:sz w:val="16"/>
              </w:rPr>
              <w:t>Morgantown city</w:t>
            </w:r>
          </w:p>
        </w:tc>
        <w:tc>
          <w:tcPr>
            <w:tcW w:type="dxa" w:w="884"/>
          </w:tcPr>
          <w:p>
            <w:pPr>
              <w:spacing w:after="0"/>
              <w:jc w:val="left"/>
            </w:pPr>
            <w:r>
              <w:rPr>
                <w:sz w:val="16"/>
              </w:rPr>
              <w:t>City</w:t>
            </w:r>
          </w:p>
        </w:tc>
        <w:tc>
          <w:tcPr>
            <w:tcW w:type="dxa" w:w="3438"/>
          </w:tcPr>
          <w:p>
            <w:pPr>
              <w:spacing w:after="0"/>
              <w:jc w:val="left"/>
            </w:pPr>
            <w:r>
              <w:rPr>
                <w:sz w:val="16"/>
              </w:rPr>
              <w:t>Approved, expires 2029-08-12</w:t>
            </w:r>
          </w:p>
        </w:tc>
        <w:tc>
          <w:tcPr>
            <w:tcW w:type="dxa" w:w="2742"/>
          </w:tcPr>
          <w:p>
            <w:pPr>
              <w:spacing w:after="0"/>
              <w:jc w:val="right"/>
            </w:pPr>
            <w:r>
              <w:rPr>
                <w:sz w:val="16"/>
              </w:rPr>
              <w:t>FMA RL 1, SRL 4; any 20</w:t>
            </w:r>
          </w:p>
        </w:tc>
        <w:tc>
          <w:tcPr>
            <w:tcW w:type="dxa" w:w="1929"/>
          </w:tcPr>
          <w:p>
            <w:pPr>
              <w:spacing w:after="0"/>
              <w:jc w:val="right"/>
            </w:pPr>
            <w:r>
              <w:rPr>
                <w:sz w:val="16"/>
              </w:rPr>
              <w:t>$85,813.30</w:t>
            </w:r>
          </w:p>
        </w:tc>
        <w:tc>
          <w:tcPr>
            <w:tcW w:type="dxa" w:w="2347"/>
          </w:tcPr>
          <w:p>
            <w:pPr>
              <w:spacing w:after="0"/>
              <w:jc w:val="right"/>
            </w:pPr>
            <w:r>
              <w:rPr>
                <w:sz w:val="16"/>
              </w:rPr>
              <w:t>68; 7</w:t>
            </w:r>
          </w:p>
        </w:tc>
        <w:tc>
          <w:tcPr>
            <w:tcW w:type="dxa" w:w="843"/>
          </w:tcPr>
          <w:p>
            <w:pPr>
              <w:spacing w:after="0"/>
              <w:jc w:val="left"/>
            </w:pPr>
          </w:p>
        </w:tc>
      </w:tr>
      <w:tr>
        <w:trPr>
          <w:cantSplit/>
        </w:trPr>
        <w:tc>
          <w:tcPr>
            <w:tcW w:type="dxa" w:w="1929"/>
          </w:tcPr>
          <w:p>
            <w:pPr>
              <w:spacing w:after="0"/>
              <w:jc w:val="left"/>
            </w:pPr>
            <w:r>
              <w:rPr>
                <w:sz w:val="16"/>
              </w:rPr>
              <w:t>Star City town</w:t>
            </w:r>
          </w:p>
        </w:tc>
        <w:tc>
          <w:tcPr>
            <w:tcW w:type="dxa" w:w="884"/>
          </w:tcPr>
          <w:p>
            <w:pPr>
              <w:spacing w:after="0"/>
              <w:jc w:val="left"/>
            </w:pPr>
            <w:r>
              <w:rPr>
                <w:sz w:val="16"/>
              </w:rPr>
              <w:t>Town</w:t>
            </w:r>
          </w:p>
        </w:tc>
        <w:tc>
          <w:tcPr>
            <w:tcW w:type="dxa" w:w="3438"/>
          </w:tcPr>
          <w:p>
            <w:pPr>
              <w:spacing w:after="0"/>
              <w:jc w:val="left"/>
            </w:pPr>
            <w:r>
              <w:rPr>
                <w:sz w:val="16"/>
              </w:rPr>
              <w:t>Approved, expires 2029-08-12</w:t>
            </w:r>
          </w:p>
        </w:tc>
        <w:tc>
          <w:tcPr>
            <w:tcW w:type="dxa" w:w="2742"/>
          </w:tcPr>
          <w:p>
            <w:pPr>
              <w:spacing w:after="0"/>
              <w:jc w:val="right"/>
            </w:pPr>
            <w:r>
              <w:rPr>
                <w:sz w:val="16"/>
              </w:rPr>
              <w:t>FMA RL 0, SRL 0; any 0</w:t>
            </w:r>
          </w:p>
        </w:tc>
        <w:tc>
          <w:tcPr>
            <w:tcW w:type="dxa" w:w="1929"/>
          </w:tcPr>
          <w:p>
            <w:pPr>
              <w:spacing w:after="0"/>
              <w:jc w:val="right"/>
            </w:pPr>
            <w:r>
              <w:rPr>
                <w:sz w:val="16"/>
              </w:rPr>
              <w:t>$2,966.95</w:t>
            </w:r>
          </w:p>
        </w:tc>
        <w:tc>
          <w:tcPr>
            <w:tcW w:type="dxa" w:w="2347"/>
          </w:tcPr>
          <w:p>
            <w:pPr>
              <w:spacing w:after="0"/>
              <w:jc w:val="right"/>
            </w:pPr>
            <w:r>
              <w:rPr>
                <w:sz w:val="16"/>
              </w:rPr>
              <w:t>13; 2</w:t>
            </w:r>
          </w:p>
        </w:tc>
        <w:tc>
          <w:tcPr>
            <w:tcW w:type="dxa" w:w="843"/>
          </w:tcPr>
          <w:p>
            <w:pPr>
              <w:spacing w:after="0"/>
              <w:jc w:val="left"/>
            </w:pPr>
          </w:p>
        </w:tc>
      </w:tr>
      <w:tr>
        <w:trPr>
          <w:cantSplit/>
        </w:trPr>
        <w:tc>
          <w:tcPr>
            <w:tcW w:type="dxa" w:w="1929"/>
          </w:tcPr>
          <w:p>
            <w:pPr>
              <w:spacing w:after="0"/>
              <w:jc w:val="left"/>
            </w:pPr>
            <w:r>
              <w:rPr>
                <w:sz w:val="16"/>
              </w:rPr>
              <w:t>Westover city</w:t>
            </w:r>
          </w:p>
        </w:tc>
        <w:tc>
          <w:tcPr>
            <w:tcW w:type="dxa" w:w="884"/>
          </w:tcPr>
          <w:p>
            <w:pPr>
              <w:spacing w:after="0"/>
              <w:jc w:val="left"/>
            </w:pPr>
            <w:r>
              <w:rPr>
                <w:sz w:val="16"/>
              </w:rPr>
              <w:t>City</w:t>
            </w:r>
          </w:p>
        </w:tc>
        <w:tc>
          <w:tcPr>
            <w:tcW w:type="dxa" w:w="3438"/>
          </w:tcPr>
          <w:p>
            <w:pPr>
              <w:spacing w:after="0"/>
              <w:jc w:val="left"/>
            </w:pPr>
            <w:r>
              <w:rPr>
                <w:sz w:val="16"/>
              </w:rPr>
              <w:t>Approved, expires 2029-08-12</w:t>
            </w:r>
          </w:p>
        </w:tc>
        <w:tc>
          <w:tcPr>
            <w:tcW w:type="dxa" w:w="2742"/>
          </w:tcPr>
          <w:p>
            <w:pPr>
              <w:spacing w:after="0"/>
              <w:jc w:val="right"/>
            </w:pPr>
            <w:r>
              <w:rPr>
                <w:sz w:val="16"/>
              </w:rPr>
              <w:t>FMA RL 0, SRL 0; any 2</w:t>
            </w:r>
          </w:p>
        </w:tc>
        <w:tc>
          <w:tcPr>
            <w:tcW w:type="dxa" w:w="1929"/>
          </w:tcPr>
          <w:p>
            <w:pPr>
              <w:spacing w:after="0"/>
              <w:jc w:val="right"/>
            </w:pPr>
            <w:r>
              <w:rPr>
                <w:sz w:val="16"/>
              </w:rPr>
              <w:t>$22,521.06</w:t>
            </w:r>
          </w:p>
        </w:tc>
        <w:tc>
          <w:tcPr>
            <w:tcW w:type="dxa" w:w="2347"/>
          </w:tcPr>
          <w:p>
            <w:pPr>
              <w:spacing w:after="0"/>
              <w:jc w:val="right"/>
            </w:pPr>
            <w:r>
              <w:rPr>
                <w:sz w:val="16"/>
              </w:rPr>
              <w:t>40; 5</w:t>
            </w:r>
          </w:p>
        </w:tc>
        <w:tc>
          <w:tcPr>
            <w:tcW w:type="dxa" w:w="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55"/>
        <w:gridCol w:w="1305"/>
        <w:gridCol w:w="1177"/>
        <w:gridCol w:w="1080"/>
        <w:gridCol w:w="1246"/>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2024-08-13</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$464,201</w:t>
            </w:r>
          </w:p>
        </w:tc>
        <w:tc>
          <w:tcPr>
            <w:tcW w:type="dxa" w:w="1132"/>
          </w:tcPr>
          <w:p>
            <w:pPr>
              <w:spacing w:after="0"/>
              <w:jc w:val="right"/>
            </w:pPr>
          </w:p>
        </w:tc>
        <w:tc>
          <w:tcPr>
            <w:tcW w:type="dxa" w:w="1042"/>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p>
        </w:tc>
        <w:tc>
          <w:tcPr>
            <w:tcW w:type="dxa" w:w="1155"/>
          </w:tcPr>
          <w:p>
            <w:pPr>
              <w:spacing w:after="0"/>
              <w:jc w:val="right"/>
            </w:pPr>
            <w:r>
              <w:rPr>
                <w:sz w:val="16"/>
              </w:rPr>
              <w:t>$523</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$25,002,321,612</w:t>
            </w:r>
          </w:p>
        </w:tc>
        <w:tc>
          <w:tcPr>
            <w:tcW w:type="dxa" w:w="1132"/>
          </w:tcPr>
          <w:p>
            <w:pPr>
              <w:spacing w:after="0"/>
              <w:jc w:val="right"/>
            </w:pPr>
            <w:r>
              <w:rPr>
                <w:sz w:val="16"/>
              </w:rPr>
              <w:t>$6,469,325</w:t>
            </w:r>
          </w:p>
        </w:tc>
        <w:tc>
          <w:tcPr>
            <w:tcW w:type="dxa" w:w="1042"/>
          </w:tcPr>
          <w:p>
            <w:pPr>
              <w:spacing w:after="0"/>
              <w:jc w:val="right"/>
            </w:pPr>
            <w:r>
              <w:rPr>
                <w:sz w:val="16"/>
              </w:rPr>
              <w:t>105,598</w:t>
            </w:r>
          </w:p>
        </w:tc>
        <w:tc>
          <w:tcPr>
            <w:tcW w:type="dxa" w:w="1126"/>
          </w:tcPr>
          <w:p>
            <w:pPr>
              <w:spacing w:after="0"/>
              <w:jc w:val="right"/>
            </w:pPr>
            <w:r>
              <w:rPr>
                <w:sz w:val="16"/>
              </w:rPr>
              <w:t>$12,343</w:t>
            </w:r>
          </w:p>
        </w:tc>
        <w:tc>
          <w:tcPr>
            <w:tcW w:type="dxa" w:w="1126"/>
          </w:tcPr>
          <w:p>
            <w:pPr>
              <w:spacing w:after="0"/>
              <w:jc w:val="right"/>
            </w:pPr>
            <w:r>
              <w:rPr>
                <w:sz w:val="16"/>
              </w:rPr>
              <w:t>$2,023</w:t>
            </w:r>
          </w:p>
        </w:tc>
        <w:tc>
          <w:tcPr>
            <w:tcW w:type="dxa" w:w="1155"/>
          </w:tcPr>
          <w:p>
            <w:pPr>
              <w:spacing w:after="0"/>
              <w:jc w:val="right"/>
            </w:pPr>
            <w:r>
              <w:rPr>
                <w:sz w:val="16"/>
              </w:rPr>
              <w:t>$326,594</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$1,128,881</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$6,769</w:t>
            </w:r>
          </w:p>
        </w:tc>
        <w:tc>
          <w:tcPr>
            <w:tcW w:type="dxa" w:w="1155"/>
          </w:tcPr>
          <w:p>
            <w:pPr>
              <w:spacing w:after="0"/>
              <w:jc w:val="right"/>
            </w:pPr>
          </w:p>
        </w:tc>
        <w:tc>
          <w:tcPr>
            <w:tcW w:type="dxa" w:w="1305"/>
          </w:tcPr>
          <w:p>
            <w:pPr>
              <w:spacing w:after="0"/>
              <w:jc w:val="right"/>
            </w:pPr>
            <w:r>
              <w:rPr>
                <w:sz w:val="16"/>
              </w:rPr>
              <w:t>0.6% (agriculture)</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$44,764,505,814</w:t>
            </w:r>
          </w:p>
        </w:tc>
        <w:tc>
          <w:tcPr>
            <w:tcW w:type="dxa" w:w="1132"/>
          </w:tcPr>
          <w:p>
            <w:pPr>
              <w:spacing w:after="0"/>
              <w:jc w:val="right"/>
            </w:pPr>
          </w:p>
        </w:tc>
        <w:tc>
          <w:tcPr>
            <w:tcW w:type="dxa" w:w="1042"/>
          </w:tcPr>
          <w:p>
            <w:pPr>
              <w:spacing w:after="0"/>
              <w:jc w:val="right"/>
            </w:pPr>
            <w:r>
              <w:rPr>
                <w:sz w:val="16"/>
              </w:rPr>
              <w:t>105,822</w:t>
            </w:r>
          </w:p>
        </w:tc>
        <w:tc>
          <w:tcPr>
            <w:tcW w:type="dxa" w:w="1126"/>
          </w:tcPr>
          <w:p>
            <w:pPr>
              <w:spacing w:after="0"/>
              <w:jc w:val="right"/>
            </w:pPr>
            <w:r>
              <w:rPr>
                <w:sz w:val="16"/>
              </w:rPr>
              <w:t>$186,905</w:t>
            </w:r>
          </w:p>
        </w:tc>
        <w:tc>
          <w:tcPr>
            <w:tcW w:type="dxa" w:w="1126"/>
          </w:tcPr>
          <w:p>
            <w:pPr>
              <w:spacing w:after="0"/>
              <w:jc w:val="right"/>
            </w:pPr>
          </w:p>
        </w:tc>
        <w:tc>
          <w:tcPr>
            <w:tcW w:type="dxa" w:w="1155"/>
          </w:tcPr>
          <w:p>
            <w:pPr>
              <w:spacing w:after="0"/>
              <w:jc w:val="right"/>
            </w:pPr>
            <w:r>
              <w:rPr>
                <w:sz w:val="16"/>
              </w:rPr>
              <w:t>$55,500</w:t>
            </w:r>
          </w:p>
        </w:tc>
        <w:tc>
          <w:tcPr>
            <w:tcW w:type="dxa" w:w="1305"/>
          </w:tcPr>
          <w:p>
            <w:pPr>
              <w:spacing w:after="0"/>
              <w:jc w:val="right"/>
            </w:pPr>
            <w:r>
              <w:rPr>
                <w:sz w:val="16"/>
              </w:rPr>
              <w:t>0.000418%</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$25,002,321,612</w:t>
            </w:r>
          </w:p>
        </w:tc>
        <w:tc>
          <w:tcPr>
            <w:tcW w:type="dxa" w:w="1132"/>
          </w:tcPr>
          <w:p>
            <w:pPr>
              <w:spacing w:after="0"/>
              <w:jc w:val="right"/>
            </w:pPr>
            <w:r>
              <w:rPr>
                <w:sz w:val="16"/>
              </w:rPr>
              <w:t>$6,469,325</w:t>
            </w:r>
          </w:p>
        </w:tc>
        <w:tc>
          <w:tcPr>
            <w:tcW w:type="dxa" w:w="1042"/>
          </w:tcPr>
          <w:p>
            <w:pPr>
              <w:spacing w:after="0"/>
              <w:jc w:val="right"/>
            </w:pPr>
            <w:r>
              <w:rPr>
                <w:sz w:val="16"/>
              </w:rPr>
              <w:t>105,598</w:t>
            </w:r>
          </w:p>
        </w:tc>
        <w:tc>
          <w:tcPr>
            <w:tcW w:type="dxa" w:w="1126"/>
          </w:tcPr>
          <w:p>
            <w:pPr>
              <w:spacing w:after="0"/>
              <w:jc w:val="right"/>
            </w:pPr>
            <w:r>
              <w:rPr>
                <w:sz w:val="16"/>
              </w:rPr>
              <w:t>$442,721</w:t>
            </w:r>
          </w:p>
        </w:tc>
        <w:tc>
          <w:tcPr>
            <w:tcW w:type="dxa" w:w="1126"/>
          </w:tcPr>
          <w:p>
            <w:pPr>
              <w:spacing w:after="0"/>
              <w:jc w:val="right"/>
            </w:pPr>
            <w:r>
              <w:rPr>
                <w:sz w:val="16"/>
              </w:rPr>
              <w:t>$784</w:t>
            </w:r>
          </w:p>
        </w:tc>
        <w:tc>
          <w:tcPr>
            <w:tcW w:type="dxa" w:w="1155"/>
          </w:tcPr>
          <w:p>
            <w:pPr>
              <w:spacing w:after="0"/>
              <w:jc w:val="right"/>
            </w:pPr>
            <w:r>
              <w:rPr>
                <w:sz w:val="16"/>
              </w:rPr>
              <w:t>$88,149</w:t>
            </w:r>
          </w:p>
        </w:tc>
        <w:tc>
          <w:tcPr>
            <w:tcW w:type="dxa" w:w="1305"/>
          </w:tcPr>
          <w:p>
            <w:pPr>
              <w:spacing w:after="0"/>
              <w:jc w:val="right"/>
            </w:pPr>
            <w:r>
              <w:rPr>
                <w:sz w:val="16"/>
              </w:rPr>
              <w:t>0.00177%</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$25,002,321,612</w:t>
            </w:r>
          </w:p>
        </w:tc>
        <w:tc>
          <w:tcPr>
            <w:tcW w:type="dxa" w:w="1132"/>
          </w:tcPr>
          <w:p>
            <w:pPr>
              <w:spacing w:after="0"/>
              <w:jc w:val="right"/>
            </w:pPr>
            <w:r>
              <w:rPr>
                <w:sz w:val="16"/>
              </w:rPr>
              <w:t>$6,469,325</w:t>
            </w:r>
          </w:p>
        </w:tc>
        <w:tc>
          <w:tcPr>
            <w:tcW w:type="dxa" w:w="1042"/>
          </w:tcPr>
          <w:p>
            <w:pPr>
              <w:spacing w:after="0"/>
              <w:jc w:val="right"/>
            </w:pPr>
            <w:r>
              <w:rPr>
                <w:sz w:val="16"/>
              </w:rPr>
              <w:t>105,598</w:t>
            </w:r>
          </w:p>
        </w:tc>
        <w:tc>
          <w:tcPr>
            <w:tcW w:type="dxa" w:w="1126"/>
          </w:tcPr>
          <w:p>
            <w:pPr>
              <w:spacing w:after="0"/>
              <w:jc w:val="right"/>
            </w:pPr>
            <w:r>
              <w:rPr>
                <w:sz w:val="16"/>
              </w:rPr>
              <w:t>$96</w:t>
            </w:r>
          </w:p>
        </w:tc>
        <w:tc>
          <w:tcPr>
            <w:tcW w:type="dxa" w:w="1126"/>
          </w:tcPr>
          <w:p>
            <w:pPr>
              <w:spacing w:after="0"/>
              <w:jc w:val="right"/>
            </w:pPr>
            <w:r>
              <w:rPr>
                <w:sz w:val="16"/>
              </w:rPr>
              <w:t>under $1</w:t>
            </w:r>
          </w:p>
        </w:tc>
        <w:tc>
          <w:tcPr>
            <w:tcW w:type="dxa" w:w="1155"/>
          </w:tcPr>
          <w:p>
            <w:pPr>
              <w:spacing w:after="0"/>
              <w:jc w:val="right"/>
            </w:pPr>
            <w:r>
              <w:rPr>
                <w:sz w:val="16"/>
              </w:rPr>
              <w:t>$296,250</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$25,002,321,612</w:t>
            </w:r>
          </w:p>
        </w:tc>
        <w:tc>
          <w:tcPr>
            <w:tcW w:type="dxa" w:w="1132"/>
          </w:tcPr>
          <w:p>
            <w:pPr>
              <w:spacing w:after="0"/>
              <w:jc w:val="right"/>
            </w:pPr>
            <w:r>
              <w:rPr>
                <w:sz w:val="16"/>
              </w:rPr>
              <w:t>$6,469,325</w:t>
            </w:r>
          </w:p>
        </w:tc>
        <w:tc>
          <w:tcPr>
            <w:tcW w:type="dxa" w:w="1042"/>
          </w:tcPr>
          <w:p>
            <w:pPr>
              <w:spacing w:after="0"/>
              <w:jc w:val="right"/>
            </w:pPr>
            <w:r>
              <w:rPr>
                <w:sz w:val="16"/>
              </w:rPr>
              <w:t>105,598</w:t>
            </w:r>
          </w:p>
        </w:tc>
        <w:tc>
          <w:tcPr>
            <w:tcW w:type="dxa" w:w="1126"/>
          </w:tcPr>
          <w:p>
            <w:pPr>
              <w:spacing w:after="0"/>
              <w:jc w:val="right"/>
            </w:pPr>
            <w:r>
              <w:rPr>
                <w:sz w:val="16"/>
              </w:rPr>
              <w:t>$332,941</w:t>
            </w:r>
          </w:p>
        </w:tc>
        <w:tc>
          <w:tcPr>
            <w:tcW w:type="dxa" w:w="1126"/>
          </w:tcPr>
          <w:p>
            <w:pPr>
              <w:spacing w:after="0"/>
              <w:jc w:val="right"/>
            </w:pPr>
            <w:r>
              <w:rPr>
                <w:sz w:val="16"/>
              </w:rPr>
              <w:t>$2,715</w:t>
            </w:r>
          </w:p>
        </w:tc>
        <w:tc>
          <w:tcPr>
            <w:tcW w:type="dxa" w:w="1155"/>
          </w:tcPr>
          <w:p>
            <w:pPr>
              <w:spacing w:after="0"/>
              <w:jc w:val="right"/>
            </w:pPr>
            <w:r>
              <w:rPr>
                <w:sz w:val="16"/>
              </w:rPr>
              <w:t>$15,644</w:t>
            </w:r>
          </w:p>
        </w:tc>
        <w:tc>
          <w:tcPr>
            <w:tcW w:type="dxa" w:w="1305"/>
          </w:tcPr>
          <w:p>
            <w:pPr>
              <w:spacing w:after="0"/>
              <w:jc w:val="right"/>
            </w:pPr>
            <w:r>
              <w:rPr>
                <w:sz w:val="16"/>
              </w:rPr>
              <w:t>0.00133%</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$25,002,321,612</w:t>
            </w:r>
          </w:p>
        </w:tc>
        <w:tc>
          <w:tcPr>
            <w:tcW w:type="dxa" w:w="1132"/>
          </w:tcPr>
          <w:p>
            <w:pPr>
              <w:spacing w:after="0"/>
              <w:jc w:val="right"/>
            </w:pPr>
          </w:p>
        </w:tc>
        <w:tc>
          <w:tcPr>
            <w:tcW w:type="dxa" w:w="1042"/>
          </w:tcPr>
          <w:p>
            <w:pPr>
              <w:spacing w:after="0"/>
              <w:jc w:val="right"/>
            </w:pPr>
            <w:r>
              <w:rPr>
                <w:sz w:val="16"/>
              </w:rPr>
              <w:t>105,598</w:t>
            </w:r>
          </w:p>
        </w:tc>
        <w:tc>
          <w:tcPr>
            <w:tcW w:type="dxa" w:w="1126"/>
          </w:tcPr>
          <w:p>
            <w:pPr>
              <w:spacing w:after="0"/>
              <w:jc w:val="right"/>
            </w:pPr>
            <w:r>
              <w:rPr>
                <w:sz w:val="16"/>
              </w:rPr>
              <w:t>$76,749</w:t>
            </w:r>
          </w:p>
        </w:tc>
        <w:tc>
          <w:tcPr>
            <w:tcW w:type="dxa" w:w="1126"/>
          </w:tcPr>
          <w:p>
            <w:pPr>
              <w:spacing w:after="0"/>
              <w:jc w:val="right"/>
            </w:pPr>
          </w:p>
        </w:tc>
        <w:tc>
          <w:tcPr>
            <w:tcW w:type="dxa" w:w="1155"/>
          </w:tcPr>
          <w:p>
            <w:pPr>
              <w:spacing w:after="0"/>
              <w:jc w:val="right"/>
            </w:pPr>
            <w:r>
              <w:rPr>
                <w:sz w:val="16"/>
              </w:rPr>
              <w:t>$19,156</w:t>
            </w:r>
          </w:p>
        </w:tc>
        <w:tc>
          <w:tcPr>
            <w:tcW w:type="dxa" w:w="1305"/>
          </w:tcPr>
          <w:p>
            <w:pPr>
              <w:spacing w:after="0"/>
              <w:jc w:val="right"/>
            </w:pPr>
            <w:r>
              <w:rPr>
                <w:sz w:val="16"/>
              </w:rPr>
              <w:t>0.000307%</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$24,982,012,272</w:t>
            </w:r>
          </w:p>
        </w:tc>
        <w:tc>
          <w:tcPr>
            <w:tcW w:type="dxa" w:w="1132"/>
          </w:tcPr>
          <w:p>
            <w:pPr>
              <w:spacing w:after="0"/>
              <w:jc w:val="right"/>
            </w:pPr>
            <w:r>
              <w:rPr>
                <w:sz w:val="16"/>
              </w:rPr>
              <w:t>$183,764</w:t>
            </w:r>
          </w:p>
        </w:tc>
        <w:tc>
          <w:tcPr>
            <w:tcW w:type="dxa" w:w="1042"/>
          </w:tcPr>
          <w:p>
            <w:pPr>
              <w:spacing w:after="0"/>
              <w:jc w:val="right"/>
            </w:pPr>
            <w:r>
              <w:rPr>
                <w:sz w:val="16"/>
              </w:rPr>
              <w:t>2,033</w:t>
            </w:r>
          </w:p>
        </w:tc>
        <w:tc>
          <w:tcPr>
            <w:tcW w:type="dxa" w:w="1126"/>
          </w:tcPr>
          <w:p>
            <w:pPr>
              <w:spacing w:after="0"/>
              <w:jc w:val="right"/>
            </w:pPr>
            <w:r>
              <w:rPr>
                <w:sz w:val="16"/>
              </w:rPr>
              <w:t>$31,241,255</w:t>
            </w:r>
          </w:p>
        </w:tc>
        <w:tc>
          <w:tcPr>
            <w:tcW w:type="dxa" w:w="1126"/>
          </w:tcPr>
          <w:p>
            <w:pPr>
              <w:spacing w:after="0"/>
              <w:jc w:val="right"/>
            </w:pPr>
            <w:r>
              <w:rPr>
                <w:sz w:val="16"/>
              </w:rPr>
              <w:t>$2,917</w:t>
            </w:r>
          </w:p>
        </w:tc>
        <w:tc>
          <w:tcPr>
            <w:tcW w:type="dxa" w:w="1155"/>
          </w:tcPr>
          <w:p>
            <w:pPr>
              <w:spacing w:after="0"/>
              <w:jc w:val="right"/>
            </w:pPr>
            <w:r>
              <w:rPr>
                <w:sz w:val="16"/>
              </w:rPr>
              <w:t>$112,917</w:t>
            </w:r>
          </w:p>
        </w:tc>
        <w:tc>
          <w:tcPr>
            <w:tcW w:type="dxa" w:w="1305"/>
          </w:tcPr>
          <w:p>
            <w:pPr>
              <w:spacing w:after="0"/>
              <w:jc w:val="right"/>
            </w:pPr>
            <w:r>
              <w:rPr>
                <w:sz w:val="16"/>
              </w:rPr>
              <w:t>n/a (see note)</w:t>
            </w:r>
          </w:p>
        </w:tc>
        <w:tc>
          <w:tcPr>
            <w:tcW w:type="dxa" w:w="1177"/>
          </w:tcPr>
          <w:p>
            <w:pPr>
              <w:spacing w:after="0"/>
              <w:jc w:val="right"/>
            </w:pPr>
            <w:r>
              <w:rPr>
                <w:sz w:val="16"/>
              </w:rPr>
              <w:t>$67,000</w:t>
            </w: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$5,021,056,021</w:t>
            </w:r>
          </w:p>
        </w:tc>
        <w:tc>
          <w:tcPr>
            <w:tcW w:type="dxa" w:w="1132"/>
          </w:tcPr>
          <w:p>
            <w:pPr>
              <w:spacing w:after="0"/>
              <w:jc w:val="right"/>
            </w:pPr>
          </w:p>
        </w:tc>
        <w:tc>
          <w:tcPr>
            <w:tcW w:type="dxa" w:w="1042"/>
          </w:tcPr>
          <w:p>
            <w:pPr>
              <w:spacing w:after="0"/>
              <w:jc w:val="right"/>
            </w:pPr>
            <w:r>
              <w:rPr>
                <w:sz w:val="16"/>
              </w:rPr>
              <w:t>25,432</w:t>
            </w:r>
          </w:p>
        </w:tc>
        <w:tc>
          <w:tcPr>
            <w:tcW w:type="dxa" w:w="1126"/>
          </w:tcPr>
          <w:p>
            <w:pPr>
              <w:spacing w:after="0"/>
              <w:jc w:val="right"/>
            </w:pPr>
            <w:r>
              <w:rPr>
                <w:sz w:val="16"/>
              </w:rPr>
              <w:t>$13,189</w:t>
            </w:r>
          </w:p>
        </w:tc>
        <w:tc>
          <w:tcPr>
            <w:tcW w:type="dxa" w:w="1126"/>
          </w:tcPr>
          <w:p>
            <w:pPr>
              <w:spacing w:after="0"/>
              <w:jc w:val="right"/>
            </w:pPr>
          </w:p>
        </w:tc>
        <w:tc>
          <w:tcPr>
            <w:tcW w:type="dxa" w:w="1155"/>
          </w:tcPr>
          <w:p>
            <w:pPr>
              <w:spacing w:after="0"/>
              <w:jc w:val="right"/>
            </w:pPr>
            <w:r>
              <w:rPr>
                <w:sz w:val="16"/>
              </w:rPr>
              <w:t>$42,120</w:t>
            </w:r>
          </w:p>
        </w:tc>
        <w:tc>
          <w:tcPr>
            <w:tcW w:type="dxa" w:w="1305"/>
          </w:tcPr>
          <w:p>
            <w:pPr>
              <w:spacing w:after="0"/>
              <w:jc w:val="right"/>
            </w:pPr>
            <w:r>
              <w:rPr>
                <w:sz w:val="16"/>
              </w:rPr>
              <w:t>0.000263%</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$25,002,321,612</w:t>
            </w:r>
          </w:p>
        </w:tc>
        <w:tc>
          <w:tcPr>
            <w:tcW w:type="dxa" w:w="1132"/>
          </w:tcPr>
          <w:p>
            <w:pPr>
              <w:spacing w:after="0"/>
              <w:jc w:val="right"/>
            </w:pPr>
          </w:p>
        </w:tc>
        <w:tc>
          <w:tcPr>
            <w:tcW w:type="dxa" w:w="1042"/>
          </w:tcPr>
          <w:p>
            <w:pPr>
              <w:spacing w:after="0"/>
              <w:jc w:val="right"/>
            </w:pPr>
            <w:r>
              <w:rPr>
                <w:sz w:val="16"/>
              </w:rPr>
              <w:t>105,598</w:t>
            </w:r>
          </w:p>
        </w:tc>
        <w:tc>
          <w:tcPr>
            <w:tcW w:type="dxa" w:w="1126"/>
          </w:tcPr>
          <w:p>
            <w:pPr>
              <w:spacing w:after="0"/>
              <w:jc w:val="right"/>
            </w:pPr>
            <w:r>
              <w:rPr>
                <w:sz w:val="16"/>
              </w:rPr>
              <w:t>$61,041</w:t>
            </w:r>
          </w:p>
        </w:tc>
        <w:tc>
          <w:tcPr>
            <w:tcW w:type="dxa" w:w="1126"/>
          </w:tcPr>
          <w:p>
            <w:pPr>
              <w:spacing w:after="0"/>
              <w:jc w:val="right"/>
            </w:pPr>
          </w:p>
        </w:tc>
        <w:tc>
          <w:tcPr>
            <w:tcW w:type="dxa" w:w="1155"/>
          </w:tcPr>
          <w:p>
            <w:pPr>
              <w:spacing w:after="0"/>
              <w:jc w:val="right"/>
            </w:pPr>
            <w:r>
              <w:rPr>
                <w:sz w:val="16"/>
              </w:rPr>
              <w:t>$707,002</w:t>
            </w:r>
          </w:p>
        </w:tc>
        <w:tc>
          <w:tcPr>
            <w:tcW w:type="dxa" w:w="1305"/>
          </w:tcPr>
          <w:p>
            <w:pPr>
              <w:spacing w:after="0"/>
              <w:jc w:val="right"/>
            </w:pPr>
            <w:r>
              <w:rPr>
                <w:sz w:val="16"/>
              </w:rPr>
              <w:t>0.000244%</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$25,002,321,612</w:t>
            </w:r>
          </w:p>
        </w:tc>
        <w:tc>
          <w:tcPr>
            <w:tcW w:type="dxa" w:w="1132"/>
          </w:tcPr>
          <w:p>
            <w:pPr>
              <w:spacing w:after="0"/>
              <w:jc w:val="right"/>
            </w:pPr>
            <w:r>
              <w:rPr>
                <w:sz w:val="16"/>
              </w:rPr>
              <w:t>$6,469,325</w:t>
            </w:r>
          </w:p>
        </w:tc>
        <w:tc>
          <w:tcPr>
            <w:tcW w:type="dxa" w:w="1042"/>
          </w:tcPr>
          <w:p>
            <w:pPr>
              <w:spacing w:after="0"/>
              <w:jc w:val="right"/>
            </w:pPr>
            <w:r>
              <w:rPr>
                <w:sz w:val="16"/>
              </w:rPr>
              <w:t>105,598</w:t>
            </w:r>
          </w:p>
        </w:tc>
        <w:tc>
          <w:tcPr>
            <w:tcW w:type="dxa" w:w="1126"/>
          </w:tcPr>
          <w:p>
            <w:pPr>
              <w:spacing w:after="0"/>
              <w:jc w:val="right"/>
            </w:pPr>
            <w:r>
              <w:rPr>
                <w:sz w:val="16"/>
              </w:rPr>
              <w:t>$148,478</w:t>
            </w:r>
          </w:p>
        </w:tc>
        <w:tc>
          <w:tcPr>
            <w:tcW w:type="dxa" w:w="1126"/>
          </w:tcPr>
          <w:p>
            <w:pPr>
              <w:spacing w:after="0"/>
              <w:jc w:val="right"/>
            </w:pPr>
            <w:r>
              <w:rPr>
                <w:sz w:val="16"/>
              </w:rPr>
              <w:t>$1,123</w:t>
            </w:r>
          </w:p>
        </w:tc>
        <w:tc>
          <w:tcPr>
            <w:tcW w:type="dxa" w:w="1155"/>
          </w:tcPr>
          <w:p>
            <w:pPr>
              <w:spacing w:after="0"/>
              <w:jc w:val="right"/>
            </w:pPr>
            <w:r>
              <w:rPr>
                <w:sz w:val="16"/>
              </w:rPr>
              <w:t>$732,111</w:t>
            </w:r>
          </w:p>
        </w:tc>
        <w:tc>
          <w:tcPr>
            <w:tcW w:type="dxa" w:w="1305"/>
          </w:tcPr>
          <w:p>
            <w:pPr>
              <w:spacing w:after="0"/>
              <w:jc w:val="right"/>
            </w:pPr>
            <w:r>
              <w:rPr>
                <w:sz w:val="16"/>
              </w:rPr>
              <w:t>0.000594%</w:t>
            </w:r>
          </w:p>
        </w:tc>
        <w:tc>
          <w:tcPr>
            <w:tcW w:type="dxa" w:w="1177"/>
          </w:tcPr>
          <w:p>
            <w:pPr>
              <w:spacing w:after="0"/>
              <w:jc w:val="right"/>
            </w:pPr>
            <w:r>
              <w:rPr>
                <w:sz w:val="16"/>
              </w:rPr>
              <w:t>$252,500</w:t>
            </w: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$25,002,321,612</w:t>
            </w:r>
          </w:p>
        </w:tc>
        <w:tc>
          <w:tcPr>
            <w:tcW w:type="dxa" w:w="1132"/>
          </w:tcPr>
          <w:p>
            <w:pPr>
              <w:spacing w:after="0"/>
              <w:jc w:val="right"/>
            </w:pPr>
            <w:r>
              <w:rPr>
                <w:sz w:val="16"/>
              </w:rPr>
              <w:t>$6,469,325</w:t>
            </w:r>
          </w:p>
        </w:tc>
        <w:tc>
          <w:tcPr>
            <w:tcW w:type="dxa" w:w="1042"/>
          </w:tcPr>
          <w:p>
            <w:pPr>
              <w:spacing w:after="0"/>
              <w:jc w:val="right"/>
            </w:pPr>
            <w:r>
              <w:rPr>
                <w:sz w:val="16"/>
              </w:rPr>
              <w:t>105,598</w:t>
            </w:r>
          </w:p>
        </w:tc>
        <w:tc>
          <w:tcPr>
            <w:tcW w:type="dxa" w:w="1126"/>
          </w:tcPr>
          <w:p>
            <w:pPr>
              <w:spacing w:after="0"/>
              <w:jc w:val="right"/>
            </w:pPr>
            <w:r>
              <w:rPr>
                <w:sz w:val="16"/>
              </w:rPr>
              <w:t>$596,025</w:t>
            </w:r>
          </w:p>
        </w:tc>
        <w:tc>
          <w:tcPr>
            <w:tcW w:type="dxa" w:w="1126"/>
          </w:tcPr>
          <w:p>
            <w:pPr>
              <w:spacing w:after="0"/>
              <w:jc w:val="right"/>
            </w:pPr>
            <w:r>
              <w:rPr>
                <w:sz w:val="16"/>
              </w:rPr>
              <w:t>$90</w:t>
            </w:r>
          </w:p>
        </w:tc>
        <w:tc>
          <w:tcPr>
            <w:tcW w:type="dxa" w:w="1155"/>
          </w:tcPr>
          <w:p>
            <w:pPr>
              <w:spacing w:after="0"/>
              <w:jc w:val="right"/>
            </w:pPr>
            <w:r>
              <w:rPr>
                <w:sz w:val="16"/>
              </w:rPr>
              <w:t>$716,024</w:t>
            </w:r>
          </w:p>
        </w:tc>
        <w:tc>
          <w:tcPr>
            <w:tcW w:type="dxa" w:w="1305"/>
          </w:tcPr>
          <w:p>
            <w:pPr>
              <w:spacing w:after="0"/>
              <w:jc w:val="right"/>
            </w:pPr>
            <w:r>
              <w:rPr>
                <w:sz w:val="16"/>
              </w:rPr>
              <w:t>0.00238%</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$9,540,247,408</w:t>
            </w:r>
          </w:p>
        </w:tc>
        <w:tc>
          <w:tcPr>
            <w:tcW w:type="dxa" w:w="1132"/>
          </w:tcPr>
          <w:p>
            <w:pPr>
              <w:spacing w:after="0"/>
              <w:jc w:val="right"/>
            </w:pPr>
            <w:r>
              <w:rPr>
                <w:sz w:val="16"/>
              </w:rPr>
              <w:t>$5,631,402</w:t>
            </w:r>
          </w:p>
        </w:tc>
        <w:tc>
          <w:tcPr>
            <w:tcW w:type="dxa" w:w="1042"/>
          </w:tcPr>
          <w:p>
            <w:pPr>
              <w:spacing w:after="0"/>
              <w:jc w:val="right"/>
            </w:pPr>
            <w:r>
              <w:rPr>
                <w:sz w:val="16"/>
              </w:rPr>
              <w:t>43,588</w:t>
            </w:r>
          </w:p>
        </w:tc>
        <w:tc>
          <w:tcPr>
            <w:tcW w:type="dxa" w:w="1126"/>
          </w:tcPr>
          <w:p>
            <w:pPr>
              <w:spacing w:after="0"/>
              <w:jc w:val="right"/>
            </w:pPr>
            <w:r>
              <w:rPr>
                <w:sz w:val="16"/>
              </w:rPr>
              <w:t>$14,648</w:t>
            </w:r>
          </w:p>
        </w:tc>
        <w:tc>
          <w:tcPr>
            <w:tcW w:type="dxa" w:w="1126"/>
          </w:tcPr>
          <w:p>
            <w:pPr>
              <w:spacing w:after="0"/>
              <w:jc w:val="right"/>
            </w:pPr>
            <w:r>
              <w:rPr>
                <w:sz w:val="16"/>
              </w:rPr>
              <w:t>$4</w:t>
            </w:r>
          </w:p>
        </w:tc>
        <w:tc>
          <w:tcPr>
            <w:tcW w:type="dxa" w:w="1155"/>
          </w:tcPr>
          <w:p>
            <w:pPr>
              <w:spacing w:after="0"/>
              <w:jc w:val="right"/>
            </w:pPr>
            <w:r>
              <w:rPr>
                <w:sz w:val="16"/>
              </w:rPr>
              <w:t>$3,236</w:t>
            </w:r>
          </w:p>
        </w:tc>
        <w:tc>
          <w:tcPr>
            <w:tcW w:type="dxa" w:w="1305"/>
          </w:tcPr>
          <w:p>
            <w:pPr>
              <w:spacing w:after="0"/>
              <w:jc w:val="right"/>
            </w:pPr>
            <w:r>
              <w:rPr>
                <w:sz w:val="16"/>
              </w:rPr>
              <w:t>0.000154%</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$25,002,321,612</w:t>
            </w:r>
          </w:p>
        </w:tc>
        <w:tc>
          <w:tcPr>
            <w:tcW w:type="dxa" w:w="1132"/>
          </w:tcPr>
          <w:p>
            <w:pPr>
              <w:spacing w:after="0"/>
              <w:jc w:val="right"/>
            </w:pPr>
            <w:r>
              <w:rPr>
                <w:sz w:val="16"/>
              </w:rPr>
              <w:t>$6,469,325</w:t>
            </w:r>
          </w:p>
        </w:tc>
        <w:tc>
          <w:tcPr>
            <w:tcW w:type="dxa" w:w="1042"/>
          </w:tcPr>
          <w:p>
            <w:pPr>
              <w:spacing w:after="0"/>
              <w:jc w:val="right"/>
            </w:pPr>
            <w:r>
              <w:rPr>
                <w:sz w:val="16"/>
              </w:rPr>
              <w:t>105,598</w:t>
            </w:r>
          </w:p>
        </w:tc>
        <w:tc>
          <w:tcPr>
            <w:tcW w:type="dxa" w:w="1126"/>
          </w:tcPr>
          <w:p>
            <w:pPr>
              <w:spacing w:after="0"/>
              <w:jc w:val="right"/>
            </w:pPr>
            <w:r>
              <w:rPr>
                <w:sz w:val="16"/>
              </w:rPr>
              <w:t>$41,734</w:t>
            </w:r>
          </w:p>
        </w:tc>
        <w:tc>
          <w:tcPr>
            <w:tcW w:type="dxa" w:w="1126"/>
          </w:tcPr>
          <w:p>
            <w:pPr>
              <w:spacing w:after="0"/>
              <w:jc w:val="right"/>
            </w:pPr>
            <w:r>
              <w:rPr>
                <w:sz w:val="16"/>
              </w:rPr>
              <w:t>$1</w:t>
            </w:r>
          </w:p>
        </w:tc>
        <w:tc>
          <w:tcPr>
            <w:tcW w:type="dxa" w:w="1155"/>
          </w:tcPr>
          <w:p>
            <w:pPr>
              <w:spacing w:after="0"/>
              <w:jc w:val="right"/>
            </w:pPr>
            <w:r>
              <w:rPr>
                <w:sz w:val="16"/>
              </w:rPr>
              <w:t>$22,852</w:t>
            </w:r>
          </w:p>
        </w:tc>
        <w:tc>
          <w:tcPr>
            <w:tcW w:type="dxa" w:w="1305"/>
          </w:tcPr>
          <w:p>
            <w:pPr>
              <w:spacing w:after="0"/>
              <w:jc w:val="right"/>
            </w:pPr>
            <w:r>
              <w:rPr>
                <w:sz w:val="16"/>
              </w:rPr>
              <w:t>0.000167%</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r>
              <w:rPr>
                <w:sz w:val="16"/>
              </w:rPr>
              <w:t>none found (1 declaration)</w:t>
            </w:r>
          </w:p>
        </w:tc>
        <w:tc>
          <w:tcPr>
            <w:tcW w:type="dxa" w:w="1202"/>
          </w:tcPr>
          <w:p>
            <w:pPr>
              <w:spacing w:after="0"/>
              <w:jc w:val="left"/>
            </w:pPr>
          </w:p>
        </w:tc>
      </w:tr>
    </w:tbl>
    <w:p>
      <w:pPr>
        <w:spacing w:after="40" w:before="60"/>
      </w:pPr>
      <w:r>
        <w:rPr>
          <w:sz w:val="15"/>
        </w:rPr>
        <w:t>Totals since 2024-08-13 (Storm Events through 2026-06-30): 108 county-coded records, 108 with a damage value recorded (including $0), $319,500; 17 zone-level records, 17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105,598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$25,002,321,612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$6,469,325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$33,184,550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$3,138,078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1</w:t>
            </w:r>
          </w:p>
        </w:tc>
        <w:tc>
          <w:tcPr>
            <w:tcW w:type="dxa" w:w="1558"/>
          </w:tcPr>
          <w:p>
            <w:pPr>
              <w:spacing w:after="0"/>
              <w:jc w:val="right"/>
            </w:pPr>
            <w:r>
              <w:rPr>
                <w:sz w:val="16"/>
              </w:rPr>
              <w:t>6</w:t>
            </w:r>
          </w:p>
        </w:tc>
        <w:tc>
          <w:tcPr>
            <w:tcW w:type="dxa" w:w="1558"/>
          </w:tcPr>
          <w:p>
            <w:pPr>
              <w:spacing w:after="0"/>
              <w:jc w:val="right"/>
            </w:pPr>
            <w:r>
              <w:rPr>
                <w:sz w:val="16"/>
              </w:rPr>
              <w:t>36</w:t>
            </w:r>
          </w:p>
        </w:tc>
        <w:tc>
          <w:tcPr>
            <w:tcW w:type="dxa" w:w="1558"/>
          </w:tcPr>
          <w:p>
            <w:pPr>
              <w:spacing w:after="0"/>
              <w:jc w:val="right"/>
            </w:pPr>
            <w:r>
              <w:rPr>
                <w:sz w:val="16"/>
              </w:rPr>
              <w:t>6</w:t>
            </w:r>
          </w:p>
        </w:tc>
        <w:tc>
          <w:tcPr>
            <w:tcW w:type="dxa" w:w="1558"/>
          </w:tcPr>
          <w:p>
            <w:pPr>
              <w:spacing w:after="0"/>
              <w:jc w:val="right"/>
            </w:pPr>
            <w:r>
              <w:rPr>
                <w:sz w:val="16"/>
              </w:rPr>
              <w:t>36</w:t>
            </w:r>
          </w:p>
        </w:tc>
        <w:tc>
          <w:tcPr>
            <w:tcW w:type="dxa" w:w="1558"/>
          </w:tcPr>
          <w:p>
            <w:pPr>
              <w:spacing w:after="0"/>
              <w:jc w:val="right"/>
            </w:pPr>
            <w:r>
              <w:rPr>
                <w:sz w:val="16"/>
              </w:rPr>
              <w:t>0</w:t>
            </w:r>
          </w:p>
        </w:tc>
        <w:tc>
          <w:tcPr>
            <w:tcW w:type="dxa" w:w="1735"/>
          </w:tcPr>
          <w:p>
            <w:pPr>
              <w:spacing w:after="0"/>
              <w:jc w:val="right"/>
            </w:pPr>
            <w:r>
              <w:rPr>
                <w:sz w:val="16"/>
              </w:rPr>
              <w:t>8</w:t>
            </w:r>
          </w:p>
        </w:tc>
      </w:tr>
      <w:tr>
        <w:trPr>
          <w:cantSplit/>
        </w:trPr>
        <w:tc>
          <w:tcPr>
            <w:tcW w:type="dxa" w:w="3027"/>
          </w:tcPr>
          <w:p>
            <w:pPr>
              <w:spacing w:after="0"/>
              <w:jc w:val="left"/>
            </w:pPr>
            <w:r>
              <w:rPr>
                <w:sz w:val="16"/>
              </w:rPr>
              <w:t>MONONGALIA COUNTY *</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11</w:t>
            </w:r>
          </w:p>
        </w:tc>
        <w:tc>
          <w:tcPr>
            <w:tcW w:type="dxa" w:w="1558"/>
          </w:tcPr>
          <w:p>
            <w:pPr>
              <w:spacing w:after="0"/>
              <w:jc w:val="right"/>
            </w:pPr>
            <w:r>
              <w:rPr>
                <w:sz w:val="16"/>
              </w:rPr>
              <w:t>1</w:t>
            </w:r>
          </w:p>
        </w:tc>
        <w:tc>
          <w:tcPr>
            <w:tcW w:type="dxa" w:w="1558"/>
          </w:tcPr>
          <w:p>
            <w:pPr>
              <w:spacing w:after="0"/>
              <w:jc w:val="right"/>
            </w:pPr>
            <w:r>
              <w:rPr>
                <w:sz w:val="16"/>
              </w:rPr>
              <w:t>11</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BLACKSVILLE, CITY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MORGANTOWN, CITY OF</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20</w:t>
            </w:r>
          </w:p>
        </w:tc>
        <w:tc>
          <w:tcPr>
            <w:tcW w:type="dxa" w:w="1558"/>
          </w:tcPr>
          <w:p>
            <w:pPr>
              <w:spacing w:after="0"/>
              <w:jc w:val="right"/>
            </w:pPr>
            <w:r>
              <w:rPr>
                <w:sz w:val="16"/>
              </w:rPr>
              <w:t>4</w:t>
            </w:r>
          </w:p>
        </w:tc>
        <w:tc>
          <w:tcPr>
            <w:tcW w:type="dxa" w:w="1558"/>
          </w:tcPr>
          <w:p>
            <w:pPr>
              <w:spacing w:after="0"/>
              <w:jc w:val="right"/>
            </w:pPr>
            <w:r>
              <w:rPr>
                <w:sz w:val="16"/>
              </w:rPr>
              <w:t>20</w:t>
            </w:r>
          </w:p>
        </w:tc>
        <w:tc>
          <w:tcPr>
            <w:tcW w:type="dxa" w:w="1558"/>
          </w:tcPr>
          <w:p>
            <w:pPr>
              <w:spacing w:after="0"/>
              <w:jc w:val="right"/>
            </w:pPr>
            <w:r>
              <w:rPr>
                <w:sz w:val="16"/>
              </w:rPr>
              <w:t>0</w:t>
            </w:r>
          </w:p>
        </w:tc>
        <w:tc>
          <w:tcPr>
            <w:tcW w:type="dxa" w:w="1735"/>
          </w:tcPr>
          <w:p>
            <w:pPr>
              <w:spacing w:after="0"/>
              <w:jc w:val="right"/>
            </w:pPr>
            <w:r>
              <w:rPr>
                <w:sz w:val="16"/>
              </w:rPr>
              <w:t>6</w:t>
            </w:r>
          </w:p>
        </w:tc>
      </w:tr>
      <w:tr>
        <w:trPr>
          <w:cantSplit/>
        </w:trPr>
        <w:tc>
          <w:tcPr>
            <w:tcW w:type="dxa" w:w="3027"/>
          </w:tcPr>
          <w:p>
            <w:pPr>
              <w:spacing w:after="0"/>
              <w:jc w:val="left"/>
            </w:pPr>
            <w:r>
              <w:rPr>
                <w:sz w:val="16"/>
              </w:rPr>
              <w:t>OSAGE, TOWN OF (community ID not in plan data)</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GRANVILLE,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WESTOVER,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Monongalia County</w:t>
            </w:r>
          </w:p>
        </w:tc>
        <w:tc>
          <w:tcPr>
            <w:tcW w:type="dxa" w:w="1499"/>
          </w:tcPr>
          <w:p>
            <w:pPr>
              <w:spacing w:after="0"/>
              <w:jc w:val="left"/>
            </w:pPr>
            <w:r>
              <w:rPr>
                <w:sz w:val="16"/>
              </w:rPr>
              <w:t>540139</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11</w:t>
            </w:r>
          </w:p>
        </w:tc>
        <w:tc>
          <w:tcPr>
            <w:tcW w:type="dxa" w:w="1347"/>
          </w:tcPr>
          <w:p>
            <w:pPr>
              <w:spacing w:after="0"/>
              <w:jc w:val="right"/>
            </w:pPr>
            <w:r>
              <w:rPr>
                <w:sz w:val="16"/>
              </w:rPr>
              <w:t>1</w:t>
            </w:r>
          </w:p>
        </w:tc>
        <w:tc>
          <w:tcPr>
            <w:tcW w:type="dxa" w:w="1347"/>
          </w:tcPr>
          <w:p>
            <w:pPr>
              <w:spacing w:after="0"/>
              <w:jc w:val="right"/>
            </w:pPr>
            <w:r>
              <w:rPr>
                <w:sz w:val="16"/>
              </w:rPr>
              <w:t>11</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Blacksville town</w:t>
            </w:r>
          </w:p>
        </w:tc>
        <w:tc>
          <w:tcPr>
            <w:tcW w:type="dxa" w:w="1499"/>
          </w:tcPr>
          <w:p>
            <w:pPr>
              <w:spacing w:after="0"/>
              <w:jc w:val="left"/>
            </w:pPr>
            <w:r>
              <w:rPr>
                <w:sz w:val="16"/>
              </w:rPr>
              <w:t>540140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Granville town</w:t>
            </w:r>
          </w:p>
        </w:tc>
        <w:tc>
          <w:tcPr>
            <w:tcW w:type="dxa" w:w="1499"/>
          </w:tcPr>
          <w:p>
            <w:pPr>
              <w:spacing w:after="0"/>
              <w:jc w:val="left"/>
            </w:pPr>
            <w:r>
              <w:rPr>
                <w:sz w:val="16"/>
              </w:rPr>
              <w:t>540272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Morgantown city</w:t>
            </w:r>
          </w:p>
        </w:tc>
        <w:tc>
          <w:tcPr>
            <w:tcW w:type="dxa" w:w="1499"/>
          </w:tcPr>
          <w:p>
            <w:pPr>
              <w:spacing w:after="0"/>
              <w:jc w:val="left"/>
            </w:pPr>
            <w:r>
              <w:rPr>
                <w:sz w:val="16"/>
              </w:rPr>
              <w:t>540141</w:t>
            </w:r>
          </w:p>
        </w:tc>
        <w:tc>
          <w:tcPr>
            <w:tcW w:type="dxa" w:w="1347"/>
          </w:tcPr>
          <w:p>
            <w:pPr>
              <w:spacing w:after="0"/>
              <w:jc w:val="right"/>
            </w:pPr>
            <w:r>
              <w:rPr>
                <w:sz w:val="16"/>
              </w:rPr>
              <w:t>1</w:t>
            </w:r>
          </w:p>
        </w:tc>
        <w:tc>
          <w:tcPr>
            <w:tcW w:type="dxa" w:w="1347"/>
          </w:tcPr>
          <w:p>
            <w:pPr>
              <w:spacing w:after="0"/>
              <w:jc w:val="right"/>
            </w:pPr>
            <w:r>
              <w:rPr>
                <w:sz w:val="16"/>
              </w:rPr>
              <w:t>4</w:t>
            </w:r>
          </w:p>
        </w:tc>
        <w:tc>
          <w:tcPr>
            <w:tcW w:type="dxa" w:w="1347"/>
          </w:tcPr>
          <w:p>
            <w:pPr>
              <w:spacing w:after="0"/>
              <w:jc w:val="right"/>
            </w:pPr>
            <w:r>
              <w:rPr>
                <w:sz w:val="16"/>
              </w:rPr>
              <w:t>20</w:t>
            </w:r>
          </w:p>
        </w:tc>
        <w:tc>
          <w:tcPr>
            <w:tcW w:type="dxa" w:w="1347"/>
          </w:tcPr>
          <w:p>
            <w:pPr>
              <w:spacing w:after="0"/>
              <w:jc w:val="right"/>
            </w:pPr>
            <w:r>
              <w:rPr>
                <w:sz w:val="16"/>
              </w:rPr>
              <w:t>4</w:t>
            </w:r>
          </w:p>
        </w:tc>
        <w:tc>
          <w:tcPr>
            <w:tcW w:type="dxa" w:w="1347"/>
          </w:tcPr>
          <w:p>
            <w:pPr>
              <w:spacing w:after="0"/>
              <w:jc w:val="right"/>
            </w:pPr>
            <w:r>
              <w:rPr>
                <w:sz w:val="16"/>
              </w:rPr>
              <w:t>20</w:t>
            </w:r>
          </w:p>
        </w:tc>
        <w:tc>
          <w:tcPr>
            <w:tcW w:type="dxa" w:w="1347"/>
          </w:tcPr>
          <w:p>
            <w:pPr>
              <w:spacing w:after="0"/>
              <w:jc w:val="right"/>
            </w:pPr>
            <w:r>
              <w:rPr>
                <w:sz w:val="16"/>
              </w:rPr>
              <w:t>0</w:t>
            </w:r>
          </w:p>
        </w:tc>
        <w:tc>
          <w:tcPr>
            <w:tcW w:type="dxa" w:w="1499"/>
          </w:tcPr>
          <w:p>
            <w:pPr>
              <w:spacing w:after="0"/>
              <w:jc w:val="right"/>
            </w:pPr>
            <w:r>
              <w:rPr>
                <w:sz w:val="16"/>
              </w:rPr>
              <w:t>6</w:t>
            </w:r>
          </w:p>
        </w:tc>
        <w:tc>
          <w:tcPr>
            <w:tcW w:type="dxa" w:w="921"/>
          </w:tcPr>
          <w:p>
            <w:pPr>
              <w:spacing w:after="0"/>
              <w:jc w:val="left"/>
            </w:pPr>
          </w:p>
        </w:tc>
      </w:tr>
      <w:tr>
        <w:trPr>
          <w:cantSplit/>
        </w:trPr>
        <w:tc>
          <w:tcPr>
            <w:tcW w:type="dxa" w:w="2109"/>
          </w:tcPr>
          <w:p>
            <w:pPr>
              <w:spacing w:after="0"/>
              <w:jc w:val="left"/>
            </w:pPr>
            <w:r>
              <w:rPr>
                <w:sz w:val="16"/>
              </w:rPr>
              <w:t>Star City town</w:t>
            </w:r>
          </w:p>
        </w:tc>
        <w:tc>
          <w:tcPr>
            <w:tcW w:type="dxa" w:w="1499"/>
          </w:tcPr>
          <w:p>
            <w:pPr>
              <w:spacing w:after="0"/>
              <w:jc w:val="left"/>
            </w:pPr>
            <w:r>
              <w:rPr>
                <w:sz w:val="16"/>
              </w:rPr>
              <w:t>540273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Westover city</w:t>
            </w:r>
          </w:p>
        </w:tc>
        <w:tc>
          <w:tcPr>
            <w:tcW w:type="dxa" w:w="1499"/>
          </w:tcPr>
          <w:p>
            <w:pPr>
              <w:spacing w:after="0"/>
              <w:jc w:val="left"/>
            </w:pPr>
            <w:r>
              <w:rPr>
                <w:sz w:val="16"/>
              </w:rPr>
              <w:t>540274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28</w:t>
            </w:r>
          </w:p>
        </w:tc>
        <w:tc>
          <w:tcPr>
            <w:tcW w:type="dxa" w:w="1496"/>
          </w:tcPr>
          <w:p>
            <w:pPr>
              <w:spacing w:after="0"/>
              <w:jc w:val="right"/>
            </w:pPr>
            <w:r>
              <w:rPr>
                <w:sz w:val="16"/>
              </w:rPr>
              <w:t>3</w:t>
            </w:r>
          </w:p>
        </w:tc>
        <w:tc>
          <w:tcPr>
            <w:tcW w:type="dxa" w:w="1496"/>
          </w:tcPr>
          <w:p>
            <w:pPr>
              <w:spacing w:after="0"/>
              <w:jc w:val="right"/>
            </w:pPr>
            <w:r>
              <w:rPr>
                <w:sz w:val="16"/>
              </w:rPr>
              <w:t>28</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Monongalia County, WV: risk-assessment baseline packet, release 2026-10 (data as of 2026-09-28; County area 54061).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Monongalia County, WV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Monongalia County, WV: Risk-assessment baseline packet</dc:title>
  <dc:subject>Hazard Plain release 2026-10, as of 2026-09-28. Preview: automated baseline</dc:subject>
  <dc:creator>Hazard Plain</dc:creator>
  <cp:keywords>Hazard Plain; hazard mitigation; risk assessment; 54061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