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Harrison County, WV</w:t>
      </w:r>
    </w:p>
    <w:p>
      <w:pPr>
        <w:spacing w:after="120" w:before="0"/>
      </w:pPr>
      <w:r>
        <w:rPr>
          <w:color w:val="555555"/>
          <w:sz w:val="24"/>
        </w:rPr>
        <w:t>Risk-assessment baseline packet</w:t>
      </w:r>
    </w:p>
    <w:p>
      <w:pPr>
        <w:spacing w:after="120" w:before="0"/>
      </w:pPr>
      <w:r>
        <w:rPr>
          <w:b/>
          <w:sz w:val="18"/>
        </w:rPr>
        <w:t xml:space="preserve">County FIPS: </w:t>
      </w:r>
      <w:r>
        <w:rPr>
          <w:sz w:val="18"/>
        </w:rPr>
        <w:t>54033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2029-08-12. Plan: RPDC 06 Hazard Mitigation Plan (FEMA plan 109811), approved 2024-08-13.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2024-08-13: 1 new hazard declaration (1 incident) and 100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($25,107,162 a year), Hail ($588,514) and Tornado ($588,001).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2029-08-12</w:t>
      </w:r>
    </w:p>
    <w:p>
      <w:pPr>
        <w:keepNext/>
        <w:spacing w:after="40" w:before="0"/>
      </w:pPr>
      <w:r>
        <w:rPr>
          <w:b/>
        </w:rPr>
        <w:t xml:space="preserve">Plan: </w:t>
      </w:r>
      <w:r>
        <w:rPr/>
        <w:t>RPDC 06 Hazard Mitigation Plan (FEMA plan 109811)</w:t>
      </w:r>
    </w:p>
    <w:p>
      <w:pPr>
        <w:keepNext/>
        <w:spacing w:after="40" w:before="0"/>
      </w:pPr>
      <w:r>
        <w:rPr>
          <w:b/>
        </w:rPr>
        <w:t xml:space="preserve">Approved: </w:t>
      </w:r>
      <w:r>
        <w:rPr/>
        <w:t>2024-08-13</w:t>
      </w:r>
    </w:p>
    <w:p>
      <w:pPr>
        <w:keepNext/>
        <w:spacing w:after="40" w:before="0"/>
      </w:pPr>
      <w:r>
        <w:rPr>
          <w:b/>
        </w:rPr>
        <w:t xml:space="preserve">Days to expiry: </w:t>
      </w:r>
      <w:r>
        <w:rPr/>
        <w:t>1,047</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6 (44 CFR 77.2); any definition: 86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7"/>
        <w:gridCol w:w="680"/>
        <w:gridCol w:w="2304"/>
        <w:gridCol w:w="3782"/>
        <w:gridCol w:w="1037"/>
        <w:gridCol w:w="1037"/>
        <w:gridCol w:w="871"/>
        <w:gridCol w:w="2975"/>
      </w:tblGrid>
      <w:tr>
        <w:trPr>
          <w:cantSplit/>
          <w:tblHeader/>
        </w:trPr>
        <w:tc>
          <w:tcPr>
            <w:tcW w:type="dxa" w:w="142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04"/>
            <w:shd w:val="clear" w:color="auto" w:fill="E8E8E8"/>
          </w:tcPr>
          <w:p>
            <w:pPr>
              <w:spacing w:after="0"/>
              <w:jc w:val="left"/>
            </w:pPr>
            <w:r>
              <w:rPr>
                <w:b/>
                <w:sz w:val="16"/>
              </w:rPr>
              <w:t>Status</w:t>
            </w:r>
          </w:p>
        </w:tc>
        <w:tc>
          <w:tcPr>
            <w:tcW w:type="dxa" w:w="37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5"/>
            <w:shd w:val="clear" w:color="auto" w:fill="E8E8E8"/>
          </w:tcPr>
          <w:p>
            <w:pPr>
              <w:spacing w:after="0"/>
              <w:jc w:val="left"/>
            </w:pPr>
            <w:r>
              <w:rPr>
                <w:b/>
                <w:sz w:val="16"/>
              </w:rPr>
              <w:t>Notes</w:t>
            </w:r>
          </w:p>
        </w:tc>
      </w:tr>
      <w:tr>
        <w:trPr>
          <w:cantSplit/>
        </w:trPr>
        <w:tc>
          <w:tcPr>
            <w:tcW w:type="dxa" w:w="1427"/>
          </w:tcPr>
          <w:p>
            <w:pPr>
              <w:spacing w:after="0"/>
              <w:jc w:val="left"/>
            </w:pPr>
            <w:r>
              <w:rPr>
                <w:sz w:val="16"/>
              </w:rPr>
              <w:t>Harrison County</w:t>
            </w:r>
          </w:p>
        </w:tc>
        <w:tc>
          <w:tcPr>
            <w:tcW w:type="dxa" w:w="680"/>
          </w:tcPr>
          <w:p>
            <w:pPr>
              <w:spacing w:after="0"/>
              <w:jc w:val="left"/>
            </w:pPr>
            <w:r>
              <w:rPr>
                <w:sz w:val="16"/>
              </w:rPr>
              <w:t>County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2024-08-14</w:t>
            </w:r>
          </w:p>
        </w:tc>
      </w:tr>
      <w:tr>
        <w:trPr>
          <w:cantSplit/>
        </w:trPr>
        <w:tc>
          <w:tcPr>
            <w:tcW w:type="dxa" w:w="1427"/>
          </w:tcPr>
          <w:p>
            <w:pPr>
              <w:spacing w:after="0"/>
              <w:jc w:val="left"/>
            </w:pPr>
            <w:r>
              <w:rPr>
                <w:sz w:val="16"/>
              </w:rPr>
              <w:t>Anmoore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2024-08-19</w:t>
            </w:r>
          </w:p>
        </w:tc>
      </w:tr>
      <w:tr>
        <w:trPr>
          <w:cantSplit/>
        </w:trPr>
        <w:tc>
          <w:tcPr>
            <w:tcW w:type="dxa" w:w="1427"/>
          </w:tcPr>
          <w:p>
            <w:pPr>
              <w:spacing w:after="0"/>
              <w:jc w:val="left"/>
            </w:pPr>
            <w:r>
              <w:rPr>
                <w:sz w:val="16"/>
              </w:rPr>
              <w:t>Bridgeport city</w:t>
            </w:r>
          </w:p>
        </w:tc>
        <w:tc>
          <w:tcPr>
            <w:tcW w:type="dxa" w:w="680"/>
          </w:tcPr>
          <w:p>
            <w:pPr>
              <w:spacing w:after="0"/>
              <w:jc w:val="left"/>
            </w:pPr>
            <w:r>
              <w:rPr>
                <w:sz w:val="16"/>
              </w:rPr>
              <w:t>City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2024-08-26</w:t>
            </w:r>
          </w:p>
        </w:tc>
      </w:tr>
      <w:tr>
        <w:trPr>
          <w:cantSplit/>
        </w:trPr>
        <w:tc>
          <w:tcPr>
            <w:tcW w:type="dxa" w:w="1427"/>
          </w:tcPr>
          <w:p>
            <w:pPr>
              <w:spacing w:after="0"/>
              <w:jc w:val="left"/>
            </w:pPr>
            <w:r>
              <w:rPr>
                <w:sz w:val="16"/>
              </w:rPr>
              <w:t>Clarksburg city</w:t>
            </w:r>
          </w:p>
        </w:tc>
        <w:tc>
          <w:tcPr>
            <w:tcW w:type="dxa" w:w="680"/>
          </w:tcPr>
          <w:p>
            <w:pPr>
              <w:spacing w:after="0"/>
              <w:jc w:val="left"/>
            </w:pPr>
            <w:r>
              <w:rPr>
                <w:sz w:val="16"/>
              </w:rPr>
              <w:t>City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2024-08-15</w:t>
            </w:r>
          </w:p>
        </w:tc>
      </w:tr>
      <w:tr>
        <w:trPr>
          <w:cantSplit/>
        </w:trPr>
        <w:tc>
          <w:tcPr>
            <w:tcW w:type="dxa" w:w="1427"/>
          </w:tcPr>
          <w:p>
            <w:pPr>
              <w:spacing w:after="0"/>
              <w:jc w:val="left"/>
            </w:pPr>
            <w:r>
              <w:rPr>
                <w:sz w:val="16"/>
              </w:rPr>
              <w:t>Lost Creek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p>
        </w:tc>
      </w:tr>
      <w:tr>
        <w:trPr>
          <w:cantSplit/>
        </w:trPr>
        <w:tc>
          <w:tcPr>
            <w:tcW w:type="dxa" w:w="1427"/>
          </w:tcPr>
          <w:p>
            <w:pPr>
              <w:spacing w:after="0"/>
              <w:jc w:val="left"/>
            </w:pPr>
            <w:r>
              <w:rPr>
                <w:sz w:val="16"/>
              </w:rPr>
              <w:t>Lumberport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2024-09-09</w:t>
            </w:r>
          </w:p>
        </w:tc>
      </w:tr>
      <w:tr>
        <w:trPr>
          <w:cantSplit/>
        </w:trPr>
        <w:tc>
          <w:tcPr>
            <w:tcW w:type="dxa" w:w="1427"/>
          </w:tcPr>
          <w:p>
            <w:pPr>
              <w:spacing w:after="0"/>
              <w:jc w:val="left"/>
            </w:pPr>
            <w:r>
              <w:rPr>
                <w:sz w:val="16"/>
              </w:rPr>
              <w:t>Nutter Fort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p>
        </w:tc>
      </w:tr>
      <w:tr>
        <w:trPr>
          <w:cantSplit/>
        </w:trPr>
        <w:tc>
          <w:tcPr>
            <w:tcW w:type="dxa" w:w="1427"/>
          </w:tcPr>
          <w:p>
            <w:pPr>
              <w:spacing w:after="0"/>
              <w:jc w:val="left"/>
            </w:pPr>
            <w:r>
              <w:rPr>
                <w:sz w:val="16"/>
              </w:rPr>
              <w:t>Salem city</w:t>
            </w:r>
          </w:p>
        </w:tc>
        <w:tc>
          <w:tcPr>
            <w:tcW w:type="dxa" w:w="680"/>
          </w:tcPr>
          <w:p>
            <w:pPr>
              <w:spacing w:after="0"/>
              <w:jc w:val="left"/>
            </w:pPr>
            <w:r>
              <w:rPr>
                <w:sz w:val="16"/>
              </w:rPr>
              <w:t>City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p>
        </w:tc>
      </w:tr>
      <w:tr>
        <w:trPr>
          <w:cantSplit/>
        </w:trPr>
        <w:tc>
          <w:tcPr>
            <w:tcW w:type="dxa" w:w="1427"/>
          </w:tcPr>
          <w:p>
            <w:pPr>
              <w:spacing w:after="0"/>
              <w:jc w:val="left"/>
            </w:pPr>
            <w:r>
              <w:rPr>
                <w:sz w:val="16"/>
              </w:rPr>
              <w:t>Shinnston city</w:t>
            </w:r>
          </w:p>
        </w:tc>
        <w:tc>
          <w:tcPr>
            <w:tcW w:type="dxa" w:w="680"/>
          </w:tcPr>
          <w:p>
            <w:pPr>
              <w:spacing w:after="0"/>
              <w:jc w:val="left"/>
            </w:pPr>
            <w:r>
              <w:rPr>
                <w:sz w:val="16"/>
              </w:rPr>
              <w:t>City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2024-09-09</w:t>
            </w:r>
          </w:p>
        </w:tc>
      </w:tr>
      <w:tr>
        <w:trPr>
          <w:cantSplit/>
        </w:trPr>
        <w:tc>
          <w:tcPr>
            <w:tcW w:type="dxa" w:w="1427"/>
          </w:tcPr>
          <w:p>
            <w:pPr>
              <w:spacing w:after="0"/>
              <w:jc w:val="left"/>
            </w:pPr>
            <w:r>
              <w:rPr>
                <w:sz w:val="16"/>
              </w:rPr>
              <w:t>Stonewood city</w:t>
            </w:r>
          </w:p>
        </w:tc>
        <w:tc>
          <w:tcPr>
            <w:tcW w:type="dxa" w:w="680"/>
          </w:tcPr>
          <w:p>
            <w:pPr>
              <w:spacing w:after="0"/>
              <w:jc w:val="left"/>
            </w:pPr>
            <w:r>
              <w:rPr>
                <w:sz w:val="16"/>
              </w:rPr>
              <w:t>City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2024-09-17</w:t>
            </w:r>
          </w:p>
        </w:tc>
      </w:tr>
      <w:tr>
        <w:trPr>
          <w:cantSplit/>
        </w:trPr>
        <w:tc>
          <w:tcPr>
            <w:tcW w:type="dxa" w:w="1427"/>
          </w:tcPr>
          <w:p>
            <w:pPr>
              <w:spacing w:after="0"/>
              <w:jc w:val="left"/>
            </w:pPr>
            <w:r>
              <w:rPr>
                <w:sz w:val="16"/>
              </w:rPr>
              <w:t>West Milford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109811 covers 34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$24,881,157</w:t>
            </w:r>
          </w:p>
        </w:tc>
        <w:tc>
          <w:tcPr>
            <w:tcW w:type="dxa" w:w="1126"/>
          </w:tcPr>
          <w:p>
            <w:pPr>
              <w:spacing w:after="0"/>
              <w:jc w:val="right"/>
            </w:pPr>
            <w:r>
              <w:rPr>
                <w:sz w:val="16"/>
              </w:rPr>
              <w:t>$33,350</w:t>
            </w:r>
          </w:p>
        </w:tc>
        <w:tc>
          <w:tcPr>
            <w:tcW w:type="dxa" w:w="1906"/>
          </w:tcPr>
          <w:p>
            <w:pPr>
              <w:spacing w:after="0"/>
              <w:jc w:val="right"/>
            </w:pPr>
            <w:r>
              <w:rPr>
                <w:sz w:val="16"/>
              </w:rPr>
              <w:t>$192,655</w:t>
            </w:r>
          </w:p>
        </w:tc>
        <w:tc>
          <w:tcPr>
            <w:tcW w:type="dxa" w:w="1203"/>
          </w:tcPr>
          <w:p>
            <w:pPr>
              <w:spacing w:after="0"/>
              <w:jc w:val="right"/>
            </w:pPr>
            <w:r>
              <w:rPr>
                <w:sz w:val="16"/>
              </w:rPr>
              <w:t>$25,107,162</w:t>
            </w:r>
          </w:p>
        </w:tc>
        <w:tc>
          <w:tcPr>
            <w:tcW w:type="dxa" w:w="2115"/>
          </w:tcPr>
          <w:p>
            <w:pPr>
              <w:spacing w:after="0"/>
              <w:jc w:val="right"/>
            </w:pPr>
            <w:r>
              <w:rPr>
                <w:sz w:val="16"/>
              </w:rPr>
              <w:t>137</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Hail</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$539,572</w:t>
            </w:r>
          </w:p>
        </w:tc>
        <w:tc>
          <w:tcPr>
            <w:tcW w:type="dxa" w:w="1126"/>
          </w:tcPr>
          <w:p>
            <w:pPr>
              <w:spacing w:after="0"/>
              <w:jc w:val="right"/>
            </w:pPr>
            <w:r>
              <w:rPr>
                <w:sz w:val="16"/>
              </w:rPr>
              <w:t>$823</w:t>
            </w:r>
          </w:p>
        </w:tc>
        <w:tc>
          <w:tcPr>
            <w:tcW w:type="dxa" w:w="1906"/>
          </w:tcPr>
          <w:p>
            <w:pPr>
              <w:spacing w:after="0"/>
              <w:jc w:val="right"/>
            </w:pPr>
            <w:r>
              <w:rPr>
                <w:sz w:val="16"/>
              </w:rPr>
              <w:t>$48,119</w:t>
            </w:r>
          </w:p>
        </w:tc>
        <w:tc>
          <w:tcPr>
            <w:tcW w:type="dxa" w:w="1203"/>
          </w:tcPr>
          <w:p>
            <w:pPr>
              <w:spacing w:after="0"/>
              <w:jc w:val="right"/>
            </w:pPr>
            <w:r>
              <w:rPr>
                <w:sz w:val="16"/>
              </w:rPr>
              <w:t>$588,514</w:t>
            </w:r>
          </w:p>
        </w:tc>
        <w:tc>
          <w:tcPr>
            <w:tcW w:type="dxa" w:w="2115"/>
          </w:tcPr>
          <w:p>
            <w:pPr>
              <w:spacing w:after="0"/>
              <w:jc w:val="right"/>
            </w:pPr>
            <w:r>
              <w:rPr>
                <w:sz w:val="16"/>
              </w:rPr>
              <w:t>70</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$311,907</w:t>
            </w:r>
          </w:p>
        </w:tc>
        <w:tc>
          <w:tcPr>
            <w:tcW w:type="dxa" w:w="1126"/>
          </w:tcPr>
          <w:p>
            <w:pPr>
              <w:spacing w:after="0"/>
              <w:jc w:val="right"/>
            </w:pPr>
            <w:r>
              <w:rPr>
                <w:sz w:val="16"/>
              </w:rPr>
              <w:t>$80</w:t>
            </w:r>
          </w:p>
        </w:tc>
        <w:tc>
          <w:tcPr>
            <w:tcW w:type="dxa" w:w="1906"/>
          </w:tcPr>
          <w:p>
            <w:pPr>
              <w:spacing w:after="0"/>
              <w:jc w:val="right"/>
            </w:pPr>
            <w:r>
              <w:rPr>
                <w:sz w:val="16"/>
              </w:rPr>
              <w:t>$276,014</w:t>
            </w:r>
          </w:p>
        </w:tc>
        <w:tc>
          <w:tcPr>
            <w:tcW w:type="dxa" w:w="1203"/>
          </w:tcPr>
          <w:p>
            <w:pPr>
              <w:spacing w:after="0"/>
              <w:jc w:val="right"/>
            </w:pPr>
            <w:r>
              <w:rPr>
                <w:sz w:val="16"/>
              </w:rPr>
              <w:t>$588,001</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Lightning</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$30,214</w:t>
            </w:r>
          </w:p>
        </w:tc>
        <w:tc>
          <w:tcPr>
            <w:tcW w:type="dxa" w:w="1126"/>
          </w:tcPr>
          <w:p>
            <w:pPr>
              <w:spacing w:after="0"/>
              <w:jc w:val="right"/>
            </w:pPr>
            <w:r>
              <w:rPr>
                <w:sz w:val="16"/>
              </w:rPr>
              <w:t>n/a</w:t>
            </w:r>
          </w:p>
        </w:tc>
        <w:tc>
          <w:tcPr>
            <w:tcW w:type="dxa" w:w="1906"/>
          </w:tcPr>
          <w:p>
            <w:pPr>
              <w:spacing w:after="0"/>
              <w:jc w:val="right"/>
            </w:pPr>
            <w:r>
              <w:rPr>
                <w:sz w:val="16"/>
              </w:rPr>
              <w:t>$462,527</w:t>
            </w:r>
          </w:p>
        </w:tc>
        <w:tc>
          <w:tcPr>
            <w:tcW w:type="dxa" w:w="1203"/>
          </w:tcPr>
          <w:p>
            <w:pPr>
              <w:spacing w:after="0"/>
              <w:jc w:val="right"/>
            </w:pPr>
            <w:r>
              <w:rPr>
                <w:sz w:val="16"/>
              </w:rPr>
              <w:t>$492,741</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$189,948</w:t>
            </w:r>
          </w:p>
        </w:tc>
        <w:tc>
          <w:tcPr>
            <w:tcW w:type="dxa" w:w="1126"/>
          </w:tcPr>
          <w:p>
            <w:pPr>
              <w:spacing w:after="0"/>
              <w:jc w:val="right"/>
            </w:pPr>
            <w:r>
              <w:rPr>
                <w:sz w:val="16"/>
              </w:rPr>
              <w:t>$308</w:t>
            </w:r>
          </w:p>
        </w:tc>
        <w:tc>
          <w:tcPr>
            <w:tcW w:type="dxa" w:w="1906"/>
          </w:tcPr>
          <w:p>
            <w:pPr>
              <w:spacing w:after="0"/>
              <w:jc w:val="right"/>
            </w:pPr>
            <w:r>
              <w:rPr>
                <w:sz w:val="16"/>
              </w:rPr>
              <w:t>$218,977</w:t>
            </w:r>
          </w:p>
        </w:tc>
        <w:tc>
          <w:tcPr>
            <w:tcW w:type="dxa" w:w="1203"/>
          </w:tcPr>
          <w:p>
            <w:pPr>
              <w:spacing w:after="0"/>
              <w:jc w:val="right"/>
            </w:pPr>
            <w:r>
              <w:rPr>
                <w:sz w:val="16"/>
              </w:rPr>
              <w:t>$409,233</w:t>
            </w:r>
          </w:p>
        </w:tc>
        <w:tc>
          <w:tcPr>
            <w:tcW w:type="dxa" w:w="2115"/>
          </w:tcPr>
          <w:p>
            <w:pPr>
              <w:spacing w:after="0"/>
              <w:jc w:val="right"/>
            </w:pPr>
            <w:r>
              <w:rPr>
                <w:sz w:val="16"/>
              </w:rPr>
              <w:t>258</w:t>
            </w:r>
          </w:p>
        </w:tc>
        <w:tc>
          <w:tcPr>
            <w:tcW w:type="dxa" w:w="2189"/>
          </w:tcPr>
          <w:p>
            <w:pPr>
              <w:spacing w:after="0"/>
              <w:jc w:val="left"/>
            </w:pPr>
            <w:r>
              <w:rPr>
                <w:sz w:val="16"/>
              </w:rPr>
              <w:t>Includes 17 High Wind and 25 Strong Wind records (NOAA non-thunderstorm wind types, outside NRI's Strong Wind definition).</w:t>
            </w:r>
          </w:p>
        </w:tc>
      </w:tr>
      <w:tr>
        <w:trPr>
          <w:cantSplit/>
        </w:trPr>
        <w:tc>
          <w:tcPr>
            <w:tcW w:type="dxa" w:w="722"/>
          </w:tcPr>
          <w:p>
            <w:pPr>
              <w:spacing w:after="0"/>
              <w:jc w:val="right"/>
            </w:pPr>
            <w:r>
              <w:rPr>
                <w:sz w:val="16"/>
              </w:rPr>
              <w:t>6</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$203,566</w:t>
            </w:r>
          </w:p>
        </w:tc>
        <w:tc>
          <w:tcPr>
            <w:tcW w:type="dxa" w:w="1126"/>
          </w:tcPr>
          <w:p>
            <w:pPr>
              <w:spacing w:after="0"/>
              <w:jc w:val="right"/>
            </w:pPr>
            <w:r>
              <w:rPr>
                <w:sz w:val="16"/>
              </w:rPr>
              <w:t>n/a</w:t>
            </w:r>
          </w:p>
        </w:tc>
        <w:tc>
          <w:tcPr>
            <w:tcW w:type="dxa" w:w="1906"/>
          </w:tcPr>
          <w:p>
            <w:pPr>
              <w:spacing w:after="0"/>
              <w:jc w:val="right"/>
            </w:pPr>
            <w:r>
              <w:rPr>
                <w:sz w:val="16"/>
              </w:rPr>
              <w:t>$61,529</w:t>
            </w:r>
          </w:p>
        </w:tc>
        <w:tc>
          <w:tcPr>
            <w:tcW w:type="dxa" w:w="1203"/>
          </w:tcPr>
          <w:p>
            <w:pPr>
              <w:spacing w:after="0"/>
              <w:jc w:val="right"/>
            </w:pPr>
            <w:r>
              <w:rPr>
                <w:sz w:val="16"/>
              </w:rPr>
              <w:t>$265,096</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7</w:t>
            </w:r>
          </w:p>
        </w:tc>
        <w:tc>
          <w:tcPr>
            <w:tcW w:type="dxa" w:w="1037"/>
          </w:tcPr>
          <w:p>
            <w:pPr>
              <w:spacing w:after="0"/>
              <w:jc w:val="left"/>
            </w:pPr>
            <w:r>
              <w:rPr>
                <w:sz w:val="16"/>
              </w:rPr>
              <w:t>Heat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$143</w:t>
            </w:r>
          </w:p>
        </w:tc>
        <w:tc>
          <w:tcPr>
            <w:tcW w:type="dxa" w:w="1126"/>
          </w:tcPr>
          <w:p>
            <w:pPr>
              <w:spacing w:after="0"/>
              <w:jc w:val="right"/>
            </w:pPr>
            <w:r>
              <w:rPr>
                <w:sz w:val="16"/>
              </w:rPr>
              <w:t>$5</w:t>
            </w:r>
          </w:p>
        </w:tc>
        <w:tc>
          <w:tcPr>
            <w:tcW w:type="dxa" w:w="1906"/>
          </w:tcPr>
          <w:p>
            <w:pPr>
              <w:spacing w:after="0"/>
              <w:jc w:val="right"/>
            </w:pPr>
            <w:r>
              <w:rPr>
                <w:sz w:val="16"/>
              </w:rPr>
              <w:t>$194,257</w:t>
            </w:r>
          </w:p>
        </w:tc>
        <w:tc>
          <w:tcPr>
            <w:tcW w:type="dxa" w:w="1203"/>
          </w:tcPr>
          <w:p>
            <w:pPr>
              <w:spacing w:after="0"/>
              <w:jc w:val="right"/>
            </w:pPr>
            <w:r>
              <w:rPr>
                <w:sz w:val="16"/>
              </w:rPr>
              <w:t>$194,406</w:t>
            </w:r>
          </w:p>
        </w:tc>
        <w:tc>
          <w:tcPr>
            <w:tcW w:type="dxa" w:w="2115"/>
          </w:tcPr>
          <w:p>
            <w:pPr>
              <w:spacing w:after="0"/>
              <w:jc w:val="right"/>
            </w:pPr>
            <w:r>
              <w:rPr>
                <w:sz w:val="16"/>
              </w:rPr>
              <w:t>19</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$183,629</w:t>
            </w:r>
          </w:p>
        </w:tc>
        <w:tc>
          <w:tcPr>
            <w:tcW w:type="dxa" w:w="1126"/>
          </w:tcPr>
          <w:p>
            <w:pPr>
              <w:spacing w:after="0"/>
              <w:jc w:val="right"/>
            </w:pPr>
            <w:r>
              <w:rPr>
                <w:sz w:val="16"/>
              </w:rPr>
              <w:t>$2,689</w:t>
            </w:r>
          </w:p>
        </w:tc>
        <w:tc>
          <w:tcPr>
            <w:tcW w:type="dxa" w:w="1906"/>
          </w:tcPr>
          <w:p>
            <w:pPr>
              <w:spacing w:after="0"/>
              <w:jc w:val="right"/>
            </w:pPr>
            <w:r>
              <w:rPr>
                <w:sz w:val="16"/>
              </w:rPr>
              <w:t>$7,945</w:t>
            </w:r>
          </w:p>
        </w:tc>
        <w:tc>
          <w:tcPr>
            <w:tcW w:type="dxa" w:w="1203"/>
          </w:tcPr>
          <w:p>
            <w:pPr>
              <w:spacing w:after="0"/>
              <w:jc w:val="right"/>
            </w:pPr>
            <w:r>
              <w:rPr>
                <w:sz w:val="16"/>
              </w:rPr>
              <w:t>$194,263</w:t>
            </w:r>
          </w:p>
        </w:tc>
        <w:tc>
          <w:tcPr>
            <w:tcW w:type="dxa" w:w="2115"/>
          </w:tcPr>
          <w:p>
            <w:pPr>
              <w:spacing w:after="0"/>
              <w:jc w:val="right"/>
            </w:pPr>
            <w:r>
              <w:rPr>
                <w:sz w:val="16"/>
              </w:rPr>
              <w:t>0</w:t>
            </w:r>
          </w:p>
        </w:tc>
        <w:tc>
          <w:tcPr>
            <w:tcW w:type="dxa" w:w="2189"/>
          </w:tcPr>
          <w:p>
            <w:pPr>
              <w:spacing w:after="0"/>
              <w:jc w:val="left"/>
            </w:pPr>
            <w:r>
              <w:rPr>
                <w:sz w:val="16"/>
              </w:rPr>
              <w:t>Declared 1 time; no Storm Events record of this type.</w:t>
            </w:r>
          </w:p>
        </w:tc>
      </w:tr>
      <w:tr>
        <w:trPr>
          <w:cantSplit/>
        </w:trPr>
        <w:tc>
          <w:tcPr>
            <w:tcW w:type="dxa" w:w="722"/>
          </w:tcPr>
          <w:p>
            <w:pPr>
              <w:spacing w:after="0"/>
              <w:jc w:val="right"/>
            </w:pPr>
            <w:r>
              <w:rPr>
                <w:sz w:val="16"/>
              </w:rPr>
              <w:t>9</w:t>
            </w:r>
          </w:p>
        </w:tc>
        <w:tc>
          <w:tcPr>
            <w:tcW w:type="dxa" w:w="1037"/>
          </w:tcPr>
          <w:p>
            <w:pPr>
              <w:spacing w:after="0"/>
              <w:jc w:val="left"/>
            </w:pPr>
            <w:r>
              <w:rPr>
                <w:sz w:val="16"/>
              </w:rPr>
              <w:t>Cold Wave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$12,047</w:t>
            </w:r>
          </w:p>
        </w:tc>
        <w:tc>
          <w:tcPr>
            <w:tcW w:type="dxa" w:w="1126"/>
          </w:tcPr>
          <w:p>
            <w:pPr>
              <w:spacing w:after="0"/>
              <w:jc w:val="right"/>
            </w:pPr>
            <w:r>
              <w:rPr>
                <w:sz w:val="16"/>
              </w:rPr>
              <w:t>$355</w:t>
            </w:r>
          </w:p>
        </w:tc>
        <w:tc>
          <w:tcPr>
            <w:tcW w:type="dxa" w:w="1906"/>
          </w:tcPr>
          <w:p>
            <w:pPr>
              <w:spacing w:after="0"/>
              <w:jc w:val="right"/>
            </w:pPr>
            <w:r>
              <w:rPr>
                <w:sz w:val="16"/>
              </w:rPr>
              <w:t>$145,996</w:t>
            </w:r>
          </w:p>
        </w:tc>
        <w:tc>
          <w:tcPr>
            <w:tcW w:type="dxa" w:w="1203"/>
          </w:tcPr>
          <w:p>
            <w:pPr>
              <w:spacing w:after="0"/>
              <w:jc w:val="right"/>
            </w:pPr>
            <w:r>
              <w:rPr>
                <w:sz w:val="16"/>
              </w:rPr>
              <w:t>$158,397</w:t>
            </w:r>
          </w:p>
        </w:tc>
        <w:tc>
          <w:tcPr>
            <w:tcW w:type="dxa" w:w="2115"/>
          </w:tcPr>
          <w:p>
            <w:pPr>
              <w:spacing w:after="0"/>
              <w:jc w:val="right"/>
            </w:pPr>
            <w:r>
              <w:rPr>
                <w:sz w:val="16"/>
              </w:rPr>
              <w:t>32</w:t>
            </w:r>
          </w:p>
        </w:tc>
        <w:tc>
          <w:tcPr>
            <w:tcW w:type="dxa" w:w="2189"/>
          </w:tcPr>
          <w:p>
            <w:pPr>
              <w:spacing w:after="0"/>
              <w:jc w:val="left"/>
            </w:pPr>
            <w:r>
              <w:rPr>
                <w:sz w:val="16"/>
              </w:rPr>
              <w:t>Includes 3 Frost/Freeze records (outside NRI's Cold Wave definition; counted in this table and in B1-d, not in the B1-e descriptor).</w:t>
            </w:r>
          </w:p>
        </w:tc>
      </w:tr>
      <w:tr>
        <w:trPr>
          <w:cantSplit/>
        </w:trPr>
        <w:tc>
          <w:tcPr>
            <w:tcW w:type="dxa" w:w="722"/>
          </w:tcPr>
          <w:p>
            <w:pPr>
              <w:spacing w:after="0"/>
              <w:jc w:val="right"/>
            </w:pPr>
            <w:r>
              <w:rPr>
                <w:sz w:val="16"/>
              </w:rPr>
              <w:t>10</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$74,897</w:t>
            </w:r>
          </w:p>
        </w:tc>
        <w:tc>
          <w:tcPr>
            <w:tcW w:type="dxa" w:w="1126"/>
          </w:tcPr>
          <w:p>
            <w:pPr>
              <w:spacing w:after="0"/>
              <w:jc w:val="right"/>
            </w:pPr>
            <w:r>
              <w:rPr>
                <w:sz w:val="16"/>
              </w:rPr>
              <w:t>n/a</w:t>
            </w:r>
          </w:p>
        </w:tc>
        <w:tc>
          <w:tcPr>
            <w:tcW w:type="dxa" w:w="1906"/>
          </w:tcPr>
          <w:p>
            <w:pPr>
              <w:spacing w:after="0"/>
              <w:jc w:val="right"/>
            </w:pPr>
            <w:r>
              <w:rPr>
                <w:sz w:val="16"/>
              </w:rPr>
              <w:t>$5,592</w:t>
            </w:r>
          </w:p>
        </w:tc>
        <w:tc>
          <w:tcPr>
            <w:tcW w:type="dxa" w:w="1203"/>
          </w:tcPr>
          <w:p>
            <w:pPr>
              <w:spacing w:after="0"/>
              <w:jc w:val="right"/>
            </w:pPr>
            <w:r>
              <w:rPr>
                <w:sz w:val="16"/>
              </w:rPr>
              <w:t>$80,489</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345"/>
          </w:tcPr>
          <w:p>
            <w:pPr>
              <w:spacing w:after="0"/>
              <w:jc w:val="left"/>
            </w:pPr>
            <w:r>
              <w:rPr>
                <w:sz w:val="16"/>
              </w:rPr>
              <w:t>Relatively Moderate</w:t>
            </w:r>
          </w:p>
        </w:tc>
        <w:tc>
          <w:tcPr>
            <w:tcW w:type="dxa" w:w="1126"/>
          </w:tcPr>
          <w:p>
            <w:pPr>
              <w:spacing w:after="0"/>
              <w:jc w:val="right"/>
            </w:pPr>
            <w:r>
              <w:rPr>
                <w:sz w:val="16"/>
              </w:rPr>
              <w:t>$70,167</w:t>
            </w:r>
          </w:p>
        </w:tc>
        <w:tc>
          <w:tcPr>
            <w:tcW w:type="dxa" w:w="1126"/>
          </w:tcPr>
          <w:p>
            <w:pPr>
              <w:spacing w:after="0"/>
              <w:jc w:val="right"/>
            </w:pPr>
            <w:r>
              <w:rPr>
                <w:sz w:val="16"/>
              </w:rPr>
              <w:t>under $1</w:t>
            </w:r>
          </w:p>
        </w:tc>
        <w:tc>
          <w:tcPr>
            <w:tcW w:type="dxa" w:w="1906"/>
          </w:tcPr>
          <w:p>
            <w:pPr>
              <w:spacing w:after="0"/>
              <w:jc w:val="right"/>
            </w:pPr>
            <w:r>
              <w:rPr>
                <w:sz w:val="16"/>
              </w:rPr>
              <w:t>$5,029</w:t>
            </w:r>
          </w:p>
        </w:tc>
        <w:tc>
          <w:tcPr>
            <w:tcW w:type="dxa" w:w="1203"/>
          </w:tcPr>
          <w:p>
            <w:pPr>
              <w:spacing w:after="0"/>
              <w:jc w:val="right"/>
            </w:pPr>
            <w:r>
              <w:rPr>
                <w:sz w:val="16"/>
              </w:rPr>
              <w:t>$75,196</w:t>
            </w:r>
          </w:p>
        </w:tc>
        <w:tc>
          <w:tcPr>
            <w:tcW w:type="dxa" w:w="2115"/>
          </w:tcPr>
          <w:p>
            <w:pPr>
              <w:spacing w:after="0"/>
              <w:jc w:val="right"/>
            </w:pPr>
            <w:r>
              <w:rPr>
                <w:sz w:val="16"/>
              </w:rPr>
              <w:t>77</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Drought</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$37,334</w:t>
            </w:r>
          </w:p>
        </w:tc>
        <w:tc>
          <w:tcPr>
            <w:tcW w:type="dxa" w:w="1906"/>
          </w:tcPr>
          <w:p>
            <w:pPr>
              <w:spacing w:after="0"/>
              <w:jc w:val="right"/>
            </w:pPr>
            <w:r>
              <w:rPr>
                <w:sz w:val="16"/>
              </w:rPr>
              <w:t>n/a</w:t>
            </w:r>
          </w:p>
        </w:tc>
        <w:tc>
          <w:tcPr>
            <w:tcW w:type="dxa" w:w="1203"/>
          </w:tcPr>
          <w:p>
            <w:pPr>
              <w:spacing w:after="0"/>
              <w:jc w:val="right"/>
            </w:pPr>
            <w:r>
              <w:rPr>
                <w:sz w:val="16"/>
              </w:rPr>
              <w:t>$37,334</w:t>
            </w:r>
          </w:p>
        </w:tc>
        <w:tc>
          <w:tcPr>
            <w:tcW w:type="dxa" w:w="2115"/>
          </w:tcPr>
          <w:p>
            <w:pPr>
              <w:spacing w:after="0"/>
              <w:jc w:val="right"/>
            </w:pPr>
            <w:r>
              <w:rPr>
                <w:sz w:val="16"/>
              </w:rPr>
              <w:t>16</w:t>
            </w:r>
          </w:p>
        </w:tc>
        <w:tc>
          <w:tcPr>
            <w:tcW w:type="dxa" w:w="2189"/>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$94</w:t>
            </w:r>
          </w:p>
        </w:tc>
        <w:tc>
          <w:tcPr>
            <w:tcW w:type="dxa" w:w="1126"/>
          </w:tcPr>
          <w:p>
            <w:pPr>
              <w:spacing w:after="0"/>
              <w:jc w:val="right"/>
            </w:pPr>
            <w:r>
              <w:rPr>
                <w:sz w:val="16"/>
              </w:rPr>
              <w:t>n/a</w:t>
            </w:r>
          </w:p>
        </w:tc>
        <w:tc>
          <w:tcPr>
            <w:tcW w:type="dxa" w:w="1906"/>
          </w:tcPr>
          <w:p>
            <w:pPr>
              <w:spacing w:after="0"/>
              <w:jc w:val="right"/>
            </w:pPr>
            <w:r>
              <w:rPr>
                <w:sz w:val="16"/>
              </w:rPr>
              <w:t>$24,838</w:t>
            </w:r>
          </w:p>
        </w:tc>
        <w:tc>
          <w:tcPr>
            <w:tcW w:type="dxa" w:w="1203"/>
          </w:tcPr>
          <w:p>
            <w:pPr>
              <w:spacing w:after="0"/>
              <w:jc w:val="right"/>
            </w:pPr>
            <w:r>
              <w:rPr>
                <w:sz w:val="16"/>
              </w:rPr>
              <w:t>$24,932</w:t>
            </w:r>
          </w:p>
        </w:tc>
        <w:tc>
          <w:tcPr>
            <w:tcW w:type="dxa" w:w="2115"/>
          </w:tcPr>
          <w:p>
            <w:pPr>
              <w:spacing w:after="0"/>
              <w:jc w:val="right"/>
            </w:pPr>
            <w:r>
              <w:rPr>
                <w:sz w:val="16"/>
              </w:rPr>
              <w:t>0</w:t>
            </w:r>
          </w:p>
        </w:tc>
        <w:tc>
          <w:tcPr>
            <w:tcW w:type="dxa" w:w="2189"/>
          </w:tcPr>
          <w:p>
            <w:pPr>
              <w:spacing w:after="0"/>
              <w:jc w:val="left"/>
            </w:pPr>
            <w:r>
              <w:rPr>
                <w:sz w:val="16"/>
              </w:rPr>
              <w:t>Declared 10 times; no Storm Events record of this type.</w:t>
            </w:r>
          </w:p>
        </w:tc>
      </w:tr>
      <w:tr>
        <w:trPr>
          <w:cantSplit/>
        </w:trPr>
        <w:tc>
          <w:tcPr>
            <w:tcW w:type="dxa" w:w="722"/>
          </w:tcPr>
          <w:p>
            <w:pPr>
              <w:spacing w:after="0"/>
              <w:jc w:val="right"/>
            </w:pPr>
            <w:r>
              <w:rPr>
                <w:sz w:val="16"/>
              </w:rPr>
              <w:t>14</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$7,520</w:t>
            </w:r>
          </w:p>
        </w:tc>
        <w:tc>
          <w:tcPr>
            <w:tcW w:type="dxa" w:w="1126"/>
          </w:tcPr>
          <w:p>
            <w:pPr>
              <w:spacing w:after="0"/>
              <w:jc w:val="right"/>
            </w:pPr>
            <w:r>
              <w:rPr>
                <w:sz w:val="16"/>
              </w:rPr>
              <w:t>$5</w:t>
            </w:r>
          </w:p>
        </w:tc>
        <w:tc>
          <w:tcPr>
            <w:tcW w:type="dxa" w:w="1906"/>
          </w:tcPr>
          <w:p>
            <w:pPr>
              <w:spacing w:after="0"/>
              <w:jc w:val="right"/>
            </w:pPr>
            <w:r>
              <w:rPr>
                <w:sz w:val="16"/>
              </w:rPr>
              <w:t>$1,893</w:t>
            </w:r>
          </w:p>
        </w:tc>
        <w:tc>
          <w:tcPr>
            <w:tcW w:type="dxa" w:w="1203"/>
          </w:tcPr>
          <w:p>
            <w:pPr>
              <w:spacing w:after="0"/>
              <w:jc w:val="right"/>
            </w:pPr>
            <w:r>
              <w:rPr>
                <w:sz w:val="16"/>
              </w:rPr>
              <w:t>$9,418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6"/>
          </w:tcPr>
          <w:p>
            <w:pPr>
              <w:spacing w:after="0"/>
              <w:jc w:val="right"/>
            </w:pPr>
            <w:r>
              <w:rPr>
                <w:sz w:val="16"/>
              </w:rPr>
              <w:t>$8</w:t>
            </w:r>
          </w:p>
        </w:tc>
        <w:tc>
          <w:tcPr>
            <w:tcW w:type="dxa" w:w="1203"/>
          </w:tcPr>
          <w:p>
            <w:pPr>
              <w:spacing w:after="0"/>
              <w:jc w:val="right"/>
            </w:pPr>
            <w:r>
              <w:rPr>
                <w:sz w:val="16"/>
              </w:rPr>
              <w:t>$8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305.01 (Very Low, 3.8); tract 308.01 (Very Low, 3.7)</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301 (Relatively Low, 61.4); tract 303 (Relatively Low, 42.0); tract 306.04 (Very Low, 40.6)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301 (Relatively Low, 57.4); tract 321.04 (Relatively Low, 57.1); tract 321.03 (Relatively Low, 56.4)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317 (Relatively Moderate, 96.6); tract 315 (Relatively Moderate, 95.7); tract 314 (Relatively Low, 95.5)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321.03 (Relatively Low, 49.5); tract 301 (Relatively Low, 47.6); tract 321.04 (Relatively Low, 46.1)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306.03 (Very Low, 68.0); tract 307 (Very Low, 65.2); tract 321.04 (Very Low, 64.9)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305.01 is Census Tract 305.01).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822"/>
        <w:gridCol w:w="1717"/>
        <w:gridCol w:w="1918"/>
        <w:gridCol w:w="1440"/>
        <w:gridCol w:w="1620"/>
        <w:gridCol w:w="1927"/>
        <w:gridCol w:w="1882"/>
      </w:tblGrid>
      <w:tr>
        <w:trPr>
          <w:cantSplit/>
          <w:tblHeader/>
        </w:trPr>
        <w:tc>
          <w:tcPr>
            <w:tcW w:type="dxa" w:w="1786"/>
            <w:shd w:val="clear" w:color="auto" w:fill="E8E8E8"/>
          </w:tcPr>
          <w:p>
            <w:pPr>
              <w:spacing w:after="0"/>
              <w:jc w:val="left"/>
            </w:pPr>
            <w:r>
              <w:rPr>
                <w:b/>
                <w:sz w:val="16"/>
              </w:rPr>
              <w:t>Hazard</w:t>
            </w:r>
          </w:p>
        </w:tc>
        <w:tc>
          <w:tcPr>
            <w:tcW w:type="dxa" w:w="1822"/>
            <w:shd w:val="clear" w:color="auto" w:fill="E8E8E8"/>
          </w:tcPr>
          <w:p>
            <w:pPr>
              <w:spacing w:after="0"/>
              <w:jc w:val="left"/>
            </w:pPr>
            <w:r>
              <w:rPr>
                <w:b/>
                <w:sz w:val="16"/>
              </w:rPr>
              <w:t>Scale</w:t>
            </w:r>
          </w:p>
        </w:tc>
        <w:tc>
          <w:tcPr>
            <w:tcW w:type="dxa" w:w="17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8"/>
            <w:shd w:val="clear" w:color="auto" w:fill="E8E8E8"/>
          </w:tcPr>
          <w:p>
            <w:pPr>
              <w:spacing w:after="0"/>
              <w:jc w:val="left"/>
            </w:pPr>
            <w:r>
              <w:rPr>
                <w:b/>
                <w:sz w:val="16"/>
              </w:rPr>
              <w:t>Observed range</w:t>
            </w:r>
          </w:p>
        </w:tc>
        <w:tc>
          <w:tcPr>
            <w:tcW w:type="dxa" w:w="1440"/>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927"/>
            <w:shd w:val="clear" w:color="auto" w:fill="E8E8E8"/>
          </w:tcPr>
          <w:p>
            <w:pPr>
              <w:spacing w:after="0"/>
              <w:jc w:val="left"/>
            </w:pPr>
            <w:r>
              <w:rPr>
                <w:b/>
                <w:sz w:val="16"/>
              </w:rPr>
              <w:t>How it applies to jurisdictions</w:t>
            </w:r>
          </w:p>
        </w:tc>
        <w:tc>
          <w:tcPr>
            <w:tcW w:type="dxa" w:w="1882"/>
            <w:shd w:val="clear" w:color="auto" w:fill="E8E8E8"/>
          </w:tcPr>
          <w:p>
            <w:pPr>
              <w:spacing w:after="0"/>
              <w:jc w:val="left"/>
            </w:pPr>
            <w:r>
              <w:rPr>
                <w:b/>
                <w:sz w:val="16"/>
              </w:rPr>
              <w:t>Note</w:t>
            </w:r>
          </w:p>
        </w:tc>
      </w:tr>
      <w:tr>
        <w:trPr>
          <w:cantSplit/>
        </w:trPr>
        <w:tc>
          <w:tcPr>
            <w:tcW w:type="dxa" w:w="1786"/>
          </w:tcPr>
          <w:p>
            <w:pPr>
              <w:spacing w:after="0"/>
              <w:jc w:val="left"/>
            </w:pPr>
            <w:r>
              <w:rPr>
                <w:sz w:val="16"/>
              </w:rPr>
              <w:t>Avalanche</w:t>
            </w:r>
          </w:p>
        </w:tc>
        <w:tc>
          <w:tcPr>
            <w:tcW w:type="dxa" w:w="1822"/>
          </w:tcPr>
          <w:p>
            <w:pPr>
              <w:spacing w:after="0"/>
              <w:jc w:val="left"/>
            </w:pPr>
            <w:r>
              <w:rPr>
                <w:sz w:val="16"/>
              </w:rPr>
              <w:t>none (count and damage only)</w:t>
            </w:r>
          </w:p>
        </w:tc>
        <w:tc>
          <w:tcPr>
            <w:tcW w:type="dxa" w:w="1717"/>
          </w:tcPr>
          <w:p>
            <w:pPr>
              <w:spacing w:after="0"/>
              <w:jc w:val="right"/>
            </w:pPr>
            <w:r>
              <w:rPr>
                <w:sz w:val="16"/>
              </w:rPr>
              <w:t>0</w:t>
            </w:r>
          </w:p>
        </w:tc>
        <w:tc>
          <w:tcPr>
            <w:tcW w:type="dxa" w:w="1918"/>
          </w:tcPr>
          <w:p>
            <w:pPr>
              <w:spacing w:after="0"/>
              <w:jc w:val="left"/>
            </w:pPr>
          </w:p>
        </w:tc>
        <w:tc>
          <w:tcPr>
            <w:tcW w:type="dxa" w:w="1440"/>
          </w:tcPr>
          <w:p>
            <w:pPr>
              <w:spacing w:after="0"/>
              <w:jc w:val="left"/>
            </w:pPr>
          </w:p>
        </w:tc>
        <w:tc>
          <w:tcPr>
            <w:tcW w:type="dxa" w:w="1620"/>
          </w:tcPr>
          <w:p>
            <w:pPr>
              <w:spacing w:after="0"/>
              <w:jc w:val="left"/>
            </w:pPr>
          </w:p>
        </w:tc>
        <w:tc>
          <w:tcPr>
            <w:tcW w:type="dxa" w:w="1927"/>
          </w:tcPr>
          <w:p>
            <w:pPr>
              <w:spacing w:after="0"/>
              <w:jc w:val="left"/>
            </w:pPr>
          </w:p>
        </w:tc>
        <w:tc>
          <w:tcPr>
            <w:tcW w:type="dxa" w:w="1882"/>
          </w:tcPr>
          <w:p>
            <w:pPr>
              <w:spacing w:after="0"/>
              <w:jc w:val="left"/>
            </w:pPr>
          </w:p>
        </w:tc>
      </w:tr>
      <w:tr>
        <w:trPr>
          <w:cantSplit/>
        </w:trPr>
        <w:tc>
          <w:tcPr>
            <w:tcW w:type="dxa" w:w="1786"/>
          </w:tcPr>
          <w:p>
            <w:pPr>
              <w:spacing w:after="0"/>
              <w:jc w:val="left"/>
            </w:pPr>
            <w:r>
              <w:rPr>
                <w:sz w:val="16"/>
              </w:rPr>
              <w:t>Cold/Wind Chill, Extreme Cold/Wind Chill</w:t>
            </w:r>
          </w:p>
        </w:tc>
        <w:tc>
          <w:tcPr>
            <w:tcW w:type="dxa" w:w="1822"/>
          </w:tcPr>
          <w:p>
            <w:pPr>
              <w:spacing w:after="0"/>
              <w:jc w:val="left"/>
            </w:pPr>
            <w:r>
              <w:rPr>
                <w:sz w:val="16"/>
              </w:rPr>
              <w:t>wind chill</w:t>
            </w:r>
          </w:p>
        </w:tc>
        <w:tc>
          <w:tcPr>
            <w:tcW w:type="dxa" w:w="1717"/>
          </w:tcPr>
          <w:p>
            <w:pPr>
              <w:spacing w:after="0"/>
              <w:jc w:val="right"/>
            </w:pPr>
            <w:r>
              <w:rPr>
                <w:sz w:val="16"/>
              </w:rPr>
              <w:t>29 records, 1996 to 2026 (29 zone-level)</w:t>
            </w:r>
          </w:p>
        </w:tc>
        <w:tc>
          <w:tcPr>
            <w:tcW w:type="dxa" w:w="1918"/>
          </w:tcPr>
          <w:p>
            <w:pPr>
              <w:spacing w:after="0"/>
              <w:jc w:val="left"/>
            </w:pPr>
            <w:r>
              <w:rPr>
                <w:sz w:val="16"/>
              </w:rPr>
              <w:t>1 day to 31 days (median 3.5 days); 24 with a recorded value</w:t>
            </w:r>
          </w:p>
        </w:tc>
        <w:tc>
          <w:tcPr>
            <w:tcW w:type="dxa" w:w="1440"/>
          </w:tcPr>
          <w:p>
            <w:pPr>
              <w:spacing w:after="0"/>
              <w:jc w:val="left"/>
            </w:pPr>
            <w:r>
              <w:rPr>
                <w:sz w:val="16"/>
              </w:rPr>
              <w:t>March 2001 (1 monthly summary record), zone-level</w:t>
            </w:r>
          </w:p>
        </w:tc>
        <w:tc>
          <w:tcPr>
            <w:tcW w:type="dxa" w:w="1620"/>
          </w:tcPr>
          <w:p>
            <w:pPr>
              <w:spacing w:after="0"/>
              <w:jc w:val="left"/>
            </w:pPr>
            <w:r>
              <w:rPr>
                <w:sz w:val="16"/>
              </w:rPr>
              <w:t>Extreme Cold/Wind Chill, 2014-01-06, $200,000 property; $0 crops (zone total, 2014 dollars)</w:t>
            </w:r>
          </w:p>
        </w:tc>
        <w:tc>
          <w:tcPr>
            <w:tcW w:type="dxa" w:w="1927"/>
          </w:tcPr>
          <w:p>
            <w:pPr>
              <w:spacing w:after="0"/>
              <w:jc w:val="left"/>
            </w:pPr>
            <w:r>
              <w:rPr>
                <w:sz w:val="16"/>
              </w:rPr>
              <w:t>Countywide (zone-level records).</w:t>
            </w:r>
          </w:p>
        </w:tc>
        <w:tc>
          <w:tcPr>
            <w:tcW w:type="dxa" w:w="1882"/>
          </w:tcPr>
          <w:p>
            <w:pPr>
              <w:spacing w:after="0"/>
              <w:jc w:val="left"/>
            </w:pPr>
            <w:r>
              <w:rPr>
                <w:sz w:val="16"/>
              </w:rPr>
              <w:t>Cold/Wind Chill records from May to September (a frost night, not a cold wave) are counted but not used for the longest run.</w:t>
            </w:r>
          </w:p>
        </w:tc>
      </w:tr>
      <w:tr>
        <w:trPr>
          <w:cantSplit/>
        </w:trPr>
        <w:tc>
          <w:tcPr>
            <w:tcW w:type="dxa" w:w="1786"/>
          </w:tcPr>
          <w:p>
            <w:pPr>
              <w:spacing w:after="0"/>
              <w:jc w:val="left"/>
            </w:pPr>
            <w:r>
              <w:rPr>
                <w:sz w:val="16"/>
              </w:rPr>
              <w:t>Frost/Freeze (outside NRI's Cold Wave definition)</w:t>
            </w:r>
          </w:p>
        </w:tc>
        <w:tc>
          <w:tcPr>
            <w:tcW w:type="dxa" w:w="1822"/>
          </w:tcPr>
          <w:p>
            <w:pPr>
              <w:spacing w:after="0"/>
              <w:jc w:val="left"/>
            </w:pPr>
            <w:r>
              <w:rPr>
                <w:sz w:val="16"/>
              </w:rPr>
              <w:t>crop damage</w:t>
            </w:r>
          </w:p>
        </w:tc>
        <w:tc>
          <w:tcPr>
            <w:tcW w:type="dxa" w:w="1717"/>
          </w:tcPr>
          <w:p>
            <w:pPr>
              <w:spacing w:after="0"/>
              <w:jc w:val="right"/>
            </w:pPr>
            <w:r>
              <w:rPr>
                <w:sz w:val="16"/>
              </w:rPr>
              <w:t>3 records, 2003 to 2004 (3 zone-level)</w:t>
            </w:r>
          </w:p>
        </w:tc>
        <w:tc>
          <w:tcPr>
            <w:tcW w:type="dxa" w:w="1918"/>
          </w:tcPr>
          <w:p>
            <w:pPr>
              <w:spacing w:after="0"/>
              <w:jc w:val="left"/>
            </w:pPr>
          </w:p>
        </w:tc>
        <w:tc>
          <w:tcPr>
            <w:tcW w:type="dxa" w:w="1440"/>
          </w:tcPr>
          <w:p>
            <w:pPr>
              <w:spacing w:after="0"/>
              <w:jc w:val="left"/>
            </w:pPr>
            <w:r>
              <w:rPr>
                <w:sz w:val="16"/>
              </w:rPr>
              <w:t>No crop damage reported in 3 records.</w:t>
            </w:r>
          </w:p>
        </w:tc>
        <w:tc>
          <w:tcPr>
            <w:tcW w:type="dxa" w:w="1620"/>
          </w:tcPr>
          <w:p>
            <w:pPr>
              <w:spacing w:after="0"/>
              <w:jc w:val="left"/>
            </w:pPr>
          </w:p>
        </w:tc>
        <w:tc>
          <w:tcPr>
            <w:tcW w:type="dxa" w:w="1927"/>
          </w:tcPr>
          <w:p>
            <w:pPr>
              <w:spacing w:after="0"/>
              <w:jc w:val="left"/>
            </w:pPr>
            <w:r>
              <w:rPr>
                <w:sz w:val="16"/>
              </w:rPr>
              <w:t>Countywide (zone-level records).</w:t>
            </w:r>
          </w:p>
        </w:tc>
        <w:tc>
          <w:tcPr>
            <w:tcW w:type="dxa" w:w="1882"/>
          </w:tcPr>
          <w:p>
            <w:pPr>
              <w:spacing w:after="0"/>
              <w:jc w:val="left"/>
            </w:pPr>
          </w:p>
        </w:tc>
      </w:tr>
      <w:tr>
        <w:trPr>
          <w:cantSplit/>
        </w:trPr>
        <w:tc>
          <w:tcPr>
            <w:tcW w:type="dxa" w:w="1786"/>
          </w:tcPr>
          <w:p>
            <w:pPr>
              <w:spacing w:after="0"/>
              <w:jc w:val="left"/>
            </w:pPr>
            <w:r>
              <w:rPr>
                <w:sz w:val="16"/>
              </w:rPr>
              <w:t>Drought</w:t>
            </w:r>
          </w:p>
        </w:tc>
        <w:tc>
          <w:tcPr>
            <w:tcW w:type="dxa" w:w="1822"/>
          </w:tcPr>
          <w:p>
            <w:pPr>
              <w:spacing w:after="0"/>
              <w:jc w:val="left"/>
            </w:pPr>
            <w:r>
              <w:rPr>
                <w:sz w:val="16"/>
              </w:rPr>
              <w:t>U.S. Drought Monitor scale (D0 to D4)</w:t>
            </w:r>
          </w:p>
        </w:tc>
        <w:tc>
          <w:tcPr>
            <w:tcW w:type="dxa" w:w="1717"/>
          </w:tcPr>
          <w:p>
            <w:pPr>
              <w:spacing w:after="0"/>
              <w:jc w:val="right"/>
            </w:pPr>
            <w:r>
              <w:rPr>
                <w:sz w:val="16"/>
              </w:rPr>
              <w:t>16 records, 1997 to 2026 (16 zone-level)</w:t>
            </w:r>
          </w:p>
        </w:tc>
        <w:tc>
          <w:tcPr>
            <w:tcW w:type="dxa" w:w="1918"/>
          </w:tcPr>
          <w:p>
            <w:pPr>
              <w:spacing w:after="0"/>
              <w:jc w:val="left"/>
            </w:pPr>
            <w:r>
              <w:rPr>
                <w:sz w:val="16"/>
              </w:rPr>
              <w:t>25 days to 123 days (median 61 days); 7 with a recorded value</w:t>
            </w:r>
          </w:p>
        </w:tc>
        <w:tc>
          <w:tcPr>
            <w:tcW w:type="dxa" w:w="1440"/>
          </w:tcPr>
          <w:p>
            <w:pPr>
              <w:spacing w:after="0"/>
              <w:jc w:val="left"/>
            </w:pPr>
            <w:r>
              <w:rPr>
                <w:sz w:val="16"/>
              </w:rPr>
              <w:t>123 days (4 months), 1999-07-01 to 1999-10-31, a run of 4 consecutive Storm Events drought records, zone-level</w:t>
            </w:r>
          </w:p>
        </w:tc>
        <w:tc>
          <w:tcPr>
            <w:tcW w:type="dxa" w:w="1620"/>
          </w:tcPr>
          <w:p>
            <w:pPr>
              <w:spacing w:after="0"/>
              <w:jc w:val="left"/>
            </w:pPr>
          </w:p>
        </w:tc>
        <w:tc>
          <w:tcPr>
            <w:tcW w:type="dxa" w:w="1927"/>
          </w:tcPr>
          <w:p>
            <w:pPr>
              <w:spacing w:after="0"/>
              <w:jc w:val="left"/>
            </w:pPr>
            <w:r>
              <w:rPr>
                <w:sz w:val="16"/>
              </w:rPr>
              <w:t>Countywide (zone-level records).</w:t>
            </w: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822"/>
          </w:tcPr>
          <w:p>
            <w:pPr>
              <w:spacing w:after="0"/>
              <w:jc w:val="left"/>
            </w:pPr>
            <w:r>
              <w:rPr>
                <w:sz w:val="16"/>
              </w:rPr>
              <w:t>Modified Mercalli (local data)</w:t>
            </w:r>
          </w:p>
        </w:tc>
        <w:tc>
          <w:tcPr>
            <w:tcW w:type="dxa" w:w="1717"/>
          </w:tcPr>
          <w:p>
            <w:pPr>
              <w:spacing w:after="0"/>
              <w:jc w:val="right"/>
            </w:pPr>
            <w:r>
              <w:rPr>
                <w:sz w:val="16"/>
              </w:rPr>
              <w:t>0</w:t>
            </w:r>
          </w:p>
        </w:tc>
        <w:tc>
          <w:tcPr>
            <w:tcW w:type="dxa" w:w="1918"/>
          </w:tcPr>
          <w:p>
            <w:pPr>
              <w:spacing w:after="0"/>
              <w:jc w:val="left"/>
            </w:pPr>
          </w:p>
        </w:tc>
        <w:tc>
          <w:tcPr>
            <w:tcW w:type="dxa" w:w="1440"/>
          </w:tcPr>
          <w:p>
            <w:pPr>
              <w:spacing w:after="0"/>
              <w:jc w:val="left"/>
            </w:pPr>
          </w:p>
        </w:tc>
        <w:tc>
          <w:tcPr>
            <w:tcW w:type="dxa" w:w="1620"/>
          </w:tcPr>
          <w:p>
            <w:pPr>
              <w:spacing w:after="0"/>
              <w:jc w:val="left"/>
            </w:pPr>
          </w:p>
        </w:tc>
        <w:tc>
          <w:tcPr>
            <w:tcW w:type="dxa" w:w="1927"/>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786"/>
          </w:tcPr>
          <w:p>
            <w:pPr>
              <w:spacing w:after="0"/>
              <w:jc w:val="left"/>
            </w:pPr>
            <w:r>
              <w:rPr>
                <w:sz w:val="16"/>
              </w:rPr>
              <w:t>Hail</w:t>
            </w:r>
          </w:p>
        </w:tc>
        <w:tc>
          <w:tcPr>
            <w:tcW w:type="dxa" w:w="1822"/>
          </w:tcPr>
          <w:p>
            <w:pPr>
              <w:spacing w:after="0"/>
              <w:jc w:val="left"/>
            </w:pPr>
            <w:r>
              <w:rPr>
                <w:sz w:val="16"/>
              </w:rPr>
              <w:t>hail size (inches)</w:t>
            </w:r>
          </w:p>
        </w:tc>
        <w:tc>
          <w:tcPr>
            <w:tcW w:type="dxa" w:w="1717"/>
          </w:tcPr>
          <w:p>
            <w:pPr>
              <w:spacing w:after="0"/>
              <w:jc w:val="right"/>
            </w:pPr>
            <w:r>
              <w:rPr>
                <w:sz w:val="16"/>
              </w:rPr>
              <w:t>81 records, 1975 to 2024</w:t>
            </w:r>
          </w:p>
        </w:tc>
        <w:tc>
          <w:tcPr>
            <w:tcW w:type="dxa" w:w="1918"/>
          </w:tcPr>
          <w:p>
            <w:pPr>
              <w:spacing w:after="0"/>
              <w:jc w:val="left"/>
            </w:pPr>
            <w:r>
              <w:rPr>
                <w:sz w:val="16"/>
              </w:rPr>
              <w:t>0.75 in to 2.75 in (median 0.88 in); 81 with a recorded value</w:t>
            </w:r>
          </w:p>
        </w:tc>
        <w:tc>
          <w:tcPr>
            <w:tcW w:type="dxa" w:w="1440"/>
          </w:tcPr>
          <w:p>
            <w:pPr>
              <w:spacing w:after="0"/>
              <w:jc w:val="left"/>
            </w:pPr>
            <w:r>
              <w:rPr>
                <w:sz w:val="16"/>
              </w:rPr>
              <w:t>2.75 in hail, 1998-06-16</w:t>
            </w:r>
          </w:p>
        </w:tc>
        <w:tc>
          <w:tcPr>
            <w:tcW w:type="dxa" w:w="1620"/>
          </w:tcPr>
          <w:p>
            <w:pPr>
              <w:spacing w:after="0"/>
              <w:jc w:val="left"/>
            </w:pPr>
          </w:p>
        </w:tc>
        <w:tc>
          <w:tcPr>
            <w:tcW w:type="dxa" w:w="1927"/>
          </w:tcPr>
          <w:p>
            <w:pPr>
              <w:spacing w:after="0"/>
              <w:jc w:val="left"/>
            </w:pPr>
            <w:r>
              <w:rPr>
                <w:sz w:val="16"/>
              </w:rPr>
              <w:t>Event records naming jurisdictions in the plan: Clarksburg city (12 records), Lost Creek town (10 records), Shinnston city (9 records), Bridgeport city (8 records), West Milford town (5 records), Salem city (2 records), Stonewood city (2 records), Anmoore town (1 record), Lumberport town (1 record).</w:t>
            </w:r>
          </w:p>
        </w:tc>
        <w:tc>
          <w:tcPr>
            <w:tcW w:type="dxa" w:w="1882"/>
          </w:tcPr>
          <w:p>
            <w:pPr>
              <w:spacing w:after="0"/>
              <w:jc w:val="left"/>
            </w:pPr>
          </w:p>
        </w:tc>
      </w:tr>
      <w:tr>
        <w:trPr>
          <w:cantSplit/>
        </w:trPr>
        <w:tc>
          <w:tcPr>
            <w:tcW w:type="dxa" w:w="1786"/>
          </w:tcPr>
          <w:p>
            <w:pPr>
              <w:spacing w:after="0"/>
              <w:jc w:val="left"/>
            </w:pPr>
            <w:r>
              <w:rPr>
                <w:sz w:val="16"/>
              </w:rPr>
              <w:t>Excessive Heat, Heat</w:t>
            </w:r>
          </w:p>
        </w:tc>
        <w:tc>
          <w:tcPr>
            <w:tcW w:type="dxa" w:w="1822"/>
          </w:tcPr>
          <w:p>
            <w:pPr>
              <w:spacing w:after="0"/>
              <w:jc w:val="left"/>
            </w:pPr>
            <w:r>
              <w:rPr>
                <w:sz w:val="16"/>
              </w:rPr>
              <w:t>heat index (in event narratives)</w:t>
            </w:r>
          </w:p>
        </w:tc>
        <w:tc>
          <w:tcPr>
            <w:tcW w:type="dxa" w:w="1717"/>
          </w:tcPr>
          <w:p>
            <w:pPr>
              <w:spacing w:after="0"/>
              <w:jc w:val="right"/>
            </w:pPr>
            <w:r>
              <w:rPr>
                <w:sz w:val="16"/>
              </w:rPr>
              <w:t>19 records, 1996 to 2011 (19 zone-level)</w:t>
            </w:r>
          </w:p>
        </w:tc>
        <w:tc>
          <w:tcPr>
            <w:tcW w:type="dxa" w:w="1918"/>
          </w:tcPr>
          <w:p>
            <w:pPr>
              <w:spacing w:after="0"/>
              <w:jc w:val="left"/>
            </w:pPr>
            <w:r>
              <w:rPr>
                <w:sz w:val="16"/>
              </w:rPr>
              <w:t>1 day to 4 days (median 2 days); 4 with a recorded value</w:t>
            </w:r>
          </w:p>
        </w:tc>
        <w:tc>
          <w:tcPr>
            <w:tcW w:type="dxa" w:w="1440"/>
          </w:tcPr>
          <w:p>
            <w:pPr>
              <w:spacing w:after="0"/>
              <w:jc w:val="left"/>
            </w:pPr>
            <w:r>
              <w:rPr>
                <w:sz w:val="16"/>
              </w:rPr>
              <w:t>4 consecutive days, 2011-07-20 to 2011-07-23, zone-level</w:t>
            </w:r>
          </w:p>
        </w:tc>
        <w:tc>
          <w:tcPr>
            <w:tcW w:type="dxa" w:w="1620"/>
          </w:tcPr>
          <w:p>
            <w:pPr>
              <w:spacing w:after="0"/>
              <w:jc w:val="left"/>
            </w:pPr>
          </w:p>
        </w:tc>
        <w:tc>
          <w:tcPr>
            <w:tcW w:type="dxa" w:w="1927"/>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786"/>
          </w:tcPr>
          <w:p>
            <w:pPr>
              <w:spacing w:after="0"/>
              <w:jc w:val="left"/>
            </w:pPr>
            <w:r>
              <w:rPr>
                <w:sz w:val="16"/>
              </w:rPr>
              <w:t>Hurricane, Tropical Storm, Tropical Depression</w:t>
            </w:r>
          </w:p>
        </w:tc>
        <w:tc>
          <w:tcPr>
            <w:tcW w:type="dxa" w:w="1822"/>
          </w:tcPr>
          <w:p>
            <w:pPr>
              <w:spacing w:after="0"/>
              <w:jc w:val="left"/>
            </w:pPr>
            <w:r>
              <w:rPr>
                <w:sz w:val="16"/>
              </w:rPr>
              <w:t>Saffir-Simpson</w:t>
            </w:r>
          </w:p>
        </w:tc>
        <w:tc>
          <w:tcPr>
            <w:tcW w:type="dxa" w:w="1717"/>
          </w:tcPr>
          <w:p>
            <w:pPr>
              <w:spacing w:after="0"/>
              <w:jc w:val="right"/>
            </w:pPr>
            <w:r>
              <w:rPr>
                <w:sz w:val="16"/>
              </w:rPr>
              <w:t>0</w:t>
            </w:r>
          </w:p>
        </w:tc>
        <w:tc>
          <w:tcPr>
            <w:tcW w:type="dxa" w:w="1918"/>
          </w:tcPr>
          <w:p>
            <w:pPr>
              <w:spacing w:after="0"/>
              <w:jc w:val="left"/>
            </w:pPr>
          </w:p>
        </w:tc>
        <w:tc>
          <w:tcPr>
            <w:tcW w:type="dxa" w:w="1440"/>
          </w:tcPr>
          <w:p>
            <w:pPr>
              <w:spacing w:after="0"/>
              <w:jc w:val="left"/>
            </w:pPr>
          </w:p>
        </w:tc>
        <w:tc>
          <w:tcPr>
            <w:tcW w:type="dxa" w:w="1620"/>
          </w:tcPr>
          <w:p>
            <w:pPr>
              <w:spacing w:after="0"/>
              <w:jc w:val="left"/>
            </w:pPr>
          </w:p>
        </w:tc>
        <w:tc>
          <w:tcPr>
            <w:tcW w:type="dxa" w:w="1927"/>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6"/>
          </w:tcPr>
          <w:p>
            <w:pPr>
              <w:spacing w:after="0"/>
              <w:jc w:val="left"/>
            </w:pPr>
            <w:r>
              <w:rPr>
                <w:sz w:val="16"/>
              </w:rPr>
              <w:t>Ice Storm</w:t>
            </w:r>
          </w:p>
        </w:tc>
        <w:tc>
          <w:tcPr>
            <w:tcW w:type="dxa" w:w="1822"/>
          </w:tcPr>
          <w:p>
            <w:pPr>
              <w:spacing w:after="0"/>
              <w:jc w:val="left"/>
            </w:pPr>
            <w:r>
              <w:rPr>
                <w:sz w:val="16"/>
              </w:rPr>
              <w:t>Sperry-Piltz ice scale (local data)</w:t>
            </w:r>
          </w:p>
        </w:tc>
        <w:tc>
          <w:tcPr>
            <w:tcW w:type="dxa" w:w="1717"/>
          </w:tcPr>
          <w:p>
            <w:pPr>
              <w:spacing w:after="0"/>
              <w:jc w:val="right"/>
            </w:pPr>
            <w:r>
              <w:rPr>
                <w:sz w:val="16"/>
              </w:rPr>
              <w:t>0</w:t>
            </w:r>
          </w:p>
        </w:tc>
        <w:tc>
          <w:tcPr>
            <w:tcW w:type="dxa" w:w="1918"/>
          </w:tcPr>
          <w:p>
            <w:pPr>
              <w:spacing w:after="0"/>
              <w:jc w:val="left"/>
            </w:pPr>
          </w:p>
        </w:tc>
        <w:tc>
          <w:tcPr>
            <w:tcW w:type="dxa" w:w="1440"/>
          </w:tcPr>
          <w:p>
            <w:pPr>
              <w:spacing w:after="0"/>
              <w:jc w:val="left"/>
            </w:pPr>
          </w:p>
        </w:tc>
        <w:tc>
          <w:tcPr>
            <w:tcW w:type="dxa" w:w="1620"/>
          </w:tcPr>
          <w:p>
            <w:pPr>
              <w:spacing w:after="0"/>
              <w:jc w:val="left"/>
            </w:pPr>
          </w:p>
        </w:tc>
        <w:tc>
          <w:tcPr>
            <w:tcW w:type="dxa" w:w="1927"/>
          </w:tcPr>
          <w:p>
            <w:pPr>
              <w:spacing w:after="0"/>
              <w:jc w:val="left"/>
            </w:pPr>
          </w:p>
        </w:tc>
        <w:tc>
          <w:tcPr>
            <w:tcW w:type="dxa" w:w="1882"/>
          </w:tcPr>
          <w:p>
            <w:pPr>
              <w:spacing w:after="0"/>
              <w:jc w:val="left"/>
            </w:pPr>
          </w:p>
        </w:tc>
      </w:tr>
      <w:tr>
        <w:trPr>
          <w:cantSplit/>
        </w:trPr>
        <w:tc>
          <w:tcPr>
            <w:tcW w:type="dxa" w:w="1786"/>
          </w:tcPr>
          <w:p>
            <w:pPr>
              <w:spacing w:after="0"/>
              <w:jc w:val="left"/>
            </w:pPr>
            <w:r>
              <w:rPr>
                <w:sz w:val="16"/>
              </w:rPr>
              <w:t>Flash Flood, Flood, Lakeshore Flood</w:t>
            </w:r>
          </w:p>
        </w:tc>
        <w:tc>
          <w:tcPr>
            <w:tcW w:type="dxa" w:w="1822"/>
          </w:tcPr>
          <w:p>
            <w:pPr>
              <w:spacing w:after="0"/>
              <w:jc w:val="left"/>
            </w:pPr>
            <w:r>
              <w:rPr>
                <w:sz w:val="16"/>
              </w:rPr>
              <w:t>damage and flood days (flood depth: FIRM)</w:t>
            </w:r>
          </w:p>
        </w:tc>
        <w:tc>
          <w:tcPr>
            <w:tcW w:type="dxa" w:w="1717"/>
          </w:tcPr>
          <w:p>
            <w:pPr>
              <w:spacing w:after="0"/>
              <w:jc w:val="right"/>
            </w:pPr>
            <w:r>
              <w:rPr>
                <w:sz w:val="16"/>
              </w:rPr>
              <w:t>137 records, 1996 to 2026 (13 zone-level)</w:t>
            </w:r>
          </w:p>
        </w:tc>
        <w:tc>
          <w:tcPr>
            <w:tcW w:type="dxa" w:w="1918"/>
          </w:tcPr>
          <w:p>
            <w:pPr>
              <w:spacing w:after="0"/>
              <w:jc w:val="left"/>
            </w:pPr>
          </w:p>
        </w:tc>
        <w:tc>
          <w:tcPr>
            <w:tcW w:type="dxa" w:w="1440"/>
          </w:tcPr>
          <w:p>
            <w:pPr>
              <w:spacing w:after="0"/>
              <w:jc w:val="left"/>
            </w:pPr>
            <w:r>
              <w:rPr>
                <w:sz w:val="16"/>
              </w:rPr>
              <w:t>Flash Flood, 2017-07-29, $1,300,000 property; $0 crops (2017 dollars)</w:t>
            </w:r>
          </w:p>
        </w:tc>
        <w:tc>
          <w:tcPr>
            <w:tcW w:type="dxa" w:w="1620"/>
          </w:tcPr>
          <w:p>
            <w:pPr>
              <w:spacing w:after="0"/>
              <w:jc w:val="left"/>
            </w:pPr>
          </w:p>
        </w:tc>
        <w:tc>
          <w:tcPr>
            <w:tcW w:type="dxa" w:w="1927"/>
          </w:tcPr>
          <w:p>
            <w:pPr>
              <w:spacing w:after="0"/>
              <w:jc w:val="left"/>
            </w:pPr>
            <w:r>
              <w:rPr>
                <w:sz w:val="16"/>
              </w:rPr>
              <w:t>Event records naming jurisdictions in the plan: West Milford town (14 records), Clarksburg city (12 records), Lost Creek town (6 records), Bridgeport city (5 records), Salem city (5 records), Stonewood city (3 records), Anmoore town (2 records), Nutter Fort town (2 records), Shinnston city (2 records), Lumberport town (1 record). Zone-level records (13)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6"/>
          </w:tcPr>
          <w:p>
            <w:pPr>
              <w:spacing w:after="0"/>
              <w:jc w:val="left"/>
            </w:pPr>
            <w:r>
              <w:rPr>
                <w:sz w:val="16"/>
              </w:rPr>
              <w:t>Debris Flow</w:t>
            </w:r>
          </w:p>
        </w:tc>
        <w:tc>
          <w:tcPr>
            <w:tcW w:type="dxa" w:w="1822"/>
          </w:tcPr>
          <w:p>
            <w:pPr>
              <w:spacing w:after="0"/>
              <w:jc w:val="left"/>
            </w:pPr>
            <w:r>
              <w:rPr>
                <w:sz w:val="16"/>
              </w:rPr>
              <w:t>none (count and damage only)</w:t>
            </w:r>
          </w:p>
        </w:tc>
        <w:tc>
          <w:tcPr>
            <w:tcW w:type="dxa" w:w="1717"/>
          </w:tcPr>
          <w:p>
            <w:pPr>
              <w:spacing w:after="0"/>
              <w:jc w:val="right"/>
            </w:pPr>
            <w:r>
              <w:rPr>
                <w:sz w:val="16"/>
              </w:rPr>
              <w:t>0</w:t>
            </w:r>
          </w:p>
        </w:tc>
        <w:tc>
          <w:tcPr>
            <w:tcW w:type="dxa" w:w="1918"/>
          </w:tcPr>
          <w:p>
            <w:pPr>
              <w:spacing w:after="0"/>
              <w:jc w:val="left"/>
            </w:pPr>
          </w:p>
        </w:tc>
        <w:tc>
          <w:tcPr>
            <w:tcW w:type="dxa" w:w="1440"/>
          </w:tcPr>
          <w:p>
            <w:pPr>
              <w:spacing w:after="0"/>
              <w:jc w:val="left"/>
            </w:pPr>
          </w:p>
        </w:tc>
        <w:tc>
          <w:tcPr>
            <w:tcW w:type="dxa" w:w="1620"/>
          </w:tcPr>
          <w:p>
            <w:pPr>
              <w:spacing w:after="0"/>
              <w:jc w:val="left"/>
            </w:pPr>
          </w:p>
        </w:tc>
        <w:tc>
          <w:tcPr>
            <w:tcW w:type="dxa" w:w="1927"/>
          </w:tcPr>
          <w:p>
            <w:pPr>
              <w:spacing w:after="0"/>
              <w:jc w:val="left"/>
            </w:pPr>
          </w:p>
        </w:tc>
        <w:tc>
          <w:tcPr>
            <w:tcW w:type="dxa" w:w="1882"/>
          </w:tcPr>
          <w:p>
            <w:pPr>
              <w:spacing w:after="0"/>
              <w:jc w:val="left"/>
            </w:pPr>
          </w:p>
        </w:tc>
      </w:tr>
      <w:tr>
        <w:trPr>
          <w:cantSplit/>
        </w:trPr>
        <w:tc>
          <w:tcPr>
            <w:tcW w:type="dxa" w:w="1786"/>
          </w:tcPr>
          <w:p>
            <w:pPr>
              <w:spacing w:after="0"/>
              <w:jc w:val="left"/>
            </w:pPr>
            <w:r>
              <w:rPr>
                <w:sz w:val="16"/>
              </w:rPr>
              <w:t>Lightning</w:t>
            </w:r>
          </w:p>
        </w:tc>
        <w:tc>
          <w:tcPr>
            <w:tcW w:type="dxa" w:w="1822"/>
          </w:tcPr>
          <w:p>
            <w:pPr>
              <w:spacing w:after="0"/>
              <w:jc w:val="left"/>
            </w:pPr>
            <w:r>
              <w:rPr>
                <w:sz w:val="16"/>
              </w:rPr>
              <w:t>annualized frequency (the measure FEMA's Local Mitigation Planning Handbook names)</w:t>
            </w:r>
          </w:p>
        </w:tc>
        <w:tc>
          <w:tcPr>
            <w:tcW w:type="dxa" w:w="1717"/>
          </w:tcPr>
          <w:p>
            <w:pPr>
              <w:spacing w:after="0"/>
              <w:jc w:val="right"/>
            </w:pPr>
            <w:r>
              <w:rPr>
                <w:sz w:val="16"/>
              </w:rPr>
              <w:t>4 records, 1997 to 2023</w:t>
            </w:r>
          </w:p>
        </w:tc>
        <w:tc>
          <w:tcPr>
            <w:tcW w:type="dxa" w:w="1918"/>
          </w:tcPr>
          <w:p>
            <w:pPr>
              <w:spacing w:after="0"/>
              <w:jc w:val="left"/>
            </w:pPr>
          </w:p>
        </w:tc>
        <w:tc>
          <w:tcPr>
            <w:tcW w:type="dxa" w:w="1440"/>
          </w:tcPr>
          <w:p>
            <w:pPr>
              <w:spacing w:after="0"/>
              <w:jc w:val="left"/>
            </w:pPr>
            <w:r>
              <w:rPr>
                <w:sz w:val="16"/>
              </w:rPr>
              <w:t>Lightning, 1997-08-17, $35,000 property; crops not reported (1997 dollars), 1 direct death</w:t>
            </w:r>
          </w:p>
        </w:tc>
        <w:tc>
          <w:tcPr>
            <w:tcW w:type="dxa" w:w="1620"/>
          </w:tcPr>
          <w:p>
            <w:pPr>
              <w:spacing w:after="0"/>
              <w:jc w:val="left"/>
            </w:pPr>
            <w:r>
              <w:rPr>
                <w:sz w:val="16"/>
              </w:rPr>
              <w:t>Lightning, 1997-08-17, $95,000 property; crops not reported (1997 dollars)</w:t>
            </w:r>
          </w:p>
        </w:tc>
        <w:tc>
          <w:tcPr>
            <w:tcW w:type="dxa" w:w="1927"/>
          </w:tcPr>
          <w:p>
            <w:pPr>
              <w:spacing w:after="0"/>
              <w:jc w:val="left"/>
            </w:pPr>
            <w:r>
              <w:rPr>
                <w:sz w:val="16"/>
              </w:rPr>
              <w:t>Event records naming jurisdictions in the plan: Clarksburg city (1 record), Shinnston city (1 record).</w:t>
            </w:r>
          </w:p>
        </w:tc>
        <w:tc>
          <w:tcPr>
            <w:tcW w:type="dxa" w:w="1882"/>
          </w:tcPr>
          <w:p>
            <w:pPr>
              <w:spacing w:after="0"/>
              <w:jc w:val="left"/>
            </w:pPr>
            <w:r>
              <w:rPr>
                <w:sz w:val="16"/>
              </w:rPr>
              <w:t>Storm Events lists lightning with damage or casualties.</w:t>
            </w:r>
          </w:p>
        </w:tc>
      </w:tr>
      <w:tr>
        <w:trPr>
          <w:cantSplit/>
        </w:trPr>
        <w:tc>
          <w:tcPr>
            <w:tcW w:type="dxa" w:w="1786"/>
          </w:tcPr>
          <w:p>
            <w:pPr>
              <w:spacing w:after="0"/>
              <w:jc w:val="left"/>
            </w:pPr>
            <w:r>
              <w:rPr>
                <w:sz w:val="16"/>
              </w:rPr>
              <w:t>High Wind and Strong Wind (outside NRI's Strong Wind definition)</w:t>
            </w:r>
          </w:p>
        </w:tc>
        <w:tc>
          <w:tcPr>
            <w:tcW w:type="dxa" w:w="1822"/>
          </w:tcPr>
          <w:p>
            <w:pPr>
              <w:spacing w:after="0"/>
              <w:jc w:val="left"/>
            </w:pPr>
            <w:r>
              <w:rPr>
                <w:sz w:val="16"/>
              </w:rPr>
              <w:t>wind speed (kt and mph)</w:t>
            </w:r>
          </w:p>
        </w:tc>
        <w:tc>
          <w:tcPr>
            <w:tcW w:type="dxa" w:w="1717"/>
          </w:tcPr>
          <w:p>
            <w:pPr>
              <w:spacing w:after="0"/>
              <w:jc w:val="right"/>
            </w:pPr>
            <w:r>
              <w:rPr>
                <w:sz w:val="16"/>
              </w:rPr>
              <w:t>42 records, 1998 to 2026 (42 zone-level)</w:t>
            </w:r>
          </w:p>
        </w:tc>
        <w:tc>
          <w:tcPr>
            <w:tcW w:type="dxa" w:w="1918"/>
          </w:tcPr>
          <w:p>
            <w:pPr>
              <w:spacing w:after="0"/>
              <w:jc w:val="left"/>
            </w:pPr>
            <w:r>
              <w:rPr>
                <w:sz w:val="16"/>
              </w:rPr>
              <w:t>31 kt (36 mph) to 56 kt (64 mph) (median 44 kt (51 mph)); 30 with a recorded value</w:t>
            </w:r>
          </w:p>
        </w:tc>
        <w:tc>
          <w:tcPr>
            <w:tcW w:type="dxa" w:w="1440"/>
          </w:tcPr>
          <w:p>
            <w:pPr>
              <w:spacing w:after="0"/>
              <w:jc w:val="left"/>
            </w:pPr>
            <w:r>
              <w:rPr>
                <w:sz w:val="16"/>
              </w:rPr>
              <w:t>56 kt (64 mph) measured gust, High Wind, 2023-03-25; NWS zone WVZ031</w:t>
            </w:r>
          </w:p>
        </w:tc>
        <w:tc>
          <w:tcPr>
            <w:tcW w:type="dxa" w:w="1620"/>
          </w:tcPr>
          <w:p>
            <w:pPr>
              <w:spacing w:after="0"/>
              <w:jc w:val="left"/>
            </w:pPr>
            <w:r>
              <w:rPr>
                <w:sz w:val="16"/>
              </w:rPr>
              <w:t>Strong Wind, 2025-12-19, $100,000 property; $0 crops (zone total, 2025 dollars)</w:t>
            </w:r>
          </w:p>
        </w:tc>
        <w:tc>
          <w:tcPr>
            <w:tcW w:type="dxa" w:w="1927"/>
          </w:tcPr>
          <w:p>
            <w:pPr>
              <w:spacing w:after="0"/>
              <w:jc w:val="left"/>
            </w:pPr>
            <w:r>
              <w:rPr>
                <w:sz w:val="16"/>
              </w:rPr>
              <w:t>Countywide (zone-level records).</w:t>
            </w:r>
          </w:p>
        </w:tc>
        <w:tc>
          <w:tcPr>
            <w:tcW w:type="dxa" w:w="1882"/>
          </w:tcPr>
          <w:p>
            <w:pPr>
              <w:spacing w:after="0"/>
              <w:jc w:val="left"/>
            </w:pPr>
          </w:p>
        </w:tc>
      </w:tr>
      <w:tr>
        <w:trPr>
          <w:cantSplit/>
        </w:trPr>
        <w:tc>
          <w:tcPr>
            <w:tcW w:type="dxa" w:w="1786"/>
          </w:tcPr>
          <w:p>
            <w:pPr>
              <w:spacing w:after="0"/>
              <w:jc w:val="left"/>
            </w:pPr>
            <w:r>
              <w:rPr>
                <w:sz w:val="16"/>
              </w:rPr>
              <w:t>Thunderstorm Wind</w:t>
            </w:r>
          </w:p>
        </w:tc>
        <w:tc>
          <w:tcPr>
            <w:tcW w:type="dxa" w:w="1822"/>
          </w:tcPr>
          <w:p>
            <w:pPr>
              <w:spacing w:after="0"/>
              <w:jc w:val="left"/>
            </w:pPr>
            <w:r>
              <w:rPr>
                <w:sz w:val="16"/>
              </w:rPr>
              <w:t>wind speed (kt and mph)</w:t>
            </w:r>
          </w:p>
        </w:tc>
        <w:tc>
          <w:tcPr>
            <w:tcW w:type="dxa" w:w="1717"/>
          </w:tcPr>
          <w:p>
            <w:pPr>
              <w:spacing w:after="0"/>
              <w:jc w:val="right"/>
            </w:pPr>
            <w:r>
              <w:rPr>
                <w:sz w:val="16"/>
              </w:rPr>
              <w:t>259 records, 1970 to 2026</w:t>
            </w:r>
          </w:p>
        </w:tc>
        <w:tc>
          <w:tcPr>
            <w:tcW w:type="dxa" w:w="1918"/>
          </w:tcPr>
          <w:p>
            <w:pPr>
              <w:spacing w:after="0"/>
              <w:jc w:val="left"/>
            </w:pPr>
            <w:r>
              <w:rPr>
                <w:sz w:val="16"/>
              </w:rPr>
              <w:t>35 kt (40 mph) to 87 kt (100 mph) (median 50 kt (58 mph)); 207 with a recorded value</w:t>
            </w:r>
          </w:p>
        </w:tc>
        <w:tc>
          <w:tcPr>
            <w:tcW w:type="dxa" w:w="1440"/>
          </w:tcPr>
          <w:p>
            <w:pPr>
              <w:spacing w:after="0"/>
              <w:jc w:val="left"/>
            </w:pPr>
            <w:r>
              <w:rPr>
                <w:sz w:val="16"/>
              </w:rPr>
              <w:t>87 kt (100 mph) estimated gust, Thunderstorm Wind, 2017-06-23</w:t>
            </w:r>
          </w:p>
        </w:tc>
        <w:tc>
          <w:tcPr>
            <w:tcW w:type="dxa" w:w="1620"/>
          </w:tcPr>
          <w:p>
            <w:pPr>
              <w:spacing w:after="0"/>
              <w:jc w:val="left"/>
            </w:pPr>
            <w:r>
              <w:rPr>
                <w:sz w:val="16"/>
              </w:rPr>
              <w:t>Thunderstorm Wind, 2012-06-29, $3,500,000 property; $0 crops (2012 dollars)</w:t>
            </w:r>
          </w:p>
        </w:tc>
        <w:tc>
          <w:tcPr>
            <w:tcW w:type="dxa" w:w="1927"/>
          </w:tcPr>
          <w:p>
            <w:pPr>
              <w:spacing w:after="0"/>
              <w:jc w:val="left"/>
            </w:pPr>
            <w:r>
              <w:rPr>
                <w:sz w:val="16"/>
              </w:rPr>
              <w:t>Event records naming jurisdictions in the plan: Clarksburg city (25 records), Bridgeport city (17 records), Shinnston city (17 records), West Milford town (15 records), Lost Creek town (10 records), Anmoore town (4 records), Salem city (4 records), Stonewood city (4 records), Lumberport town (3 records).</w:t>
            </w:r>
          </w:p>
        </w:tc>
        <w:tc>
          <w:tcPr>
            <w:tcW w:type="dxa" w:w="1882"/>
          </w:tcPr>
          <w:p>
            <w:pPr>
              <w:spacing w:after="0"/>
              <w:jc w:val="left"/>
            </w:pPr>
          </w:p>
        </w:tc>
      </w:tr>
      <w:tr>
        <w:trPr>
          <w:cantSplit/>
        </w:trPr>
        <w:tc>
          <w:tcPr>
            <w:tcW w:type="dxa" w:w="1786"/>
          </w:tcPr>
          <w:p>
            <w:pPr>
              <w:spacing w:after="0"/>
              <w:jc w:val="left"/>
            </w:pPr>
            <w:r>
              <w:rPr>
                <w:sz w:val="16"/>
              </w:rPr>
              <w:t>Tornado</w:t>
            </w:r>
          </w:p>
        </w:tc>
        <w:tc>
          <w:tcPr>
            <w:tcW w:type="dxa" w:w="1822"/>
          </w:tcPr>
          <w:p>
            <w:pPr>
              <w:spacing w:after="0"/>
              <w:jc w:val="left"/>
            </w:pPr>
            <w:r>
              <w:rPr>
                <w:sz w:val="16"/>
              </w:rPr>
              <w:t>Enhanced Fujita (Fujita before Feb 2007)</w:t>
            </w:r>
          </w:p>
        </w:tc>
        <w:tc>
          <w:tcPr>
            <w:tcW w:type="dxa" w:w="1717"/>
          </w:tcPr>
          <w:p>
            <w:pPr>
              <w:spacing w:after="0"/>
              <w:jc w:val="right"/>
            </w:pPr>
            <w:r>
              <w:rPr>
                <w:sz w:val="16"/>
              </w:rPr>
              <w:t>6 records, 1970 to 2017</w:t>
            </w:r>
          </w:p>
        </w:tc>
        <w:tc>
          <w:tcPr>
            <w:tcW w:type="dxa" w:w="1918"/>
          </w:tcPr>
          <w:p>
            <w:pPr>
              <w:spacing w:after="0"/>
              <w:jc w:val="left"/>
            </w:pPr>
            <w:r>
              <w:rPr>
                <w:sz w:val="16"/>
              </w:rPr>
              <w:t>F/EF0 to F/EF2 (median F/EF1); 6 with a recorded value</w:t>
            </w:r>
          </w:p>
        </w:tc>
        <w:tc>
          <w:tcPr>
            <w:tcW w:type="dxa" w:w="1440"/>
          </w:tcPr>
          <w:p>
            <w:pPr>
              <w:spacing w:after="0"/>
              <w:jc w:val="left"/>
            </w:pPr>
            <w:r>
              <w:rPr>
                <w:sz w:val="16"/>
              </w:rPr>
              <w:t>F2 tornado, 1970-08-22, 1 mi path length (whole path, pre-1996), 127 yd wide, $2,500,000 property; crops not recorded (1970 dollars)</w:t>
            </w:r>
          </w:p>
        </w:tc>
        <w:tc>
          <w:tcPr>
            <w:tcW w:type="dxa" w:w="1620"/>
          </w:tcPr>
          <w:p>
            <w:pPr>
              <w:spacing w:after="0"/>
              <w:jc w:val="left"/>
            </w:pPr>
          </w:p>
        </w:tc>
        <w:tc>
          <w:tcPr>
            <w:tcW w:type="dxa" w:w="1927"/>
          </w:tcPr>
          <w:p>
            <w:pPr>
              <w:spacing w:after="0"/>
              <w:jc w:val="left"/>
            </w:pPr>
            <w:r>
              <w:rPr>
                <w:sz w:val="16"/>
              </w:rPr>
              <w:t>No event record names a jurisdiction in the plan.</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6"/>
          </w:tcPr>
          <w:p>
            <w:pPr>
              <w:spacing w:after="0"/>
              <w:jc w:val="left"/>
            </w:pPr>
            <w:r>
              <w:rPr>
                <w:sz w:val="16"/>
              </w:rPr>
              <w:t>Wildfire</w:t>
            </w:r>
          </w:p>
        </w:tc>
        <w:tc>
          <w:tcPr>
            <w:tcW w:type="dxa" w:w="1822"/>
          </w:tcPr>
          <w:p>
            <w:pPr>
              <w:spacing w:after="0"/>
              <w:jc w:val="left"/>
            </w:pPr>
            <w:r>
              <w:rPr>
                <w:sz w:val="16"/>
              </w:rPr>
              <w:t>acres burned (local data)</w:t>
            </w:r>
          </w:p>
        </w:tc>
        <w:tc>
          <w:tcPr>
            <w:tcW w:type="dxa" w:w="1717"/>
          </w:tcPr>
          <w:p>
            <w:pPr>
              <w:spacing w:after="0"/>
              <w:jc w:val="right"/>
            </w:pPr>
            <w:r>
              <w:rPr>
                <w:sz w:val="16"/>
              </w:rPr>
              <w:t>0</w:t>
            </w:r>
          </w:p>
        </w:tc>
        <w:tc>
          <w:tcPr>
            <w:tcW w:type="dxa" w:w="1918"/>
          </w:tcPr>
          <w:p>
            <w:pPr>
              <w:spacing w:after="0"/>
              <w:jc w:val="left"/>
            </w:pPr>
          </w:p>
        </w:tc>
        <w:tc>
          <w:tcPr>
            <w:tcW w:type="dxa" w:w="1440"/>
          </w:tcPr>
          <w:p>
            <w:pPr>
              <w:spacing w:after="0"/>
              <w:jc w:val="left"/>
            </w:pPr>
          </w:p>
        </w:tc>
        <w:tc>
          <w:tcPr>
            <w:tcW w:type="dxa" w:w="1620"/>
          </w:tcPr>
          <w:p>
            <w:pPr>
              <w:spacing w:after="0"/>
              <w:jc w:val="left"/>
            </w:pPr>
          </w:p>
        </w:tc>
        <w:tc>
          <w:tcPr>
            <w:tcW w:type="dxa" w:w="1927"/>
          </w:tcPr>
          <w:p>
            <w:pPr>
              <w:spacing w:after="0"/>
              <w:jc w:val="left"/>
            </w:pPr>
          </w:p>
        </w:tc>
        <w:tc>
          <w:tcPr>
            <w:tcW w:type="dxa" w:w="1882"/>
          </w:tcPr>
          <w:p>
            <w:pPr>
              <w:spacing w:after="0"/>
              <w:jc w:val="left"/>
            </w:pPr>
          </w:p>
        </w:tc>
      </w:tr>
      <w:tr>
        <w:trPr>
          <w:cantSplit/>
        </w:trPr>
        <w:tc>
          <w:tcPr>
            <w:tcW w:type="dxa" w:w="1786"/>
          </w:tcPr>
          <w:p>
            <w:pPr>
              <w:spacing w:after="0"/>
              <w:jc w:val="left"/>
            </w:pPr>
            <w:r>
              <w:rPr>
                <w:sz w:val="16"/>
              </w:rPr>
              <w:t>Winter Storm, Heavy Snow, Blizzard, Lake-Effect Snow, Winter Weather, Sleet</w:t>
            </w:r>
          </w:p>
        </w:tc>
        <w:tc>
          <w:tcPr>
            <w:tcW w:type="dxa" w:w="1822"/>
          </w:tcPr>
          <w:p>
            <w:pPr>
              <w:spacing w:after="0"/>
              <w:jc w:val="left"/>
            </w:pPr>
            <w:r>
              <w:rPr>
                <w:sz w:val="16"/>
              </w:rPr>
              <w:t>none in data (snowfall: local data)</w:t>
            </w:r>
          </w:p>
        </w:tc>
        <w:tc>
          <w:tcPr>
            <w:tcW w:type="dxa" w:w="1717"/>
          </w:tcPr>
          <w:p>
            <w:pPr>
              <w:spacing w:after="0"/>
              <w:jc w:val="right"/>
            </w:pPr>
            <w:r>
              <w:rPr>
                <w:sz w:val="16"/>
              </w:rPr>
              <w:t>77 records, 1996 to 2026 (77 zone-level)</w:t>
            </w:r>
          </w:p>
        </w:tc>
        <w:tc>
          <w:tcPr>
            <w:tcW w:type="dxa" w:w="1918"/>
          </w:tcPr>
          <w:p>
            <w:pPr>
              <w:spacing w:after="0"/>
              <w:jc w:val="left"/>
            </w:pPr>
          </w:p>
        </w:tc>
        <w:tc>
          <w:tcPr>
            <w:tcW w:type="dxa" w:w="1440"/>
          </w:tcPr>
          <w:p>
            <w:pPr>
              <w:spacing w:after="0"/>
              <w:jc w:val="left"/>
            </w:pPr>
            <w:r>
              <w:rPr>
                <w:sz w:val="16"/>
              </w:rPr>
              <w:t>Heavy Snow, 2003-02-14, $200,000 property; crops not reported (2003 dollars); NWS zone WVZ031</w:t>
            </w:r>
          </w:p>
        </w:tc>
        <w:tc>
          <w:tcPr>
            <w:tcW w:type="dxa" w:w="1620"/>
          </w:tcPr>
          <w:p>
            <w:pPr>
              <w:spacing w:after="0"/>
              <w:jc w:val="left"/>
            </w:pPr>
          </w:p>
        </w:tc>
        <w:tc>
          <w:tcPr>
            <w:tcW w:type="dxa" w:w="1927"/>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9"/>
        <w:gridCol w:w="2946"/>
        <w:gridCol w:w="2546"/>
        <w:gridCol w:w="2015"/>
        <w:gridCol w:w="144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9"/>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Title</w:t>
            </w:r>
          </w:p>
        </w:tc>
        <w:tc>
          <w:tcPr>
            <w:tcW w:type="dxa" w:w="2546"/>
            <w:shd w:val="clear" w:color="auto" w:fill="E8E8E8"/>
          </w:tcPr>
          <w:p>
            <w:pPr>
              <w:spacing w:after="0"/>
              <w:jc w:val="left"/>
            </w:pPr>
            <w:r>
              <w:rPr>
                <w:b/>
                <w:sz w:val="16"/>
              </w:rPr>
              <w:t>Mapped hazard</w:t>
            </w:r>
          </w:p>
        </w:tc>
        <w:tc>
          <w:tcPr>
            <w:tcW w:type="dxa" w:w="20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69"/>
          </w:tcPr>
          <w:p>
            <w:pPr>
              <w:spacing w:after="0"/>
              <w:jc w:val="left"/>
            </w:pPr>
            <w:r>
              <w:rPr>
                <w:sz w:val="16"/>
              </w:rPr>
              <w:t>Emergency</w:t>
            </w:r>
          </w:p>
        </w:tc>
        <w:tc>
          <w:tcPr>
            <w:tcW w:type="dxa" w:w="2946"/>
          </w:tcPr>
          <w:p>
            <w:pPr>
              <w:spacing w:after="0"/>
              <w:jc w:val="left"/>
            </w:pPr>
            <w:r>
              <w:rPr>
                <w:sz w:val="16"/>
              </w:rPr>
              <w:t>Severe Winter Storm</w:t>
            </w:r>
          </w:p>
        </w:tc>
        <w:tc>
          <w:tcPr>
            <w:tcW w:type="dxa" w:w="2546"/>
          </w:tcPr>
          <w:p>
            <w:pPr>
              <w:spacing w:after="0"/>
              <w:jc w:val="left"/>
            </w:pPr>
            <w:r>
              <w:rPr>
                <w:sz w:val="16"/>
              </w:rPr>
              <w:t>Winter Weather</w:t>
            </w:r>
          </w:p>
        </w:tc>
        <w:tc>
          <w:tcPr>
            <w:tcW w:type="dxa" w:w="2015"/>
          </w:tcPr>
          <w:p>
            <w:pPr>
              <w:spacing w:after="0"/>
              <w:jc w:val="right"/>
            </w:pPr>
            <w:r>
              <w:rPr>
                <w:sz w:val="16"/>
              </w:rPr>
              <w:t>no Public Assistance recorded</w:t>
            </w:r>
          </w:p>
        </w:tc>
        <w:tc>
          <w:tcPr>
            <w:tcW w:type="dxa" w:w="144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2024-01-30</w:t>
            </w:r>
          </w:p>
        </w:tc>
        <w:tc>
          <w:tcPr>
            <w:tcW w:type="dxa" w:w="1037"/>
          </w:tcPr>
          <w:p>
            <w:pPr>
              <w:spacing w:after="0"/>
              <w:jc w:val="left"/>
            </w:pPr>
            <w:r>
              <w:rPr>
                <w:sz w:val="16"/>
              </w:rPr>
              <w:t>2023-08-28</w:t>
            </w:r>
          </w:p>
        </w:tc>
        <w:tc>
          <w:tcPr>
            <w:tcW w:type="dxa" w:w="1037"/>
          </w:tcPr>
          <w:p>
            <w:pPr>
              <w:spacing w:after="0"/>
              <w:jc w:val="left"/>
            </w:pPr>
            <w:r>
              <w:rPr>
                <w:sz w:val="16"/>
              </w:rPr>
              <w:t>DR-4756-WV</w:t>
            </w:r>
          </w:p>
        </w:tc>
        <w:tc>
          <w:tcPr>
            <w:tcW w:type="dxa" w:w="1169"/>
          </w:tcPr>
          <w:p>
            <w:pPr>
              <w:spacing w:after="0"/>
              <w:jc w:val="left"/>
            </w:pPr>
            <w:r>
              <w:rPr>
                <w:sz w:val="16"/>
              </w:rPr>
              <w:t>Major disaster</w:t>
            </w:r>
          </w:p>
        </w:tc>
        <w:tc>
          <w:tcPr>
            <w:tcW w:type="dxa" w:w="2946"/>
          </w:tcPr>
          <w:p>
            <w:pPr>
              <w:spacing w:after="0"/>
              <w:jc w:val="left"/>
            </w:pPr>
            <w:r>
              <w:rPr>
                <w:sz w:val="16"/>
              </w:rPr>
              <w:t>Severe Storms, Flooding, Landslides, and Mudslides</w:t>
            </w:r>
          </w:p>
        </w:tc>
        <w:tc>
          <w:tcPr>
            <w:tcW w:type="dxa" w:w="2546"/>
          </w:tcPr>
          <w:p>
            <w:pPr>
              <w:spacing w:after="0"/>
              <w:jc w:val="left"/>
            </w:pPr>
            <w:r>
              <w:rPr>
                <w:sz w:val="16"/>
              </w:rPr>
              <w:t>Inland Flooding (primary); also designated: Landslide</w:t>
            </w:r>
          </w:p>
        </w:tc>
        <w:tc>
          <w:tcPr>
            <w:tcW w:type="dxa" w:w="2015"/>
          </w:tcPr>
          <w:p>
            <w:pPr>
              <w:spacing w:after="0"/>
              <w:jc w:val="right"/>
            </w:pPr>
            <w:r>
              <w:rPr>
                <w:sz w:val="16"/>
              </w:rPr>
              <w:t>$941,292.85</w:t>
            </w:r>
          </w:p>
        </w:tc>
        <w:tc>
          <w:tcPr>
            <w:tcW w:type="dxa" w:w="1449"/>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69"/>
          </w:tcPr>
          <w:p>
            <w:pPr>
              <w:spacing w:after="0"/>
              <w:jc w:val="left"/>
            </w:pPr>
            <w:r>
              <w:rPr>
                <w:sz w:val="16"/>
              </w:rPr>
              <w:t>Major disaster</w:t>
            </w:r>
          </w:p>
        </w:tc>
        <w:tc>
          <w:tcPr>
            <w:tcW w:type="dxa" w:w="2946"/>
          </w:tcPr>
          <w:p>
            <w:pPr>
              <w:spacing w:after="0"/>
              <w:jc w:val="left"/>
            </w:pPr>
            <w:r>
              <w:rPr>
                <w:sz w:val="16"/>
              </w:rPr>
              <w:t>COVID-19 Pandemic</w:t>
            </w:r>
          </w:p>
        </w:tc>
        <w:tc>
          <w:tcPr>
            <w:tcW w:type="dxa" w:w="2546"/>
          </w:tcPr>
          <w:p>
            <w:pPr>
              <w:spacing w:after="0"/>
              <w:jc w:val="left"/>
            </w:pPr>
            <w:r>
              <w:rPr>
                <w:sz w:val="16"/>
              </w:rPr>
              <w:t>Non-natural, not counted</w:t>
            </w:r>
          </w:p>
        </w:tc>
        <w:tc>
          <w:tcPr>
            <w:tcW w:type="dxa" w:w="2015"/>
          </w:tcPr>
          <w:p>
            <w:pPr>
              <w:spacing w:after="0"/>
              <w:jc w:val="right"/>
            </w:pPr>
            <w:r>
              <w:rPr>
                <w:sz w:val="16"/>
              </w:rPr>
              <w:t>$10,812.26</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69"/>
          </w:tcPr>
          <w:p>
            <w:pPr>
              <w:spacing w:after="0"/>
              <w:jc w:val="left"/>
            </w:pPr>
            <w:r>
              <w:rPr>
                <w:sz w:val="16"/>
              </w:rPr>
              <w:t>Emergency</w:t>
            </w:r>
          </w:p>
        </w:tc>
        <w:tc>
          <w:tcPr>
            <w:tcW w:type="dxa" w:w="2946"/>
          </w:tcPr>
          <w:p>
            <w:pPr>
              <w:spacing w:after="0"/>
              <w:jc w:val="left"/>
            </w:pPr>
            <w:r>
              <w:rPr>
                <w:sz w:val="16"/>
              </w:rPr>
              <w:t>COVID-19</w:t>
            </w:r>
          </w:p>
        </w:tc>
        <w:tc>
          <w:tcPr>
            <w:tcW w:type="dxa" w:w="2546"/>
          </w:tcPr>
          <w:p>
            <w:pPr>
              <w:spacing w:after="0"/>
              <w:jc w:val="left"/>
            </w:pPr>
            <w:r>
              <w:rPr>
                <w:sz w:val="16"/>
              </w:rPr>
              <w:t>Non-natural, not counted</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69"/>
          </w:tcPr>
          <w:p>
            <w:pPr>
              <w:spacing w:after="0"/>
              <w:jc w:val="left"/>
            </w:pPr>
            <w:r>
              <w:rPr>
                <w:sz w:val="16"/>
              </w:rPr>
              <w:t>Major disaster</w:t>
            </w:r>
          </w:p>
        </w:tc>
        <w:tc>
          <w:tcPr>
            <w:tcW w:type="dxa" w:w="2946"/>
          </w:tcPr>
          <w:p>
            <w:pPr>
              <w:spacing w:after="0"/>
              <w:jc w:val="left"/>
            </w:pPr>
            <w:r>
              <w:rPr>
                <w:sz w:val="16"/>
              </w:rPr>
              <w:t>Severe Storms, Flooding, Landslides, and Mudslides</w:t>
            </w:r>
          </w:p>
        </w:tc>
        <w:tc>
          <w:tcPr>
            <w:tcW w:type="dxa" w:w="2546"/>
          </w:tcPr>
          <w:p>
            <w:pPr>
              <w:spacing w:after="0"/>
              <w:jc w:val="left"/>
            </w:pPr>
            <w:r>
              <w:rPr>
                <w:sz w:val="16"/>
              </w:rPr>
              <w:t>Landslide (primary); also designated: Inland Flooding</w:t>
            </w:r>
          </w:p>
        </w:tc>
        <w:tc>
          <w:tcPr>
            <w:tcW w:type="dxa" w:w="2015"/>
          </w:tcPr>
          <w:p>
            <w:pPr>
              <w:spacing w:after="0"/>
              <w:jc w:val="right"/>
            </w:pPr>
            <w:r>
              <w:rPr>
                <w:sz w:val="16"/>
              </w:rPr>
              <w:t>$3,079,920.95</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169"/>
          </w:tcPr>
          <w:p>
            <w:pPr>
              <w:spacing w:after="0"/>
              <w:jc w:val="left"/>
            </w:pPr>
            <w:r>
              <w:rPr>
                <w:sz w:val="16"/>
              </w:rPr>
              <w:t>Major disaster</w:t>
            </w:r>
          </w:p>
        </w:tc>
        <w:tc>
          <w:tcPr>
            <w:tcW w:type="dxa" w:w="2946"/>
          </w:tcPr>
          <w:p>
            <w:pPr>
              <w:spacing w:after="0"/>
              <w:jc w:val="left"/>
            </w:pPr>
            <w:r>
              <w:rPr>
                <w:sz w:val="16"/>
              </w:rPr>
              <w:t>Severe Storms, Flooding, Landslides, and Mudslides</w:t>
            </w:r>
          </w:p>
        </w:tc>
        <w:tc>
          <w:tcPr>
            <w:tcW w:type="dxa" w:w="2546"/>
          </w:tcPr>
          <w:p>
            <w:pPr>
              <w:spacing w:after="0"/>
              <w:jc w:val="left"/>
            </w:pPr>
            <w:r>
              <w:rPr>
                <w:sz w:val="16"/>
              </w:rPr>
              <w:t>Inland Flooding; Landslide</w:t>
            </w:r>
          </w:p>
        </w:tc>
        <w:tc>
          <w:tcPr>
            <w:tcW w:type="dxa" w:w="2015"/>
          </w:tcPr>
          <w:p>
            <w:pPr>
              <w:spacing w:after="0"/>
              <w:jc w:val="right"/>
            </w:pPr>
            <w:r>
              <w:rPr>
                <w:sz w:val="16"/>
              </w:rPr>
              <w:t>$20,447.16</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169"/>
          </w:tcPr>
          <w:p>
            <w:pPr>
              <w:spacing w:after="0"/>
              <w:jc w:val="left"/>
            </w:pPr>
            <w:r>
              <w:rPr>
                <w:sz w:val="16"/>
              </w:rPr>
              <w:t>Major disaster</w:t>
            </w:r>
          </w:p>
        </w:tc>
        <w:tc>
          <w:tcPr>
            <w:tcW w:type="dxa" w:w="2946"/>
          </w:tcPr>
          <w:p>
            <w:pPr>
              <w:spacing w:after="0"/>
              <w:jc w:val="left"/>
            </w:pPr>
            <w:r>
              <w:rPr>
                <w:sz w:val="16"/>
              </w:rPr>
              <w:t>Severe Winter Storm, Flooding, Landslides, and Mudslides</w:t>
            </w:r>
          </w:p>
        </w:tc>
        <w:tc>
          <w:tcPr>
            <w:tcW w:type="dxa" w:w="2546"/>
          </w:tcPr>
          <w:p>
            <w:pPr>
              <w:spacing w:after="0"/>
              <w:jc w:val="left"/>
            </w:pPr>
            <w:r>
              <w:rPr>
                <w:sz w:val="16"/>
              </w:rPr>
              <w:t>Inland Flooding; Landslide; Winter Weather</w:t>
            </w:r>
          </w:p>
        </w:tc>
        <w:tc>
          <w:tcPr>
            <w:tcW w:type="dxa" w:w="2015"/>
          </w:tcPr>
          <w:p>
            <w:pPr>
              <w:spacing w:after="0"/>
              <w:jc w:val="right"/>
            </w:pPr>
            <w:r>
              <w:rPr>
                <w:sz w:val="16"/>
              </w:rPr>
              <w:t>$64,503.57</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69"/>
          </w:tcPr>
          <w:p>
            <w:pPr>
              <w:spacing w:after="0"/>
              <w:jc w:val="left"/>
            </w:pPr>
            <w:r>
              <w:rPr>
                <w:sz w:val="16"/>
              </w:rPr>
              <w:t>Emergency</w:t>
            </w:r>
          </w:p>
        </w:tc>
        <w:tc>
          <w:tcPr>
            <w:tcW w:type="dxa" w:w="2946"/>
          </w:tcPr>
          <w:p>
            <w:pPr>
              <w:spacing w:after="0"/>
              <w:jc w:val="left"/>
            </w:pPr>
            <w:r>
              <w:rPr>
                <w:sz w:val="16"/>
              </w:rPr>
              <w:t>Hurricane Sandy</w:t>
            </w:r>
          </w:p>
        </w:tc>
        <w:tc>
          <w:tcPr>
            <w:tcW w:type="dxa" w:w="2546"/>
          </w:tcPr>
          <w:p>
            <w:pPr>
              <w:spacing w:after="0"/>
              <w:jc w:val="left"/>
            </w:pPr>
            <w:r>
              <w:rPr>
                <w:sz w:val="16"/>
              </w:rPr>
              <w:t>Hurricane</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69"/>
          </w:tcPr>
          <w:p>
            <w:pPr>
              <w:spacing w:after="0"/>
              <w:jc w:val="left"/>
            </w:pPr>
            <w:r>
              <w:rPr>
                <w:sz w:val="16"/>
              </w:rPr>
              <w:t>Major disaster</w:t>
            </w:r>
          </w:p>
        </w:tc>
        <w:tc>
          <w:tcPr>
            <w:tcW w:type="dxa" w:w="2946"/>
          </w:tcPr>
          <w:p>
            <w:pPr>
              <w:spacing w:after="0"/>
              <w:jc w:val="left"/>
            </w:pPr>
            <w:r>
              <w:rPr>
                <w:sz w:val="16"/>
              </w:rPr>
              <w:t>Severe Storms and Straight-Line Winds</w:t>
            </w:r>
          </w:p>
        </w:tc>
        <w:tc>
          <w:tcPr>
            <w:tcW w:type="dxa" w:w="2546"/>
          </w:tcPr>
          <w:p>
            <w:pPr>
              <w:spacing w:after="0"/>
              <w:jc w:val="left"/>
            </w:pPr>
            <w:r>
              <w:rPr>
                <w:sz w:val="16"/>
              </w:rPr>
              <w:t>Strong Wind</w:t>
            </w:r>
          </w:p>
        </w:tc>
        <w:tc>
          <w:tcPr>
            <w:tcW w:type="dxa" w:w="2015"/>
          </w:tcPr>
          <w:p>
            <w:pPr>
              <w:spacing w:after="0"/>
              <w:jc w:val="right"/>
            </w:pPr>
            <w:r>
              <w:rPr>
                <w:sz w:val="16"/>
              </w:rPr>
              <w:t>$359,062.32</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69"/>
          </w:tcPr>
          <w:p>
            <w:pPr>
              <w:spacing w:after="0"/>
              <w:jc w:val="left"/>
            </w:pPr>
            <w:r>
              <w:rPr>
                <w:sz w:val="16"/>
              </w:rPr>
              <w:t>Emergency</w:t>
            </w:r>
          </w:p>
        </w:tc>
        <w:tc>
          <w:tcPr>
            <w:tcW w:type="dxa" w:w="2946"/>
          </w:tcPr>
          <w:p>
            <w:pPr>
              <w:spacing w:after="0"/>
              <w:jc w:val="left"/>
            </w:pPr>
            <w:r>
              <w:rPr>
                <w:sz w:val="16"/>
              </w:rPr>
              <w:t>Severe Storms</w:t>
            </w:r>
          </w:p>
        </w:tc>
        <w:tc>
          <w:tcPr>
            <w:tcW w:type="dxa" w:w="2546"/>
          </w:tcPr>
          <w:p>
            <w:pPr>
              <w:spacing w:after="0"/>
              <w:jc w:val="left"/>
            </w:pPr>
            <w:r>
              <w:rPr>
                <w:sz w:val="16"/>
              </w:rPr>
              <w:t>Hazard not mapped (severe storm title names no single hazard); not counted</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r>
              <w:rPr>
                <w:sz w:val="16"/>
              </w:rPr>
              <w:t>same incident as DR-4071</w:t>
            </w: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169"/>
          </w:tcPr>
          <w:p>
            <w:pPr>
              <w:spacing w:after="0"/>
              <w:jc w:val="left"/>
            </w:pPr>
            <w:r>
              <w:rPr>
                <w:sz w:val="16"/>
              </w:rPr>
              <w:t>Major disaster</w:t>
            </w:r>
          </w:p>
        </w:tc>
        <w:tc>
          <w:tcPr>
            <w:tcW w:type="dxa" w:w="2946"/>
          </w:tcPr>
          <w:p>
            <w:pPr>
              <w:spacing w:after="0"/>
              <w:jc w:val="left"/>
            </w:pPr>
            <w:r>
              <w:rPr>
                <w:sz w:val="16"/>
              </w:rPr>
              <w:t>Severe Storms, Tornadoes, Flooding, Mudslides, and Landslides</w:t>
            </w:r>
          </w:p>
        </w:tc>
        <w:tc>
          <w:tcPr>
            <w:tcW w:type="dxa" w:w="2546"/>
          </w:tcPr>
          <w:p>
            <w:pPr>
              <w:spacing w:after="0"/>
              <w:jc w:val="left"/>
            </w:pPr>
            <w:r>
              <w:rPr>
                <w:sz w:val="16"/>
              </w:rPr>
              <w:t>Inland Flooding; Landslide; Tornado</w:t>
            </w:r>
          </w:p>
        </w:tc>
        <w:tc>
          <w:tcPr>
            <w:tcW w:type="dxa" w:w="2015"/>
          </w:tcPr>
          <w:p>
            <w:pPr>
              <w:spacing w:after="0"/>
              <w:jc w:val="right"/>
            </w:pPr>
            <w:r>
              <w:rPr>
                <w:sz w:val="16"/>
              </w:rPr>
              <w:t>$1,260.21</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2008-06-19</w:t>
            </w:r>
          </w:p>
        </w:tc>
        <w:tc>
          <w:tcPr>
            <w:tcW w:type="dxa" w:w="1037"/>
          </w:tcPr>
          <w:p>
            <w:pPr>
              <w:spacing w:after="0"/>
              <w:jc w:val="left"/>
            </w:pPr>
            <w:r>
              <w:rPr>
                <w:sz w:val="16"/>
              </w:rPr>
              <w:t>2008-06-03</w:t>
            </w:r>
          </w:p>
        </w:tc>
        <w:tc>
          <w:tcPr>
            <w:tcW w:type="dxa" w:w="1037"/>
          </w:tcPr>
          <w:p>
            <w:pPr>
              <w:spacing w:after="0"/>
              <w:jc w:val="left"/>
            </w:pPr>
            <w:r>
              <w:rPr>
                <w:sz w:val="16"/>
              </w:rPr>
              <w:t>DR-1769-WV</w:t>
            </w:r>
          </w:p>
        </w:tc>
        <w:tc>
          <w:tcPr>
            <w:tcW w:type="dxa" w:w="1169"/>
          </w:tcPr>
          <w:p>
            <w:pPr>
              <w:spacing w:after="0"/>
              <w:jc w:val="left"/>
            </w:pPr>
            <w:r>
              <w:rPr>
                <w:sz w:val="16"/>
              </w:rPr>
              <w:t>Major disaster</w:t>
            </w:r>
          </w:p>
        </w:tc>
        <w:tc>
          <w:tcPr>
            <w:tcW w:type="dxa" w:w="2946"/>
          </w:tcPr>
          <w:p>
            <w:pPr>
              <w:spacing w:after="0"/>
              <w:jc w:val="left"/>
            </w:pPr>
            <w:r>
              <w:rPr>
                <w:sz w:val="16"/>
              </w:rPr>
              <w:t>Severe Storms, Tornadoes, Flooding, Mudslides, and</w:t>
            </w:r>
          </w:p>
        </w:tc>
        <w:tc>
          <w:tcPr>
            <w:tcW w:type="dxa" w:w="2546"/>
          </w:tcPr>
          <w:p>
            <w:pPr>
              <w:spacing w:after="0"/>
              <w:jc w:val="left"/>
            </w:pPr>
            <w:r>
              <w:rPr>
                <w:sz w:val="16"/>
              </w:rPr>
              <w:t>Inland Flooding; Landslide; Tornado</w:t>
            </w:r>
          </w:p>
        </w:tc>
        <w:tc>
          <w:tcPr>
            <w:tcW w:type="dxa" w:w="2015"/>
          </w:tcPr>
          <w:p>
            <w:pPr>
              <w:spacing w:after="0"/>
              <w:jc w:val="right"/>
            </w:pPr>
            <w:r>
              <w:rPr>
                <w:sz w:val="16"/>
              </w:rPr>
              <w:t>$257,542.79</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69"/>
          </w:tcPr>
          <w:p>
            <w:pPr>
              <w:spacing w:after="0"/>
              <w:jc w:val="left"/>
            </w:pPr>
            <w:r>
              <w:rPr>
                <w:sz w:val="16"/>
              </w:rPr>
              <w:t>Emergency</w:t>
            </w:r>
          </w:p>
        </w:tc>
        <w:tc>
          <w:tcPr>
            <w:tcW w:type="dxa" w:w="2946"/>
          </w:tcPr>
          <w:p>
            <w:pPr>
              <w:spacing w:after="0"/>
              <w:jc w:val="left"/>
            </w:pPr>
            <w:r>
              <w:rPr>
                <w:sz w:val="16"/>
              </w:rPr>
              <w:t>Hurricane Katrina Evacuation</w:t>
            </w:r>
          </w:p>
        </w:tc>
        <w:tc>
          <w:tcPr>
            <w:tcW w:type="dxa" w:w="2546"/>
          </w:tcPr>
          <w:p>
            <w:pPr>
              <w:spacing w:after="0"/>
              <w:jc w:val="left"/>
            </w:pPr>
            <w:r>
              <w:rPr>
                <w:sz w:val="16"/>
              </w:rPr>
              <w:t>Hurricane: evacuation support, not a local hazard event; not counted</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169"/>
          </w:tcPr>
          <w:p>
            <w:pPr>
              <w:spacing w:after="0"/>
              <w:jc w:val="left"/>
            </w:pPr>
            <w:r>
              <w:rPr>
                <w:sz w:val="16"/>
              </w:rPr>
              <w:t>Major disaster</w:t>
            </w:r>
          </w:p>
        </w:tc>
        <w:tc>
          <w:tcPr>
            <w:tcW w:type="dxa" w:w="2946"/>
          </w:tcPr>
          <w:p>
            <w:pPr>
              <w:spacing w:after="0"/>
              <w:jc w:val="left"/>
            </w:pPr>
            <w:r>
              <w:rPr>
                <w:sz w:val="16"/>
              </w:rPr>
              <w:t>Severe Storms, Flooding, and Landslides</w:t>
            </w:r>
          </w:p>
        </w:tc>
        <w:tc>
          <w:tcPr>
            <w:tcW w:type="dxa" w:w="2546"/>
          </w:tcPr>
          <w:p>
            <w:pPr>
              <w:spacing w:after="0"/>
              <w:jc w:val="left"/>
            </w:pPr>
            <w:r>
              <w:rPr>
                <w:sz w:val="16"/>
              </w:rPr>
              <w:t>Inland Flooding; Landslide</w:t>
            </w:r>
          </w:p>
        </w:tc>
        <w:tc>
          <w:tcPr>
            <w:tcW w:type="dxa" w:w="2015"/>
          </w:tcPr>
          <w:p>
            <w:pPr>
              <w:spacing w:after="0"/>
              <w:jc w:val="right"/>
            </w:pPr>
            <w:r>
              <w:rPr>
                <w:sz w:val="16"/>
              </w:rPr>
              <w:t>$398,448.58</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169"/>
          </w:tcPr>
          <w:p>
            <w:pPr>
              <w:spacing w:after="0"/>
              <w:jc w:val="left"/>
            </w:pPr>
            <w:r>
              <w:rPr>
                <w:sz w:val="16"/>
              </w:rPr>
              <w:t>Major disaster</w:t>
            </w:r>
          </w:p>
        </w:tc>
        <w:tc>
          <w:tcPr>
            <w:tcW w:type="dxa" w:w="2946"/>
          </w:tcPr>
          <w:p>
            <w:pPr>
              <w:spacing w:after="0"/>
              <w:jc w:val="left"/>
            </w:pPr>
            <w:r>
              <w:rPr>
                <w:sz w:val="16"/>
              </w:rPr>
              <w:t>Severe Storms, Flooding, and Landslides</w:t>
            </w:r>
          </w:p>
        </w:tc>
        <w:tc>
          <w:tcPr>
            <w:tcW w:type="dxa" w:w="2546"/>
          </w:tcPr>
          <w:p>
            <w:pPr>
              <w:spacing w:after="0"/>
              <w:jc w:val="left"/>
            </w:pPr>
            <w:r>
              <w:rPr>
                <w:sz w:val="16"/>
              </w:rPr>
              <w:t>Inland Flooding; Landslide</w:t>
            </w:r>
          </w:p>
        </w:tc>
        <w:tc>
          <w:tcPr>
            <w:tcW w:type="dxa" w:w="2015"/>
          </w:tcPr>
          <w:p>
            <w:pPr>
              <w:spacing w:after="0"/>
              <w:jc w:val="right"/>
            </w:pPr>
            <w:r>
              <w:rPr>
                <w:sz w:val="16"/>
              </w:rPr>
              <w:t>PA not declared for this county</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69"/>
          </w:tcPr>
          <w:p>
            <w:pPr>
              <w:spacing w:after="0"/>
              <w:jc w:val="left"/>
            </w:pPr>
            <w:r>
              <w:rPr>
                <w:sz w:val="16"/>
              </w:rPr>
              <w:t>Major disaster</w:t>
            </w:r>
          </w:p>
        </w:tc>
        <w:tc>
          <w:tcPr>
            <w:tcW w:type="dxa" w:w="2946"/>
          </w:tcPr>
          <w:p>
            <w:pPr>
              <w:spacing w:after="0"/>
              <w:jc w:val="left"/>
            </w:pPr>
            <w:r>
              <w:rPr>
                <w:sz w:val="16"/>
              </w:rPr>
              <w:t>Severe Winter Storm, Record/Near Record Snow, Heavy Rains, Flooding and Landslides</w:t>
            </w:r>
          </w:p>
        </w:tc>
        <w:tc>
          <w:tcPr>
            <w:tcW w:type="dxa" w:w="2546"/>
          </w:tcPr>
          <w:p>
            <w:pPr>
              <w:spacing w:after="0"/>
              <w:jc w:val="left"/>
            </w:pPr>
            <w:r>
              <w:rPr>
                <w:sz w:val="16"/>
              </w:rPr>
              <w:t>Inland Flooding; Landslide; Winter Weather</w:t>
            </w:r>
          </w:p>
        </w:tc>
        <w:tc>
          <w:tcPr>
            <w:tcW w:type="dxa" w:w="2015"/>
          </w:tcPr>
          <w:p>
            <w:pPr>
              <w:spacing w:after="0"/>
              <w:jc w:val="right"/>
            </w:pPr>
            <w:r>
              <w:rPr>
                <w:sz w:val="16"/>
              </w:rPr>
              <w:t>$51,392.48</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69"/>
          </w:tcPr>
          <w:p>
            <w:pPr>
              <w:spacing w:after="0"/>
              <w:jc w:val="left"/>
            </w:pPr>
            <w:r>
              <w:rPr>
                <w:sz w:val="16"/>
              </w:rPr>
              <w:t>Major disaster</w:t>
            </w:r>
          </w:p>
        </w:tc>
        <w:tc>
          <w:tcPr>
            <w:tcW w:type="dxa" w:w="2946"/>
          </w:tcPr>
          <w:p>
            <w:pPr>
              <w:spacing w:after="0"/>
              <w:jc w:val="left"/>
            </w:pPr>
            <w:r>
              <w:rPr>
                <w:sz w:val="16"/>
              </w:rPr>
              <w:t>Flooding, Severe Storms, and Landslides</w:t>
            </w:r>
          </w:p>
        </w:tc>
        <w:tc>
          <w:tcPr>
            <w:tcW w:type="dxa" w:w="2546"/>
          </w:tcPr>
          <w:p>
            <w:pPr>
              <w:spacing w:after="0"/>
              <w:jc w:val="left"/>
            </w:pPr>
            <w:r>
              <w:rPr>
                <w:sz w:val="16"/>
              </w:rPr>
              <w:t>Inland Flooding (primary); also designated: Landslide</w:t>
            </w:r>
          </w:p>
        </w:tc>
        <w:tc>
          <w:tcPr>
            <w:tcW w:type="dxa" w:w="2015"/>
          </w:tcPr>
          <w:p>
            <w:pPr>
              <w:spacing w:after="0"/>
              <w:jc w:val="right"/>
            </w:pPr>
            <w:r>
              <w:rPr>
                <w:sz w:val="16"/>
              </w:rPr>
              <w:t>$32,196.72</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1998-07-01</w:t>
            </w:r>
          </w:p>
        </w:tc>
        <w:tc>
          <w:tcPr>
            <w:tcW w:type="dxa" w:w="1037"/>
          </w:tcPr>
          <w:p>
            <w:pPr>
              <w:spacing w:after="0"/>
              <w:jc w:val="left"/>
            </w:pPr>
            <w:r>
              <w:rPr>
                <w:sz w:val="16"/>
              </w:rPr>
              <w:t>1998-06-26</w:t>
            </w:r>
          </w:p>
        </w:tc>
        <w:tc>
          <w:tcPr>
            <w:tcW w:type="dxa" w:w="1037"/>
          </w:tcPr>
          <w:p>
            <w:pPr>
              <w:spacing w:after="0"/>
              <w:jc w:val="left"/>
            </w:pPr>
            <w:r>
              <w:rPr>
                <w:sz w:val="16"/>
              </w:rPr>
              <w:t>DR-1229-WV</w:t>
            </w:r>
          </w:p>
        </w:tc>
        <w:tc>
          <w:tcPr>
            <w:tcW w:type="dxa" w:w="1169"/>
          </w:tcPr>
          <w:p>
            <w:pPr>
              <w:spacing w:after="0"/>
              <w:jc w:val="left"/>
            </w:pPr>
            <w:r>
              <w:rPr>
                <w:sz w:val="16"/>
              </w:rPr>
              <w:t>Major disaster</w:t>
            </w:r>
          </w:p>
        </w:tc>
        <w:tc>
          <w:tcPr>
            <w:tcW w:type="dxa" w:w="2946"/>
          </w:tcPr>
          <w:p>
            <w:pPr>
              <w:spacing w:after="0"/>
              <w:jc w:val="left"/>
            </w:pPr>
            <w:r>
              <w:rPr>
                <w:sz w:val="16"/>
              </w:rPr>
              <w:t>Severe Storms and Flooding</w:t>
            </w:r>
          </w:p>
        </w:tc>
        <w:tc>
          <w:tcPr>
            <w:tcW w:type="dxa" w:w="2546"/>
          </w:tcPr>
          <w:p>
            <w:pPr>
              <w:spacing w:after="0"/>
              <w:jc w:val="left"/>
            </w:pPr>
            <w:r>
              <w:rPr>
                <w:sz w:val="16"/>
              </w:rPr>
              <w:t>Inland Flooding; Winter Weather</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169"/>
          </w:tcPr>
          <w:p>
            <w:pPr>
              <w:spacing w:after="0"/>
              <w:jc w:val="left"/>
            </w:pPr>
            <w:r>
              <w:rPr>
                <w:sz w:val="16"/>
              </w:rPr>
              <w:t>Major disaster</w:t>
            </w:r>
          </w:p>
        </w:tc>
        <w:tc>
          <w:tcPr>
            <w:tcW w:type="dxa" w:w="2946"/>
          </w:tcPr>
          <w:p>
            <w:pPr>
              <w:spacing w:after="0"/>
              <w:jc w:val="left"/>
            </w:pPr>
            <w:r>
              <w:rPr>
                <w:sz w:val="16"/>
              </w:rPr>
              <w:t>Flooding, Heavy Winds</w:t>
            </w:r>
          </w:p>
        </w:tc>
        <w:tc>
          <w:tcPr>
            <w:tcW w:type="dxa" w:w="2546"/>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69"/>
          </w:tcPr>
          <w:p>
            <w:pPr>
              <w:spacing w:after="0"/>
              <w:jc w:val="left"/>
            </w:pPr>
            <w:r>
              <w:rPr>
                <w:sz w:val="16"/>
              </w:rPr>
              <w:t>Major disaster</w:t>
            </w:r>
          </w:p>
        </w:tc>
        <w:tc>
          <w:tcPr>
            <w:tcW w:type="dxa" w:w="2946"/>
          </w:tcPr>
          <w:p>
            <w:pPr>
              <w:spacing w:after="0"/>
              <w:jc w:val="left"/>
            </w:pPr>
            <w:r>
              <w:rPr>
                <w:sz w:val="16"/>
              </w:rPr>
              <w:t>Blizzard of 96 (Severe Snow Storm)</w:t>
            </w:r>
          </w:p>
        </w:tc>
        <w:tc>
          <w:tcPr>
            <w:tcW w:type="dxa" w:w="2546"/>
          </w:tcPr>
          <w:p>
            <w:pPr>
              <w:spacing w:after="0"/>
              <w:jc w:val="left"/>
            </w:pPr>
            <w:r>
              <w:rPr>
                <w:sz w:val="16"/>
              </w:rPr>
              <w:t>Winter Weather</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69"/>
          </w:tcPr>
          <w:p>
            <w:pPr>
              <w:spacing w:after="0"/>
              <w:jc w:val="left"/>
            </w:pPr>
            <w:r>
              <w:rPr>
                <w:sz w:val="16"/>
              </w:rPr>
              <w:t>Emergency</w:t>
            </w:r>
          </w:p>
        </w:tc>
        <w:tc>
          <w:tcPr>
            <w:tcW w:type="dxa" w:w="2946"/>
          </w:tcPr>
          <w:p>
            <w:pPr>
              <w:spacing w:after="0"/>
              <w:jc w:val="left"/>
            </w:pPr>
            <w:r>
              <w:rPr>
                <w:sz w:val="16"/>
              </w:rPr>
              <w:t>Severe Snowfall &amp; Winter Storm</w:t>
            </w:r>
          </w:p>
        </w:tc>
        <w:tc>
          <w:tcPr>
            <w:tcW w:type="dxa" w:w="2546"/>
          </w:tcPr>
          <w:p>
            <w:pPr>
              <w:spacing w:after="0"/>
              <w:jc w:val="left"/>
            </w:pPr>
            <w:r>
              <w:rPr>
                <w:sz w:val="16"/>
              </w:rPr>
              <w:t>Winter Weather</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169"/>
          </w:tcPr>
          <w:p>
            <w:pPr>
              <w:spacing w:after="0"/>
              <w:jc w:val="left"/>
            </w:pPr>
            <w:r>
              <w:rPr>
                <w:sz w:val="16"/>
              </w:rPr>
              <w:t>Major disaster</w:t>
            </w:r>
          </w:p>
        </w:tc>
        <w:tc>
          <w:tcPr>
            <w:tcW w:type="dxa" w:w="2946"/>
          </w:tcPr>
          <w:p>
            <w:pPr>
              <w:spacing w:after="0"/>
              <w:jc w:val="left"/>
            </w:pPr>
            <w:r>
              <w:rPr>
                <w:sz w:val="16"/>
              </w:rPr>
              <w:t>Severe Storms &amp; Flooding</w:t>
            </w:r>
          </w:p>
        </w:tc>
        <w:tc>
          <w:tcPr>
            <w:tcW w:type="dxa" w:w="2546"/>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169"/>
          </w:tcPr>
          <w:p>
            <w:pPr>
              <w:spacing w:after="0"/>
              <w:jc w:val="left"/>
            </w:pPr>
            <w:r>
              <w:rPr>
                <w:sz w:val="16"/>
              </w:rPr>
              <w:t>Major disaster</w:t>
            </w:r>
          </w:p>
        </w:tc>
        <w:tc>
          <w:tcPr>
            <w:tcW w:type="dxa" w:w="2946"/>
          </w:tcPr>
          <w:p>
            <w:pPr>
              <w:spacing w:after="0"/>
              <w:jc w:val="left"/>
            </w:pPr>
            <w:r>
              <w:rPr>
                <w:sz w:val="16"/>
              </w:rPr>
              <w:t>Severe Storms &amp; Flooding</w:t>
            </w:r>
          </w:p>
        </w:tc>
        <w:tc>
          <w:tcPr>
            <w:tcW w:type="dxa" w:w="2546"/>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169"/>
          </w:tcPr>
          <w:p>
            <w:pPr>
              <w:spacing w:after="0"/>
              <w:jc w:val="left"/>
            </w:pPr>
            <w:r>
              <w:rPr>
                <w:sz w:val="16"/>
              </w:rPr>
              <w:t>Major disaster</w:t>
            </w:r>
          </w:p>
        </w:tc>
        <w:tc>
          <w:tcPr>
            <w:tcW w:type="dxa" w:w="2946"/>
          </w:tcPr>
          <w:p>
            <w:pPr>
              <w:spacing w:after="0"/>
              <w:jc w:val="left"/>
            </w:pPr>
            <w:r>
              <w:rPr>
                <w:sz w:val="16"/>
              </w:rPr>
              <w:t>Flooding</w:t>
            </w:r>
          </w:p>
        </w:tc>
        <w:tc>
          <w:tcPr>
            <w:tcW w:type="dxa" w:w="2546"/>
          </w:tcPr>
          <w:p>
            <w:pPr>
              <w:spacing w:after="0"/>
              <w:jc w:val="left"/>
            </w:pPr>
            <w:r>
              <w:rPr>
                <w:sz w:val="16"/>
              </w:rPr>
              <w:t>Inland Flooding</w:t>
            </w:r>
          </w:p>
        </w:tc>
        <w:tc>
          <w:tcPr>
            <w:tcW w:type="dxa" w:w="2015"/>
          </w:tcPr>
          <w:p>
            <w:pPr>
              <w:spacing w:after="0"/>
              <w:jc w:val="right"/>
            </w:pPr>
            <w:r>
              <w:rPr>
                <w:sz w:val="16"/>
              </w:rPr>
              <w:t>no Public Assistance recorded</w:t>
            </w:r>
          </w:p>
        </w:tc>
        <w:tc>
          <w:tcPr>
            <w:tcW w:type="dxa" w:w="1449"/>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$2,869,464.61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2,869,464.61"/>
        <w:tblDescription w:val="Hazard Plain table b1d_pa_other"/>
      </w:tblPr>
      <w:tblGrid>
        <w:gridCol w:w="1467"/>
        <w:gridCol w:w="1467"/>
        <w:gridCol w:w="3193"/>
        <w:gridCol w:w="6140"/>
        <w:gridCol w:w="1846"/>
      </w:tblGrid>
      <w:tr>
        <w:trPr>
          <w:cantSplit/>
          <w:tblHeader/>
        </w:trPr>
        <w:tc>
          <w:tcPr>
            <w:tcW w:type="dxa" w:w="1467"/>
            <w:shd w:val="clear" w:color="auto" w:fill="E8E8E8"/>
          </w:tcPr>
          <w:p>
            <w:pPr>
              <w:spacing w:after="0"/>
              <w:jc w:val="left"/>
            </w:pPr>
            <w:r>
              <w:rPr>
                <w:b/>
                <w:sz w:val="16"/>
              </w:rPr>
              <w:t>FEMA number</w:t>
            </w:r>
          </w:p>
        </w:tc>
        <w:tc>
          <w:tcPr>
            <w:tcW w:type="dxa" w:w="1467"/>
            <w:shd w:val="clear" w:color="auto" w:fill="E8E8E8"/>
          </w:tcPr>
          <w:p>
            <w:pPr>
              <w:spacing w:after="0"/>
              <w:jc w:val="left"/>
            </w:pPr>
            <w:r>
              <w:rPr>
                <w:b/>
                <w:sz w:val="16"/>
              </w:rPr>
              <w:t>Declared</w:t>
            </w:r>
          </w:p>
        </w:tc>
        <w:tc>
          <w:tcPr>
            <w:tcW w:type="dxa" w:w="3193"/>
            <w:shd w:val="clear" w:color="auto" w:fill="E8E8E8"/>
          </w:tcPr>
          <w:p>
            <w:pPr>
              <w:spacing w:after="0"/>
              <w:jc w:val="left"/>
            </w:pPr>
            <w:r>
              <w:rPr>
                <w:b/>
                <w:sz w:val="16"/>
              </w:rPr>
              <w:t>Title</w:t>
            </w:r>
          </w:p>
        </w:tc>
        <w:tc>
          <w:tcPr>
            <w:tcW w:type="dxa" w:w="6140"/>
            <w:shd w:val="clear" w:color="auto" w:fill="E8E8E8"/>
          </w:tcPr>
          <w:p>
            <w:pPr>
              <w:spacing w:after="0"/>
              <w:jc w:val="left"/>
            </w:pPr>
            <w:r>
              <w:rPr>
                <w:b/>
                <w:sz w:val="16"/>
              </w:rPr>
              <w:t>Applicant</w:t>
            </w:r>
          </w:p>
        </w:tc>
        <w:tc>
          <w:tcPr>
            <w:tcW w:type="dxa" w:w="184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67"/>
          </w:tcPr>
          <w:p>
            <w:pPr>
              <w:spacing w:after="0"/>
              <w:jc w:val="left"/>
            </w:pPr>
            <w:r>
              <w:rPr>
                <w:sz w:val="16"/>
              </w:rPr>
              <w:t>DR-4884-WV</w:t>
            </w:r>
          </w:p>
        </w:tc>
        <w:tc>
          <w:tcPr>
            <w:tcW w:type="dxa" w:w="1467"/>
          </w:tcPr>
          <w:p>
            <w:pPr>
              <w:spacing w:after="0"/>
              <w:jc w:val="left"/>
            </w:pPr>
            <w:r>
              <w:rPr>
                <w:sz w:val="16"/>
              </w:rPr>
              <w:t>2025-07-22</w:t>
            </w:r>
          </w:p>
        </w:tc>
        <w:tc>
          <w:tcPr>
            <w:tcW w:type="dxa" w:w="3193"/>
          </w:tcPr>
          <w:p>
            <w:pPr>
              <w:spacing w:after="0"/>
              <w:jc w:val="left"/>
            </w:pPr>
            <w:r>
              <w:rPr>
                <w:sz w:val="16"/>
              </w:rPr>
              <w:t>Severe Storms, Straight-Line Winds, Flooding, Landslides, and Mudslides</w:t>
            </w:r>
          </w:p>
        </w:tc>
        <w:tc>
          <w:tcPr>
            <w:tcW w:type="dxa" w:w="6140"/>
          </w:tcPr>
          <w:p>
            <w:pPr>
              <w:spacing w:after="0"/>
              <w:jc w:val="left"/>
            </w:pPr>
            <w:r>
              <w:rPr>
                <w:sz w:val="16"/>
              </w:rPr>
              <w:t>West Virginia Division of Highways / District 4</w:t>
            </w:r>
          </w:p>
        </w:tc>
        <w:tc>
          <w:tcPr>
            <w:tcW w:type="dxa" w:w="1846"/>
          </w:tcPr>
          <w:p>
            <w:pPr>
              <w:spacing w:after="0"/>
              <w:jc w:val="right"/>
            </w:pPr>
            <w:r>
              <w:rPr>
                <w:sz w:val="16"/>
              </w:rPr>
              <w:t>$715,902.89</w:t>
            </w:r>
          </w:p>
        </w:tc>
      </w:tr>
      <w:tr>
        <w:trPr>
          <w:cantSplit/>
        </w:trPr>
        <w:tc>
          <w:tcPr>
            <w:tcW w:type="dxa" w:w="1467"/>
          </w:tcPr>
          <w:p>
            <w:pPr>
              <w:spacing w:after="0"/>
              <w:jc w:val="left"/>
            </w:pPr>
            <w:r>
              <w:rPr>
                <w:sz w:val="16"/>
              </w:rPr>
              <w:t>DR-4787-WV</w:t>
            </w:r>
          </w:p>
        </w:tc>
        <w:tc>
          <w:tcPr>
            <w:tcW w:type="dxa" w:w="1467"/>
          </w:tcPr>
          <w:p>
            <w:pPr>
              <w:spacing w:after="0"/>
              <w:jc w:val="left"/>
            </w:pPr>
            <w:r>
              <w:rPr>
                <w:sz w:val="16"/>
              </w:rPr>
              <w:t>2024-05-24</w:t>
            </w:r>
          </w:p>
        </w:tc>
        <w:tc>
          <w:tcPr>
            <w:tcW w:type="dxa" w:w="3193"/>
          </w:tcPr>
          <w:p>
            <w:pPr>
              <w:spacing w:after="0"/>
              <w:jc w:val="left"/>
            </w:pPr>
            <w:r>
              <w:rPr>
                <w:sz w:val="16"/>
              </w:rPr>
              <w:t>Severe Storms, Flooding, Landslides, and Mudslides</w:t>
            </w:r>
          </w:p>
        </w:tc>
        <w:tc>
          <w:tcPr>
            <w:tcW w:type="dxa" w:w="6140"/>
          </w:tcPr>
          <w:p>
            <w:pPr>
              <w:spacing w:after="0"/>
              <w:jc w:val="left"/>
            </w:pPr>
            <w:r>
              <w:rPr>
                <w:sz w:val="16"/>
              </w:rPr>
              <w:t>West Virginia Division of Highways / District 4</w:t>
            </w:r>
          </w:p>
        </w:tc>
        <w:tc>
          <w:tcPr>
            <w:tcW w:type="dxa" w:w="1846"/>
          </w:tcPr>
          <w:p>
            <w:pPr>
              <w:spacing w:after="0"/>
              <w:jc w:val="right"/>
            </w:pPr>
            <w:r>
              <w:rPr>
                <w:sz w:val="16"/>
              </w:rPr>
              <w:t>$1,317,604.56</w:t>
            </w:r>
          </w:p>
        </w:tc>
      </w:tr>
      <w:tr>
        <w:trPr>
          <w:cantSplit/>
        </w:trPr>
        <w:tc>
          <w:tcPr>
            <w:tcW w:type="dxa" w:w="1467"/>
          </w:tcPr>
          <w:p>
            <w:pPr>
              <w:spacing w:after="0"/>
              <w:jc w:val="left"/>
            </w:pPr>
            <w:r>
              <w:rPr>
                <w:sz w:val="16"/>
              </w:rPr>
              <w:t>DR-4783-WV</w:t>
            </w:r>
          </w:p>
        </w:tc>
        <w:tc>
          <w:tcPr>
            <w:tcW w:type="dxa" w:w="1467"/>
          </w:tcPr>
          <w:p>
            <w:pPr>
              <w:spacing w:after="0"/>
              <w:jc w:val="left"/>
            </w:pPr>
            <w:r>
              <w:rPr>
                <w:sz w:val="16"/>
              </w:rPr>
              <w:t>2024-05-22</w:t>
            </w:r>
          </w:p>
        </w:tc>
        <w:tc>
          <w:tcPr>
            <w:tcW w:type="dxa" w:w="3193"/>
          </w:tcPr>
          <w:p>
            <w:pPr>
              <w:spacing w:after="0"/>
              <w:jc w:val="left"/>
            </w:pPr>
            <w:r>
              <w:rPr>
                <w:sz w:val="16"/>
              </w:rPr>
              <w:t>Severe Storms, Straight-Line Winds, Tornadoes, Flooding, Landslides, and Mudslides</w:t>
            </w:r>
          </w:p>
        </w:tc>
        <w:tc>
          <w:tcPr>
            <w:tcW w:type="dxa" w:w="6140"/>
          </w:tcPr>
          <w:p>
            <w:pPr>
              <w:spacing w:after="0"/>
              <w:jc w:val="left"/>
            </w:pPr>
            <w:r>
              <w:rPr>
                <w:sz w:val="16"/>
              </w:rPr>
              <w:t>West Virginia Division of Highways / District 4</w:t>
            </w:r>
          </w:p>
        </w:tc>
        <w:tc>
          <w:tcPr>
            <w:tcW w:type="dxa" w:w="1846"/>
          </w:tcPr>
          <w:p>
            <w:pPr>
              <w:spacing w:after="0"/>
              <w:jc w:val="right"/>
            </w:pPr>
            <w:r>
              <w:rPr>
                <w:sz w:val="16"/>
              </w:rPr>
              <w:t>$200,101.67</w:t>
            </w:r>
          </w:p>
        </w:tc>
      </w:tr>
      <w:tr>
        <w:trPr>
          <w:cantSplit/>
        </w:trPr>
        <w:tc>
          <w:tcPr>
            <w:tcW w:type="dxa" w:w="1467"/>
          </w:tcPr>
          <w:p>
            <w:pPr>
              <w:spacing w:after="0"/>
              <w:jc w:val="left"/>
            </w:pPr>
            <w:r>
              <w:rPr>
                <w:sz w:val="16"/>
              </w:rPr>
              <w:t>DR-4455-WV</w:t>
            </w:r>
          </w:p>
        </w:tc>
        <w:tc>
          <w:tcPr>
            <w:tcW w:type="dxa" w:w="1467"/>
          </w:tcPr>
          <w:p>
            <w:pPr>
              <w:spacing w:after="0"/>
              <w:jc w:val="left"/>
            </w:pPr>
            <w:r>
              <w:rPr>
                <w:sz w:val="16"/>
              </w:rPr>
              <w:t>2019-08-03</w:t>
            </w:r>
          </w:p>
        </w:tc>
        <w:tc>
          <w:tcPr>
            <w:tcW w:type="dxa" w:w="3193"/>
          </w:tcPr>
          <w:p>
            <w:pPr>
              <w:spacing w:after="0"/>
              <w:jc w:val="left"/>
            </w:pPr>
            <w:r>
              <w:rPr>
                <w:sz w:val="16"/>
              </w:rPr>
              <w:t>Severe Storms, Flooding, Landslides, and Mudslides</w:t>
            </w:r>
          </w:p>
        </w:tc>
        <w:tc>
          <w:tcPr>
            <w:tcW w:type="dxa" w:w="6140"/>
          </w:tcPr>
          <w:p>
            <w:pPr>
              <w:spacing w:after="0"/>
              <w:jc w:val="left"/>
            </w:pPr>
            <w:r>
              <w:rPr>
                <w:sz w:val="16"/>
              </w:rPr>
              <w:t>West Virginia Division of Highways / District 4</w:t>
            </w:r>
          </w:p>
        </w:tc>
        <w:tc>
          <w:tcPr>
            <w:tcW w:type="dxa" w:w="1846"/>
          </w:tcPr>
          <w:p>
            <w:pPr>
              <w:spacing w:after="0"/>
              <w:jc w:val="right"/>
            </w:pPr>
            <w:r>
              <w:rPr>
                <w:sz w:val="16"/>
              </w:rPr>
              <w:t>$635,855.49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137</w:t>
            </w:r>
          </w:p>
        </w:tc>
        <w:tc>
          <w:tcPr>
            <w:tcW w:type="dxa" w:w="1159"/>
          </w:tcPr>
          <w:p>
            <w:pPr>
              <w:spacing w:after="0"/>
              <w:jc w:val="right"/>
            </w:pPr>
            <w:r>
              <w:rPr>
                <w:sz w:val="16"/>
              </w:rPr>
              <w:t>37</w:t>
            </w:r>
          </w:p>
        </w:tc>
        <w:tc>
          <w:tcPr>
            <w:tcW w:type="dxa" w:w="2116"/>
          </w:tcPr>
          <w:p>
            <w:pPr>
              <w:spacing w:after="0"/>
              <w:jc w:val="right"/>
            </w:pPr>
            <w:r>
              <w:rPr>
                <w:sz w:val="16"/>
              </w:rPr>
              <w:t>8</w:t>
            </w:r>
          </w:p>
        </w:tc>
        <w:tc>
          <w:tcPr>
            <w:tcW w:type="dxa" w:w="786"/>
          </w:tcPr>
          <w:p>
            <w:pPr>
              <w:spacing w:after="0"/>
              <w:jc w:val="right"/>
            </w:pPr>
            <w:r>
              <w:rPr>
                <w:sz w:val="16"/>
              </w:rPr>
              <w:t>59</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301</w:t>
            </w:r>
          </w:p>
        </w:tc>
        <w:tc>
          <w:tcPr>
            <w:tcW w:type="dxa" w:w="1159"/>
          </w:tcPr>
          <w:p>
            <w:pPr>
              <w:spacing w:after="0"/>
              <w:jc w:val="right"/>
            </w:pPr>
            <w:r>
              <w:rPr>
                <w:sz w:val="16"/>
              </w:rPr>
              <w:t>40</w:t>
            </w:r>
          </w:p>
        </w:tc>
        <w:tc>
          <w:tcPr>
            <w:tcW w:type="dxa" w:w="2116"/>
          </w:tcPr>
          <w:p>
            <w:pPr>
              <w:spacing w:after="0"/>
              <w:jc w:val="right"/>
            </w:pPr>
            <w:r>
              <w:rPr>
                <w:sz w:val="16"/>
              </w:rPr>
              <w:t>9</w:t>
            </w:r>
          </w:p>
        </w:tc>
        <w:tc>
          <w:tcPr>
            <w:tcW w:type="dxa" w:w="786"/>
          </w:tcPr>
          <w:p>
            <w:pPr>
              <w:spacing w:after="0"/>
              <w:jc w:val="right"/>
            </w:pPr>
            <w:r>
              <w:rPr>
                <w:sz w:val="16"/>
              </w:rPr>
              <w:t>78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17 High Wind and 25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77</w:t>
            </w:r>
          </w:p>
        </w:tc>
        <w:tc>
          <w:tcPr>
            <w:tcW w:type="dxa" w:w="1159"/>
          </w:tcPr>
          <w:p>
            <w:pPr>
              <w:spacing w:after="0"/>
              <w:jc w:val="right"/>
            </w:pPr>
            <w:r>
              <w:rPr>
                <w:sz w:val="16"/>
              </w:rPr>
              <w:t>12</w:t>
            </w:r>
          </w:p>
        </w:tc>
        <w:tc>
          <w:tcPr>
            <w:tcW w:type="dxa" w:w="2116"/>
          </w:tcPr>
          <w:p>
            <w:pPr>
              <w:spacing w:after="0"/>
              <w:jc w:val="right"/>
            </w:pPr>
            <w:r>
              <w:rPr>
                <w:sz w:val="16"/>
              </w:rPr>
              <w:t>3</w:t>
            </w:r>
          </w:p>
        </w:tc>
        <w:tc>
          <w:tcPr>
            <w:tcW w:type="dxa" w:w="786"/>
          </w:tcPr>
          <w:p>
            <w:pPr>
              <w:spacing w:after="0"/>
              <w:jc w:val="right"/>
            </w:pPr>
            <w:r>
              <w:rPr>
                <w:sz w:val="16"/>
              </w:rPr>
              <w:t>22</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5"/>
        <w:gridCol w:w="1916"/>
        <w:gridCol w:w="2988"/>
        <w:gridCol w:w="933"/>
        <w:gridCol w:w="2380"/>
        <w:gridCol w:w="710"/>
        <w:gridCol w:w="2795"/>
      </w:tblGrid>
      <w:tr>
        <w:trPr>
          <w:cantSplit/>
          <w:tblHeader/>
        </w:trPr>
        <w:tc>
          <w:tcPr>
            <w:tcW w:type="dxa" w:w="1037"/>
            <w:shd w:val="clear" w:color="auto" w:fill="E8E8E8"/>
          </w:tcPr>
          <w:p>
            <w:pPr>
              <w:spacing w:after="0"/>
              <w:jc w:val="left"/>
            </w:pPr>
            <w:r>
              <w:rPr>
                <w:b/>
                <w:sz w:val="16"/>
              </w:rPr>
              <w:t>Date</w:t>
            </w:r>
          </w:p>
        </w:tc>
        <w:tc>
          <w:tcPr>
            <w:tcW w:type="dxa" w:w="1355"/>
            <w:shd w:val="clear" w:color="auto" w:fill="E8E8E8"/>
          </w:tcPr>
          <w:p>
            <w:pPr>
              <w:spacing w:after="0"/>
              <w:jc w:val="left"/>
            </w:pPr>
            <w:r>
              <w:rPr>
                <w:b/>
                <w:sz w:val="16"/>
              </w:rPr>
              <w:t>Event type</w:t>
            </w:r>
          </w:p>
        </w:tc>
        <w:tc>
          <w:tcPr>
            <w:tcW w:type="dxa" w:w="1916"/>
            <w:shd w:val="clear" w:color="auto" w:fill="E8E8E8"/>
          </w:tcPr>
          <w:p>
            <w:pPr>
              <w:spacing w:after="0"/>
              <w:jc w:val="left"/>
            </w:pPr>
            <w:r>
              <w:rPr>
                <w:b/>
                <w:sz w:val="16"/>
              </w:rPr>
              <w:t>Magnitude or extent</w:t>
            </w:r>
          </w:p>
        </w:tc>
        <w:tc>
          <w:tcPr>
            <w:tcW w:type="dxa" w:w="29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7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2023-03-25</w:t>
            </w:r>
          </w:p>
        </w:tc>
        <w:tc>
          <w:tcPr>
            <w:tcW w:type="dxa" w:w="1355"/>
          </w:tcPr>
          <w:p>
            <w:pPr>
              <w:spacing w:after="0"/>
              <w:jc w:val="left"/>
            </w:pPr>
            <w:r>
              <w:rPr>
                <w:sz w:val="16"/>
              </w:rPr>
              <w:t>High Wind</w:t>
            </w:r>
          </w:p>
        </w:tc>
        <w:tc>
          <w:tcPr>
            <w:tcW w:type="dxa" w:w="1916"/>
          </w:tcPr>
          <w:p>
            <w:pPr>
              <w:spacing w:after="0"/>
              <w:jc w:val="left"/>
            </w:pPr>
            <w:r>
              <w:rPr>
                <w:sz w:val="16"/>
              </w:rPr>
              <w:t>56 kt (64 mph) measured gust</w:t>
            </w:r>
          </w:p>
        </w:tc>
        <w:tc>
          <w:tcPr>
            <w:tcW w:type="dxa" w:w="2988"/>
          </w:tcPr>
          <w:p>
            <w:pPr>
              <w:spacing w:after="0"/>
              <w:jc w:val="left"/>
            </w:pPr>
            <w:r>
              <w:rPr>
                <w:sz w:val="16"/>
              </w:rPr>
              <w:t>$10,000 property; $0 crops (zone total, 2023 dollars)</w:t>
            </w:r>
          </w:p>
        </w:tc>
        <w:tc>
          <w:tcPr>
            <w:tcW w:type="dxa" w:w="933"/>
          </w:tcPr>
          <w:p>
            <w:pPr>
              <w:spacing w:after="0"/>
              <w:jc w:val="right"/>
            </w:pPr>
            <w:r>
              <w:rPr>
                <w:sz w:val="16"/>
              </w:rPr>
              <w:t>0, 0</w:t>
            </w:r>
          </w:p>
        </w:tc>
        <w:tc>
          <w:tcPr>
            <w:tcW w:type="dxa" w:w="2380"/>
          </w:tcPr>
          <w:p>
            <w:pPr>
              <w:spacing w:after="0"/>
              <w:jc w:val="left"/>
            </w:pPr>
            <w:r>
              <w:rPr>
                <w:sz w:val="16"/>
              </w:rPr>
              <w:t>NWS zone WVZ031 (HARRISON), zone-level</w:t>
            </w:r>
          </w:p>
        </w:tc>
        <w:tc>
          <w:tcPr>
            <w:tcW w:type="dxa" w:w="710"/>
          </w:tcPr>
          <w:p>
            <w:pPr>
              <w:spacing w:after="0"/>
              <w:jc w:val="left"/>
            </w:pPr>
            <w:r>
              <w:rPr>
                <w:sz w:val="16"/>
              </w:rPr>
              <w:t>within last 5 years</w:t>
            </w:r>
          </w:p>
        </w:tc>
        <w:tc>
          <w:tcPr>
            <w:tcW w:type="dxa" w:w="2795"/>
          </w:tcPr>
          <w:p>
            <w:pPr>
              <w:spacing w:after="0"/>
              <w:jc w:val="left"/>
            </w:pPr>
            <w:r>
              <w:rPr>
                <w:sz w:val="16"/>
              </w:rPr>
              <w:t>B1-c worst recorded: High Wind and Strong Wind</w:t>
            </w:r>
          </w:p>
        </w:tc>
      </w:tr>
      <w:tr>
        <w:trPr>
          <w:cantSplit/>
        </w:trPr>
        <w:tc>
          <w:tcPr>
            <w:tcW w:type="dxa" w:w="1037"/>
          </w:tcPr>
          <w:p>
            <w:pPr>
              <w:spacing w:after="0"/>
              <w:jc w:val="left"/>
            </w:pPr>
            <w:r>
              <w:rPr>
                <w:sz w:val="16"/>
              </w:rPr>
              <w:t>2017-07-29</w:t>
            </w:r>
          </w:p>
        </w:tc>
        <w:tc>
          <w:tcPr>
            <w:tcW w:type="dxa" w:w="1355"/>
          </w:tcPr>
          <w:p>
            <w:pPr>
              <w:spacing w:after="0"/>
              <w:jc w:val="left"/>
            </w:pPr>
            <w:r>
              <w:rPr>
                <w:sz w:val="16"/>
              </w:rPr>
              <w:t>Flash Flood</w:t>
            </w:r>
          </w:p>
        </w:tc>
        <w:tc>
          <w:tcPr>
            <w:tcW w:type="dxa" w:w="1916"/>
          </w:tcPr>
          <w:p>
            <w:pPr>
              <w:spacing w:after="0"/>
              <w:jc w:val="left"/>
            </w:pPr>
          </w:p>
        </w:tc>
        <w:tc>
          <w:tcPr>
            <w:tcW w:type="dxa" w:w="2988"/>
          </w:tcPr>
          <w:p>
            <w:pPr>
              <w:spacing w:after="0"/>
              <w:jc w:val="left"/>
            </w:pPr>
            <w:r>
              <w:rPr>
                <w:sz w:val="16"/>
              </w:rPr>
              <w:t>$1,300,000 property; $0 crops (2017 dollars)</w:t>
            </w:r>
          </w:p>
        </w:tc>
        <w:tc>
          <w:tcPr>
            <w:tcW w:type="dxa" w:w="933"/>
          </w:tcPr>
          <w:p>
            <w:pPr>
              <w:spacing w:after="0"/>
              <w:jc w:val="right"/>
            </w:pPr>
            <w:r>
              <w:rPr>
                <w:sz w:val="16"/>
              </w:rPr>
              <w:t>0, 0</w:t>
            </w:r>
          </w:p>
        </w:tc>
        <w:tc>
          <w:tcPr>
            <w:tcW w:type="dxa" w:w="2380"/>
          </w:tcPr>
          <w:p>
            <w:pPr>
              <w:spacing w:after="0"/>
              <w:jc w:val="left"/>
            </w:pPr>
            <w:r>
              <w:rPr>
                <w:sz w:val="16"/>
              </w:rPr>
              <w:t>MARGRET to ADAMSVILLE</w:t>
            </w:r>
          </w:p>
        </w:tc>
        <w:tc>
          <w:tcPr>
            <w:tcW w:type="dxa" w:w="710"/>
          </w:tcPr>
          <w:p>
            <w:pPr>
              <w:spacing w:after="0"/>
              <w:jc w:val="left"/>
            </w:pPr>
          </w:p>
        </w:tc>
        <w:tc>
          <w:tcPr>
            <w:tcW w:type="dxa" w:w="27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2017-06-23</w:t>
            </w:r>
          </w:p>
        </w:tc>
        <w:tc>
          <w:tcPr>
            <w:tcW w:type="dxa" w:w="1355"/>
          </w:tcPr>
          <w:p>
            <w:pPr>
              <w:spacing w:after="0"/>
              <w:jc w:val="left"/>
            </w:pPr>
            <w:r>
              <w:rPr>
                <w:sz w:val="16"/>
              </w:rPr>
              <w:t>Thunderstorm Wind</w:t>
            </w:r>
          </w:p>
        </w:tc>
        <w:tc>
          <w:tcPr>
            <w:tcW w:type="dxa" w:w="1916"/>
          </w:tcPr>
          <w:p>
            <w:pPr>
              <w:spacing w:after="0"/>
              <w:jc w:val="left"/>
            </w:pPr>
            <w:r>
              <w:rPr>
                <w:sz w:val="16"/>
              </w:rPr>
              <w:t>87 kt (100 mph) estimated gust</w:t>
            </w:r>
          </w:p>
        </w:tc>
        <w:tc>
          <w:tcPr>
            <w:tcW w:type="dxa" w:w="2988"/>
          </w:tcPr>
          <w:p>
            <w:pPr>
              <w:spacing w:after="0"/>
              <w:jc w:val="left"/>
            </w:pPr>
            <w:r>
              <w:rPr>
                <w:sz w:val="16"/>
              </w:rPr>
              <w:t>$15,000 property; $0 crops (2017 dollars)</w:t>
            </w:r>
          </w:p>
        </w:tc>
        <w:tc>
          <w:tcPr>
            <w:tcW w:type="dxa" w:w="933"/>
          </w:tcPr>
          <w:p>
            <w:pPr>
              <w:spacing w:after="0"/>
              <w:jc w:val="right"/>
            </w:pPr>
            <w:r>
              <w:rPr>
                <w:sz w:val="16"/>
              </w:rPr>
              <w:t>0, 0</w:t>
            </w:r>
          </w:p>
        </w:tc>
        <w:tc>
          <w:tcPr>
            <w:tcW w:type="dxa" w:w="2380"/>
          </w:tcPr>
          <w:p>
            <w:pPr>
              <w:spacing w:after="0"/>
              <w:jc w:val="left"/>
            </w:pPr>
            <w:r>
              <w:rPr>
                <w:sz w:val="16"/>
              </w:rPr>
              <w:t>DESPARD</w:t>
            </w:r>
          </w:p>
        </w:tc>
        <w:tc>
          <w:tcPr>
            <w:tcW w:type="dxa" w:w="710"/>
          </w:tcPr>
          <w:p>
            <w:pPr>
              <w:spacing w:after="0"/>
              <w:jc w:val="left"/>
            </w:pPr>
          </w:p>
        </w:tc>
        <w:tc>
          <w:tcPr>
            <w:tcW w:type="dxa" w:w="2795"/>
          </w:tcPr>
          <w:p>
            <w:pPr>
              <w:spacing w:after="0"/>
              <w:jc w:val="left"/>
            </w:pPr>
            <w:r>
              <w:rPr>
                <w:sz w:val="16"/>
              </w:rPr>
              <w:t>B1-c worst recorded: Thunderstorm Wind</w:t>
            </w:r>
          </w:p>
        </w:tc>
      </w:tr>
      <w:tr>
        <w:trPr>
          <w:cantSplit/>
        </w:trPr>
        <w:tc>
          <w:tcPr>
            <w:tcW w:type="dxa" w:w="1037"/>
          </w:tcPr>
          <w:p>
            <w:pPr>
              <w:spacing w:after="0"/>
              <w:jc w:val="left"/>
            </w:pPr>
            <w:r>
              <w:rPr>
                <w:sz w:val="16"/>
              </w:rPr>
              <w:t>2011-07-20</w:t>
            </w:r>
          </w:p>
        </w:tc>
        <w:tc>
          <w:tcPr>
            <w:tcW w:type="dxa" w:w="1355"/>
          </w:tcPr>
          <w:p>
            <w:pPr>
              <w:spacing w:after="0"/>
              <w:jc w:val="left"/>
            </w:pPr>
            <w:r>
              <w:rPr>
                <w:sz w:val="16"/>
              </w:rPr>
              <w:t>Heat</w:t>
            </w:r>
          </w:p>
        </w:tc>
        <w:tc>
          <w:tcPr>
            <w:tcW w:type="dxa" w:w="1916"/>
          </w:tcPr>
          <w:p>
            <w:pPr>
              <w:spacing w:after="0"/>
              <w:jc w:val="left"/>
            </w:pPr>
          </w:p>
        </w:tc>
        <w:tc>
          <w:tcPr>
            <w:tcW w:type="dxa" w:w="2988"/>
          </w:tcPr>
          <w:p>
            <w:pPr>
              <w:spacing w:after="0"/>
              <w:jc w:val="left"/>
            </w:pPr>
            <w:r>
              <w:rPr>
                <w:sz w:val="16"/>
              </w:rPr>
              <w:t>$0 property; $0 crops (zone total, 2011 dollars)</w:t>
            </w:r>
          </w:p>
        </w:tc>
        <w:tc>
          <w:tcPr>
            <w:tcW w:type="dxa" w:w="933"/>
          </w:tcPr>
          <w:p>
            <w:pPr>
              <w:spacing w:after="0"/>
              <w:jc w:val="right"/>
            </w:pPr>
            <w:r>
              <w:rPr>
                <w:sz w:val="16"/>
              </w:rPr>
              <w:t>0, 0</w:t>
            </w:r>
          </w:p>
        </w:tc>
        <w:tc>
          <w:tcPr>
            <w:tcW w:type="dxa" w:w="2380"/>
          </w:tcPr>
          <w:p>
            <w:pPr>
              <w:spacing w:after="0"/>
              <w:jc w:val="left"/>
            </w:pPr>
            <w:r>
              <w:rPr>
                <w:sz w:val="16"/>
              </w:rPr>
              <w:t>NWS zone WVZ031 (HARRISON), zone-level</w:t>
            </w:r>
          </w:p>
        </w:tc>
        <w:tc>
          <w:tcPr>
            <w:tcW w:type="dxa" w:w="710"/>
          </w:tcPr>
          <w:p>
            <w:pPr>
              <w:spacing w:after="0"/>
              <w:jc w:val="left"/>
            </w:pPr>
          </w:p>
        </w:tc>
        <w:tc>
          <w:tcPr>
            <w:tcW w:type="dxa" w:w="2795"/>
          </w:tcPr>
          <w:p>
            <w:pPr>
              <w:spacing w:after="0"/>
              <w:jc w:val="left"/>
            </w:pPr>
            <w:r>
              <w:rPr>
                <w:sz w:val="16"/>
              </w:rPr>
              <w:t>B1-c worst recorded: Excessive Heat, Heat</w:t>
            </w:r>
          </w:p>
        </w:tc>
      </w:tr>
      <w:tr>
        <w:trPr>
          <w:cantSplit/>
        </w:trPr>
        <w:tc>
          <w:tcPr>
            <w:tcW w:type="dxa" w:w="1037"/>
          </w:tcPr>
          <w:p>
            <w:pPr>
              <w:spacing w:after="0"/>
              <w:jc w:val="left"/>
            </w:pPr>
            <w:r>
              <w:rPr>
                <w:sz w:val="16"/>
              </w:rPr>
              <w:t>2003-02-14</w:t>
            </w:r>
          </w:p>
        </w:tc>
        <w:tc>
          <w:tcPr>
            <w:tcW w:type="dxa" w:w="1355"/>
          </w:tcPr>
          <w:p>
            <w:pPr>
              <w:spacing w:after="0"/>
              <w:jc w:val="left"/>
            </w:pPr>
            <w:r>
              <w:rPr>
                <w:sz w:val="16"/>
              </w:rPr>
              <w:t>Heavy Snow</w:t>
            </w:r>
          </w:p>
        </w:tc>
        <w:tc>
          <w:tcPr>
            <w:tcW w:type="dxa" w:w="1916"/>
          </w:tcPr>
          <w:p>
            <w:pPr>
              <w:spacing w:after="0"/>
              <w:jc w:val="left"/>
            </w:pPr>
          </w:p>
        </w:tc>
        <w:tc>
          <w:tcPr>
            <w:tcW w:type="dxa" w:w="2988"/>
          </w:tcPr>
          <w:p>
            <w:pPr>
              <w:spacing w:after="0"/>
              <w:jc w:val="left"/>
            </w:pPr>
            <w:r>
              <w:rPr>
                <w:sz w:val="16"/>
              </w:rPr>
              <w:t>$200,000 property; crops not reported (zone total, 2003 dollars)</w:t>
            </w:r>
          </w:p>
        </w:tc>
        <w:tc>
          <w:tcPr>
            <w:tcW w:type="dxa" w:w="933"/>
          </w:tcPr>
          <w:p>
            <w:pPr>
              <w:spacing w:after="0"/>
              <w:jc w:val="right"/>
            </w:pPr>
            <w:r>
              <w:rPr>
                <w:sz w:val="16"/>
              </w:rPr>
              <w:t>0, 0</w:t>
            </w:r>
          </w:p>
        </w:tc>
        <w:tc>
          <w:tcPr>
            <w:tcW w:type="dxa" w:w="2380"/>
          </w:tcPr>
          <w:p>
            <w:pPr>
              <w:spacing w:after="0"/>
              <w:jc w:val="left"/>
            </w:pPr>
            <w:r>
              <w:rPr>
                <w:sz w:val="16"/>
              </w:rPr>
              <w:t>NWS zone WVZ031 (HARRISON), zone-level</w:t>
            </w:r>
          </w:p>
        </w:tc>
        <w:tc>
          <w:tcPr>
            <w:tcW w:type="dxa" w:w="710"/>
          </w:tcPr>
          <w:p>
            <w:pPr>
              <w:spacing w:after="0"/>
              <w:jc w:val="left"/>
            </w:pPr>
          </w:p>
        </w:tc>
        <w:tc>
          <w:tcPr>
            <w:tcW w:type="dxa" w:w="27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2001-03-01</w:t>
            </w:r>
          </w:p>
        </w:tc>
        <w:tc>
          <w:tcPr>
            <w:tcW w:type="dxa" w:w="1355"/>
          </w:tcPr>
          <w:p>
            <w:pPr>
              <w:spacing w:after="0"/>
              <w:jc w:val="left"/>
            </w:pPr>
            <w:r>
              <w:rPr>
                <w:sz w:val="16"/>
              </w:rPr>
              <w:t>Cold/Wind Chill</w:t>
            </w:r>
          </w:p>
        </w:tc>
        <w:tc>
          <w:tcPr>
            <w:tcW w:type="dxa" w:w="1916"/>
          </w:tcPr>
          <w:p>
            <w:pPr>
              <w:spacing w:after="0"/>
              <w:jc w:val="left"/>
            </w:pPr>
          </w:p>
        </w:tc>
        <w:tc>
          <w:tcPr>
            <w:tcW w:type="dxa" w:w="2988"/>
          </w:tcPr>
          <w:p>
            <w:pPr>
              <w:spacing w:after="0"/>
              <w:jc w:val="left"/>
            </w:pPr>
            <w:r>
              <w:rPr>
                <w:sz w:val="16"/>
              </w:rPr>
              <w:t>damage not reported</w:t>
            </w:r>
          </w:p>
        </w:tc>
        <w:tc>
          <w:tcPr>
            <w:tcW w:type="dxa" w:w="933"/>
          </w:tcPr>
          <w:p>
            <w:pPr>
              <w:spacing w:after="0"/>
              <w:jc w:val="right"/>
            </w:pPr>
            <w:r>
              <w:rPr>
                <w:sz w:val="16"/>
              </w:rPr>
              <w:t>0, 0</w:t>
            </w:r>
          </w:p>
        </w:tc>
        <w:tc>
          <w:tcPr>
            <w:tcW w:type="dxa" w:w="2380"/>
          </w:tcPr>
          <w:p>
            <w:pPr>
              <w:spacing w:after="0"/>
              <w:jc w:val="left"/>
            </w:pPr>
            <w:r>
              <w:rPr>
                <w:sz w:val="16"/>
              </w:rPr>
              <w:t>NWS zone WVZ031 (HARRISON), zone-level</w:t>
            </w:r>
          </w:p>
        </w:tc>
        <w:tc>
          <w:tcPr>
            <w:tcW w:type="dxa" w:w="710"/>
          </w:tcPr>
          <w:p>
            <w:pPr>
              <w:spacing w:after="0"/>
              <w:jc w:val="left"/>
            </w:pPr>
          </w:p>
        </w:tc>
        <w:tc>
          <w:tcPr>
            <w:tcW w:type="dxa" w:w="27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1999-07-31</w:t>
            </w:r>
          </w:p>
        </w:tc>
        <w:tc>
          <w:tcPr>
            <w:tcW w:type="dxa" w:w="1355"/>
          </w:tcPr>
          <w:p>
            <w:pPr>
              <w:spacing w:after="0"/>
              <w:jc w:val="left"/>
            </w:pPr>
            <w:r>
              <w:rPr>
                <w:sz w:val="16"/>
              </w:rPr>
              <w:t>Thunderstorm Wind</w:t>
            </w:r>
          </w:p>
        </w:tc>
        <w:tc>
          <w:tcPr>
            <w:tcW w:type="dxa" w:w="1916"/>
          </w:tcPr>
          <w:p>
            <w:pPr>
              <w:spacing w:after="0"/>
              <w:jc w:val="left"/>
            </w:pPr>
            <w:r>
              <w:rPr>
                <w:sz w:val="16"/>
              </w:rPr>
              <w:t>speed not recorded</w:t>
            </w:r>
          </w:p>
        </w:tc>
        <w:tc>
          <w:tcPr>
            <w:tcW w:type="dxa" w:w="2988"/>
          </w:tcPr>
          <w:p>
            <w:pPr>
              <w:spacing w:after="0"/>
              <w:jc w:val="left"/>
            </w:pPr>
            <w:r>
              <w:rPr>
                <w:sz w:val="16"/>
              </w:rPr>
              <w:t>$40,000 property; crops not reported (1999 dollars)</w:t>
            </w:r>
          </w:p>
        </w:tc>
        <w:tc>
          <w:tcPr>
            <w:tcW w:type="dxa" w:w="933"/>
          </w:tcPr>
          <w:p>
            <w:pPr>
              <w:spacing w:after="0"/>
              <w:jc w:val="right"/>
            </w:pPr>
            <w:r>
              <w:rPr>
                <w:sz w:val="16"/>
              </w:rPr>
              <w:t>0, 2</w:t>
            </w:r>
          </w:p>
        </w:tc>
        <w:tc>
          <w:tcPr>
            <w:tcW w:type="dxa" w:w="2380"/>
          </w:tcPr>
          <w:p>
            <w:pPr>
              <w:spacing w:after="0"/>
              <w:jc w:val="left"/>
            </w:pPr>
            <w:r>
              <w:rPr>
                <w:sz w:val="16"/>
              </w:rPr>
              <w:t>SHINNSTON</w:t>
            </w:r>
          </w:p>
        </w:tc>
        <w:tc>
          <w:tcPr>
            <w:tcW w:type="dxa" w:w="710"/>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1999-07-01</w:t>
            </w:r>
          </w:p>
        </w:tc>
        <w:tc>
          <w:tcPr>
            <w:tcW w:type="dxa" w:w="1355"/>
          </w:tcPr>
          <w:p>
            <w:pPr>
              <w:spacing w:after="0"/>
              <w:jc w:val="left"/>
            </w:pPr>
            <w:r>
              <w:rPr>
                <w:sz w:val="16"/>
              </w:rPr>
              <w:t>Drought</w:t>
            </w:r>
          </w:p>
        </w:tc>
        <w:tc>
          <w:tcPr>
            <w:tcW w:type="dxa" w:w="1916"/>
          </w:tcPr>
          <w:p>
            <w:pPr>
              <w:spacing w:after="0"/>
              <w:jc w:val="left"/>
            </w:pPr>
          </w:p>
        </w:tc>
        <w:tc>
          <w:tcPr>
            <w:tcW w:type="dxa" w:w="2988"/>
          </w:tcPr>
          <w:p>
            <w:pPr>
              <w:spacing w:after="0"/>
              <w:jc w:val="left"/>
            </w:pPr>
            <w:r>
              <w:rPr>
                <w:sz w:val="16"/>
              </w:rPr>
              <w:t>damage not reported</w:t>
            </w:r>
          </w:p>
        </w:tc>
        <w:tc>
          <w:tcPr>
            <w:tcW w:type="dxa" w:w="933"/>
          </w:tcPr>
          <w:p>
            <w:pPr>
              <w:spacing w:after="0"/>
              <w:jc w:val="right"/>
            </w:pPr>
            <w:r>
              <w:rPr>
                <w:sz w:val="16"/>
              </w:rPr>
              <w:t>0, 0</w:t>
            </w:r>
          </w:p>
        </w:tc>
        <w:tc>
          <w:tcPr>
            <w:tcW w:type="dxa" w:w="2380"/>
          </w:tcPr>
          <w:p>
            <w:pPr>
              <w:spacing w:after="0"/>
              <w:jc w:val="left"/>
            </w:pPr>
            <w:r>
              <w:rPr>
                <w:sz w:val="16"/>
              </w:rPr>
              <w:t>NWS zone WVZ031 (HARRISON), zone-level</w:t>
            </w:r>
          </w:p>
        </w:tc>
        <w:tc>
          <w:tcPr>
            <w:tcW w:type="dxa" w:w="710"/>
          </w:tcPr>
          <w:p>
            <w:pPr>
              <w:spacing w:after="0"/>
              <w:jc w:val="left"/>
            </w:pPr>
          </w:p>
        </w:tc>
        <w:tc>
          <w:tcPr>
            <w:tcW w:type="dxa" w:w="2795"/>
          </w:tcPr>
          <w:p>
            <w:pPr>
              <w:spacing w:after="0"/>
              <w:jc w:val="left"/>
            </w:pPr>
            <w:r>
              <w:rPr>
                <w:sz w:val="16"/>
              </w:rPr>
              <w:t>B1-c worst recorded: Drought</w:t>
            </w:r>
          </w:p>
        </w:tc>
      </w:tr>
      <w:tr>
        <w:trPr>
          <w:cantSplit/>
        </w:trPr>
        <w:tc>
          <w:tcPr>
            <w:tcW w:type="dxa" w:w="1037"/>
          </w:tcPr>
          <w:p>
            <w:pPr>
              <w:spacing w:after="0"/>
              <w:jc w:val="left"/>
            </w:pPr>
            <w:r>
              <w:rPr>
                <w:sz w:val="16"/>
              </w:rPr>
              <w:t>1998-06-16</w:t>
            </w:r>
          </w:p>
        </w:tc>
        <w:tc>
          <w:tcPr>
            <w:tcW w:type="dxa" w:w="1355"/>
          </w:tcPr>
          <w:p>
            <w:pPr>
              <w:spacing w:after="0"/>
              <w:jc w:val="left"/>
            </w:pPr>
            <w:r>
              <w:rPr>
                <w:sz w:val="16"/>
              </w:rPr>
              <w:t>Hail</w:t>
            </w:r>
          </w:p>
        </w:tc>
        <w:tc>
          <w:tcPr>
            <w:tcW w:type="dxa" w:w="1916"/>
          </w:tcPr>
          <w:p>
            <w:pPr>
              <w:spacing w:after="0"/>
              <w:jc w:val="left"/>
            </w:pPr>
            <w:r>
              <w:rPr>
                <w:sz w:val="16"/>
              </w:rPr>
              <w:t>2.75 in</w:t>
            </w:r>
          </w:p>
        </w:tc>
        <w:tc>
          <w:tcPr>
            <w:tcW w:type="dxa" w:w="2988"/>
          </w:tcPr>
          <w:p>
            <w:pPr>
              <w:spacing w:after="0"/>
              <w:jc w:val="left"/>
            </w:pPr>
            <w:r>
              <w:rPr>
                <w:sz w:val="16"/>
              </w:rPr>
              <w:t>$750,000 property; crops not reported (1998 dollars)</w:t>
            </w:r>
          </w:p>
        </w:tc>
        <w:tc>
          <w:tcPr>
            <w:tcW w:type="dxa" w:w="933"/>
          </w:tcPr>
          <w:p>
            <w:pPr>
              <w:spacing w:after="0"/>
              <w:jc w:val="right"/>
            </w:pPr>
            <w:r>
              <w:rPr>
                <w:sz w:val="16"/>
              </w:rPr>
              <w:t>0, 0</w:t>
            </w:r>
          </w:p>
        </w:tc>
        <w:tc>
          <w:tcPr>
            <w:tcW w:type="dxa" w:w="2380"/>
          </w:tcPr>
          <w:p>
            <w:pPr>
              <w:spacing w:after="0"/>
              <w:jc w:val="left"/>
            </w:pPr>
            <w:r>
              <w:rPr>
                <w:sz w:val="16"/>
              </w:rPr>
              <w:t>CLARKSBURG</w:t>
            </w:r>
          </w:p>
        </w:tc>
        <w:tc>
          <w:tcPr>
            <w:tcW w:type="dxa" w:w="710"/>
          </w:tcPr>
          <w:p>
            <w:pPr>
              <w:spacing w:after="0"/>
              <w:jc w:val="left"/>
            </w:pPr>
          </w:p>
        </w:tc>
        <w:tc>
          <w:tcPr>
            <w:tcW w:type="dxa" w:w="2795"/>
          </w:tcPr>
          <w:p>
            <w:pPr>
              <w:spacing w:after="0"/>
              <w:jc w:val="left"/>
            </w:pPr>
            <w:r>
              <w:rPr>
                <w:sz w:val="16"/>
              </w:rPr>
              <w:t>B1-c worst recorded: Hail</w:t>
            </w:r>
          </w:p>
        </w:tc>
      </w:tr>
      <w:tr>
        <w:trPr>
          <w:cantSplit/>
        </w:trPr>
        <w:tc>
          <w:tcPr>
            <w:tcW w:type="dxa" w:w="1037"/>
          </w:tcPr>
          <w:p>
            <w:pPr>
              <w:spacing w:after="0"/>
              <w:jc w:val="left"/>
            </w:pPr>
            <w:r>
              <w:rPr>
                <w:sz w:val="16"/>
              </w:rPr>
              <w:t>1997-08-17</w:t>
            </w:r>
          </w:p>
        </w:tc>
        <w:tc>
          <w:tcPr>
            <w:tcW w:type="dxa" w:w="1355"/>
          </w:tcPr>
          <w:p>
            <w:pPr>
              <w:spacing w:after="0"/>
              <w:jc w:val="left"/>
            </w:pPr>
            <w:r>
              <w:rPr>
                <w:sz w:val="16"/>
              </w:rPr>
              <w:t>Lightning</w:t>
            </w:r>
          </w:p>
        </w:tc>
        <w:tc>
          <w:tcPr>
            <w:tcW w:type="dxa" w:w="1916"/>
          </w:tcPr>
          <w:p>
            <w:pPr>
              <w:spacing w:after="0"/>
              <w:jc w:val="left"/>
            </w:pPr>
          </w:p>
        </w:tc>
        <w:tc>
          <w:tcPr>
            <w:tcW w:type="dxa" w:w="2988"/>
          </w:tcPr>
          <w:p>
            <w:pPr>
              <w:spacing w:after="0"/>
              <w:jc w:val="left"/>
            </w:pPr>
            <w:r>
              <w:rPr>
                <w:sz w:val="16"/>
              </w:rPr>
              <w:t>$35,000 property; crops not reported (1997 dollars)</w:t>
            </w:r>
          </w:p>
        </w:tc>
        <w:tc>
          <w:tcPr>
            <w:tcW w:type="dxa" w:w="933"/>
          </w:tcPr>
          <w:p>
            <w:pPr>
              <w:spacing w:after="0"/>
              <w:jc w:val="right"/>
            </w:pPr>
            <w:r>
              <w:rPr>
                <w:sz w:val="16"/>
              </w:rPr>
              <w:t>1, 0</w:t>
            </w:r>
          </w:p>
        </w:tc>
        <w:tc>
          <w:tcPr>
            <w:tcW w:type="dxa" w:w="2380"/>
          </w:tcPr>
          <w:p>
            <w:pPr>
              <w:spacing w:after="0"/>
              <w:jc w:val="left"/>
            </w:pPr>
            <w:r>
              <w:rPr>
                <w:sz w:val="16"/>
              </w:rPr>
              <w:t>CLARKSBURG</w:t>
            </w:r>
          </w:p>
        </w:tc>
        <w:tc>
          <w:tcPr>
            <w:tcW w:type="dxa" w:w="710"/>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1987-07-09</w:t>
            </w:r>
          </w:p>
        </w:tc>
        <w:tc>
          <w:tcPr>
            <w:tcW w:type="dxa" w:w="1355"/>
          </w:tcPr>
          <w:p>
            <w:pPr>
              <w:spacing w:after="0"/>
              <w:jc w:val="left"/>
            </w:pPr>
            <w:r>
              <w:rPr>
                <w:sz w:val="16"/>
              </w:rPr>
              <w:t>Thunderstorm Wind</w:t>
            </w:r>
          </w:p>
        </w:tc>
        <w:tc>
          <w:tcPr>
            <w:tcW w:type="dxa" w:w="1916"/>
          </w:tcPr>
          <w:p>
            <w:pPr>
              <w:spacing w:after="0"/>
              <w:jc w:val="left"/>
            </w:pPr>
            <w:r>
              <w:rPr>
                <w:sz w:val="16"/>
              </w:rPr>
              <w:t>70 kt (81 mph), measurement type not recorded</w:t>
            </w:r>
          </w:p>
        </w:tc>
        <w:tc>
          <w:tcPr>
            <w:tcW w:type="dxa" w:w="2988"/>
          </w:tcPr>
          <w:p>
            <w:pPr>
              <w:spacing w:after="0"/>
              <w:jc w:val="left"/>
            </w:pPr>
            <w:r>
              <w:rPr>
                <w:sz w:val="16"/>
              </w:rPr>
              <w:t>damage not recorded (pre-1996 record)</w:t>
            </w:r>
          </w:p>
        </w:tc>
        <w:tc>
          <w:tcPr>
            <w:tcW w:type="dxa" w:w="933"/>
          </w:tcPr>
          <w:p>
            <w:pPr>
              <w:spacing w:after="0"/>
              <w:jc w:val="right"/>
            </w:pPr>
            <w:r>
              <w:rPr>
                <w:sz w:val="16"/>
              </w:rPr>
              <w:t>1, 0</w:t>
            </w:r>
          </w:p>
        </w:tc>
        <w:tc>
          <w:tcPr>
            <w:tcW w:type="dxa" w:w="2380"/>
          </w:tcPr>
          <w:p>
            <w:pPr>
              <w:spacing w:after="0"/>
              <w:jc w:val="left"/>
            </w:pPr>
            <w:r>
              <w:rPr>
                <w:sz w:val="16"/>
              </w:rPr>
              <w:t>location not recorded</w:t>
            </w:r>
          </w:p>
        </w:tc>
        <w:tc>
          <w:tcPr>
            <w:tcW w:type="dxa" w:w="710"/>
          </w:tcPr>
          <w:p>
            <w:pPr>
              <w:spacing w:after="0"/>
              <w:jc w:val="left"/>
            </w:pPr>
          </w:p>
        </w:tc>
        <w:tc>
          <w:tcPr>
            <w:tcW w:type="dxa" w:w="2795"/>
          </w:tcPr>
          <w:p>
            <w:pPr>
              <w:spacing w:after="0"/>
              <w:jc w:val="left"/>
            </w:pPr>
            <w:r>
              <w:rPr>
                <w:sz w:val="16"/>
              </w:rPr>
              <w:t>deaths or injuries recorded</w:t>
            </w:r>
          </w:p>
        </w:tc>
      </w:tr>
      <w:tr>
        <w:trPr>
          <w:cantSplit/>
        </w:trPr>
        <w:tc>
          <w:tcPr>
            <w:tcW w:type="dxa" w:w="1037"/>
          </w:tcPr>
          <w:p>
            <w:pPr>
              <w:spacing w:after="0"/>
              <w:jc w:val="left"/>
            </w:pPr>
            <w:r>
              <w:rPr>
                <w:sz w:val="16"/>
              </w:rPr>
              <w:t>1970-08-22</w:t>
            </w:r>
          </w:p>
        </w:tc>
        <w:tc>
          <w:tcPr>
            <w:tcW w:type="dxa" w:w="1355"/>
          </w:tcPr>
          <w:p>
            <w:pPr>
              <w:spacing w:after="0"/>
              <w:jc w:val="left"/>
            </w:pPr>
            <w:r>
              <w:rPr>
                <w:sz w:val="16"/>
              </w:rPr>
              <w:t>Tornado</w:t>
            </w:r>
          </w:p>
        </w:tc>
        <w:tc>
          <w:tcPr>
            <w:tcW w:type="dxa" w:w="1916"/>
          </w:tcPr>
          <w:p>
            <w:pPr>
              <w:spacing w:after="0"/>
              <w:jc w:val="left"/>
            </w:pPr>
            <w:r>
              <w:rPr>
                <w:sz w:val="16"/>
              </w:rPr>
              <w:t>F2, 1 mi path length (whole path, pre-1996), 127 yd wide</w:t>
            </w:r>
          </w:p>
        </w:tc>
        <w:tc>
          <w:tcPr>
            <w:tcW w:type="dxa" w:w="2988"/>
          </w:tcPr>
          <w:p>
            <w:pPr>
              <w:spacing w:after="0"/>
              <w:jc w:val="left"/>
            </w:pPr>
            <w:r>
              <w:rPr>
                <w:sz w:val="16"/>
              </w:rPr>
              <w:t>$2,500,000 property; crops not recorded (1970 dollars)</w:t>
            </w:r>
          </w:p>
        </w:tc>
        <w:tc>
          <w:tcPr>
            <w:tcW w:type="dxa" w:w="933"/>
          </w:tcPr>
          <w:p>
            <w:pPr>
              <w:spacing w:after="0"/>
              <w:jc w:val="right"/>
            </w:pPr>
            <w:r>
              <w:rPr>
                <w:sz w:val="16"/>
              </w:rPr>
              <w:t>0, 0</w:t>
            </w:r>
          </w:p>
        </w:tc>
        <w:tc>
          <w:tcPr>
            <w:tcW w:type="dxa" w:w="2380"/>
          </w:tcPr>
          <w:p>
            <w:pPr>
              <w:spacing w:after="0"/>
              <w:jc w:val="left"/>
            </w:pPr>
            <w:r>
              <w:rPr>
                <w:sz w:val="16"/>
              </w:rPr>
              <w:t>location not recorded</w:t>
            </w:r>
          </w:p>
        </w:tc>
        <w:tc>
          <w:tcPr>
            <w:tcW w:type="dxa" w:w="710"/>
          </w:tcPr>
          <w:p>
            <w:pPr>
              <w:spacing w:after="0"/>
              <w:jc w:val="left"/>
            </w:pPr>
          </w:p>
        </w:tc>
        <w:tc>
          <w:tcPr>
            <w:tcW w:type="dxa" w:w="279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1.58</w:t>
            </w:r>
          </w:p>
        </w:tc>
        <w:tc>
          <w:tcPr>
            <w:tcW w:type="dxa" w:w="1300"/>
          </w:tcPr>
          <w:p>
            <w:pPr>
              <w:spacing w:after="0"/>
              <w:jc w:val="left"/>
            </w:pPr>
            <w:r>
              <w:rPr>
                <w:sz w:val="16"/>
              </w:rPr>
              <w:t>event-days per year</w:t>
            </w:r>
          </w:p>
        </w:tc>
        <w:tc>
          <w:tcPr>
            <w:tcW w:type="dxa" w:w="1639"/>
          </w:tcPr>
          <w:p>
            <w:pPr>
              <w:spacing w:after="0"/>
              <w:jc w:val="left"/>
            </w:pPr>
            <w:r>
              <w:rPr>
                <w:sz w:val="16"/>
              </w:rPr>
              <w:t>about 1.58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10 of 30 years, 1996 to 2025 (33.3%)</w:t>
            </w:r>
          </w:p>
        </w:tc>
        <w:tc>
          <w:tcPr>
            <w:tcW w:type="dxa" w:w="1542"/>
          </w:tcPr>
          <w:p>
            <w:pPr>
              <w:spacing w:after="0"/>
              <w:jc w:val="right"/>
            </w:pPr>
            <w:r>
              <w:rPr>
                <w:sz w:val="16"/>
              </w:rPr>
              <w:t>30</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2.93</w:t>
            </w:r>
          </w:p>
        </w:tc>
        <w:tc>
          <w:tcPr>
            <w:tcW w:type="dxa" w:w="1300"/>
          </w:tcPr>
          <w:p>
            <w:pPr>
              <w:spacing w:after="0"/>
              <w:jc w:val="left"/>
            </w:pPr>
            <w:r>
              <w:rPr>
                <w:sz w:val="16"/>
              </w:rPr>
              <w:t>event-days per year</w:t>
            </w:r>
          </w:p>
        </w:tc>
        <w:tc>
          <w:tcPr>
            <w:tcW w:type="dxa" w:w="1639"/>
          </w:tcPr>
          <w:p>
            <w:pPr>
              <w:spacing w:after="0"/>
              <w:jc w:val="left"/>
            </w:pPr>
            <w:r>
              <w:rPr>
                <w:sz w:val="16"/>
              </w:rPr>
              <w:t>about 2.93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6 of 30 years, 1996 to 2025 (20%)</w:t>
            </w:r>
          </w:p>
        </w:tc>
        <w:tc>
          <w:tcPr>
            <w:tcW w:type="dxa" w:w="1542"/>
          </w:tcPr>
          <w:p>
            <w:pPr>
              <w:spacing w:after="0"/>
              <w:jc w:val="right"/>
            </w:pPr>
            <w:r>
              <w:rPr>
                <w:sz w:val="16"/>
              </w:rPr>
              <w:t>98</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0.000624</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0.0624%</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2.03</w:t>
            </w:r>
          </w:p>
        </w:tc>
        <w:tc>
          <w:tcPr>
            <w:tcW w:type="dxa" w:w="1300"/>
          </w:tcPr>
          <w:p>
            <w:pPr>
              <w:spacing w:after="0"/>
              <w:jc w:val="left"/>
            </w:pPr>
            <w:r>
              <w:rPr>
                <w:sz w:val="16"/>
              </w:rPr>
              <w:t>events per year</w:t>
            </w:r>
          </w:p>
        </w:tc>
        <w:tc>
          <w:tcPr>
            <w:tcW w:type="dxa" w:w="1639"/>
          </w:tcPr>
          <w:p>
            <w:pPr>
              <w:spacing w:after="0"/>
              <w:jc w:val="left"/>
            </w:pPr>
            <w:r>
              <w:rPr>
                <w:sz w:val="16"/>
              </w:rPr>
              <w:t>about 2.03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77.1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1.89</w:t>
            </w:r>
          </w:p>
        </w:tc>
        <w:tc>
          <w:tcPr>
            <w:tcW w:type="dxa" w:w="1300"/>
          </w:tcPr>
          <w:p>
            <w:pPr>
              <w:spacing w:after="0"/>
              <w:jc w:val="left"/>
            </w:pPr>
            <w:r>
              <w:rPr>
                <w:sz w:val="16"/>
              </w:rPr>
              <w:t>event-days per year</w:t>
            </w:r>
          </w:p>
        </w:tc>
        <w:tc>
          <w:tcPr>
            <w:tcW w:type="dxa" w:w="1639"/>
          </w:tcPr>
          <w:p>
            <w:pPr>
              <w:spacing w:after="0"/>
              <w:jc w:val="left"/>
            </w:pPr>
            <w:r>
              <w:rPr>
                <w:sz w:val="16"/>
              </w:rPr>
              <w:t>about 1.89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8 of 30 years, 1996 to 2025 (26.7%)</w:t>
            </w:r>
          </w:p>
        </w:tc>
        <w:tc>
          <w:tcPr>
            <w:tcW w:type="dxa" w:w="1542"/>
          </w:tcPr>
          <w:p>
            <w:pPr>
              <w:spacing w:after="0"/>
              <w:jc w:val="right"/>
            </w:pPr>
            <w:r>
              <w:rPr>
                <w:sz w:val="16"/>
              </w:rPr>
              <w:t>34</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6"/>
          </w:tcPr>
          <w:p>
            <w:pPr>
              <w:spacing w:after="0"/>
              <w:jc w:val="right"/>
            </w:pPr>
            <w:r>
              <w:rPr>
                <w:sz w:val="16"/>
              </w:rPr>
              <w:t>0.0191</w:t>
            </w:r>
          </w:p>
        </w:tc>
        <w:tc>
          <w:tcPr>
            <w:tcW w:type="dxa" w:w="1300"/>
          </w:tcPr>
          <w:p>
            <w:pPr>
              <w:spacing w:after="0"/>
              <w:jc w:val="left"/>
            </w:pPr>
            <w:r>
              <w:rPr>
                <w:sz w:val="16"/>
              </w:rPr>
              <w:t>events per year</w:t>
            </w:r>
          </w:p>
        </w:tc>
        <w:tc>
          <w:tcPr>
            <w:tcW w:type="dxa" w:w="1639"/>
          </w:tcPr>
          <w:p>
            <w:pPr>
              <w:spacing w:after="0"/>
              <w:jc w:val="left"/>
            </w:pPr>
            <w:r>
              <w:rPr>
                <w:sz w:val="16"/>
              </w:rPr>
              <w:t>about 1 in 52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4</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0.149</w:t>
            </w:r>
          </w:p>
        </w:tc>
        <w:tc>
          <w:tcPr>
            <w:tcW w:type="dxa" w:w="1300"/>
          </w:tcPr>
          <w:p>
            <w:pPr>
              <w:spacing w:after="0"/>
              <w:jc w:val="left"/>
            </w:pPr>
            <w:r>
              <w:rPr>
                <w:sz w:val="16"/>
              </w:rPr>
              <w:t>event-days per year</w:t>
            </w:r>
          </w:p>
        </w:tc>
        <w:tc>
          <w:tcPr>
            <w:tcW w:type="dxa" w:w="1639"/>
          </w:tcPr>
          <w:p>
            <w:pPr>
              <w:spacing w:after="0"/>
              <w:jc w:val="left"/>
            </w:pPr>
            <w:r>
              <w:rPr>
                <w:sz w:val="16"/>
              </w:rPr>
              <w:t>about 0.149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10</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2.79</w:t>
            </w:r>
          </w:p>
        </w:tc>
        <w:tc>
          <w:tcPr>
            <w:tcW w:type="dxa" w:w="1300"/>
          </w:tcPr>
          <w:p>
            <w:pPr>
              <w:spacing w:after="0"/>
              <w:jc w:val="left"/>
            </w:pPr>
            <w:r>
              <w:rPr>
                <w:sz w:val="16"/>
              </w:rPr>
              <w:t>event-days per year</w:t>
            </w:r>
          </w:p>
        </w:tc>
        <w:tc>
          <w:tcPr>
            <w:tcW w:type="dxa" w:w="1639"/>
          </w:tcPr>
          <w:p>
            <w:pPr>
              <w:spacing w:after="0"/>
              <w:jc w:val="left"/>
            </w:pPr>
            <w:r>
              <w:rPr>
                <w:sz w:val="16"/>
              </w:rPr>
              <w:t>about 2.79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26 of 30 years, 1996 to 2025 (86.7%)</w:t>
            </w:r>
          </w:p>
        </w:tc>
        <w:tc>
          <w:tcPr>
            <w:tcW w:type="dxa" w:w="1542"/>
          </w:tcPr>
          <w:p>
            <w:pPr>
              <w:spacing w:after="0"/>
              <w:jc w:val="right"/>
            </w:pPr>
            <w:r>
              <w:rPr>
                <w:sz w:val="16"/>
              </w:rPr>
              <w:t>78</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1.07</w:t>
            </w:r>
          </w:p>
        </w:tc>
        <w:tc>
          <w:tcPr>
            <w:tcW w:type="dxa" w:w="1300"/>
          </w:tcPr>
          <w:p>
            <w:pPr>
              <w:spacing w:after="0"/>
              <w:jc w:val="left"/>
            </w:pPr>
            <w:r>
              <w:rPr>
                <w:sz w:val="16"/>
              </w:rPr>
              <w:t>events per year (modeled)</w:t>
            </w:r>
          </w:p>
        </w:tc>
        <w:tc>
          <w:tcPr>
            <w:tcW w:type="dxa" w:w="1639"/>
          </w:tcPr>
          <w:p>
            <w:pPr>
              <w:spacing w:after="0"/>
              <w:jc w:val="left"/>
            </w:pPr>
            <w:r>
              <w:rPr>
                <w:sz w:val="16"/>
              </w:rPr>
              <w:t>about 1.07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45.6</w:t>
            </w:r>
          </w:p>
        </w:tc>
        <w:tc>
          <w:tcPr>
            <w:tcW w:type="dxa" w:w="1300"/>
          </w:tcPr>
          <w:p>
            <w:pPr>
              <w:spacing w:after="0"/>
              <w:jc w:val="left"/>
            </w:pPr>
            <w:r>
              <w:rPr>
                <w:sz w:val="16"/>
              </w:rPr>
              <w:t>days per year with a strike</w:t>
            </w:r>
          </w:p>
        </w:tc>
        <w:tc>
          <w:tcPr>
            <w:tcW w:type="dxa" w:w="1639"/>
          </w:tcPr>
          <w:p>
            <w:pPr>
              <w:spacing w:after="0"/>
              <w:jc w:val="left"/>
            </w:pPr>
            <w:r>
              <w:rPr>
                <w:sz w:val="16"/>
              </w:rPr>
              <w:t>about 45.6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1.08</w:t>
            </w:r>
          </w:p>
        </w:tc>
        <w:tc>
          <w:tcPr>
            <w:tcW w:type="dxa" w:w="1300"/>
          </w:tcPr>
          <w:p>
            <w:pPr>
              <w:spacing w:after="0"/>
              <w:jc w:val="left"/>
            </w:pPr>
            <w:r>
              <w:rPr>
                <w:sz w:val="16"/>
              </w:rPr>
              <w:t>events per year</w:t>
            </w:r>
          </w:p>
        </w:tc>
        <w:tc>
          <w:tcPr>
            <w:tcW w:type="dxa" w:w="1639"/>
          </w:tcPr>
          <w:p>
            <w:pPr>
              <w:spacing w:after="0"/>
              <w:jc w:val="left"/>
            </w:pPr>
            <w:r>
              <w:rPr>
                <w:sz w:val="16"/>
              </w:rPr>
              <w:t>about 1.08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42</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0.0541</w:t>
            </w:r>
          </w:p>
        </w:tc>
        <w:tc>
          <w:tcPr>
            <w:tcW w:type="dxa" w:w="1300"/>
          </w:tcPr>
          <w:p>
            <w:pPr>
              <w:spacing w:after="0"/>
              <w:jc w:val="left"/>
            </w:pPr>
            <w:r>
              <w:rPr>
                <w:sz w:val="16"/>
              </w:rPr>
              <w:t>events per year</w:t>
            </w:r>
          </w:p>
        </w:tc>
        <w:tc>
          <w:tcPr>
            <w:tcW w:type="dxa" w:w="1639"/>
          </w:tcPr>
          <w:p>
            <w:pPr>
              <w:spacing w:after="0"/>
              <w:jc w:val="left"/>
            </w:pPr>
            <w:r>
              <w:rPr>
                <w:sz w:val="16"/>
              </w:rPr>
              <w:t>about 1 in 18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0.0000618</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0.00618%</w:t>
            </w:r>
          </w:p>
        </w:tc>
        <w:tc>
          <w:tcPr>
            <w:tcW w:type="dxa" w:w="1037"/>
          </w:tcPr>
          <w:p>
            <w:pPr>
              <w:spacing w:after="0"/>
              <w:jc w:val="left"/>
            </w:pPr>
          </w:p>
        </w:tc>
        <w:tc>
          <w:tcPr>
            <w:tcW w:type="dxa" w:w="2124"/>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9.53</w:t>
            </w:r>
          </w:p>
        </w:tc>
        <w:tc>
          <w:tcPr>
            <w:tcW w:type="dxa" w:w="1300"/>
          </w:tcPr>
          <w:p>
            <w:pPr>
              <w:spacing w:after="0"/>
              <w:jc w:val="left"/>
            </w:pPr>
            <w:r>
              <w:rPr>
                <w:sz w:val="16"/>
              </w:rPr>
              <w:t>event-days per year</w:t>
            </w:r>
          </w:p>
        </w:tc>
        <w:tc>
          <w:tcPr>
            <w:tcW w:type="dxa" w:w="1639"/>
          </w:tcPr>
          <w:p>
            <w:pPr>
              <w:spacing w:after="0"/>
              <w:jc w:val="left"/>
            </w:pPr>
            <w:r>
              <w:rPr>
                <w:sz w:val="16"/>
              </w:rPr>
              <w:t>about 9.53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26 of 30 years, 1996 to 2025 (86.7%)</w:t>
            </w:r>
          </w:p>
        </w:tc>
        <w:tc>
          <w:tcPr>
            <w:tcW w:type="dxa" w:w="1542"/>
          </w:tcPr>
          <w:p>
            <w:pPr>
              <w:spacing w:after="0"/>
              <w:jc w:val="right"/>
            </w:pPr>
            <w:r>
              <w:rPr>
                <w:sz w:val="16"/>
              </w:rPr>
              <w:t>181</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145</w:t>
            </w:r>
          </w:p>
        </w:tc>
        <w:tc>
          <w:tcPr>
            <w:tcW w:type="dxa" w:w="1381"/>
          </w:tcPr>
          <w:p>
            <w:pPr>
              <w:spacing w:after="0"/>
              <w:jc w:val="right"/>
            </w:pPr>
            <w:r>
              <w:rPr>
                <w:sz w:val="16"/>
              </w:rPr>
              <w:t>30</w:t>
            </w:r>
          </w:p>
        </w:tc>
        <w:tc>
          <w:tcPr>
            <w:tcW w:type="dxa" w:w="1381"/>
          </w:tcPr>
          <w:p>
            <w:pPr>
              <w:spacing w:after="0"/>
              <w:jc w:val="right"/>
            </w:pPr>
            <w:r>
              <w:rPr>
                <w:sz w:val="16"/>
              </w:rPr>
              <w:t>4.83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2 of 25</w:t>
            </w:r>
          </w:p>
        </w:tc>
        <w:tc>
          <w:tcPr>
            <w:tcW w:type="dxa" w:w="1191"/>
          </w:tcPr>
          <w:p>
            <w:pPr>
              <w:spacing w:after="0"/>
              <w:jc w:val="right"/>
            </w:pPr>
            <w:r>
              <w:rPr>
                <w:sz w:val="16"/>
              </w:rPr>
              <w:t>3.7</w:t>
            </w:r>
          </w:p>
        </w:tc>
        <w:tc>
          <w:tcPr>
            <w:tcW w:type="dxa" w:w="1250"/>
          </w:tcPr>
          <w:p>
            <w:pPr>
              <w:spacing w:after="0"/>
              <w:jc w:val="right"/>
            </w:pPr>
            <w:r>
              <w:rPr>
                <w:sz w:val="16"/>
              </w:rPr>
              <w:t>3.7</w:t>
            </w:r>
          </w:p>
        </w:tc>
        <w:tc>
          <w:tcPr>
            <w:tcW w:type="dxa" w:w="1191"/>
          </w:tcPr>
          <w:p>
            <w:pPr>
              <w:spacing w:after="0"/>
              <w:jc w:val="right"/>
            </w:pPr>
            <w:r>
              <w:rPr>
                <w:sz w:val="16"/>
              </w:rPr>
              <w:t>3.8</w:t>
            </w:r>
          </w:p>
        </w:tc>
        <w:tc>
          <w:tcPr>
            <w:tcW w:type="dxa" w:w="6995"/>
          </w:tcPr>
          <w:p>
            <w:pPr>
              <w:spacing w:after="0"/>
              <w:jc w:val="left"/>
            </w:pPr>
            <w:r>
              <w:rPr>
                <w:sz w:val="16"/>
              </w:rPr>
              <w:t>Very Low 2, Not Applicable 23</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25 of 25</w:t>
            </w:r>
          </w:p>
        </w:tc>
        <w:tc>
          <w:tcPr>
            <w:tcW w:type="dxa" w:w="1191"/>
          </w:tcPr>
          <w:p>
            <w:pPr>
              <w:spacing w:after="0"/>
              <w:jc w:val="right"/>
            </w:pPr>
            <w:r>
              <w:rPr>
                <w:sz w:val="16"/>
              </w:rPr>
              <w:t>18.9</w:t>
            </w:r>
          </w:p>
        </w:tc>
        <w:tc>
          <w:tcPr>
            <w:tcW w:type="dxa" w:w="1250"/>
          </w:tcPr>
          <w:p>
            <w:pPr>
              <w:spacing w:after="0"/>
              <w:jc w:val="right"/>
            </w:pPr>
            <w:r>
              <w:rPr>
                <w:sz w:val="16"/>
              </w:rPr>
              <w:t>21.8</w:t>
            </w:r>
          </w:p>
        </w:tc>
        <w:tc>
          <w:tcPr>
            <w:tcW w:type="dxa" w:w="1191"/>
          </w:tcPr>
          <w:p>
            <w:pPr>
              <w:spacing w:after="0"/>
              <w:jc w:val="right"/>
            </w:pPr>
            <w:r>
              <w:rPr>
                <w:sz w:val="16"/>
              </w:rPr>
              <w:t>28.8</w:t>
            </w:r>
          </w:p>
        </w:tc>
        <w:tc>
          <w:tcPr>
            <w:tcW w:type="dxa" w:w="6995"/>
          </w:tcPr>
          <w:p>
            <w:pPr>
              <w:spacing w:after="0"/>
              <w:jc w:val="left"/>
            </w:pPr>
            <w:r>
              <w:rPr>
                <w:sz w:val="16"/>
              </w:rPr>
              <w:t>Relatively Low 24, Very Low 1</w:t>
            </w:r>
          </w:p>
        </w:tc>
      </w:tr>
      <w:tr>
        <w:trPr>
          <w:cantSplit/>
        </w:trPr>
        <w:tc>
          <w:tcPr>
            <w:tcW w:type="dxa" w:w="1906"/>
          </w:tcPr>
          <w:p>
            <w:pPr>
              <w:spacing w:after="0"/>
              <w:jc w:val="left"/>
            </w:pPr>
            <w:r>
              <w:rPr>
                <w:sz w:val="16"/>
              </w:rPr>
              <w:t>Drought</w:t>
            </w:r>
          </w:p>
        </w:tc>
        <w:tc>
          <w:tcPr>
            <w:tcW w:type="dxa" w:w="1578"/>
          </w:tcPr>
          <w:p>
            <w:pPr>
              <w:spacing w:after="0"/>
              <w:jc w:val="right"/>
            </w:pPr>
            <w:r>
              <w:rPr>
                <w:sz w:val="16"/>
              </w:rPr>
              <w:t>4 of 25</w:t>
            </w:r>
          </w:p>
        </w:tc>
        <w:tc>
          <w:tcPr>
            <w:tcW w:type="dxa" w:w="1191"/>
          </w:tcPr>
          <w:p>
            <w:pPr>
              <w:spacing w:after="0"/>
              <w:jc w:val="right"/>
            </w:pPr>
            <w:r>
              <w:rPr>
                <w:sz w:val="16"/>
              </w:rPr>
              <w:t>84.3</w:t>
            </w:r>
          </w:p>
        </w:tc>
        <w:tc>
          <w:tcPr>
            <w:tcW w:type="dxa" w:w="1250"/>
          </w:tcPr>
          <w:p>
            <w:pPr>
              <w:spacing w:after="0"/>
              <w:jc w:val="right"/>
            </w:pPr>
            <w:r>
              <w:rPr>
                <w:sz w:val="16"/>
              </w:rPr>
              <w:t>86.6</w:t>
            </w:r>
          </w:p>
        </w:tc>
        <w:tc>
          <w:tcPr>
            <w:tcW w:type="dxa" w:w="1191"/>
          </w:tcPr>
          <w:p>
            <w:pPr>
              <w:spacing w:after="0"/>
              <w:jc w:val="right"/>
            </w:pPr>
            <w:r>
              <w:rPr>
                <w:sz w:val="16"/>
              </w:rPr>
              <w:t>89.8</w:t>
            </w:r>
          </w:p>
        </w:tc>
        <w:tc>
          <w:tcPr>
            <w:tcW w:type="dxa" w:w="6995"/>
          </w:tcPr>
          <w:p>
            <w:pPr>
              <w:spacing w:after="0"/>
              <w:jc w:val="left"/>
            </w:pPr>
            <w:r>
              <w:rPr>
                <w:sz w:val="16"/>
              </w:rPr>
              <w:t>Relatively Low 4, No Rating 21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25 of 25</w:t>
            </w:r>
          </w:p>
        </w:tc>
        <w:tc>
          <w:tcPr>
            <w:tcW w:type="dxa" w:w="1191"/>
          </w:tcPr>
          <w:p>
            <w:pPr>
              <w:spacing w:after="0"/>
              <w:jc w:val="right"/>
            </w:pPr>
            <w:r>
              <w:rPr>
                <w:sz w:val="16"/>
              </w:rPr>
              <w:t>9.5</w:t>
            </w:r>
          </w:p>
        </w:tc>
        <w:tc>
          <w:tcPr>
            <w:tcW w:type="dxa" w:w="1250"/>
          </w:tcPr>
          <w:p>
            <w:pPr>
              <w:spacing w:after="0"/>
              <w:jc w:val="right"/>
            </w:pPr>
            <w:r>
              <w:rPr>
                <w:sz w:val="16"/>
              </w:rPr>
              <w:t>27.2</w:t>
            </w:r>
          </w:p>
        </w:tc>
        <w:tc>
          <w:tcPr>
            <w:tcW w:type="dxa" w:w="1191"/>
          </w:tcPr>
          <w:p>
            <w:pPr>
              <w:spacing w:after="0"/>
              <w:jc w:val="right"/>
            </w:pPr>
            <w:r>
              <w:rPr>
                <w:sz w:val="16"/>
              </w:rPr>
              <w:t>61.4</w:t>
            </w:r>
          </w:p>
        </w:tc>
        <w:tc>
          <w:tcPr>
            <w:tcW w:type="dxa" w:w="6995"/>
          </w:tcPr>
          <w:p>
            <w:pPr>
              <w:spacing w:after="0"/>
              <w:jc w:val="left"/>
            </w:pPr>
            <w:r>
              <w:rPr>
                <w:sz w:val="16"/>
              </w:rPr>
              <w:t>Relatively Low 2, Very Low 23</w:t>
            </w:r>
          </w:p>
        </w:tc>
      </w:tr>
      <w:tr>
        <w:trPr>
          <w:cantSplit/>
        </w:trPr>
        <w:tc>
          <w:tcPr>
            <w:tcW w:type="dxa" w:w="1906"/>
          </w:tcPr>
          <w:p>
            <w:pPr>
              <w:spacing w:after="0"/>
              <w:jc w:val="left"/>
            </w:pPr>
            <w:r>
              <w:rPr>
                <w:sz w:val="16"/>
              </w:rPr>
              <w:t>Hail</w:t>
            </w:r>
          </w:p>
        </w:tc>
        <w:tc>
          <w:tcPr>
            <w:tcW w:type="dxa" w:w="1578"/>
          </w:tcPr>
          <w:p>
            <w:pPr>
              <w:spacing w:after="0"/>
              <w:jc w:val="right"/>
            </w:pPr>
            <w:r>
              <w:rPr>
                <w:sz w:val="16"/>
              </w:rPr>
              <w:t>25 of 25</w:t>
            </w:r>
          </w:p>
        </w:tc>
        <w:tc>
          <w:tcPr>
            <w:tcW w:type="dxa" w:w="1191"/>
          </w:tcPr>
          <w:p>
            <w:pPr>
              <w:spacing w:after="0"/>
              <w:jc w:val="right"/>
            </w:pPr>
            <w:r>
              <w:rPr>
                <w:sz w:val="16"/>
              </w:rPr>
              <w:t>44.8</w:t>
            </w:r>
          </w:p>
        </w:tc>
        <w:tc>
          <w:tcPr>
            <w:tcW w:type="dxa" w:w="1250"/>
          </w:tcPr>
          <w:p>
            <w:pPr>
              <w:spacing w:after="0"/>
              <w:jc w:val="right"/>
            </w:pPr>
            <w:r>
              <w:rPr>
                <w:sz w:val="16"/>
              </w:rPr>
              <w:t>69.3</w:t>
            </w:r>
          </w:p>
        </w:tc>
        <w:tc>
          <w:tcPr>
            <w:tcW w:type="dxa" w:w="1191"/>
          </w:tcPr>
          <w:p>
            <w:pPr>
              <w:spacing w:after="0"/>
              <w:jc w:val="right"/>
            </w:pPr>
            <w:r>
              <w:rPr>
                <w:sz w:val="16"/>
              </w:rPr>
              <w:t>84.9</w:t>
            </w:r>
          </w:p>
        </w:tc>
        <w:tc>
          <w:tcPr>
            <w:tcW w:type="dxa" w:w="6995"/>
          </w:tcPr>
          <w:p>
            <w:pPr>
              <w:spacing w:after="0"/>
              <w:jc w:val="left"/>
            </w:pPr>
            <w:r>
              <w:rPr>
                <w:sz w:val="16"/>
              </w:rPr>
              <w:t>Relatively Moderate 12, Relatively Low 13</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25 of 25</w:t>
            </w:r>
          </w:p>
        </w:tc>
        <w:tc>
          <w:tcPr>
            <w:tcW w:type="dxa" w:w="1191"/>
          </w:tcPr>
          <w:p>
            <w:pPr>
              <w:spacing w:after="0"/>
              <w:jc w:val="right"/>
            </w:pPr>
            <w:r>
              <w:rPr>
                <w:sz w:val="16"/>
              </w:rPr>
              <w:t>4.7</w:t>
            </w:r>
          </w:p>
        </w:tc>
        <w:tc>
          <w:tcPr>
            <w:tcW w:type="dxa" w:w="1250"/>
          </w:tcPr>
          <w:p>
            <w:pPr>
              <w:spacing w:after="0"/>
              <w:jc w:val="right"/>
            </w:pPr>
            <w:r>
              <w:rPr>
                <w:sz w:val="16"/>
              </w:rPr>
              <w:t>10.1</w:t>
            </w:r>
          </w:p>
        </w:tc>
        <w:tc>
          <w:tcPr>
            <w:tcW w:type="dxa" w:w="1191"/>
          </w:tcPr>
          <w:p>
            <w:pPr>
              <w:spacing w:after="0"/>
              <w:jc w:val="right"/>
            </w:pPr>
            <w:r>
              <w:rPr>
                <w:sz w:val="16"/>
              </w:rPr>
              <w:t>29.9</w:t>
            </w:r>
          </w:p>
        </w:tc>
        <w:tc>
          <w:tcPr>
            <w:tcW w:type="dxa" w:w="6995"/>
          </w:tcPr>
          <w:p>
            <w:pPr>
              <w:spacing w:after="0"/>
              <w:jc w:val="left"/>
            </w:pPr>
            <w:r>
              <w:rPr>
                <w:sz w:val="16"/>
              </w:rPr>
              <w:t>Relatively Low 3, Very Low 22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25 of 25</w:t>
            </w:r>
          </w:p>
        </w:tc>
        <w:tc>
          <w:tcPr>
            <w:tcW w:type="dxa" w:w="1191"/>
          </w:tcPr>
          <w:p>
            <w:pPr>
              <w:spacing w:after="0"/>
              <w:jc w:val="right"/>
            </w:pPr>
            <w:r>
              <w:rPr>
                <w:sz w:val="16"/>
              </w:rPr>
              <w:t>33.4</w:t>
            </w:r>
          </w:p>
        </w:tc>
        <w:tc>
          <w:tcPr>
            <w:tcW w:type="dxa" w:w="1250"/>
          </w:tcPr>
          <w:p>
            <w:pPr>
              <w:spacing w:after="0"/>
              <w:jc w:val="right"/>
            </w:pPr>
            <w:r>
              <w:rPr>
                <w:sz w:val="16"/>
              </w:rPr>
              <w:t>49.7</w:t>
            </w:r>
          </w:p>
        </w:tc>
        <w:tc>
          <w:tcPr>
            <w:tcW w:type="dxa" w:w="1191"/>
          </w:tcPr>
          <w:p>
            <w:pPr>
              <w:spacing w:after="0"/>
              <w:jc w:val="right"/>
            </w:pPr>
            <w:r>
              <w:rPr>
                <w:sz w:val="16"/>
              </w:rPr>
              <w:t>57.4</w:t>
            </w:r>
          </w:p>
        </w:tc>
        <w:tc>
          <w:tcPr>
            <w:tcW w:type="dxa" w:w="6995"/>
          </w:tcPr>
          <w:p>
            <w:pPr>
              <w:spacing w:after="0"/>
              <w:jc w:val="left"/>
            </w:pPr>
            <w:r>
              <w:rPr>
                <w:sz w:val="16"/>
              </w:rPr>
              <w:t>Relatively Low 8, Very Low 17</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25 of 25</w:t>
            </w:r>
          </w:p>
        </w:tc>
        <w:tc>
          <w:tcPr>
            <w:tcW w:type="dxa" w:w="1191"/>
          </w:tcPr>
          <w:p>
            <w:pPr>
              <w:spacing w:after="0"/>
              <w:jc w:val="right"/>
            </w:pPr>
            <w:r>
              <w:rPr>
                <w:sz w:val="16"/>
              </w:rPr>
              <w:t>1.8</w:t>
            </w:r>
          </w:p>
        </w:tc>
        <w:tc>
          <w:tcPr>
            <w:tcW w:type="dxa" w:w="1250"/>
          </w:tcPr>
          <w:p>
            <w:pPr>
              <w:spacing w:after="0"/>
              <w:jc w:val="right"/>
            </w:pPr>
            <w:r>
              <w:rPr>
                <w:sz w:val="16"/>
              </w:rPr>
              <w:t>36.2</w:t>
            </w:r>
          </w:p>
        </w:tc>
        <w:tc>
          <w:tcPr>
            <w:tcW w:type="dxa" w:w="1191"/>
          </w:tcPr>
          <w:p>
            <w:pPr>
              <w:spacing w:after="0"/>
              <w:jc w:val="right"/>
            </w:pPr>
            <w:r>
              <w:rPr>
                <w:sz w:val="16"/>
              </w:rPr>
              <w:t>65.4</w:t>
            </w:r>
          </w:p>
        </w:tc>
        <w:tc>
          <w:tcPr>
            <w:tcW w:type="dxa" w:w="6995"/>
          </w:tcPr>
          <w:p>
            <w:pPr>
              <w:spacing w:after="0"/>
              <w:jc w:val="left"/>
            </w:pPr>
            <w:r>
              <w:rPr>
                <w:sz w:val="16"/>
              </w:rPr>
              <w:t>Relatively Low 16, Very Low 9</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25 of 25</w:t>
            </w:r>
          </w:p>
        </w:tc>
        <w:tc>
          <w:tcPr>
            <w:tcW w:type="dxa" w:w="1191"/>
          </w:tcPr>
          <w:p>
            <w:pPr>
              <w:spacing w:after="0"/>
              <w:jc w:val="right"/>
            </w:pPr>
            <w:r>
              <w:rPr>
                <w:sz w:val="16"/>
              </w:rPr>
              <w:t>22.8</w:t>
            </w:r>
          </w:p>
        </w:tc>
        <w:tc>
          <w:tcPr>
            <w:tcW w:type="dxa" w:w="1250"/>
          </w:tcPr>
          <w:p>
            <w:pPr>
              <w:spacing w:after="0"/>
              <w:jc w:val="right"/>
            </w:pPr>
            <w:r>
              <w:rPr>
                <w:sz w:val="16"/>
              </w:rPr>
              <w:t>78.2</w:t>
            </w:r>
          </w:p>
        </w:tc>
        <w:tc>
          <w:tcPr>
            <w:tcW w:type="dxa" w:w="1191"/>
          </w:tcPr>
          <w:p>
            <w:pPr>
              <w:spacing w:after="0"/>
              <w:jc w:val="right"/>
            </w:pPr>
            <w:r>
              <w:rPr>
                <w:sz w:val="16"/>
              </w:rPr>
              <w:t>96.5</w:t>
            </w:r>
          </w:p>
        </w:tc>
        <w:tc>
          <w:tcPr>
            <w:tcW w:type="dxa" w:w="6995"/>
          </w:tcPr>
          <w:p>
            <w:pPr>
              <w:spacing w:after="0"/>
              <w:jc w:val="left"/>
            </w:pPr>
            <w:r>
              <w:rPr>
                <w:sz w:val="16"/>
              </w:rPr>
              <w:t>Very High 1, Relatively High 11, Relatively Moderate 12, Relatively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25 of 25</w:t>
            </w:r>
          </w:p>
        </w:tc>
        <w:tc>
          <w:tcPr>
            <w:tcW w:type="dxa" w:w="1191"/>
          </w:tcPr>
          <w:p>
            <w:pPr>
              <w:spacing w:after="0"/>
              <w:jc w:val="right"/>
            </w:pPr>
            <w:r>
              <w:rPr>
                <w:sz w:val="16"/>
              </w:rPr>
              <w:t>69.9</w:t>
            </w:r>
          </w:p>
        </w:tc>
        <w:tc>
          <w:tcPr>
            <w:tcW w:type="dxa" w:w="1250"/>
          </w:tcPr>
          <w:p>
            <w:pPr>
              <w:spacing w:after="0"/>
              <w:jc w:val="right"/>
            </w:pPr>
            <w:r>
              <w:rPr>
                <w:sz w:val="16"/>
              </w:rPr>
              <w:t>91.5</w:t>
            </w:r>
          </w:p>
        </w:tc>
        <w:tc>
          <w:tcPr>
            <w:tcW w:type="dxa" w:w="1191"/>
          </w:tcPr>
          <w:p>
            <w:pPr>
              <w:spacing w:after="0"/>
              <w:jc w:val="right"/>
            </w:pPr>
            <w:r>
              <w:rPr>
                <w:sz w:val="16"/>
              </w:rPr>
              <w:t>96.6</w:t>
            </w:r>
          </w:p>
        </w:tc>
        <w:tc>
          <w:tcPr>
            <w:tcW w:type="dxa" w:w="6995"/>
          </w:tcPr>
          <w:p>
            <w:pPr>
              <w:spacing w:after="0"/>
              <w:jc w:val="left"/>
            </w:pPr>
            <w:r>
              <w:rPr>
                <w:sz w:val="16"/>
              </w:rPr>
              <w:t>Relatively Moderate 2, Relatively Low 16, Very Low 7</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25 of 25</w:t>
            </w:r>
          </w:p>
        </w:tc>
        <w:tc>
          <w:tcPr>
            <w:tcW w:type="dxa" w:w="1191"/>
          </w:tcPr>
          <w:p>
            <w:pPr>
              <w:spacing w:after="0"/>
              <w:jc w:val="right"/>
            </w:pPr>
            <w:r>
              <w:rPr>
                <w:sz w:val="16"/>
              </w:rPr>
              <w:t>43.9</w:t>
            </w:r>
          </w:p>
        </w:tc>
        <w:tc>
          <w:tcPr>
            <w:tcW w:type="dxa" w:w="1250"/>
          </w:tcPr>
          <w:p>
            <w:pPr>
              <w:spacing w:after="0"/>
              <w:jc w:val="right"/>
            </w:pPr>
            <w:r>
              <w:rPr>
                <w:sz w:val="16"/>
              </w:rPr>
              <w:t>67.8</w:t>
            </w:r>
          </w:p>
        </w:tc>
        <w:tc>
          <w:tcPr>
            <w:tcW w:type="dxa" w:w="1191"/>
          </w:tcPr>
          <w:p>
            <w:pPr>
              <w:spacing w:after="0"/>
              <w:jc w:val="right"/>
            </w:pPr>
            <w:r>
              <w:rPr>
                <w:sz w:val="16"/>
              </w:rPr>
              <w:t>92.3</w:t>
            </w:r>
          </w:p>
        </w:tc>
        <w:tc>
          <w:tcPr>
            <w:tcW w:type="dxa" w:w="6995"/>
          </w:tcPr>
          <w:p>
            <w:pPr>
              <w:spacing w:after="0"/>
              <w:jc w:val="left"/>
            </w:pPr>
            <w:r>
              <w:rPr>
                <w:sz w:val="16"/>
              </w:rPr>
              <w:t>Relatively High 5, Relatively Moderate 19, Relatively Low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25 of 25</w:t>
            </w:r>
          </w:p>
        </w:tc>
        <w:tc>
          <w:tcPr>
            <w:tcW w:type="dxa" w:w="1191"/>
          </w:tcPr>
          <w:p>
            <w:pPr>
              <w:spacing w:after="0"/>
              <w:jc w:val="right"/>
            </w:pPr>
            <w:r>
              <w:rPr>
                <w:sz w:val="16"/>
              </w:rPr>
              <w:t>19.9</w:t>
            </w:r>
          </w:p>
        </w:tc>
        <w:tc>
          <w:tcPr>
            <w:tcW w:type="dxa" w:w="1250"/>
          </w:tcPr>
          <w:p>
            <w:pPr>
              <w:spacing w:after="0"/>
              <w:jc w:val="right"/>
            </w:pPr>
            <w:r>
              <w:rPr>
                <w:sz w:val="16"/>
              </w:rPr>
              <w:t>48.5</w:t>
            </w:r>
          </w:p>
        </w:tc>
        <w:tc>
          <w:tcPr>
            <w:tcW w:type="dxa" w:w="1191"/>
          </w:tcPr>
          <w:p>
            <w:pPr>
              <w:spacing w:after="0"/>
              <w:jc w:val="right"/>
            </w:pPr>
            <w:r>
              <w:rPr>
                <w:sz w:val="16"/>
              </w:rPr>
              <w:t>75.4</w:t>
            </w:r>
          </w:p>
        </w:tc>
        <w:tc>
          <w:tcPr>
            <w:tcW w:type="dxa" w:w="6995"/>
          </w:tcPr>
          <w:p>
            <w:pPr>
              <w:spacing w:after="0"/>
              <w:jc w:val="left"/>
            </w:pPr>
            <w:r>
              <w:rPr>
                <w:sz w:val="16"/>
              </w:rPr>
              <w:t>Relatively Moderate 8, Relatively Low 17</w:t>
            </w:r>
          </w:p>
        </w:tc>
      </w:tr>
      <w:tr>
        <w:trPr>
          <w:cantSplit/>
        </w:trPr>
        <w:tc>
          <w:tcPr>
            <w:tcW w:type="dxa" w:w="1906"/>
          </w:tcPr>
          <w:p>
            <w:pPr>
              <w:spacing w:after="0"/>
              <w:jc w:val="left"/>
            </w:pPr>
            <w:r>
              <w:rPr>
                <w:sz w:val="16"/>
              </w:rPr>
              <w:t>Tornado</w:t>
            </w:r>
          </w:p>
        </w:tc>
        <w:tc>
          <w:tcPr>
            <w:tcW w:type="dxa" w:w="1578"/>
          </w:tcPr>
          <w:p>
            <w:pPr>
              <w:spacing w:after="0"/>
              <w:jc w:val="right"/>
            </w:pPr>
            <w:r>
              <w:rPr>
                <w:sz w:val="16"/>
              </w:rPr>
              <w:t>25 of 25</w:t>
            </w:r>
          </w:p>
        </w:tc>
        <w:tc>
          <w:tcPr>
            <w:tcW w:type="dxa" w:w="1191"/>
          </w:tcPr>
          <w:p>
            <w:pPr>
              <w:spacing w:after="0"/>
              <w:jc w:val="right"/>
            </w:pPr>
            <w:r>
              <w:rPr>
                <w:sz w:val="16"/>
              </w:rPr>
              <w:t>10.0</w:t>
            </w:r>
          </w:p>
        </w:tc>
        <w:tc>
          <w:tcPr>
            <w:tcW w:type="dxa" w:w="1250"/>
          </w:tcPr>
          <w:p>
            <w:pPr>
              <w:spacing w:after="0"/>
              <w:jc w:val="right"/>
            </w:pPr>
            <w:r>
              <w:rPr>
                <w:sz w:val="16"/>
              </w:rPr>
              <w:t>33.0</w:t>
            </w:r>
          </w:p>
        </w:tc>
        <w:tc>
          <w:tcPr>
            <w:tcW w:type="dxa" w:w="1191"/>
          </w:tcPr>
          <w:p>
            <w:pPr>
              <w:spacing w:after="0"/>
              <w:jc w:val="right"/>
            </w:pPr>
            <w:r>
              <w:rPr>
                <w:sz w:val="16"/>
              </w:rPr>
              <w:t>49.5</w:t>
            </w:r>
          </w:p>
        </w:tc>
        <w:tc>
          <w:tcPr>
            <w:tcW w:type="dxa" w:w="6995"/>
          </w:tcPr>
          <w:p>
            <w:pPr>
              <w:spacing w:after="0"/>
              <w:jc w:val="left"/>
            </w:pPr>
            <w:r>
              <w:rPr>
                <w:sz w:val="16"/>
              </w:rPr>
              <w:t>Relatively Low 17, Very Low 8</w:t>
            </w:r>
          </w:p>
        </w:tc>
      </w:tr>
      <w:tr>
        <w:trPr>
          <w:cantSplit/>
        </w:trPr>
        <w:tc>
          <w:tcPr>
            <w:tcW w:type="dxa" w:w="1906"/>
          </w:tcPr>
          <w:p>
            <w:pPr>
              <w:spacing w:after="0"/>
              <w:jc w:val="left"/>
            </w:pPr>
            <w:r>
              <w:rPr>
                <w:sz w:val="16"/>
              </w:rPr>
              <w:t>Wildfire</w:t>
            </w:r>
          </w:p>
        </w:tc>
        <w:tc>
          <w:tcPr>
            <w:tcW w:type="dxa" w:w="1578"/>
          </w:tcPr>
          <w:p>
            <w:pPr>
              <w:spacing w:after="0"/>
              <w:jc w:val="right"/>
            </w:pPr>
            <w:r>
              <w:rPr>
                <w:sz w:val="16"/>
              </w:rPr>
              <w:t>25 of 25</w:t>
            </w:r>
          </w:p>
        </w:tc>
        <w:tc>
          <w:tcPr>
            <w:tcW w:type="dxa" w:w="1191"/>
          </w:tcPr>
          <w:p>
            <w:pPr>
              <w:spacing w:after="0"/>
              <w:jc w:val="right"/>
            </w:pPr>
            <w:r>
              <w:rPr>
                <w:sz w:val="16"/>
              </w:rPr>
              <w:t>34.4</w:t>
            </w:r>
          </w:p>
        </w:tc>
        <w:tc>
          <w:tcPr>
            <w:tcW w:type="dxa" w:w="1250"/>
          </w:tcPr>
          <w:p>
            <w:pPr>
              <w:spacing w:after="0"/>
              <w:jc w:val="right"/>
            </w:pPr>
            <w:r>
              <w:rPr>
                <w:sz w:val="16"/>
              </w:rPr>
              <w:t>56.3</w:t>
            </w:r>
          </w:p>
        </w:tc>
        <w:tc>
          <w:tcPr>
            <w:tcW w:type="dxa" w:w="1191"/>
          </w:tcPr>
          <w:p>
            <w:pPr>
              <w:spacing w:after="0"/>
              <w:jc w:val="right"/>
            </w:pPr>
            <w:r>
              <w:rPr>
                <w:sz w:val="16"/>
              </w:rPr>
              <w:t>68.0</w:t>
            </w:r>
          </w:p>
        </w:tc>
        <w:tc>
          <w:tcPr>
            <w:tcW w:type="dxa" w:w="6995"/>
          </w:tcPr>
          <w:p>
            <w:pPr>
              <w:spacing w:after="0"/>
              <w:jc w:val="left"/>
            </w:pPr>
            <w:r>
              <w:rPr>
                <w:sz w:val="16"/>
              </w:rPr>
              <w:t>Very Low 25</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25 of 25</w:t>
            </w:r>
          </w:p>
        </w:tc>
        <w:tc>
          <w:tcPr>
            <w:tcW w:type="dxa" w:w="1191"/>
          </w:tcPr>
          <w:p>
            <w:pPr>
              <w:spacing w:after="0"/>
              <w:jc w:val="right"/>
            </w:pPr>
            <w:r>
              <w:rPr>
                <w:sz w:val="16"/>
              </w:rPr>
              <w:t>29.1</w:t>
            </w:r>
          </w:p>
        </w:tc>
        <w:tc>
          <w:tcPr>
            <w:tcW w:type="dxa" w:w="1250"/>
          </w:tcPr>
          <w:p>
            <w:pPr>
              <w:spacing w:after="0"/>
              <w:jc w:val="right"/>
            </w:pPr>
            <w:r>
              <w:rPr>
                <w:sz w:val="16"/>
              </w:rPr>
              <w:t>52.4</w:t>
            </w:r>
          </w:p>
        </w:tc>
        <w:tc>
          <w:tcPr>
            <w:tcW w:type="dxa" w:w="1191"/>
          </w:tcPr>
          <w:p>
            <w:pPr>
              <w:spacing w:after="0"/>
              <w:jc w:val="right"/>
            </w:pPr>
            <w:r>
              <w:rPr>
                <w:sz w:val="16"/>
              </w:rPr>
              <w:t>75.6</w:t>
            </w:r>
          </w:p>
        </w:tc>
        <w:tc>
          <w:tcPr>
            <w:tcW w:type="dxa" w:w="6995"/>
          </w:tcPr>
          <w:p>
            <w:pPr>
              <w:spacing w:after="0"/>
              <w:jc w:val="left"/>
            </w:pPr>
            <w:r>
              <w:rPr>
                <w:sz w:val="16"/>
              </w:rPr>
              <w:t>Relatively Moderate 15, 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7"/>
        <w:gridCol w:w="2087"/>
        <w:gridCol w:w="2160"/>
        <w:gridCol w:w="2427"/>
        <w:gridCol w:w="2674"/>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7"/>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4"/>
            <w:shd w:val="clear" w:color="auto" w:fill="E8E8E8"/>
          </w:tcPr>
          <w:p>
            <w:pPr>
              <w:spacing w:after="0"/>
              <w:jc w:val="left"/>
            </w:pPr>
            <w:r>
              <w:rPr>
                <w:b/>
                <w:sz w:val="16"/>
              </w:rPr>
              <w:t>Notes</w:t>
            </w:r>
          </w:p>
        </w:tc>
      </w:tr>
      <w:tr>
        <w:trPr>
          <w:cantSplit/>
        </w:trPr>
        <w:tc>
          <w:tcPr>
            <w:tcW w:type="dxa" w:w="1477"/>
          </w:tcPr>
          <w:p>
            <w:pPr>
              <w:spacing w:after="0"/>
              <w:jc w:val="left"/>
            </w:pPr>
            <w:r>
              <w:rPr>
                <w:sz w:val="16"/>
              </w:rPr>
              <w:t>Harrison County</w:t>
            </w:r>
          </w:p>
        </w:tc>
        <w:tc>
          <w:tcPr>
            <w:tcW w:type="dxa" w:w="680"/>
          </w:tcPr>
          <w:p>
            <w:pPr>
              <w:spacing w:after="0"/>
              <w:jc w:val="left"/>
            </w:pPr>
            <w:r>
              <w:rPr>
                <w:sz w:val="16"/>
              </w:rPr>
              <w:t>County</w:t>
            </w:r>
          </w:p>
        </w:tc>
        <w:tc>
          <w:tcPr>
            <w:tcW w:type="dxa" w:w="2607"/>
          </w:tcPr>
          <w:p>
            <w:pPr>
              <w:spacing w:after="0"/>
              <w:jc w:val="left"/>
            </w:pPr>
            <w:r>
              <w:rPr>
                <w:sz w:val="16"/>
              </w:rPr>
              <w:t>Approved, expires 2029-08-12</w:t>
            </w:r>
          </w:p>
        </w:tc>
        <w:tc>
          <w:tcPr>
            <w:tcW w:type="dxa" w:w="2087"/>
          </w:tcPr>
          <w:p>
            <w:pPr>
              <w:spacing w:after="0"/>
              <w:jc w:val="right"/>
            </w:pPr>
            <w:r>
              <w:rPr>
                <w:sz w:val="16"/>
              </w:rPr>
              <w:t>FMA RL 0, SRL 1; any 21</w:t>
            </w:r>
          </w:p>
        </w:tc>
        <w:tc>
          <w:tcPr>
            <w:tcW w:type="dxa" w:w="2160"/>
          </w:tcPr>
          <w:p>
            <w:pPr>
              <w:spacing w:after="0"/>
              <w:jc w:val="right"/>
            </w:pPr>
            <w:r>
              <w:rPr>
                <w:sz w:val="16"/>
              </w:rPr>
              <w:t>$255,492.06</w:t>
            </w:r>
          </w:p>
        </w:tc>
        <w:tc>
          <w:tcPr>
            <w:tcW w:type="dxa" w:w="2427"/>
          </w:tcPr>
          <w:p>
            <w:pPr>
              <w:spacing w:after="0"/>
              <w:jc w:val="right"/>
            </w:pPr>
            <w:r>
              <w:rPr>
                <w:sz w:val="16"/>
              </w:rPr>
              <w:t>0 total; 0 since its plan</w:t>
            </w:r>
          </w:p>
        </w:tc>
        <w:tc>
          <w:tcPr>
            <w:tcW w:type="dxa" w:w="2674"/>
          </w:tcPr>
          <w:p>
            <w:pPr>
              <w:spacing w:after="0"/>
              <w:jc w:val="left"/>
            </w:pPr>
          </w:p>
        </w:tc>
      </w:tr>
      <w:tr>
        <w:trPr>
          <w:cantSplit/>
        </w:trPr>
        <w:tc>
          <w:tcPr>
            <w:tcW w:type="dxa" w:w="1477"/>
          </w:tcPr>
          <w:p>
            <w:pPr>
              <w:spacing w:after="0"/>
              <w:jc w:val="left"/>
            </w:pPr>
            <w:r>
              <w:rPr>
                <w:sz w:val="16"/>
              </w:rPr>
              <w:t>Anmoore town</w:t>
            </w:r>
          </w:p>
        </w:tc>
        <w:tc>
          <w:tcPr>
            <w:tcW w:type="dxa" w:w="680"/>
          </w:tcPr>
          <w:p>
            <w:pPr>
              <w:spacing w:after="0"/>
              <w:jc w:val="left"/>
            </w:pPr>
            <w:r>
              <w:rPr>
                <w:sz w:val="16"/>
              </w:rPr>
              <w:t>Town</w:t>
            </w:r>
          </w:p>
        </w:tc>
        <w:tc>
          <w:tcPr>
            <w:tcW w:type="dxa" w:w="2607"/>
          </w:tcPr>
          <w:p>
            <w:pPr>
              <w:spacing w:after="0"/>
              <w:jc w:val="left"/>
            </w:pPr>
            <w:r>
              <w:rPr>
                <w:sz w:val="16"/>
              </w:rPr>
              <w:t>Approved, expires 2029-08-12</w:t>
            </w:r>
          </w:p>
        </w:tc>
        <w:tc>
          <w:tcPr>
            <w:tcW w:type="dxa" w:w="2087"/>
          </w:tcPr>
          <w:p>
            <w:pPr>
              <w:spacing w:after="0"/>
              <w:jc w:val="right"/>
            </w:pPr>
            <w:r>
              <w:rPr>
                <w:sz w:val="16"/>
              </w:rPr>
              <w:t>FMA RL 0, SRL 0; any 0</w:t>
            </w:r>
          </w:p>
        </w:tc>
        <w:tc>
          <w:tcPr>
            <w:tcW w:type="dxa" w:w="2160"/>
          </w:tcPr>
          <w:p>
            <w:pPr>
              <w:spacing w:after="0"/>
              <w:jc w:val="right"/>
            </w:pPr>
            <w:r>
              <w:rPr>
                <w:sz w:val="16"/>
              </w:rPr>
              <w:t>$1,608.31</w:t>
            </w:r>
          </w:p>
        </w:tc>
        <w:tc>
          <w:tcPr>
            <w:tcW w:type="dxa" w:w="2427"/>
          </w:tcPr>
          <w:p>
            <w:pPr>
              <w:spacing w:after="0"/>
              <w:jc w:val="right"/>
            </w:pPr>
            <w:r>
              <w:rPr>
                <w:sz w:val="16"/>
              </w:rPr>
              <w:t>7 total; 2 since its plan</w:t>
            </w:r>
          </w:p>
        </w:tc>
        <w:tc>
          <w:tcPr>
            <w:tcW w:type="dxa" w:w="2674"/>
          </w:tcPr>
          <w:p>
            <w:pPr>
              <w:spacing w:after="0"/>
              <w:jc w:val="left"/>
            </w:pPr>
          </w:p>
        </w:tc>
      </w:tr>
      <w:tr>
        <w:trPr>
          <w:cantSplit/>
        </w:trPr>
        <w:tc>
          <w:tcPr>
            <w:tcW w:type="dxa" w:w="1477"/>
          </w:tcPr>
          <w:p>
            <w:pPr>
              <w:spacing w:after="0"/>
              <w:jc w:val="left"/>
            </w:pPr>
            <w:r>
              <w:rPr>
                <w:sz w:val="16"/>
              </w:rPr>
              <w:t>Bridgeport city</w:t>
            </w:r>
          </w:p>
        </w:tc>
        <w:tc>
          <w:tcPr>
            <w:tcW w:type="dxa" w:w="680"/>
          </w:tcPr>
          <w:p>
            <w:pPr>
              <w:spacing w:after="0"/>
              <w:jc w:val="left"/>
            </w:pPr>
            <w:r>
              <w:rPr>
                <w:sz w:val="16"/>
              </w:rPr>
              <w:t>City</w:t>
            </w:r>
          </w:p>
        </w:tc>
        <w:tc>
          <w:tcPr>
            <w:tcW w:type="dxa" w:w="2607"/>
          </w:tcPr>
          <w:p>
            <w:pPr>
              <w:spacing w:after="0"/>
              <w:jc w:val="left"/>
            </w:pPr>
            <w:r>
              <w:rPr>
                <w:sz w:val="16"/>
              </w:rPr>
              <w:t>Approved, expires 2029-08-12</w:t>
            </w:r>
          </w:p>
        </w:tc>
        <w:tc>
          <w:tcPr>
            <w:tcW w:type="dxa" w:w="2087"/>
          </w:tcPr>
          <w:p>
            <w:pPr>
              <w:spacing w:after="0"/>
              <w:jc w:val="right"/>
            </w:pPr>
            <w:r>
              <w:rPr>
                <w:sz w:val="16"/>
              </w:rPr>
              <w:t>FMA RL 0, SRL 0; any 1</w:t>
            </w:r>
          </w:p>
        </w:tc>
        <w:tc>
          <w:tcPr>
            <w:tcW w:type="dxa" w:w="2160"/>
          </w:tcPr>
          <w:p>
            <w:pPr>
              <w:spacing w:after="0"/>
              <w:jc w:val="right"/>
            </w:pPr>
            <w:r>
              <w:rPr>
                <w:sz w:val="16"/>
              </w:rPr>
              <w:t>$1,017,006.56</w:t>
            </w:r>
          </w:p>
        </w:tc>
        <w:tc>
          <w:tcPr>
            <w:tcW w:type="dxa" w:w="2427"/>
          </w:tcPr>
          <w:p>
            <w:pPr>
              <w:spacing w:after="0"/>
              <w:jc w:val="right"/>
            </w:pPr>
            <w:r>
              <w:rPr>
                <w:sz w:val="16"/>
              </w:rPr>
              <w:t>30 total; 2 since its plan</w:t>
            </w:r>
          </w:p>
        </w:tc>
        <w:tc>
          <w:tcPr>
            <w:tcW w:type="dxa" w:w="2674"/>
          </w:tcPr>
          <w:p>
            <w:pPr>
              <w:spacing w:after="0"/>
              <w:jc w:val="left"/>
            </w:pPr>
            <w:r>
              <w:rPr>
                <w:sz w:val="16"/>
              </w:rPr>
              <w:t>Includes $10,812.26 for declarations not counted as hazard incidents (DR-4517-WV).</w:t>
            </w:r>
          </w:p>
        </w:tc>
      </w:tr>
      <w:tr>
        <w:trPr>
          <w:cantSplit/>
        </w:trPr>
        <w:tc>
          <w:tcPr>
            <w:tcW w:type="dxa" w:w="1477"/>
          </w:tcPr>
          <w:p>
            <w:pPr>
              <w:spacing w:after="0"/>
              <w:jc w:val="left"/>
            </w:pPr>
            <w:r>
              <w:rPr>
                <w:sz w:val="16"/>
              </w:rPr>
              <w:t>Clarksburg city</w:t>
            </w:r>
          </w:p>
        </w:tc>
        <w:tc>
          <w:tcPr>
            <w:tcW w:type="dxa" w:w="680"/>
          </w:tcPr>
          <w:p>
            <w:pPr>
              <w:spacing w:after="0"/>
              <w:jc w:val="left"/>
            </w:pPr>
            <w:r>
              <w:rPr>
                <w:sz w:val="16"/>
              </w:rPr>
              <w:t>City</w:t>
            </w:r>
          </w:p>
        </w:tc>
        <w:tc>
          <w:tcPr>
            <w:tcW w:type="dxa" w:w="2607"/>
          </w:tcPr>
          <w:p>
            <w:pPr>
              <w:spacing w:after="0"/>
              <w:jc w:val="left"/>
            </w:pPr>
            <w:r>
              <w:rPr>
                <w:sz w:val="16"/>
              </w:rPr>
              <w:t>Approved, expires 2029-08-12</w:t>
            </w:r>
          </w:p>
        </w:tc>
        <w:tc>
          <w:tcPr>
            <w:tcW w:type="dxa" w:w="2087"/>
          </w:tcPr>
          <w:p>
            <w:pPr>
              <w:spacing w:after="0"/>
              <w:jc w:val="right"/>
            </w:pPr>
            <w:r>
              <w:rPr>
                <w:sz w:val="16"/>
              </w:rPr>
              <w:t>FMA RL 0, SRL 1; any 43</w:t>
            </w:r>
          </w:p>
        </w:tc>
        <w:tc>
          <w:tcPr>
            <w:tcW w:type="dxa" w:w="2160"/>
          </w:tcPr>
          <w:p>
            <w:pPr>
              <w:spacing w:after="0"/>
              <w:jc w:val="right"/>
            </w:pPr>
            <w:r>
              <w:rPr>
                <w:sz w:val="16"/>
              </w:rPr>
              <w:t>$452,188.16</w:t>
            </w:r>
          </w:p>
        </w:tc>
        <w:tc>
          <w:tcPr>
            <w:tcW w:type="dxa" w:w="2427"/>
          </w:tcPr>
          <w:p>
            <w:pPr>
              <w:spacing w:after="0"/>
              <w:jc w:val="right"/>
            </w:pPr>
            <w:r>
              <w:rPr>
                <w:sz w:val="16"/>
              </w:rPr>
              <w:t>50 total; 7 since its plan</w:t>
            </w:r>
          </w:p>
        </w:tc>
        <w:tc>
          <w:tcPr>
            <w:tcW w:type="dxa" w:w="2674"/>
          </w:tcPr>
          <w:p>
            <w:pPr>
              <w:spacing w:after="0"/>
              <w:jc w:val="left"/>
            </w:pPr>
          </w:p>
        </w:tc>
      </w:tr>
      <w:tr>
        <w:trPr>
          <w:cantSplit/>
        </w:trPr>
        <w:tc>
          <w:tcPr>
            <w:tcW w:type="dxa" w:w="1477"/>
          </w:tcPr>
          <w:p>
            <w:pPr>
              <w:spacing w:after="0"/>
              <w:jc w:val="left"/>
            </w:pPr>
            <w:r>
              <w:rPr>
                <w:sz w:val="16"/>
              </w:rPr>
              <w:t>Lost Creek town</w:t>
            </w:r>
          </w:p>
        </w:tc>
        <w:tc>
          <w:tcPr>
            <w:tcW w:type="dxa" w:w="680"/>
          </w:tcPr>
          <w:p>
            <w:pPr>
              <w:spacing w:after="0"/>
              <w:jc w:val="left"/>
            </w:pPr>
            <w:r>
              <w:rPr>
                <w:sz w:val="16"/>
              </w:rPr>
              <w:t>Town</w:t>
            </w:r>
          </w:p>
        </w:tc>
        <w:tc>
          <w:tcPr>
            <w:tcW w:type="dxa" w:w="2607"/>
          </w:tcPr>
          <w:p>
            <w:pPr>
              <w:spacing w:after="0"/>
              <w:jc w:val="left"/>
            </w:pPr>
            <w:r>
              <w:rPr>
                <w:sz w:val="16"/>
              </w:rPr>
              <w:t>Approved, expires 2029-08-12</w:t>
            </w:r>
          </w:p>
        </w:tc>
        <w:tc>
          <w:tcPr>
            <w:tcW w:type="dxa" w:w="2087"/>
          </w:tcPr>
          <w:p>
            <w:pPr>
              <w:spacing w:after="0"/>
              <w:jc w:val="right"/>
            </w:pPr>
            <w:r>
              <w:rPr>
                <w:sz w:val="16"/>
              </w:rPr>
              <w:t>FMA RL 0, SRL 1; any 7</w:t>
            </w:r>
          </w:p>
        </w:tc>
        <w:tc>
          <w:tcPr>
            <w:tcW w:type="dxa" w:w="2160"/>
          </w:tcPr>
          <w:p>
            <w:pPr>
              <w:spacing w:after="0"/>
              <w:jc w:val="right"/>
            </w:pPr>
            <w:r>
              <w:rPr>
                <w:sz w:val="16"/>
              </w:rPr>
              <w:t>no Public Assistance recorded</w:t>
            </w:r>
          </w:p>
        </w:tc>
        <w:tc>
          <w:tcPr>
            <w:tcW w:type="dxa" w:w="2427"/>
          </w:tcPr>
          <w:p>
            <w:pPr>
              <w:spacing w:after="0"/>
              <w:jc w:val="right"/>
            </w:pPr>
            <w:r>
              <w:rPr>
                <w:sz w:val="16"/>
              </w:rPr>
              <w:t>26 total; 6 since its plan</w:t>
            </w:r>
          </w:p>
        </w:tc>
        <w:tc>
          <w:tcPr>
            <w:tcW w:type="dxa" w:w="2674"/>
          </w:tcPr>
          <w:p>
            <w:pPr>
              <w:spacing w:after="0"/>
              <w:jc w:val="left"/>
            </w:pPr>
          </w:p>
        </w:tc>
      </w:tr>
      <w:tr>
        <w:trPr>
          <w:cantSplit/>
        </w:trPr>
        <w:tc>
          <w:tcPr>
            <w:tcW w:type="dxa" w:w="1477"/>
          </w:tcPr>
          <w:p>
            <w:pPr>
              <w:spacing w:after="0"/>
              <w:jc w:val="left"/>
            </w:pPr>
            <w:r>
              <w:rPr>
                <w:sz w:val="16"/>
              </w:rPr>
              <w:t>Lumberport town</w:t>
            </w:r>
          </w:p>
        </w:tc>
        <w:tc>
          <w:tcPr>
            <w:tcW w:type="dxa" w:w="680"/>
          </w:tcPr>
          <w:p>
            <w:pPr>
              <w:spacing w:after="0"/>
              <w:jc w:val="left"/>
            </w:pPr>
            <w:r>
              <w:rPr>
                <w:sz w:val="16"/>
              </w:rPr>
              <w:t>Town</w:t>
            </w:r>
          </w:p>
        </w:tc>
        <w:tc>
          <w:tcPr>
            <w:tcW w:type="dxa" w:w="2607"/>
          </w:tcPr>
          <w:p>
            <w:pPr>
              <w:spacing w:after="0"/>
              <w:jc w:val="left"/>
            </w:pPr>
            <w:r>
              <w:rPr>
                <w:sz w:val="16"/>
              </w:rPr>
              <w:t>Approved, expires 2029-08-12</w:t>
            </w:r>
          </w:p>
        </w:tc>
        <w:tc>
          <w:tcPr>
            <w:tcW w:type="dxa" w:w="2087"/>
          </w:tcPr>
          <w:p>
            <w:pPr>
              <w:spacing w:after="0"/>
              <w:jc w:val="right"/>
            </w:pPr>
            <w:r>
              <w:rPr>
                <w:sz w:val="16"/>
              </w:rPr>
              <w:t>FMA RL 0, SRL 2; any 3</w:t>
            </w:r>
          </w:p>
        </w:tc>
        <w:tc>
          <w:tcPr>
            <w:tcW w:type="dxa" w:w="2160"/>
          </w:tcPr>
          <w:p>
            <w:pPr>
              <w:spacing w:after="0"/>
              <w:jc w:val="right"/>
            </w:pPr>
            <w:r>
              <w:rPr>
                <w:sz w:val="16"/>
              </w:rPr>
              <w:t>$5,613.24</w:t>
            </w:r>
          </w:p>
        </w:tc>
        <w:tc>
          <w:tcPr>
            <w:tcW w:type="dxa" w:w="2427"/>
          </w:tcPr>
          <w:p>
            <w:pPr>
              <w:spacing w:after="0"/>
              <w:jc w:val="right"/>
            </w:pPr>
            <w:r>
              <w:rPr>
                <w:sz w:val="16"/>
              </w:rPr>
              <w:t>5 total; 0 since its plan</w:t>
            </w:r>
          </w:p>
        </w:tc>
        <w:tc>
          <w:tcPr>
            <w:tcW w:type="dxa" w:w="2674"/>
          </w:tcPr>
          <w:p>
            <w:pPr>
              <w:spacing w:after="0"/>
              <w:jc w:val="left"/>
            </w:pPr>
          </w:p>
        </w:tc>
      </w:tr>
      <w:tr>
        <w:trPr>
          <w:cantSplit/>
        </w:trPr>
        <w:tc>
          <w:tcPr>
            <w:tcW w:type="dxa" w:w="1477"/>
          </w:tcPr>
          <w:p>
            <w:pPr>
              <w:spacing w:after="0"/>
              <w:jc w:val="left"/>
            </w:pPr>
            <w:r>
              <w:rPr>
                <w:sz w:val="16"/>
              </w:rPr>
              <w:t>Nutter Fort town</w:t>
            </w:r>
          </w:p>
        </w:tc>
        <w:tc>
          <w:tcPr>
            <w:tcW w:type="dxa" w:w="680"/>
          </w:tcPr>
          <w:p>
            <w:pPr>
              <w:spacing w:after="0"/>
              <w:jc w:val="left"/>
            </w:pPr>
            <w:r>
              <w:rPr>
                <w:sz w:val="16"/>
              </w:rPr>
              <w:t>Town</w:t>
            </w:r>
          </w:p>
        </w:tc>
        <w:tc>
          <w:tcPr>
            <w:tcW w:type="dxa" w:w="2607"/>
          </w:tcPr>
          <w:p>
            <w:pPr>
              <w:spacing w:after="0"/>
              <w:jc w:val="left"/>
            </w:pPr>
            <w:r>
              <w:rPr>
                <w:sz w:val="16"/>
              </w:rPr>
              <w:t>Approved, expires 2029-08-12</w:t>
            </w:r>
          </w:p>
        </w:tc>
        <w:tc>
          <w:tcPr>
            <w:tcW w:type="dxa" w:w="2087"/>
          </w:tcPr>
          <w:p>
            <w:pPr>
              <w:spacing w:after="0"/>
              <w:jc w:val="right"/>
            </w:pPr>
            <w:r>
              <w:rPr>
                <w:sz w:val="16"/>
              </w:rPr>
              <w:t>FMA RL 0, SRL 0; any 0</w:t>
            </w:r>
          </w:p>
        </w:tc>
        <w:tc>
          <w:tcPr>
            <w:tcW w:type="dxa" w:w="2160"/>
          </w:tcPr>
          <w:p>
            <w:pPr>
              <w:spacing w:after="0"/>
              <w:jc w:val="right"/>
            </w:pPr>
            <w:r>
              <w:rPr>
                <w:sz w:val="16"/>
              </w:rPr>
              <w:t>$148,498.78</w:t>
            </w:r>
          </w:p>
        </w:tc>
        <w:tc>
          <w:tcPr>
            <w:tcW w:type="dxa" w:w="2427"/>
          </w:tcPr>
          <w:p>
            <w:pPr>
              <w:spacing w:after="0"/>
              <w:jc w:val="right"/>
            </w:pPr>
            <w:r>
              <w:rPr>
                <w:sz w:val="16"/>
              </w:rPr>
              <w:t>2 total; 0 since its plan</w:t>
            </w:r>
          </w:p>
        </w:tc>
        <w:tc>
          <w:tcPr>
            <w:tcW w:type="dxa" w:w="2674"/>
          </w:tcPr>
          <w:p>
            <w:pPr>
              <w:spacing w:after="0"/>
              <w:jc w:val="left"/>
            </w:pPr>
          </w:p>
        </w:tc>
      </w:tr>
      <w:tr>
        <w:trPr>
          <w:cantSplit/>
        </w:trPr>
        <w:tc>
          <w:tcPr>
            <w:tcW w:type="dxa" w:w="1477"/>
          </w:tcPr>
          <w:p>
            <w:pPr>
              <w:spacing w:after="0"/>
              <w:jc w:val="left"/>
            </w:pPr>
            <w:r>
              <w:rPr>
                <w:sz w:val="16"/>
              </w:rPr>
              <w:t>Salem city</w:t>
            </w:r>
          </w:p>
        </w:tc>
        <w:tc>
          <w:tcPr>
            <w:tcW w:type="dxa" w:w="680"/>
          </w:tcPr>
          <w:p>
            <w:pPr>
              <w:spacing w:after="0"/>
              <w:jc w:val="left"/>
            </w:pPr>
            <w:r>
              <w:rPr>
                <w:sz w:val="16"/>
              </w:rPr>
              <w:t>City</w:t>
            </w:r>
          </w:p>
        </w:tc>
        <w:tc>
          <w:tcPr>
            <w:tcW w:type="dxa" w:w="2607"/>
          </w:tcPr>
          <w:p>
            <w:pPr>
              <w:spacing w:after="0"/>
              <w:jc w:val="left"/>
            </w:pPr>
            <w:r>
              <w:rPr>
                <w:sz w:val="16"/>
              </w:rPr>
              <w:t>Approved, expires 2029-08-12</w:t>
            </w:r>
          </w:p>
        </w:tc>
        <w:tc>
          <w:tcPr>
            <w:tcW w:type="dxa" w:w="2087"/>
          </w:tcPr>
          <w:p>
            <w:pPr>
              <w:spacing w:after="0"/>
              <w:jc w:val="right"/>
            </w:pPr>
            <w:r>
              <w:rPr>
                <w:sz w:val="16"/>
              </w:rPr>
              <w:t>FMA RL 0, SRL 0; any 4</w:t>
            </w:r>
          </w:p>
        </w:tc>
        <w:tc>
          <w:tcPr>
            <w:tcW w:type="dxa" w:w="2160"/>
          </w:tcPr>
          <w:p>
            <w:pPr>
              <w:spacing w:after="0"/>
              <w:jc w:val="right"/>
            </w:pPr>
            <w:r>
              <w:rPr>
                <w:sz w:val="16"/>
              </w:rPr>
              <w:t>$220,964.46</w:t>
            </w:r>
          </w:p>
        </w:tc>
        <w:tc>
          <w:tcPr>
            <w:tcW w:type="dxa" w:w="2427"/>
          </w:tcPr>
          <w:p>
            <w:pPr>
              <w:spacing w:after="0"/>
              <w:jc w:val="right"/>
            </w:pPr>
            <w:r>
              <w:rPr>
                <w:sz w:val="16"/>
              </w:rPr>
              <w:t>11 total; 0 since its plan</w:t>
            </w:r>
          </w:p>
        </w:tc>
        <w:tc>
          <w:tcPr>
            <w:tcW w:type="dxa" w:w="2674"/>
          </w:tcPr>
          <w:p>
            <w:pPr>
              <w:spacing w:after="0"/>
              <w:jc w:val="left"/>
            </w:pPr>
          </w:p>
        </w:tc>
      </w:tr>
      <w:tr>
        <w:trPr>
          <w:cantSplit/>
        </w:trPr>
        <w:tc>
          <w:tcPr>
            <w:tcW w:type="dxa" w:w="1477"/>
          </w:tcPr>
          <w:p>
            <w:pPr>
              <w:spacing w:after="0"/>
              <w:jc w:val="left"/>
            </w:pPr>
            <w:r>
              <w:rPr>
                <w:sz w:val="16"/>
              </w:rPr>
              <w:t>Shinnston city</w:t>
            </w:r>
          </w:p>
        </w:tc>
        <w:tc>
          <w:tcPr>
            <w:tcW w:type="dxa" w:w="680"/>
          </w:tcPr>
          <w:p>
            <w:pPr>
              <w:spacing w:after="0"/>
              <w:jc w:val="left"/>
            </w:pPr>
            <w:r>
              <w:rPr>
                <w:sz w:val="16"/>
              </w:rPr>
              <w:t>City</w:t>
            </w:r>
          </w:p>
        </w:tc>
        <w:tc>
          <w:tcPr>
            <w:tcW w:type="dxa" w:w="2607"/>
          </w:tcPr>
          <w:p>
            <w:pPr>
              <w:spacing w:after="0"/>
              <w:jc w:val="left"/>
            </w:pPr>
            <w:r>
              <w:rPr>
                <w:sz w:val="16"/>
              </w:rPr>
              <w:t>Approved, expires 2029-08-12</w:t>
            </w:r>
          </w:p>
        </w:tc>
        <w:tc>
          <w:tcPr>
            <w:tcW w:type="dxa" w:w="2087"/>
          </w:tcPr>
          <w:p>
            <w:pPr>
              <w:spacing w:after="0"/>
              <w:jc w:val="right"/>
            </w:pPr>
            <w:r>
              <w:rPr>
                <w:sz w:val="16"/>
              </w:rPr>
              <w:t>FMA RL 0, SRL 1; any 6</w:t>
            </w:r>
          </w:p>
        </w:tc>
        <w:tc>
          <w:tcPr>
            <w:tcW w:type="dxa" w:w="2160"/>
          </w:tcPr>
          <w:p>
            <w:pPr>
              <w:spacing w:after="0"/>
              <w:jc w:val="right"/>
            </w:pPr>
            <w:r>
              <w:rPr>
                <w:sz w:val="16"/>
              </w:rPr>
              <w:t>$58,466.25</w:t>
            </w:r>
          </w:p>
        </w:tc>
        <w:tc>
          <w:tcPr>
            <w:tcW w:type="dxa" w:w="2427"/>
          </w:tcPr>
          <w:p>
            <w:pPr>
              <w:spacing w:after="0"/>
              <w:jc w:val="right"/>
            </w:pPr>
            <w:r>
              <w:rPr>
                <w:sz w:val="16"/>
              </w:rPr>
              <w:t>29 total; 2 since its plan</w:t>
            </w:r>
          </w:p>
        </w:tc>
        <w:tc>
          <w:tcPr>
            <w:tcW w:type="dxa" w:w="2674"/>
          </w:tcPr>
          <w:p>
            <w:pPr>
              <w:spacing w:after="0"/>
              <w:jc w:val="left"/>
            </w:pPr>
          </w:p>
        </w:tc>
      </w:tr>
      <w:tr>
        <w:trPr>
          <w:cantSplit/>
        </w:trPr>
        <w:tc>
          <w:tcPr>
            <w:tcW w:type="dxa" w:w="1477"/>
          </w:tcPr>
          <w:p>
            <w:pPr>
              <w:spacing w:after="0"/>
              <w:jc w:val="left"/>
            </w:pPr>
            <w:r>
              <w:rPr>
                <w:sz w:val="16"/>
              </w:rPr>
              <w:t>Stonewood city</w:t>
            </w:r>
          </w:p>
        </w:tc>
        <w:tc>
          <w:tcPr>
            <w:tcW w:type="dxa" w:w="680"/>
          </w:tcPr>
          <w:p>
            <w:pPr>
              <w:spacing w:after="0"/>
              <w:jc w:val="left"/>
            </w:pPr>
            <w:r>
              <w:rPr>
                <w:sz w:val="16"/>
              </w:rPr>
              <w:t>City</w:t>
            </w:r>
          </w:p>
        </w:tc>
        <w:tc>
          <w:tcPr>
            <w:tcW w:type="dxa" w:w="2607"/>
          </w:tcPr>
          <w:p>
            <w:pPr>
              <w:spacing w:after="0"/>
              <w:jc w:val="left"/>
            </w:pPr>
            <w:r>
              <w:rPr>
                <w:sz w:val="16"/>
              </w:rPr>
              <w:t>Approved, expires 2029-08-12</w:t>
            </w:r>
          </w:p>
        </w:tc>
        <w:tc>
          <w:tcPr>
            <w:tcW w:type="dxa" w:w="2087"/>
          </w:tcPr>
          <w:p>
            <w:pPr>
              <w:spacing w:after="0"/>
              <w:jc w:val="right"/>
            </w:pPr>
            <w:r>
              <w:rPr>
                <w:sz w:val="16"/>
              </w:rPr>
              <w:t>FMA RL 0, SRL 0; any 1</w:t>
            </w:r>
          </w:p>
        </w:tc>
        <w:tc>
          <w:tcPr>
            <w:tcW w:type="dxa" w:w="2160"/>
          </w:tcPr>
          <w:p>
            <w:pPr>
              <w:spacing w:after="0"/>
              <w:jc w:val="right"/>
            </w:pPr>
            <w:r>
              <w:rPr>
                <w:sz w:val="16"/>
              </w:rPr>
              <w:t>$8,423.50</w:t>
            </w:r>
          </w:p>
        </w:tc>
        <w:tc>
          <w:tcPr>
            <w:tcW w:type="dxa" w:w="2427"/>
          </w:tcPr>
          <w:p>
            <w:pPr>
              <w:spacing w:after="0"/>
              <w:jc w:val="right"/>
            </w:pPr>
            <w:r>
              <w:rPr>
                <w:sz w:val="16"/>
              </w:rPr>
              <w:t>9 total; 1 since its plan</w:t>
            </w:r>
          </w:p>
        </w:tc>
        <w:tc>
          <w:tcPr>
            <w:tcW w:type="dxa" w:w="2674"/>
          </w:tcPr>
          <w:p>
            <w:pPr>
              <w:spacing w:after="0"/>
              <w:jc w:val="left"/>
            </w:pPr>
          </w:p>
        </w:tc>
      </w:tr>
      <w:tr>
        <w:trPr>
          <w:cantSplit/>
        </w:trPr>
        <w:tc>
          <w:tcPr>
            <w:tcW w:type="dxa" w:w="1477"/>
          </w:tcPr>
          <w:p>
            <w:pPr>
              <w:spacing w:after="0"/>
              <w:jc w:val="left"/>
            </w:pPr>
            <w:r>
              <w:rPr>
                <w:sz w:val="16"/>
              </w:rPr>
              <w:t>West Milford town</w:t>
            </w:r>
          </w:p>
        </w:tc>
        <w:tc>
          <w:tcPr>
            <w:tcW w:type="dxa" w:w="680"/>
          </w:tcPr>
          <w:p>
            <w:pPr>
              <w:spacing w:after="0"/>
              <w:jc w:val="left"/>
            </w:pPr>
            <w:r>
              <w:rPr>
                <w:sz w:val="16"/>
              </w:rPr>
              <w:t>Town</w:t>
            </w:r>
          </w:p>
        </w:tc>
        <w:tc>
          <w:tcPr>
            <w:tcW w:type="dxa" w:w="2607"/>
          </w:tcPr>
          <w:p>
            <w:pPr>
              <w:spacing w:after="0"/>
              <w:jc w:val="left"/>
            </w:pPr>
            <w:r>
              <w:rPr>
                <w:sz w:val="16"/>
              </w:rPr>
              <w:t>Approved, expires 2029-08-12</w:t>
            </w:r>
          </w:p>
        </w:tc>
        <w:tc>
          <w:tcPr>
            <w:tcW w:type="dxa" w:w="2087"/>
          </w:tcPr>
          <w:p>
            <w:pPr>
              <w:spacing w:after="0"/>
              <w:jc w:val="right"/>
            </w:pPr>
            <w:r>
              <w:rPr>
                <w:sz w:val="16"/>
              </w:rPr>
              <w:t>FMA RL 0, SRL 0; any 0</w:t>
            </w:r>
          </w:p>
        </w:tc>
        <w:tc>
          <w:tcPr>
            <w:tcW w:type="dxa" w:w="2160"/>
          </w:tcPr>
          <w:p>
            <w:pPr>
              <w:spacing w:after="0"/>
              <w:jc w:val="right"/>
            </w:pPr>
            <w:r>
              <w:rPr>
                <w:sz w:val="16"/>
              </w:rPr>
              <w:t>$782.80</w:t>
            </w:r>
          </w:p>
        </w:tc>
        <w:tc>
          <w:tcPr>
            <w:tcW w:type="dxa" w:w="2427"/>
          </w:tcPr>
          <w:p>
            <w:pPr>
              <w:spacing w:after="0"/>
              <w:jc w:val="right"/>
            </w:pPr>
            <w:r>
              <w:rPr>
                <w:sz w:val="16"/>
              </w:rPr>
              <w:t>34 total; 11 since its plan</w:t>
            </w:r>
          </w:p>
        </w:tc>
        <w:tc>
          <w:tcPr>
            <w:tcW w:type="dxa" w:w="2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7"/>
        <w:gridCol w:w="1038"/>
        <w:gridCol w:w="1126"/>
        <w:gridCol w:w="1126"/>
        <w:gridCol w:w="872"/>
        <w:gridCol w:w="1305"/>
        <w:gridCol w:w="1119"/>
        <w:gridCol w:w="1044"/>
        <w:gridCol w:w="1220"/>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2024-08-13</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27"/>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872"/>
          </w:tcPr>
          <w:p>
            <w:pPr>
              <w:spacing w:after="0"/>
              <w:jc w:val="right"/>
            </w:pPr>
            <w:r>
              <w:rPr>
                <w:sz w:val="16"/>
              </w:rPr>
              <w:t>$8</w:t>
            </w:r>
          </w:p>
        </w:tc>
        <w:tc>
          <w:tcPr>
            <w:tcW w:type="dxa" w:w="1305"/>
          </w:tcPr>
          <w:p>
            <w:pPr>
              <w:spacing w:after="0"/>
              <w:jc w:val="right"/>
            </w:pP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$16,332,127,139</w:t>
            </w:r>
          </w:p>
        </w:tc>
        <w:tc>
          <w:tcPr>
            <w:tcW w:type="dxa" w:w="1127"/>
          </w:tcPr>
          <w:p>
            <w:pPr>
              <w:spacing w:after="0"/>
              <w:jc w:val="right"/>
            </w:pPr>
            <w:r>
              <w:rPr>
                <w:sz w:val="16"/>
              </w:rPr>
              <w:t>$9,949,022</w:t>
            </w:r>
          </w:p>
        </w:tc>
        <w:tc>
          <w:tcPr>
            <w:tcW w:type="dxa" w:w="1038"/>
          </w:tcPr>
          <w:p>
            <w:pPr>
              <w:spacing w:after="0"/>
              <w:jc w:val="right"/>
            </w:pPr>
            <w:r>
              <w:rPr>
                <w:sz w:val="16"/>
              </w:rPr>
              <w:t>65,753</w:t>
            </w:r>
          </w:p>
        </w:tc>
        <w:tc>
          <w:tcPr>
            <w:tcW w:type="dxa" w:w="1126"/>
          </w:tcPr>
          <w:p>
            <w:pPr>
              <w:spacing w:after="0"/>
              <w:jc w:val="right"/>
            </w:pPr>
            <w:r>
              <w:rPr>
                <w:sz w:val="16"/>
              </w:rPr>
              <w:t>$12,047</w:t>
            </w:r>
          </w:p>
        </w:tc>
        <w:tc>
          <w:tcPr>
            <w:tcW w:type="dxa" w:w="1126"/>
          </w:tcPr>
          <w:p>
            <w:pPr>
              <w:spacing w:after="0"/>
              <w:jc w:val="right"/>
            </w:pPr>
            <w:r>
              <w:rPr>
                <w:sz w:val="16"/>
              </w:rPr>
              <w:t>$355</w:t>
            </w:r>
          </w:p>
        </w:tc>
        <w:tc>
          <w:tcPr>
            <w:tcW w:type="dxa" w:w="872"/>
          </w:tcPr>
          <w:p>
            <w:pPr>
              <w:spacing w:after="0"/>
              <w:jc w:val="right"/>
            </w:pPr>
            <w:r>
              <w:rPr>
                <w:sz w:val="16"/>
              </w:rPr>
              <w:t>$145,996</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$2,839,086</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$37,334</w:t>
            </w:r>
          </w:p>
        </w:tc>
        <w:tc>
          <w:tcPr>
            <w:tcW w:type="dxa" w:w="872"/>
          </w:tcPr>
          <w:p>
            <w:pPr>
              <w:spacing w:after="0"/>
              <w:jc w:val="right"/>
            </w:pPr>
            <w:r>
              <w:rPr>
                <w:sz w:val="16"/>
              </w:rPr>
              <w:t>n/a</w:t>
            </w:r>
          </w:p>
        </w:tc>
        <w:tc>
          <w:tcPr>
            <w:tcW w:type="dxa" w:w="1305"/>
          </w:tcPr>
          <w:p>
            <w:pPr>
              <w:spacing w:after="0"/>
              <w:jc w:val="right"/>
            </w:pPr>
            <w:r>
              <w:rPr>
                <w:sz w:val="16"/>
              </w:rPr>
              <w:t>1.31% (agriculture)</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$29,441,926,170</w:t>
            </w:r>
          </w:p>
        </w:tc>
        <w:tc>
          <w:tcPr>
            <w:tcW w:type="dxa" w:w="1127"/>
          </w:tcPr>
          <w:p>
            <w:pPr>
              <w:spacing w:after="0"/>
              <w:jc w:val="right"/>
            </w:pPr>
            <w:r>
              <w:rPr>
                <w:sz w:val="16"/>
              </w:rPr>
              <w:t>n/a</w:t>
            </w:r>
          </w:p>
        </w:tc>
        <w:tc>
          <w:tcPr>
            <w:tcW w:type="dxa" w:w="1038"/>
          </w:tcPr>
          <w:p>
            <w:pPr>
              <w:spacing w:after="0"/>
              <w:jc w:val="right"/>
            </w:pPr>
            <w:r>
              <w:rPr>
                <w:sz w:val="16"/>
              </w:rPr>
              <w:t>65,921</w:t>
            </w:r>
          </w:p>
        </w:tc>
        <w:tc>
          <w:tcPr>
            <w:tcW w:type="dxa" w:w="1126"/>
          </w:tcPr>
          <w:p>
            <w:pPr>
              <w:spacing w:after="0"/>
              <w:jc w:val="right"/>
            </w:pPr>
            <w:r>
              <w:rPr>
                <w:sz w:val="16"/>
              </w:rPr>
              <w:t>$203,566</w:t>
            </w:r>
          </w:p>
        </w:tc>
        <w:tc>
          <w:tcPr>
            <w:tcW w:type="dxa" w:w="1126"/>
          </w:tcPr>
          <w:p>
            <w:pPr>
              <w:spacing w:after="0"/>
              <w:jc w:val="right"/>
            </w:pPr>
            <w:r>
              <w:rPr>
                <w:sz w:val="16"/>
              </w:rPr>
              <w:t>n/a</w:t>
            </w:r>
          </w:p>
        </w:tc>
        <w:tc>
          <w:tcPr>
            <w:tcW w:type="dxa" w:w="872"/>
          </w:tcPr>
          <w:p>
            <w:pPr>
              <w:spacing w:after="0"/>
              <w:jc w:val="right"/>
            </w:pPr>
            <w:r>
              <w:rPr>
                <w:sz w:val="16"/>
              </w:rPr>
              <w:t>$61,529</w:t>
            </w:r>
          </w:p>
        </w:tc>
        <w:tc>
          <w:tcPr>
            <w:tcW w:type="dxa" w:w="1305"/>
          </w:tcPr>
          <w:p>
            <w:pPr>
              <w:spacing w:after="0"/>
              <w:jc w:val="right"/>
            </w:pPr>
            <w:r>
              <w:rPr>
                <w:sz w:val="16"/>
              </w:rPr>
              <w:t>0.000691%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$16,332,127,139</w:t>
            </w:r>
          </w:p>
        </w:tc>
        <w:tc>
          <w:tcPr>
            <w:tcW w:type="dxa" w:w="1127"/>
          </w:tcPr>
          <w:p>
            <w:pPr>
              <w:spacing w:after="0"/>
              <w:jc w:val="right"/>
            </w:pPr>
            <w:r>
              <w:rPr>
                <w:sz w:val="16"/>
              </w:rPr>
              <w:t>$9,949,022</w:t>
            </w:r>
          </w:p>
        </w:tc>
        <w:tc>
          <w:tcPr>
            <w:tcW w:type="dxa" w:w="1038"/>
          </w:tcPr>
          <w:p>
            <w:pPr>
              <w:spacing w:after="0"/>
              <w:jc w:val="right"/>
            </w:pPr>
            <w:r>
              <w:rPr>
                <w:sz w:val="16"/>
              </w:rPr>
              <w:t>65,753</w:t>
            </w:r>
          </w:p>
        </w:tc>
        <w:tc>
          <w:tcPr>
            <w:tcW w:type="dxa" w:w="1126"/>
          </w:tcPr>
          <w:p>
            <w:pPr>
              <w:spacing w:after="0"/>
              <w:jc w:val="right"/>
            </w:pPr>
            <w:r>
              <w:rPr>
                <w:sz w:val="16"/>
              </w:rPr>
              <w:t>$539,572</w:t>
            </w:r>
          </w:p>
        </w:tc>
        <w:tc>
          <w:tcPr>
            <w:tcW w:type="dxa" w:w="1126"/>
          </w:tcPr>
          <w:p>
            <w:pPr>
              <w:spacing w:after="0"/>
              <w:jc w:val="right"/>
            </w:pPr>
            <w:r>
              <w:rPr>
                <w:sz w:val="16"/>
              </w:rPr>
              <w:t>$823</w:t>
            </w:r>
          </w:p>
        </w:tc>
        <w:tc>
          <w:tcPr>
            <w:tcW w:type="dxa" w:w="872"/>
          </w:tcPr>
          <w:p>
            <w:pPr>
              <w:spacing w:after="0"/>
              <w:jc w:val="right"/>
            </w:pPr>
            <w:r>
              <w:rPr>
                <w:sz w:val="16"/>
              </w:rPr>
              <w:t>$48,119</w:t>
            </w:r>
          </w:p>
        </w:tc>
        <w:tc>
          <w:tcPr>
            <w:tcW w:type="dxa" w:w="1305"/>
          </w:tcPr>
          <w:p>
            <w:pPr>
              <w:spacing w:after="0"/>
              <w:jc w:val="right"/>
            </w:pPr>
            <w:r>
              <w:rPr>
                <w:sz w:val="16"/>
              </w:rPr>
              <w:t>0.0033%</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$16,332,127,139</w:t>
            </w:r>
          </w:p>
        </w:tc>
        <w:tc>
          <w:tcPr>
            <w:tcW w:type="dxa" w:w="1127"/>
          </w:tcPr>
          <w:p>
            <w:pPr>
              <w:spacing w:after="0"/>
              <w:jc w:val="right"/>
            </w:pPr>
            <w:r>
              <w:rPr>
                <w:sz w:val="16"/>
              </w:rPr>
              <w:t>$9,949,022</w:t>
            </w:r>
          </w:p>
        </w:tc>
        <w:tc>
          <w:tcPr>
            <w:tcW w:type="dxa" w:w="1038"/>
          </w:tcPr>
          <w:p>
            <w:pPr>
              <w:spacing w:after="0"/>
              <w:jc w:val="right"/>
            </w:pPr>
            <w:r>
              <w:rPr>
                <w:sz w:val="16"/>
              </w:rPr>
              <w:t>65,753</w:t>
            </w:r>
          </w:p>
        </w:tc>
        <w:tc>
          <w:tcPr>
            <w:tcW w:type="dxa" w:w="1126"/>
          </w:tcPr>
          <w:p>
            <w:pPr>
              <w:spacing w:after="0"/>
              <w:jc w:val="right"/>
            </w:pPr>
            <w:r>
              <w:rPr>
                <w:sz w:val="16"/>
              </w:rPr>
              <w:t>$143</w:t>
            </w:r>
          </w:p>
        </w:tc>
        <w:tc>
          <w:tcPr>
            <w:tcW w:type="dxa" w:w="1126"/>
          </w:tcPr>
          <w:p>
            <w:pPr>
              <w:spacing w:after="0"/>
              <w:jc w:val="right"/>
            </w:pPr>
            <w:r>
              <w:rPr>
                <w:sz w:val="16"/>
              </w:rPr>
              <w:t>$5</w:t>
            </w:r>
          </w:p>
        </w:tc>
        <w:tc>
          <w:tcPr>
            <w:tcW w:type="dxa" w:w="872"/>
          </w:tcPr>
          <w:p>
            <w:pPr>
              <w:spacing w:after="0"/>
              <w:jc w:val="right"/>
            </w:pPr>
            <w:r>
              <w:rPr>
                <w:sz w:val="16"/>
              </w:rPr>
              <w:t>$194,257</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$16,203,943,632</w:t>
            </w:r>
          </w:p>
        </w:tc>
        <w:tc>
          <w:tcPr>
            <w:tcW w:type="dxa" w:w="1127"/>
          </w:tcPr>
          <w:p>
            <w:pPr>
              <w:spacing w:after="0"/>
              <w:jc w:val="right"/>
            </w:pPr>
            <w:r>
              <w:rPr>
                <w:sz w:val="16"/>
              </w:rPr>
              <w:t>$9,510,132</w:t>
            </w:r>
          </w:p>
        </w:tc>
        <w:tc>
          <w:tcPr>
            <w:tcW w:type="dxa" w:w="1038"/>
          </w:tcPr>
          <w:p>
            <w:pPr>
              <w:spacing w:after="0"/>
              <w:jc w:val="right"/>
            </w:pPr>
            <w:r>
              <w:rPr>
                <w:sz w:val="16"/>
              </w:rPr>
              <w:t>65,262</w:t>
            </w:r>
          </w:p>
        </w:tc>
        <w:tc>
          <w:tcPr>
            <w:tcW w:type="dxa" w:w="1126"/>
          </w:tcPr>
          <w:p>
            <w:pPr>
              <w:spacing w:after="0"/>
              <w:jc w:val="right"/>
            </w:pPr>
            <w:r>
              <w:rPr>
                <w:sz w:val="16"/>
              </w:rPr>
              <w:t>$183,629</w:t>
            </w:r>
          </w:p>
        </w:tc>
        <w:tc>
          <w:tcPr>
            <w:tcW w:type="dxa" w:w="1126"/>
          </w:tcPr>
          <w:p>
            <w:pPr>
              <w:spacing w:after="0"/>
              <w:jc w:val="right"/>
            </w:pPr>
            <w:r>
              <w:rPr>
                <w:sz w:val="16"/>
              </w:rPr>
              <w:t>$2,689</w:t>
            </w:r>
          </w:p>
        </w:tc>
        <w:tc>
          <w:tcPr>
            <w:tcW w:type="dxa" w:w="872"/>
          </w:tcPr>
          <w:p>
            <w:pPr>
              <w:spacing w:after="0"/>
              <w:jc w:val="right"/>
            </w:pPr>
            <w:r>
              <w:rPr>
                <w:sz w:val="16"/>
              </w:rPr>
              <w:t>$7,945</w:t>
            </w:r>
          </w:p>
        </w:tc>
        <w:tc>
          <w:tcPr>
            <w:tcW w:type="dxa" w:w="1305"/>
          </w:tcPr>
          <w:p>
            <w:pPr>
              <w:spacing w:after="0"/>
              <w:jc w:val="right"/>
            </w:pPr>
            <w:r>
              <w:rPr>
                <w:sz w:val="16"/>
              </w:rPr>
              <w:t>0.00113%</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$16,332,127,139</w:t>
            </w:r>
          </w:p>
        </w:tc>
        <w:tc>
          <w:tcPr>
            <w:tcW w:type="dxa" w:w="1127"/>
          </w:tcPr>
          <w:p>
            <w:pPr>
              <w:spacing w:after="0"/>
              <w:jc w:val="right"/>
            </w:pPr>
            <w:r>
              <w:rPr>
                <w:sz w:val="16"/>
              </w:rPr>
              <w:t>n/a</w:t>
            </w:r>
          </w:p>
        </w:tc>
        <w:tc>
          <w:tcPr>
            <w:tcW w:type="dxa" w:w="1038"/>
          </w:tcPr>
          <w:p>
            <w:pPr>
              <w:spacing w:after="0"/>
              <w:jc w:val="right"/>
            </w:pPr>
            <w:r>
              <w:rPr>
                <w:sz w:val="16"/>
              </w:rPr>
              <w:t>65,753</w:t>
            </w:r>
          </w:p>
        </w:tc>
        <w:tc>
          <w:tcPr>
            <w:tcW w:type="dxa" w:w="1126"/>
          </w:tcPr>
          <w:p>
            <w:pPr>
              <w:spacing w:after="0"/>
              <w:jc w:val="right"/>
            </w:pPr>
            <w:r>
              <w:rPr>
                <w:sz w:val="16"/>
              </w:rPr>
              <w:t>$74,897</w:t>
            </w:r>
          </w:p>
        </w:tc>
        <w:tc>
          <w:tcPr>
            <w:tcW w:type="dxa" w:w="1126"/>
          </w:tcPr>
          <w:p>
            <w:pPr>
              <w:spacing w:after="0"/>
              <w:jc w:val="right"/>
            </w:pPr>
            <w:r>
              <w:rPr>
                <w:sz w:val="16"/>
              </w:rPr>
              <w:t>n/a</w:t>
            </w:r>
          </w:p>
        </w:tc>
        <w:tc>
          <w:tcPr>
            <w:tcW w:type="dxa" w:w="872"/>
          </w:tcPr>
          <w:p>
            <w:pPr>
              <w:spacing w:after="0"/>
              <w:jc w:val="right"/>
            </w:pPr>
            <w:r>
              <w:rPr>
                <w:sz w:val="16"/>
              </w:rPr>
              <w:t>$5,592</w:t>
            </w:r>
          </w:p>
        </w:tc>
        <w:tc>
          <w:tcPr>
            <w:tcW w:type="dxa" w:w="1305"/>
          </w:tcPr>
          <w:p>
            <w:pPr>
              <w:spacing w:after="0"/>
              <w:jc w:val="right"/>
            </w:pPr>
            <w:r>
              <w:rPr>
                <w:sz w:val="16"/>
              </w:rPr>
              <w:t>0.000459%</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$16,294,323,978</w:t>
            </w:r>
          </w:p>
        </w:tc>
        <w:tc>
          <w:tcPr>
            <w:tcW w:type="dxa" w:w="1127"/>
          </w:tcPr>
          <w:p>
            <w:pPr>
              <w:spacing w:after="0"/>
              <w:jc w:val="right"/>
            </w:pPr>
            <w:r>
              <w:rPr>
                <w:sz w:val="16"/>
              </w:rPr>
              <w:t>$1,612,400</w:t>
            </w:r>
          </w:p>
        </w:tc>
        <w:tc>
          <w:tcPr>
            <w:tcW w:type="dxa" w:w="1038"/>
          </w:tcPr>
          <w:p>
            <w:pPr>
              <w:spacing w:after="0"/>
              <w:jc w:val="right"/>
            </w:pPr>
            <w:r>
              <w:rPr>
                <w:sz w:val="16"/>
              </w:rPr>
              <w:t>2,988</w:t>
            </w:r>
          </w:p>
        </w:tc>
        <w:tc>
          <w:tcPr>
            <w:tcW w:type="dxa" w:w="1126"/>
          </w:tcPr>
          <w:p>
            <w:pPr>
              <w:spacing w:after="0"/>
              <w:jc w:val="right"/>
            </w:pPr>
            <w:r>
              <w:rPr>
                <w:sz w:val="16"/>
              </w:rPr>
              <w:t>$24,881,157</w:t>
            </w:r>
          </w:p>
        </w:tc>
        <w:tc>
          <w:tcPr>
            <w:tcW w:type="dxa" w:w="1126"/>
          </w:tcPr>
          <w:p>
            <w:pPr>
              <w:spacing w:after="0"/>
              <w:jc w:val="right"/>
            </w:pPr>
            <w:r>
              <w:rPr>
                <w:sz w:val="16"/>
              </w:rPr>
              <w:t>$33,350</w:t>
            </w:r>
          </w:p>
        </w:tc>
        <w:tc>
          <w:tcPr>
            <w:tcW w:type="dxa" w:w="872"/>
          </w:tcPr>
          <w:p>
            <w:pPr>
              <w:spacing w:after="0"/>
              <w:jc w:val="right"/>
            </w:pPr>
            <w:r>
              <w:rPr>
                <w:sz w:val="16"/>
              </w:rPr>
              <w:t>$192,655</w:t>
            </w:r>
          </w:p>
        </w:tc>
        <w:tc>
          <w:tcPr>
            <w:tcW w:type="dxa" w:w="1305"/>
          </w:tcPr>
          <w:p>
            <w:pPr>
              <w:spacing w:after="0"/>
              <w:jc w:val="right"/>
            </w:pPr>
            <w:r>
              <w:rPr>
                <w:sz w:val="16"/>
              </w:rPr>
              <w:t>n/a (see note)</w:t>
            </w:r>
          </w:p>
        </w:tc>
        <w:tc>
          <w:tcPr>
            <w:tcW w:type="dxa" w:w="1119"/>
          </w:tcPr>
          <w:p>
            <w:pPr>
              <w:spacing w:after="0"/>
              <w:jc w:val="right"/>
            </w:pPr>
            <w:r>
              <w:rPr>
                <w:sz w:val="16"/>
              </w:rPr>
              <w:t>$40,150</w:t>
            </w:r>
          </w:p>
        </w:tc>
        <w:tc>
          <w:tcPr>
            <w:tcW w:type="dxa" w:w="1044"/>
          </w:tcPr>
          <w:p>
            <w:pPr>
              <w:spacing w:after="0"/>
              <w:jc w:val="right"/>
            </w:pPr>
          </w:p>
        </w:tc>
        <w:tc>
          <w:tcPr>
            <w:tcW w:type="dxa" w:w="1220"/>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$2,989,695,052</w:t>
            </w:r>
          </w:p>
        </w:tc>
        <w:tc>
          <w:tcPr>
            <w:tcW w:type="dxa" w:w="1127"/>
          </w:tcPr>
          <w:p>
            <w:pPr>
              <w:spacing w:after="0"/>
              <w:jc w:val="right"/>
            </w:pPr>
            <w:r>
              <w:rPr>
                <w:sz w:val="16"/>
              </w:rPr>
              <w:t>n/a</w:t>
            </w:r>
          </w:p>
        </w:tc>
        <w:tc>
          <w:tcPr>
            <w:tcW w:type="dxa" w:w="1038"/>
          </w:tcPr>
          <w:p>
            <w:pPr>
              <w:spacing w:after="0"/>
              <w:jc w:val="right"/>
            </w:pPr>
            <w:r>
              <w:rPr>
                <w:sz w:val="16"/>
              </w:rPr>
              <w:t>13,732</w:t>
            </w:r>
          </w:p>
        </w:tc>
        <w:tc>
          <w:tcPr>
            <w:tcW w:type="dxa" w:w="1126"/>
          </w:tcPr>
          <w:p>
            <w:pPr>
              <w:spacing w:after="0"/>
              <w:jc w:val="right"/>
            </w:pPr>
            <w:r>
              <w:rPr>
                <w:sz w:val="16"/>
              </w:rPr>
              <w:t>$94</w:t>
            </w:r>
          </w:p>
        </w:tc>
        <w:tc>
          <w:tcPr>
            <w:tcW w:type="dxa" w:w="1126"/>
          </w:tcPr>
          <w:p>
            <w:pPr>
              <w:spacing w:after="0"/>
              <w:jc w:val="right"/>
            </w:pPr>
            <w:r>
              <w:rPr>
                <w:sz w:val="16"/>
              </w:rPr>
              <w:t>n/a</w:t>
            </w:r>
          </w:p>
        </w:tc>
        <w:tc>
          <w:tcPr>
            <w:tcW w:type="dxa" w:w="872"/>
          </w:tcPr>
          <w:p>
            <w:pPr>
              <w:spacing w:after="0"/>
              <w:jc w:val="right"/>
            </w:pPr>
            <w:r>
              <w:rPr>
                <w:sz w:val="16"/>
              </w:rPr>
              <w:t>$24,838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$16,332,127,139</w:t>
            </w:r>
          </w:p>
        </w:tc>
        <w:tc>
          <w:tcPr>
            <w:tcW w:type="dxa" w:w="1127"/>
          </w:tcPr>
          <w:p>
            <w:pPr>
              <w:spacing w:after="0"/>
              <w:jc w:val="right"/>
            </w:pPr>
            <w:r>
              <w:rPr>
                <w:sz w:val="16"/>
              </w:rPr>
              <w:t>n/a</w:t>
            </w:r>
          </w:p>
        </w:tc>
        <w:tc>
          <w:tcPr>
            <w:tcW w:type="dxa" w:w="1038"/>
          </w:tcPr>
          <w:p>
            <w:pPr>
              <w:spacing w:after="0"/>
              <w:jc w:val="right"/>
            </w:pPr>
            <w:r>
              <w:rPr>
                <w:sz w:val="16"/>
              </w:rPr>
              <w:t>65,753</w:t>
            </w:r>
          </w:p>
        </w:tc>
        <w:tc>
          <w:tcPr>
            <w:tcW w:type="dxa" w:w="1126"/>
          </w:tcPr>
          <w:p>
            <w:pPr>
              <w:spacing w:after="0"/>
              <w:jc w:val="right"/>
            </w:pPr>
            <w:r>
              <w:rPr>
                <w:sz w:val="16"/>
              </w:rPr>
              <w:t>$30,214</w:t>
            </w:r>
          </w:p>
        </w:tc>
        <w:tc>
          <w:tcPr>
            <w:tcW w:type="dxa" w:w="1126"/>
          </w:tcPr>
          <w:p>
            <w:pPr>
              <w:spacing w:after="0"/>
              <w:jc w:val="right"/>
            </w:pPr>
            <w:r>
              <w:rPr>
                <w:sz w:val="16"/>
              </w:rPr>
              <w:t>n/a</w:t>
            </w:r>
          </w:p>
        </w:tc>
        <w:tc>
          <w:tcPr>
            <w:tcW w:type="dxa" w:w="872"/>
          </w:tcPr>
          <w:p>
            <w:pPr>
              <w:spacing w:after="0"/>
              <w:jc w:val="right"/>
            </w:pPr>
            <w:r>
              <w:rPr>
                <w:sz w:val="16"/>
              </w:rPr>
              <w:t>$462,527</w:t>
            </w:r>
          </w:p>
        </w:tc>
        <w:tc>
          <w:tcPr>
            <w:tcW w:type="dxa" w:w="1305"/>
          </w:tcPr>
          <w:p>
            <w:pPr>
              <w:spacing w:after="0"/>
              <w:jc w:val="right"/>
            </w:pPr>
            <w:r>
              <w:rPr>
                <w:sz w:val="16"/>
              </w:rPr>
              <w:t>0.000185%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$16,332,127,139</w:t>
            </w:r>
          </w:p>
        </w:tc>
        <w:tc>
          <w:tcPr>
            <w:tcW w:type="dxa" w:w="1127"/>
          </w:tcPr>
          <w:p>
            <w:pPr>
              <w:spacing w:after="0"/>
              <w:jc w:val="right"/>
            </w:pPr>
            <w:r>
              <w:rPr>
                <w:sz w:val="16"/>
              </w:rPr>
              <w:t>$9,949,022</w:t>
            </w:r>
          </w:p>
        </w:tc>
        <w:tc>
          <w:tcPr>
            <w:tcW w:type="dxa" w:w="1038"/>
          </w:tcPr>
          <w:p>
            <w:pPr>
              <w:spacing w:after="0"/>
              <w:jc w:val="right"/>
            </w:pPr>
            <w:r>
              <w:rPr>
                <w:sz w:val="16"/>
              </w:rPr>
              <w:t>65,753</w:t>
            </w:r>
          </w:p>
        </w:tc>
        <w:tc>
          <w:tcPr>
            <w:tcW w:type="dxa" w:w="1126"/>
          </w:tcPr>
          <w:p>
            <w:pPr>
              <w:spacing w:after="0"/>
              <w:jc w:val="right"/>
            </w:pPr>
            <w:r>
              <w:rPr>
                <w:sz w:val="16"/>
              </w:rPr>
              <w:t>$189,948</w:t>
            </w:r>
          </w:p>
        </w:tc>
        <w:tc>
          <w:tcPr>
            <w:tcW w:type="dxa" w:w="1126"/>
          </w:tcPr>
          <w:p>
            <w:pPr>
              <w:spacing w:after="0"/>
              <w:jc w:val="right"/>
            </w:pPr>
            <w:r>
              <w:rPr>
                <w:sz w:val="16"/>
              </w:rPr>
              <w:t>$308</w:t>
            </w:r>
          </w:p>
        </w:tc>
        <w:tc>
          <w:tcPr>
            <w:tcW w:type="dxa" w:w="872"/>
          </w:tcPr>
          <w:p>
            <w:pPr>
              <w:spacing w:after="0"/>
              <w:jc w:val="right"/>
            </w:pPr>
            <w:r>
              <w:rPr>
                <w:sz w:val="16"/>
              </w:rPr>
              <w:t>$218,977</w:t>
            </w:r>
          </w:p>
        </w:tc>
        <w:tc>
          <w:tcPr>
            <w:tcW w:type="dxa" w:w="1305"/>
          </w:tcPr>
          <w:p>
            <w:pPr>
              <w:spacing w:after="0"/>
              <w:jc w:val="right"/>
            </w:pPr>
            <w:r>
              <w:rPr>
                <w:sz w:val="16"/>
              </w:rPr>
              <w:t>0.00116%</w:t>
            </w:r>
          </w:p>
        </w:tc>
        <w:tc>
          <w:tcPr>
            <w:tcW w:type="dxa" w:w="1119"/>
          </w:tcPr>
          <w:p>
            <w:pPr>
              <w:spacing w:after="0"/>
              <w:jc w:val="right"/>
            </w:pPr>
            <w:r>
              <w:rPr>
                <w:sz w:val="16"/>
              </w:rPr>
              <w:t>$86,500</w:t>
            </w:r>
          </w:p>
        </w:tc>
        <w:tc>
          <w:tcPr>
            <w:tcW w:type="dxa" w:w="1044"/>
          </w:tcPr>
          <w:p>
            <w:pPr>
              <w:spacing w:after="0"/>
              <w:jc w:val="right"/>
            </w:pPr>
            <w:r>
              <w:rPr>
                <w:sz w:val="16"/>
              </w:rPr>
              <w:t>$115,750</w:t>
            </w:r>
          </w:p>
        </w:tc>
        <w:tc>
          <w:tcPr>
            <w:tcW w:type="dxa" w:w="1220"/>
          </w:tcPr>
          <w:p>
            <w:pPr>
              <w:spacing w:after="0"/>
              <w:jc w:val="right"/>
            </w:pPr>
          </w:p>
        </w:tc>
        <w:tc>
          <w:tcPr>
            <w:tcW w:type="dxa" w:w="1616"/>
          </w:tcPr>
          <w:p>
            <w:pPr>
              <w:spacing w:after="0"/>
              <w:jc w:val="left"/>
            </w:pPr>
            <w:r>
              <w:rPr>
                <w:sz w:val="16"/>
              </w:rPr>
              <w:t>Storm Events damage since the plan includes 9 zone-level Strong Wind records ($115,750):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$16,332,127,139</w:t>
            </w:r>
          </w:p>
        </w:tc>
        <w:tc>
          <w:tcPr>
            <w:tcW w:type="dxa" w:w="1127"/>
          </w:tcPr>
          <w:p>
            <w:pPr>
              <w:spacing w:after="0"/>
              <w:jc w:val="right"/>
            </w:pPr>
            <w:r>
              <w:rPr>
                <w:sz w:val="16"/>
              </w:rPr>
              <w:t>$9,949,022</w:t>
            </w:r>
          </w:p>
        </w:tc>
        <w:tc>
          <w:tcPr>
            <w:tcW w:type="dxa" w:w="1038"/>
          </w:tcPr>
          <w:p>
            <w:pPr>
              <w:spacing w:after="0"/>
              <w:jc w:val="right"/>
            </w:pPr>
            <w:r>
              <w:rPr>
                <w:sz w:val="16"/>
              </w:rPr>
              <w:t>65,753</w:t>
            </w:r>
          </w:p>
        </w:tc>
        <w:tc>
          <w:tcPr>
            <w:tcW w:type="dxa" w:w="1126"/>
          </w:tcPr>
          <w:p>
            <w:pPr>
              <w:spacing w:after="0"/>
              <w:jc w:val="right"/>
            </w:pPr>
            <w:r>
              <w:rPr>
                <w:sz w:val="16"/>
              </w:rPr>
              <w:t>$311,907</w:t>
            </w:r>
          </w:p>
        </w:tc>
        <w:tc>
          <w:tcPr>
            <w:tcW w:type="dxa" w:w="1126"/>
          </w:tcPr>
          <w:p>
            <w:pPr>
              <w:spacing w:after="0"/>
              <w:jc w:val="right"/>
            </w:pPr>
            <w:r>
              <w:rPr>
                <w:sz w:val="16"/>
              </w:rPr>
              <w:t>$80</w:t>
            </w:r>
          </w:p>
        </w:tc>
        <w:tc>
          <w:tcPr>
            <w:tcW w:type="dxa" w:w="872"/>
          </w:tcPr>
          <w:p>
            <w:pPr>
              <w:spacing w:after="0"/>
              <w:jc w:val="right"/>
            </w:pPr>
            <w:r>
              <w:rPr>
                <w:sz w:val="16"/>
              </w:rPr>
              <w:t>$276,014</w:t>
            </w:r>
          </w:p>
        </w:tc>
        <w:tc>
          <w:tcPr>
            <w:tcW w:type="dxa" w:w="1305"/>
          </w:tcPr>
          <w:p>
            <w:pPr>
              <w:spacing w:after="0"/>
              <w:jc w:val="right"/>
            </w:pPr>
            <w:r>
              <w:rPr>
                <w:sz w:val="16"/>
              </w:rPr>
              <w:t>0.00191%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$6,562,681,548</w:t>
            </w:r>
          </w:p>
        </w:tc>
        <w:tc>
          <w:tcPr>
            <w:tcW w:type="dxa" w:w="1127"/>
          </w:tcPr>
          <w:p>
            <w:pPr>
              <w:spacing w:after="0"/>
              <w:jc w:val="right"/>
            </w:pPr>
            <w:r>
              <w:rPr>
                <w:sz w:val="16"/>
              </w:rPr>
              <w:t>$7,376,692</w:t>
            </w:r>
          </w:p>
        </w:tc>
        <w:tc>
          <w:tcPr>
            <w:tcW w:type="dxa" w:w="1038"/>
          </w:tcPr>
          <w:p>
            <w:pPr>
              <w:spacing w:after="0"/>
              <w:jc w:val="right"/>
            </w:pPr>
            <w:r>
              <w:rPr>
                <w:sz w:val="16"/>
              </w:rPr>
              <w:t>28,414</w:t>
            </w:r>
          </w:p>
        </w:tc>
        <w:tc>
          <w:tcPr>
            <w:tcW w:type="dxa" w:w="1126"/>
          </w:tcPr>
          <w:p>
            <w:pPr>
              <w:spacing w:after="0"/>
              <w:jc w:val="right"/>
            </w:pPr>
            <w:r>
              <w:rPr>
                <w:sz w:val="16"/>
              </w:rPr>
              <w:t>$7,520</w:t>
            </w:r>
          </w:p>
        </w:tc>
        <w:tc>
          <w:tcPr>
            <w:tcW w:type="dxa" w:w="1126"/>
          </w:tcPr>
          <w:p>
            <w:pPr>
              <w:spacing w:after="0"/>
              <w:jc w:val="right"/>
            </w:pPr>
            <w:r>
              <w:rPr>
                <w:sz w:val="16"/>
              </w:rPr>
              <w:t>$5</w:t>
            </w:r>
          </w:p>
        </w:tc>
        <w:tc>
          <w:tcPr>
            <w:tcW w:type="dxa" w:w="872"/>
          </w:tcPr>
          <w:p>
            <w:pPr>
              <w:spacing w:after="0"/>
              <w:jc w:val="right"/>
            </w:pPr>
            <w:r>
              <w:rPr>
                <w:sz w:val="16"/>
              </w:rPr>
              <w:t>$1,893</w:t>
            </w:r>
          </w:p>
        </w:tc>
        <w:tc>
          <w:tcPr>
            <w:tcW w:type="dxa" w:w="1305"/>
          </w:tcPr>
          <w:p>
            <w:pPr>
              <w:spacing w:after="0"/>
              <w:jc w:val="right"/>
            </w:pPr>
            <w:r>
              <w:rPr>
                <w:sz w:val="16"/>
              </w:rPr>
              <w:t>0.000115%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$16,332,127,139</w:t>
            </w:r>
          </w:p>
        </w:tc>
        <w:tc>
          <w:tcPr>
            <w:tcW w:type="dxa" w:w="1127"/>
          </w:tcPr>
          <w:p>
            <w:pPr>
              <w:spacing w:after="0"/>
              <w:jc w:val="right"/>
            </w:pPr>
            <w:r>
              <w:rPr>
                <w:sz w:val="16"/>
              </w:rPr>
              <w:t>$9,949,022</w:t>
            </w:r>
          </w:p>
        </w:tc>
        <w:tc>
          <w:tcPr>
            <w:tcW w:type="dxa" w:w="1038"/>
          </w:tcPr>
          <w:p>
            <w:pPr>
              <w:spacing w:after="0"/>
              <w:jc w:val="right"/>
            </w:pPr>
            <w:r>
              <w:rPr>
                <w:sz w:val="16"/>
              </w:rPr>
              <w:t>65,753</w:t>
            </w:r>
          </w:p>
        </w:tc>
        <w:tc>
          <w:tcPr>
            <w:tcW w:type="dxa" w:w="1126"/>
          </w:tcPr>
          <w:p>
            <w:pPr>
              <w:spacing w:after="0"/>
              <w:jc w:val="right"/>
            </w:pPr>
            <w:r>
              <w:rPr>
                <w:sz w:val="16"/>
              </w:rPr>
              <w:t>$70,167</w:t>
            </w:r>
          </w:p>
        </w:tc>
        <w:tc>
          <w:tcPr>
            <w:tcW w:type="dxa" w:w="1126"/>
          </w:tcPr>
          <w:p>
            <w:pPr>
              <w:spacing w:after="0"/>
              <w:jc w:val="right"/>
            </w:pPr>
            <w:r>
              <w:rPr>
                <w:sz w:val="16"/>
              </w:rPr>
              <w:t>under $1</w:t>
            </w:r>
          </w:p>
        </w:tc>
        <w:tc>
          <w:tcPr>
            <w:tcW w:type="dxa" w:w="872"/>
          </w:tcPr>
          <w:p>
            <w:pPr>
              <w:spacing w:after="0"/>
              <w:jc w:val="right"/>
            </w:pPr>
            <w:r>
              <w:rPr>
                <w:sz w:val="16"/>
              </w:rPr>
              <w:t>$5,029</w:t>
            </w:r>
          </w:p>
        </w:tc>
        <w:tc>
          <w:tcPr>
            <w:tcW w:type="dxa" w:w="1305"/>
          </w:tcPr>
          <w:p>
            <w:pPr>
              <w:spacing w:after="0"/>
              <w:jc w:val="right"/>
            </w:pPr>
            <w:r>
              <w:rPr>
                <w:sz w:val="16"/>
              </w:rPr>
              <w:t>0.00043%</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r>
              <w:rPr>
                <w:sz w:val="16"/>
              </w:rPr>
              <w:t>no Public Assistance recorded (1 declaration)</w:t>
            </w: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2024-08-13 (Storm Events through 2026-06-30): 70 county-coded records, 70 with a damage value recorded (including $0), $126,650; 30 zone-level records, 30 with a damage value recorded (including $0), $115,750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65,753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$16,332,127,139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$9,949,022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$26,579,809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$1,645,380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85</w:t>
            </w:r>
          </w:p>
        </w:tc>
        <w:tc>
          <w:tcPr>
            <w:tcW w:type="dxa" w:w="1467"/>
          </w:tcPr>
          <w:p>
            <w:pPr>
              <w:spacing w:after="0"/>
              <w:jc w:val="right"/>
            </w:pPr>
            <w:r>
              <w:rPr>
                <w:sz w:val="16"/>
              </w:rPr>
              <w:t>5</w:t>
            </w:r>
          </w:p>
        </w:tc>
        <w:tc>
          <w:tcPr>
            <w:tcW w:type="dxa" w:w="1467"/>
          </w:tcPr>
          <w:p>
            <w:pPr>
              <w:spacing w:after="0"/>
              <w:jc w:val="right"/>
            </w:pPr>
            <w:r>
              <w:rPr>
                <w:sz w:val="16"/>
              </w:rPr>
              <w:t>86</w:t>
            </w:r>
          </w:p>
        </w:tc>
        <w:tc>
          <w:tcPr>
            <w:tcW w:type="dxa" w:w="1467"/>
          </w:tcPr>
          <w:p>
            <w:pPr>
              <w:spacing w:after="0"/>
              <w:jc w:val="right"/>
            </w:pPr>
            <w:r>
              <w:rPr>
                <w:sz w:val="16"/>
              </w:rPr>
              <w:t>1</w:t>
            </w:r>
          </w:p>
        </w:tc>
        <w:tc>
          <w:tcPr>
            <w:tcW w:type="dxa" w:w="1633"/>
          </w:tcPr>
          <w:p>
            <w:pPr>
              <w:spacing w:after="0"/>
              <w:jc w:val="right"/>
            </w:pPr>
            <w:r>
              <w:rPr>
                <w:sz w:val="16"/>
              </w:rPr>
              <w:t>8</w:t>
            </w:r>
          </w:p>
        </w:tc>
      </w:tr>
      <w:tr>
        <w:trPr>
          <w:cantSplit/>
        </w:trPr>
        <w:tc>
          <w:tcPr>
            <w:tcW w:type="dxa" w:w="3678"/>
          </w:tcPr>
          <w:p>
            <w:pPr>
              <w:spacing w:after="0"/>
              <w:jc w:val="left"/>
            </w:pPr>
            <w:r>
              <w:rPr>
                <w:sz w:val="16"/>
              </w:rPr>
              <w:t>of which: Harrison County (unincorporated area)</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21</w:t>
            </w:r>
          </w:p>
        </w:tc>
        <w:tc>
          <w:tcPr>
            <w:tcW w:type="dxa" w:w="1467"/>
          </w:tcPr>
          <w:p>
            <w:pPr>
              <w:spacing w:after="0"/>
              <w:jc w:val="right"/>
            </w:pPr>
            <w:r>
              <w:rPr>
                <w:sz w:val="16"/>
              </w:rPr>
              <w:t>1</w:t>
            </w:r>
          </w:p>
        </w:tc>
        <w:tc>
          <w:tcPr>
            <w:tcW w:type="dxa" w:w="1467"/>
          </w:tcPr>
          <w:p>
            <w:pPr>
              <w:spacing w:after="0"/>
              <w:jc w:val="right"/>
            </w:pPr>
            <w:r>
              <w:rPr>
                <w:sz w:val="16"/>
              </w:rPr>
              <w:t>21</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Bridgeport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Clarksburg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43</w:t>
            </w:r>
          </w:p>
        </w:tc>
        <w:tc>
          <w:tcPr>
            <w:tcW w:type="dxa" w:w="1467"/>
          </w:tcPr>
          <w:p>
            <w:pPr>
              <w:spacing w:after="0"/>
              <w:jc w:val="right"/>
            </w:pPr>
            <w:r>
              <w:rPr>
                <w:sz w:val="16"/>
              </w:rPr>
              <w:t>1</w:t>
            </w:r>
          </w:p>
        </w:tc>
        <w:tc>
          <w:tcPr>
            <w:tcW w:type="dxa" w:w="1467"/>
          </w:tcPr>
          <w:p>
            <w:pPr>
              <w:spacing w:after="0"/>
              <w:jc w:val="right"/>
            </w:pPr>
            <w:r>
              <w:rPr>
                <w:sz w:val="16"/>
              </w:rPr>
              <w:t>43</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Lost Creek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Lumberport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3</w:t>
            </w:r>
          </w:p>
        </w:tc>
        <w:tc>
          <w:tcPr>
            <w:tcW w:type="dxa" w:w="1467"/>
          </w:tcPr>
          <w:p>
            <w:pPr>
              <w:spacing w:after="0"/>
              <w:jc w:val="right"/>
            </w:pPr>
            <w:r>
              <w:rPr>
                <w:sz w:val="16"/>
              </w:rPr>
              <w:t>2</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Shinnston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1</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Stonewood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Salem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Harrison County</w:t>
            </w:r>
          </w:p>
        </w:tc>
        <w:tc>
          <w:tcPr>
            <w:tcW w:type="dxa" w:w="1604"/>
          </w:tcPr>
          <w:p>
            <w:pPr>
              <w:spacing w:after="0"/>
              <w:jc w:val="left"/>
            </w:pPr>
            <w:r>
              <w:rPr>
                <w:sz w:val="16"/>
              </w:rPr>
              <w:t>540053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21</w:t>
            </w:r>
          </w:p>
        </w:tc>
        <w:tc>
          <w:tcPr>
            <w:tcW w:type="dxa" w:w="1441"/>
          </w:tcPr>
          <w:p>
            <w:pPr>
              <w:spacing w:after="0"/>
              <w:jc w:val="right"/>
            </w:pPr>
            <w:r>
              <w:rPr>
                <w:sz w:val="16"/>
              </w:rPr>
              <w:t>1</w:t>
            </w:r>
          </w:p>
        </w:tc>
        <w:tc>
          <w:tcPr>
            <w:tcW w:type="dxa" w:w="1441"/>
          </w:tcPr>
          <w:p>
            <w:pPr>
              <w:spacing w:after="0"/>
              <w:jc w:val="right"/>
            </w:pPr>
            <w:r>
              <w:rPr>
                <w:sz w:val="16"/>
              </w:rPr>
              <w:t>21</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Anmoore town</w:t>
            </w:r>
          </w:p>
        </w:tc>
        <w:tc>
          <w:tcPr>
            <w:tcW w:type="dxa" w:w="1604"/>
          </w:tcPr>
          <w:p>
            <w:pPr>
              <w:spacing w:after="0"/>
              <w:jc w:val="left"/>
            </w:pPr>
            <w:r>
              <w:rPr>
                <w:sz w:val="16"/>
              </w:rPr>
              <w:t>540054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Bridgeport city</w:t>
            </w:r>
          </w:p>
        </w:tc>
        <w:tc>
          <w:tcPr>
            <w:tcW w:type="dxa" w:w="1604"/>
          </w:tcPr>
          <w:p>
            <w:pPr>
              <w:spacing w:after="0"/>
              <w:jc w:val="left"/>
            </w:pPr>
            <w:r>
              <w:rPr>
                <w:sz w:val="16"/>
              </w:rPr>
              <w:t>540055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Clarksburg city</w:t>
            </w:r>
          </w:p>
        </w:tc>
        <w:tc>
          <w:tcPr>
            <w:tcW w:type="dxa" w:w="1604"/>
          </w:tcPr>
          <w:p>
            <w:pPr>
              <w:spacing w:after="0"/>
              <w:jc w:val="left"/>
            </w:pPr>
            <w:r>
              <w:rPr>
                <w:sz w:val="16"/>
              </w:rPr>
              <w:t>540056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43</w:t>
            </w:r>
          </w:p>
        </w:tc>
        <w:tc>
          <w:tcPr>
            <w:tcW w:type="dxa" w:w="1441"/>
          </w:tcPr>
          <w:p>
            <w:pPr>
              <w:spacing w:after="0"/>
              <w:jc w:val="right"/>
            </w:pPr>
            <w:r>
              <w:rPr>
                <w:sz w:val="16"/>
              </w:rPr>
              <w:t>1</w:t>
            </w:r>
          </w:p>
        </w:tc>
        <w:tc>
          <w:tcPr>
            <w:tcW w:type="dxa" w:w="1441"/>
          </w:tcPr>
          <w:p>
            <w:pPr>
              <w:spacing w:after="0"/>
              <w:jc w:val="right"/>
            </w:pPr>
            <w:r>
              <w:rPr>
                <w:sz w:val="16"/>
              </w:rPr>
              <w:t>43</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Lost Creek town</w:t>
            </w:r>
          </w:p>
        </w:tc>
        <w:tc>
          <w:tcPr>
            <w:tcW w:type="dxa" w:w="1604"/>
          </w:tcPr>
          <w:p>
            <w:pPr>
              <w:spacing w:after="0"/>
              <w:jc w:val="left"/>
            </w:pPr>
            <w:r>
              <w:rPr>
                <w:sz w:val="16"/>
              </w:rPr>
              <w:t>540057</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604"/>
          </w:tcPr>
          <w:p>
            <w:pPr>
              <w:spacing w:after="0"/>
              <w:jc w:val="right"/>
            </w:pPr>
            <w:r>
              <w:rPr>
                <w:sz w:val="16"/>
              </w:rPr>
              <w:t>0</w:t>
            </w:r>
          </w:p>
        </w:tc>
      </w:tr>
      <w:tr>
        <w:trPr>
          <w:cantSplit/>
        </w:trPr>
        <w:tc>
          <w:tcPr>
            <w:tcW w:type="dxa" w:w="2256"/>
          </w:tcPr>
          <w:p>
            <w:pPr>
              <w:spacing w:after="0"/>
              <w:jc w:val="left"/>
            </w:pPr>
            <w:r>
              <w:rPr>
                <w:sz w:val="16"/>
              </w:rPr>
              <w:t>Lumberport town</w:t>
            </w:r>
          </w:p>
        </w:tc>
        <w:tc>
          <w:tcPr>
            <w:tcW w:type="dxa" w:w="1604"/>
          </w:tcPr>
          <w:p>
            <w:pPr>
              <w:spacing w:after="0"/>
              <w:jc w:val="left"/>
            </w:pPr>
            <w:r>
              <w:rPr>
                <w:sz w:val="16"/>
              </w:rPr>
              <w:t>540058</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3</w:t>
            </w:r>
          </w:p>
        </w:tc>
        <w:tc>
          <w:tcPr>
            <w:tcW w:type="dxa" w:w="1441"/>
          </w:tcPr>
          <w:p>
            <w:pPr>
              <w:spacing w:after="0"/>
              <w:jc w:val="right"/>
            </w:pPr>
            <w:r>
              <w:rPr>
                <w:sz w:val="16"/>
              </w:rPr>
              <w:t>2</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Nutter Fort town</w:t>
            </w:r>
          </w:p>
        </w:tc>
        <w:tc>
          <w:tcPr>
            <w:tcW w:type="dxa" w:w="1604"/>
          </w:tcPr>
          <w:p>
            <w:pPr>
              <w:spacing w:after="0"/>
              <w:jc w:val="left"/>
            </w:pPr>
            <w:r>
              <w:rPr>
                <w:sz w:val="16"/>
              </w:rPr>
              <w:t>540059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Salem city</w:t>
            </w:r>
          </w:p>
        </w:tc>
        <w:tc>
          <w:tcPr>
            <w:tcW w:type="dxa" w:w="1604"/>
          </w:tcPr>
          <w:p>
            <w:pPr>
              <w:spacing w:after="0"/>
              <w:jc w:val="left"/>
            </w:pPr>
            <w:r>
              <w:rPr>
                <w:sz w:val="16"/>
              </w:rPr>
              <w:t>540242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Shinnston city</w:t>
            </w:r>
          </w:p>
        </w:tc>
        <w:tc>
          <w:tcPr>
            <w:tcW w:type="dxa" w:w="1604"/>
          </w:tcPr>
          <w:p>
            <w:pPr>
              <w:spacing w:after="0"/>
              <w:jc w:val="left"/>
            </w:pPr>
            <w:r>
              <w:rPr>
                <w:sz w:val="16"/>
              </w:rPr>
              <w:t>540060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Stonewood city</w:t>
            </w:r>
          </w:p>
        </w:tc>
        <w:tc>
          <w:tcPr>
            <w:tcW w:type="dxa" w:w="1604"/>
          </w:tcPr>
          <w:p>
            <w:pPr>
              <w:spacing w:after="0"/>
              <w:jc w:val="left"/>
            </w:pPr>
            <w:r>
              <w:rPr>
                <w:sz w:val="16"/>
              </w:rPr>
              <w:t>540061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Milford town</w:t>
            </w:r>
          </w:p>
        </w:tc>
        <w:tc>
          <w:tcPr>
            <w:tcW w:type="dxa" w:w="1604"/>
          </w:tcPr>
          <w:p>
            <w:pPr>
              <w:spacing w:after="0"/>
              <w:jc w:val="left"/>
            </w:pPr>
            <w:r>
              <w:rPr>
                <w:sz w:val="16"/>
              </w:rPr>
              <w:t>540062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61</w:t>
            </w:r>
          </w:p>
        </w:tc>
        <w:tc>
          <w:tcPr>
            <w:tcW w:type="dxa" w:w="1496"/>
          </w:tcPr>
          <w:p>
            <w:pPr>
              <w:spacing w:after="0"/>
              <w:jc w:val="right"/>
            </w:pPr>
            <w:r>
              <w:rPr>
                <w:sz w:val="16"/>
              </w:rPr>
              <w:t>4</w:t>
            </w:r>
          </w:p>
        </w:tc>
        <w:tc>
          <w:tcPr>
            <w:tcW w:type="dxa" w:w="1496"/>
          </w:tcPr>
          <w:p>
            <w:pPr>
              <w:spacing w:after="0"/>
              <w:jc w:val="right"/>
            </w:pPr>
            <w:r>
              <w:rPr>
                <w:sz w:val="16"/>
              </w:rPr>
              <w:t>62</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Harrison County, WV: risk-assessment baseline packet, release 2026-10 (data as of 2026-09-30; County FIPS 54033). Automated baseline. </w:t>
      </w:r>
      <w:hyperlink r:id="rId15">
        <w:r>
          <w:rPr>
            <w:color w:val="1F4E99"/>
            <w:sz w:val="17"/>
            <w:u w:val="single"/>
          </w:rPr>
          <w:t>https://hazardplain.org/wv/54033/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Harrison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Harrison County, WV: Risk-assessment baseline packet</dc:title>
  <dc:subject>Hazard Plain release 2026-10, as of 2026-09-30. Automated baseline</dc:subject>
  <dc:creator>Hazard Plain</dc:creator>
  <cp:keywords>Hazard Plain; hazard mitigation; risk assessment; 54033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