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Clay County, WV</w:t>
      </w:r>
    </w:p>
    <w:p>
      <w:pPr>
        <w:spacing w:after="120" w:before="0"/>
      </w:pPr>
      <w:r>
        <w:rPr>
          <w:color w:val="555555"/>
          <w:sz w:val="24"/>
        </w:rPr>
        <w:t>Risk-assessment baseline packet</w:t>
      </w:r>
    </w:p>
    <w:p>
      <w:pPr>
        <w:spacing w:after="120" w:before="0"/>
      </w:pPr>
      <w:r>
        <w:rPr>
          <w:b/>
          <w:sz w:val="18"/>
        </w:rPr>
        <w:t xml:space="preserve">County FIPS: </w:t>
      </w:r>
      <w:r>
        <w:rPr>
          <w:sz w:val="18"/>
        </w:rPr>
        <w:t>54015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2027-10-19. Plan: RPDC 03 Hazard Mitigation Plan (FEMA plan 108578), approved 2022-10-20.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2022-10-20: 2 new hazard declarations (2 incidents) and 72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($4,360,694 a year), Lightning ($66,371) and Landslide ($48,872).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54015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2027-10-19</w:t>
      </w:r>
    </w:p>
    <w:p>
      <w:pPr>
        <w:keepNext/>
        <w:spacing w:after="40" w:before="0"/>
      </w:pPr>
      <w:r>
        <w:rPr>
          <w:b/>
        </w:rPr>
        <w:t xml:space="preserve">Plan: </w:t>
      </w:r>
      <w:r>
        <w:rPr/>
        <w:t>RPDC 03 Hazard Mitigation Plan (FEMA plan 108578)</w:t>
      </w:r>
    </w:p>
    <w:p>
      <w:pPr>
        <w:keepNext/>
        <w:spacing w:after="40" w:before="0"/>
      </w:pPr>
      <w:r>
        <w:rPr>
          <w:b/>
        </w:rPr>
        <w:t xml:space="preserve">Approved: </w:t>
      </w:r>
      <w:r>
        <w:rPr/>
        <w:t>2022-10-20</w:t>
      </w:r>
    </w:p>
    <w:p>
      <w:pPr>
        <w:keepNext/>
        <w:spacing w:after="40" w:before="0"/>
      </w:pPr>
      <w:r>
        <w:rPr>
          <w:b/>
        </w:rPr>
        <w:t xml:space="preserve">Days to expiry: </w:t>
      </w:r>
      <w:r>
        <w:rPr/>
        <w:t>384</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2022-10-20)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DR-4756-WV (Severe Storms, Flooding, Landslides, and Mudslides), EM-3639-WV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72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26"/>
        <w:gridCol w:w="798"/>
        <w:gridCol w:w="3103"/>
        <w:gridCol w:w="5303"/>
        <w:gridCol w:w="1217"/>
        <w:gridCol w:w="1217"/>
        <w:gridCol w:w="1049"/>
      </w:tblGrid>
      <w:tr>
        <w:trPr>
          <w:cantSplit/>
          <w:tblHeader/>
        </w:trPr>
        <w:tc>
          <w:tcPr>
            <w:tcW w:type="dxa" w:w="1426"/>
            <w:shd w:val="clear" w:color="auto" w:fill="E8E8E8"/>
          </w:tcPr>
          <w:p>
            <w:pPr>
              <w:spacing w:after="0"/>
              <w:jc w:val="left"/>
            </w:pPr>
            <w:r>
              <w:rPr>
                <w:b/>
                <w:sz w:val="16"/>
              </w:rPr>
              <w:t>Jurisdiction</w:t>
            </w:r>
          </w:p>
        </w:tc>
        <w:tc>
          <w:tcPr>
            <w:tcW w:type="dxa" w:w="798"/>
            <w:shd w:val="clear" w:color="auto" w:fill="E8E8E8"/>
          </w:tcPr>
          <w:p>
            <w:pPr>
              <w:spacing w:after="0"/>
              <w:jc w:val="left"/>
            </w:pPr>
            <w:r>
              <w:rPr>
                <w:b/>
                <w:sz w:val="16"/>
              </w:rPr>
              <w:t>Type</w:t>
            </w:r>
          </w:p>
        </w:tc>
        <w:tc>
          <w:tcPr>
            <w:tcW w:type="dxa" w:w="3103"/>
            <w:shd w:val="clear" w:color="auto" w:fill="E8E8E8"/>
          </w:tcPr>
          <w:p>
            <w:pPr>
              <w:spacing w:after="0"/>
              <w:jc w:val="left"/>
            </w:pPr>
            <w:r>
              <w:rPr>
                <w:b/>
                <w:sz w:val="16"/>
              </w:rPr>
              <w:t>Status</w:t>
            </w:r>
          </w:p>
        </w:tc>
        <w:tc>
          <w:tcPr>
            <w:tcW w:type="dxa" w:w="5303"/>
            <w:shd w:val="clear" w:color="auto" w:fill="E8E8E8"/>
          </w:tcPr>
          <w:p>
            <w:pPr>
              <w:spacing w:after="0"/>
              <w:jc w:val="left"/>
            </w:pPr>
            <w:r>
              <w:rPr>
                <w:b/>
                <w:sz w:val="16"/>
              </w:rPr>
              <w:t>Plan</w:t>
            </w:r>
          </w:p>
        </w:tc>
        <w:tc>
          <w:tcPr>
            <w:tcW w:type="dxa" w:w="1217"/>
            <w:shd w:val="clear" w:color="auto" w:fill="E8E8E8"/>
          </w:tcPr>
          <w:p>
            <w:pPr>
              <w:spacing w:after="0"/>
              <w:jc w:val="left"/>
            </w:pPr>
            <w:r>
              <w:rPr>
                <w:b/>
                <w:sz w:val="16"/>
              </w:rPr>
              <w:t>Approved</w:t>
            </w:r>
          </w:p>
        </w:tc>
        <w:tc>
          <w:tcPr>
            <w:tcW w:type="dxa" w:w="1217"/>
            <w:shd w:val="clear" w:color="auto" w:fill="E8E8E8"/>
          </w:tcPr>
          <w:p>
            <w:pPr>
              <w:spacing w:after="0"/>
              <w:jc w:val="left"/>
            </w:pPr>
            <w:r>
              <w:rPr>
                <w:b/>
                <w:sz w:val="16"/>
              </w:rPr>
              <w:t>Expires</w:t>
            </w:r>
          </w:p>
        </w:tc>
        <w:tc>
          <w:tcPr>
            <w:tcW w:type="dxa" w:w="1049"/>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426"/>
          </w:tcPr>
          <w:p>
            <w:pPr>
              <w:spacing w:after="0"/>
              <w:jc w:val="left"/>
            </w:pPr>
            <w:r>
              <w:rPr>
                <w:sz w:val="16"/>
              </w:rPr>
              <w:t>Clay County</w:t>
            </w:r>
          </w:p>
        </w:tc>
        <w:tc>
          <w:tcPr>
            <w:tcW w:type="dxa" w:w="798"/>
          </w:tcPr>
          <w:p>
            <w:pPr>
              <w:spacing w:after="0"/>
              <w:jc w:val="left"/>
            </w:pPr>
            <w:r>
              <w:rPr>
                <w:sz w:val="16"/>
              </w:rPr>
              <w:t>County</w:t>
            </w:r>
          </w:p>
        </w:tc>
        <w:tc>
          <w:tcPr>
            <w:tcW w:type="dxa" w:w="3103"/>
          </w:tcPr>
          <w:p>
            <w:pPr>
              <w:spacing w:after="0"/>
              <w:jc w:val="left"/>
            </w:pPr>
            <w:r>
              <w:rPr>
                <w:sz w:val="16"/>
              </w:rPr>
              <w:t>Approved, expires 2027-10-19</w:t>
            </w:r>
          </w:p>
        </w:tc>
        <w:tc>
          <w:tcPr>
            <w:tcW w:type="dxa" w:w="5303"/>
          </w:tcPr>
          <w:p>
            <w:pPr>
              <w:spacing w:after="0"/>
              <w:jc w:val="left"/>
            </w:pPr>
            <w:r>
              <w:rPr>
                <w:sz w:val="16"/>
              </w:rPr>
              <w:t>RPDC 03 Hazard Mitigation Plan (FEMA plan 108578)</w:t>
            </w:r>
          </w:p>
        </w:tc>
        <w:tc>
          <w:tcPr>
            <w:tcW w:type="dxa" w:w="1217"/>
          </w:tcPr>
          <w:p>
            <w:pPr>
              <w:spacing w:after="0"/>
              <w:jc w:val="left"/>
            </w:pPr>
            <w:r>
              <w:rPr>
                <w:sz w:val="16"/>
              </w:rPr>
              <w:t>2022-10-20</w:t>
            </w:r>
          </w:p>
        </w:tc>
        <w:tc>
          <w:tcPr>
            <w:tcW w:type="dxa" w:w="1217"/>
          </w:tcPr>
          <w:p>
            <w:pPr>
              <w:spacing w:after="0"/>
              <w:jc w:val="left"/>
            </w:pPr>
            <w:r>
              <w:rPr>
                <w:sz w:val="16"/>
              </w:rPr>
              <w:t>2027-10-19</w:t>
            </w:r>
          </w:p>
        </w:tc>
        <w:tc>
          <w:tcPr>
            <w:tcW w:type="dxa" w:w="1049"/>
          </w:tcPr>
          <w:p>
            <w:pPr>
              <w:spacing w:after="0"/>
              <w:jc w:val="right"/>
            </w:pPr>
            <w:r>
              <w:rPr>
                <w:sz w:val="16"/>
              </w:rPr>
              <w:t>384</w:t>
            </w:r>
          </w:p>
        </w:tc>
      </w:tr>
      <w:tr>
        <w:trPr>
          <w:cantSplit/>
        </w:trPr>
        <w:tc>
          <w:tcPr>
            <w:tcW w:type="dxa" w:w="1426"/>
          </w:tcPr>
          <w:p>
            <w:pPr>
              <w:spacing w:after="0"/>
              <w:jc w:val="left"/>
            </w:pPr>
            <w:r>
              <w:rPr>
                <w:sz w:val="16"/>
              </w:rPr>
              <w:t>Clay town</w:t>
            </w:r>
          </w:p>
        </w:tc>
        <w:tc>
          <w:tcPr>
            <w:tcW w:type="dxa" w:w="798"/>
          </w:tcPr>
          <w:p>
            <w:pPr>
              <w:spacing w:after="0"/>
              <w:jc w:val="left"/>
            </w:pPr>
            <w:r>
              <w:rPr>
                <w:sz w:val="16"/>
              </w:rPr>
              <w:t>Town</w:t>
            </w:r>
          </w:p>
        </w:tc>
        <w:tc>
          <w:tcPr>
            <w:tcW w:type="dxa" w:w="3103"/>
          </w:tcPr>
          <w:p>
            <w:pPr>
              <w:spacing w:after="0"/>
              <w:jc w:val="left"/>
            </w:pPr>
            <w:r>
              <w:rPr>
                <w:sz w:val="16"/>
              </w:rPr>
              <w:t>Approved, expires 2027-10-19</w:t>
            </w:r>
          </w:p>
        </w:tc>
        <w:tc>
          <w:tcPr>
            <w:tcW w:type="dxa" w:w="5303"/>
          </w:tcPr>
          <w:p>
            <w:pPr>
              <w:spacing w:after="0"/>
              <w:jc w:val="left"/>
            </w:pPr>
            <w:r>
              <w:rPr>
                <w:sz w:val="16"/>
              </w:rPr>
              <w:t>RPDC 03 Hazard Mitigation Plan (FEMA plan 108578)</w:t>
            </w:r>
          </w:p>
        </w:tc>
        <w:tc>
          <w:tcPr>
            <w:tcW w:type="dxa" w:w="1217"/>
          </w:tcPr>
          <w:p>
            <w:pPr>
              <w:spacing w:after="0"/>
              <w:jc w:val="left"/>
            </w:pPr>
            <w:r>
              <w:rPr>
                <w:sz w:val="16"/>
              </w:rPr>
              <w:t>2022-10-20</w:t>
            </w:r>
          </w:p>
        </w:tc>
        <w:tc>
          <w:tcPr>
            <w:tcW w:type="dxa" w:w="1217"/>
          </w:tcPr>
          <w:p>
            <w:pPr>
              <w:spacing w:after="0"/>
              <w:jc w:val="left"/>
            </w:pPr>
            <w:r>
              <w:rPr>
                <w:sz w:val="16"/>
              </w:rPr>
              <w:t>2027-10-19</w:t>
            </w:r>
          </w:p>
        </w:tc>
        <w:tc>
          <w:tcPr>
            <w:tcW w:type="dxa" w:w="1049"/>
          </w:tcPr>
          <w:p>
            <w:pPr>
              <w:spacing w:after="0"/>
              <w:jc w:val="right"/>
            </w:pPr>
            <w:r>
              <w:rPr>
                <w:sz w:val="16"/>
              </w:rPr>
              <w:t>384</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108578 covers 26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9"/>
        <w:gridCol w:w="1037"/>
        <w:gridCol w:w="1037"/>
        <w:gridCol w:w="1037"/>
        <w:gridCol w:w="1037"/>
        <w:gridCol w:w="1126"/>
        <w:gridCol w:w="1579"/>
        <w:gridCol w:w="1143"/>
        <w:gridCol w:w="1779"/>
        <w:gridCol w:w="3640"/>
      </w:tblGrid>
      <w:tr>
        <w:trPr>
          <w:cantSplit/>
          <w:tblHeader/>
        </w:trPr>
        <w:tc>
          <w:tcPr>
            <w:tcW w:type="dxa" w:w="69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037"/>
            <w:shd w:val="clear" w:color="auto" w:fill="E8E8E8"/>
          </w:tcPr>
          <w:p>
            <w:pPr>
              <w:spacing w:after="0"/>
              <w:jc w:val="left"/>
            </w:pPr>
            <w:r>
              <w:rPr>
                <w:b/>
                <w:sz w:val="16"/>
              </w:rPr>
              <w:t>NRI risk rating</w:t>
            </w:r>
          </w:p>
        </w:tc>
        <w:tc>
          <w:tcPr>
            <w:tcW w:type="dxa" w:w="103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7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7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640"/>
            <w:shd w:val="clear" w:color="auto" w:fill="E8E8E8"/>
          </w:tcPr>
          <w:p>
            <w:pPr>
              <w:spacing w:after="0"/>
              <w:jc w:val="left"/>
            </w:pPr>
            <w:r>
              <w:rPr>
                <w:b/>
                <w:sz w:val="16"/>
              </w:rPr>
              <w:t>Storm Events coverage note</w:t>
            </w:r>
          </w:p>
        </w:tc>
      </w:tr>
      <w:tr>
        <w:trPr>
          <w:cantSplit/>
        </w:trPr>
        <w:tc>
          <w:tcPr>
            <w:tcW w:type="dxa" w:w="699"/>
          </w:tcPr>
          <w:p>
            <w:pPr>
              <w:spacing w:after="0"/>
              <w:jc w:val="right"/>
            </w:pPr>
            <w:r>
              <w:rPr>
                <w:sz w:val="16"/>
              </w:rPr>
              <w:t>1</w:t>
            </w:r>
          </w:p>
        </w:tc>
        <w:tc>
          <w:tcPr>
            <w:tcW w:type="dxa" w:w="1037"/>
          </w:tcPr>
          <w:p>
            <w:pPr>
              <w:spacing w:after="0"/>
              <w:jc w:val="left"/>
            </w:pPr>
            <w:r>
              <w:rPr>
                <w:sz w:val="16"/>
              </w:rPr>
              <w:t>Inland Flooding</w:t>
            </w:r>
          </w:p>
        </w:tc>
        <w:tc>
          <w:tcPr>
            <w:tcW w:type="dxa" w:w="1037"/>
          </w:tcPr>
          <w:p>
            <w:pPr>
              <w:spacing w:after="0"/>
              <w:jc w:val="left"/>
            </w:pPr>
            <w:r>
              <w:rPr>
                <w:sz w:val="16"/>
              </w:rPr>
              <w:t>Relatively Low</w:t>
            </w:r>
          </w:p>
        </w:tc>
        <w:tc>
          <w:tcPr>
            <w:tcW w:type="dxa" w:w="1037"/>
          </w:tcPr>
          <w:p>
            <w:pPr>
              <w:spacing w:after="0"/>
              <w:jc w:val="left"/>
            </w:pPr>
            <w:r>
              <w:rPr>
                <w:sz w:val="16"/>
              </w:rPr>
              <w:t>Relatively Low</w:t>
            </w:r>
          </w:p>
        </w:tc>
        <w:tc>
          <w:tcPr>
            <w:tcW w:type="dxa" w:w="1037"/>
          </w:tcPr>
          <w:p>
            <w:pPr>
              <w:spacing w:after="0"/>
              <w:jc w:val="right"/>
            </w:pPr>
            <w:r>
              <w:rPr>
                <w:sz w:val="16"/>
              </w:rPr>
              <w:t>$4,321,012</w:t>
            </w:r>
          </w:p>
        </w:tc>
        <w:tc>
          <w:tcPr>
            <w:tcW w:type="dxa" w:w="1126"/>
          </w:tcPr>
          <w:p>
            <w:pPr>
              <w:spacing w:after="0"/>
              <w:jc w:val="right"/>
            </w:pPr>
            <w:r>
              <w:rPr>
                <w:sz w:val="16"/>
              </w:rPr>
              <w:t>$209</w:t>
            </w:r>
          </w:p>
        </w:tc>
        <w:tc>
          <w:tcPr>
            <w:tcW w:type="dxa" w:w="1579"/>
          </w:tcPr>
          <w:p>
            <w:pPr>
              <w:spacing w:after="0"/>
              <w:jc w:val="right"/>
            </w:pPr>
            <w:r>
              <w:rPr>
                <w:sz w:val="16"/>
              </w:rPr>
              <w:t>$39,474</w:t>
            </w:r>
          </w:p>
        </w:tc>
        <w:tc>
          <w:tcPr>
            <w:tcW w:type="dxa" w:w="1143"/>
          </w:tcPr>
          <w:p>
            <w:pPr>
              <w:spacing w:after="0"/>
              <w:jc w:val="right"/>
            </w:pPr>
            <w:r>
              <w:rPr>
                <w:sz w:val="16"/>
              </w:rPr>
              <w:t>$4,360,694</w:t>
            </w:r>
          </w:p>
        </w:tc>
        <w:tc>
          <w:tcPr>
            <w:tcW w:type="dxa" w:w="1779"/>
          </w:tcPr>
          <w:p>
            <w:pPr>
              <w:spacing w:after="0"/>
              <w:jc w:val="right"/>
            </w:pPr>
            <w:r>
              <w:rPr>
                <w:sz w:val="16"/>
              </w:rPr>
              <w:t>51</w:t>
            </w:r>
          </w:p>
        </w:tc>
        <w:tc>
          <w:tcPr>
            <w:tcW w:type="dxa" w:w="3640"/>
          </w:tcPr>
          <w:p>
            <w:pPr>
              <w:spacing w:after="0"/>
              <w:jc w:val="left"/>
            </w:pPr>
          </w:p>
        </w:tc>
      </w:tr>
      <w:tr>
        <w:trPr>
          <w:cantSplit/>
        </w:trPr>
        <w:tc>
          <w:tcPr>
            <w:tcW w:type="dxa" w:w="699"/>
          </w:tcPr>
          <w:p>
            <w:pPr>
              <w:spacing w:after="0"/>
              <w:jc w:val="right"/>
            </w:pPr>
            <w:r>
              <w:rPr>
                <w:sz w:val="16"/>
              </w:rPr>
              <w:t>2</w:t>
            </w:r>
          </w:p>
        </w:tc>
        <w:tc>
          <w:tcPr>
            <w:tcW w:type="dxa" w:w="1037"/>
          </w:tcPr>
          <w:p>
            <w:pPr>
              <w:spacing w:after="0"/>
              <w:jc w:val="left"/>
            </w:pPr>
            <w:r>
              <w:rPr>
                <w:sz w:val="16"/>
              </w:rPr>
              <w:t>Lightning</w:t>
            </w:r>
          </w:p>
        </w:tc>
        <w:tc>
          <w:tcPr>
            <w:tcW w:type="dxa" w:w="1037"/>
          </w:tcPr>
          <w:p>
            <w:pPr>
              <w:spacing w:after="0"/>
              <w:jc w:val="left"/>
            </w:pPr>
            <w:r>
              <w:rPr>
                <w:sz w:val="16"/>
              </w:rPr>
              <w:t>Relatively Low</w:t>
            </w:r>
          </w:p>
        </w:tc>
        <w:tc>
          <w:tcPr>
            <w:tcW w:type="dxa" w:w="1037"/>
          </w:tcPr>
          <w:p>
            <w:pPr>
              <w:spacing w:after="0"/>
              <w:jc w:val="left"/>
            </w:pPr>
            <w:r>
              <w:rPr>
                <w:sz w:val="16"/>
              </w:rPr>
              <w:t>Very Low</w:t>
            </w:r>
          </w:p>
        </w:tc>
        <w:tc>
          <w:tcPr>
            <w:tcW w:type="dxa" w:w="1037"/>
          </w:tcPr>
          <w:p>
            <w:pPr>
              <w:spacing w:after="0"/>
              <w:jc w:val="right"/>
            </w:pPr>
            <w:r>
              <w:rPr>
                <w:sz w:val="16"/>
              </w:rPr>
              <w:t>$2,141</w:t>
            </w:r>
          </w:p>
        </w:tc>
        <w:tc>
          <w:tcPr>
            <w:tcW w:type="dxa" w:w="1126"/>
          </w:tcPr>
          <w:p>
            <w:pPr>
              <w:spacing w:after="0"/>
              <w:jc w:val="right"/>
            </w:pPr>
            <w:r>
              <w:rPr>
                <w:sz w:val="16"/>
              </w:rPr>
              <w:t>n/a</w:t>
            </w:r>
          </w:p>
        </w:tc>
        <w:tc>
          <w:tcPr>
            <w:tcW w:type="dxa" w:w="1579"/>
          </w:tcPr>
          <w:p>
            <w:pPr>
              <w:spacing w:after="0"/>
              <w:jc w:val="right"/>
            </w:pPr>
            <w:r>
              <w:rPr>
                <w:sz w:val="16"/>
              </w:rPr>
              <w:t>$64,230</w:t>
            </w:r>
          </w:p>
        </w:tc>
        <w:tc>
          <w:tcPr>
            <w:tcW w:type="dxa" w:w="1143"/>
          </w:tcPr>
          <w:p>
            <w:pPr>
              <w:spacing w:after="0"/>
              <w:jc w:val="right"/>
            </w:pPr>
            <w:r>
              <w:rPr>
                <w:sz w:val="16"/>
              </w:rPr>
              <w:t>$66,371</w:t>
            </w:r>
          </w:p>
        </w:tc>
        <w:tc>
          <w:tcPr>
            <w:tcW w:type="dxa" w:w="1779"/>
          </w:tcPr>
          <w:p>
            <w:pPr>
              <w:spacing w:after="0"/>
              <w:jc w:val="right"/>
            </w:pPr>
            <w:r>
              <w:rPr>
                <w:sz w:val="16"/>
              </w:rPr>
              <w:t>0</w:t>
            </w:r>
          </w:p>
        </w:tc>
        <w:tc>
          <w:tcPr>
            <w:tcW w:type="dxa" w:w="3640"/>
          </w:tcPr>
          <w:p>
            <w:pPr>
              <w:spacing w:after="0"/>
              <w:jc w:val="left"/>
            </w:pPr>
            <w:r>
              <w:rPr>
                <w:sz w:val="16"/>
              </w:rPr>
              <w:t>No recorded events in Storm Events since 1996 (data through 2026-06-30).</w:t>
            </w:r>
          </w:p>
        </w:tc>
      </w:tr>
      <w:tr>
        <w:trPr>
          <w:cantSplit/>
        </w:trPr>
        <w:tc>
          <w:tcPr>
            <w:tcW w:type="dxa" w:w="699"/>
          </w:tcPr>
          <w:p>
            <w:pPr>
              <w:spacing w:after="0"/>
              <w:jc w:val="right"/>
            </w:pPr>
            <w:r>
              <w:rPr>
                <w:sz w:val="16"/>
              </w:rPr>
              <w:t>3</w:t>
            </w:r>
          </w:p>
        </w:tc>
        <w:tc>
          <w:tcPr>
            <w:tcW w:type="dxa" w:w="1037"/>
          </w:tcPr>
          <w:p>
            <w:pPr>
              <w:spacing w:after="0"/>
              <w:jc w:val="left"/>
            </w:pPr>
            <w:r>
              <w:rPr>
                <w:sz w:val="16"/>
              </w:rPr>
              <w:t>Landslide</w:t>
            </w:r>
          </w:p>
        </w:tc>
        <w:tc>
          <w:tcPr>
            <w:tcW w:type="dxa" w:w="1037"/>
          </w:tcPr>
          <w:p>
            <w:pPr>
              <w:spacing w:after="0"/>
              <w:jc w:val="left"/>
            </w:pPr>
            <w:r>
              <w:rPr>
                <w:sz w:val="16"/>
              </w:rPr>
              <w:t>Relatively Moderate</w:t>
            </w:r>
          </w:p>
        </w:tc>
        <w:tc>
          <w:tcPr>
            <w:tcW w:type="dxa" w:w="1037"/>
          </w:tcPr>
          <w:p>
            <w:pPr>
              <w:spacing w:after="0"/>
              <w:jc w:val="left"/>
            </w:pPr>
            <w:r>
              <w:rPr>
                <w:sz w:val="16"/>
              </w:rPr>
              <w:t>Relatively Low</w:t>
            </w:r>
          </w:p>
        </w:tc>
        <w:tc>
          <w:tcPr>
            <w:tcW w:type="dxa" w:w="1037"/>
          </w:tcPr>
          <w:p>
            <w:pPr>
              <w:spacing w:after="0"/>
              <w:jc w:val="right"/>
            </w:pPr>
            <w:r>
              <w:rPr>
                <w:sz w:val="16"/>
              </w:rPr>
              <w:t>$1,884</w:t>
            </w:r>
          </w:p>
        </w:tc>
        <w:tc>
          <w:tcPr>
            <w:tcW w:type="dxa" w:w="1126"/>
          </w:tcPr>
          <w:p>
            <w:pPr>
              <w:spacing w:after="0"/>
              <w:jc w:val="right"/>
            </w:pPr>
            <w:r>
              <w:rPr>
                <w:sz w:val="16"/>
              </w:rPr>
              <w:t>n/a</w:t>
            </w:r>
          </w:p>
        </w:tc>
        <w:tc>
          <w:tcPr>
            <w:tcW w:type="dxa" w:w="1579"/>
          </w:tcPr>
          <w:p>
            <w:pPr>
              <w:spacing w:after="0"/>
              <w:jc w:val="right"/>
            </w:pPr>
            <w:r>
              <w:rPr>
                <w:sz w:val="16"/>
              </w:rPr>
              <w:t>$46,988</w:t>
            </w:r>
          </w:p>
        </w:tc>
        <w:tc>
          <w:tcPr>
            <w:tcW w:type="dxa" w:w="1143"/>
          </w:tcPr>
          <w:p>
            <w:pPr>
              <w:spacing w:after="0"/>
              <w:jc w:val="right"/>
            </w:pPr>
            <w:r>
              <w:rPr>
                <w:sz w:val="16"/>
              </w:rPr>
              <w:t>$48,872</w:t>
            </w:r>
          </w:p>
        </w:tc>
        <w:tc>
          <w:tcPr>
            <w:tcW w:type="dxa" w:w="1779"/>
          </w:tcPr>
          <w:p>
            <w:pPr>
              <w:spacing w:after="0"/>
              <w:jc w:val="right"/>
            </w:pPr>
            <w:r>
              <w:rPr>
                <w:sz w:val="16"/>
              </w:rPr>
              <w:t>0</w:t>
            </w:r>
          </w:p>
        </w:tc>
        <w:tc>
          <w:tcPr>
            <w:tcW w:type="dxa" w:w="3640"/>
          </w:tcPr>
          <w:p>
            <w:pPr>
              <w:spacing w:after="0"/>
              <w:jc w:val="left"/>
            </w:pPr>
            <w:r>
              <w:rPr>
                <w:sz w:val="16"/>
              </w:rPr>
              <w:t>Declared 11 times; no Storm Events record of this type.</w:t>
            </w:r>
          </w:p>
        </w:tc>
      </w:tr>
      <w:tr>
        <w:trPr>
          <w:cantSplit/>
        </w:trPr>
        <w:tc>
          <w:tcPr>
            <w:tcW w:type="dxa" w:w="699"/>
          </w:tcPr>
          <w:p>
            <w:pPr>
              <w:spacing w:after="0"/>
              <w:jc w:val="right"/>
            </w:pPr>
            <w:r>
              <w:rPr>
                <w:sz w:val="16"/>
              </w:rPr>
              <w:t>4</w:t>
            </w:r>
          </w:p>
        </w:tc>
        <w:tc>
          <w:tcPr>
            <w:tcW w:type="dxa" w:w="1037"/>
          </w:tcPr>
          <w:p>
            <w:pPr>
              <w:spacing w:after="0"/>
              <w:jc w:val="left"/>
            </w:pPr>
            <w:r>
              <w:rPr>
                <w:sz w:val="16"/>
              </w:rPr>
              <w:t>Heat Wave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$8</w:t>
            </w:r>
          </w:p>
        </w:tc>
        <w:tc>
          <w:tcPr>
            <w:tcW w:type="dxa" w:w="1126"/>
          </w:tcPr>
          <w:p>
            <w:pPr>
              <w:spacing w:after="0"/>
              <w:jc w:val="right"/>
            </w:pPr>
            <w:r>
              <w:rPr>
                <w:sz w:val="16"/>
              </w:rPr>
              <w:t>under $1</w:t>
            </w:r>
          </w:p>
        </w:tc>
        <w:tc>
          <w:tcPr>
            <w:tcW w:type="dxa" w:w="1579"/>
          </w:tcPr>
          <w:p>
            <w:pPr>
              <w:spacing w:after="0"/>
              <w:jc w:val="right"/>
            </w:pPr>
            <w:r>
              <w:rPr>
                <w:sz w:val="16"/>
              </w:rPr>
              <w:t>$45,243</w:t>
            </w:r>
          </w:p>
        </w:tc>
        <w:tc>
          <w:tcPr>
            <w:tcW w:type="dxa" w:w="1143"/>
          </w:tcPr>
          <w:p>
            <w:pPr>
              <w:spacing w:after="0"/>
              <w:jc w:val="right"/>
            </w:pPr>
            <w:r>
              <w:rPr>
                <w:sz w:val="16"/>
              </w:rPr>
              <w:t>$45,252</w:t>
            </w:r>
          </w:p>
        </w:tc>
        <w:tc>
          <w:tcPr>
            <w:tcW w:type="dxa" w:w="1779"/>
          </w:tcPr>
          <w:p>
            <w:pPr>
              <w:spacing w:after="0"/>
              <w:jc w:val="right"/>
            </w:pPr>
            <w:r>
              <w:rPr>
                <w:sz w:val="16"/>
              </w:rPr>
              <w:t>20</w:t>
            </w:r>
          </w:p>
        </w:tc>
        <w:tc>
          <w:tcPr>
            <w:tcW w:type="dxa" w:w="3640"/>
          </w:tcPr>
          <w:p>
            <w:pPr>
              <w:spacing w:after="0"/>
              <w:jc w:val="left"/>
            </w:pPr>
          </w:p>
        </w:tc>
      </w:tr>
      <w:tr>
        <w:trPr>
          <w:cantSplit/>
        </w:trPr>
        <w:tc>
          <w:tcPr>
            <w:tcW w:type="dxa" w:w="699"/>
          </w:tcPr>
          <w:p>
            <w:pPr>
              <w:spacing w:after="0"/>
              <w:jc w:val="right"/>
            </w:pPr>
            <w:r>
              <w:rPr>
                <w:sz w:val="16"/>
              </w:rPr>
              <w:t>5</w:t>
            </w:r>
          </w:p>
        </w:tc>
        <w:tc>
          <w:tcPr>
            <w:tcW w:type="dxa" w:w="1037"/>
          </w:tcPr>
          <w:p>
            <w:pPr>
              <w:spacing w:after="0"/>
              <w:jc w:val="left"/>
            </w:pPr>
            <w:r>
              <w:rPr>
                <w:sz w:val="16"/>
              </w:rPr>
              <w:t>Strong Wind</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$26,344</w:t>
            </w:r>
          </w:p>
        </w:tc>
        <w:tc>
          <w:tcPr>
            <w:tcW w:type="dxa" w:w="1126"/>
          </w:tcPr>
          <w:p>
            <w:pPr>
              <w:spacing w:after="0"/>
              <w:jc w:val="right"/>
            </w:pPr>
            <w:r>
              <w:rPr>
                <w:sz w:val="16"/>
              </w:rPr>
              <w:t>$9</w:t>
            </w:r>
          </w:p>
        </w:tc>
        <w:tc>
          <w:tcPr>
            <w:tcW w:type="dxa" w:w="1579"/>
          </w:tcPr>
          <w:p>
            <w:pPr>
              <w:spacing w:after="0"/>
              <w:jc w:val="right"/>
            </w:pPr>
            <w:r>
              <w:rPr>
                <w:sz w:val="16"/>
              </w:rPr>
              <w:t>$17,672</w:t>
            </w:r>
          </w:p>
        </w:tc>
        <w:tc>
          <w:tcPr>
            <w:tcW w:type="dxa" w:w="1143"/>
          </w:tcPr>
          <w:p>
            <w:pPr>
              <w:spacing w:after="0"/>
              <w:jc w:val="right"/>
            </w:pPr>
            <w:r>
              <w:rPr>
                <w:sz w:val="16"/>
              </w:rPr>
              <w:t>$44,025</w:t>
            </w:r>
          </w:p>
        </w:tc>
        <w:tc>
          <w:tcPr>
            <w:tcW w:type="dxa" w:w="1779"/>
          </w:tcPr>
          <w:p>
            <w:pPr>
              <w:spacing w:after="0"/>
              <w:jc w:val="right"/>
            </w:pPr>
            <w:r>
              <w:rPr>
                <w:sz w:val="16"/>
              </w:rPr>
              <w:t>110</w:t>
            </w:r>
          </w:p>
        </w:tc>
        <w:tc>
          <w:tcPr>
            <w:tcW w:type="dxa" w:w="3640"/>
          </w:tcPr>
          <w:p>
            <w:pPr>
              <w:spacing w:after="0"/>
              <w:jc w:val="left"/>
            </w:pPr>
            <w:r>
              <w:rPr>
                <w:sz w:val="16"/>
              </w:rPr>
              <w:t>Includes 10 High Wind and 16 Strong Wind records (NOAA non-thunderstorm wind types, outside NRI's Strong Wind definition).</w:t>
            </w:r>
          </w:p>
        </w:tc>
      </w:tr>
      <w:tr>
        <w:trPr>
          <w:cantSplit/>
        </w:trPr>
        <w:tc>
          <w:tcPr>
            <w:tcW w:type="dxa" w:w="699"/>
          </w:tcPr>
          <w:p>
            <w:pPr>
              <w:spacing w:after="0"/>
              <w:jc w:val="right"/>
            </w:pPr>
            <w:r>
              <w:rPr>
                <w:sz w:val="16"/>
              </w:rPr>
              <w:t>6</w:t>
            </w:r>
          </w:p>
        </w:tc>
        <w:tc>
          <w:tcPr>
            <w:tcW w:type="dxa" w:w="1037"/>
          </w:tcPr>
          <w:p>
            <w:pPr>
              <w:spacing w:after="0"/>
              <w:jc w:val="left"/>
            </w:pPr>
            <w:r>
              <w:rPr>
                <w:sz w:val="16"/>
              </w:rPr>
              <w:t>Earthquake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$20,162</w:t>
            </w:r>
          </w:p>
        </w:tc>
        <w:tc>
          <w:tcPr>
            <w:tcW w:type="dxa" w:w="1126"/>
          </w:tcPr>
          <w:p>
            <w:pPr>
              <w:spacing w:after="0"/>
              <w:jc w:val="right"/>
            </w:pPr>
            <w:r>
              <w:rPr>
                <w:sz w:val="16"/>
              </w:rPr>
              <w:t>n/a</w:t>
            </w:r>
          </w:p>
        </w:tc>
        <w:tc>
          <w:tcPr>
            <w:tcW w:type="dxa" w:w="1579"/>
          </w:tcPr>
          <w:p>
            <w:pPr>
              <w:spacing w:after="0"/>
              <w:jc w:val="right"/>
            </w:pPr>
            <w:r>
              <w:rPr>
                <w:sz w:val="16"/>
              </w:rPr>
              <w:t>$8,356</w:t>
            </w:r>
          </w:p>
        </w:tc>
        <w:tc>
          <w:tcPr>
            <w:tcW w:type="dxa" w:w="1143"/>
          </w:tcPr>
          <w:p>
            <w:pPr>
              <w:spacing w:after="0"/>
              <w:jc w:val="right"/>
            </w:pPr>
            <w:r>
              <w:rPr>
                <w:sz w:val="16"/>
              </w:rPr>
              <w:t>$28,517</w:t>
            </w:r>
          </w:p>
        </w:tc>
        <w:tc>
          <w:tcPr>
            <w:tcW w:type="dxa" w:w="1779"/>
          </w:tcPr>
          <w:p>
            <w:pPr>
              <w:spacing w:after="0"/>
              <w:jc w:val="right"/>
            </w:pPr>
          </w:p>
        </w:tc>
        <w:tc>
          <w:tcPr>
            <w:tcW w:type="dxa" w:w="3640"/>
          </w:tcPr>
          <w:p>
            <w:pPr>
              <w:spacing w:after="0"/>
              <w:jc w:val="left"/>
            </w:pPr>
            <w:r>
              <w:rPr>
                <w:sz w:val="16"/>
              </w:rPr>
              <w:t>Storm Events does not record earthquakes.</w:t>
            </w:r>
          </w:p>
        </w:tc>
      </w:tr>
      <w:tr>
        <w:trPr>
          <w:cantSplit/>
        </w:trPr>
        <w:tc>
          <w:tcPr>
            <w:tcW w:type="dxa" w:w="699"/>
          </w:tcPr>
          <w:p>
            <w:pPr>
              <w:spacing w:after="0"/>
              <w:jc w:val="right"/>
            </w:pPr>
            <w:r>
              <w:rPr>
                <w:sz w:val="16"/>
              </w:rPr>
              <w:t>7</w:t>
            </w:r>
          </w:p>
        </w:tc>
        <w:tc>
          <w:tcPr>
            <w:tcW w:type="dxa" w:w="1037"/>
          </w:tcPr>
          <w:p>
            <w:pPr>
              <w:spacing w:after="0"/>
              <w:jc w:val="left"/>
            </w:pPr>
            <w:r>
              <w:rPr>
                <w:sz w:val="16"/>
              </w:rPr>
              <w:t>Hail</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$15,080</w:t>
            </w:r>
          </w:p>
        </w:tc>
        <w:tc>
          <w:tcPr>
            <w:tcW w:type="dxa" w:w="1126"/>
          </w:tcPr>
          <w:p>
            <w:pPr>
              <w:spacing w:after="0"/>
              <w:jc w:val="right"/>
            </w:pPr>
            <w:r>
              <w:rPr>
                <w:sz w:val="16"/>
              </w:rPr>
              <w:t>$58</w:t>
            </w:r>
          </w:p>
        </w:tc>
        <w:tc>
          <w:tcPr>
            <w:tcW w:type="dxa" w:w="1579"/>
          </w:tcPr>
          <w:p>
            <w:pPr>
              <w:spacing w:after="0"/>
              <w:jc w:val="right"/>
            </w:pPr>
            <w:r>
              <w:rPr>
                <w:sz w:val="16"/>
              </w:rPr>
              <w:t>$5,700</w:t>
            </w:r>
          </w:p>
        </w:tc>
        <w:tc>
          <w:tcPr>
            <w:tcW w:type="dxa" w:w="1143"/>
          </w:tcPr>
          <w:p>
            <w:pPr>
              <w:spacing w:after="0"/>
              <w:jc w:val="right"/>
            </w:pPr>
            <w:r>
              <w:rPr>
                <w:sz w:val="16"/>
              </w:rPr>
              <w:t>$20,839</w:t>
            </w:r>
          </w:p>
        </w:tc>
        <w:tc>
          <w:tcPr>
            <w:tcW w:type="dxa" w:w="1779"/>
          </w:tcPr>
          <w:p>
            <w:pPr>
              <w:spacing w:after="0"/>
              <w:jc w:val="right"/>
            </w:pPr>
            <w:r>
              <w:rPr>
                <w:sz w:val="16"/>
              </w:rPr>
              <w:t>24</w:t>
            </w:r>
          </w:p>
        </w:tc>
        <w:tc>
          <w:tcPr>
            <w:tcW w:type="dxa" w:w="3640"/>
          </w:tcPr>
          <w:p>
            <w:pPr>
              <w:spacing w:after="0"/>
              <w:jc w:val="left"/>
            </w:pPr>
          </w:p>
        </w:tc>
      </w:tr>
      <w:tr>
        <w:trPr>
          <w:cantSplit/>
        </w:trPr>
        <w:tc>
          <w:tcPr>
            <w:tcW w:type="dxa" w:w="699"/>
          </w:tcPr>
          <w:p>
            <w:pPr>
              <w:spacing w:after="0"/>
              <w:jc w:val="right"/>
            </w:pPr>
            <w:r>
              <w:rPr>
                <w:sz w:val="16"/>
              </w:rPr>
              <w:t>8</w:t>
            </w:r>
          </w:p>
        </w:tc>
        <w:tc>
          <w:tcPr>
            <w:tcW w:type="dxa" w:w="1037"/>
          </w:tcPr>
          <w:p>
            <w:pPr>
              <w:spacing w:after="0"/>
              <w:jc w:val="left"/>
            </w:pPr>
            <w:r>
              <w:rPr>
                <w:sz w:val="16"/>
              </w:rPr>
              <w:t>Cold Wave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$5,859</w:t>
            </w:r>
          </w:p>
        </w:tc>
        <w:tc>
          <w:tcPr>
            <w:tcW w:type="dxa" w:w="1126"/>
          </w:tcPr>
          <w:p>
            <w:pPr>
              <w:spacing w:after="0"/>
              <w:jc w:val="right"/>
            </w:pPr>
            <w:r>
              <w:rPr>
                <w:sz w:val="16"/>
              </w:rPr>
              <w:t>$80</w:t>
            </w:r>
          </w:p>
        </w:tc>
        <w:tc>
          <w:tcPr>
            <w:tcW w:type="dxa" w:w="1579"/>
          </w:tcPr>
          <w:p>
            <w:pPr>
              <w:spacing w:after="0"/>
              <w:jc w:val="right"/>
            </w:pPr>
            <w:r>
              <w:rPr>
                <w:sz w:val="16"/>
              </w:rPr>
              <w:t>$13,246</w:t>
            </w:r>
          </w:p>
        </w:tc>
        <w:tc>
          <w:tcPr>
            <w:tcW w:type="dxa" w:w="1143"/>
          </w:tcPr>
          <w:p>
            <w:pPr>
              <w:spacing w:after="0"/>
              <w:jc w:val="right"/>
            </w:pPr>
            <w:r>
              <w:rPr>
                <w:sz w:val="16"/>
              </w:rPr>
              <w:t>$19,185</w:t>
            </w:r>
          </w:p>
        </w:tc>
        <w:tc>
          <w:tcPr>
            <w:tcW w:type="dxa" w:w="1779"/>
          </w:tcPr>
          <w:p>
            <w:pPr>
              <w:spacing w:after="0"/>
              <w:jc w:val="right"/>
            </w:pPr>
            <w:r>
              <w:rPr>
                <w:sz w:val="16"/>
              </w:rPr>
              <w:t>30</w:t>
            </w:r>
          </w:p>
        </w:tc>
        <w:tc>
          <w:tcPr>
            <w:tcW w:type="dxa" w:w="3640"/>
          </w:tcPr>
          <w:p>
            <w:pPr>
              <w:spacing w:after="0"/>
              <w:jc w:val="left"/>
            </w:pPr>
            <w:r>
              <w:rPr>
                <w:sz w:val="16"/>
              </w:rPr>
              <w:t>Includes 3 Frost/Freeze records (outside NRI's Cold Wave definition; counted in this table and in B1-d, not in the B1-e descriptor).</w:t>
            </w:r>
          </w:p>
        </w:tc>
      </w:tr>
      <w:tr>
        <w:trPr>
          <w:cantSplit/>
        </w:trPr>
        <w:tc>
          <w:tcPr>
            <w:tcW w:type="dxa" w:w="699"/>
          </w:tcPr>
          <w:p>
            <w:pPr>
              <w:spacing w:after="0"/>
              <w:jc w:val="right"/>
            </w:pPr>
            <w:r>
              <w:rPr>
                <w:sz w:val="16"/>
              </w:rPr>
              <w:t>9</w:t>
            </w:r>
          </w:p>
        </w:tc>
        <w:tc>
          <w:tcPr>
            <w:tcW w:type="dxa" w:w="1037"/>
          </w:tcPr>
          <w:p>
            <w:pPr>
              <w:spacing w:after="0"/>
              <w:jc w:val="left"/>
            </w:pPr>
            <w:r>
              <w:rPr>
                <w:sz w:val="16"/>
              </w:rPr>
              <w:t>Tornado</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$8,281</w:t>
            </w:r>
          </w:p>
        </w:tc>
        <w:tc>
          <w:tcPr>
            <w:tcW w:type="dxa" w:w="1126"/>
          </w:tcPr>
          <w:p>
            <w:pPr>
              <w:spacing w:after="0"/>
              <w:jc w:val="right"/>
            </w:pPr>
            <w:r>
              <w:rPr>
                <w:sz w:val="16"/>
              </w:rPr>
              <w:t>$5</w:t>
            </w:r>
          </w:p>
        </w:tc>
        <w:tc>
          <w:tcPr>
            <w:tcW w:type="dxa" w:w="1579"/>
          </w:tcPr>
          <w:p>
            <w:pPr>
              <w:spacing w:after="0"/>
              <w:jc w:val="right"/>
            </w:pPr>
            <w:r>
              <w:rPr>
                <w:sz w:val="16"/>
              </w:rPr>
              <w:t>$6,956</w:t>
            </w:r>
          </w:p>
        </w:tc>
        <w:tc>
          <w:tcPr>
            <w:tcW w:type="dxa" w:w="1143"/>
          </w:tcPr>
          <w:p>
            <w:pPr>
              <w:spacing w:after="0"/>
              <w:jc w:val="right"/>
            </w:pPr>
            <w:r>
              <w:rPr>
                <w:sz w:val="16"/>
              </w:rPr>
              <w:t>$15,242</w:t>
            </w:r>
          </w:p>
        </w:tc>
        <w:tc>
          <w:tcPr>
            <w:tcW w:type="dxa" w:w="1779"/>
          </w:tcPr>
          <w:p>
            <w:pPr>
              <w:spacing w:after="0"/>
              <w:jc w:val="right"/>
            </w:pPr>
            <w:r>
              <w:rPr>
                <w:sz w:val="16"/>
              </w:rPr>
              <w:t>0</w:t>
            </w:r>
          </w:p>
        </w:tc>
        <w:tc>
          <w:tcPr>
            <w:tcW w:type="dxa" w:w="3640"/>
          </w:tcPr>
          <w:p>
            <w:pPr>
              <w:spacing w:after="0"/>
              <w:jc w:val="left"/>
            </w:pPr>
            <w:r>
              <w:rPr>
                <w:sz w:val="16"/>
              </w:rPr>
              <w:t>Declared 1 time; no Storm Events record of this type.</w:t>
            </w:r>
          </w:p>
        </w:tc>
      </w:tr>
      <w:tr>
        <w:trPr>
          <w:cantSplit/>
        </w:trPr>
        <w:tc>
          <w:tcPr>
            <w:tcW w:type="dxa" w:w="699"/>
          </w:tcPr>
          <w:p>
            <w:pPr>
              <w:spacing w:after="0"/>
              <w:jc w:val="right"/>
            </w:pPr>
            <w:r>
              <w:rPr>
                <w:sz w:val="16"/>
              </w:rPr>
              <w:t>10</w:t>
            </w:r>
          </w:p>
        </w:tc>
        <w:tc>
          <w:tcPr>
            <w:tcW w:type="dxa" w:w="1037"/>
          </w:tcPr>
          <w:p>
            <w:pPr>
              <w:spacing w:after="0"/>
              <w:jc w:val="left"/>
            </w:pPr>
            <w:r>
              <w:rPr>
                <w:sz w:val="16"/>
              </w:rPr>
              <w:t>Winter Weather</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$6,467</w:t>
            </w:r>
          </w:p>
        </w:tc>
        <w:tc>
          <w:tcPr>
            <w:tcW w:type="dxa" w:w="1126"/>
          </w:tcPr>
          <w:p>
            <w:pPr>
              <w:spacing w:after="0"/>
              <w:jc w:val="right"/>
            </w:pPr>
            <w:r>
              <w:rPr>
                <w:sz w:val="16"/>
              </w:rPr>
              <w:t>under $1</w:t>
            </w:r>
          </w:p>
        </w:tc>
        <w:tc>
          <w:tcPr>
            <w:tcW w:type="dxa" w:w="1579"/>
          </w:tcPr>
          <w:p>
            <w:pPr>
              <w:spacing w:after="0"/>
              <w:jc w:val="right"/>
            </w:pPr>
            <w:r>
              <w:rPr>
                <w:sz w:val="16"/>
              </w:rPr>
              <w:t>$4,073</w:t>
            </w:r>
          </w:p>
        </w:tc>
        <w:tc>
          <w:tcPr>
            <w:tcW w:type="dxa" w:w="1143"/>
          </w:tcPr>
          <w:p>
            <w:pPr>
              <w:spacing w:after="0"/>
              <w:jc w:val="right"/>
            </w:pPr>
            <w:r>
              <w:rPr>
                <w:sz w:val="16"/>
              </w:rPr>
              <w:t>$10,540</w:t>
            </w:r>
          </w:p>
        </w:tc>
        <w:tc>
          <w:tcPr>
            <w:tcW w:type="dxa" w:w="1779"/>
          </w:tcPr>
          <w:p>
            <w:pPr>
              <w:spacing w:after="0"/>
              <w:jc w:val="right"/>
            </w:pPr>
            <w:r>
              <w:rPr>
                <w:sz w:val="16"/>
              </w:rPr>
              <w:t>71</w:t>
            </w:r>
          </w:p>
        </w:tc>
        <w:tc>
          <w:tcPr>
            <w:tcW w:type="dxa" w:w="3640"/>
          </w:tcPr>
          <w:p>
            <w:pPr>
              <w:spacing w:after="0"/>
              <w:jc w:val="left"/>
            </w:pPr>
          </w:p>
        </w:tc>
      </w:tr>
      <w:tr>
        <w:trPr>
          <w:cantSplit/>
        </w:trPr>
        <w:tc>
          <w:tcPr>
            <w:tcW w:type="dxa" w:w="699"/>
          </w:tcPr>
          <w:p>
            <w:pPr>
              <w:spacing w:after="0"/>
              <w:jc w:val="right"/>
            </w:pPr>
            <w:r>
              <w:rPr>
                <w:sz w:val="16"/>
              </w:rPr>
              <w:t>11</w:t>
            </w:r>
          </w:p>
        </w:tc>
        <w:tc>
          <w:tcPr>
            <w:tcW w:type="dxa" w:w="1037"/>
          </w:tcPr>
          <w:p>
            <w:pPr>
              <w:spacing w:after="0"/>
              <w:jc w:val="left"/>
            </w:pPr>
            <w:r>
              <w:rPr>
                <w:sz w:val="16"/>
              </w:rPr>
              <w:t>Wildfire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$4,992</w:t>
            </w:r>
          </w:p>
        </w:tc>
        <w:tc>
          <w:tcPr>
            <w:tcW w:type="dxa" w:w="1126"/>
          </w:tcPr>
          <w:p>
            <w:pPr>
              <w:spacing w:after="0"/>
              <w:jc w:val="right"/>
            </w:pPr>
            <w:r>
              <w:rPr>
                <w:sz w:val="16"/>
              </w:rPr>
              <w:t>$1</w:t>
            </w:r>
          </w:p>
        </w:tc>
        <w:tc>
          <w:tcPr>
            <w:tcW w:type="dxa" w:w="1579"/>
          </w:tcPr>
          <w:p>
            <w:pPr>
              <w:spacing w:after="0"/>
              <w:jc w:val="right"/>
            </w:pPr>
            <w:r>
              <w:rPr>
                <w:sz w:val="16"/>
              </w:rPr>
              <w:t>$2,610</w:t>
            </w:r>
          </w:p>
        </w:tc>
        <w:tc>
          <w:tcPr>
            <w:tcW w:type="dxa" w:w="1143"/>
          </w:tcPr>
          <w:p>
            <w:pPr>
              <w:spacing w:after="0"/>
              <w:jc w:val="right"/>
            </w:pPr>
            <w:r>
              <w:rPr>
                <w:sz w:val="16"/>
              </w:rPr>
              <w:t>$7,602</w:t>
            </w:r>
          </w:p>
        </w:tc>
        <w:tc>
          <w:tcPr>
            <w:tcW w:type="dxa" w:w="1779"/>
          </w:tcPr>
          <w:p>
            <w:pPr>
              <w:spacing w:after="0"/>
              <w:jc w:val="right"/>
            </w:pPr>
            <w:r>
              <w:rPr>
                <w:sz w:val="16"/>
              </w:rPr>
              <w:t>1</w:t>
            </w:r>
          </w:p>
        </w:tc>
        <w:tc>
          <w:tcPr>
            <w:tcW w:type="dxa" w:w="3640"/>
          </w:tcPr>
          <w:p>
            <w:pPr>
              <w:spacing w:after="0"/>
              <w:jc w:val="left"/>
            </w:pPr>
          </w:p>
        </w:tc>
      </w:tr>
      <w:tr>
        <w:trPr>
          <w:cantSplit/>
        </w:trPr>
        <w:tc>
          <w:tcPr>
            <w:tcW w:type="dxa" w:w="699"/>
          </w:tcPr>
          <w:p>
            <w:pPr>
              <w:spacing w:after="0"/>
              <w:jc w:val="right"/>
            </w:pPr>
            <w:r>
              <w:rPr>
                <w:sz w:val="16"/>
              </w:rPr>
              <w:t>12</w:t>
            </w:r>
          </w:p>
        </w:tc>
        <w:tc>
          <w:tcPr>
            <w:tcW w:type="dxa" w:w="1037"/>
          </w:tcPr>
          <w:p>
            <w:pPr>
              <w:spacing w:after="0"/>
              <w:jc w:val="left"/>
            </w:pPr>
            <w:r>
              <w:rPr>
                <w:sz w:val="16"/>
              </w:rPr>
              <w:t>Hurricane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$7,064</w:t>
            </w:r>
          </w:p>
        </w:tc>
        <w:tc>
          <w:tcPr>
            <w:tcW w:type="dxa" w:w="1126"/>
          </w:tcPr>
          <w:p>
            <w:pPr>
              <w:spacing w:after="0"/>
              <w:jc w:val="right"/>
            </w:pPr>
            <w:r>
              <w:rPr>
                <w:sz w:val="16"/>
              </w:rPr>
              <w:t>$122</w:t>
            </w:r>
          </w:p>
        </w:tc>
        <w:tc>
          <w:tcPr>
            <w:tcW w:type="dxa" w:w="1579"/>
          </w:tcPr>
          <w:p>
            <w:pPr>
              <w:spacing w:after="0"/>
              <w:jc w:val="right"/>
            </w:pPr>
            <w:r>
              <w:rPr>
                <w:sz w:val="16"/>
              </w:rPr>
              <w:t>$399</w:t>
            </w:r>
          </w:p>
        </w:tc>
        <w:tc>
          <w:tcPr>
            <w:tcW w:type="dxa" w:w="1143"/>
          </w:tcPr>
          <w:p>
            <w:pPr>
              <w:spacing w:after="0"/>
              <w:jc w:val="right"/>
            </w:pPr>
            <w:r>
              <w:rPr>
                <w:sz w:val="16"/>
              </w:rPr>
              <w:t>$7,584</w:t>
            </w:r>
          </w:p>
        </w:tc>
        <w:tc>
          <w:tcPr>
            <w:tcW w:type="dxa" w:w="1779"/>
          </w:tcPr>
          <w:p>
            <w:pPr>
              <w:spacing w:after="0"/>
              <w:jc w:val="right"/>
            </w:pPr>
            <w:r>
              <w:rPr>
                <w:sz w:val="16"/>
              </w:rPr>
              <w:t>0</w:t>
            </w:r>
          </w:p>
        </w:tc>
        <w:tc>
          <w:tcPr>
            <w:tcW w:type="dxa" w:w="3640"/>
          </w:tcPr>
          <w:p>
            <w:pPr>
              <w:spacing w:after="0"/>
              <w:jc w:val="left"/>
            </w:pPr>
            <w:r>
              <w:rPr>
                <w:sz w:val="16"/>
              </w:rPr>
              <w:t>Declared 1 time; no Storm Events record of this type.</w:t>
            </w:r>
          </w:p>
        </w:tc>
      </w:tr>
      <w:tr>
        <w:trPr>
          <w:cantSplit/>
        </w:trPr>
        <w:tc>
          <w:tcPr>
            <w:tcW w:type="dxa" w:w="699"/>
          </w:tcPr>
          <w:p>
            <w:pPr>
              <w:spacing w:after="0"/>
              <w:jc w:val="right"/>
            </w:pPr>
            <w:r>
              <w:rPr>
                <w:sz w:val="16"/>
              </w:rPr>
              <w:t>13</w:t>
            </w:r>
          </w:p>
        </w:tc>
        <w:tc>
          <w:tcPr>
            <w:tcW w:type="dxa" w:w="1037"/>
          </w:tcPr>
          <w:p>
            <w:pPr>
              <w:spacing w:after="0"/>
              <w:jc w:val="left"/>
            </w:pPr>
            <w:r>
              <w:rPr>
                <w:sz w:val="16"/>
              </w:rPr>
              <w:t>Drought</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$4,658</w:t>
            </w:r>
          </w:p>
        </w:tc>
        <w:tc>
          <w:tcPr>
            <w:tcW w:type="dxa" w:w="1579"/>
          </w:tcPr>
          <w:p>
            <w:pPr>
              <w:spacing w:after="0"/>
              <w:jc w:val="right"/>
            </w:pPr>
            <w:r>
              <w:rPr>
                <w:sz w:val="16"/>
              </w:rPr>
              <w:t>n/a</w:t>
            </w:r>
          </w:p>
        </w:tc>
        <w:tc>
          <w:tcPr>
            <w:tcW w:type="dxa" w:w="1143"/>
          </w:tcPr>
          <w:p>
            <w:pPr>
              <w:spacing w:after="0"/>
              <w:jc w:val="right"/>
            </w:pPr>
            <w:r>
              <w:rPr>
                <w:sz w:val="16"/>
              </w:rPr>
              <w:t>$4,658</w:t>
            </w:r>
          </w:p>
        </w:tc>
        <w:tc>
          <w:tcPr>
            <w:tcW w:type="dxa" w:w="1779"/>
          </w:tcPr>
          <w:p>
            <w:pPr>
              <w:spacing w:after="0"/>
              <w:jc w:val="right"/>
            </w:pPr>
            <w:r>
              <w:rPr>
                <w:sz w:val="16"/>
              </w:rPr>
              <w:t>20</w:t>
            </w:r>
          </w:p>
        </w:tc>
        <w:tc>
          <w:tcPr>
            <w:tcW w:type="dxa" w:w="3640"/>
          </w:tcPr>
          <w:p>
            <w:pPr>
              <w:spacing w:after="0"/>
              <w:jc w:val="left"/>
            </w:pPr>
          </w:p>
        </w:tc>
      </w:tr>
      <w:tr>
        <w:trPr>
          <w:cantSplit/>
        </w:trPr>
        <w:tc>
          <w:tcPr>
            <w:tcW w:type="dxa" w:w="699"/>
          </w:tcPr>
          <w:p>
            <w:pPr>
              <w:spacing w:after="0"/>
              <w:jc w:val="right"/>
            </w:pPr>
            <w:r>
              <w:rPr>
                <w:sz w:val="16"/>
              </w:rPr>
              <w:t>14</w:t>
            </w:r>
          </w:p>
        </w:tc>
        <w:tc>
          <w:tcPr>
            <w:tcW w:type="dxa" w:w="1037"/>
          </w:tcPr>
          <w:p>
            <w:pPr>
              <w:spacing w:after="0"/>
              <w:jc w:val="left"/>
            </w:pPr>
            <w:r>
              <w:rPr>
                <w:sz w:val="16"/>
              </w:rPr>
              <w:t>Ice Storm</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$3,433</w:t>
            </w:r>
          </w:p>
        </w:tc>
        <w:tc>
          <w:tcPr>
            <w:tcW w:type="dxa" w:w="1126"/>
          </w:tcPr>
          <w:p>
            <w:pPr>
              <w:spacing w:after="0"/>
              <w:jc w:val="right"/>
            </w:pPr>
            <w:r>
              <w:rPr>
                <w:sz w:val="16"/>
              </w:rPr>
              <w:t>n/a</w:t>
            </w:r>
          </w:p>
        </w:tc>
        <w:tc>
          <w:tcPr>
            <w:tcW w:type="dxa" w:w="1579"/>
          </w:tcPr>
          <w:p>
            <w:pPr>
              <w:spacing w:after="0"/>
              <w:jc w:val="right"/>
            </w:pPr>
            <w:r>
              <w:rPr>
                <w:sz w:val="16"/>
              </w:rPr>
              <w:t>$777</w:t>
            </w:r>
          </w:p>
        </w:tc>
        <w:tc>
          <w:tcPr>
            <w:tcW w:type="dxa" w:w="1143"/>
          </w:tcPr>
          <w:p>
            <w:pPr>
              <w:spacing w:after="0"/>
              <w:jc w:val="right"/>
            </w:pPr>
            <w:r>
              <w:rPr>
                <w:sz w:val="16"/>
              </w:rPr>
              <w:t>$4,211</w:t>
            </w:r>
          </w:p>
        </w:tc>
        <w:tc>
          <w:tcPr>
            <w:tcW w:type="dxa" w:w="1779"/>
          </w:tcPr>
          <w:p>
            <w:pPr>
              <w:spacing w:after="0"/>
              <w:jc w:val="right"/>
            </w:pPr>
            <w:r>
              <w:rPr>
                <w:sz w:val="16"/>
              </w:rPr>
              <w:t>1</w:t>
            </w:r>
          </w:p>
        </w:tc>
        <w:tc>
          <w:tcPr>
            <w:tcW w:type="dxa" w:w="3640"/>
          </w:tcPr>
          <w:p>
            <w:pPr>
              <w:spacing w:after="0"/>
              <w:jc w:val="left"/>
            </w:pPr>
          </w:p>
        </w:tc>
      </w:tr>
      <w:tr>
        <w:trPr>
          <w:cantSplit/>
        </w:trPr>
        <w:tc>
          <w:tcPr>
            <w:tcW w:type="dxa" w:w="699"/>
          </w:tcPr>
          <w:p>
            <w:pPr>
              <w:spacing w:after="0"/>
              <w:jc w:val="right"/>
            </w:pPr>
            <w:r>
              <w:rPr>
                <w:sz w:val="16"/>
              </w:rPr>
              <w:t>15</w:t>
            </w:r>
          </w:p>
        </w:tc>
        <w:tc>
          <w:tcPr>
            <w:tcW w:type="dxa" w:w="1037"/>
          </w:tcPr>
          <w:p>
            <w:pPr>
              <w:spacing w:after="0"/>
              <w:jc w:val="left"/>
            </w:pPr>
            <w:r>
              <w:rPr>
                <w:sz w:val="16"/>
              </w:rPr>
              <w:t>Avalanche</w:t>
            </w:r>
          </w:p>
        </w:tc>
        <w:tc>
          <w:tcPr>
            <w:tcW w:type="dxa" w:w="1037"/>
          </w:tcPr>
          <w:p>
            <w:pPr>
              <w:spacing w:after="0"/>
              <w:jc w:val="left"/>
            </w:pPr>
            <w:r>
              <w:rPr>
                <w:sz w:val="16"/>
              </w:rPr>
              <w:t>Relatively Low</w:t>
            </w:r>
          </w:p>
        </w:tc>
        <w:tc>
          <w:tcPr>
            <w:tcW w:type="dxa" w:w="1037"/>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579"/>
          </w:tcPr>
          <w:p>
            <w:pPr>
              <w:spacing w:after="0"/>
              <w:jc w:val="right"/>
            </w:pPr>
            <w:r>
              <w:rPr>
                <w:sz w:val="16"/>
              </w:rPr>
              <w:t>$2,046</w:t>
            </w:r>
          </w:p>
        </w:tc>
        <w:tc>
          <w:tcPr>
            <w:tcW w:type="dxa" w:w="1143"/>
          </w:tcPr>
          <w:p>
            <w:pPr>
              <w:spacing w:after="0"/>
              <w:jc w:val="right"/>
            </w:pPr>
            <w:r>
              <w:rPr>
                <w:sz w:val="16"/>
              </w:rPr>
              <w:t>$2,046</w:t>
            </w:r>
          </w:p>
        </w:tc>
        <w:tc>
          <w:tcPr>
            <w:tcW w:type="dxa" w:w="1779"/>
          </w:tcPr>
          <w:p>
            <w:pPr>
              <w:spacing w:after="0"/>
              <w:jc w:val="right"/>
            </w:pPr>
            <w:r>
              <w:rPr>
                <w:sz w:val="16"/>
              </w:rPr>
              <w:t>0</w:t>
            </w:r>
          </w:p>
        </w:tc>
        <w:tc>
          <w:tcPr>
            <w:tcW w:type="dxa" w:w="3640"/>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762"/>
        <w:gridCol w:w="10350"/>
      </w:tblGrid>
      <w:tr>
        <w:trPr>
          <w:cantSplit/>
          <w:tblHeader/>
        </w:trPr>
        <w:tc>
          <w:tcPr>
            <w:tcW w:type="dxa" w:w="3762"/>
            <w:shd w:val="clear" w:color="auto" w:fill="E8E8E8"/>
          </w:tcPr>
          <w:p>
            <w:pPr>
              <w:spacing w:after="0"/>
              <w:jc w:val="left"/>
            </w:pPr>
            <w:r>
              <w:rPr>
                <w:b/>
                <w:sz w:val="16"/>
              </w:rPr>
              <w:t>Hazard</w:t>
            </w:r>
          </w:p>
        </w:tc>
        <w:tc>
          <w:tcPr>
            <w:tcW w:type="dxa" w:w="10350"/>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762"/>
          </w:tcPr>
          <w:p>
            <w:pPr>
              <w:spacing w:after="0"/>
              <w:jc w:val="left"/>
            </w:pPr>
            <w:r>
              <w:rPr>
                <w:sz w:val="16"/>
              </w:rPr>
              <w:t>Avalanche</w:t>
            </w:r>
          </w:p>
        </w:tc>
        <w:tc>
          <w:tcPr>
            <w:tcW w:type="dxa" w:w="10350"/>
          </w:tcPr>
          <w:p>
            <w:pPr>
              <w:spacing w:after="0"/>
              <w:jc w:val="left"/>
            </w:pPr>
            <w:r>
              <w:rPr>
                <w:sz w:val="16"/>
              </w:rPr>
              <w:t>tract 9581 (Very Low, 59.0); tract 9580 (Very Low, 58.0); tract 9579 (Very Low, 56.9)</w:t>
            </w:r>
          </w:p>
        </w:tc>
      </w:tr>
      <w:tr>
        <w:trPr>
          <w:cantSplit/>
        </w:trPr>
        <w:tc>
          <w:tcPr>
            <w:tcW w:type="dxa" w:w="3762"/>
          </w:tcPr>
          <w:p>
            <w:pPr>
              <w:spacing w:after="0"/>
              <w:jc w:val="left"/>
            </w:pPr>
            <w:r>
              <w:rPr>
                <w:sz w:val="16"/>
              </w:rPr>
              <w:t>Earthquake</w:t>
            </w:r>
          </w:p>
        </w:tc>
        <w:tc>
          <w:tcPr>
            <w:tcW w:type="dxa" w:w="10350"/>
          </w:tcPr>
          <w:p>
            <w:pPr>
              <w:spacing w:after="0"/>
              <w:jc w:val="left"/>
            </w:pPr>
            <w:r>
              <w:rPr>
                <w:sz w:val="16"/>
              </w:rPr>
              <w:t>tract 9580 (Relatively Low, 43.2); tract 9581 (Very Low, 30.5); tract 9579 (Very Low, 26.7)</w:t>
            </w:r>
          </w:p>
        </w:tc>
      </w:tr>
      <w:tr>
        <w:trPr>
          <w:cantSplit/>
        </w:trPr>
        <w:tc>
          <w:tcPr>
            <w:tcW w:type="dxa" w:w="3762"/>
          </w:tcPr>
          <w:p>
            <w:pPr>
              <w:spacing w:after="0"/>
              <w:jc w:val="left"/>
            </w:pPr>
            <w:r>
              <w:rPr>
                <w:sz w:val="16"/>
              </w:rPr>
              <w:t>Hurricane</w:t>
            </w:r>
          </w:p>
        </w:tc>
        <w:tc>
          <w:tcPr>
            <w:tcW w:type="dxa" w:w="10350"/>
          </w:tcPr>
          <w:p>
            <w:pPr>
              <w:spacing w:after="0"/>
              <w:jc w:val="left"/>
            </w:pPr>
            <w:r>
              <w:rPr>
                <w:sz w:val="16"/>
              </w:rPr>
              <w:t>tract 9580 (Very Low, 47.6); tract 9579 (Very Low, 45.8); tract 9581 (Very Low, 39.1)</w:t>
            </w:r>
          </w:p>
        </w:tc>
      </w:tr>
      <w:tr>
        <w:trPr>
          <w:cantSplit/>
        </w:trPr>
        <w:tc>
          <w:tcPr>
            <w:tcW w:type="dxa" w:w="3762"/>
          </w:tcPr>
          <w:p>
            <w:pPr>
              <w:spacing w:after="0"/>
              <w:jc w:val="left"/>
            </w:pPr>
            <w:r>
              <w:rPr>
                <w:sz w:val="16"/>
              </w:rPr>
              <w:t>Landslide</w:t>
            </w:r>
          </w:p>
        </w:tc>
        <w:tc>
          <w:tcPr>
            <w:tcW w:type="dxa" w:w="10350"/>
          </w:tcPr>
          <w:p>
            <w:pPr>
              <w:spacing w:after="0"/>
              <w:jc w:val="left"/>
            </w:pPr>
            <w:r>
              <w:rPr>
                <w:sz w:val="16"/>
              </w:rPr>
              <w:t>tract 9580 (Relatively Moderate, 99.0); tract 9579 (Relatively Moderate, 98.9); tract 9581 (Relatively Moderate, 98.3)</w:t>
            </w:r>
          </w:p>
        </w:tc>
      </w:tr>
      <w:tr>
        <w:trPr>
          <w:cantSplit/>
        </w:trPr>
        <w:tc>
          <w:tcPr>
            <w:tcW w:type="dxa" w:w="3762"/>
          </w:tcPr>
          <w:p>
            <w:pPr>
              <w:spacing w:after="0"/>
              <w:jc w:val="left"/>
            </w:pPr>
            <w:r>
              <w:rPr>
                <w:sz w:val="16"/>
              </w:rPr>
              <w:t>Tornado</w:t>
            </w:r>
          </w:p>
        </w:tc>
        <w:tc>
          <w:tcPr>
            <w:tcW w:type="dxa" w:w="10350"/>
          </w:tcPr>
          <w:p>
            <w:pPr>
              <w:spacing w:after="0"/>
              <w:jc w:val="left"/>
            </w:pPr>
            <w:r>
              <w:rPr>
                <w:sz w:val="16"/>
              </w:rPr>
              <w:t>tract 9580 (Very Low, 22.0); tract 9579 (Very Low, 19.6); tract 9581 (Very Low, 12.0)</w:t>
            </w:r>
          </w:p>
        </w:tc>
      </w:tr>
      <w:tr>
        <w:trPr>
          <w:cantSplit/>
        </w:trPr>
        <w:tc>
          <w:tcPr>
            <w:tcW w:type="dxa" w:w="3762"/>
          </w:tcPr>
          <w:p>
            <w:pPr>
              <w:spacing w:after="0"/>
              <w:jc w:val="left"/>
            </w:pPr>
            <w:r>
              <w:rPr>
                <w:sz w:val="16"/>
              </w:rPr>
              <w:t>Wildfire</w:t>
            </w:r>
          </w:p>
        </w:tc>
        <w:tc>
          <w:tcPr>
            <w:tcW w:type="dxa" w:w="10350"/>
          </w:tcPr>
          <w:p>
            <w:pPr>
              <w:spacing w:after="0"/>
              <w:jc w:val="left"/>
            </w:pPr>
            <w:r>
              <w:rPr>
                <w:sz w:val="16"/>
              </w:rPr>
              <w:t>tract 9581 (Relatively Low, 80.6); tract 9580 (Relatively Low, 78.2); tract 9579 (Relatively Low, 71.6)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9581 is Census Tract 9581).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11"/>
        <w:gridCol w:w="1840"/>
        <w:gridCol w:w="1743"/>
        <w:gridCol w:w="1921"/>
        <w:gridCol w:w="1407"/>
        <w:gridCol w:w="1630"/>
        <w:gridCol w:w="1854"/>
        <w:gridCol w:w="1907"/>
      </w:tblGrid>
      <w:tr>
        <w:trPr>
          <w:cantSplit/>
          <w:tblHeader/>
        </w:trPr>
        <w:tc>
          <w:tcPr>
            <w:tcW w:type="dxa" w:w="1811"/>
            <w:shd w:val="clear" w:color="auto" w:fill="E8E8E8"/>
          </w:tcPr>
          <w:p>
            <w:pPr>
              <w:spacing w:after="0"/>
              <w:jc w:val="left"/>
            </w:pPr>
            <w:r>
              <w:rPr>
                <w:b/>
                <w:sz w:val="16"/>
              </w:rPr>
              <w:t>Hazard</w:t>
            </w:r>
          </w:p>
        </w:tc>
        <w:tc>
          <w:tcPr>
            <w:tcW w:type="dxa" w:w="1840"/>
            <w:shd w:val="clear" w:color="auto" w:fill="E8E8E8"/>
          </w:tcPr>
          <w:p>
            <w:pPr>
              <w:spacing w:after="0"/>
              <w:jc w:val="left"/>
            </w:pPr>
            <w:r>
              <w:rPr>
                <w:b/>
                <w:sz w:val="16"/>
              </w:rPr>
              <w:t>Scale</w:t>
            </w:r>
          </w:p>
        </w:tc>
        <w:tc>
          <w:tcPr>
            <w:tcW w:type="dxa" w:w="174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21"/>
            <w:shd w:val="clear" w:color="auto" w:fill="E8E8E8"/>
          </w:tcPr>
          <w:p>
            <w:pPr>
              <w:spacing w:after="0"/>
              <w:jc w:val="left"/>
            </w:pPr>
            <w:r>
              <w:rPr>
                <w:b/>
                <w:sz w:val="16"/>
              </w:rPr>
              <w:t>Observed range</w:t>
            </w:r>
          </w:p>
        </w:tc>
        <w:tc>
          <w:tcPr>
            <w:tcW w:type="dxa" w:w="1407"/>
            <w:shd w:val="clear" w:color="auto" w:fill="E8E8E8"/>
          </w:tcPr>
          <w:p>
            <w:pPr>
              <w:spacing w:after="0"/>
              <w:jc w:val="left"/>
            </w:pPr>
            <w:r>
              <w:rPr>
                <w:b/>
                <w:sz w:val="16"/>
              </w:rPr>
              <w:t>Worst recorded event</w:t>
            </w:r>
          </w:p>
        </w:tc>
        <w:tc>
          <w:tcPr>
            <w:tcW w:type="dxa" w:w="1630"/>
            <w:shd w:val="clear" w:color="auto" w:fill="E8E8E8"/>
          </w:tcPr>
          <w:p>
            <w:pPr>
              <w:spacing w:after="0"/>
              <w:jc w:val="left"/>
            </w:pPr>
            <w:r>
              <w:rPr>
                <w:b/>
                <w:sz w:val="16"/>
              </w:rPr>
              <w:t>Most damaging (when different)</w:t>
            </w:r>
          </w:p>
        </w:tc>
        <w:tc>
          <w:tcPr>
            <w:tcW w:type="dxa" w:w="1854"/>
            <w:shd w:val="clear" w:color="auto" w:fill="E8E8E8"/>
          </w:tcPr>
          <w:p>
            <w:pPr>
              <w:spacing w:after="0"/>
              <w:jc w:val="left"/>
            </w:pPr>
            <w:r>
              <w:rPr>
                <w:b/>
                <w:sz w:val="16"/>
              </w:rPr>
              <w:t>How it applies to jurisdictions</w:t>
            </w:r>
          </w:p>
        </w:tc>
        <w:tc>
          <w:tcPr>
            <w:tcW w:type="dxa" w:w="1907"/>
            <w:shd w:val="clear" w:color="auto" w:fill="E8E8E8"/>
          </w:tcPr>
          <w:p>
            <w:pPr>
              <w:spacing w:after="0"/>
              <w:jc w:val="left"/>
            </w:pPr>
            <w:r>
              <w:rPr>
                <w:b/>
                <w:sz w:val="16"/>
              </w:rPr>
              <w:t>Note</w:t>
            </w:r>
          </w:p>
        </w:tc>
      </w:tr>
      <w:tr>
        <w:trPr>
          <w:cantSplit/>
        </w:trPr>
        <w:tc>
          <w:tcPr>
            <w:tcW w:type="dxa" w:w="1811"/>
          </w:tcPr>
          <w:p>
            <w:pPr>
              <w:spacing w:after="0"/>
              <w:jc w:val="left"/>
            </w:pPr>
            <w:r>
              <w:rPr>
                <w:sz w:val="16"/>
              </w:rPr>
              <w:t>Avalanche</w:t>
            </w:r>
          </w:p>
        </w:tc>
        <w:tc>
          <w:tcPr>
            <w:tcW w:type="dxa" w:w="1840"/>
          </w:tcPr>
          <w:p>
            <w:pPr>
              <w:spacing w:after="0"/>
              <w:jc w:val="left"/>
            </w:pPr>
            <w:r>
              <w:rPr>
                <w:sz w:val="16"/>
              </w:rPr>
              <w:t>none (count and damage only)</w:t>
            </w:r>
          </w:p>
        </w:tc>
        <w:tc>
          <w:tcPr>
            <w:tcW w:type="dxa" w:w="1743"/>
          </w:tcPr>
          <w:p>
            <w:pPr>
              <w:spacing w:after="0"/>
              <w:jc w:val="right"/>
            </w:pPr>
            <w:r>
              <w:rPr>
                <w:sz w:val="16"/>
              </w:rPr>
              <w:t>0</w:t>
            </w:r>
          </w:p>
        </w:tc>
        <w:tc>
          <w:tcPr>
            <w:tcW w:type="dxa" w:w="1921"/>
          </w:tcPr>
          <w:p>
            <w:pPr>
              <w:spacing w:after="0"/>
              <w:jc w:val="left"/>
            </w:pPr>
          </w:p>
        </w:tc>
        <w:tc>
          <w:tcPr>
            <w:tcW w:type="dxa" w:w="1407"/>
          </w:tcPr>
          <w:p>
            <w:pPr>
              <w:spacing w:after="0"/>
              <w:jc w:val="left"/>
            </w:pPr>
          </w:p>
        </w:tc>
        <w:tc>
          <w:tcPr>
            <w:tcW w:type="dxa" w:w="1630"/>
          </w:tcPr>
          <w:p>
            <w:pPr>
              <w:spacing w:after="0"/>
              <w:jc w:val="left"/>
            </w:pPr>
          </w:p>
        </w:tc>
        <w:tc>
          <w:tcPr>
            <w:tcW w:type="dxa" w:w="1854"/>
          </w:tcPr>
          <w:p>
            <w:pPr>
              <w:spacing w:after="0"/>
              <w:jc w:val="left"/>
            </w:pPr>
          </w:p>
        </w:tc>
        <w:tc>
          <w:tcPr>
            <w:tcW w:type="dxa" w:w="1907"/>
          </w:tcPr>
          <w:p>
            <w:pPr>
              <w:spacing w:after="0"/>
              <w:jc w:val="left"/>
            </w:pPr>
          </w:p>
        </w:tc>
      </w:tr>
      <w:tr>
        <w:trPr>
          <w:cantSplit/>
        </w:trPr>
        <w:tc>
          <w:tcPr>
            <w:tcW w:type="dxa" w:w="1811"/>
          </w:tcPr>
          <w:p>
            <w:pPr>
              <w:spacing w:after="0"/>
              <w:jc w:val="left"/>
            </w:pPr>
            <w:r>
              <w:rPr>
                <w:sz w:val="16"/>
              </w:rPr>
              <w:t>Cold/Wind Chill, Extreme Cold/Wind Chill</w:t>
            </w:r>
          </w:p>
        </w:tc>
        <w:tc>
          <w:tcPr>
            <w:tcW w:type="dxa" w:w="1840"/>
          </w:tcPr>
          <w:p>
            <w:pPr>
              <w:spacing w:after="0"/>
              <w:jc w:val="left"/>
            </w:pPr>
            <w:r>
              <w:rPr>
                <w:sz w:val="16"/>
              </w:rPr>
              <w:t>wind chill</w:t>
            </w:r>
          </w:p>
        </w:tc>
        <w:tc>
          <w:tcPr>
            <w:tcW w:type="dxa" w:w="1743"/>
          </w:tcPr>
          <w:p>
            <w:pPr>
              <w:spacing w:after="0"/>
              <w:jc w:val="right"/>
            </w:pPr>
            <w:r>
              <w:rPr>
                <w:sz w:val="16"/>
              </w:rPr>
              <w:t>27 records, 1996 to 2026 (27 zone-level)</w:t>
            </w:r>
          </w:p>
        </w:tc>
        <w:tc>
          <w:tcPr>
            <w:tcW w:type="dxa" w:w="1921"/>
          </w:tcPr>
          <w:p>
            <w:pPr>
              <w:spacing w:after="0"/>
              <w:jc w:val="left"/>
            </w:pPr>
            <w:r>
              <w:rPr>
                <w:sz w:val="16"/>
              </w:rPr>
              <w:t>1 day to 31 days (median 4 days); 23 with a recorded value</w:t>
            </w:r>
          </w:p>
        </w:tc>
        <w:tc>
          <w:tcPr>
            <w:tcW w:type="dxa" w:w="1407"/>
          </w:tcPr>
          <w:p>
            <w:pPr>
              <w:spacing w:after="0"/>
              <w:jc w:val="left"/>
            </w:pPr>
            <w:r>
              <w:rPr>
                <w:sz w:val="16"/>
              </w:rPr>
              <w:t>March 2001 (1 monthly summary record), zone-level</w:t>
            </w:r>
          </w:p>
        </w:tc>
        <w:tc>
          <w:tcPr>
            <w:tcW w:type="dxa" w:w="1630"/>
          </w:tcPr>
          <w:p>
            <w:pPr>
              <w:spacing w:after="0"/>
              <w:jc w:val="left"/>
            </w:pPr>
            <w:r>
              <w:rPr>
                <w:sz w:val="16"/>
              </w:rPr>
              <w:t>Extreme Cold/Wind Chill, 2022-12-23, $25,000 property; $0 crops (zone total, 2022 dollars)</w:t>
            </w:r>
          </w:p>
        </w:tc>
        <w:tc>
          <w:tcPr>
            <w:tcW w:type="dxa" w:w="1854"/>
          </w:tcPr>
          <w:p>
            <w:pPr>
              <w:spacing w:after="0"/>
              <w:jc w:val="left"/>
            </w:pPr>
            <w:r>
              <w:rPr>
                <w:sz w:val="16"/>
              </w:rPr>
              <w:t>Countywide (zone-level records).</w:t>
            </w:r>
          </w:p>
        </w:tc>
        <w:tc>
          <w:tcPr>
            <w:tcW w:type="dxa" w:w="1907"/>
          </w:tcPr>
          <w:p>
            <w:pPr>
              <w:spacing w:after="0"/>
              <w:jc w:val="left"/>
            </w:pPr>
            <w:r>
              <w:rPr>
                <w:sz w:val="16"/>
              </w:rPr>
              <w:t>Cold/Wind Chill records from May to September (a frost night, not a cold wave) are counted but not used for the longest run.</w:t>
            </w:r>
          </w:p>
        </w:tc>
      </w:tr>
      <w:tr>
        <w:trPr>
          <w:cantSplit/>
        </w:trPr>
        <w:tc>
          <w:tcPr>
            <w:tcW w:type="dxa" w:w="1811"/>
          </w:tcPr>
          <w:p>
            <w:pPr>
              <w:spacing w:after="0"/>
              <w:jc w:val="left"/>
            </w:pPr>
            <w:r>
              <w:rPr>
                <w:sz w:val="16"/>
              </w:rPr>
              <w:t>Frost/Freeze (outside NRI's Cold Wave definition)</w:t>
            </w:r>
          </w:p>
        </w:tc>
        <w:tc>
          <w:tcPr>
            <w:tcW w:type="dxa" w:w="1840"/>
          </w:tcPr>
          <w:p>
            <w:pPr>
              <w:spacing w:after="0"/>
              <w:jc w:val="left"/>
            </w:pPr>
            <w:r>
              <w:rPr>
                <w:sz w:val="16"/>
              </w:rPr>
              <w:t>crop damage</w:t>
            </w:r>
          </w:p>
        </w:tc>
        <w:tc>
          <w:tcPr>
            <w:tcW w:type="dxa" w:w="1743"/>
          </w:tcPr>
          <w:p>
            <w:pPr>
              <w:spacing w:after="0"/>
              <w:jc w:val="right"/>
            </w:pPr>
            <w:r>
              <w:rPr>
                <w:sz w:val="16"/>
              </w:rPr>
              <w:t>3 records, 2003 to 2004 (3 zone-level)</w:t>
            </w:r>
          </w:p>
        </w:tc>
        <w:tc>
          <w:tcPr>
            <w:tcW w:type="dxa" w:w="1921"/>
          </w:tcPr>
          <w:p>
            <w:pPr>
              <w:spacing w:after="0"/>
              <w:jc w:val="left"/>
            </w:pPr>
          </w:p>
        </w:tc>
        <w:tc>
          <w:tcPr>
            <w:tcW w:type="dxa" w:w="1407"/>
          </w:tcPr>
          <w:p>
            <w:pPr>
              <w:spacing w:after="0"/>
              <w:jc w:val="left"/>
            </w:pPr>
            <w:r>
              <w:rPr>
                <w:sz w:val="16"/>
              </w:rPr>
              <w:t>No crop damage reported in 3 records.</w:t>
            </w:r>
          </w:p>
        </w:tc>
        <w:tc>
          <w:tcPr>
            <w:tcW w:type="dxa" w:w="1630"/>
          </w:tcPr>
          <w:p>
            <w:pPr>
              <w:spacing w:after="0"/>
              <w:jc w:val="left"/>
            </w:pPr>
          </w:p>
        </w:tc>
        <w:tc>
          <w:tcPr>
            <w:tcW w:type="dxa" w:w="1854"/>
          </w:tcPr>
          <w:p>
            <w:pPr>
              <w:spacing w:after="0"/>
              <w:jc w:val="left"/>
            </w:pPr>
            <w:r>
              <w:rPr>
                <w:sz w:val="16"/>
              </w:rPr>
              <w:t>Countywide (zone-level records).</w:t>
            </w:r>
          </w:p>
        </w:tc>
        <w:tc>
          <w:tcPr>
            <w:tcW w:type="dxa" w:w="1907"/>
          </w:tcPr>
          <w:p>
            <w:pPr>
              <w:spacing w:after="0"/>
              <w:jc w:val="left"/>
            </w:pPr>
          </w:p>
        </w:tc>
      </w:tr>
      <w:tr>
        <w:trPr>
          <w:cantSplit/>
        </w:trPr>
        <w:tc>
          <w:tcPr>
            <w:tcW w:type="dxa" w:w="1811"/>
          </w:tcPr>
          <w:p>
            <w:pPr>
              <w:spacing w:after="0"/>
              <w:jc w:val="left"/>
            </w:pPr>
            <w:r>
              <w:rPr>
                <w:sz w:val="16"/>
              </w:rPr>
              <w:t>Drought</w:t>
            </w:r>
          </w:p>
        </w:tc>
        <w:tc>
          <w:tcPr>
            <w:tcW w:type="dxa" w:w="1840"/>
          </w:tcPr>
          <w:p>
            <w:pPr>
              <w:spacing w:after="0"/>
              <w:jc w:val="left"/>
            </w:pPr>
            <w:r>
              <w:rPr>
                <w:sz w:val="16"/>
              </w:rPr>
              <w:t>U.S. Drought Monitor scale (D0 to D4)</w:t>
            </w:r>
          </w:p>
        </w:tc>
        <w:tc>
          <w:tcPr>
            <w:tcW w:type="dxa" w:w="1743"/>
          </w:tcPr>
          <w:p>
            <w:pPr>
              <w:spacing w:after="0"/>
              <w:jc w:val="right"/>
            </w:pPr>
            <w:r>
              <w:rPr>
                <w:sz w:val="16"/>
              </w:rPr>
              <w:t>20 records, 1997 to 2026 (20 zone-level)</w:t>
            </w:r>
          </w:p>
        </w:tc>
        <w:tc>
          <w:tcPr>
            <w:tcW w:type="dxa" w:w="1921"/>
          </w:tcPr>
          <w:p>
            <w:pPr>
              <w:spacing w:after="0"/>
              <w:jc w:val="left"/>
            </w:pPr>
            <w:r>
              <w:rPr>
                <w:sz w:val="16"/>
              </w:rPr>
              <w:t>25 days to 184 days (median 91 days); 7 with a recorded value</w:t>
            </w:r>
          </w:p>
        </w:tc>
        <w:tc>
          <w:tcPr>
            <w:tcW w:type="dxa" w:w="1407"/>
          </w:tcPr>
          <w:p>
            <w:pPr>
              <w:spacing w:after="0"/>
              <w:jc w:val="left"/>
            </w:pPr>
            <w:r>
              <w:rPr>
                <w:sz w:val="16"/>
              </w:rPr>
              <w:t>184 days (6 months), 1999-05-01 to 1999-10-31, a run of 6 consecutive Storm Events drought records, zone-level</w:t>
            </w:r>
          </w:p>
        </w:tc>
        <w:tc>
          <w:tcPr>
            <w:tcW w:type="dxa" w:w="1630"/>
          </w:tcPr>
          <w:p>
            <w:pPr>
              <w:spacing w:after="0"/>
              <w:jc w:val="left"/>
            </w:pPr>
          </w:p>
        </w:tc>
        <w:tc>
          <w:tcPr>
            <w:tcW w:type="dxa" w:w="1854"/>
          </w:tcPr>
          <w:p>
            <w:pPr>
              <w:spacing w:after="0"/>
              <w:jc w:val="left"/>
            </w:pPr>
            <w:r>
              <w:rPr>
                <w:sz w:val="16"/>
              </w:rPr>
              <w:t>Countywide (zone-level records).</w:t>
            </w:r>
          </w:p>
        </w:tc>
        <w:tc>
          <w:tcPr>
            <w:tcW w:type="dxa" w:w="190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11"/>
          </w:tcPr>
          <w:p>
            <w:pPr>
              <w:spacing w:after="0"/>
              <w:jc w:val="left"/>
            </w:pPr>
            <w:r>
              <w:rPr>
                <w:sz w:val="16"/>
              </w:rPr>
              <w:t>Earthquake</w:t>
            </w:r>
          </w:p>
        </w:tc>
        <w:tc>
          <w:tcPr>
            <w:tcW w:type="dxa" w:w="1840"/>
          </w:tcPr>
          <w:p>
            <w:pPr>
              <w:spacing w:after="0"/>
              <w:jc w:val="left"/>
            </w:pPr>
            <w:r>
              <w:rPr>
                <w:sz w:val="16"/>
              </w:rPr>
              <w:t>Modified Mercalli (local data)</w:t>
            </w:r>
          </w:p>
        </w:tc>
        <w:tc>
          <w:tcPr>
            <w:tcW w:type="dxa" w:w="1743"/>
          </w:tcPr>
          <w:p>
            <w:pPr>
              <w:spacing w:after="0"/>
              <w:jc w:val="right"/>
            </w:pPr>
            <w:r>
              <w:rPr>
                <w:sz w:val="16"/>
              </w:rPr>
              <w:t>0</w:t>
            </w:r>
          </w:p>
        </w:tc>
        <w:tc>
          <w:tcPr>
            <w:tcW w:type="dxa" w:w="1921"/>
          </w:tcPr>
          <w:p>
            <w:pPr>
              <w:spacing w:after="0"/>
              <w:jc w:val="left"/>
            </w:pPr>
          </w:p>
        </w:tc>
        <w:tc>
          <w:tcPr>
            <w:tcW w:type="dxa" w:w="1407"/>
          </w:tcPr>
          <w:p>
            <w:pPr>
              <w:spacing w:after="0"/>
              <w:jc w:val="left"/>
            </w:pPr>
          </w:p>
        </w:tc>
        <w:tc>
          <w:tcPr>
            <w:tcW w:type="dxa" w:w="1630"/>
          </w:tcPr>
          <w:p>
            <w:pPr>
              <w:spacing w:after="0"/>
              <w:jc w:val="left"/>
            </w:pPr>
          </w:p>
        </w:tc>
        <w:tc>
          <w:tcPr>
            <w:tcW w:type="dxa" w:w="1854"/>
          </w:tcPr>
          <w:p>
            <w:pPr>
              <w:spacing w:after="0"/>
              <w:jc w:val="left"/>
            </w:pPr>
          </w:p>
        </w:tc>
        <w:tc>
          <w:tcPr>
            <w:tcW w:type="dxa" w:w="1907"/>
          </w:tcPr>
          <w:p>
            <w:pPr>
              <w:spacing w:after="0"/>
              <w:jc w:val="left"/>
            </w:pPr>
            <w:r>
              <w:rPr>
                <w:sz w:val="16"/>
              </w:rPr>
              <w:t>Storm Events does not record earthquakes; the USGS earthquake catalog is the source.</w:t>
            </w:r>
          </w:p>
        </w:tc>
      </w:tr>
      <w:tr>
        <w:trPr>
          <w:cantSplit/>
        </w:trPr>
        <w:tc>
          <w:tcPr>
            <w:tcW w:type="dxa" w:w="1811"/>
          </w:tcPr>
          <w:p>
            <w:pPr>
              <w:spacing w:after="0"/>
              <w:jc w:val="left"/>
            </w:pPr>
            <w:r>
              <w:rPr>
                <w:sz w:val="16"/>
              </w:rPr>
              <w:t>Hail</w:t>
            </w:r>
          </w:p>
        </w:tc>
        <w:tc>
          <w:tcPr>
            <w:tcW w:type="dxa" w:w="1840"/>
          </w:tcPr>
          <w:p>
            <w:pPr>
              <w:spacing w:after="0"/>
              <w:jc w:val="left"/>
            </w:pPr>
            <w:r>
              <w:rPr>
                <w:sz w:val="16"/>
              </w:rPr>
              <w:t>hail size (inches)</w:t>
            </w:r>
          </w:p>
        </w:tc>
        <w:tc>
          <w:tcPr>
            <w:tcW w:type="dxa" w:w="1743"/>
          </w:tcPr>
          <w:p>
            <w:pPr>
              <w:spacing w:after="0"/>
              <w:jc w:val="right"/>
            </w:pPr>
            <w:r>
              <w:rPr>
                <w:sz w:val="16"/>
              </w:rPr>
              <w:t>30 records, 1989 to 2026</w:t>
            </w:r>
          </w:p>
        </w:tc>
        <w:tc>
          <w:tcPr>
            <w:tcW w:type="dxa" w:w="1921"/>
          </w:tcPr>
          <w:p>
            <w:pPr>
              <w:spacing w:after="0"/>
              <w:jc w:val="left"/>
            </w:pPr>
            <w:r>
              <w:rPr>
                <w:sz w:val="16"/>
              </w:rPr>
              <w:t>0.75 in to 1.75 in (median 0.94 in); 30 with a recorded value</w:t>
            </w:r>
          </w:p>
        </w:tc>
        <w:tc>
          <w:tcPr>
            <w:tcW w:type="dxa" w:w="1407"/>
          </w:tcPr>
          <w:p>
            <w:pPr>
              <w:spacing w:after="0"/>
              <w:jc w:val="left"/>
            </w:pPr>
            <w:r>
              <w:rPr>
                <w:sz w:val="16"/>
              </w:rPr>
              <w:t>1.75 in hail, 2025-04-14; same size also recorded on 2008-06-22, 2010-05-14, 2011-09-03</w:t>
            </w:r>
          </w:p>
        </w:tc>
        <w:tc>
          <w:tcPr>
            <w:tcW w:type="dxa" w:w="1630"/>
          </w:tcPr>
          <w:p>
            <w:pPr>
              <w:spacing w:after="0"/>
              <w:jc w:val="left"/>
            </w:pPr>
            <w:r>
              <w:rPr>
                <w:sz w:val="16"/>
              </w:rPr>
              <w:t>Hail, 2008-06-22, $5,000 property; $0 crops (2008 dollars)</w:t>
            </w:r>
          </w:p>
        </w:tc>
        <w:tc>
          <w:tcPr>
            <w:tcW w:type="dxa" w:w="1854"/>
          </w:tcPr>
          <w:p>
            <w:pPr>
              <w:spacing w:after="0"/>
              <w:jc w:val="left"/>
            </w:pPr>
            <w:r>
              <w:rPr>
                <w:sz w:val="16"/>
              </w:rPr>
              <w:t>Event records naming jurisdictions in the plan: Clay town (5 records).</w:t>
            </w:r>
          </w:p>
        </w:tc>
        <w:tc>
          <w:tcPr>
            <w:tcW w:type="dxa" w:w="1907"/>
          </w:tcPr>
          <w:p>
            <w:pPr>
              <w:spacing w:after="0"/>
              <w:jc w:val="left"/>
            </w:pPr>
          </w:p>
        </w:tc>
      </w:tr>
      <w:tr>
        <w:trPr>
          <w:cantSplit/>
        </w:trPr>
        <w:tc>
          <w:tcPr>
            <w:tcW w:type="dxa" w:w="1811"/>
          </w:tcPr>
          <w:p>
            <w:pPr>
              <w:spacing w:after="0"/>
              <w:jc w:val="left"/>
            </w:pPr>
            <w:r>
              <w:rPr>
                <w:sz w:val="16"/>
              </w:rPr>
              <w:t>Excessive Heat, Heat</w:t>
            </w:r>
          </w:p>
        </w:tc>
        <w:tc>
          <w:tcPr>
            <w:tcW w:type="dxa" w:w="1840"/>
          </w:tcPr>
          <w:p>
            <w:pPr>
              <w:spacing w:after="0"/>
              <w:jc w:val="left"/>
            </w:pPr>
            <w:r>
              <w:rPr>
                <w:sz w:val="16"/>
              </w:rPr>
              <w:t>heat index (in event narratives)</w:t>
            </w:r>
          </w:p>
        </w:tc>
        <w:tc>
          <w:tcPr>
            <w:tcW w:type="dxa" w:w="1743"/>
          </w:tcPr>
          <w:p>
            <w:pPr>
              <w:spacing w:after="0"/>
              <w:jc w:val="right"/>
            </w:pPr>
            <w:r>
              <w:rPr>
                <w:sz w:val="16"/>
              </w:rPr>
              <w:t>20 records, 1996 to 2011 (20 zone-level)</w:t>
            </w:r>
          </w:p>
        </w:tc>
        <w:tc>
          <w:tcPr>
            <w:tcW w:type="dxa" w:w="1921"/>
          </w:tcPr>
          <w:p>
            <w:pPr>
              <w:spacing w:after="0"/>
              <w:jc w:val="left"/>
            </w:pPr>
            <w:r>
              <w:rPr>
                <w:sz w:val="16"/>
              </w:rPr>
              <w:t>1 day to 4 days (median 2 days); 5 with a recorded value</w:t>
            </w:r>
          </w:p>
        </w:tc>
        <w:tc>
          <w:tcPr>
            <w:tcW w:type="dxa" w:w="1407"/>
          </w:tcPr>
          <w:p>
            <w:pPr>
              <w:spacing w:after="0"/>
              <w:jc w:val="left"/>
            </w:pPr>
            <w:r>
              <w:rPr>
                <w:sz w:val="16"/>
              </w:rPr>
              <w:t>4 consecutive days, 2011-07-20 to 2011-07-23, zone-level</w:t>
            </w:r>
          </w:p>
        </w:tc>
        <w:tc>
          <w:tcPr>
            <w:tcW w:type="dxa" w:w="1630"/>
          </w:tcPr>
          <w:p>
            <w:pPr>
              <w:spacing w:after="0"/>
              <w:jc w:val="left"/>
            </w:pPr>
          </w:p>
        </w:tc>
        <w:tc>
          <w:tcPr>
            <w:tcW w:type="dxa" w:w="1854"/>
          </w:tcPr>
          <w:p>
            <w:pPr>
              <w:spacing w:after="0"/>
              <w:jc w:val="left"/>
            </w:pPr>
            <w:r>
              <w:rPr>
                <w:sz w:val="16"/>
              </w:rPr>
              <w:t>Countywide (zone-level records).</w:t>
            </w:r>
          </w:p>
        </w:tc>
        <w:tc>
          <w:tcPr>
            <w:tcW w:type="dxa" w:w="1907"/>
          </w:tcPr>
          <w:p>
            <w:pPr>
              <w:spacing w:after="0"/>
              <w:jc w:val="left"/>
            </w:pPr>
            <w:r>
              <w:rPr>
                <w:sz w:val="16"/>
              </w:rPr>
              <w:t>Heat records from November to March (unseasonable warmth, not a heat wave) are counted but not used for the longest run.</w:t>
            </w:r>
          </w:p>
        </w:tc>
      </w:tr>
      <w:tr>
        <w:trPr>
          <w:cantSplit/>
        </w:trPr>
        <w:tc>
          <w:tcPr>
            <w:tcW w:type="dxa" w:w="1811"/>
          </w:tcPr>
          <w:p>
            <w:pPr>
              <w:spacing w:after="0"/>
              <w:jc w:val="left"/>
            </w:pPr>
            <w:r>
              <w:rPr>
                <w:sz w:val="16"/>
              </w:rPr>
              <w:t>Hurricane, Tropical Storm, Tropical Depression</w:t>
            </w:r>
          </w:p>
        </w:tc>
        <w:tc>
          <w:tcPr>
            <w:tcW w:type="dxa" w:w="1840"/>
          </w:tcPr>
          <w:p>
            <w:pPr>
              <w:spacing w:after="0"/>
              <w:jc w:val="left"/>
            </w:pPr>
            <w:r>
              <w:rPr>
                <w:sz w:val="16"/>
              </w:rPr>
              <w:t>Saffir-Simpson</w:t>
            </w:r>
          </w:p>
        </w:tc>
        <w:tc>
          <w:tcPr>
            <w:tcW w:type="dxa" w:w="1743"/>
          </w:tcPr>
          <w:p>
            <w:pPr>
              <w:spacing w:after="0"/>
              <w:jc w:val="right"/>
            </w:pPr>
            <w:r>
              <w:rPr>
                <w:sz w:val="16"/>
              </w:rPr>
              <w:t>0</w:t>
            </w:r>
          </w:p>
        </w:tc>
        <w:tc>
          <w:tcPr>
            <w:tcW w:type="dxa" w:w="1921"/>
          </w:tcPr>
          <w:p>
            <w:pPr>
              <w:spacing w:after="0"/>
              <w:jc w:val="left"/>
            </w:pPr>
          </w:p>
        </w:tc>
        <w:tc>
          <w:tcPr>
            <w:tcW w:type="dxa" w:w="1407"/>
          </w:tcPr>
          <w:p>
            <w:pPr>
              <w:spacing w:after="0"/>
              <w:jc w:val="left"/>
            </w:pPr>
          </w:p>
        </w:tc>
        <w:tc>
          <w:tcPr>
            <w:tcW w:type="dxa" w:w="1630"/>
          </w:tcPr>
          <w:p>
            <w:pPr>
              <w:spacing w:after="0"/>
              <w:jc w:val="left"/>
            </w:pPr>
          </w:p>
        </w:tc>
        <w:tc>
          <w:tcPr>
            <w:tcW w:type="dxa" w:w="1854"/>
          </w:tcPr>
          <w:p>
            <w:pPr>
              <w:spacing w:after="0"/>
              <w:jc w:val="left"/>
            </w:pPr>
          </w:p>
        </w:tc>
        <w:tc>
          <w:tcPr>
            <w:tcW w:type="dxa" w:w="190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11"/>
          </w:tcPr>
          <w:p>
            <w:pPr>
              <w:spacing w:after="0"/>
              <w:jc w:val="left"/>
            </w:pPr>
            <w:r>
              <w:rPr>
                <w:sz w:val="16"/>
              </w:rPr>
              <w:t>Ice Storm</w:t>
            </w:r>
          </w:p>
        </w:tc>
        <w:tc>
          <w:tcPr>
            <w:tcW w:type="dxa" w:w="1840"/>
          </w:tcPr>
          <w:p>
            <w:pPr>
              <w:spacing w:after="0"/>
              <w:jc w:val="left"/>
            </w:pPr>
            <w:r>
              <w:rPr>
                <w:sz w:val="16"/>
              </w:rPr>
              <w:t>Sperry-Piltz ice scale (local data)</w:t>
            </w:r>
          </w:p>
        </w:tc>
        <w:tc>
          <w:tcPr>
            <w:tcW w:type="dxa" w:w="1743"/>
          </w:tcPr>
          <w:p>
            <w:pPr>
              <w:spacing w:after="0"/>
              <w:jc w:val="right"/>
            </w:pPr>
            <w:r>
              <w:rPr>
                <w:sz w:val="16"/>
              </w:rPr>
              <w:t>1 record, 1999 (1 zone-level)</w:t>
            </w:r>
          </w:p>
        </w:tc>
        <w:tc>
          <w:tcPr>
            <w:tcW w:type="dxa" w:w="1921"/>
          </w:tcPr>
          <w:p>
            <w:pPr>
              <w:spacing w:after="0"/>
              <w:jc w:val="left"/>
            </w:pPr>
          </w:p>
        </w:tc>
        <w:tc>
          <w:tcPr>
            <w:tcW w:type="dxa" w:w="1407"/>
          </w:tcPr>
          <w:p>
            <w:pPr>
              <w:spacing w:after="0"/>
              <w:jc w:val="left"/>
            </w:pPr>
            <w:r>
              <w:rPr>
                <w:sz w:val="16"/>
              </w:rPr>
              <w:t>No damage reported in 1 record.</w:t>
            </w:r>
          </w:p>
        </w:tc>
        <w:tc>
          <w:tcPr>
            <w:tcW w:type="dxa" w:w="1630"/>
          </w:tcPr>
          <w:p>
            <w:pPr>
              <w:spacing w:after="0"/>
              <w:jc w:val="left"/>
            </w:pPr>
          </w:p>
        </w:tc>
        <w:tc>
          <w:tcPr>
            <w:tcW w:type="dxa" w:w="1854"/>
          </w:tcPr>
          <w:p>
            <w:pPr>
              <w:spacing w:after="0"/>
              <w:jc w:val="left"/>
            </w:pPr>
            <w:r>
              <w:rPr>
                <w:sz w:val="16"/>
              </w:rPr>
              <w:t>Countywide (zone-level records).</w:t>
            </w:r>
          </w:p>
        </w:tc>
        <w:tc>
          <w:tcPr>
            <w:tcW w:type="dxa" w:w="1907"/>
          </w:tcPr>
          <w:p>
            <w:pPr>
              <w:spacing w:after="0"/>
              <w:jc w:val="left"/>
            </w:pPr>
          </w:p>
        </w:tc>
      </w:tr>
      <w:tr>
        <w:trPr>
          <w:cantSplit/>
        </w:trPr>
        <w:tc>
          <w:tcPr>
            <w:tcW w:type="dxa" w:w="1811"/>
          </w:tcPr>
          <w:p>
            <w:pPr>
              <w:spacing w:after="0"/>
              <w:jc w:val="left"/>
            </w:pPr>
            <w:r>
              <w:rPr>
                <w:sz w:val="16"/>
              </w:rPr>
              <w:t>Flash Flood, Flood, Lakeshore Flood</w:t>
            </w:r>
          </w:p>
        </w:tc>
        <w:tc>
          <w:tcPr>
            <w:tcW w:type="dxa" w:w="1840"/>
          </w:tcPr>
          <w:p>
            <w:pPr>
              <w:spacing w:after="0"/>
              <w:jc w:val="left"/>
            </w:pPr>
            <w:r>
              <w:rPr>
                <w:sz w:val="16"/>
              </w:rPr>
              <w:t>damage and flood days (flood depth: FIRM)</w:t>
            </w:r>
          </w:p>
        </w:tc>
        <w:tc>
          <w:tcPr>
            <w:tcW w:type="dxa" w:w="1743"/>
          </w:tcPr>
          <w:p>
            <w:pPr>
              <w:spacing w:after="0"/>
              <w:jc w:val="right"/>
            </w:pPr>
            <w:r>
              <w:rPr>
                <w:sz w:val="16"/>
              </w:rPr>
              <w:t>51 records, 1996 to 2025 (6 zone-level)</w:t>
            </w:r>
          </w:p>
        </w:tc>
        <w:tc>
          <w:tcPr>
            <w:tcW w:type="dxa" w:w="1921"/>
          </w:tcPr>
          <w:p>
            <w:pPr>
              <w:spacing w:after="0"/>
              <w:jc w:val="left"/>
            </w:pPr>
          </w:p>
        </w:tc>
        <w:tc>
          <w:tcPr>
            <w:tcW w:type="dxa" w:w="1407"/>
          </w:tcPr>
          <w:p>
            <w:pPr>
              <w:spacing w:after="0"/>
              <w:jc w:val="left"/>
            </w:pPr>
            <w:r>
              <w:rPr>
                <w:sz w:val="16"/>
              </w:rPr>
              <w:t>Flood, 2016-06-23, $9,000,000 property; $0 crops (2016 dollars)</w:t>
            </w:r>
          </w:p>
        </w:tc>
        <w:tc>
          <w:tcPr>
            <w:tcW w:type="dxa" w:w="1630"/>
          </w:tcPr>
          <w:p>
            <w:pPr>
              <w:spacing w:after="0"/>
              <w:jc w:val="left"/>
            </w:pPr>
          </w:p>
        </w:tc>
        <w:tc>
          <w:tcPr>
            <w:tcW w:type="dxa" w:w="1854"/>
          </w:tcPr>
          <w:p>
            <w:pPr>
              <w:spacing w:after="0"/>
              <w:jc w:val="left"/>
            </w:pPr>
            <w:r>
              <w:rPr>
                <w:sz w:val="16"/>
              </w:rPr>
              <w:t>Event records naming jurisdictions in the plan: Clay town (2 records). Zone-level records (6) apply countywide.</w:t>
            </w:r>
          </w:p>
        </w:tc>
        <w:tc>
          <w:tcPr>
            <w:tcW w:type="dxa" w:w="190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11"/>
          </w:tcPr>
          <w:p>
            <w:pPr>
              <w:spacing w:after="0"/>
              <w:jc w:val="left"/>
            </w:pPr>
            <w:r>
              <w:rPr>
                <w:sz w:val="16"/>
              </w:rPr>
              <w:t>Debris Flow</w:t>
            </w:r>
          </w:p>
        </w:tc>
        <w:tc>
          <w:tcPr>
            <w:tcW w:type="dxa" w:w="1840"/>
          </w:tcPr>
          <w:p>
            <w:pPr>
              <w:spacing w:after="0"/>
              <w:jc w:val="left"/>
            </w:pPr>
            <w:r>
              <w:rPr>
                <w:sz w:val="16"/>
              </w:rPr>
              <w:t>none (count and damage only)</w:t>
            </w:r>
          </w:p>
        </w:tc>
        <w:tc>
          <w:tcPr>
            <w:tcW w:type="dxa" w:w="1743"/>
          </w:tcPr>
          <w:p>
            <w:pPr>
              <w:spacing w:after="0"/>
              <w:jc w:val="right"/>
            </w:pPr>
            <w:r>
              <w:rPr>
                <w:sz w:val="16"/>
              </w:rPr>
              <w:t>0</w:t>
            </w:r>
          </w:p>
        </w:tc>
        <w:tc>
          <w:tcPr>
            <w:tcW w:type="dxa" w:w="1921"/>
          </w:tcPr>
          <w:p>
            <w:pPr>
              <w:spacing w:after="0"/>
              <w:jc w:val="left"/>
            </w:pPr>
          </w:p>
        </w:tc>
        <w:tc>
          <w:tcPr>
            <w:tcW w:type="dxa" w:w="1407"/>
          </w:tcPr>
          <w:p>
            <w:pPr>
              <w:spacing w:after="0"/>
              <w:jc w:val="left"/>
            </w:pPr>
          </w:p>
        </w:tc>
        <w:tc>
          <w:tcPr>
            <w:tcW w:type="dxa" w:w="1630"/>
          </w:tcPr>
          <w:p>
            <w:pPr>
              <w:spacing w:after="0"/>
              <w:jc w:val="left"/>
            </w:pPr>
          </w:p>
        </w:tc>
        <w:tc>
          <w:tcPr>
            <w:tcW w:type="dxa" w:w="1854"/>
          </w:tcPr>
          <w:p>
            <w:pPr>
              <w:spacing w:after="0"/>
              <w:jc w:val="left"/>
            </w:pPr>
          </w:p>
        </w:tc>
        <w:tc>
          <w:tcPr>
            <w:tcW w:type="dxa" w:w="1907"/>
          </w:tcPr>
          <w:p>
            <w:pPr>
              <w:spacing w:after="0"/>
              <w:jc w:val="left"/>
            </w:pPr>
          </w:p>
        </w:tc>
      </w:tr>
      <w:tr>
        <w:trPr>
          <w:cantSplit/>
        </w:trPr>
        <w:tc>
          <w:tcPr>
            <w:tcW w:type="dxa" w:w="1811"/>
          </w:tcPr>
          <w:p>
            <w:pPr>
              <w:spacing w:after="0"/>
              <w:jc w:val="left"/>
            </w:pPr>
            <w:r>
              <w:rPr>
                <w:sz w:val="16"/>
              </w:rPr>
              <w:t>Lightning</w:t>
            </w:r>
          </w:p>
        </w:tc>
        <w:tc>
          <w:tcPr>
            <w:tcW w:type="dxa" w:w="1840"/>
          </w:tcPr>
          <w:p>
            <w:pPr>
              <w:spacing w:after="0"/>
              <w:jc w:val="left"/>
            </w:pPr>
            <w:r>
              <w:rPr>
                <w:sz w:val="16"/>
              </w:rPr>
              <w:t>annualized frequency (the measure FEMA's Local Mitigation Planning Handbook names)</w:t>
            </w:r>
          </w:p>
        </w:tc>
        <w:tc>
          <w:tcPr>
            <w:tcW w:type="dxa" w:w="1743"/>
          </w:tcPr>
          <w:p>
            <w:pPr>
              <w:spacing w:after="0"/>
              <w:jc w:val="right"/>
            </w:pPr>
            <w:r>
              <w:rPr>
                <w:sz w:val="16"/>
              </w:rPr>
              <w:t>0</w:t>
            </w:r>
          </w:p>
        </w:tc>
        <w:tc>
          <w:tcPr>
            <w:tcW w:type="dxa" w:w="1921"/>
          </w:tcPr>
          <w:p>
            <w:pPr>
              <w:spacing w:after="0"/>
              <w:jc w:val="left"/>
            </w:pPr>
          </w:p>
        </w:tc>
        <w:tc>
          <w:tcPr>
            <w:tcW w:type="dxa" w:w="1407"/>
          </w:tcPr>
          <w:p>
            <w:pPr>
              <w:spacing w:after="0"/>
              <w:jc w:val="left"/>
            </w:pPr>
          </w:p>
        </w:tc>
        <w:tc>
          <w:tcPr>
            <w:tcW w:type="dxa" w:w="1630"/>
          </w:tcPr>
          <w:p>
            <w:pPr>
              <w:spacing w:after="0"/>
              <w:jc w:val="left"/>
            </w:pPr>
          </w:p>
        </w:tc>
        <w:tc>
          <w:tcPr>
            <w:tcW w:type="dxa" w:w="1854"/>
          </w:tcPr>
          <w:p>
            <w:pPr>
              <w:spacing w:after="0"/>
              <w:jc w:val="left"/>
            </w:pPr>
          </w:p>
        </w:tc>
        <w:tc>
          <w:tcPr>
            <w:tcW w:type="dxa" w:w="1907"/>
          </w:tcPr>
          <w:p>
            <w:pPr>
              <w:spacing w:after="0"/>
              <w:jc w:val="left"/>
            </w:pPr>
            <w:r>
              <w:rPr>
                <w:sz w:val="16"/>
              </w:rPr>
              <w:t>Storm Events lists lightning with damage or casualties.</w:t>
            </w:r>
          </w:p>
        </w:tc>
      </w:tr>
      <w:tr>
        <w:trPr>
          <w:cantSplit/>
        </w:trPr>
        <w:tc>
          <w:tcPr>
            <w:tcW w:type="dxa" w:w="1811"/>
          </w:tcPr>
          <w:p>
            <w:pPr>
              <w:spacing w:after="0"/>
              <w:jc w:val="left"/>
            </w:pPr>
            <w:r>
              <w:rPr>
                <w:sz w:val="16"/>
              </w:rPr>
              <w:t>High Wind and Strong Wind (outside NRI's Strong Wind definition)</w:t>
            </w:r>
          </w:p>
        </w:tc>
        <w:tc>
          <w:tcPr>
            <w:tcW w:type="dxa" w:w="1840"/>
          </w:tcPr>
          <w:p>
            <w:pPr>
              <w:spacing w:after="0"/>
              <w:jc w:val="left"/>
            </w:pPr>
            <w:r>
              <w:rPr>
                <w:sz w:val="16"/>
              </w:rPr>
              <w:t>wind speed (kt and mph)</w:t>
            </w:r>
          </w:p>
        </w:tc>
        <w:tc>
          <w:tcPr>
            <w:tcW w:type="dxa" w:w="1743"/>
          </w:tcPr>
          <w:p>
            <w:pPr>
              <w:spacing w:after="0"/>
              <w:jc w:val="right"/>
            </w:pPr>
            <w:r>
              <w:rPr>
                <w:sz w:val="16"/>
              </w:rPr>
              <w:t>26 records, 1999 to 2026 (26 zone-level)</w:t>
            </w:r>
          </w:p>
        </w:tc>
        <w:tc>
          <w:tcPr>
            <w:tcW w:type="dxa" w:w="1921"/>
          </w:tcPr>
          <w:p>
            <w:pPr>
              <w:spacing w:after="0"/>
              <w:jc w:val="left"/>
            </w:pPr>
            <w:r>
              <w:rPr>
                <w:sz w:val="16"/>
              </w:rPr>
              <w:t>35 kt (40 mph) to 50 kt (58 mph) (median 40 kt (46 mph)); 16 with a recorded value</w:t>
            </w:r>
          </w:p>
        </w:tc>
        <w:tc>
          <w:tcPr>
            <w:tcW w:type="dxa" w:w="1407"/>
          </w:tcPr>
          <w:p>
            <w:pPr>
              <w:spacing w:after="0"/>
              <w:jc w:val="left"/>
            </w:pPr>
            <w:r>
              <w:rPr>
                <w:sz w:val="16"/>
              </w:rPr>
              <w:t>50 kt (58 mph) estimated gust, High Wind, 2023-04-01; NWS zone WVZ027</w:t>
            </w:r>
          </w:p>
        </w:tc>
        <w:tc>
          <w:tcPr>
            <w:tcW w:type="dxa" w:w="1630"/>
          </w:tcPr>
          <w:p>
            <w:pPr>
              <w:spacing w:after="0"/>
              <w:jc w:val="left"/>
            </w:pPr>
            <w:r>
              <w:rPr>
                <w:sz w:val="16"/>
              </w:rPr>
              <w:t>Strong Wind, 2019-02-24, $50,000 property; $0 crops (zone total, 2019 dollars)</w:t>
            </w:r>
          </w:p>
        </w:tc>
        <w:tc>
          <w:tcPr>
            <w:tcW w:type="dxa" w:w="1854"/>
          </w:tcPr>
          <w:p>
            <w:pPr>
              <w:spacing w:after="0"/>
              <w:jc w:val="left"/>
            </w:pPr>
            <w:r>
              <w:rPr>
                <w:sz w:val="16"/>
              </w:rPr>
              <w:t>Countywide (zone-level records).</w:t>
            </w:r>
          </w:p>
        </w:tc>
        <w:tc>
          <w:tcPr>
            <w:tcW w:type="dxa" w:w="1907"/>
          </w:tcPr>
          <w:p>
            <w:pPr>
              <w:spacing w:after="0"/>
              <w:jc w:val="left"/>
            </w:pPr>
          </w:p>
        </w:tc>
      </w:tr>
      <w:tr>
        <w:trPr>
          <w:cantSplit/>
        </w:trPr>
        <w:tc>
          <w:tcPr>
            <w:tcW w:type="dxa" w:w="1811"/>
          </w:tcPr>
          <w:p>
            <w:pPr>
              <w:spacing w:after="0"/>
              <w:jc w:val="left"/>
            </w:pPr>
            <w:r>
              <w:rPr>
                <w:sz w:val="16"/>
              </w:rPr>
              <w:t>Thunderstorm Wind</w:t>
            </w:r>
          </w:p>
        </w:tc>
        <w:tc>
          <w:tcPr>
            <w:tcW w:type="dxa" w:w="1840"/>
          </w:tcPr>
          <w:p>
            <w:pPr>
              <w:spacing w:after="0"/>
              <w:jc w:val="left"/>
            </w:pPr>
            <w:r>
              <w:rPr>
                <w:sz w:val="16"/>
              </w:rPr>
              <w:t>wind speed (kt and mph)</w:t>
            </w:r>
          </w:p>
        </w:tc>
        <w:tc>
          <w:tcPr>
            <w:tcW w:type="dxa" w:w="1743"/>
          </w:tcPr>
          <w:p>
            <w:pPr>
              <w:spacing w:after="0"/>
              <w:jc w:val="right"/>
            </w:pPr>
            <w:r>
              <w:rPr>
                <w:sz w:val="16"/>
              </w:rPr>
              <w:t>90 records, 1980 to 2026</w:t>
            </w:r>
          </w:p>
        </w:tc>
        <w:tc>
          <w:tcPr>
            <w:tcW w:type="dxa" w:w="1921"/>
          </w:tcPr>
          <w:p>
            <w:pPr>
              <w:spacing w:after="0"/>
              <w:jc w:val="left"/>
            </w:pPr>
            <w:r>
              <w:rPr>
                <w:sz w:val="16"/>
              </w:rPr>
              <w:t>45 kt (52 mph) to 61 kt (70 mph) (median 50 kt (58 mph)); 69 with a recorded value</w:t>
            </w:r>
          </w:p>
        </w:tc>
        <w:tc>
          <w:tcPr>
            <w:tcW w:type="dxa" w:w="1407"/>
          </w:tcPr>
          <w:p>
            <w:pPr>
              <w:spacing w:after="0"/>
              <w:jc w:val="left"/>
            </w:pPr>
            <w:r>
              <w:rPr>
                <w:sz w:val="16"/>
              </w:rPr>
              <w:t>61 kt (70 mph) estimated gust, Thunderstorm Wind, 2024-04-02</w:t>
            </w:r>
          </w:p>
        </w:tc>
        <w:tc>
          <w:tcPr>
            <w:tcW w:type="dxa" w:w="1630"/>
          </w:tcPr>
          <w:p>
            <w:pPr>
              <w:spacing w:after="0"/>
              <w:jc w:val="left"/>
            </w:pPr>
            <w:r>
              <w:rPr>
                <w:sz w:val="16"/>
              </w:rPr>
              <w:t>Thunderstorm Wind, 2012-06-29, $1,000,000 property; $0 crops (2012 dollars)</w:t>
            </w:r>
          </w:p>
        </w:tc>
        <w:tc>
          <w:tcPr>
            <w:tcW w:type="dxa" w:w="1854"/>
          </w:tcPr>
          <w:p>
            <w:pPr>
              <w:spacing w:after="0"/>
              <w:jc w:val="left"/>
            </w:pPr>
            <w:r>
              <w:rPr>
                <w:sz w:val="16"/>
              </w:rPr>
              <w:t>Event records naming jurisdictions in the plan: Clay town (20 records).</w:t>
            </w:r>
          </w:p>
        </w:tc>
        <w:tc>
          <w:tcPr>
            <w:tcW w:type="dxa" w:w="1907"/>
          </w:tcPr>
          <w:p>
            <w:pPr>
              <w:spacing w:after="0"/>
              <w:jc w:val="left"/>
            </w:pPr>
          </w:p>
        </w:tc>
      </w:tr>
      <w:tr>
        <w:trPr>
          <w:cantSplit/>
        </w:trPr>
        <w:tc>
          <w:tcPr>
            <w:tcW w:type="dxa" w:w="1811"/>
          </w:tcPr>
          <w:p>
            <w:pPr>
              <w:spacing w:after="0"/>
              <w:jc w:val="left"/>
            </w:pPr>
            <w:r>
              <w:rPr>
                <w:sz w:val="16"/>
              </w:rPr>
              <w:t>Tornado</w:t>
            </w:r>
          </w:p>
        </w:tc>
        <w:tc>
          <w:tcPr>
            <w:tcW w:type="dxa" w:w="1840"/>
          </w:tcPr>
          <w:p>
            <w:pPr>
              <w:spacing w:after="0"/>
              <w:jc w:val="left"/>
            </w:pPr>
            <w:r>
              <w:rPr>
                <w:sz w:val="16"/>
              </w:rPr>
              <w:t>Enhanced Fujita (Fujita before Feb 2007)</w:t>
            </w:r>
          </w:p>
        </w:tc>
        <w:tc>
          <w:tcPr>
            <w:tcW w:type="dxa" w:w="1743"/>
          </w:tcPr>
          <w:p>
            <w:pPr>
              <w:spacing w:after="0"/>
              <w:jc w:val="right"/>
            </w:pPr>
            <w:r>
              <w:rPr>
                <w:sz w:val="16"/>
              </w:rPr>
              <w:t>0</w:t>
            </w:r>
          </w:p>
        </w:tc>
        <w:tc>
          <w:tcPr>
            <w:tcW w:type="dxa" w:w="1921"/>
          </w:tcPr>
          <w:p>
            <w:pPr>
              <w:spacing w:after="0"/>
              <w:jc w:val="left"/>
            </w:pPr>
          </w:p>
        </w:tc>
        <w:tc>
          <w:tcPr>
            <w:tcW w:type="dxa" w:w="1407"/>
          </w:tcPr>
          <w:p>
            <w:pPr>
              <w:spacing w:after="0"/>
              <w:jc w:val="left"/>
            </w:pPr>
          </w:p>
        </w:tc>
        <w:tc>
          <w:tcPr>
            <w:tcW w:type="dxa" w:w="1630"/>
          </w:tcPr>
          <w:p>
            <w:pPr>
              <w:spacing w:after="0"/>
              <w:jc w:val="left"/>
            </w:pPr>
          </w:p>
        </w:tc>
        <w:tc>
          <w:tcPr>
            <w:tcW w:type="dxa" w:w="1854"/>
          </w:tcPr>
          <w:p>
            <w:pPr>
              <w:spacing w:after="0"/>
              <w:jc w:val="left"/>
            </w:pPr>
          </w:p>
        </w:tc>
        <w:tc>
          <w:tcPr>
            <w:tcW w:type="dxa" w:w="190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11"/>
          </w:tcPr>
          <w:p>
            <w:pPr>
              <w:spacing w:after="0"/>
              <w:jc w:val="left"/>
            </w:pPr>
            <w:r>
              <w:rPr>
                <w:sz w:val="16"/>
              </w:rPr>
              <w:t>Wildfire</w:t>
            </w:r>
          </w:p>
        </w:tc>
        <w:tc>
          <w:tcPr>
            <w:tcW w:type="dxa" w:w="1840"/>
          </w:tcPr>
          <w:p>
            <w:pPr>
              <w:spacing w:after="0"/>
              <w:jc w:val="left"/>
            </w:pPr>
            <w:r>
              <w:rPr>
                <w:sz w:val="16"/>
              </w:rPr>
              <w:t>acres burned (local data)</w:t>
            </w:r>
          </w:p>
        </w:tc>
        <w:tc>
          <w:tcPr>
            <w:tcW w:type="dxa" w:w="1743"/>
          </w:tcPr>
          <w:p>
            <w:pPr>
              <w:spacing w:after="0"/>
              <w:jc w:val="right"/>
            </w:pPr>
            <w:r>
              <w:rPr>
                <w:sz w:val="16"/>
              </w:rPr>
              <w:t>1 record, 1999</w:t>
            </w:r>
          </w:p>
        </w:tc>
        <w:tc>
          <w:tcPr>
            <w:tcW w:type="dxa" w:w="1921"/>
          </w:tcPr>
          <w:p>
            <w:pPr>
              <w:spacing w:after="0"/>
              <w:jc w:val="left"/>
            </w:pPr>
          </w:p>
        </w:tc>
        <w:tc>
          <w:tcPr>
            <w:tcW w:type="dxa" w:w="1407"/>
          </w:tcPr>
          <w:p>
            <w:pPr>
              <w:spacing w:after="0"/>
              <w:jc w:val="left"/>
            </w:pPr>
            <w:r>
              <w:rPr>
                <w:sz w:val="16"/>
              </w:rPr>
              <w:t>No damage reported in 1 record.</w:t>
            </w:r>
          </w:p>
        </w:tc>
        <w:tc>
          <w:tcPr>
            <w:tcW w:type="dxa" w:w="1630"/>
          </w:tcPr>
          <w:p>
            <w:pPr>
              <w:spacing w:after="0"/>
              <w:jc w:val="left"/>
            </w:pPr>
          </w:p>
        </w:tc>
        <w:tc>
          <w:tcPr>
            <w:tcW w:type="dxa" w:w="1854"/>
          </w:tcPr>
          <w:p>
            <w:pPr>
              <w:spacing w:after="0"/>
              <w:jc w:val="left"/>
            </w:pPr>
            <w:r>
              <w:rPr>
                <w:sz w:val="16"/>
              </w:rPr>
              <w:t>No event record names a jurisdiction in the plan.</w:t>
            </w:r>
          </w:p>
        </w:tc>
        <w:tc>
          <w:tcPr>
            <w:tcW w:type="dxa" w:w="1907"/>
          </w:tcPr>
          <w:p>
            <w:pPr>
              <w:spacing w:after="0"/>
              <w:jc w:val="left"/>
            </w:pPr>
          </w:p>
        </w:tc>
      </w:tr>
      <w:tr>
        <w:trPr>
          <w:cantSplit/>
        </w:trPr>
        <w:tc>
          <w:tcPr>
            <w:tcW w:type="dxa" w:w="1811"/>
          </w:tcPr>
          <w:p>
            <w:pPr>
              <w:spacing w:after="0"/>
              <w:jc w:val="left"/>
            </w:pPr>
            <w:r>
              <w:rPr>
                <w:sz w:val="16"/>
              </w:rPr>
              <w:t>Winter Storm, Heavy Snow, Blizzard, Lake-Effect Snow, Winter Weather, Sleet</w:t>
            </w:r>
          </w:p>
        </w:tc>
        <w:tc>
          <w:tcPr>
            <w:tcW w:type="dxa" w:w="1840"/>
          </w:tcPr>
          <w:p>
            <w:pPr>
              <w:spacing w:after="0"/>
              <w:jc w:val="left"/>
            </w:pPr>
            <w:r>
              <w:rPr>
                <w:sz w:val="16"/>
              </w:rPr>
              <w:t>none in data (snowfall: local data)</w:t>
            </w:r>
          </w:p>
        </w:tc>
        <w:tc>
          <w:tcPr>
            <w:tcW w:type="dxa" w:w="1743"/>
          </w:tcPr>
          <w:p>
            <w:pPr>
              <w:spacing w:after="0"/>
              <w:jc w:val="right"/>
            </w:pPr>
            <w:r>
              <w:rPr>
                <w:sz w:val="16"/>
              </w:rPr>
              <w:t>71 records, 1996 to 2026 (71 zone-level)</w:t>
            </w:r>
          </w:p>
        </w:tc>
        <w:tc>
          <w:tcPr>
            <w:tcW w:type="dxa" w:w="1921"/>
          </w:tcPr>
          <w:p>
            <w:pPr>
              <w:spacing w:after="0"/>
              <w:jc w:val="left"/>
            </w:pPr>
          </w:p>
        </w:tc>
        <w:tc>
          <w:tcPr>
            <w:tcW w:type="dxa" w:w="1407"/>
          </w:tcPr>
          <w:p>
            <w:pPr>
              <w:spacing w:after="0"/>
              <w:jc w:val="left"/>
            </w:pPr>
            <w:r>
              <w:rPr>
                <w:sz w:val="16"/>
              </w:rPr>
              <w:t>Heavy Snow, 2012-10-29, $750,000 property; $0 crops (2012 dollars); NWS zone WVZ027</w:t>
            </w:r>
          </w:p>
        </w:tc>
        <w:tc>
          <w:tcPr>
            <w:tcW w:type="dxa" w:w="1630"/>
          </w:tcPr>
          <w:p>
            <w:pPr>
              <w:spacing w:after="0"/>
              <w:jc w:val="left"/>
            </w:pPr>
          </w:p>
        </w:tc>
        <w:tc>
          <w:tcPr>
            <w:tcW w:type="dxa" w:w="1854"/>
          </w:tcPr>
          <w:p>
            <w:pPr>
              <w:spacing w:after="0"/>
              <w:jc w:val="left"/>
            </w:pPr>
            <w:r>
              <w:rPr>
                <w:sz w:val="16"/>
              </w:rPr>
              <w:t>Countywide (zone-level records).</w:t>
            </w:r>
          </w:p>
        </w:tc>
        <w:tc>
          <w:tcPr>
            <w:tcW w:type="dxa" w:w="190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26 declarations covering 20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44"/>
        <w:gridCol w:w="3001"/>
        <w:gridCol w:w="2613"/>
        <w:gridCol w:w="2170"/>
        <w:gridCol w:w="1094"/>
        <w:gridCol w:w="87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44"/>
            <w:shd w:val="clear" w:color="auto" w:fill="E8E8E8"/>
          </w:tcPr>
          <w:p>
            <w:pPr>
              <w:spacing w:after="0"/>
              <w:jc w:val="left"/>
            </w:pPr>
            <w:r>
              <w:rPr>
                <w:b/>
                <w:sz w:val="16"/>
              </w:rPr>
              <w:t>Type</w:t>
            </w:r>
          </w:p>
        </w:tc>
        <w:tc>
          <w:tcPr>
            <w:tcW w:type="dxa" w:w="3001"/>
            <w:shd w:val="clear" w:color="auto" w:fill="E8E8E8"/>
          </w:tcPr>
          <w:p>
            <w:pPr>
              <w:spacing w:after="0"/>
              <w:jc w:val="left"/>
            </w:pPr>
            <w:r>
              <w:rPr>
                <w:b/>
                <w:sz w:val="16"/>
              </w:rPr>
              <w:t>Title</w:t>
            </w:r>
          </w:p>
        </w:tc>
        <w:tc>
          <w:tcPr>
            <w:tcW w:type="dxa" w:w="2613"/>
            <w:shd w:val="clear" w:color="auto" w:fill="E8E8E8"/>
          </w:tcPr>
          <w:p>
            <w:pPr>
              <w:spacing w:after="0"/>
              <w:jc w:val="left"/>
            </w:pPr>
            <w:r>
              <w:rPr>
                <w:b/>
                <w:sz w:val="16"/>
              </w:rPr>
              <w:t>Mapped hazard</w:t>
            </w:r>
          </w:p>
        </w:tc>
        <w:tc>
          <w:tcPr>
            <w:tcW w:type="dxa" w:w="217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94"/>
            <w:shd w:val="clear" w:color="auto" w:fill="E8E8E8"/>
          </w:tcPr>
          <w:p>
            <w:pPr>
              <w:spacing w:after="0"/>
              <w:jc w:val="left"/>
            </w:pPr>
            <w:r>
              <w:rPr>
                <w:b/>
                <w:sz w:val="16"/>
              </w:rPr>
              <w:t>Flags</w:t>
            </w:r>
          </w:p>
        </w:tc>
        <w:tc>
          <w:tcPr>
            <w:tcW w:type="dxa" w:w="879"/>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EM-3639-WV</w:t>
            </w:r>
          </w:p>
        </w:tc>
        <w:tc>
          <w:tcPr>
            <w:tcW w:type="dxa" w:w="1244"/>
          </w:tcPr>
          <w:p>
            <w:pPr>
              <w:spacing w:after="0"/>
              <w:jc w:val="left"/>
            </w:pPr>
            <w:r>
              <w:rPr>
                <w:sz w:val="16"/>
              </w:rPr>
              <w:t>Emergency</w:t>
            </w:r>
          </w:p>
        </w:tc>
        <w:tc>
          <w:tcPr>
            <w:tcW w:type="dxa" w:w="3001"/>
          </w:tcPr>
          <w:p>
            <w:pPr>
              <w:spacing w:after="0"/>
              <w:jc w:val="left"/>
            </w:pPr>
            <w:r>
              <w:rPr>
                <w:sz w:val="16"/>
              </w:rPr>
              <w:t>Severe Winter Storm</w:t>
            </w:r>
          </w:p>
        </w:tc>
        <w:tc>
          <w:tcPr>
            <w:tcW w:type="dxa" w:w="2613"/>
          </w:tcPr>
          <w:p>
            <w:pPr>
              <w:spacing w:after="0"/>
              <w:jc w:val="left"/>
            </w:pPr>
            <w:r>
              <w:rPr>
                <w:sz w:val="16"/>
              </w:rPr>
              <w:t>Winter Weather</w:t>
            </w:r>
          </w:p>
        </w:tc>
        <w:tc>
          <w:tcPr>
            <w:tcW w:type="dxa" w:w="2170"/>
          </w:tcPr>
          <w:p>
            <w:pPr>
              <w:spacing w:after="0"/>
              <w:jc w:val="right"/>
            </w:pPr>
            <w:r>
              <w:rPr>
                <w:sz w:val="16"/>
              </w:rPr>
              <w:t>no Public Assistance recorded</w:t>
            </w:r>
          </w:p>
        </w:tc>
        <w:tc>
          <w:tcPr>
            <w:tcW w:type="dxa" w:w="1094"/>
          </w:tcPr>
          <w:p>
            <w:pPr>
              <w:spacing w:after="0"/>
              <w:jc w:val="left"/>
            </w:pPr>
            <w:r>
              <w:rPr>
                <w:sz w:val="16"/>
              </w:rPr>
              <w:t>new since last plan; within last 5 years</w:t>
            </w:r>
          </w:p>
        </w:tc>
        <w:tc>
          <w:tcPr>
            <w:tcW w:type="dxa" w:w="879"/>
          </w:tcPr>
          <w:p>
            <w:pPr>
              <w:spacing w:after="0"/>
              <w:jc w:val="left"/>
            </w:pPr>
          </w:p>
        </w:tc>
      </w:tr>
      <w:tr>
        <w:trPr>
          <w:cantSplit/>
        </w:trPr>
        <w:tc>
          <w:tcPr>
            <w:tcW w:type="dxa" w:w="1037"/>
          </w:tcPr>
          <w:p>
            <w:pPr>
              <w:spacing w:after="0"/>
              <w:jc w:val="left"/>
            </w:pPr>
            <w:r>
              <w:rPr>
                <w:sz w:val="16"/>
              </w:rPr>
              <w:t>2024-01-30</w:t>
            </w:r>
          </w:p>
        </w:tc>
        <w:tc>
          <w:tcPr>
            <w:tcW w:type="dxa" w:w="1037"/>
          </w:tcPr>
          <w:p>
            <w:pPr>
              <w:spacing w:after="0"/>
              <w:jc w:val="left"/>
            </w:pPr>
            <w:r>
              <w:rPr>
                <w:sz w:val="16"/>
              </w:rPr>
              <w:t>2023-08-28</w:t>
            </w:r>
          </w:p>
        </w:tc>
        <w:tc>
          <w:tcPr>
            <w:tcW w:type="dxa" w:w="1037"/>
          </w:tcPr>
          <w:p>
            <w:pPr>
              <w:spacing w:after="0"/>
              <w:jc w:val="left"/>
            </w:pPr>
            <w:r>
              <w:rPr>
                <w:sz w:val="16"/>
              </w:rPr>
              <w:t>DR-4756-WV</w:t>
            </w:r>
          </w:p>
        </w:tc>
        <w:tc>
          <w:tcPr>
            <w:tcW w:type="dxa" w:w="1244"/>
          </w:tcPr>
          <w:p>
            <w:pPr>
              <w:spacing w:after="0"/>
              <w:jc w:val="left"/>
            </w:pPr>
            <w:r>
              <w:rPr>
                <w:sz w:val="16"/>
              </w:rPr>
              <w:t>Major disaster</w:t>
            </w:r>
          </w:p>
        </w:tc>
        <w:tc>
          <w:tcPr>
            <w:tcW w:type="dxa" w:w="3001"/>
          </w:tcPr>
          <w:p>
            <w:pPr>
              <w:spacing w:after="0"/>
              <w:jc w:val="left"/>
            </w:pPr>
            <w:r>
              <w:rPr>
                <w:sz w:val="16"/>
              </w:rPr>
              <w:t>Severe Storms, Flooding, Landslides, and Mudslides</w:t>
            </w:r>
          </w:p>
        </w:tc>
        <w:tc>
          <w:tcPr>
            <w:tcW w:type="dxa" w:w="2613"/>
          </w:tcPr>
          <w:p>
            <w:pPr>
              <w:spacing w:after="0"/>
              <w:jc w:val="left"/>
            </w:pPr>
            <w:r>
              <w:rPr>
                <w:sz w:val="16"/>
              </w:rPr>
              <w:t>Inland Flooding (primary); also designated: Landslide</w:t>
            </w:r>
          </w:p>
        </w:tc>
        <w:tc>
          <w:tcPr>
            <w:tcW w:type="dxa" w:w="2170"/>
          </w:tcPr>
          <w:p>
            <w:pPr>
              <w:spacing w:after="0"/>
              <w:jc w:val="right"/>
            </w:pPr>
            <w:r>
              <w:rPr>
                <w:sz w:val="16"/>
              </w:rPr>
              <w:t>PA not declared for this county</w:t>
            </w:r>
          </w:p>
        </w:tc>
        <w:tc>
          <w:tcPr>
            <w:tcW w:type="dxa" w:w="1094"/>
          </w:tcPr>
          <w:p>
            <w:pPr>
              <w:spacing w:after="0"/>
              <w:jc w:val="left"/>
            </w:pPr>
            <w:r>
              <w:rPr>
                <w:sz w:val="16"/>
              </w:rPr>
              <w:t>new since last plan; within last 5 years</w:t>
            </w:r>
          </w:p>
        </w:tc>
        <w:tc>
          <w:tcPr>
            <w:tcW w:type="dxa" w:w="879"/>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DR-4517-WV</w:t>
            </w:r>
          </w:p>
        </w:tc>
        <w:tc>
          <w:tcPr>
            <w:tcW w:type="dxa" w:w="1244"/>
          </w:tcPr>
          <w:p>
            <w:pPr>
              <w:spacing w:after="0"/>
              <w:jc w:val="left"/>
            </w:pPr>
            <w:r>
              <w:rPr>
                <w:sz w:val="16"/>
              </w:rPr>
              <w:t>Major disaster</w:t>
            </w:r>
          </w:p>
        </w:tc>
        <w:tc>
          <w:tcPr>
            <w:tcW w:type="dxa" w:w="3001"/>
          </w:tcPr>
          <w:p>
            <w:pPr>
              <w:spacing w:after="0"/>
              <w:jc w:val="left"/>
            </w:pPr>
            <w:r>
              <w:rPr>
                <w:sz w:val="16"/>
              </w:rPr>
              <w:t>COVID-19 Pandemic</w:t>
            </w:r>
          </w:p>
        </w:tc>
        <w:tc>
          <w:tcPr>
            <w:tcW w:type="dxa" w:w="2613"/>
          </w:tcPr>
          <w:p>
            <w:pPr>
              <w:spacing w:after="0"/>
              <w:jc w:val="left"/>
            </w:pPr>
            <w:r>
              <w:rPr>
                <w:sz w:val="16"/>
              </w:rPr>
              <w:t>Non-natural, not counted</w:t>
            </w:r>
          </w:p>
        </w:tc>
        <w:tc>
          <w:tcPr>
            <w:tcW w:type="dxa" w:w="2170"/>
          </w:tcPr>
          <w:p>
            <w:pPr>
              <w:spacing w:after="0"/>
              <w:jc w:val="right"/>
            </w:pPr>
            <w:r>
              <w:rPr>
                <w:sz w:val="16"/>
              </w:rPr>
              <w:t>no Public Assistance recorded</w:t>
            </w:r>
          </w:p>
        </w:tc>
        <w:tc>
          <w:tcPr>
            <w:tcW w:type="dxa" w:w="109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EM-3450-WV</w:t>
            </w:r>
          </w:p>
        </w:tc>
        <w:tc>
          <w:tcPr>
            <w:tcW w:type="dxa" w:w="1244"/>
          </w:tcPr>
          <w:p>
            <w:pPr>
              <w:spacing w:after="0"/>
              <w:jc w:val="left"/>
            </w:pPr>
            <w:r>
              <w:rPr>
                <w:sz w:val="16"/>
              </w:rPr>
              <w:t>Emergency</w:t>
            </w:r>
          </w:p>
        </w:tc>
        <w:tc>
          <w:tcPr>
            <w:tcW w:type="dxa" w:w="3001"/>
          </w:tcPr>
          <w:p>
            <w:pPr>
              <w:spacing w:after="0"/>
              <w:jc w:val="left"/>
            </w:pPr>
            <w:r>
              <w:rPr>
                <w:sz w:val="16"/>
              </w:rPr>
              <w:t>COVID-19</w:t>
            </w:r>
          </w:p>
        </w:tc>
        <w:tc>
          <w:tcPr>
            <w:tcW w:type="dxa" w:w="2613"/>
          </w:tcPr>
          <w:p>
            <w:pPr>
              <w:spacing w:after="0"/>
              <w:jc w:val="left"/>
            </w:pPr>
            <w:r>
              <w:rPr>
                <w:sz w:val="16"/>
              </w:rPr>
              <w:t>Non-natural, not counted</w:t>
            </w:r>
          </w:p>
        </w:tc>
        <w:tc>
          <w:tcPr>
            <w:tcW w:type="dxa" w:w="2170"/>
          </w:tcPr>
          <w:p>
            <w:pPr>
              <w:spacing w:after="0"/>
              <w:jc w:val="right"/>
            </w:pPr>
            <w:r>
              <w:rPr>
                <w:sz w:val="16"/>
              </w:rPr>
              <w:t>no Public Assistance recorded</w:t>
            </w:r>
          </w:p>
        </w:tc>
        <w:tc>
          <w:tcPr>
            <w:tcW w:type="dxa" w:w="1094"/>
          </w:tcPr>
          <w:p>
            <w:pPr>
              <w:spacing w:after="0"/>
              <w:jc w:val="left"/>
            </w:pPr>
          </w:p>
        </w:tc>
        <w:tc>
          <w:tcPr>
            <w:tcW w:type="dxa" w:w="879"/>
          </w:tcPr>
          <w:p>
            <w:pPr>
              <w:spacing w:after="0"/>
              <w:jc w:val="left"/>
            </w:pPr>
            <w:r>
              <w:rPr>
                <w:sz w:val="16"/>
              </w:rPr>
              <w:t>same incident as DR-4517</w:t>
            </w:r>
          </w:p>
        </w:tc>
      </w:tr>
      <w:tr>
        <w:trPr>
          <w:cantSplit/>
        </w:trPr>
        <w:tc>
          <w:tcPr>
            <w:tcW w:type="dxa" w:w="1037"/>
          </w:tcPr>
          <w:p>
            <w:pPr>
              <w:spacing w:after="0"/>
              <w:jc w:val="left"/>
            </w:pPr>
            <w:r>
              <w:rPr>
                <w:sz w:val="16"/>
              </w:rPr>
              <w:t>2016-06-25</w:t>
            </w:r>
          </w:p>
        </w:tc>
        <w:tc>
          <w:tcPr>
            <w:tcW w:type="dxa" w:w="1037"/>
          </w:tcPr>
          <w:p>
            <w:pPr>
              <w:spacing w:after="0"/>
              <w:jc w:val="left"/>
            </w:pPr>
            <w:r>
              <w:rPr>
                <w:sz w:val="16"/>
              </w:rPr>
              <w:t>2016-06-22</w:t>
            </w:r>
          </w:p>
        </w:tc>
        <w:tc>
          <w:tcPr>
            <w:tcW w:type="dxa" w:w="1037"/>
          </w:tcPr>
          <w:p>
            <w:pPr>
              <w:spacing w:after="0"/>
              <w:jc w:val="left"/>
            </w:pPr>
            <w:r>
              <w:rPr>
                <w:sz w:val="16"/>
              </w:rPr>
              <w:t>DR-4273-WV</w:t>
            </w:r>
          </w:p>
        </w:tc>
        <w:tc>
          <w:tcPr>
            <w:tcW w:type="dxa" w:w="1244"/>
          </w:tcPr>
          <w:p>
            <w:pPr>
              <w:spacing w:after="0"/>
              <w:jc w:val="left"/>
            </w:pPr>
            <w:r>
              <w:rPr>
                <w:sz w:val="16"/>
              </w:rPr>
              <w:t>Major disaster</w:t>
            </w:r>
          </w:p>
        </w:tc>
        <w:tc>
          <w:tcPr>
            <w:tcW w:type="dxa" w:w="3001"/>
          </w:tcPr>
          <w:p>
            <w:pPr>
              <w:spacing w:after="0"/>
              <w:jc w:val="left"/>
            </w:pPr>
            <w:r>
              <w:rPr>
                <w:sz w:val="16"/>
              </w:rPr>
              <w:t>Severe Storms, Flooding, Landslides, and Mudslides</w:t>
            </w:r>
          </w:p>
        </w:tc>
        <w:tc>
          <w:tcPr>
            <w:tcW w:type="dxa" w:w="2613"/>
          </w:tcPr>
          <w:p>
            <w:pPr>
              <w:spacing w:after="0"/>
              <w:jc w:val="left"/>
            </w:pPr>
            <w:r>
              <w:rPr>
                <w:sz w:val="16"/>
              </w:rPr>
              <w:t>Inland Flooding (primary); also designated: Landslide</w:t>
            </w:r>
          </w:p>
        </w:tc>
        <w:tc>
          <w:tcPr>
            <w:tcW w:type="dxa" w:w="2170"/>
          </w:tcPr>
          <w:p>
            <w:pPr>
              <w:spacing w:after="0"/>
              <w:jc w:val="right"/>
            </w:pPr>
            <w:r>
              <w:rPr>
                <w:sz w:val="16"/>
              </w:rPr>
              <w:t>$16,487,337.37</w:t>
            </w:r>
          </w:p>
        </w:tc>
        <w:tc>
          <w:tcPr>
            <w:tcW w:type="dxa" w:w="109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2015-08-07</w:t>
            </w:r>
          </w:p>
        </w:tc>
        <w:tc>
          <w:tcPr>
            <w:tcW w:type="dxa" w:w="1037"/>
          </w:tcPr>
          <w:p>
            <w:pPr>
              <w:spacing w:after="0"/>
              <w:jc w:val="left"/>
            </w:pPr>
            <w:r>
              <w:rPr>
                <w:sz w:val="16"/>
              </w:rPr>
              <w:t>2015-07-10</w:t>
            </w:r>
          </w:p>
        </w:tc>
        <w:tc>
          <w:tcPr>
            <w:tcW w:type="dxa" w:w="1037"/>
          </w:tcPr>
          <w:p>
            <w:pPr>
              <w:spacing w:after="0"/>
              <w:jc w:val="left"/>
            </w:pPr>
            <w:r>
              <w:rPr>
                <w:sz w:val="16"/>
              </w:rPr>
              <w:t>DR-4236-WV</w:t>
            </w:r>
          </w:p>
        </w:tc>
        <w:tc>
          <w:tcPr>
            <w:tcW w:type="dxa" w:w="1244"/>
          </w:tcPr>
          <w:p>
            <w:pPr>
              <w:spacing w:after="0"/>
              <w:jc w:val="left"/>
            </w:pPr>
            <w:r>
              <w:rPr>
                <w:sz w:val="16"/>
              </w:rPr>
              <w:t>Major disaster</w:t>
            </w:r>
          </w:p>
        </w:tc>
        <w:tc>
          <w:tcPr>
            <w:tcW w:type="dxa" w:w="3001"/>
          </w:tcPr>
          <w:p>
            <w:pPr>
              <w:spacing w:after="0"/>
              <w:jc w:val="left"/>
            </w:pPr>
            <w:r>
              <w:rPr>
                <w:sz w:val="16"/>
              </w:rPr>
              <w:t>Severe Storms, Straight-Line Winds, Flooding, Landslides, and Mudslides</w:t>
            </w:r>
          </w:p>
        </w:tc>
        <w:tc>
          <w:tcPr>
            <w:tcW w:type="dxa" w:w="2613"/>
          </w:tcPr>
          <w:p>
            <w:pPr>
              <w:spacing w:after="0"/>
              <w:jc w:val="left"/>
            </w:pPr>
            <w:r>
              <w:rPr>
                <w:sz w:val="16"/>
              </w:rPr>
              <w:t>Inland Flooding; Landslide; Strong Wind</w:t>
            </w:r>
          </w:p>
        </w:tc>
        <w:tc>
          <w:tcPr>
            <w:tcW w:type="dxa" w:w="2170"/>
          </w:tcPr>
          <w:p>
            <w:pPr>
              <w:spacing w:after="0"/>
              <w:jc w:val="right"/>
            </w:pPr>
            <w:r>
              <w:rPr>
                <w:sz w:val="16"/>
              </w:rPr>
              <w:t>no Public Assistance recorded</w:t>
            </w:r>
          </w:p>
        </w:tc>
        <w:tc>
          <w:tcPr>
            <w:tcW w:type="dxa" w:w="109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2014-01-10</w:t>
            </w:r>
          </w:p>
        </w:tc>
        <w:tc>
          <w:tcPr>
            <w:tcW w:type="dxa" w:w="1037"/>
          </w:tcPr>
          <w:p>
            <w:pPr>
              <w:spacing w:after="0"/>
              <w:jc w:val="left"/>
            </w:pPr>
            <w:r>
              <w:rPr>
                <w:sz w:val="16"/>
              </w:rPr>
              <w:t>2014-01-09</w:t>
            </w:r>
          </w:p>
        </w:tc>
        <w:tc>
          <w:tcPr>
            <w:tcW w:type="dxa" w:w="1037"/>
          </w:tcPr>
          <w:p>
            <w:pPr>
              <w:spacing w:after="0"/>
              <w:jc w:val="left"/>
            </w:pPr>
            <w:r>
              <w:rPr>
                <w:sz w:val="16"/>
              </w:rPr>
              <w:t>EM-3366-WV</w:t>
            </w:r>
          </w:p>
        </w:tc>
        <w:tc>
          <w:tcPr>
            <w:tcW w:type="dxa" w:w="1244"/>
          </w:tcPr>
          <w:p>
            <w:pPr>
              <w:spacing w:after="0"/>
              <w:jc w:val="left"/>
            </w:pPr>
            <w:r>
              <w:rPr>
                <w:sz w:val="16"/>
              </w:rPr>
              <w:t>Emergency</w:t>
            </w:r>
          </w:p>
        </w:tc>
        <w:tc>
          <w:tcPr>
            <w:tcW w:type="dxa" w:w="3001"/>
          </w:tcPr>
          <w:p>
            <w:pPr>
              <w:spacing w:after="0"/>
              <w:jc w:val="left"/>
            </w:pPr>
            <w:r>
              <w:rPr>
                <w:sz w:val="16"/>
              </w:rPr>
              <w:t>Chemical Spill</w:t>
            </w:r>
          </w:p>
        </w:tc>
        <w:tc>
          <w:tcPr>
            <w:tcW w:type="dxa" w:w="2613"/>
          </w:tcPr>
          <w:p>
            <w:pPr>
              <w:spacing w:after="0"/>
              <w:jc w:val="left"/>
            </w:pPr>
            <w:r>
              <w:rPr>
                <w:sz w:val="16"/>
              </w:rPr>
              <w:t>Non-natural, not counted</w:t>
            </w:r>
          </w:p>
        </w:tc>
        <w:tc>
          <w:tcPr>
            <w:tcW w:type="dxa" w:w="2170"/>
          </w:tcPr>
          <w:p>
            <w:pPr>
              <w:spacing w:after="0"/>
              <w:jc w:val="right"/>
            </w:pPr>
            <w:r>
              <w:rPr>
                <w:sz w:val="16"/>
              </w:rPr>
              <w:t>no Public Assistance recorded</w:t>
            </w:r>
          </w:p>
        </w:tc>
        <w:tc>
          <w:tcPr>
            <w:tcW w:type="dxa" w:w="109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2012-11-27</w:t>
            </w:r>
          </w:p>
        </w:tc>
        <w:tc>
          <w:tcPr>
            <w:tcW w:type="dxa" w:w="1037"/>
          </w:tcPr>
          <w:p>
            <w:pPr>
              <w:spacing w:after="0"/>
              <w:jc w:val="left"/>
            </w:pPr>
            <w:r>
              <w:rPr>
                <w:sz w:val="16"/>
              </w:rPr>
              <w:t>2012-10-29</w:t>
            </w:r>
          </w:p>
        </w:tc>
        <w:tc>
          <w:tcPr>
            <w:tcW w:type="dxa" w:w="1037"/>
          </w:tcPr>
          <w:p>
            <w:pPr>
              <w:spacing w:after="0"/>
              <w:jc w:val="left"/>
            </w:pPr>
            <w:r>
              <w:rPr>
                <w:sz w:val="16"/>
              </w:rPr>
              <w:t>DR-4093-WV</w:t>
            </w:r>
          </w:p>
        </w:tc>
        <w:tc>
          <w:tcPr>
            <w:tcW w:type="dxa" w:w="1244"/>
          </w:tcPr>
          <w:p>
            <w:pPr>
              <w:spacing w:after="0"/>
              <w:jc w:val="left"/>
            </w:pPr>
            <w:r>
              <w:rPr>
                <w:sz w:val="16"/>
              </w:rPr>
              <w:t>Major disaster</w:t>
            </w:r>
          </w:p>
        </w:tc>
        <w:tc>
          <w:tcPr>
            <w:tcW w:type="dxa" w:w="3001"/>
          </w:tcPr>
          <w:p>
            <w:pPr>
              <w:spacing w:after="0"/>
              <w:jc w:val="left"/>
            </w:pPr>
            <w:r>
              <w:rPr>
                <w:sz w:val="16"/>
              </w:rPr>
              <w:t>Hurricane Sandy</w:t>
            </w:r>
          </w:p>
        </w:tc>
        <w:tc>
          <w:tcPr>
            <w:tcW w:type="dxa" w:w="2613"/>
          </w:tcPr>
          <w:p>
            <w:pPr>
              <w:spacing w:after="0"/>
              <w:jc w:val="left"/>
            </w:pPr>
            <w:r>
              <w:rPr>
                <w:sz w:val="16"/>
              </w:rPr>
              <w:t>Hurricane</w:t>
            </w:r>
          </w:p>
        </w:tc>
        <w:tc>
          <w:tcPr>
            <w:tcW w:type="dxa" w:w="2170"/>
          </w:tcPr>
          <w:p>
            <w:pPr>
              <w:spacing w:after="0"/>
              <w:jc w:val="right"/>
            </w:pPr>
            <w:r>
              <w:rPr>
                <w:sz w:val="16"/>
              </w:rPr>
              <w:t>$13,327.24</w:t>
            </w:r>
          </w:p>
        </w:tc>
        <w:tc>
          <w:tcPr>
            <w:tcW w:type="dxa" w:w="109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2012-10-29</w:t>
            </w:r>
          </w:p>
        </w:tc>
        <w:tc>
          <w:tcPr>
            <w:tcW w:type="dxa" w:w="1037"/>
          </w:tcPr>
          <w:p>
            <w:pPr>
              <w:spacing w:after="0"/>
              <w:jc w:val="left"/>
            </w:pPr>
            <w:r>
              <w:rPr>
                <w:sz w:val="16"/>
              </w:rPr>
              <w:t>EM-3358-WV</w:t>
            </w:r>
          </w:p>
        </w:tc>
        <w:tc>
          <w:tcPr>
            <w:tcW w:type="dxa" w:w="1244"/>
          </w:tcPr>
          <w:p>
            <w:pPr>
              <w:spacing w:after="0"/>
              <w:jc w:val="left"/>
            </w:pPr>
            <w:r>
              <w:rPr>
                <w:sz w:val="16"/>
              </w:rPr>
              <w:t>Emergency</w:t>
            </w:r>
          </w:p>
        </w:tc>
        <w:tc>
          <w:tcPr>
            <w:tcW w:type="dxa" w:w="3001"/>
          </w:tcPr>
          <w:p>
            <w:pPr>
              <w:spacing w:after="0"/>
              <w:jc w:val="left"/>
            </w:pPr>
            <w:r>
              <w:rPr>
                <w:sz w:val="16"/>
              </w:rPr>
              <w:t>Hurricane Sandy</w:t>
            </w:r>
          </w:p>
        </w:tc>
        <w:tc>
          <w:tcPr>
            <w:tcW w:type="dxa" w:w="2613"/>
          </w:tcPr>
          <w:p>
            <w:pPr>
              <w:spacing w:after="0"/>
              <w:jc w:val="left"/>
            </w:pPr>
            <w:r>
              <w:rPr>
                <w:sz w:val="16"/>
              </w:rPr>
              <w:t>Hurricane</w:t>
            </w:r>
          </w:p>
        </w:tc>
        <w:tc>
          <w:tcPr>
            <w:tcW w:type="dxa" w:w="2170"/>
          </w:tcPr>
          <w:p>
            <w:pPr>
              <w:spacing w:after="0"/>
              <w:jc w:val="right"/>
            </w:pPr>
            <w:r>
              <w:rPr>
                <w:sz w:val="16"/>
              </w:rPr>
              <w:t>no Public Assistance recorded</w:t>
            </w:r>
          </w:p>
        </w:tc>
        <w:tc>
          <w:tcPr>
            <w:tcW w:type="dxa" w:w="1094"/>
          </w:tcPr>
          <w:p>
            <w:pPr>
              <w:spacing w:after="0"/>
              <w:jc w:val="left"/>
            </w:pPr>
          </w:p>
        </w:tc>
        <w:tc>
          <w:tcPr>
            <w:tcW w:type="dxa" w:w="879"/>
          </w:tcPr>
          <w:p>
            <w:pPr>
              <w:spacing w:after="0"/>
              <w:jc w:val="left"/>
            </w:pPr>
            <w:r>
              <w:rPr>
                <w:sz w:val="16"/>
              </w:rPr>
              <w:t>same incident as DR-4093</w:t>
            </w:r>
          </w:p>
        </w:tc>
      </w:tr>
      <w:tr>
        <w:trPr>
          <w:cantSplit/>
        </w:trPr>
        <w:tc>
          <w:tcPr>
            <w:tcW w:type="dxa" w:w="1037"/>
          </w:tcPr>
          <w:p>
            <w:pPr>
              <w:spacing w:after="0"/>
              <w:jc w:val="left"/>
            </w:pPr>
            <w:r>
              <w:rPr>
                <w:sz w:val="16"/>
              </w:rPr>
              <w:t>2012-07-23</w:t>
            </w:r>
          </w:p>
        </w:tc>
        <w:tc>
          <w:tcPr>
            <w:tcW w:type="dxa" w:w="1037"/>
          </w:tcPr>
          <w:p>
            <w:pPr>
              <w:spacing w:after="0"/>
              <w:jc w:val="left"/>
            </w:pPr>
            <w:r>
              <w:rPr>
                <w:sz w:val="16"/>
              </w:rPr>
              <w:t>2012-06-29</w:t>
            </w:r>
          </w:p>
        </w:tc>
        <w:tc>
          <w:tcPr>
            <w:tcW w:type="dxa" w:w="1037"/>
          </w:tcPr>
          <w:p>
            <w:pPr>
              <w:spacing w:after="0"/>
              <w:jc w:val="left"/>
            </w:pPr>
            <w:r>
              <w:rPr>
                <w:sz w:val="16"/>
              </w:rPr>
              <w:t>DR-4071-WV</w:t>
            </w:r>
          </w:p>
        </w:tc>
        <w:tc>
          <w:tcPr>
            <w:tcW w:type="dxa" w:w="1244"/>
          </w:tcPr>
          <w:p>
            <w:pPr>
              <w:spacing w:after="0"/>
              <w:jc w:val="left"/>
            </w:pPr>
            <w:r>
              <w:rPr>
                <w:sz w:val="16"/>
              </w:rPr>
              <w:t>Major disaster</w:t>
            </w:r>
          </w:p>
        </w:tc>
        <w:tc>
          <w:tcPr>
            <w:tcW w:type="dxa" w:w="3001"/>
          </w:tcPr>
          <w:p>
            <w:pPr>
              <w:spacing w:after="0"/>
              <w:jc w:val="left"/>
            </w:pPr>
            <w:r>
              <w:rPr>
                <w:sz w:val="16"/>
              </w:rPr>
              <w:t>Severe Storms and Straight-Line Winds</w:t>
            </w:r>
          </w:p>
        </w:tc>
        <w:tc>
          <w:tcPr>
            <w:tcW w:type="dxa" w:w="2613"/>
          </w:tcPr>
          <w:p>
            <w:pPr>
              <w:spacing w:after="0"/>
              <w:jc w:val="left"/>
            </w:pPr>
            <w:r>
              <w:rPr>
                <w:sz w:val="16"/>
              </w:rPr>
              <w:t>Strong Wind</w:t>
            </w:r>
          </w:p>
        </w:tc>
        <w:tc>
          <w:tcPr>
            <w:tcW w:type="dxa" w:w="2170"/>
          </w:tcPr>
          <w:p>
            <w:pPr>
              <w:spacing w:after="0"/>
              <w:jc w:val="right"/>
            </w:pPr>
            <w:r>
              <w:rPr>
                <w:sz w:val="16"/>
              </w:rPr>
              <w:t>$126,839.48</w:t>
            </w:r>
          </w:p>
        </w:tc>
        <w:tc>
          <w:tcPr>
            <w:tcW w:type="dxa" w:w="109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2012-06-30</w:t>
            </w:r>
          </w:p>
        </w:tc>
        <w:tc>
          <w:tcPr>
            <w:tcW w:type="dxa" w:w="1037"/>
          </w:tcPr>
          <w:p>
            <w:pPr>
              <w:spacing w:after="0"/>
              <w:jc w:val="left"/>
            </w:pPr>
            <w:r>
              <w:rPr>
                <w:sz w:val="16"/>
              </w:rPr>
              <w:t>2012-06-29</w:t>
            </w:r>
          </w:p>
        </w:tc>
        <w:tc>
          <w:tcPr>
            <w:tcW w:type="dxa" w:w="1037"/>
          </w:tcPr>
          <w:p>
            <w:pPr>
              <w:spacing w:after="0"/>
              <w:jc w:val="left"/>
            </w:pPr>
            <w:r>
              <w:rPr>
                <w:sz w:val="16"/>
              </w:rPr>
              <w:t>EM-3345-WV</w:t>
            </w:r>
          </w:p>
        </w:tc>
        <w:tc>
          <w:tcPr>
            <w:tcW w:type="dxa" w:w="1244"/>
          </w:tcPr>
          <w:p>
            <w:pPr>
              <w:spacing w:after="0"/>
              <w:jc w:val="left"/>
            </w:pPr>
            <w:r>
              <w:rPr>
                <w:sz w:val="16"/>
              </w:rPr>
              <w:t>Emergency</w:t>
            </w:r>
          </w:p>
        </w:tc>
        <w:tc>
          <w:tcPr>
            <w:tcW w:type="dxa" w:w="3001"/>
          </w:tcPr>
          <w:p>
            <w:pPr>
              <w:spacing w:after="0"/>
              <w:jc w:val="left"/>
            </w:pPr>
            <w:r>
              <w:rPr>
                <w:sz w:val="16"/>
              </w:rPr>
              <w:t>Severe Storms</w:t>
            </w:r>
          </w:p>
        </w:tc>
        <w:tc>
          <w:tcPr>
            <w:tcW w:type="dxa" w:w="2613"/>
          </w:tcPr>
          <w:p>
            <w:pPr>
              <w:spacing w:after="0"/>
              <w:jc w:val="left"/>
            </w:pPr>
            <w:r>
              <w:rPr>
                <w:sz w:val="16"/>
              </w:rPr>
              <w:t>Hazard not mapped (severe storm title names no single hazard); not counted</w:t>
            </w:r>
          </w:p>
        </w:tc>
        <w:tc>
          <w:tcPr>
            <w:tcW w:type="dxa" w:w="2170"/>
          </w:tcPr>
          <w:p>
            <w:pPr>
              <w:spacing w:after="0"/>
              <w:jc w:val="right"/>
            </w:pPr>
            <w:r>
              <w:rPr>
                <w:sz w:val="16"/>
              </w:rPr>
              <w:t>no Public Assistance recorded</w:t>
            </w:r>
          </w:p>
        </w:tc>
        <w:tc>
          <w:tcPr>
            <w:tcW w:type="dxa" w:w="1094"/>
          </w:tcPr>
          <w:p>
            <w:pPr>
              <w:spacing w:after="0"/>
              <w:jc w:val="left"/>
            </w:pPr>
          </w:p>
        </w:tc>
        <w:tc>
          <w:tcPr>
            <w:tcW w:type="dxa" w:w="879"/>
          </w:tcPr>
          <w:p>
            <w:pPr>
              <w:spacing w:after="0"/>
              <w:jc w:val="left"/>
            </w:pPr>
            <w:r>
              <w:rPr>
                <w:sz w:val="16"/>
              </w:rPr>
              <w:t>same incident as DR-4071</w:t>
            </w:r>
          </w:p>
        </w:tc>
      </w:tr>
      <w:tr>
        <w:trPr>
          <w:cantSplit/>
        </w:trPr>
        <w:tc>
          <w:tcPr>
            <w:tcW w:type="dxa" w:w="1037"/>
          </w:tcPr>
          <w:p>
            <w:pPr>
              <w:spacing w:after="0"/>
              <w:jc w:val="left"/>
            </w:pPr>
            <w:r>
              <w:rPr>
                <w:sz w:val="16"/>
              </w:rPr>
              <w:t>2010-03-02</w:t>
            </w:r>
          </w:p>
        </w:tc>
        <w:tc>
          <w:tcPr>
            <w:tcW w:type="dxa" w:w="1037"/>
          </w:tcPr>
          <w:p>
            <w:pPr>
              <w:spacing w:after="0"/>
              <w:jc w:val="left"/>
            </w:pPr>
            <w:r>
              <w:rPr>
                <w:sz w:val="16"/>
              </w:rPr>
              <w:t>2009-12-18</w:t>
            </w:r>
          </w:p>
        </w:tc>
        <w:tc>
          <w:tcPr>
            <w:tcW w:type="dxa" w:w="1037"/>
          </w:tcPr>
          <w:p>
            <w:pPr>
              <w:spacing w:after="0"/>
              <w:jc w:val="left"/>
            </w:pPr>
            <w:r>
              <w:rPr>
                <w:sz w:val="16"/>
              </w:rPr>
              <w:t>DR-1881-WV</w:t>
            </w:r>
          </w:p>
        </w:tc>
        <w:tc>
          <w:tcPr>
            <w:tcW w:type="dxa" w:w="1244"/>
          </w:tcPr>
          <w:p>
            <w:pPr>
              <w:spacing w:after="0"/>
              <w:jc w:val="left"/>
            </w:pPr>
            <w:r>
              <w:rPr>
                <w:sz w:val="16"/>
              </w:rPr>
              <w:t>Major disaster</w:t>
            </w:r>
          </w:p>
        </w:tc>
        <w:tc>
          <w:tcPr>
            <w:tcW w:type="dxa" w:w="3001"/>
          </w:tcPr>
          <w:p>
            <w:pPr>
              <w:spacing w:after="0"/>
              <w:jc w:val="left"/>
            </w:pPr>
            <w:r>
              <w:rPr>
                <w:sz w:val="16"/>
              </w:rPr>
              <w:t>Severe Winter Storm and Snowstorm</w:t>
            </w:r>
          </w:p>
        </w:tc>
        <w:tc>
          <w:tcPr>
            <w:tcW w:type="dxa" w:w="2613"/>
          </w:tcPr>
          <w:p>
            <w:pPr>
              <w:spacing w:after="0"/>
              <w:jc w:val="left"/>
            </w:pPr>
            <w:r>
              <w:rPr>
                <w:sz w:val="16"/>
              </w:rPr>
              <w:t>Winter Weather</w:t>
            </w:r>
          </w:p>
        </w:tc>
        <w:tc>
          <w:tcPr>
            <w:tcW w:type="dxa" w:w="2170"/>
          </w:tcPr>
          <w:p>
            <w:pPr>
              <w:spacing w:after="0"/>
              <w:jc w:val="right"/>
            </w:pPr>
            <w:r>
              <w:rPr>
                <w:sz w:val="16"/>
              </w:rPr>
              <w:t>$21,979.91</w:t>
            </w:r>
          </w:p>
        </w:tc>
        <w:tc>
          <w:tcPr>
            <w:tcW w:type="dxa" w:w="109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2008-06-19</w:t>
            </w:r>
          </w:p>
        </w:tc>
        <w:tc>
          <w:tcPr>
            <w:tcW w:type="dxa" w:w="1037"/>
          </w:tcPr>
          <w:p>
            <w:pPr>
              <w:spacing w:after="0"/>
              <w:jc w:val="left"/>
            </w:pPr>
            <w:r>
              <w:rPr>
                <w:sz w:val="16"/>
              </w:rPr>
              <w:t>2008-06-03</w:t>
            </w:r>
          </w:p>
        </w:tc>
        <w:tc>
          <w:tcPr>
            <w:tcW w:type="dxa" w:w="1037"/>
          </w:tcPr>
          <w:p>
            <w:pPr>
              <w:spacing w:after="0"/>
              <w:jc w:val="left"/>
            </w:pPr>
            <w:r>
              <w:rPr>
                <w:sz w:val="16"/>
              </w:rPr>
              <w:t>DR-1769-WV</w:t>
            </w:r>
          </w:p>
        </w:tc>
        <w:tc>
          <w:tcPr>
            <w:tcW w:type="dxa" w:w="1244"/>
          </w:tcPr>
          <w:p>
            <w:pPr>
              <w:spacing w:after="0"/>
              <w:jc w:val="left"/>
            </w:pPr>
            <w:r>
              <w:rPr>
                <w:sz w:val="16"/>
              </w:rPr>
              <w:t>Major disaster</w:t>
            </w:r>
          </w:p>
        </w:tc>
        <w:tc>
          <w:tcPr>
            <w:tcW w:type="dxa" w:w="3001"/>
          </w:tcPr>
          <w:p>
            <w:pPr>
              <w:spacing w:after="0"/>
              <w:jc w:val="left"/>
            </w:pPr>
            <w:r>
              <w:rPr>
                <w:sz w:val="16"/>
              </w:rPr>
              <w:t>Severe Storms, Tornadoes, Flooding, Mudslides, and</w:t>
            </w:r>
          </w:p>
        </w:tc>
        <w:tc>
          <w:tcPr>
            <w:tcW w:type="dxa" w:w="2613"/>
          </w:tcPr>
          <w:p>
            <w:pPr>
              <w:spacing w:after="0"/>
              <w:jc w:val="left"/>
            </w:pPr>
            <w:r>
              <w:rPr>
                <w:sz w:val="16"/>
              </w:rPr>
              <w:t>Inland Flooding; Landslide; Tornado</w:t>
            </w:r>
          </w:p>
        </w:tc>
        <w:tc>
          <w:tcPr>
            <w:tcW w:type="dxa" w:w="2170"/>
          </w:tcPr>
          <w:p>
            <w:pPr>
              <w:spacing w:after="0"/>
              <w:jc w:val="right"/>
            </w:pPr>
            <w:r>
              <w:rPr>
                <w:sz w:val="16"/>
              </w:rPr>
              <w:t>$9,062.32</w:t>
            </w:r>
          </w:p>
        </w:tc>
        <w:tc>
          <w:tcPr>
            <w:tcW w:type="dxa" w:w="109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EM-3221-WV</w:t>
            </w:r>
          </w:p>
        </w:tc>
        <w:tc>
          <w:tcPr>
            <w:tcW w:type="dxa" w:w="1244"/>
          </w:tcPr>
          <w:p>
            <w:pPr>
              <w:spacing w:after="0"/>
              <w:jc w:val="left"/>
            </w:pPr>
            <w:r>
              <w:rPr>
                <w:sz w:val="16"/>
              </w:rPr>
              <w:t>Emergency</w:t>
            </w:r>
          </w:p>
        </w:tc>
        <w:tc>
          <w:tcPr>
            <w:tcW w:type="dxa" w:w="3001"/>
          </w:tcPr>
          <w:p>
            <w:pPr>
              <w:spacing w:after="0"/>
              <w:jc w:val="left"/>
            </w:pPr>
            <w:r>
              <w:rPr>
                <w:sz w:val="16"/>
              </w:rPr>
              <w:t>Hurricane Katrina Evacuation</w:t>
            </w:r>
          </w:p>
        </w:tc>
        <w:tc>
          <w:tcPr>
            <w:tcW w:type="dxa" w:w="2613"/>
          </w:tcPr>
          <w:p>
            <w:pPr>
              <w:spacing w:after="0"/>
              <w:jc w:val="left"/>
            </w:pPr>
            <w:r>
              <w:rPr>
                <w:sz w:val="16"/>
              </w:rPr>
              <w:t>Hurricane: evacuation support, not a local hazard event; not counted</w:t>
            </w:r>
          </w:p>
        </w:tc>
        <w:tc>
          <w:tcPr>
            <w:tcW w:type="dxa" w:w="2170"/>
          </w:tcPr>
          <w:p>
            <w:pPr>
              <w:spacing w:after="0"/>
              <w:jc w:val="right"/>
            </w:pPr>
            <w:r>
              <w:rPr>
                <w:sz w:val="16"/>
              </w:rPr>
              <w:t>no Public Assistance recorded</w:t>
            </w:r>
          </w:p>
        </w:tc>
        <w:tc>
          <w:tcPr>
            <w:tcW w:type="dxa" w:w="109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2004-09-20</w:t>
            </w:r>
          </w:p>
        </w:tc>
        <w:tc>
          <w:tcPr>
            <w:tcW w:type="dxa" w:w="1037"/>
          </w:tcPr>
          <w:p>
            <w:pPr>
              <w:spacing w:after="0"/>
              <w:jc w:val="left"/>
            </w:pPr>
            <w:r>
              <w:rPr>
                <w:sz w:val="16"/>
              </w:rPr>
              <w:t>2004-09-16</w:t>
            </w:r>
          </w:p>
        </w:tc>
        <w:tc>
          <w:tcPr>
            <w:tcW w:type="dxa" w:w="1037"/>
          </w:tcPr>
          <w:p>
            <w:pPr>
              <w:spacing w:after="0"/>
              <w:jc w:val="left"/>
            </w:pPr>
            <w:r>
              <w:rPr>
                <w:sz w:val="16"/>
              </w:rPr>
              <w:t>DR-1558-WV</w:t>
            </w:r>
          </w:p>
        </w:tc>
        <w:tc>
          <w:tcPr>
            <w:tcW w:type="dxa" w:w="1244"/>
          </w:tcPr>
          <w:p>
            <w:pPr>
              <w:spacing w:after="0"/>
              <w:jc w:val="left"/>
            </w:pPr>
            <w:r>
              <w:rPr>
                <w:sz w:val="16"/>
              </w:rPr>
              <w:t>Major disaster</w:t>
            </w:r>
          </w:p>
        </w:tc>
        <w:tc>
          <w:tcPr>
            <w:tcW w:type="dxa" w:w="3001"/>
          </w:tcPr>
          <w:p>
            <w:pPr>
              <w:spacing w:after="0"/>
              <w:jc w:val="left"/>
            </w:pPr>
            <w:r>
              <w:rPr>
                <w:sz w:val="16"/>
              </w:rPr>
              <w:t>Severe Storms, Flooding, and Landslides</w:t>
            </w:r>
          </w:p>
        </w:tc>
        <w:tc>
          <w:tcPr>
            <w:tcW w:type="dxa" w:w="2613"/>
          </w:tcPr>
          <w:p>
            <w:pPr>
              <w:spacing w:after="0"/>
              <w:jc w:val="left"/>
            </w:pPr>
            <w:r>
              <w:rPr>
                <w:sz w:val="16"/>
              </w:rPr>
              <w:t>Inland Flooding; Landslide</w:t>
            </w:r>
          </w:p>
        </w:tc>
        <w:tc>
          <w:tcPr>
            <w:tcW w:type="dxa" w:w="2170"/>
          </w:tcPr>
          <w:p>
            <w:pPr>
              <w:spacing w:after="0"/>
              <w:jc w:val="right"/>
            </w:pPr>
            <w:r>
              <w:rPr>
                <w:sz w:val="16"/>
              </w:rPr>
              <w:t>no Public Assistance recorded</w:t>
            </w:r>
          </w:p>
        </w:tc>
        <w:tc>
          <w:tcPr>
            <w:tcW w:type="dxa" w:w="109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2004-06-07</w:t>
            </w:r>
          </w:p>
        </w:tc>
        <w:tc>
          <w:tcPr>
            <w:tcW w:type="dxa" w:w="1037"/>
          </w:tcPr>
          <w:p>
            <w:pPr>
              <w:spacing w:after="0"/>
              <w:jc w:val="left"/>
            </w:pPr>
            <w:r>
              <w:rPr>
                <w:sz w:val="16"/>
              </w:rPr>
              <w:t>2004-05-27</w:t>
            </w:r>
          </w:p>
        </w:tc>
        <w:tc>
          <w:tcPr>
            <w:tcW w:type="dxa" w:w="1037"/>
          </w:tcPr>
          <w:p>
            <w:pPr>
              <w:spacing w:after="0"/>
              <w:jc w:val="left"/>
            </w:pPr>
            <w:r>
              <w:rPr>
                <w:sz w:val="16"/>
              </w:rPr>
              <w:t>DR-1522-WV</w:t>
            </w:r>
          </w:p>
        </w:tc>
        <w:tc>
          <w:tcPr>
            <w:tcW w:type="dxa" w:w="1244"/>
          </w:tcPr>
          <w:p>
            <w:pPr>
              <w:spacing w:after="0"/>
              <w:jc w:val="left"/>
            </w:pPr>
            <w:r>
              <w:rPr>
                <w:sz w:val="16"/>
              </w:rPr>
              <w:t>Major disaster</w:t>
            </w:r>
          </w:p>
        </w:tc>
        <w:tc>
          <w:tcPr>
            <w:tcW w:type="dxa" w:w="3001"/>
          </w:tcPr>
          <w:p>
            <w:pPr>
              <w:spacing w:after="0"/>
              <w:jc w:val="left"/>
            </w:pPr>
            <w:r>
              <w:rPr>
                <w:sz w:val="16"/>
              </w:rPr>
              <w:t>Severe Storms, Flooding, and Landslides</w:t>
            </w:r>
          </w:p>
        </w:tc>
        <w:tc>
          <w:tcPr>
            <w:tcW w:type="dxa" w:w="2613"/>
          </w:tcPr>
          <w:p>
            <w:pPr>
              <w:spacing w:after="0"/>
              <w:jc w:val="left"/>
            </w:pPr>
            <w:r>
              <w:rPr>
                <w:sz w:val="16"/>
              </w:rPr>
              <w:t>Inland Flooding; Landslide</w:t>
            </w:r>
          </w:p>
        </w:tc>
        <w:tc>
          <w:tcPr>
            <w:tcW w:type="dxa" w:w="2170"/>
          </w:tcPr>
          <w:p>
            <w:pPr>
              <w:spacing w:after="0"/>
              <w:jc w:val="right"/>
            </w:pPr>
            <w:r>
              <w:rPr>
                <w:sz w:val="16"/>
              </w:rPr>
              <w:t>PA not declared for this county</w:t>
            </w:r>
          </w:p>
        </w:tc>
        <w:tc>
          <w:tcPr>
            <w:tcW w:type="dxa" w:w="109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2003-11-21</w:t>
            </w:r>
          </w:p>
        </w:tc>
        <w:tc>
          <w:tcPr>
            <w:tcW w:type="dxa" w:w="1037"/>
          </w:tcPr>
          <w:p>
            <w:pPr>
              <w:spacing w:after="0"/>
              <w:jc w:val="left"/>
            </w:pPr>
            <w:r>
              <w:rPr>
                <w:sz w:val="16"/>
              </w:rPr>
              <w:t>2003-11-11</w:t>
            </w:r>
          </w:p>
        </w:tc>
        <w:tc>
          <w:tcPr>
            <w:tcW w:type="dxa" w:w="1037"/>
          </w:tcPr>
          <w:p>
            <w:pPr>
              <w:spacing w:after="0"/>
              <w:jc w:val="left"/>
            </w:pPr>
            <w:r>
              <w:rPr>
                <w:sz w:val="16"/>
              </w:rPr>
              <w:t>DR-1500-WV</w:t>
            </w:r>
          </w:p>
        </w:tc>
        <w:tc>
          <w:tcPr>
            <w:tcW w:type="dxa" w:w="1244"/>
          </w:tcPr>
          <w:p>
            <w:pPr>
              <w:spacing w:after="0"/>
              <w:jc w:val="left"/>
            </w:pPr>
            <w:r>
              <w:rPr>
                <w:sz w:val="16"/>
              </w:rPr>
              <w:t>Major disaster</w:t>
            </w:r>
          </w:p>
        </w:tc>
        <w:tc>
          <w:tcPr>
            <w:tcW w:type="dxa" w:w="3001"/>
          </w:tcPr>
          <w:p>
            <w:pPr>
              <w:spacing w:after="0"/>
              <w:jc w:val="left"/>
            </w:pPr>
            <w:r>
              <w:rPr>
                <w:sz w:val="16"/>
              </w:rPr>
              <w:t>Severe Storms, Flooding, and Landslides</w:t>
            </w:r>
          </w:p>
        </w:tc>
        <w:tc>
          <w:tcPr>
            <w:tcW w:type="dxa" w:w="2613"/>
          </w:tcPr>
          <w:p>
            <w:pPr>
              <w:spacing w:after="0"/>
              <w:jc w:val="left"/>
            </w:pPr>
            <w:r>
              <w:rPr>
                <w:sz w:val="16"/>
              </w:rPr>
              <w:t>Inland Flooding; Landslide</w:t>
            </w:r>
          </w:p>
        </w:tc>
        <w:tc>
          <w:tcPr>
            <w:tcW w:type="dxa" w:w="2170"/>
          </w:tcPr>
          <w:p>
            <w:pPr>
              <w:spacing w:after="0"/>
              <w:jc w:val="right"/>
            </w:pPr>
            <w:r>
              <w:rPr>
                <w:sz w:val="16"/>
              </w:rPr>
              <w:t>$322,343.12</w:t>
            </w:r>
          </w:p>
        </w:tc>
        <w:tc>
          <w:tcPr>
            <w:tcW w:type="dxa" w:w="109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2003-02-16</w:t>
            </w:r>
          </w:p>
        </w:tc>
        <w:tc>
          <w:tcPr>
            <w:tcW w:type="dxa" w:w="1037"/>
          </w:tcPr>
          <w:p>
            <w:pPr>
              <w:spacing w:after="0"/>
              <w:jc w:val="left"/>
            </w:pPr>
            <w:r>
              <w:rPr>
                <w:sz w:val="16"/>
              </w:rPr>
              <w:t>DR-1455-WV</w:t>
            </w:r>
          </w:p>
        </w:tc>
        <w:tc>
          <w:tcPr>
            <w:tcW w:type="dxa" w:w="1244"/>
          </w:tcPr>
          <w:p>
            <w:pPr>
              <w:spacing w:after="0"/>
              <w:jc w:val="left"/>
            </w:pPr>
            <w:r>
              <w:rPr>
                <w:sz w:val="16"/>
              </w:rPr>
              <w:t>Major disaster</w:t>
            </w:r>
          </w:p>
        </w:tc>
        <w:tc>
          <w:tcPr>
            <w:tcW w:type="dxa" w:w="3001"/>
          </w:tcPr>
          <w:p>
            <w:pPr>
              <w:spacing w:after="0"/>
              <w:jc w:val="left"/>
            </w:pPr>
            <w:r>
              <w:rPr>
                <w:sz w:val="16"/>
              </w:rPr>
              <w:t>Severe Winter Storm, Record/Near Record Snow, Heavy Rains, Flooding and Landslides</w:t>
            </w:r>
          </w:p>
        </w:tc>
        <w:tc>
          <w:tcPr>
            <w:tcW w:type="dxa" w:w="2613"/>
          </w:tcPr>
          <w:p>
            <w:pPr>
              <w:spacing w:after="0"/>
              <w:jc w:val="left"/>
            </w:pPr>
            <w:r>
              <w:rPr>
                <w:sz w:val="16"/>
              </w:rPr>
              <w:t>Inland Flooding; Landslide; Winter Weather</w:t>
            </w:r>
          </w:p>
        </w:tc>
        <w:tc>
          <w:tcPr>
            <w:tcW w:type="dxa" w:w="2170"/>
          </w:tcPr>
          <w:p>
            <w:pPr>
              <w:spacing w:after="0"/>
              <w:jc w:val="right"/>
            </w:pPr>
            <w:r>
              <w:rPr>
                <w:sz w:val="16"/>
              </w:rPr>
              <w:t>no Public Assistance recorded</w:t>
            </w:r>
          </w:p>
        </w:tc>
        <w:tc>
          <w:tcPr>
            <w:tcW w:type="dxa" w:w="109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2001-11-16</w:t>
            </w:r>
          </w:p>
        </w:tc>
        <w:tc>
          <w:tcPr>
            <w:tcW w:type="dxa" w:w="1037"/>
          </w:tcPr>
          <w:p>
            <w:pPr>
              <w:spacing w:after="0"/>
              <w:jc w:val="left"/>
            </w:pPr>
            <w:r>
              <w:rPr>
                <w:sz w:val="16"/>
              </w:rPr>
              <w:t>2001-11-16</w:t>
            </w:r>
          </w:p>
        </w:tc>
        <w:tc>
          <w:tcPr>
            <w:tcW w:type="dxa" w:w="1037"/>
          </w:tcPr>
          <w:p>
            <w:pPr>
              <w:spacing w:after="0"/>
              <w:jc w:val="left"/>
            </w:pPr>
            <w:r>
              <w:rPr>
                <w:sz w:val="16"/>
              </w:rPr>
              <w:t>FM-2391-WV</w:t>
            </w:r>
          </w:p>
        </w:tc>
        <w:tc>
          <w:tcPr>
            <w:tcW w:type="dxa" w:w="1244"/>
          </w:tcPr>
          <w:p>
            <w:pPr>
              <w:spacing w:after="0"/>
              <w:jc w:val="left"/>
            </w:pPr>
            <w:r>
              <w:rPr>
                <w:sz w:val="16"/>
              </w:rPr>
              <w:t>Fire management</w:t>
            </w:r>
          </w:p>
        </w:tc>
        <w:tc>
          <w:tcPr>
            <w:tcW w:type="dxa" w:w="3001"/>
          </w:tcPr>
          <w:p>
            <w:pPr>
              <w:spacing w:after="0"/>
              <w:jc w:val="left"/>
            </w:pPr>
            <w:r>
              <w:rPr>
                <w:sz w:val="16"/>
              </w:rPr>
              <w:t>Wv - Southeast Fire Complex - 11/16/2001</w:t>
            </w:r>
          </w:p>
        </w:tc>
        <w:tc>
          <w:tcPr>
            <w:tcW w:type="dxa" w:w="2613"/>
          </w:tcPr>
          <w:p>
            <w:pPr>
              <w:spacing w:after="0"/>
              <w:jc w:val="left"/>
            </w:pPr>
            <w:r>
              <w:rPr>
                <w:sz w:val="16"/>
              </w:rPr>
              <w:t>Wildfire</w:t>
            </w:r>
          </w:p>
        </w:tc>
        <w:tc>
          <w:tcPr>
            <w:tcW w:type="dxa" w:w="2170"/>
          </w:tcPr>
          <w:p>
            <w:pPr>
              <w:spacing w:after="0"/>
              <w:jc w:val="right"/>
            </w:pPr>
            <w:r>
              <w:rPr>
                <w:sz w:val="16"/>
              </w:rPr>
              <w:t>no Public Assistance recorded</w:t>
            </w:r>
          </w:p>
        </w:tc>
        <w:tc>
          <w:tcPr>
            <w:tcW w:type="dxa" w:w="109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2001-06-03</w:t>
            </w:r>
          </w:p>
        </w:tc>
        <w:tc>
          <w:tcPr>
            <w:tcW w:type="dxa" w:w="1037"/>
          </w:tcPr>
          <w:p>
            <w:pPr>
              <w:spacing w:after="0"/>
              <w:jc w:val="left"/>
            </w:pPr>
            <w:r>
              <w:rPr>
                <w:sz w:val="16"/>
              </w:rPr>
              <w:t>2001-05-15</w:t>
            </w:r>
          </w:p>
        </w:tc>
        <w:tc>
          <w:tcPr>
            <w:tcW w:type="dxa" w:w="1037"/>
          </w:tcPr>
          <w:p>
            <w:pPr>
              <w:spacing w:after="0"/>
              <w:jc w:val="left"/>
            </w:pPr>
            <w:r>
              <w:rPr>
                <w:sz w:val="16"/>
              </w:rPr>
              <w:t>DR-1378-WV</w:t>
            </w:r>
          </w:p>
        </w:tc>
        <w:tc>
          <w:tcPr>
            <w:tcW w:type="dxa" w:w="1244"/>
          </w:tcPr>
          <w:p>
            <w:pPr>
              <w:spacing w:after="0"/>
              <w:jc w:val="left"/>
            </w:pPr>
            <w:r>
              <w:rPr>
                <w:sz w:val="16"/>
              </w:rPr>
              <w:t>Major disaster</w:t>
            </w:r>
          </w:p>
        </w:tc>
        <w:tc>
          <w:tcPr>
            <w:tcW w:type="dxa" w:w="3001"/>
          </w:tcPr>
          <w:p>
            <w:pPr>
              <w:spacing w:after="0"/>
              <w:jc w:val="left"/>
            </w:pPr>
            <w:r>
              <w:rPr>
                <w:sz w:val="16"/>
              </w:rPr>
              <w:t>Severe Storms, Flooding and Landslides</w:t>
            </w:r>
          </w:p>
        </w:tc>
        <w:tc>
          <w:tcPr>
            <w:tcW w:type="dxa" w:w="2613"/>
          </w:tcPr>
          <w:p>
            <w:pPr>
              <w:spacing w:after="0"/>
              <w:jc w:val="left"/>
            </w:pPr>
            <w:r>
              <w:rPr>
                <w:sz w:val="16"/>
              </w:rPr>
              <w:t>Inland Flooding; Landslide</w:t>
            </w:r>
          </w:p>
        </w:tc>
        <w:tc>
          <w:tcPr>
            <w:tcW w:type="dxa" w:w="2170"/>
          </w:tcPr>
          <w:p>
            <w:pPr>
              <w:spacing w:after="0"/>
              <w:jc w:val="right"/>
            </w:pPr>
            <w:r>
              <w:rPr>
                <w:sz w:val="16"/>
              </w:rPr>
              <w:t>$960.54</w:t>
            </w:r>
          </w:p>
        </w:tc>
        <w:tc>
          <w:tcPr>
            <w:tcW w:type="dxa" w:w="109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1998-07-01</w:t>
            </w:r>
          </w:p>
        </w:tc>
        <w:tc>
          <w:tcPr>
            <w:tcW w:type="dxa" w:w="1037"/>
          </w:tcPr>
          <w:p>
            <w:pPr>
              <w:spacing w:after="0"/>
              <w:jc w:val="left"/>
            </w:pPr>
            <w:r>
              <w:rPr>
                <w:sz w:val="16"/>
              </w:rPr>
              <w:t>1998-06-26</w:t>
            </w:r>
          </w:p>
        </w:tc>
        <w:tc>
          <w:tcPr>
            <w:tcW w:type="dxa" w:w="1037"/>
          </w:tcPr>
          <w:p>
            <w:pPr>
              <w:spacing w:after="0"/>
              <w:jc w:val="left"/>
            </w:pPr>
            <w:r>
              <w:rPr>
                <w:sz w:val="16"/>
              </w:rPr>
              <w:t>DR-1229-WV</w:t>
            </w:r>
          </w:p>
        </w:tc>
        <w:tc>
          <w:tcPr>
            <w:tcW w:type="dxa" w:w="1244"/>
          </w:tcPr>
          <w:p>
            <w:pPr>
              <w:spacing w:after="0"/>
              <w:jc w:val="left"/>
            </w:pPr>
            <w:r>
              <w:rPr>
                <w:sz w:val="16"/>
              </w:rPr>
              <w:t>Major disaster</w:t>
            </w:r>
          </w:p>
        </w:tc>
        <w:tc>
          <w:tcPr>
            <w:tcW w:type="dxa" w:w="3001"/>
          </w:tcPr>
          <w:p>
            <w:pPr>
              <w:spacing w:after="0"/>
              <w:jc w:val="left"/>
            </w:pPr>
            <w:r>
              <w:rPr>
                <w:sz w:val="16"/>
              </w:rPr>
              <w:t>Severe Storms and Flooding</w:t>
            </w:r>
          </w:p>
        </w:tc>
        <w:tc>
          <w:tcPr>
            <w:tcW w:type="dxa" w:w="2613"/>
          </w:tcPr>
          <w:p>
            <w:pPr>
              <w:spacing w:after="0"/>
              <w:jc w:val="left"/>
            </w:pPr>
            <w:r>
              <w:rPr>
                <w:sz w:val="16"/>
              </w:rPr>
              <w:t>Inland Flooding; Winter Weather</w:t>
            </w:r>
          </w:p>
        </w:tc>
        <w:tc>
          <w:tcPr>
            <w:tcW w:type="dxa" w:w="2170"/>
          </w:tcPr>
          <w:p>
            <w:pPr>
              <w:spacing w:after="0"/>
              <w:jc w:val="right"/>
            </w:pPr>
            <w:r>
              <w:rPr>
                <w:sz w:val="16"/>
              </w:rPr>
              <w:t>no Public Assistance recorded</w:t>
            </w:r>
          </w:p>
        </w:tc>
        <w:tc>
          <w:tcPr>
            <w:tcW w:type="dxa" w:w="109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1997-03-07</w:t>
            </w:r>
          </w:p>
        </w:tc>
        <w:tc>
          <w:tcPr>
            <w:tcW w:type="dxa" w:w="1037"/>
          </w:tcPr>
          <w:p>
            <w:pPr>
              <w:spacing w:after="0"/>
              <w:jc w:val="left"/>
            </w:pPr>
            <w:r>
              <w:rPr>
                <w:sz w:val="16"/>
              </w:rPr>
              <w:t>1997-02-28</w:t>
            </w:r>
          </w:p>
        </w:tc>
        <w:tc>
          <w:tcPr>
            <w:tcW w:type="dxa" w:w="1037"/>
          </w:tcPr>
          <w:p>
            <w:pPr>
              <w:spacing w:after="0"/>
              <w:jc w:val="left"/>
            </w:pPr>
            <w:r>
              <w:rPr>
                <w:sz w:val="16"/>
              </w:rPr>
              <w:t>DR-1168-WV</w:t>
            </w:r>
          </w:p>
        </w:tc>
        <w:tc>
          <w:tcPr>
            <w:tcW w:type="dxa" w:w="1244"/>
          </w:tcPr>
          <w:p>
            <w:pPr>
              <w:spacing w:after="0"/>
              <w:jc w:val="left"/>
            </w:pPr>
            <w:r>
              <w:rPr>
                <w:sz w:val="16"/>
              </w:rPr>
              <w:t>Major disaster</w:t>
            </w:r>
          </w:p>
        </w:tc>
        <w:tc>
          <w:tcPr>
            <w:tcW w:type="dxa" w:w="3001"/>
          </w:tcPr>
          <w:p>
            <w:pPr>
              <w:spacing w:after="0"/>
              <w:jc w:val="left"/>
            </w:pPr>
            <w:r>
              <w:rPr>
                <w:sz w:val="16"/>
              </w:rPr>
              <w:t>Heavy &amp; Wind Driven Rain, High Winds,Flooding,Slides</w:t>
            </w:r>
          </w:p>
        </w:tc>
        <w:tc>
          <w:tcPr>
            <w:tcW w:type="dxa" w:w="2613"/>
          </w:tcPr>
          <w:p>
            <w:pPr>
              <w:spacing w:after="0"/>
              <w:jc w:val="left"/>
            </w:pPr>
            <w:r>
              <w:rPr>
                <w:sz w:val="16"/>
              </w:rPr>
              <w:t>Inland Flooding (primary); also designated: Landslide</w:t>
            </w:r>
          </w:p>
        </w:tc>
        <w:tc>
          <w:tcPr>
            <w:tcW w:type="dxa" w:w="2170"/>
          </w:tcPr>
          <w:p>
            <w:pPr>
              <w:spacing w:after="0"/>
              <w:jc w:val="right"/>
            </w:pPr>
            <w:r>
              <w:rPr>
                <w:sz w:val="16"/>
              </w:rPr>
              <w:t>no Public Assistance recorded</w:t>
            </w:r>
          </w:p>
        </w:tc>
        <w:tc>
          <w:tcPr>
            <w:tcW w:type="dxa" w:w="109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1996-08-14</w:t>
            </w:r>
          </w:p>
        </w:tc>
        <w:tc>
          <w:tcPr>
            <w:tcW w:type="dxa" w:w="1037"/>
          </w:tcPr>
          <w:p>
            <w:pPr>
              <w:spacing w:after="0"/>
              <w:jc w:val="left"/>
            </w:pPr>
            <w:r>
              <w:rPr>
                <w:sz w:val="16"/>
              </w:rPr>
              <w:t>1996-07-18</w:t>
            </w:r>
          </w:p>
        </w:tc>
        <w:tc>
          <w:tcPr>
            <w:tcW w:type="dxa" w:w="1037"/>
          </w:tcPr>
          <w:p>
            <w:pPr>
              <w:spacing w:after="0"/>
              <w:jc w:val="left"/>
            </w:pPr>
            <w:r>
              <w:rPr>
                <w:sz w:val="16"/>
              </w:rPr>
              <w:t>DR-1132-WV</w:t>
            </w:r>
          </w:p>
        </w:tc>
        <w:tc>
          <w:tcPr>
            <w:tcW w:type="dxa" w:w="1244"/>
          </w:tcPr>
          <w:p>
            <w:pPr>
              <w:spacing w:after="0"/>
              <w:jc w:val="left"/>
            </w:pPr>
            <w:r>
              <w:rPr>
                <w:sz w:val="16"/>
              </w:rPr>
              <w:t>Major disaster</w:t>
            </w:r>
          </w:p>
        </w:tc>
        <w:tc>
          <w:tcPr>
            <w:tcW w:type="dxa" w:w="3001"/>
          </w:tcPr>
          <w:p>
            <w:pPr>
              <w:spacing w:after="0"/>
              <w:jc w:val="left"/>
            </w:pPr>
            <w:r>
              <w:rPr>
                <w:sz w:val="16"/>
              </w:rPr>
              <w:t>Heavy Rains, High Winds, Flooding, and Slides</w:t>
            </w:r>
          </w:p>
        </w:tc>
        <w:tc>
          <w:tcPr>
            <w:tcW w:type="dxa" w:w="2613"/>
          </w:tcPr>
          <w:p>
            <w:pPr>
              <w:spacing w:after="0"/>
              <w:jc w:val="left"/>
            </w:pPr>
            <w:r>
              <w:rPr>
                <w:sz w:val="16"/>
              </w:rPr>
              <w:t>Wildfire (primary); also designated: Landslide</w:t>
            </w:r>
          </w:p>
        </w:tc>
        <w:tc>
          <w:tcPr>
            <w:tcW w:type="dxa" w:w="2170"/>
          </w:tcPr>
          <w:p>
            <w:pPr>
              <w:spacing w:after="0"/>
              <w:jc w:val="right"/>
            </w:pPr>
            <w:r>
              <w:rPr>
                <w:sz w:val="16"/>
              </w:rPr>
              <w:t>no Public Assistance recorded</w:t>
            </w:r>
          </w:p>
        </w:tc>
        <w:tc>
          <w:tcPr>
            <w:tcW w:type="dxa" w:w="109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DR-1084-WV</w:t>
            </w:r>
          </w:p>
        </w:tc>
        <w:tc>
          <w:tcPr>
            <w:tcW w:type="dxa" w:w="1244"/>
          </w:tcPr>
          <w:p>
            <w:pPr>
              <w:spacing w:after="0"/>
              <w:jc w:val="left"/>
            </w:pPr>
            <w:r>
              <w:rPr>
                <w:sz w:val="16"/>
              </w:rPr>
              <w:t>Major disaster</w:t>
            </w:r>
          </w:p>
        </w:tc>
        <w:tc>
          <w:tcPr>
            <w:tcW w:type="dxa" w:w="3001"/>
          </w:tcPr>
          <w:p>
            <w:pPr>
              <w:spacing w:after="0"/>
              <w:jc w:val="left"/>
            </w:pPr>
            <w:r>
              <w:rPr>
                <w:sz w:val="16"/>
              </w:rPr>
              <w:t>Blizzard of 96 (Severe Snow Storm)</w:t>
            </w:r>
          </w:p>
        </w:tc>
        <w:tc>
          <w:tcPr>
            <w:tcW w:type="dxa" w:w="2613"/>
          </w:tcPr>
          <w:p>
            <w:pPr>
              <w:spacing w:after="0"/>
              <w:jc w:val="left"/>
            </w:pPr>
            <w:r>
              <w:rPr>
                <w:sz w:val="16"/>
              </w:rPr>
              <w:t>Winter Weather</w:t>
            </w:r>
          </w:p>
        </w:tc>
        <w:tc>
          <w:tcPr>
            <w:tcW w:type="dxa" w:w="2170"/>
          </w:tcPr>
          <w:p>
            <w:pPr>
              <w:spacing w:after="0"/>
              <w:jc w:val="right"/>
            </w:pPr>
            <w:r>
              <w:rPr>
                <w:sz w:val="16"/>
              </w:rPr>
              <w:t>no Public Assistance recorded</w:t>
            </w:r>
          </w:p>
        </w:tc>
        <w:tc>
          <w:tcPr>
            <w:tcW w:type="dxa" w:w="109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EM-3109-WV</w:t>
            </w:r>
          </w:p>
        </w:tc>
        <w:tc>
          <w:tcPr>
            <w:tcW w:type="dxa" w:w="1244"/>
          </w:tcPr>
          <w:p>
            <w:pPr>
              <w:spacing w:after="0"/>
              <w:jc w:val="left"/>
            </w:pPr>
            <w:r>
              <w:rPr>
                <w:sz w:val="16"/>
              </w:rPr>
              <w:t>Emergency</w:t>
            </w:r>
          </w:p>
        </w:tc>
        <w:tc>
          <w:tcPr>
            <w:tcW w:type="dxa" w:w="3001"/>
          </w:tcPr>
          <w:p>
            <w:pPr>
              <w:spacing w:after="0"/>
              <w:jc w:val="left"/>
            </w:pPr>
            <w:r>
              <w:rPr>
                <w:sz w:val="16"/>
              </w:rPr>
              <w:t>Severe Snowfall &amp; Winter Storm</w:t>
            </w:r>
          </w:p>
        </w:tc>
        <w:tc>
          <w:tcPr>
            <w:tcW w:type="dxa" w:w="2613"/>
          </w:tcPr>
          <w:p>
            <w:pPr>
              <w:spacing w:after="0"/>
              <w:jc w:val="left"/>
            </w:pPr>
            <w:r>
              <w:rPr>
                <w:sz w:val="16"/>
              </w:rPr>
              <w:t>Winter Weather</w:t>
            </w:r>
          </w:p>
        </w:tc>
        <w:tc>
          <w:tcPr>
            <w:tcW w:type="dxa" w:w="2170"/>
          </w:tcPr>
          <w:p>
            <w:pPr>
              <w:spacing w:after="0"/>
              <w:jc w:val="right"/>
            </w:pPr>
            <w:r>
              <w:rPr>
                <w:sz w:val="16"/>
              </w:rPr>
              <w:t>no Public Assistance recorded</w:t>
            </w:r>
          </w:p>
        </w:tc>
        <w:tc>
          <w:tcPr>
            <w:tcW w:type="dxa" w:w="109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1967-03-13</w:t>
            </w:r>
          </w:p>
        </w:tc>
        <w:tc>
          <w:tcPr>
            <w:tcW w:type="dxa" w:w="1037"/>
          </w:tcPr>
          <w:p>
            <w:pPr>
              <w:spacing w:after="0"/>
              <w:jc w:val="left"/>
            </w:pPr>
            <w:r>
              <w:rPr>
                <w:sz w:val="16"/>
              </w:rPr>
              <w:t>1967-03-13</w:t>
            </w:r>
          </w:p>
        </w:tc>
        <w:tc>
          <w:tcPr>
            <w:tcW w:type="dxa" w:w="1037"/>
          </w:tcPr>
          <w:p>
            <w:pPr>
              <w:spacing w:after="0"/>
              <w:jc w:val="left"/>
            </w:pPr>
            <w:r>
              <w:rPr>
                <w:sz w:val="16"/>
              </w:rPr>
              <w:t>DR-224-WV</w:t>
            </w:r>
          </w:p>
        </w:tc>
        <w:tc>
          <w:tcPr>
            <w:tcW w:type="dxa" w:w="1244"/>
          </w:tcPr>
          <w:p>
            <w:pPr>
              <w:spacing w:after="0"/>
              <w:jc w:val="left"/>
            </w:pPr>
            <w:r>
              <w:rPr>
                <w:sz w:val="16"/>
              </w:rPr>
              <w:t>Major disaster</w:t>
            </w:r>
          </w:p>
        </w:tc>
        <w:tc>
          <w:tcPr>
            <w:tcW w:type="dxa" w:w="3001"/>
          </w:tcPr>
          <w:p>
            <w:pPr>
              <w:spacing w:after="0"/>
              <w:jc w:val="left"/>
            </w:pPr>
            <w:r>
              <w:rPr>
                <w:sz w:val="16"/>
              </w:rPr>
              <w:t>Flooding</w:t>
            </w:r>
          </w:p>
        </w:tc>
        <w:tc>
          <w:tcPr>
            <w:tcW w:type="dxa" w:w="2613"/>
          </w:tcPr>
          <w:p>
            <w:pPr>
              <w:spacing w:after="0"/>
              <w:jc w:val="left"/>
            </w:pPr>
            <w:r>
              <w:rPr>
                <w:sz w:val="16"/>
              </w:rPr>
              <w:t>Inland Flooding</w:t>
            </w:r>
          </w:p>
        </w:tc>
        <w:tc>
          <w:tcPr>
            <w:tcW w:type="dxa" w:w="2170"/>
          </w:tcPr>
          <w:p>
            <w:pPr>
              <w:spacing w:after="0"/>
              <w:jc w:val="right"/>
            </w:pPr>
            <w:r>
              <w:rPr>
                <w:sz w:val="16"/>
              </w:rPr>
              <w:t>no Public Assistance recorded</w:t>
            </w:r>
          </w:p>
        </w:tc>
        <w:tc>
          <w:tcPr>
            <w:tcW w:type="dxa" w:w="1094"/>
          </w:tcPr>
          <w:p>
            <w:pPr>
              <w:spacing w:after="0"/>
              <w:jc w:val="left"/>
            </w:pPr>
          </w:p>
        </w:tc>
        <w:tc>
          <w:tcPr>
            <w:tcW w:type="dxa" w:w="87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78"/>
        <w:gridCol w:w="1678"/>
        <w:gridCol w:w="1533"/>
        <w:gridCol w:w="2256"/>
        <w:gridCol w:w="3700"/>
        <w:gridCol w:w="3267"/>
      </w:tblGrid>
      <w:tr>
        <w:trPr>
          <w:cantSplit/>
          <w:tblHeader/>
        </w:trPr>
        <w:tc>
          <w:tcPr>
            <w:tcW w:type="dxa" w:w="1678"/>
            <w:shd w:val="clear" w:color="auto" w:fill="E8E8E8"/>
          </w:tcPr>
          <w:p>
            <w:pPr>
              <w:spacing w:after="0"/>
              <w:jc w:val="left"/>
            </w:pPr>
            <w:r>
              <w:rPr>
                <w:b/>
                <w:sz w:val="16"/>
              </w:rPr>
              <w:t>Declared</w:t>
            </w:r>
          </w:p>
        </w:tc>
        <w:tc>
          <w:tcPr>
            <w:tcW w:type="dxa" w:w="1678"/>
            <w:shd w:val="clear" w:color="auto" w:fill="E8E8E8"/>
          </w:tcPr>
          <w:p>
            <w:pPr>
              <w:spacing w:after="0"/>
              <w:jc w:val="left"/>
            </w:pPr>
            <w:r>
              <w:rPr>
                <w:b/>
                <w:sz w:val="16"/>
              </w:rPr>
              <w:t>Incident began</w:t>
            </w:r>
          </w:p>
        </w:tc>
        <w:tc>
          <w:tcPr>
            <w:tcW w:type="dxa" w:w="1533"/>
            <w:shd w:val="clear" w:color="auto" w:fill="E8E8E8"/>
          </w:tcPr>
          <w:p>
            <w:pPr>
              <w:spacing w:after="0"/>
              <w:jc w:val="left"/>
            </w:pPr>
            <w:r>
              <w:rPr>
                <w:b/>
                <w:sz w:val="16"/>
              </w:rPr>
              <w:t>FEMA number</w:t>
            </w:r>
          </w:p>
        </w:tc>
        <w:tc>
          <w:tcPr>
            <w:tcW w:type="dxa" w:w="2256"/>
            <w:shd w:val="clear" w:color="auto" w:fill="E8E8E8"/>
          </w:tcPr>
          <w:p>
            <w:pPr>
              <w:spacing w:after="0"/>
              <w:jc w:val="left"/>
            </w:pPr>
            <w:r>
              <w:rPr>
                <w:b/>
                <w:sz w:val="16"/>
              </w:rPr>
              <w:t>Type</w:t>
            </w:r>
          </w:p>
        </w:tc>
        <w:tc>
          <w:tcPr>
            <w:tcW w:type="dxa" w:w="3700"/>
            <w:shd w:val="clear" w:color="auto" w:fill="E8E8E8"/>
          </w:tcPr>
          <w:p>
            <w:pPr>
              <w:spacing w:after="0"/>
              <w:jc w:val="left"/>
            </w:pPr>
            <w:r>
              <w:rPr>
                <w:b/>
                <w:sz w:val="16"/>
              </w:rPr>
              <w:t>Title</w:t>
            </w:r>
          </w:p>
        </w:tc>
        <w:tc>
          <w:tcPr>
            <w:tcW w:type="dxa" w:w="3267"/>
            <w:shd w:val="clear" w:color="auto" w:fill="E8E8E8"/>
          </w:tcPr>
          <w:p>
            <w:pPr>
              <w:spacing w:after="0"/>
              <w:jc w:val="left"/>
            </w:pPr>
            <w:r>
              <w:rPr>
                <w:b/>
                <w:sz w:val="16"/>
              </w:rPr>
              <w:t>Mapped hazard</w:t>
            </w:r>
          </w:p>
        </w:tc>
      </w:tr>
      <w:tr>
        <w:trPr>
          <w:cantSplit/>
        </w:trPr>
        <w:tc>
          <w:tcPr>
            <w:tcW w:type="dxa" w:w="1678"/>
          </w:tcPr>
          <w:p>
            <w:pPr>
              <w:spacing w:after="0"/>
              <w:jc w:val="left"/>
            </w:pPr>
            <w:r>
              <w:rPr>
                <w:sz w:val="16"/>
              </w:rPr>
              <w:t>1964-03-20</w:t>
            </w:r>
          </w:p>
        </w:tc>
        <w:tc>
          <w:tcPr>
            <w:tcW w:type="dxa" w:w="1678"/>
          </w:tcPr>
          <w:p>
            <w:pPr>
              <w:spacing w:after="0"/>
              <w:jc w:val="left"/>
            </w:pPr>
            <w:r>
              <w:rPr>
                <w:sz w:val="16"/>
              </w:rPr>
              <w:t>1964-03-20</w:t>
            </w:r>
          </w:p>
        </w:tc>
        <w:tc>
          <w:tcPr>
            <w:tcW w:type="dxa" w:w="1533"/>
          </w:tcPr>
          <w:p>
            <w:pPr>
              <w:spacing w:after="0"/>
              <w:jc w:val="left"/>
            </w:pPr>
            <w:r>
              <w:rPr>
                <w:sz w:val="16"/>
              </w:rPr>
              <w:t>DR-165-WV</w:t>
            </w:r>
          </w:p>
        </w:tc>
        <w:tc>
          <w:tcPr>
            <w:tcW w:type="dxa" w:w="2256"/>
          </w:tcPr>
          <w:p>
            <w:pPr>
              <w:spacing w:after="0"/>
              <w:jc w:val="left"/>
            </w:pPr>
            <w:r>
              <w:rPr>
                <w:sz w:val="16"/>
              </w:rPr>
              <w:t>Major disaster</w:t>
            </w:r>
          </w:p>
        </w:tc>
        <w:tc>
          <w:tcPr>
            <w:tcW w:type="dxa" w:w="3700"/>
          </w:tcPr>
          <w:p>
            <w:pPr>
              <w:spacing w:after="0"/>
              <w:jc w:val="left"/>
            </w:pPr>
            <w:r>
              <w:rPr>
                <w:sz w:val="16"/>
              </w:rPr>
              <w:t>Severe Storms &amp; Flooding</w:t>
            </w:r>
          </w:p>
        </w:tc>
        <w:tc>
          <w:tcPr>
            <w:tcW w:type="dxa" w:w="3267"/>
          </w:tcPr>
          <w:p>
            <w:pPr>
              <w:spacing w:after="0"/>
              <w:jc w:val="left"/>
            </w:pPr>
            <w:r>
              <w:rPr>
                <w:sz w:val="16"/>
              </w:rPr>
              <w:t>Inland Flooding</w:t>
            </w:r>
          </w:p>
        </w:tc>
      </w:tr>
      <w:tr>
        <w:trPr>
          <w:cantSplit/>
        </w:trPr>
        <w:tc>
          <w:tcPr>
            <w:tcW w:type="dxa" w:w="1678"/>
          </w:tcPr>
          <w:p>
            <w:pPr>
              <w:spacing w:after="0"/>
              <w:jc w:val="left"/>
            </w:pPr>
            <w:r>
              <w:rPr>
                <w:sz w:val="16"/>
              </w:rPr>
              <w:t>1963-03-13</w:t>
            </w:r>
          </w:p>
        </w:tc>
        <w:tc>
          <w:tcPr>
            <w:tcW w:type="dxa" w:w="1678"/>
          </w:tcPr>
          <w:p>
            <w:pPr>
              <w:spacing w:after="0"/>
              <w:jc w:val="left"/>
            </w:pPr>
            <w:r>
              <w:rPr>
                <w:sz w:val="16"/>
              </w:rPr>
              <w:t>1963-03-13</w:t>
            </w:r>
          </w:p>
        </w:tc>
        <w:tc>
          <w:tcPr>
            <w:tcW w:type="dxa" w:w="1533"/>
          </w:tcPr>
          <w:p>
            <w:pPr>
              <w:spacing w:after="0"/>
              <w:jc w:val="left"/>
            </w:pPr>
            <w:r>
              <w:rPr>
                <w:sz w:val="16"/>
              </w:rPr>
              <w:t>DR-147-WV</w:t>
            </w:r>
          </w:p>
        </w:tc>
        <w:tc>
          <w:tcPr>
            <w:tcW w:type="dxa" w:w="2256"/>
          </w:tcPr>
          <w:p>
            <w:pPr>
              <w:spacing w:after="0"/>
              <w:jc w:val="left"/>
            </w:pPr>
            <w:r>
              <w:rPr>
                <w:sz w:val="16"/>
              </w:rPr>
              <w:t>Major disaster</w:t>
            </w:r>
          </w:p>
        </w:tc>
        <w:tc>
          <w:tcPr>
            <w:tcW w:type="dxa" w:w="3700"/>
          </w:tcPr>
          <w:p>
            <w:pPr>
              <w:spacing w:after="0"/>
              <w:jc w:val="left"/>
            </w:pPr>
            <w:r>
              <w:rPr>
                <w:sz w:val="16"/>
              </w:rPr>
              <w:t>Severe Storms &amp; Flooding</w:t>
            </w:r>
          </w:p>
        </w:tc>
        <w:tc>
          <w:tcPr>
            <w:tcW w:type="dxa" w:w="3267"/>
          </w:tcPr>
          <w:p>
            <w:pPr>
              <w:spacing w:after="0"/>
              <w:jc w:val="left"/>
            </w:pPr>
            <w:r>
              <w:rPr>
                <w:sz w:val="16"/>
              </w:rPr>
              <w:t>Inland Flooding</w:t>
            </w:r>
          </w:p>
        </w:tc>
      </w:tr>
      <w:tr>
        <w:trPr>
          <w:cantSplit/>
        </w:trPr>
        <w:tc>
          <w:tcPr>
            <w:tcW w:type="dxa" w:w="1678"/>
          </w:tcPr>
          <w:p>
            <w:pPr>
              <w:spacing w:after="0"/>
              <w:jc w:val="left"/>
            </w:pPr>
            <w:r>
              <w:rPr>
                <w:sz w:val="16"/>
              </w:rPr>
              <w:t>1962-03-09</w:t>
            </w:r>
          </w:p>
        </w:tc>
        <w:tc>
          <w:tcPr>
            <w:tcW w:type="dxa" w:w="1678"/>
          </w:tcPr>
          <w:p>
            <w:pPr>
              <w:spacing w:after="0"/>
              <w:jc w:val="left"/>
            </w:pPr>
            <w:r>
              <w:rPr>
                <w:sz w:val="16"/>
              </w:rPr>
              <w:t>1962-03-09</w:t>
            </w:r>
          </w:p>
        </w:tc>
        <w:tc>
          <w:tcPr>
            <w:tcW w:type="dxa" w:w="1533"/>
          </w:tcPr>
          <w:p>
            <w:pPr>
              <w:spacing w:after="0"/>
              <w:jc w:val="left"/>
            </w:pPr>
            <w:r>
              <w:rPr>
                <w:sz w:val="16"/>
              </w:rPr>
              <w:t>DR-125-WV</w:t>
            </w:r>
          </w:p>
        </w:tc>
        <w:tc>
          <w:tcPr>
            <w:tcW w:type="dxa" w:w="2256"/>
          </w:tcPr>
          <w:p>
            <w:pPr>
              <w:spacing w:after="0"/>
              <w:jc w:val="left"/>
            </w:pPr>
            <w:r>
              <w:rPr>
                <w:sz w:val="16"/>
              </w:rPr>
              <w:t>Major disaster</w:t>
            </w:r>
          </w:p>
        </w:tc>
        <w:tc>
          <w:tcPr>
            <w:tcW w:type="dxa" w:w="3700"/>
          </w:tcPr>
          <w:p>
            <w:pPr>
              <w:spacing w:after="0"/>
              <w:jc w:val="left"/>
            </w:pPr>
            <w:r>
              <w:rPr>
                <w:sz w:val="16"/>
              </w:rPr>
              <w:t>Severe Storm, High Tides &amp; Flooding</w:t>
            </w:r>
          </w:p>
        </w:tc>
        <w:tc>
          <w:tcPr>
            <w:tcW w:type="dxa" w:w="3267"/>
          </w:tcPr>
          <w:p>
            <w:pPr>
              <w:spacing w:after="0"/>
              <w:jc w:val="left"/>
            </w:pPr>
            <w:r>
              <w:rPr>
                <w:sz w:val="16"/>
              </w:rPr>
              <w:t>Inland Flooding (primary); also designated: Coastal Flooding</w:t>
            </w:r>
          </w:p>
        </w:tc>
      </w:tr>
      <w:tr>
        <w:trPr>
          <w:cantSplit/>
        </w:trPr>
        <w:tc>
          <w:tcPr>
            <w:tcW w:type="dxa" w:w="1678"/>
          </w:tcPr>
          <w:p>
            <w:pPr>
              <w:spacing w:after="0"/>
              <w:jc w:val="left"/>
            </w:pPr>
            <w:r>
              <w:rPr>
                <w:sz w:val="16"/>
              </w:rPr>
              <w:t>1961-07-23</w:t>
            </w:r>
          </w:p>
        </w:tc>
        <w:tc>
          <w:tcPr>
            <w:tcW w:type="dxa" w:w="1678"/>
          </w:tcPr>
          <w:p>
            <w:pPr>
              <w:spacing w:after="0"/>
              <w:jc w:val="left"/>
            </w:pPr>
            <w:r>
              <w:rPr>
                <w:sz w:val="16"/>
              </w:rPr>
              <w:t>1961-07-23</w:t>
            </w:r>
          </w:p>
        </w:tc>
        <w:tc>
          <w:tcPr>
            <w:tcW w:type="dxa" w:w="1533"/>
          </w:tcPr>
          <w:p>
            <w:pPr>
              <w:spacing w:after="0"/>
              <w:jc w:val="left"/>
            </w:pPr>
            <w:r>
              <w:rPr>
                <w:sz w:val="16"/>
              </w:rPr>
              <w:t>DR-117-WV</w:t>
            </w:r>
          </w:p>
        </w:tc>
        <w:tc>
          <w:tcPr>
            <w:tcW w:type="dxa" w:w="2256"/>
          </w:tcPr>
          <w:p>
            <w:pPr>
              <w:spacing w:after="0"/>
              <w:jc w:val="left"/>
            </w:pPr>
            <w:r>
              <w:rPr>
                <w:sz w:val="16"/>
              </w:rPr>
              <w:t>Major disaster</w:t>
            </w:r>
          </w:p>
        </w:tc>
        <w:tc>
          <w:tcPr>
            <w:tcW w:type="dxa" w:w="3700"/>
          </w:tcPr>
          <w:p>
            <w:pPr>
              <w:spacing w:after="0"/>
              <w:jc w:val="left"/>
            </w:pPr>
            <w:r>
              <w:rPr>
                <w:sz w:val="16"/>
              </w:rPr>
              <w:t>Floods</w:t>
            </w:r>
          </w:p>
        </w:tc>
        <w:tc>
          <w:tcPr>
            <w:tcW w:type="dxa" w:w="3267"/>
          </w:tcPr>
          <w:p>
            <w:pPr>
              <w:spacing w:after="0"/>
              <w:jc w:val="left"/>
            </w:pPr>
            <w:r>
              <w:rPr>
                <w:sz w:val="16"/>
              </w:rPr>
              <w:t>Inland Flooding</w:t>
            </w:r>
          </w:p>
        </w:tc>
      </w:tr>
      <w:tr>
        <w:trPr>
          <w:cantSplit/>
        </w:trPr>
        <w:tc>
          <w:tcPr>
            <w:tcW w:type="dxa" w:w="1678"/>
          </w:tcPr>
          <w:p>
            <w:pPr>
              <w:spacing w:after="0"/>
              <w:jc w:val="left"/>
            </w:pPr>
            <w:r>
              <w:rPr>
                <w:sz w:val="16"/>
              </w:rPr>
              <w:t>1957-01-31</w:t>
            </w:r>
          </w:p>
        </w:tc>
        <w:tc>
          <w:tcPr>
            <w:tcW w:type="dxa" w:w="1678"/>
          </w:tcPr>
          <w:p>
            <w:pPr>
              <w:spacing w:after="0"/>
              <w:jc w:val="left"/>
            </w:pPr>
            <w:r>
              <w:rPr>
                <w:sz w:val="16"/>
              </w:rPr>
              <w:t>1957-01-31</w:t>
            </w:r>
          </w:p>
        </w:tc>
        <w:tc>
          <w:tcPr>
            <w:tcW w:type="dxa" w:w="1533"/>
          </w:tcPr>
          <w:p>
            <w:pPr>
              <w:spacing w:after="0"/>
              <w:jc w:val="left"/>
            </w:pPr>
            <w:r>
              <w:rPr>
                <w:sz w:val="16"/>
              </w:rPr>
              <w:t>DR-67-WV</w:t>
            </w:r>
          </w:p>
        </w:tc>
        <w:tc>
          <w:tcPr>
            <w:tcW w:type="dxa" w:w="2256"/>
          </w:tcPr>
          <w:p>
            <w:pPr>
              <w:spacing w:after="0"/>
              <w:jc w:val="left"/>
            </w:pPr>
            <w:r>
              <w:rPr>
                <w:sz w:val="16"/>
              </w:rPr>
              <w:t>Major disaster</w:t>
            </w:r>
          </w:p>
        </w:tc>
        <w:tc>
          <w:tcPr>
            <w:tcW w:type="dxa" w:w="3700"/>
          </w:tcPr>
          <w:p>
            <w:pPr>
              <w:spacing w:after="0"/>
              <w:jc w:val="left"/>
            </w:pPr>
            <w:r>
              <w:rPr>
                <w:sz w:val="16"/>
              </w:rPr>
              <w:t>Flood</w:t>
            </w:r>
          </w:p>
        </w:tc>
        <w:tc>
          <w:tcPr>
            <w:tcW w:type="dxa" w:w="3267"/>
          </w:tcPr>
          <w:p>
            <w:pPr>
              <w:spacing w:after="0"/>
              <w:jc w:val="left"/>
            </w:pPr>
            <w:r>
              <w:rPr>
                <w:sz w:val="16"/>
              </w:rPr>
              <w:t>Inland Flooding</w:t>
            </w:r>
          </w:p>
        </w:tc>
      </w:tr>
      <w:tr>
        <w:trPr>
          <w:cantSplit/>
        </w:trPr>
        <w:tc>
          <w:tcPr>
            <w:tcW w:type="dxa" w:w="1678"/>
          </w:tcPr>
          <w:p>
            <w:pPr>
              <w:spacing w:after="0"/>
              <w:jc w:val="left"/>
            </w:pPr>
            <w:r>
              <w:rPr>
                <w:sz w:val="16"/>
              </w:rPr>
              <w:t>1954-08-04</w:t>
            </w:r>
          </w:p>
        </w:tc>
        <w:tc>
          <w:tcPr>
            <w:tcW w:type="dxa" w:w="1678"/>
          </w:tcPr>
          <w:p>
            <w:pPr>
              <w:spacing w:after="0"/>
              <w:jc w:val="left"/>
            </w:pPr>
            <w:r>
              <w:rPr>
                <w:sz w:val="16"/>
              </w:rPr>
              <w:t>1954-08-04</w:t>
            </w:r>
          </w:p>
        </w:tc>
        <w:tc>
          <w:tcPr>
            <w:tcW w:type="dxa" w:w="1533"/>
          </w:tcPr>
          <w:p>
            <w:pPr>
              <w:spacing w:after="0"/>
              <w:jc w:val="left"/>
            </w:pPr>
            <w:r>
              <w:rPr>
                <w:sz w:val="16"/>
              </w:rPr>
              <w:t>DR-21-WV</w:t>
            </w:r>
          </w:p>
        </w:tc>
        <w:tc>
          <w:tcPr>
            <w:tcW w:type="dxa" w:w="2256"/>
          </w:tcPr>
          <w:p>
            <w:pPr>
              <w:spacing w:after="0"/>
              <w:jc w:val="left"/>
            </w:pPr>
            <w:r>
              <w:rPr>
                <w:sz w:val="16"/>
              </w:rPr>
              <w:t>Major disaster</w:t>
            </w:r>
          </w:p>
        </w:tc>
        <w:tc>
          <w:tcPr>
            <w:tcW w:type="dxa" w:w="3700"/>
          </w:tcPr>
          <w:p>
            <w:pPr>
              <w:spacing w:after="0"/>
              <w:jc w:val="left"/>
            </w:pPr>
            <w:r>
              <w:rPr>
                <w:sz w:val="16"/>
              </w:rPr>
              <w:t>Flood</w:t>
            </w:r>
          </w:p>
        </w:tc>
        <w:tc>
          <w:tcPr>
            <w:tcW w:type="dxa" w:w="326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30</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20</w:t>
            </w:r>
          </w:p>
        </w:tc>
        <w:tc>
          <w:tcPr>
            <w:tcW w:type="dxa" w:w="1159"/>
          </w:tcPr>
          <w:p>
            <w:pPr>
              <w:spacing w:after="0"/>
              <w:jc w:val="right"/>
            </w:pPr>
            <w:r>
              <w:rPr>
                <w:sz w:val="16"/>
              </w:rPr>
              <w:t>10</w:t>
            </w:r>
          </w:p>
        </w:tc>
        <w:tc>
          <w:tcPr>
            <w:tcW w:type="dxa" w:w="2116"/>
          </w:tcPr>
          <w:p>
            <w:pPr>
              <w:spacing w:after="0"/>
              <w:jc w:val="right"/>
            </w:pPr>
            <w:r>
              <w:rPr>
                <w:sz w:val="16"/>
              </w:rPr>
              <w:t>0</w:t>
            </w:r>
          </w:p>
        </w:tc>
        <w:tc>
          <w:tcPr>
            <w:tcW w:type="dxa" w:w="786"/>
          </w:tcPr>
          <w:p>
            <w:pPr>
              <w:spacing w:after="0"/>
              <w:jc w:val="right"/>
            </w:pPr>
            <w:r>
              <w:rPr>
                <w:sz w:val="16"/>
              </w:rPr>
              <w:t>10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30</w:t>
            </w:r>
          </w:p>
        </w:tc>
        <w:tc>
          <w:tcPr>
            <w:tcW w:type="dxa" w:w="1159"/>
          </w:tcPr>
          <w:p>
            <w:pPr>
              <w:spacing w:after="0"/>
              <w:jc w:val="right"/>
            </w:pPr>
            <w:r>
              <w:rPr>
                <w:sz w:val="16"/>
              </w:rPr>
              <w:t>3</w:t>
            </w:r>
          </w:p>
        </w:tc>
        <w:tc>
          <w:tcPr>
            <w:tcW w:type="dxa" w:w="2116"/>
          </w:tcPr>
          <w:p>
            <w:pPr>
              <w:spacing w:after="0"/>
              <w:jc w:val="right"/>
            </w:pPr>
            <w:r>
              <w:rPr>
                <w:sz w:val="16"/>
              </w:rPr>
              <w:t>1</w:t>
            </w: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20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51</w:t>
            </w:r>
          </w:p>
        </w:tc>
        <w:tc>
          <w:tcPr>
            <w:tcW w:type="dxa" w:w="1159"/>
          </w:tcPr>
          <w:p>
            <w:pPr>
              <w:spacing w:after="0"/>
              <w:jc w:val="right"/>
            </w:pPr>
            <w:r>
              <w:rPr>
                <w:sz w:val="16"/>
              </w:rPr>
              <w:t>6</w:t>
            </w:r>
          </w:p>
        </w:tc>
        <w:tc>
          <w:tcPr>
            <w:tcW w:type="dxa" w:w="2116"/>
          </w:tcPr>
          <w:p>
            <w:pPr>
              <w:spacing w:after="0"/>
              <w:jc w:val="right"/>
            </w:pPr>
            <w:r>
              <w:rPr>
                <w:sz w:val="16"/>
              </w:rPr>
              <w:t>5</w:t>
            </w:r>
          </w:p>
        </w:tc>
        <w:tc>
          <w:tcPr>
            <w:tcW w:type="dxa" w:w="786"/>
          </w:tcPr>
          <w:p>
            <w:pPr>
              <w:spacing w:after="0"/>
              <w:jc w:val="right"/>
            </w:pPr>
            <w:r>
              <w:rPr>
                <w:sz w:val="16"/>
              </w:rPr>
              <w:t>11</w:t>
            </w:r>
          </w:p>
        </w:tc>
        <w:tc>
          <w:tcPr>
            <w:tcW w:type="dxa" w:w="1692"/>
          </w:tcPr>
          <w:p>
            <w:pPr>
              <w:spacing w:after="0"/>
              <w:jc w:val="right"/>
            </w:pPr>
            <w:r>
              <w:rPr>
                <w:sz w:val="16"/>
              </w:rPr>
              <w:t>12</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11</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11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116</w:t>
            </w:r>
          </w:p>
        </w:tc>
        <w:tc>
          <w:tcPr>
            <w:tcW w:type="dxa" w:w="1159"/>
          </w:tcPr>
          <w:p>
            <w:pPr>
              <w:spacing w:after="0"/>
              <w:jc w:val="right"/>
            </w:pPr>
            <w:r>
              <w:rPr>
                <w:sz w:val="16"/>
              </w:rPr>
              <w:t>31</w:t>
            </w:r>
          </w:p>
        </w:tc>
        <w:tc>
          <w:tcPr>
            <w:tcW w:type="dxa" w:w="2116"/>
          </w:tcPr>
          <w:p>
            <w:pPr>
              <w:spacing w:after="0"/>
              <w:jc w:val="right"/>
            </w:pPr>
            <w:r>
              <w:rPr>
                <w:sz w:val="16"/>
              </w:rPr>
              <w:t>7</w:t>
            </w:r>
          </w:p>
        </w:tc>
        <w:tc>
          <w:tcPr>
            <w:tcW w:type="dxa" w:w="786"/>
          </w:tcPr>
          <w:p>
            <w:pPr>
              <w:spacing w:after="0"/>
              <w:jc w:val="right"/>
            </w:pPr>
            <w:r>
              <w:rPr>
                <w:sz w:val="16"/>
              </w:rPr>
              <w:t>38</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10 High Wind and 16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Wildfire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71</w:t>
            </w:r>
          </w:p>
        </w:tc>
        <w:tc>
          <w:tcPr>
            <w:tcW w:type="dxa" w:w="1159"/>
          </w:tcPr>
          <w:p>
            <w:pPr>
              <w:spacing w:after="0"/>
              <w:jc w:val="right"/>
            </w:pPr>
            <w:r>
              <w:rPr>
                <w:sz w:val="16"/>
              </w:rPr>
              <w:t>19</w:t>
            </w:r>
          </w:p>
        </w:tc>
        <w:tc>
          <w:tcPr>
            <w:tcW w:type="dxa" w:w="2116"/>
          </w:tcPr>
          <w:p>
            <w:pPr>
              <w:spacing w:after="0"/>
              <w:jc w:val="right"/>
            </w:pPr>
            <w:r>
              <w:rPr>
                <w:sz w:val="16"/>
              </w:rPr>
              <w:t>4</w:t>
            </w:r>
          </w:p>
        </w:tc>
        <w:tc>
          <w:tcPr>
            <w:tcW w:type="dxa" w:w="786"/>
          </w:tcPr>
          <w:p>
            <w:pPr>
              <w:spacing w:after="0"/>
              <w:jc w:val="right"/>
            </w:pPr>
            <w:r>
              <w:rPr>
                <w:sz w:val="16"/>
              </w:rPr>
              <w:t>23</w:t>
            </w:r>
          </w:p>
        </w:tc>
        <w:tc>
          <w:tcPr>
            <w:tcW w:type="dxa" w:w="1692"/>
          </w:tcPr>
          <w:p>
            <w:pPr>
              <w:spacing w:after="0"/>
              <w:jc w:val="right"/>
            </w:pPr>
            <w:r>
              <w:rPr>
                <w:sz w:val="16"/>
              </w:rPr>
              <w:t>6</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26"/>
        <w:gridCol w:w="1687"/>
        <w:gridCol w:w="2442"/>
        <w:gridCol w:w="917"/>
        <w:gridCol w:w="1924"/>
        <w:gridCol w:w="1937"/>
        <w:gridCol w:w="2842"/>
      </w:tblGrid>
      <w:tr>
        <w:trPr>
          <w:cantSplit/>
          <w:tblHeader/>
        </w:trPr>
        <w:tc>
          <w:tcPr>
            <w:tcW w:type="dxa" w:w="1037"/>
            <w:shd w:val="clear" w:color="auto" w:fill="E8E8E8"/>
          </w:tcPr>
          <w:p>
            <w:pPr>
              <w:spacing w:after="0"/>
              <w:jc w:val="left"/>
            </w:pPr>
            <w:r>
              <w:rPr>
                <w:b/>
                <w:sz w:val="16"/>
              </w:rPr>
              <w:t>Date</w:t>
            </w:r>
          </w:p>
        </w:tc>
        <w:tc>
          <w:tcPr>
            <w:tcW w:type="dxa" w:w="1326"/>
            <w:shd w:val="clear" w:color="auto" w:fill="E8E8E8"/>
          </w:tcPr>
          <w:p>
            <w:pPr>
              <w:spacing w:after="0"/>
              <w:jc w:val="left"/>
            </w:pPr>
            <w:r>
              <w:rPr>
                <w:b/>
                <w:sz w:val="16"/>
              </w:rPr>
              <w:t>Event type</w:t>
            </w:r>
          </w:p>
        </w:tc>
        <w:tc>
          <w:tcPr>
            <w:tcW w:type="dxa" w:w="1687"/>
            <w:shd w:val="clear" w:color="auto" w:fill="E8E8E8"/>
          </w:tcPr>
          <w:p>
            <w:pPr>
              <w:spacing w:after="0"/>
              <w:jc w:val="left"/>
            </w:pPr>
            <w:r>
              <w:rPr>
                <w:b/>
                <w:sz w:val="16"/>
              </w:rPr>
              <w:t>Magnitude or extent</w:t>
            </w:r>
          </w:p>
        </w:tc>
        <w:tc>
          <w:tcPr>
            <w:tcW w:type="dxa" w:w="2442"/>
            <w:shd w:val="clear" w:color="auto" w:fill="E8E8E8"/>
          </w:tcPr>
          <w:p>
            <w:pPr>
              <w:spacing w:after="0"/>
              <w:jc w:val="left"/>
            </w:pPr>
            <w:r>
              <w:rPr>
                <w:b/>
                <w:sz w:val="16"/>
              </w:rPr>
              <w:t>Damage</w:t>
            </w:r>
          </w:p>
          <w:p>
            <w:pPr>
              <w:spacing w:after="0"/>
              <w:jc w:val="left"/>
            </w:pPr>
            <w:r>
              <w:rPr>
                <w:i/>
                <w:color w:val="555555"/>
                <w:sz w:val="14"/>
              </w:rPr>
              <w:t>nominal dollars</w:t>
            </w:r>
          </w:p>
        </w:tc>
        <w:tc>
          <w:tcPr>
            <w:tcW w:type="dxa" w:w="91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924"/>
            <w:shd w:val="clear" w:color="auto" w:fill="E8E8E8"/>
          </w:tcPr>
          <w:p>
            <w:pPr>
              <w:spacing w:after="0"/>
              <w:jc w:val="left"/>
            </w:pPr>
            <w:r>
              <w:rPr>
                <w:b/>
                <w:sz w:val="16"/>
              </w:rPr>
              <w:t>Location</w:t>
            </w:r>
          </w:p>
        </w:tc>
        <w:tc>
          <w:tcPr>
            <w:tcW w:type="dxa" w:w="1937"/>
            <w:shd w:val="clear" w:color="auto" w:fill="E8E8E8"/>
          </w:tcPr>
          <w:p>
            <w:pPr>
              <w:spacing w:after="0"/>
              <w:jc w:val="left"/>
            </w:pPr>
            <w:r>
              <w:rPr>
                <w:b/>
                <w:sz w:val="16"/>
              </w:rPr>
              <w:t>Flags</w:t>
            </w:r>
          </w:p>
        </w:tc>
        <w:tc>
          <w:tcPr>
            <w:tcW w:type="dxa" w:w="284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2025-04-14</w:t>
            </w:r>
          </w:p>
        </w:tc>
        <w:tc>
          <w:tcPr>
            <w:tcW w:type="dxa" w:w="1326"/>
          </w:tcPr>
          <w:p>
            <w:pPr>
              <w:spacing w:after="0"/>
              <w:jc w:val="left"/>
            </w:pPr>
            <w:r>
              <w:rPr>
                <w:sz w:val="16"/>
              </w:rPr>
              <w:t>Hail</w:t>
            </w:r>
          </w:p>
        </w:tc>
        <w:tc>
          <w:tcPr>
            <w:tcW w:type="dxa" w:w="1687"/>
          </w:tcPr>
          <w:p>
            <w:pPr>
              <w:spacing w:after="0"/>
              <w:jc w:val="left"/>
            </w:pPr>
            <w:r>
              <w:rPr>
                <w:sz w:val="16"/>
              </w:rPr>
              <w:t>1.75 in</w:t>
            </w:r>
          </w:p>
        </w:tc>
        <w:tc>
          <w:tcPr>
            <w:tcW w:type="dxa" w:w="2442"/>
          </w:tcPr>
          <w:p>
            <w:pPr>
              <w:spacing w:after="0"/>
              <w:jc w:val="left"/>
            </w:pPr>
            <w:r>
              <w:rPr>
                <w:sz w:val="16"/>
              </w:rPr>
              <w:t>$0 property; $0 crops (2025 dollars)</w:t>
            </w:r>
          </w:p>
        </w:tc>
        <w:tc>
          <w:tcPr>
            <w:tcW w:type="dxa" w:w="917"/>
          </w:tcPr>
          <w:p>
            <w:pPr>
              <w:spacing w:after="0"/>
              <w:jc w:val="right"/>
            </w:pPr>
            <w:r>
              <w:rPr>
                <w:sz w:val="16"/>
              </w:rPr>
              <w:t>0, 0</w:t>
            </w:r>
          </w:p>
        </w:tc>
        <w:tc>
          <w:tcPr>
            <w:tcW w:type="dxa" w:w="1924"/>
          </w:tcPr>
          <w:p>
            <w:pPr>
              <w:spacing w:after="0"/>
              <w:jc w:val="left"/>
            </w:pPr>
            <w:r>
              <w:rPr>
                <w:sz w:val="16"/>
              </w:rPr>
              <w:t>LIZEMORES</w:t>
            </w:r>
          </w:p>
        </w:tc>
        <w:tc>
          <w:tcPr>
            <w:tcW w:type="dxa" w:w="1937"/>
          </w:tcPr>
          <w:p>
            <w:pPr>
              <w:spacing w:after="0"/>
              <w:jc w:val="left"/>
            </w:pPr>
            <w:r>
              <w:rPr>
                <w:sz w:val="16"/>
              </w:rPr>
              <w:t>new since last plan; within last 5 years</w:t>
            </w:r>
          </w:p>
        </w:tc>
        <w:tc>
          <w:tcPr>
            <w:tcW w:type="dxa" w:w="2842"/>
          </w:tcPr>
          <w:p>
            <w:pPr>
              <w:spacing w:after="0"/>
              <w:jc w:val="left"/>
            </w:pPr>
            <w:r>
              <w:rPr>
                <w:sz w:val="16"/>
              </w:rPr>
              <w:t>B1-c worst recorded: Hail</w:t>
            </w:r>
          </w:p>
        </w:tc>
      </w:tr>
      <w:tr>
        <w:trPr>
          <w:cantSplit/>
        </w:trPr>
        <w:tc>
          <w:tcPr>
            <w:tcW w:type="dxa" w:w="1037"/>
          </w:tcPr>
          <w:p>
            <w:pPr>
              <w:spacing w:after="0"/>
              <w:jc w:val="left"/>
            </w:pPr>
            <w:r>
              <w:rPr>
                <w:sz w:val="16"/>
              </w:rPr>
              <w:t>2024-04-02</w:t>
            </w:r>
          </w:p>
        </w:tc>
        <w:tc>
          <w:tcPr>
            <w:tcW w:type="dxa" w:w="1326"/>
          </w:tcPr>
          <w:p>
            <w:pPr>
              <w:spacing w:after="0"/>
              <w:jc w:val="left"/>
            </w:pPr>
            <w:r>
              <w:rPr>
                <w:sz w:val="16"/>
              </w:rPr>
              <w:t>Thunderstorm Wind</w:t>
            </w:r>
          </w:p>
        </w:tc>
        <w:tc>
          <w:tcPr>
            <w:tcW w:type="dxa" w:w="1687"/>
          </w:tcPr>
          <w:p>
            <w:pPr>
              <w:spacing w:after="0"/>
              <w:jc w:val="left"/>
            </w:pPr>
            <w:r>
              <w:rPr>
                <w:sz w:val="16"/>
              </w:rPr>
              <w:t>61 kt (70 mph) estimated gust</w:t>
            </w:r>
          </w:p>
        </w:tc>
        <w:tc>
          <w:tcPr>
            <w:tcW w:type="dxa" w:w="2442"/>
          </w:tcPr>
          <w:p>
            <w:pPr>
              <w:spacing w:after="0"/>
              <w:jc w:val="left"/>
            </w:pPr>
            <w:r>
              <w:rPr>
                <w:sz w:val="16"/>
              </w:rPr>
              <w:t>$10,000 property; $0 crops (2024 dollars)</w:t>
            </w:r>
          </w:p>
        </w:tc>
        <w:tc>
          <w:tcPr>
            <w:tcW w:type="dxa" w:w="917"/>
          </w:tcPr>
          <w:p>
            <w:pPr>
              <w:spacing w:after="0"/>
              <w:jc w:val="right"/>
            </w:pPr>
            <w:r>
              <w:rPr>
                <w:sz w:val="16"/>
              </w:rPr>
              <w:t>0, 0</w:t>
            </w:r>
          </w:p>
        </w:tc>
        <w:tc>
          <w:tcPr>
            <w:tcW w:type="dxa" w:w="1924"/>
          </w:tcPr>
          <w:p>
            <w:pPr>
              <w:spacing w:after="0"/>
              <w:jc w:val="left"/>
            </w:pPr>
            <w:r>
              <w:rPr>
                <w:sz w:val="16"/>
              </w:rPr>
              <w:t>BICKMORE</w:t>
            </w:r>
          </w:p>
        </w:tc>
        <w:tc>
          <w:tcPr>
            <w:tcW w:type="dxa" w:w="1937"/>
          </w:tcPr>
          <w:p>
            <w:pPr>
              <w:spacing w:after="0"/>
              <w:jc w:val="left"/>
            </w:pPr>
            <w:r>
              <w:rPr>
                <w:sz w:val="16"/>
              </w:rPr>
              <w:t>new since last plan; within last 5 years</w:t>
            </w:r>
          </w:p>
        </w:tc>
        <w:tc>
          <w:tcPr>
            <w:tcW w:type="dxa" w:w="2842"/>
          </w:tcPr>
          <w:p>
            <w:pPr>
              <w:spacing w:after="0"/>
              <w:jc w:val="left"/>
            </w:pPr>
            <w:r>
              <w:rPr>
                <w:sz w:val="16"/>
              </w:rPr>
              <w:t>B1-c worst recorded: Thunderstorm Wind</w:t>
            </w:r>
          </w:p>
        </w:tc>
      </w:tr>
      <w:tr>
        <w:trPr>
          <w:cantSplit/>
        </w:trPr>
        <w:tc>
          <w:tcPr>
            <w:tcW w:type="dxa" w:w="1037"/>
          </w:tcPr>
          <w:p>
            <w:pPr>
              <w:spacing w:after="0"/>
              <w:jc w:val="left"/>
            </w:pPr>
            <w:r>
              <w:rPr>
                <w:sz w:val="16"/>
              </w:rPr>
              <w:t>2023-04-01</w:t>
            </w:r>
          </w:p>
        </w:tc>
        <w:tc>
          <w:tcPr>
            <w:tcW w:type="dxa" w:w="1326"/>
          </w:tcPr>
          <w:p>
            <w:pPr>
              <w:spacing w:after="0"/>
              <w:jc w:val="left"/>
            </w:pPr>
            <w:r>
              <w:rPr>
                <w:sz w:val="16"/>
              </w:rPr>
              <w:t>High Wind</w:t>
            </w:r>
          </w:p>
        </w:tc>
        <w:tc>
          <w:tcPr>
            <w:tcW w:type="dxa" w:w="1687"/>
          </w:tcPr>
          <w:p>
            <w:pPr>
              <w:spacing w:after="0"/>
              <w:jc w:val="left"/>
            </w:pPr>
            <w:r>
              <w:rPr>
                <w:sz w:val="16"/>
              </w:rPr>
              <w:t>50 kt (58 mph) estimated gust</w:t>
            </w:r>
          </w:p>
        </w:tc>
        <w:tc>
          <w:tcPr>
            <w:tcW w:type="dxa" w:w="2442"/>
          </w:tcPr>
          <w:p>
            <w:pPr>
              <w:spacing w:after="0"/>
              <w:jc w:val="left"/>
            </w:pPr>
            <w:r>
              <w:rPr>
                <w:sz w:val="16"/>
              </w:rPr>
              <w:t>$0 property; $0 crops (zone total, 2023 dollars)</w:t>
            </w:r>
          </w:p>
        </w:tc>
        <w:tc>
          <w:tcPr>
            <w:tcW w:type="dxa" w:w="917"/>
          </w:tcPr>
          <w:p>
            <w:pPr>
              <w:spacing w:after="0"/>
              <w:jc w:val="right"/>
            </w:pPr>
            <w:r>
              <w:rPr>
                <w:sz w:val="16"/>
              </w:rPr>
              <w:t>0, 0</w:t>
            </w:r>
          </w:p>
        </w:tc>
        <w:tc>
          <w:tcPr>
            <w:tcW w:type="dxa" w:w="1924"/>
          </w:tcPr>
          <w:p>
            <w:pPr>
              <w:spacing w:after="0"/>
              <w:jc w:val="left"/>
            </w:pPr>
            <w:r>
              <w:rPr>
                <w:sz w:val="16"/>
              </w:rPr>
              <w:t>NWS zone WVZ027 (CLAY), zone-level</w:t>
            </w:r>
          </w:p>
        </w:tc>
        <w:tc>
          <w:tcPr>
            <w:tcW w:type="dxa" w:w="1937"/>
          </w:tcPr>
          <w:p>
            <w:pPr>
              <w:spacing w:after="0"/>
              <w:jc w:val="left"/>
            </w:pPr>
            <w:r>
              <w:rPr>
                <w:sz w:val="16"/>
              </w:rPr>
              <w:t>new since last plan; within last 5 years</w:t>
            </w:r>
          </w:p>
        </w:tc>
        <w:tc>
          <w:tcPr>
            <w:tcW w:type="dxa" w:w="2842"/>
          </w:tcPr>
          <w:p>
            <w:pPr>
              <w:spacing w:after="0"/>
              <w:jc w:val="left"/>
            </w:pPr>
            <w:r>
              <w:rPr>
                <w:sz w:val="16"/>
              </w:rPr>
              <w:t>B1-c worst recorded: High Wind and Strong Wind</w:t>
            </w:r>
          </w:p>
        </w:tc>
      </w:tr>
      <w:tr>
        <w:trPr>
          <w:cantSplit/>
        </w:trPr>
        <w:tc>
          <w:tcPr>
            <w:tcW w:type="dxa" w:w="1037"/>
          </w:tcPr>
          <w:p>
            <w:pPr>
              <w:spacing w:after="0"/>
              <w:jc w:val="left"/>
            </w:pPr>
            <w:r>
              <w:rPr>
                <w:sz w:val="16"/>
              </w:rPr>
              <w:t>2022-12-23</w:t>
            </w:r>
          </w:p>
        </w:tc>
        <w:tc>
          <w:tcPr>
            <w:tcW w:type="dxa" w:w="1326"/>
          </w:tcPr>
          <w:p>
            <w:pPr>
              <w:spacing w:after="0"/>
              <w:jc w:val="left"/>
            </w:pPr>
            <w:r>
              <w:rPr>
                <w:sz w:val="16"/>
              </w:rPr>
              <w:t>Extreme Cold/Wind Chill</w:t>
            </w:r>
          </w:p>
        </w:tc>
        <w:tc>
          <w:tcPr>
            <w:tcW w:type="dxa" w:w="1687"/>
          </w:tcPr>
          <w:p>
            <w:pPr>
              <w:spacing w:after="0"/>
              <w:jc w:val="left"/>
            </w:pPr>
          </w:p>
        </w:tc>
        <w:tc>
          <w:tcPr>
            <w:tcW w:type="dxa" w:w="2442"/>
          </w:tcPr>
          <w:p>
            <w:pPr>
              <w:spacing w:after="0"/>
              <w:jc w:val="left"/>
            </w:pPr>
            <w:r>
              <w:rPr>
                <w:sz w:val="16"/>
              </w:rPr>
              <w:t>$25,000 property; $0 crops (zone total, 2022 dollars)</w:t>
            </w:r>
          </w:p>
        </w:tc>
        <w:tc>
          <w:tcPr>
            <w:tcW w:type="dxa" w:w="917"/>
          </w:tcPr>
          <w:p>
            <w:pPr>
              <w:spacing w:after="0"/>
              <w:jc w:val="right"/>
            </w:pPr>
            <w:r>
              <w:rPr>
                <w:sz w:val="16"/>
              </w:rPr>
              <w:t>0, 0</w:t>
            </w:r>
          </w:p>
        </w:tc>
        <w:tc>
          <w:tcPr>
            <w:tcW w:type="dxa" w:w="1924"/>
          </w:tcPr>
          <w:p>
            <w:pPr>
              <w:spacing w:after="0"/>
              <w:jc w:val="left"/>
            </w:pPr>
            <w:r>
              <w:rPr>
                <w:sz w:val="16"/>
              </w:rPr>
              <w:t>NWS zone WVZ027 (CLAY), zone-level</w:t>
            </w:r>
          </w:p>
        </w:tc>
        <w:tc>
          <w:tcPr>
            <w:tcW w:type="dxa" w:w="1937"/>
          </w:tcPr>
          <w:p>
            <w:pPr>
              <w:spacing w:after="0"/>
              <w:jc w:val="left"/>
            </w:pPr>
            <w:r>
              <w:rPr>
                <w:sz w:val="16"/>
              </w:rPr>
              <w:t>new since last plan; within last 5 years</w:t>
            </w:r>
          </w:p>
        </w:tc>
        <w:tc>
          <w:tcPr>
            <w:tcW w:type="dxa" w:w="2842"/>
          </w:tcPr>
          <w:p>
            <w:pPr>
              <w:spacing w:after="0"/>
              <w:jc w:val="left"/>
            </w:pPr>
            <w:r>
              <w:rPr>
                <w:sz w:val="16"/>
              </w:rPr>
              <w:t>B1-c most damaging: Cold/Wind Chill, Extreme Cold/Wind Chill</w:t>
            </w:r>
          </w:p>
        </w:tc>
      </w:tr>
      <w:tr>
        <w:trPr>
          <w:cantSplit/>
        </w:trPr>
        <w:tc>
          <w:tcPr>
            <w:tcW w:type="dxa" w:w="1037"/>
          </w:tcPr>
          <w:p>
            <w:pPr>
              <w:spacing w:after="0"/>
              <w:jc w:val="left"/>
            </w:pPr>
            <w:r>
              <w:rPr>
                <w:sz w:val="16"/>
              </w:rPr>
              <w:t>2019-02-24</w:t>
            </w:r>
          </w:p>
        </w:tc>
        <w:tc>
          <w:tcPr>
            <w:tcW w:type="dxa" w:w="1326"/>
          </w:tcPr>
          <w:p>
            <w:pPr>
              <w:spacing w:after="0"/>
              <w:jc w:val="left"/>
            </w:pPr>
            <w:r>
              <w:rPr>
                <w:sz w:val="16"/>
              </w:rPr>
              <w:t>Strong Wind</w:t>
            </w:r>
          </w:p>
        </w:tc>
        <w:tc>
          <w:tcPr>
            <w:tcW w:type="dxa" w:w="1687"/>
          </w:tcPr>
          <w:p>
            <w:pPr>
              <w:spacing w:after="0"/>
              <w:jc w:val="left"/>
            </w:pPr>
            <w:r>
              <w:rPr>
                <w:sz w:val="16"/>
              </w:rPr>
              <w:t>45 kt (52 mph) estimated gust</w:t>
            </w:r>
          </w:p>
        </w:tc>
        <w:tc>
          <w:tcPr>
            <w:tcW w:type="dxa" w:w="2442"/>
          </w:tcPr>
          <w:p>
            <w:pPr>
              <w:spacing w:after="0"/>
              <w:jc w:val="left"/>
            </w:pPr>
            <w:r>
              <w:rPr>
                <w:sz w:val="16"/>
              </w:rPr>
              <w:t>$50,000 property; $0 crops (zone total, 2019 dollars)</w:t>
            </w:r>
          </w:p>
        </w:tc>
        <w:tc>
          <w:tcPr>
            <w:tcW w:type="dxa" w:w="917"/>
          </w:tcPr>
          <w:p>
            <w:pPr>
              <w:spacing w:after="0"/>
              <w:jc w:val="right"/>
            </w:pPr>
            <w:r>
              <w:rPr>
                <w:sz w:val="16"/>
              </w:rPr>
              <w:t>0, 0</w:t>
            </w:r>
          </w:p>
        </w:tc>
        <w:tc>
          <w:tcPr>
            <w:tcW w:type="dxa" w:w="1924"/>
          </w:tcPr>
          <w:p>
            <w:pPr>
              <w:spacing w:after="0"/>
              <w:jc w:val="left"/>
            </w:pPr>
            <w:r>
              <w:rPr>
                <w:sz w:val="16"/>
              </w:rPr>
              <w:t>NWS zone WVZ027 (CLAY), zone-level</w:t>
            </w:r>
          </w:p>
        </w:tc>
        <w:tc>
          <w:tcPr>
            <w:tcW w:type="dxa" w:w="1937"/>
          </w:tcPr>
          <w:p>
            <w:pPr>
              <w:spacing w:after="0"/>
              <w:jc w:val="left"/>
            </w:pPr>
          </w:p>
        </w:tc>
        <w:tc>
          <w:tcPr>
            <w:tcW w:type="dxa" w:w="2842"/>
          </w:tcPr>
          <w:p>
            <w:pPr>
              <w:spacing w:after="0"/>
              <w:jc w:val="left"/>
            </w:pPr>
            <w:r>
              <w:rPr>
                <w:sz w:val="16"/>
              </w:rPr>
              <w:t>B1-c most damaging: High Wind and Strong Wind</w:t>
            </w:r>
          </w:p>
        </w:tc>
      </w:tr>
      <w:tr>
        <w:trPr>
          <w:cantSplit/>
        </w:trPr>
        <w:tc>
          <w:tcPr>
            <w:tcW w:type="dxa" w:w="1037"/>
          </w:tcPr>
          <w:p>
            <w:pPr>
              <w:spacing w:after="0"/>
              <w:jc w:val="left"/>
            </w:pPr>
            <w:r>
              <w:rPr>
                <w:sz w:val="16"/>
              </w:rPr>
              <w:t>2016-06-23</w:t>
            </w:r>
          </w:p>
        </w:tc>
        <w:tc>
          <w:tcPr>
            <w:tcW w:type="dxa" w:w="1326"/>
          </w:tcPr>
          <w:p>
            <w:pPr>
              <w:spacing w:after="0"/>
              <w:jc w:val="left"/>
            </w:pPr>
            <w:r>
              <w:rPr>
                <w:sz w:val="16"/>
              </w:rPr>
              <w:t>Flood</w:t>
            </w:r>
          </w:p>
        </w:tc>
        <w:tc>
          <w:tcPr>
            <w:tcW w:type="dxa" w:w="1687"/>
          </w:tcPr>
          <w:p>
            <w:pPr>
              <w:spacing w:after="0"/>
              <w:jc w:val="left"/>
            </w:pPr>
          </w:p>
        </w:tc>
        <w:tc>
          <w:tcPr>
            <w:tcW w:type="dxa" w:w="2442"/>
          </w:tcPr>
          <w:p>
            <w:pPr>
              <w:spacing w:after="0"/>
              <w:jc w:val="left"/>
            </w:pPr>
            <w:r>
              <w:rPr>
                <w:sz w:val="16"/>
              </w:rPr>
              <w:t>$9,000,000 property; $0 crops (2016 dollars)</w:t>
            </w:r>
          </w:p>
        </w:tc>
        <w:tc>
          <w:tcPr>
            <w:tcW w:type="dxa" w:w="917"/>
          </w:tcPr>
          <w:p>
            <w:pPr>
              <w:spacing w:after="0"/>
              <w:jc w:val="right"/>
            </w:pPr>
            <w:r>
              <w:rPr>
                <w:sz w:val="16"/>
              </w:rPr>
              <w:t>0, 0</w:t>
            </w:r>
          </w:p>
        </w:tc>
        <w:tc>
          <w:tcPr>
            <w:tcW w:type="dxa" w:w="1924"/>
          </w:tcPr>
          <w:p>
            <w:pPr>
              <w:spacing w:after="0"/>
              <w:jc w:val="left"/>
            </w:pPr>
            <w:r>
              <w:rPr>
                <w:sz w:val="16"/>
              </w:rPr>
              <w:t>DUCK</w:t>
            </w:r>
          </w:p>
        </w:tc>
        <w:tc>
          <w:tcPr>
            <w:tcW w:type="dxa" w:w="1937"/>
          </w:tcPr>
          <w:p>
            <w:pPr>
              <w:spacing w:after="0"/>
              <w:jc w:val="left"/>
            </w:pPr>
          </w:p>
        </w:tc>
        <w:tc>
          <w:tcPr>
            <w:tcW w:type="dxa" w:w="284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2012-10-29</w:t>
            </w:r>
          </w:p>
        </w:tc>
        <w:tc>
          <w:tcPr>
            <w:tcW w:type="dxa" w:w="1326"/>
          </w:tcPr>
          <w:p>
            <w:pPr>
              <w:spacing w:after="0"/>
              <w:jc w:val="left"/>
            </w:pPr>
            <w:r>
              <w:rPr>
                <w:sz w:val="16"/>
              </w:rPr>
              <w:t>Heavy Snow</w:t>
            </w:r>
          </w:p>
        </w:tc>
        <w:tc>
          <w:tcPr>
            <w:tcW w:type="dxa" w:w="1687"/>
          </w:tcPr>
          <w:p>
            <w:pPr>
              <w:spacing w:after="0"/>
              <w:jc w:val="left"/>
            </w:pPr>
          </w:p>
        </w:tc>
        <w:tc>
          <w:tcPr>
            <w:tcW w:type="dxa" w:w="2442"/>
          </w:tcPr>
          <w:p>
            <w:pPr>
              <w:spacing w:after="0"/>
              <w:jc w:val="left"/>
            </w:pPr>
            <w:r>
              <w:rPr>
                <w:sz w:val="16"/>
              </w:rPr>
              <w:t>$750,000 property; $0 crops (zone total, 2012 dollars)</w:t>
            </w:r>
          </w:p>
        </w:tc>
        <w:tc>
          <w:tcPr>
            <w:tcW w:type="dxa" w:w="917"/>
          </w:tcPr>
          <w:p>
            <w:pPr>
              <w:spacing w:after="0"/>
              <w:jc w:val="right"/>
            </w:pPr>
            <w:r>
              <w:rPr>
                <w:sz w:val="16"/>
              </w:rPr>
              <w:t>0, 0</w:t>
            </w:r>
          </w:p>
        </w:tc>
        <w:tc>
          <w:tcPr>
            <w:tcW w:type="dxa" w:w="1924"/>
          </w:tcPr>
          <w:p>
            <w:pPr>
              <w:spacing w:after="0"/>
              <w:jc w:val="left"/>
            </w:pPr>
            <w:r>
              <w:rPr>
                <w:sz w:val="16"/>
              </w:rPr>
              <w:t>NWS zone WVZ027 (CLAY), zone-level</w:t>
            </w:r>
          </w:p>
        </w:tc>
        <w:tc>
          <w:tcPr>
            <w:tcW w:type="dxa" w:w="1937"/>
          </w:tcPr>
          <w:p>
            <w:pPr>
              <w:spacing w:after="0"/>
              <w:jc w:val="left"/>
            </w:pPr>
          </w:p>
        </w:tc>
        <w:tc>
          <w:tcPr>
            <w:tcW w:type="dxa" w:w="2842"/>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2012-06-29</w:t>
            </w:r>
          </w:p>
        </w:tc>
        <w:tc>
          <w:tcPr>
            <w:tcW w:type="dxa" w:w="1326"/>
          </w:tcPr>
          <w:p>
            <w:pPr>
              <w:spacing w:after="0"/>
              <w:jc w:val="left"/>
            </w:pPr>
            <w:r>
              <w:rPr>
                <w:sz w:val="16"/>
              </w:rPr>
              <w:t>Thunderstorm Wind</w:t>
            </w:r>
          </w:p>
        </w:tc>
        <w:tc>
          <w:tcPr>
            <w:tcW w:type="dxa" w:w="1687"/>
          </w:tcPr>
          <w:p>
            <w:pPr>
              <w:spacing w:after="0"/>
              <w:jc w:val="left"/>
            </w:pPr>
            <w:r>
              <w:rPr>
                <w:sz w:val="16"/>
              </w:rPr>
              <w:t>56 kt (64 mph) estimated gust</w:t>
            </w:r>
          </w:p>
        </w:tc>
        <w:tc>
          <w:tcPr>
            <w:tcW w:type="dxa" w:w="2442"/>
          </w:tcPr>
          <w:p>
            <w:pPr>
              <w:spacing w:after="0"/>
              <w:jc w:val="left"/>
            </w:pPr>
            <w:r>
              <w:rPr>
                <w:sz w:val="16"/>
              </w:rPr>
              <w:t>$1,000,000 property; $0 crops (2012 dollars)</w:t>
            </w:r>
          </w:p>
        </w:tc>
        <w:tc>
          <w:tcPr>
            <w:tcW w:type="dxa" w:w="917"/>
          </w:tcPr>
          <w:p>
            <w:pPr>
              <w:spacing w:after="0"/>
              <w:jc w:val="right"/>
            </w:pPr>
            <w:r>
              <w:rPr>
                <w:sz w:val="16"/>
              </w:rPr>
              <w:t>0, 0</w:t>
            </w:r>
          </w:p>
        </w:tc>
        <w:tc>
          <w:tcPr>
            <w:tcW w:type="dxa" w:w="1924"/>
          </w:tcPr>
          <w:p>
            <w:pPr>
              <w:spacing w:after="0"/>
              <w:jc w:val="left"/>
            </w:pPr>
            <w:r>
              <w:rPr>
                <w:sz w:val="16"/>
              </w:rPr>
              <w:t>BIG OTTER to BICKMORE</w:t>
            </w:r>
          </w:p>
        </w:tc>
        <w:tc>
          <w:tcPr>
            <w:tcW w:type="dxa" w:w="1937"/>
          </w:tcPr>
          <w:p>
            <w:pPr>
              <w:spacing w:after="0"/>
              <w:jc w:val="left"/>
            </w:pPr>
          </w:p>
        </w:tc>
        <w:tc>
          <w:tcPr>
            <w:tcW w:type="dxa" w:w="2842"/>
          </w:tcPr>
          <w:p>
            <w:pPr>
              <w:spacing w:after="0"/>
              <w:jc w:val="left"/>
            </w:pPr>
            <w:r>
              <w:rPr>
                <w:sz w:val="16"/>
              </w:rPr>
              <w:t>B1-c most damaging: Thunderstorm Wind</w:t>
            </w:r>
          </w:p>
        </w:tc>
      </w:tr>
      <w:tr>
        <w:trPr>
          <w:cantSplit/>
        </w:trPr>
        <w:tc>
          <w:tcPr>
            <w:tcW w:type="dxa" w:w="1037"/>
          </w:tcPr>
          <w:p>
            <w:pPr>
              <w:spacing w:after="0"/>
              <w:jc w:val="left"/>
            </w:pPr>
            <w:r>
              <w:rPr>
                <w:sz w:val="16"/>
              </w:rPr>
              <w:t>2011-07-20</w:t>
            </w:r>
          </w:p>
        </w:tc>
        <w:tc>
          <w:tcPr>
            <w:tcW w:type="dxa" w:w="1326"/>
          </w:tcPr>
          <w:p>
            <w:pPr>
              <w:spacing w:after="0"/>
              <w:jc w:val="left"/>
            </w:pPr>
            <w:r>
              <w:rPr>
                <w:sz w:val="16"/>
              </w:rPr>
              <w:t>Heat</w:t>
            </w:r>
          </w:p>
        </w:tc>
        <w:tc>
          <w:tcPr>
            <w:tcW w:type="dxa" w:w="1687"/>
          </w:tcPr>
          <w:p>
            <w:pPr>
              <w:spacing w:after="0"/>
              <w:jc w:val="left"/>
            </w:pPr>
          </w:p>
        </w:tc>
        <w:tc>
          <w:tcPr>
            <w:tcW w:type="dxa" w:w="2442"/>
          </w:tcPr>
          <w:p>
            <w:pPr>
              <w:spacing w:after="0"/>
              <w:jc w:val="left"/>
            </w:pPr>
            <w:r>
              <w:rPr>
                <w:sz w:val="16"/>
              </w:rPr>
              <w:t>$0 property; $0 crops (zone total, 2011 dollars)</w:t>
            </w:r>
          </w:p>
        </w:tc>
        <w:tc>
          <w:tcPr>
            <w:tcW w:type="dxa" w:w="917"/>
          </w:tcPr>
          <w:p>
            <w:pPr>
              <w:spacing w:after="0"/>
              <w:jc w:val="right"/>
            </w:pPr>
            <w:r>
              <w:rPr>
                <w:sz w:val="16"/>
              </w:rPr>
              <w:t>0, 0</w:t>
            </w:r>
          </w:p>
        </w:tc>
        <w:tc>
          <w:tcPr>
            <w:tcW w:type="dxa" w:w="1924"/>
          </w:tcPr>
          <w:p>
            <w:pPr>
              <w:spacing w:after="0"/>
              <w:jc w:val="left"/>
            </w:pPr>
            <w:r>
              <w:rPr>
                <w:sz w:val="16"/>
              </w:rPr>
              <w:t>NWS zone WVZ027 (CLAY), zone-level</w:t>
            </w:r>
          </w:p>
        </w:tc>
        <w:tc>
          <w:tcPr>
            <w:tcW w:type="dxa" w:w="1937"/>
          </w:tcPr>
          <w:p>
            <w:pPr>
              <w:spacing w:after="0"/>
              <w:jc w:val="left"/>
            </w:pPr>
          </w:p>
        </w:tc>
        <w:tc>
          <w:tcPr>
            <w:tcW w:type="dxa" w:w="2842"/>
          </w:tcPr>
          <w:p>
            <w:pPr>
              <w:spacing w:after="0"/>
              <w:jc w:val="left"/>
            </w:pPr>
            <w:r>
              <w:rPr>
                <w:sz w:val="16"/>
              </w:rPr>
              <w:t>B1-c worst recorded: Excessive Heat, Heat</w:t>
            </w:r>
          </w:p>
        </w:tc>
      </w:tr>
      <w:tr>
        <w:trPr>
          <w:cantSplit/>
        </w:trPr>
        <w:tc>
          <w:tcPr>
            <w:tcW w:type="dxa" w:w="1037"/>
          </w:tcPr>
          <w:p>
            <w:pPr>
              <w:spacing w:after="0"/>
              <w:jc w:val="left"/>
            </w:pPr>
            <w:r>
              <w:rPr>
                <w:sz w:val="16"/>
              </w:rPr>
              <w:t>2008-06-22</w:t>
            </w:r>
          </w:p>
        </w:tc>
        <w:tc>
          <w:tcPr>
            <w:tcW w:type="dxa" w:w="1326"/>
          </w:tcPr>
          <w:p>
            <w:pPr>
              <w:spacing w:after="0"/>
              <w:jc w:val="left"/>
            </w:pPr>
            <w:r>
              <w:rPr>
                <w:sz w:val="16"/>
              </w:rPr>
              <w:t>Hail</w:t>
            </w:r>
          </w:p>
        </w:tc>
        <w:tc>
          <w:tcPr>
            <w:tcW w:type="dxa" w:w="1687"/>
          </w:tcPr>
          <w:p>
            <w:pPr>
              <w:spacing w:after="0"/>
              <w:jc w:val="left"/>
            </w:pPr>
            <w:r>
              <w:rPr>
                <w:sz w:val="16"/>
              </w:rPr>
              <w:t>1.75 in</w:t>
            </w:r>
          </w:p>
        </w:tc>
        <w:tc>
          <w:tcPr>
            <w:tcW w:type="dxa" w:w="2442"/>
          </w:tcPr>
          <w:p>
            <w:pPr>
              <w:spacing w:after="0"/>
              <w:jc w:val="left"/>
            </w:pPr>
            <w:r>
              <w:rPr>
                <w:sz w:val="16"/>
              </w:rPr>
              <w:t>$5,000 property; $0 crops (2008 dollars)</w:t>
            </w:r>
          </w:p>
        </w:tc>
        <w:tc>
          <w:tcPr>
            <w:tcW w:type="dxa" w:w="917"/>
          </w:tcPr>
          <w:p>
            <w:pPr>
              <w:spacing w:after="0"/>
              <w:jc w:val="right"/>
            </w:pPr>
            <w:r>
              <w:rPr>
                <w:sz w:val="16"/>
              </w:rPr>
              <w:t>0, 0</w:t>
            </w:r>
          </w:p>
        </w:tc>
        <w:tc>
          <w:tcPr>
            <w:tcW w:type="dxa" w:w="1924"/>
          </w:tcPr>
          <w:p>
            <w:pPr>
              <w:spacing w:after="0"/>
              <w:jc w:val="left"/>
            </w:pPr>
            <w:r>
              <w:rPr>
                <w:sz w:val="16"/>
              </w:rPr>
              <w:t>CLAY</w:t>
            </w:r>
          </w:p>
        </w:tc>
        <w:tc>
          <w:tcPr>
            <w:tcW w:type="dxa" w:w="1937"/>
          </w:tcPr>
          <w:p>
            <w:pPr>
              <w:spacing w:after="0"/>
              <w:jc w:val="left"/>
            </w:pPr>
          </w:p>
        </w:tc>
        <w:tc>
          <w:tcPr>
            <w:tcW w:type="dxa" w:w="2842"/>
          </w:tcPr>
          <w:p>
            <w:pPr>
              <w:spacing w:after="0"/>
              <w:jc w:val="left"/>
            </w:pPr>
            <w:r>
              <w:rPr>
                <w:sz w:val="16"/>
              </w:rPr>
              <w:t>B1-c most damaging: Hail</w:t>
            </w:r>
          </w:p>
        </w:tc>
      </w:tr>
      <w:tr>
        <w:trPr>
          <w:cantSplit/>
        </w:trPr>
        <w:tc>
          <w:tcPr>
            <w:tcW w:type="dxa" w:w="1037"/>
          </w:tcPr>
          <w:p>
            <w:pPr>
              <w:spacing w:after="0"/>
              <w:jc w:val="left"/>
            </w:pPr>
            <w:r>
              <w:rPr>
                <w:sz w:val="16"/>
              </w:rPr>
              <w:t>2001-03-01</w:t>
            </w:r>
          </w:p>
        </w:tc>
        <w:tc>
          <w:tcPr>
            <w:tcW w:type="dxa" w:w="1326"/>
          </w:tcPr>
          <w:p>
            <w:pPr>
              <w:spacing w:after="0"/>
              <w:jc w:val="left"/>
            </w:pPr>
            <w:r>
              <w:rPr>
                <w:sz w:val="16"/>
              </w:rPr>
              <w:t>Cold/Wind Chill</w:t>
            </w:r>
          </w:p>
        </w:tc>
        <w:tc>
          <w:tcPr>
            <w:tcW w:type="dxa" w:w="1687"/>
          </w:tcPr>
          <w:p>
            <w:pPr>
              <w:spacing w:after="0"/>
              <w:jc w:val="left"/>
            </w:pPr>
          </w:p>
        </w:tc>
        <w:tc>
          <w:tcPr>
            <w:tcW w:type="dxa" w:w="2442"/>
          </w:tcPr>
          <w:p>
            <w:pPr>
              <w:spacing w:after="0"/>
              <w:jc w:val="left"/>
            </w:pPr>
            <w:r>
              <w:rPr>
                <w:sz w:val="16"/>
              </w:rPr>
              <w:t>damage not reported</w:t>
            </w:r>
          </w:p>
        </w:tc>
        <w:tc>
          <w:tcPr>
            <w:tcW w:type="dxa" w:w="917"/>
          </w:tcPr>
          <w:p>
            <w:pPr>
              <w:spacing w:after="0"/>
              <w:jc w:val="right"/>
            </w:pPr>
            <w:r>
              <w:rPr>
                <w:sz w:val="16"/>
              </w:rPr>
              <w:t>0, 0</w:t>
            </w:r>
          </w:p>
        </w:tc>
        <w:tc>
          <w:tcPr>
            <w:tcW w:type="dxa" w:w="1924"/>
          </w:tcPr>
          <w:p>
            <w:pPr>
              <w:spacing w:after="0"/>
              <w:jc w:val="left"/>
            </w:pPr>
            <w:r>
              <w:rPr>
                <w:sz w:val="16"/>
              </w:rPr>
              <w:t>NWS zone WVZ027 (CLAY), zone-level</w:t>
            </w:r>
          </w:p>
        </w:tc>
        <w:tc>
          <w:tcPr>
            <w:tcW w:type="dxa" w:w="1937"/>
          </w:tcPr>
          <w:p>
            <w:pPr>
              <w:spacing w:after="0"/>
              <w:jc w:val="left"/>
            </w:pPr>
          </w:p>
        </w:tc>
        <w:tc>
          <w:tcPr>
            <w:tcW w:type="dxa" w:w="284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1999-05-01</w:t>
            </w:r>
          </w:p>
        </w:tc>
        <w:tc>
          <w:tcPr>
            <w:tcW w:type="dxa" w:w="1326"/>
          </w:tcPr>
          <w:p>
            <w:pPr>
              <w:spacing w:after="0"/>
              <w:jc w:val="left"/>
            </w:pPr>
            <w:r>
              <w:rPr>
                <w:sz w:val="16"/>
              </w:rPr>
              <w:t>Drought</w:t>
            </w:r>
          </w:p>
        </w:tc>
        <w:tc>
          <w:tcPr>
            <w:tcW w:type="dxa" w:w="1687"/>
          </w:tcPr>
          <w:p>
            <w:pPr>
              <w:spacing w:after="0"/>
              <w:jc w:val="left"/>
            </w:pPr>
          </w:p>
        </w:tc>
        <w:tc>
          <w:tcPr>
            <w:tcW w:type="dxa" w:w="2442"/>
          </w:tcPr>
          <w:p>
            <w:pPr>
              <w:spacing w:after="0"/>
              <w:jc w:val="left"/>
            </w:pPr>
            <w:r>
              <w:rPr>
                <w:sz w:val="16"/>
              </w:rPr>
              <w:t>damage not reported</w:t>
            </w:r>
          </w:p>
        </w:tc>
        <w:tc>
          <w:tcPr>
            <w:tcW w:type="dxa" w:w="917"/>
          </w:tcPr>
          <w:p>
            <w:pPr>
              <w:spacing w:after="0"/>
              <w:jc w:val="right"/>
            </w:pPr>
            <w:r>
              <w:rPr>
                <w:sz w:val="16"/>
              </w:rPr>
              <w:t>0, 0</w:t>
            </w:r>
          </w:p>
        </w:tc>
        <w:tc>
          <w:tcPr>
            <w:tcW w:type="dxa" w:w="1924"/>
          </w:tcPr>
          <w:p>
            <w:pPr>
              <w:spacing w:after="0"/>
              <w:jc w:val="left"/>
            </w:pPr>
            <w:r>
              <w:rPr>
                <w:sz w:val="16"/>
              </w:rPr>
              <w:t>NWS zone WVZ027 (CLAY), zone-level</w:t>
            </w:r>
          </w:p>
        </w:tc>
        <w:tc>
          <w:tcPr>
            <w:tcW w:type="dxa" w:w="1937"/>
          </w:tcPr>
          <w:p>
            <w:pPr>
              <w:spacing w:after="0"/>
              <w:jc w:val="left"/>
            </w:pPr>
          </w:p>
        </w:tc>
        <w:tc>
          <w:tcPr>
            <w:tcW w:type="dxa" w:w="2842"/>
          </w:tcPr>
          <w:p>
            <w:pPr>
              <w:spacing w:after="0"/>
              <w:jc w:val="left"/>
            </w:pPr>
            <w:r>
              <w:rPr>
                <w:sz w:val="16"/>
              </w:rPr>
              <w:t>B1-c worst recorded: Drought</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(340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6"/>
        <w:gridCol w:w="1300"/>
        <w:gridCol w:w="1639"/>
        <w:gridCol w:w="1037"/>
        <w:gridCol w:w="2124"/>
        <w:gridCol w:w="1542"/>
        <w:gridCol w:w="1580"/>
        <w:gridCol w:w="1037"/>
        <w:gridCol w:w="1541"/>
      </w:tblGrid>
      <w:tr>
        <w:trPr>
          <w:cantSplit/>
          <w:tblHeader/>
        </w:trPr>
        <w:tc>
          <w:tcPr>
            <w:tcW w:type="dxa" w:w="1037"/>
            <w:shd w:val="clear" w:color="auto" w:fill="E8E8E8"/>
          </w:tcPr>
          <w:p>
            <w:pPr>
              <w:spacing w:after="0"/>
              <w:jc w:val="left"/>
            </w:pPr>
            <w:r>
              <w:rPr>
                <w:b/>
                <w:sz w:val="16"/>
              </w:rPr>
              <w:t>Hazard</w:t>
            </w:r>
          </w:p>
        </w:tc>
        <w:tc>
          <w:tcPr>
            <w:tcW w:type="dxa" w:w="127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0"/>
            <w:shd w:val="clear" w:color="auto" w:fill="E8E8E8"/>
          </w:tcPr>
          <w:p>
            <w:pPr>
              <w:spacing w:after="0"/>
              <w:jc w:val="left"/>
            </w:pPr>
            <w:r>
              <w:rPr>
                <w:b/>
                <w:sz w:val="16"/>
              </w:rPr>
              <w:t>Unit</w:t>
            </w:r>
          </w:p>
        </w:tc>
        <w:tc>
          <w:tcPr>
            <w:tcW w:type="dxa" w:w="163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24"/>
            <w:shd w:val="clear" w:color="auto" w:fill="E8E8E8"/>
          </w:tcPr>
          <w:p>
            <w:pPr>
              <w:spacing w:after="0"/>
              <w:jc w:val="left"/>
            </w:pPr>
            <w:r>
              <w:rPr>
                <w:b/>
                <w:sz w:val="16"/>
              </w:rPr>
              <w:t>Descriptor basis</w:t>
            </w:r>
          </w:p>
        </w:tc>
        <w:tc>
          <w:tcPr>
            <w:tcW w:type="dxa" w:w="1542"/>
            <w:shd w:val="clear" w:color="auto" w:fill="E8E8E8"/>
          </w:tcPr>
          <w:p>
            <w:pPr>
              <w:spacing w:after="0"/>
              <w:jc w:val="right"/>
            </w:pPr>
            <w:r>
              <w:rPr>
                <w:b/>
                <w:sz w:val="16"/>
              </w:rPr>
              <w:t>NRI events or days in its record period (hail, wind and tornado are area-weighted, so can be fractional)</w:t>
            </w:r>
          </w:p>
        </w:tc>
        <w:tc>
          <w:tcPr>
            <w:tcW w:type="dxa" w:w="158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4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6"/>
          </w:tcPr>
          <w:p>
            <w:pPr>
              <w:spacing w:after="0"/>
              <w:jc w:val="right"/>
            </w:pPr>
            <w:r>
              <w:rPr>
                <w:sz w:val="16"/>
              </w:rPr>
              <w:t>0.01</w:t>
            </w:r>
          </w:p>
        </w:tc>
        <w:tc>
          <w:tcPr>
            <w:tcW w:type="dxa" w:w="1300"/>
          </w:tcPr>
          <w:p>
            <w:pPr>
              <w:spacing w:after="0"/>
              <w:jc w:val="left"/>
            </w:pPr>
            <w:r>
              <w:rPr>
                <w:sz w:val="16"/>
              </w:rPr>
              <w:t>events per year</w:t>
            </w:r>
          </w:p>
        </w:tc>
        <w:tc>
          <w:tcPr>
            <w:tcW w:type="dxa" w:w="1639"/>
          </w:tcPr>
          <w:p>
            <w:pPr>
              <w:spacing w:after="0"/>
              <w:jc w:val="left"/>
            </w:pPr>
            <w:r>
              <w:rPr>
                <w:sz w:val="16"/>
              </w:rPr>
              <w:t>about 1 in 100 years</w:t>
            </w:r>
          </w:p>
        </w:tc>
        <w:tc>
          <w:tcPr>
            <w:tcW w:type="dxa" w:w="1037"/>
          </w:tcPr>
          <w:p>
            <w:pPr>
              <w:spacing w:after="0"/>
              <w:jc w:val="left"/>
            </w:pPr>
            <w:r>
              <w:rPr>
                <w:sz w:val="16"/>
              </w:rPr>
              <w:t>Possible</w:t>
            </w:r>
          </w:p>
        </w:tc>
        <w:tc>
          <w:tcPr>
            <w:tcW w:type="dxa" w:w="2124"/>
          </w:tcPr>
          <w:p>
            <w:pPr>
              <w:spacing w:after="0"/>
              <w:jc w:val="left"/>
            </w:pPr>
            <w:r>
              <w:rPr>
                <w:sz w:val="16"/>
              </w:rPr>
              <w:t>FEMA annualized frequency (modeled)</w:t>
            </w:r>
          </w:p>
        </w:tc>
        <w:tc>
          <w:tcPr>
            <w:tcW w:type="dxa" w:w="1542"/>
          </w:tcPr>
          <w:p>
            <w:pPr>
              <w:spacing w:after="0"/>
              <w:jc w:val="right"/>
            </w:pPr>
            <w:r>
              <w:rPr>
                <w:sz w:val="16"/>
              </w:rPr>
              <w:t>0</w:t>
            </w:r>
          </w:p>
        </w:tc>
        <w:tc>
          <w:tcPr>
            <w:tcW w:type="dxa" w:w="1580"/>
          </w:tcPr>
          <w:p>
            <w:pPr>
              <w:spacing w:after="0"/>
              <w:jc w:val="left"/>
            </w:pPr>
            <w:r>
              <w:rPr>
                <w:sz w:val="16"/>
              </w:rPr>
              <w:t>1994 to 2023 (30 years)</w:t>
            </w:r>
          </w:p>
        </w:tc>
        <w:tc>
          <w:tcPr>
            <w:tcW w:type="dxa" w:w="1037"/>
          </w:tcPr>
          <w:p>
            <w:pPr>
              <w:spacing w:after="0"/>
              <w:jc w:val="left"/>
            </w:pPr>
            <w:r>
              <w:rPr>
                <w:sz w:val="16"/>
              </w:rPr>
              <w:t>see B1-f</w:t>
            </w:r>
          </w:p>
        </w:tc>
        <w:tc>
          <w:tcPr>
            <w:tcW w:type="dxa" w:w="1541"/>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6"/>
          </w:tcPr>
          <w:p>
            <w:pPr>
              <w:spacing w:after="0"/>
              <w:jc w:val="right"/>
            </w:pPr>
            <w:r>
              <w:rPr>
                <w:sz w:val="16"/>
              </w:rPr>
              <w:t>0.79</w:t>
            </w:r>
          </w:p>
        </w:tc>
        <w:tc>
          <w:tcPr>
            <w:tcW w:type="dxa" w:w="1300"/>
          </w:tcPr>
          <w:p>
            <w:pPr>
              <w:spacing w:after="0"/>
              <w:jc w:val="left"/>
            </w:pPr>
            <w:r>
              <w:rPr>
                <w:sz w:val="16"/>
              </w:rPr>
              <w:t>event-days per year</w:t>
            </w:r>
          </w:p>
        </w:tc>
        <w:tc>
          <w:tcPr>
            <w:tcW w:type="dxa" w:w="1639"/>
          </w:tcPr>
          <w:p>
            <w:pPr>
              <w:spacing w:after="0"/>
              <w:jc w:val="left"/>
            </w:pPr>
            <w:r>
              <w:rPr>
                <w:sz w:val="16"/>
              </w:rPr>
              <w:t>about 0.79 days per year</w:t>
            </w:r>
          </w:p>
        </w:tc>
        <w:tc>
          <w:tcPr>
            <w:tcW w:type="dxa" w:w="1037"/>
          </w:tcPr>
          <w:p>
            <w:pPr>
              <w:spacing w:after="0"/>
              <w:jc w:val="left"/>
            </w:pPr>
            <w:r>
              <w:rPr>
                <w:sz w:val="16"/>
              </w:rPr>
              <w:t>Likely</w:t>
            </w:r>
          </w:p>
        </w:tc>
        <w:tc>
          <w:tcPr>
            <w:tcW w:type="dxa" w:w="2124"/>
          </w:tcPr>
          <w:p>
            <w:pPr>
              <w:spacing w:after="0"/>
              <w:jc w:val="left"/>
            </w:pPr>
            <w:r>
              <w:rPr>
                <w:sz w:val="16"/>
              </w:rPr>
              <w:t>Storm Events event-days in 11 of 30 years, 1996 to 2025 (36.7%)</w:t>
            </w:r>
          </w:p>
        </w:tc>
        <w:tc>
          <w:tcPr>
            <w:tcW w:type="dxa" w:w="1542"/>
          </w:tcPr>
          <w:p>
            <w:pPr>
              <w:spacing w:after="0"/>
              <w:jc w:val="right"/>
            </w:pPr>
            <w:r>
              <w:rPr>
                <w:sz w:val="16"/>
              </w:rPr>
              <w:t>15</w:t>
            </w:r>
          </w:p>
        </w:tc>
        <w:tc>
          <w:tcPr>
            <w:tcW w:type="dxa" w:w="1580"/>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Drought</w:t>
            </w:r>
          </w:p>
        </w:tc>
        <w:tc>
          <w:tcPr>
            <w:tcW w:type="dxa" w:w="1276"/>
          </w:tcPr>
          <w:p>
            <w:pPr>
              <w:spacing w:after="0"/>
              <w:jc w:val="right"/>
            </w:pPr>
            <w:r>
              <w:rPr>
                <w:sz w:val="16"/>
              </w:rPr>
              <w:t>4.32</w:t>
            </w:r>
          </w:p>
        </w:tc>
        <w:tc>
          <w:tcPr>
            <w:tcW w:type="dxa" w:w="1300"/>
          </w:tcPr>
          <w:p>
            <w:pPr>
              <w:spacing w:after="0"/>
              <w:jc w:val="left"/>
            </w:pPr>
            <w:r>
              <w:rPr>
                <w:sz w:val="16"/>
              </w:rPr>
              <w:t>event-days per year</w:t>
            </w:r>
          </w:p>
        </w:tc>
        <w:tc>
          <w:tcPr>
            <w:tcW w:type="dxa" w:w="1639"/>
          </w:tcPr>
          <w:p>
            <w:pPr>
              <w:spacing w:after="0"/>
              <w:jc w:val="left"/>
            </w:pPr>
            <w:r>
              <w:rPr>
                <w:sz w:val="16"/>
              </w:rPr>
              <w:t>about 4.32 days per year</w:t>
            </w:r>
          </w:p>
        </w:tc>
        <w:tc>
          <w:tcPr>
            <w:tcW w:type="dxa" w:w="1037"/>
          </w:tcPr>
          <w:p>
            <w:pPr>
              <w:spacing w:after="0"/>
              <w:jc w:val="left"/>
            </w:pPr>
            <w:r>
              <w:rPr>
                <w:sz w:val="16"/>
              </w:rPr>
              <w:t>Likely</w:t>
            </w:r>
          </w:p>
        </w:tc>
        <w:tc>
          <w:tcPr>
            <w:tcW w:type="dxa" w:w="2124"/>
          </w:tcPr>
          <w:p>
            <w:pPr>
              <w:spacing w:after="0"/>
              <w:jc w:val="left"/>
            </w:pPr>
            <w:r>
              <w:rPr>
                <w:sz w:val="16"/>
              </w:rPr>
              <w:t>Storm Events event-days in 6 of 30 years, 1996 to 2025 (20%)</w:t>
            </w:r>
          </w:p>
        </w:tc>
        <w:tc>
          <w:tcPr>
            <w:tcW w:type="dxa" w:w="1542"/>
          </w:tcPr>
          <w:p>
            <w:pPr>
              <w:spacing w:after="0"/>
              <w:jc w:val="right"/>
            </w:pPr>
            <w:r>
              <w:rPr>
                <w:sz w:val="16"/>
              </w:rPr>
              <w:t>168</w:t>
            </w:r>
          </w:p>
        </w:tc>
        <w:tc>
          <w:tcPr>
            <w:tcW w:type="dxa" w:w="158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Earthquake</w:t>
            </w:r>
          </w:p>
        </w:tc>
        <w:tc>
          <w:tcPr>
            <w:tcW w:type="dxa" w:w="1276"/>
          </w:tcPr>
          <w:p>
            <w:pPr>
              <w:spacing w:after="0"/>
              <w:jc w:val="right"/>
            </w:pPr>
            <w:r>
              <w:rPr>
                <w:sz w:val="16"/>
              </w:rPr>
              <w:t>0.000842</w:t>
            </w:r>
          </w:p>
        </w:tc>
        <w:tc>
          <w:tcPr>
            <w:tcW w:type="dxa" w:w="1300"/>
          </w:tcPr>
          <w:p>
            <w:pPr>
              <w:spacing w:after="0"/>
              <w:jc w:val="left"/>
            </w:pPr>
            <w:r>
              <w:rPr>
                <w:sz w:val="16"/>
              </w:rPr>
              <w:t>annual probability at a location</w:t>
            </w:r>
          </w:p>
        </w:tc>
        <w:tc>
          <w:tcPr>
            <w:tcW w:type="dxa" w:w="1639"/>
          </w:tcPr>
          <w:p>
            <w:pPr>
              <w:spacing w:after="0"/>
              <w:jc w:val="left"/>
            </w:pPr>
            <w:r>
              <w:rPr>
                <w:sz w:val="16"/>
              </w:rPr>
              <w:t>chance a given location in the county has at least minor-damage shaking in a year: 0.0842%</w:t>
            </w:r>
          </w:p>
        </w:tc>
        <w:tc>
          <w:tcPr>
            <w:tcW w:type="dxa" w:w="1037"/>
          </w:tcPr>
          <w:p>
            <w:pPr>
              <w:spacing w:after="0"/>
              <w:jc w:val="left"/>
            </w:pPr>
          </w:p>
        </w:tc>
        <w:tc>
          <w:tcPr>
            <w:tcW w:type="dxa" w:w="2124"/>
          </w:tcPr>
          <w:p>
            <w:pPr>
              <w:spacing w:after="0"/>
              <w:jc w:val="left"/>
            </w:pPr>
          </w:p>
        </w:tc>
        <w:tc>
          <w:tcPr>
            <w:tcW w:type="dxa" w:w="1542"/>
          </w:tcPr>
          <w:p>
            <w:pPr>
              <w:spacing w:after="0"/>
              <w:jc w:val="right"/>
            </w:pPr>
            <w:r>
              <w:rPr>
                <w:sz w:val="16"/>
              </w:rPr>
              <w:t>not shown</w:t>
            </w:r>
          </w:p>
        </w:tc>
        <w:tc>
          <w:tcPr>
            <w:tcW w:type="dxa" w:w="1580"/>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6"/>
          </w:tcPr>
          <w:p>
            <w:pPr>
              <w:spacing w:after="0"/>
              <w:jc w:val="right"/>
            </w:pPr>
            <w:r>
              <w:rPr>
                <w:sz w:val="16"/>
              </w:rPr>
              <w:t>2.3</w:t>
            </w:r>
          </w:p>
        </w:tc>
        <w:tc>
          <w:tcPr>
            <w:tcW w:type="dxa" w:w="1300"/>
          </w:tcPr>
          <w:p>
            <w:pPr>
              <w:spacing w:after="0"/>
              <w:jc w:val="left"/>
            </w:pPr>
            <w:r>
              <w:rPr>
                <w:sz w:val="16"/>
              </w:rPr>
              <w:t>events per year</w:t>
            </w:r>
          </w:p>
        </w:tc>
        <w:tc>
          <w:tcPr>
            <w:tcW w:type="dxa" w:w="1639"/>
          </w:tcPr>
          <w:p>
            <w:pPr>
              <w:spacing w:after="0"/>
              <w:jc w:val="left"/>
            </w:pPr>
            <w:r>
              <w:rPr>
                <w:sz w:val="16"/>
              </w:rPr>
              <w:t>about 2.3 per year</w:t>
            </w:r>
          </w:p>
        </w:tc>
        <w:tc>
          <w:tcPr>
            <w:tcW w:type="dxa" w:w="1037"/>
          </w:tcPr>
          <w:p>
            <w:pPr>
              <w:spacing w:after="0"/>
              <w:jc w:val="left"/>
            </w:pPr>
            <w:r>
              <w:rPr>
                <w:sz w:val="16"/>
              </w:rPr>
              <w:t>Highly likely</w:t>
            </w:r>
          </w:p>
        </w:tc>
        <w:tc>
          <w:tcPr>
            <w:tcW w:type="dxa" w:w="2124"/>
          </w:tcPr>
          <w:p>
            <w:pPr>
              <w:spacing w:after="0"/>
              <w:jc w:val="left"/>
            </w:pPr>
            <w:r>
              <w:rPr>
                <w:sz w:val="16"/>
              </w:rPr>
              <w:t>FEMA annualized frequency (modeled)</w:t>
            </w:r>
          </w:p>
        </w:tc>
        <w:tc>
          <w:tcPr>
            <w:tcW w:type="dxa" w:w="1542"/>
          </w:tcPr>
          <w:p>
            <w:pPr>
              <w:spacing w:after="0"/>
              <w:jc w:val="right"/>
            </w:pPr>
            <w:r>
              <w:rPr>
                <w:sz w:val="16"/>
              </w:rPr>
              <w:t>87.3 (modeled)</w:t>
            </w:r>
          </w:p>
        </w:tc>
        <w:tc>
          <w:tcPr>
            <w:tcW w:type="dxa" w:w="1580"/>
          </w:tcPr>
          <w:p>
            <w:pPr>
              <w:spacing w:after="0"/>
              <w:jc w:val="left"/>
            </w:pPr>
            <w:r>
              <w:rPr>
                <w:sz w:val="16"/>
              </w:rPr>
              <w:t>1986 to 2023 (38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Heat Wave</w:t>
            </w:r>
          </w:p>
        </w:tc>
        <w:tc>
          <w:tcPr>
            <w:tcW w:type="dxa" w:w="1276"/>
          </w:tcPr>
          <w:p>
            <w:pPr>
              <w:spacing w:after="0"/>
              <w:jc w:val="right"/>
            </w:pPr>
            <w:r>
              <w:rPr>
                <w:sz w:val="16"/>
              </w:rPr>
              <w:t>2.42</w:t>
            </w:r>
          </w:p>
        </w:tc>
        <w:tc>
          <w:tcPr>
            <w:tcW w:type="dxa" w:w="1300"/>
          </w:tcPr>
          <w:p>
            <w:pPr>
              <w:spacing w:after="0"/>
              <w:jc w:val="left"/>
            </w:pPr>
            <w:r>
              <w:rPr>
                <w:sz w:val="16"/>
              </w:rPr>
              <w:t>event-days per year</w:t>
            </w:r>
          </w:p>
        </w:tc>
        <w:tc>
          <w:tcPr>
            <w:tcW w:type="dxa" w:w="1639"/>
          </w:tcPr>
          <w:p>
            <w:pPr>
              <w:spacing w:after="0"/>
              <w:jc w:val="left"/>
            </w:pPr>
            <w:r>
              <w:rPr>
                <w:sz w:val="16"/>
              </w:rPr>
              <w:t>about 2.42 days per year</w:t>
            </w:r>
          </w:p>
        </w:tc>
        <w:tc>
          <w:tcPr>
            <w:tcW w:type="dxa" w:w="1037"/>
          </w:tcPr>
          <w:p>
            <w:pPr>
              <w:spacing w:after="0"/>
              <w:jc w:val="left"/>
            </w:pPr>
            <w:r>
              <w:rPr>
                <w:sz w:val="16"/>
              </w:rPr>
              <w:t>Likely</w:t>
            </w:r>
          </w:p>
        </w:tc>
        <w:tc>
          <w:tcPr>
            <w:tcW w:type="dxa" w:w="2124"/>
          </w:tcPr>
          <w:p>
            <w:pPr>
              <w:spacing w:after="0"/>
              <w:jc w:val="left"/>
            </w:pPr>
            <w:r>
              <w:rPr>
                <w:sz w:val="16"/>
              </w:rPr>
              <w:t>Storm Events event-days in 9 of 30 years, 1996 to 2025 (30%)</w:t>
            </w:r>
          </w:p>
        </w:tc>
        <w:tc>
          <w:tcPr>
            <w:tcW w:type="dxa" w:w="1542"/>
          </w:tcPr>
          <w:p>
            <w:pPr>
              <w:spacing w:after="0"/>
              <w:jc w:val="right"/>
            </w:pPr>
            <w:r>
              <w:rPr>
                <w:sz w:val="16"/>
              </w:rPr>
              <w:t>41</w:t>
            </w:r>
          </w:p>
        </w:tc>
        <w:tc>
          <w:tcPr>
            <w:tcW w:type="dxa" w:w="1580"/>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Hurricane</w:t>
            </w:r>
          </w:p>
        </w:tc>
        <w:tc>
          <w:tcPr>
            <w:tcW w:type="dxa" w:w="1276"/>
          </w:tcPr>
          <w:p>
            <w:pPr>
              <w:spacing w:after="0"/>
              <w:jc w:val="right"/>
            </w:pPr>
            <w:r>
              <w:rPr>
                <w:sz w:val="16"/>
              </w:rPr>
              <w:t>0.0107</w:t>
            </w:r>
          </w:p>
        </w:tc>
        <w:tc>
          <w:tcPr>
            <w:tcW w:type="dxa" w:w="1300"/>
          </w:tcPr>
          <w:p>
            <w:pPr>
              <w:spacing w:after="0"/>
              <w:jc w:val="left"/>
            </w:pPr>
            <w:r>
              <w:rPr>
                <w:sz w:val="16"/>
              </w:rPr>
              <w:t>events per year</w:t>
            </w:r>
          </w:p>
        </w:tc>
        <w:tc>
          <w:tcPr>
            <w:tcW w:type="dxa" w:w="1639"/>
          </w:tcPr>
          <w:p>
            <w:pPr>
              <w:spacing w:after="0"/>
              <w:jc w:val="left"/>
            </w:pPr>
            <w:r>
              <w:rPr>
                <w:sz w:val="16"/>
              </w:rPr>
              <w:t>about 1 in 93 years</w:t>
            </w:r>
          </w:p>
        </w:tc>
        <w:tc>
          <w:tcPr>
            <w:tcW w:type="dxa" w:w="1037"/>
          </w:tcPr>
          <w:p>
            <w:pPr>
              <w:spacing w:after="0"/>
              <w:jc w:val="left"/>
            </w:pPr>
            <w:r>
              <w:rPr>
                <w:sz w:val="16"/>
              </w:rPr>
              <w:t>Possible</w:t>
            </w:r>
          </w:p>
        </w:tc>
        <w:tc>
          <w:tcPr>
            <w:tcW w:type="dxa" w:w="2124"/>
          </w:tcPr>
          <w:p>
            <w:pPr>
              <w:spacing w:after="0"/>
              <w:jc w:val="left"/>
            </w:pPr>
            <w:r>
              <w:rPr>
                <w:sz w:val="16"/>
              </w:rPr>
              <w:t>FEMA annualized frequency (modeled)</w:t>
            </w:r>
          </w:p>
        </w:tc>
        <w:tc>
          <w:tcPr>
            <w:tcW w:type="dxa" w:w="1542"/>
          </w:tcPr>
          <w:p>
            <w:pPr>
              <w:spacing w:after="0"/>
              <w:jc w:val="right"/>
            </w:pPr>
            <w:r>
              <w:rPr>
                <w:sz w:val="16"/>
              </w:rPr>
              <w:t>0</w:t>
            </w:r>
          </w:p>
        </w:tc>
        <w:tc>
          <w:tcPr>
            <w:tcW w:type="dxa" w:w="1580"/>
          </w:tcPr>
          <w:p>
            <w:pPr>
              <w:spacing w:after="0"/>
              <w:jc w:val="left"/>
            </w:pPr>
            <w:r>
              <w:rPr>
                <w:sz w:val="16"/>
              </w:rPr>
              <w:t>1851 to 2024 (Atlantic)</w:t>
            </w:r>
          </w:p>
        </w:tc>
        <w:tc>
          <w:tcPr>
            <w:tcW w:type="dxa" w:w="1037"/>
          </w:tcPr>
          <w:p>
            <w:pPr>
              <w:spacing w:after="0"/>
              <w:jc w:val="left"/>
            </w:pPr>
            <w:r>
              <w:rPr>
                <w:sz w:val="16"/>
              </w:rPr>
              <w:t>see B1-f</w:t>
            </w:r>
          </w:p>
        </w:tc>
        <w:tc>
          <w:tcPr>
            <w:tcW w:type="dxa" w:w="1541"/>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76"/>
          </w:tcPr>
          <w:p>
            <w:pPr>
              <w:spacing w:after="0"/>
              <w:jc w:val="right"/>
            </w:pPr>
            <w:r>
              <w:rPr>
                <w:sz w:val="16"/>
              </w:rPr>
              <w:t>0.0733</w:t>
            </w:r>
          </w:p>
        </w:tc>
        <w:tc>
          <w:tcPr>
            <w:tcW w:type="dxa" w:w="1300"/>
          </w:tcPr>
          <w:p>
            <w:pPr>
              <w:spacing w:after="0"/>
              <w:jc w:val="left"/>
            </w:pPr>
            <w:r>
              <w:rPr>
                <w:sz w:val="16"/>
              </w:rPr>
              <w:t>event-days per year</w:t>
            </w:r>
          </w:p>
        </w:tc>
        <w:tc>
          <w:tcPr>
            <w:tcW w:type="dxa" w:w="1639"/>
          </w:tcPr>
          <w:p>
            <w:pPr>
              <w:spacing w:after="0"/>
              <w:jc w:val="left"/>
            </w:pPr>
            <w:r>
              <w:rPr>
                <w:sz w:val="16"/>
              </w:rPr>
              <w:t>about 0.0733 days per year</w:t>
            </w:r>
          </w:p>
        </w:tc>
        <w:tc>
          <w:tcPr>
            <w:tcW w:type="dxa" w:w="1037"/>
          </w:tcPr>
          <w:p>
            <w:pPr>
              <w:spacing w:after="0"/>
              <w:jc w:val="left"/>
            </w:pPr>
            <w:r>
              <w:rPr>
                <w:sz w:val="16"/>
              </w:rPr>
              <w:t>Possible</w:t>
            </w:r>
          </w:p>
        </w:tc>
        <w:tc>
          <w:tcPr>
            <w:tcW w:type="dxa" w:w="2124"/>
          </w:tcPr>
          <w:p>
            <w:pPr>
              <w:spacing w:after="0"/>
              <w:jc w:val="left"/>
            </w:pPr>
            <w:r>
              <w:rPr>
                <w:sz w:val="16"/>
              </w:rPr>
              <w:t>Storm Events event-days in 1 of 30 years, 1996 to 2025 (3.33%)</w:t>
            </w:r>
          </w:p>
        </w:tc>
        <w:tc>
          <w:tcPr>
            <w:tcW w:type="dxa" w:w="1542"/>
          </w:tcPr>
          <w:p>
            <w:pPr>
              <w:spacing w:after="0"/>
              <w:jc w:val="right"/>
            </w:pPr>
            <w:r>
              <w:rPr>
                <w:sz w:val="16"/>
              </w:rPr>
              <w:t>5</w:t>
            </w:r>
          </w:p>
        </w:tc>
        <w:tc>
          <w:tcPr>
            <w:tcW w:type="dxa" w:w="1580"/>
          </w:tcPr>
          <w:p>
            <w:pPr>
              <w:spacing w:after="0"/>
              <w:jc w:val="left"/>
            </w:pPr>
            <w:r>
              <w:rPr>
                <w:sz w:val="16"/>
              </w:rPr>
              <w:t>1946-12-31 to 2014-02-12 (67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Inland Flooding</w:t>
            </w:r>
          </w:p>
        </w:tc>
        <w:tc>
          <w:tcPr>
            <w:tcW w:type="dxa" w:w="1276"/>
          </w:tcPr>
          <w:p>
            <w:pPr>
              <w:spacing w:after="0"/>
              <w:jc w:val="right"/>
            </w:pPr>
            <w:r>
              <w:rPr>
                <w:sz w:val="16"/>
              </w:rPr>
              <w:t>1.54</w:t>
            </w:r>
          </w:p>
        </w:tc>
        <w:tc>
          <w:tcPr>
            <w:tcW w:type="dxa" w:w="1300"/>
          </w:tcPr>
          <w:p>
            <w:pPr>
              <w:spacing w:after="0"/>
              <w:jc w:val="left"/>
            </w:pPr>
            <w:r>
              <w:rPr>
                <w:sz w:val="16"/>
              </w:rPr>
              <w:t>event-days per year</w:t>
            </w:r>
          </w:p>
        </w:tc>
        <w:tc>
          <w:tcPr>
            <w:tcW w:type="dxa" w:w="1639"/>
          </w:tcPr>
          <w:p>
            <w:pPr>
              <w:spacing w:after="0"/>
              <w:jc w:val="left"/>
            </w:pPr>
            <w:r>
              <w:rPr>
                <w:sz w:val="16"/>
              </w:rPr>
              <w:t>about 1.54 days per year</w:t>
            </w:r>
          </w:p>
        </w:tc>
        <w:tc>
          <w:tcPr>
            <w:tcW w:type="dxa" w:w="1037"/>
          </w:tcPr>
          <w:p>
            <w:pPr>
              <w:spacing w:after="0"/>
              <w:jc w:val="left"/>
            </w:pPr>
            <w:r>
              <w:rPr>
                <w:sz w:val="16"/>
              </w:rPr>
              <w:t>Likely</w:t>
            </w:r>
          </w:p>
        </w:tc>
        <w:tc>
          <w:tcPr>
            <w:tcW w:type="dxa" w:w="2124"/>
          </w:tcPr>
          <w:p>
            <w:pPr>
              <w:spacing w:after="0"/>
              <w:jc w:val="left"/>
            </w:pPr>
            <w:r>
              <w:rPr>
                <w:sz w:val="16"/>
              </w:rPr>
              <w:t>Storm Events event-days in 22 of 30 years, 1996 to 2025 (73.3%)</w:t>
            </w:r>
          </w:p>
        </w:tc>
        <w:tc>
          <w:tcPr>
            <w:tcW w:type="dxa" w:w="1542"/>
          </w:tcPr>
          <w:p>
            <w:pPr>
              <w:spacing w:after="0"/>
              <w:jc w:val="right"/>
            </w:pPr>
            <w:r>
              <w:rPr>
                <w:sz w:val="16"/>
              </w:rPr>
              <w:t>43</w:t>
            </w:r>
          </w:p>
        </w:tc>
        <w:tc>
          <w:tcPr>
            <w:tcW w:type="dxa" w:w="1580"/>
          </w:tcPr>
          <w:p>
            <w:pPr>
              <w:spacing w:after="0"/>
              <w:jc w:val="left"/>
            </w:pPr>
            <w:r>
              <w:rPr>
                <w:sz w:val="16"/>
              </w:rPr>
              <w:t>1996 to 2023 (28 years)</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Landslide</w:t>
            </w:r>
          </w:p>
        </w:tc>
        <w:tc>
          <w:tcPr>
            <w:tcW w:type="dxa" w:w="1276"/>
          </w:tcPr>
          <w:p>
            <w:pPr>
              <w:spacing w:after="0"/>
              <w:jc w:val="right"/>
            </w:pPr>
            <w:r>
              <w:rPr>
                <w:sz w:val="16"/>
              </w:rPr>
              <w:t>0.977</w:t>
            </w:r>
          </w:p>
        </w:tc>
        <w:tc>
          <w:tcPr>
            <w:tcW w:type="dxa" w:w="1300"/>
          </w:tcPr>
          <w:p>
            <w:pPr>
              <w:spacing w:after="0"/>
              <w:jc w:val="left"/>
            </w:pPr>
            <w:r>
              <w:rPr>
                <w:sz w:val="16"/>
              </w:rPr>
              <w:t>events per year (modeled)</w:t>
            </w:r>
          </w:p>
        </w:tc>
        <w:tc>
          <w:tcPr>
            <w:tcW w:type="dxa" w:w="1639"/>
          </w:tcPr>
          <w:p>
            <w:pPr>
              <w:spacing w:after="0"/>
              <w:jc w:val="left"/>
            </w:pPr>
            <w:r>
              <w:rPr>
                <w:sz w:val="16"/>
              </w:rPr>
              <w:t>about 0.98 per year</w:t>
            </w:r>
          </w:p>
        </w:tc>
        <w:tc>
          <w:tcPr>
            <w:tcW w:type="dxa" w:w="1037"/>
          </w:tcPr>
          <w:p>
            <w:pPr>
              <w:spacing w:after="0"/>
              <w:jc w:val="left"/>
            </w:pPr>
            <w:r>
              <w:rPr>
                <w:sz w:val="16"/>
              </w:rPr>
              <w:t>Likely</w:t>
            </w:r>
          </w:p>
        </w:tc>
        <w:tc>
          <w:tcPr>
            <w:tcW w:type="dxa" w:w="2124"/>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0"/>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Lightning</w:t>
            </w:r>
          </w:p>
        </w:tc>
        <w:tc>
          <w:tcPr>
            <w:tcW w:type="dxa" w:w="1276"/>
          </w:tcPr>
          <w:p>
            <w:pPr>
              <w:spacing w:after="0"/>
              <w:jc w:val="right"/>
            </w:pPr>
            <w:r>
              <w:rPr>
                <w:sz w:val="16"/>
              </w:rPr>
              <w:t>47.6</w:t>
            </w:r>
          </w:p>
        </w:tc>
        <w:tc>
          <w:tcPr>
            <w:tcW w:type="dxa" w:w="1300"/>
          </w:tcPr>
          <w:p>
            <w:pPr>
              <w:spacing w:after="0"/>
              <w:jc w:val="left"/>
            </w:pPr>
            <w:r>
              <w:rPr>
                <w:sz w:val="16"/>
              </w:rPr>
              <w:t>days per year with a strike</w:t>
            </w:r>
          </w:p>
        </w:tc>
        <w:tc>
          <w:tcPr>
            <w:tcW w:type="dxa" w:w="1639"/>
          </w:tcPr>
          <w:p>
            <w:pPr>
              <w:spacing w:after="0"/>
              <w:jc w:val="left"/>
            </w:pPr>
            <w:r>
              <w:rPr>
                <w:sz w:val="16"/>
              </w:rPr>
              <w:t>about 47.6 days per year</w:t>
            </w:r>
          </w:p>
        </w:tc>
        <w:tc>
          <w:tcPr>
            <w:tcW w:type="dxa" w:w="1037"/>
          </w:tcPr>
          <w:p>
            <w:pPr>
              <w:spacing w:after="0"/>
              <w:jc w:val="left"/>
            </w:pPr>
            <w:r>
              <w:rPr>
                <w:sz w:val="16"/>
              </w:rPr>
              <w:t>Highly likely</w:t>
            </w:r>
          </w:p>
        </w:tc>
        <w:tc>
          <w:tcPr>
            <w:tcW w:type="dxa" w:w="2124"/>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0"/>
          </w:tcPr>
          <w:p>
            <w:pPr>
              <w:spacing w:after="0"/>
              <w:jc w:val="left"/>
            </w:pPr>
            <w:r>
              <w:rPr>
                <w:sz w:val="16"/>
              </w:rPr>
              <w:t>1995 to 2023 (29 years; CONUS)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Strong Wind</w:t>
            </w:r>
          </w:p>
        </w:tc>
        <w:tc>
          <w:tcPr>
            <w:tcW w:type="dxa" w:w="1276"/>
          </w:tcPr>
          <w:p>
            <w:pPr>
              <w:spacing w:after="0"/>
              <w:jc w:val="right"/>
            </w:pPr>
            <w:r>
              <w:rPr>
                <w:sz w:val="16"/>
              </w:rPr>
              <w:t>0.741</w:t>
            </w:r>
          </w:p>
        </w:tc>
        <w:tc>
          <w:tcPr>
            <w:tcW w:type="dxa" w:w="1300"/>
          </w:tcPr>
          <w:p>
            <w:pPr>
              <w:spacing w:after="0"/>
              <w:jc w:val="left"/>
            </w:pPr>
            <w:r>
              <w:rPr>
                <w:sz w:val="16"/>
              </w:rPr>
              <w:t>events per year</w:t>
            </w:r>
          </w:p>
        </w:tc>
        <w:tc>
          <w:tcPr>
            <w:tcW w:type="dxa" w:w="1639"/>
          </w:tcPr>
          <w:p>
            <w:pPr>
              <w:spacing w:after="0"/>
              <w:jc w:val="left"/>
            </w:pPr>
            <w:r>
              <w:rPr>
                <w:sz w:val="16"/>
              </w:rPr>
              <w:t>about 0.74 per year</w:t>
            </w:r>
          </w:p>
        </w:tc>
        <w:tc>
          <w:tcPr>
            <w:tcW w:type="dxa" w:w="1037"/>
          </w:tcPr>
          <w:p>
            <w:pPr>
              <w:spacing w:after="0"/>
              <w:jc w:val="left"/>
            </w:pPr>
            <w:r>
              <w:rPr>
                <w:sz w:val="16"/>
              </w:rPr>
              <w:t>Likely</w:t>
            </w:r>
          </w:p>
        </w:tc>
        <w:tc>
          <w:tcPr>
            <w:tcW w:type="dxa" w:w="2124"/>
          </w:tcPr>
          <w:p>
            <w:pPr>
              <w:spacing w:after="0"/>
              <w:jc w:val="left"/>
            </w:pPr>
            <w:r>
              <w:rPr>
                <w:sz w:val="16"/>
              </w:rPr>
              <w:t>FEMA annualized frequency (modeled)</w:t>
            </w:r>
          </w:p>
        </w:tc>
        <w:tc>
          <w:tcPr>
            <w:tcW w:type="dxa" w:w="1542"/>
          </w:tcPr>
          <w:p>
            <w:pPr>
              <w:spacing w:after="0"/>
              <w:jc w:val="right"/>
            </w:pPr>
            <w:r>
              <w:rPr>
                <w:sz w:val="16"/>
              </w:rPr>
              <w:t>29</w:t>
            </w:r>
          </w:p>
        </w:tc>
        <w:tc>
          <w:tcPr>
            <w:tcW w:type="dxa" w:w="1580"/>
          </w:tcPr>
          <w:p>
            <w:pPr>
              <w:spacing w:after="0"/>
              <w:jc w:val="left"/>
            </w:pPr>
            <w:r>
              <w:rPr>
                <w:sz w:val="16"/>
              </w:rPr>
              <w:t>1986 to 2023 (38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Tornado</w:t>
            </w:r>
          </w:p>
        </w:tc>
        <w:tc>
          <w:tcPr>
            <w:tcW w:type="dxa" w:w="1276"/>
          </w:tcPr>
          <w:p>
            <w:pPr>
              <w:spacing w:after="0"/>
              <w:jc w:val="right"/>
            </w:pPr>
            <w:r>
              <w:rPr>
                <w:sz w:val="16"/>
              </w:rPr>
              <w:t>0.0254</w:t>
            </w:r>
          </w:p>
        </w:tc>
        <w:tc>
          <w:tcPr>
            <w:tcW w:type="dxa" w:w="1300"/>
          </w:tcPr>
          <w:p>
            <w:pPr>
              <w:spacing w:after="0"/>
              <w:jc w:val="left"/>
            </w:pPr>
            <w:r>
              <w:rPr>
                <w:sz w:val="16"/>
              </w:rPr>
              <w:t>events per year</w:t>
            </w:r>
          </w:p>
        </w:tc>
        <w:tc>
          <w:tcPr>
            <w:tcW w:type="dxa" w:w="1639"/>
          </w:tcPr>
          <w:p>
            <w:pPr>
              <w:spacing w:after="0"/>
              <w:jc w:val="left"/>
            </w:pPr>
            <w:r>
              <w:rPr>
                <w:sz w:val="16"/>
              </w:rPr>
              <w:t>about 1 in 39 years</w:t>
            </w:r>
          </w:p>
        </w:tc>
        <w:tc>
          <w:tcPr>
            <w:tcW w:type="dxa" w:w="1037"/>
          </w:tcPr>
          <w:p>
            <w:pPr>
              <w:spacing w:after="0"/>
              <w:jc w:val="left"/>
            </w:pPr>
            <w:r>
              <w:rPr>
                <w:sz w:val="16"/>
              </w:rPr>
              <w:t>Possible</w:t>
            </w:r>
          </w:p>
        </w:tc>
        <w:tc>
          <w:tcPr>
            <w:tcW w:type="dxa" w:w="2124"/>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0"/>
          </w:tcPr>
          <w:p>
            <w:pPr>
              <w:spacing w:after="0"/>
              <w:jc w:val="left"/>
            </w:pPr>
            <w:r>
              <w:rPr>
                <w:sz w:val="16"/>
              </w:rPr>
              <w:t>1950 to 2023 (EF2+); 1986 to 2023 (EF0-1)</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Wildfire</w:t>
            </w:r>
          </w:p>
        </w:tc>
        <w:tc>
          <w:tcPr>
            <w:tcW w:type="dxa" w:w="1276"/>
          </w:tcPr>
          <w:p>
            <w:pPr>
              <w:spacing w:after="0"/>
              <w:jc w:val="right"/>
            </w:pPr>
            <w:r>
              <w:rPr>
                <w:sz w:val="16"/>
              </w:rPr>
              <w:t>0.00195</w:t>
            </w:r>
          </w:p>
        </w:tc>
        <w:tc>
          <w:tcPr>
            <w:tcW w:type="dxa" w:w="1300"/>
          </w:tcPr>
          <w:p>
            <w:pPr>
              <w:spacing w:after="0"/>
              <w:jc w:val="left"/>
            </w:pPr>
            <w:r>
              <w:rPr>
                <w:sz w:val="16"/>
              </w:rPr>
              <w:t>annual probability at a location</w:t>
            </w:r>
          </w:p>
        </w:tc>
        <w:tc>
          <w:tcPr>
            <w:tcW w:type="dxa" w:w="1639"/>
          </w:tcPr>
          <w:p>
            <w:pPr>
              <w:spacing w:after="0"/>
              <w:jc w:val="left"/>
            </w:pPr>
            <w:r>
              <w:rPr>
                <w:sz w:val="16"/>
              </w:rPr>
              <w:t>chance a given location in the county burns in a year: 0.195%</w:t>
            </w:r>
          </w:p>
        </w:tc>
        <w:tc>
          <w:tcPr>
            <w:tcW w:type="dxa" w:w="1037"/>
          </w:tcPr>
          <w:p>
            <w:pPr>
              <w:spacing w:after="0"/>
              <w:jc w:val="left"/>
            </w:pPr>
            <w:r>
              <w:rPr>
                <w:sz w:val="16"/>
              </w:rPr>
              <w:t>Possible</w:t>
            </w:r>
          </w:p>
        </w:tc>
        <w:tc>
          <w:tcPr>
            <w:tcW w:type="dxa" w:w="2124"/>
          </w:tcPr>
          <w:p>
            <w:pPr>
              <w:spacing w:after="0"/>
              <w:jc w:val="left"/>
            </w:pPr>
            <w:r>
              <w:rPr>
                <w:sz w:val="16"/>
              </w:rPr>
              <w:t>Storm Events records in 1 of 30 years, 1996 to 2025 (3.33%)</w:t>
            </w:r>
          </w:p>
        </w:tc>
        <w:tc>
          <w:tcPr>
            <w:tcW w:type="dxa" w:w="1542"/>
          </w:tcPr>
          <w:p>
            <w:pPr>
              <w:spacing w:after="0"/>
              <w:jc w:val="right"/>
            </w:pPr>
            <w:r>
              <w:rPr>
                <w:sz w:val="16"/>
              </w:rPr>
              <w:t>not shown</w:t>
            </w:r>
          </w:p>
        </w:tc>
        <w:tc>
          <w:tcPr>
            <w:tcW w:type="dxa" w:w="1580"/>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Winter Weather</w:t>
            </w:r>
          </w:p>
        </w:tc>
        <w:tc>
          <w:tcPr>
            <w:tcW w:type="dxa" w:w="1276"/>
          </w:tcPr>
          <w:p>
            <w:pPr>
              <w:spacing w:after="0"/>
              <w:jc w:val="right"/>
            </w:pPr>
            <w:r>
              <w:rPr>
                <w:sz w:val="16"/>
              </w:rPr>
              <w:t>9.37</w:t>
            </w:r>
          </w:p>
        </w:tc>
        <w:tc>
          <w:tcPr>
            <w:tcW w:type="dxa" w:w="1300"/>
          </w:tcPr>
          <w:p>
            <w:pPr>
              <w:spacing w:after="0"/>
              <w:jc w:val="left"/>
            </w:pPr>
            <w:r>
              <w:rPr>
                <w:sz w:val="16"/>
              </w:rPr>
              <w:t>event-days per year</w:t>
            </w:r>
          </w:p>
        </w:tc>
        <w:tc>
          <w:tcPr>
            <w:tcW w:type="dxa" w:w="1639"/>
          </w:tcPr>
          <w:p>
            <w:pPr>
              <w:spacing w:after="0"/>
              <w:jc w:val="left"/>
            </w:pPr>
            <w:r>
              <w:rPr>
                <w:sz w:val="16"/>
              </w:rPr>
              <w:t>about 9.37 days per year</w:t>
            </w:r>
          </w:p>
        </w:tc>
        <w:tc>
          <w:tcPr>
            <w:tcW w:type="dxa" w:w="1037"/>
          </w:tcPr>
          <w:p>
            <w:pPr>
              <w:spacing w:after="0"/>
              <w:jc w:val="left"/>
            </w:pPr>
            <w:r>
              <w:rPr>
                <w:sz w:val="16"/>
              </w:rPr>
              <w:t>Likely</w:t>
            </w:r>
          </w:p>
        </w:tc>
        <w:tc>
          <w:tcPr>
            <w:tcW w:type="dxa" w:w="2124"/>
          </w:tcPr>
          <w:p>
            <w:pPr>
              <w:spacing w:after="0"/>
              <w:jc w:val="left"/>
            </w:pPr>
            <w:r>
              <w:rPr>
                <w:sz w:val="16"/>
              </w:rPr>
              <w:t>Storm Events event-days in 24 of 30 years, 1996 to 2025 (80%)</w:t>
            </w:r>
          </w:p>
        </w:tc>
        <w:tc>
          <w:tcPr>
            <w:tcW w:type="dxa" w:w="1542"/>
          </w:tcPr>
          <w:p>
            <w:pPr>
              <w:spacing w:after="0"/>
              <w:jc w:val="right"/>
            </w:pPr>
            <w:r>
              <w:rPr>
                <w:sz w:val="16"/>
              </w:rPr>
              <w:t>178</w:t>
            </w:r>
          </w:p>
        </w:tc>
        <w:tc>
          <w:tcPr>
            <w:tcW w:type="dxa" w:w="1580"/>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64</w:t>
            </w:r>
          </w:p>
        </w:tc>
        <w:tc>
          <w:tcPr>
            <w:tcW w:type="dxa" w:w="1381"/>
          </w:tcPr>
          <w:p>
            <w:pPr>
              <w:spacing w:after="0"/>
              <w:jc w:val="right"/>
            </w:pPr>
            <w:r>
              <w:rPr>
                <w:sz w:val="16"/>
              </w:rPr>
              <w:t>30</w:t>
            </w:r>
          </w:p>
        </w:tc>
        <w:tc>
          <w:tcPr>
            <w:tcW w:type="dxa" w:w="1381"/>
          </w:tcPr>
          <w:p>
            <w:pPr>
              <w:spacing w:after="0"/>
              <w:jc w:val="right"/>
            </w:pPr>
            <w:r>
              <w:rPr>
                <w:sz w:val="16"/>
              </w:rPr>
              <w:t>2.13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18</w:t>
            </w:r>
          </w:p>
        </w:tc>
        <w:tc>
          <w:tcPr>
            <w:tcW w:type="dxa" w:w="1381"/>
          </w:tcPr>
          <w:p>
            <w:pPr>
              <w:spacing w:after="0"/>
              <w:jc w:val="right"/>
            </w:pPr>
            <w:r>
              <w:rPr>
                <w:sz w:val="16"/>
              </w:rPr>
              <w:t>30</w:t>
            </w:r>
          </w:p>
        </w:tc>
        <w:tc>
          <w:tcPr>
            <w:tcW w:type="dxa" w:w="1381"/>
          </w:tcPr>
          <w:p>
            <w:pPr>
              <w:spacing w:after="0"/>
              <w:jc w:val="right"/>
            </w:pPr>
            <w:r>
              <w:rPr>
                <w:sz w:val="16"/>
              </w:rPr>
              <w:t>0.6</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309"/>
        <w:gridCol w:w="1514"/>
        <w:gridCol w:w="1443"/>
        <w:gridCol w:w="1514"/>
        <w:gridCol w:w="1443"/>
        <w:gridCol w:w="5889"/>
      </w:tblGrid>
      <w:tr>
        <w:trPr>
          <w:cantSplit/>
          <w:tblHeader/>
        </w:trPr>
        <w:tc>
          <w:tcPr>
            <w:tcW w:type="dxa" w:w="2309"/>
            <w:vMerge w:val="restart"/>
            <w:shd w:val="clear" w:color="auto" w:fill="E8E8E8"/>
          </w:tcPr>
          <w:p>
            <w:pPr>
              <w:spacing w:after="0"/>
              <w:jc w:val="left"/>
            </w:pPr>
            <w:r>
              <w:rPr>
                <w:b/>
                <w:sz w:val="16"/>
              </w:rPr>
              <w:t>Hazard</w:t>
            </w:r>
          </w:p>
        </w:tc>
        <w:tc>
          <w:tcPr>
            <w:tcW w:type="dxa" w:w="1514"/>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88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43"/>
            <w:shd w:val="clear" w:color="auto" w:fill="E8E8E8"/>
          </w:tcPr>
          <w:p>
            <w:pPr>
              <w:spacing w:after="0"/>
              <w:jc w:val="right"/>
            </w:pPr>
            <w:r>
              <w:rPr>
                <w:b/>
                <w:sz w:val="16"/>
              </w:rPr>
              <w:t>Min</w:t>
            </w:r>
          </w:p>
        </w:tc>
        <w:tc>
          <w:tcPr>
            <w:tcW w:type="dxa" w:w="1514"/>
            <w:shd w:val="clear" w:color="auto" w:fill="E8E8E8"/>
          </w:tcPr>
          <w:p>
            <w:pPr>
              <w:spacing w:after="0"/>
              <w:jc w:val="right"/>
            </w:pPr>
            <w:r>
              <w:rPr>
                <w:b/>
                <w:sz w:val="16"/>
              </w:rPr>
              <w:t>Median</w:t>
            </w:r>
          </w:p>
        </w:tc>
        <w:tc>
          <w:tcPr>
            <w:tcW w:type="dxa" w:w="1443"/>
            <w:shd w:val="clear" w:color="auto" w:fill="E8E8E8"/>
          </w:tcPr>
          <w:p>
            <w:pPr>
              <w:spacing w:after="0"/>
              <w:jc w:val="right"/>
            </w:pPr>
            <w:r>
              <w:rPr>
                <w:b/>
                <w:sz w:val="16"/>
              </w:rPr>
              <w:t>Max</w:t>
            </w:r>
          </w:p>
        </w:tc>
        <w:tc>
          <w:tcPr>
            <w:tcW w:type="dxa" w:w="2352"/>
            <w:vMerge/>
          </w:tcPr>
          <w:p/>
        </w:tc>
      </w:tr>
      <w:tr>
        <w:trPr>
          <w:cantSplit/>
        </w:trPr>
        <w:tc>
          <w:tcPr>
            <w:tcW w:type="dxa" w:w="2309"/>
          </w:tcPr>
          <w:p>
            <w:pPr>
              <w:spacing w:after="0"/>
              <w:jc w:val="left"/>
            </w:pPr>
            <w:r>
              <w:rPr>
                <w:sz w:val="16"/>
              </w:rPr>
              <w:t>Avalanche</w:t>
            </w:r>
          </w:p>
        </w:tc>
        <w:tc>
          <w:tcPr>
            <w:tcW w:type="dxa" w:w="1514"/>
          </w:tcPr>
          <w:p>
            <w:pPr>
              <w:spacing w:after="0"/>
              <w:jc w:val="right"/>
            </w:pPr>
            <w:r>
              <w:rPr>
                <w:sz w:val="16"/>
              </w:rPr>
              <w:t>3 of 3</w:t>
            </w:r>
          </w:p>
        </w:tc>
        <w:tc>
          <w:tcPr>
            <w:tcW w:type="dxa" w:w="1443"/>
          </w:tcPr>
          <w:p>
            <w:pPr>
              <w:spacing w:after="0"/>
              <w:jc w:val="right"/>
            </w:pPr>
            <w:r>
              <w:rPr>
                <w:sz w:val="16"/>
              </w:rPr>
              <w:t>56.9</w:t>
            </w:r>
          </w:p>
        </w:tc>
        <w:tc>
          <w:tcPr>
            <w:tcW w:type="dxa" w:w="1514"/>
          </w:tcPr>
          <w:p>
            <w:pPr>
              <w:spacing w:after="0"/>
              <w:jc w:val="right"/>
            </w:pPr>
            <w:r>
              <w:rPr>
                <w:sz w:val="16"/>
              </w:rPr>
              <w:t>58.0</w:t>
            </w:r>
          </w:p>
        </w:tc>
        <w:tc>
          <w:tcPr>
            <w:tcW w:type="dxa" w:w="1443"/>
          </w:tcPr>
          <w:p>
            <w:pPr>
              <w:spacing w:after="0"/>
              <w:jc w:val="right"/>
            </w:pPr>
            <w:r>
              <w:rPr>
                <w:sz w:val="16"/>
              </w:rPr>
              <w:t>59.0</w:t>
            </w:r>
          </w:p>
        </w:tc>
        <w:tc>
          <w:tcPr>
            <w:tcW w:type="dxa" w:w="5889"/>
          </w:tcPr>
          <w:p>
            <w:pPr>
              <w:spacing w:after="0"/>
              <w:jc w:val="left"/>
            </w:pPr>
            <w:r>
              <w:rPr>
                <w:sz w:val="16"/>
              </w:rPr>
              <w:t>Very Low 3</w:t>
            </w:r>
          </w:p>
        </w:tc>
      </w:tr>
      <w:tr>
        <w:trPr>
          <w:cantSplit/>
        </w:trPr>
        <w:tc>
          <w:tcPr>
            <w:tcW w:type="dxa" w:w="2309"/>
          </w:tcPr>
          <w:p>
            <w:pPr>
              <w:spacing w:after="0"/>
              <w:jc w:val="left"/>
            </w:pPr>
            <w:r>
              <w:rPr>
                <w:sz w:val="16"/>
              </w:rPr>
              <w:t>Cold Wave</w:t>
            </w:r>
          </w:p>
        </w:tc>
        <w:tc>
          <w:tcPr>
            <w:tcW w:type="dxa" w:w="1514"/>
          </w:tcPr>
          <w:p>
            <w:pPr>
              <w:spacing w:after="0"/>
              <w:jc w:val="right"/>
            </w:pPr>
            <w:r>
              <w:rPr>
                <w:sz w:val="16"/>
              </w:rPr>
              <w:t>3 of 3</w:t>
            </w:r>
          </w:p>
        </w:tc>
        <w:tc>
          <w:tcPr>
            <w:tcW w:type="dxa" w:w="1443"/>
          </w:tcPr>
          <w:p>
            <w:pPr>
              <w:spacing w:after="0"/>
              <w:jc w:val="right"/>
            </w:pPr>
            <w:r>
              <w:rPr>
                <w:sz w:val="16"/>
              </w:rPr>
              <w:t>22.6</w:t>
            </w:r>
          </w:p>
        </w:tc>
        <w:tc>
          <w:tcPr>
            <w:tcW w:type="dxa" w:w="1514"/>
          </w:tcPr>
          <w:p>
            <w:pPr>
              <w:spacing w:after="0"/>
              <w:jc w:val="right"/>
            </w:pPr>
            <w:r>
              <w:rPr>
                <w:sz w:val="16"/>
              </w:rPr>
              <w:t>24.2</w:t>
            </w:r>
          </w:p>
        </w:tc>
        <w:tc>
          <w:tcPr>
            <w:tcW w:type="dxa" w:w="1443"/>
          </w:tcPr>
          <w:p>
            <w:pPr>
              <w:spacing w:after="0"/>
              <w:jc w:val="right"/>
            </w:pPr>
            <w:r>
              <w:rPr>
                <w:sz w:val="16"/>
              </w:rPr>
              <w:t>24.6</w:t>
            </w:r>
          </w:p>
        </w:tc>
        <w:tc>
          <w:tcPr>
            <w:tcW w:type="dxa" w:w="5889"/>
          </w:tcPr>
          <w:p>
            <w:pPr>
              <w:spacing w:after="0"/>
              <w:jc w:val="left"/>
            </w:pPr>
            <w:r>
              <w:rPr>
                <w:sz w:val="16"/>
              </w:rPr>
              <w:t>Relatively Low 3</w:t>
            </w:r>
          </w:p>
        </w:tc>
      </w:tr>
      <w:tr>
        <w:trPr>
          <w:cantSplit/>
        </w:trPr>
        <w:tc>
          <w:tcPr>
            <w:tcW w:type="dxa" w:w="2309"/>
          </w:tcPr>
          <w:p>
            <w:pPr>
              <w:spacing w:after="0"/>
              <w:jc w:val="left"/>
            </w:pPr>
            <w:r>
              <w:rPr>
                <w:sz w:val="16"/>
              </w:rPr>
              <w:t>Drought</w:t>
            </w:r>
          </w:p>
        </w:tc>
        <w:tc>
          <w:tcPr>
            <w:tcW w:type="dxa" w:w="1514"/>
          </w:tcPr>
          <w:p>
            <w:pPr>
              <w:spacing w:after="0"/>
              <w:jc w:val="right"/>
            </w:pPr>
            <w:r>
              <w:rPr>
                <w:sz w:val="16"/>
              </w:rPr>
              <w:t>1 of 3</w:t>
            </w:r>
          </w:p>
        </w:tc>
        <w:tc>
          <w:tcPr>
            <w:tcW w:type="dxa" w:w="1443"/>
          </w:tcPr>
          <w:p>
            <w:pPr>
              <w:spacing w:after="0"/>
              <w:jc w:val="right"/>
            </w:pPr>
            <w:r>
              <w:rPr>
                <w:sz w:val="16"/>
              </w:rPr>
              <w:t>86.1</w:t>
            </w:r>
          </w:p>
        </w:tc>
        <w:tc>
          <w:tcPr>
            <w:tcW w:type="dxa" w:w="1514"/>
          </w:tcPr>
          <w:p>
            <w:pPr>
              <w:spacing w:after="0"/>
              <w:jc w:val="right"/>
            </w:pPr>
            <w:r>
              <w:rPr>
                <w:sz w:val="16"/>
              </w:rPr>
              <w:t>86.1</w:t>
            </w:r>
          </w:p>
        </w:tc>
        <w:tc>
          <w:tcPr>
            <w:tcW w:type="dxa" w:w="1443"/>
          </w:tcPr>
          <w:p>
            <w:pPr>
              <w:spacing w:after="0"/>
              <w:jc w:val="right"/>
            </w:pPr>
            <w:r>
              <w:rPr>
                <w:sz w:val="16"/>
              </w:rPr>
              <w:t>86.1</w:t>
            </w:r>
          </w:p>
        </w:tc>
        <w:tc>
          <w:tcPr>
            <w:tcW w:type="dxa" w:w="5889"/>
          </w:tcPr>
          <w:p>
            <w:pPr>
              <w:spacing w:after="0"/>
              <w:jc w:val="left"/>
            </w:pPr>
            <w:r>
              <w:rPr>
                <w:sz w:val="16"/>
              </w:rPr>
              <w:t>Relatively Low 1, No Rating 2</w:t>
            </w:r>
          </w:p>
        </w:tc>
      </w:tr>
      <w:tr>
        <w:trPr>
          <w:cantSplit/>
        </w:trPr>
        <w:tc>
          <w:tcPr>
            <w:tcW w:type="dxa" w:w="2309"/>
          </w:tcPr>
          <w:p>
            <w:pPr>
              <w:spacing w:after="0"/>
              <w:jc w:val="left"/>
            </w:pPr>
            <w:r>
              <w:rPr>
                <w:sz w:val="16"/>
              </w:rPr>
              <w:t>Earthquake</w:t>
            </w:r>
          </w:p>
        </w:tc>
        <w:tc>
          <w:tcPr>
            <w:tcW w:type="dxa" w:w="1514"/>
          </w:tcPr>
          <w:p>
            <w:pPr>
              <w:spacing w:after="0"/>
              <w:jc w:val="right"/>
            </w:pPr>
            <w:r>
              <w:rPr>
                <w:sz w:val="16"/>
              </w:rPr>
              <w:t>3 of 3</w:t>
            </w:r>
          </w:p>
        </w:tc>
        <w:tc>
          <w:tcPr>
            <w:tcW w:type="dxa" w:w="1443"/>
          </w:tcPr>
          <w:p>
            <w:pPr>
              <w:spacing w:after="0"/>
              <w:jc w:val="right"/>
            </w:pPr>
            <w:r>
              <w:rPr>
                <w:sz w:val="16"/>
              </w:rPr>
              <w:t>26.7</w:t>
            </w:r>
          </w:p>
        </w:tc>
        <w:tc>
          <w:tcPr>
            <w:tcW w:type="dxa" w:w="1514"/>
          </w:tcPr>
          <w:p>
            <w:pPr>
              <w:spacing w:after="0"/>
              <w:jc w:val="right"/>
            </w:pPr>
            <w:r>
              <w:rPr>
                <w:sz w:val="16"/>
              </w:rPr>
              <w:t>30.5</w:t>
            </w:r>
          </w:p>
        </w:tc>
        <w:tc>
          <w:tcPr>
            <w:tcW w:type="dxa" w:w="1443"/>
          </w:tcPr>
          <w:p>
            <w:pPr>
              <w:spacing w:after="0"/>
              <w:jc w:val="right"/>
            </w:pPr>
            <w:r>
              <w:rPr>
                <w:sz w:val="16"/>
              </w:rPr>
              <w:t>43.2</w:t>
            </w:r>
          </w:p>
        </w:tc>
        <w:tc>
          <w:tcPr>
            <w:tcW w:type="dxa" w:w="5889"/>
          </w:tcPr>
          <w:p>
            <w:pPr>
              <w:spacing w:after="0"/>
              <w:jc w:val="left"/>
            </w:pPr>
            <w:r>
              <w:rPr>
                <w:sz w:val="16"/>
              </w:rPr>
              <w:t>Relatively Low 1, Very Low 2</w:t>
            </w:r>
          </w:p>
        </w:tc>
      </w:tr>
      <w:tr>
        <w:trPr>
          <w:cantSplit/>
        </w:trPr>
        <w:tc>
          <w:tcPr>
            <w:tcW w:type="dxa" w:w="2309"/>
          </w:tcPr>
          <w:p>
            <w:pPr>
              <w:spacing w:after="0"/>
              <w:jc w:val="left"/>
            </w:pPr>
            <w:r>
              <w:rPr>
                <w:sz w:val="16"/>
              </w:rPr>
              <w:t>Hail</w:t>
            </w:r>
          </w:p>
        </w:tc>
        <w:tc>
          <w:tcPr>
            <w:tcW w:type="dxa" w:w="1514"/>
          </w:tcPr>
          <w:p>
            <w:pPr>
              <w:spacing w:after="0"/>
              <w:jc w:val="right"/>
            </w:pPr>
            <w:r>
              <w:rPr>
                <w:sz w:val="16"/>
              </w:rPr>
              <w:t>3 of 3</w:t>
            </w:r>
          </w:p>
        </w:tc>
        <w:tc>
          <w:tcPr>
            <w:tcW w:type="dxa" w:w="1443"/>
          </w:tcPr>
          <w:p>
            <w:pPr>
              <w:spacing w:after="0"/>
              <w:jc w:val="right"/>
            </w:pPr>
            <w:r>
              <w:rPr>
                <w:sz w:val="16"/>
              </w:rPr>
              <w:t>53.9</w:t>
            </w:r>
          </w:p>
        </w:tc>
        <w:tc>
          <w:tcPr>
            <w:tcW w:type="dxa" w:w="1514"/>
          </w:tcPr>
          <w:p>
            <w:pPr>
              <w:spacing w:after="0"/>
              <w:jc w:val="right"/>
            </w:pPr>
            <w:r>
              <w:rPr>
                <w:sz w:val="16"/>
              </w:rPr>
              <w:t>56.9</w:t>
            </w:r>
          </w:p>
        </w:tc>
        <w:tc>
          <w:tcPr>
            <w:tcW w:type="dxa" w:w="1443"/>
          </w:tcPr>
          <w:p>
            <w:pPr>
              <w:spacing w:after="0"/>
              <w:jc w:val="right"/>
            </w:pPr>
            <w:r>
              <w:rPr>
                <w:sz w:val="16"/>
              </w:rPr>
              <w:t>59.8</w:t>
            </w:r>
          </w:p>
        </w:tc>
        <w:tc>
          <w:tcPr>
            <w:tcW w:type="dxa" w:w="5889"/>
          </w:tcPr>
          <w:p>
            <w:pPr>
              <w:spacing w:after="0"/>
              <w:jc w:val="left"/>
            </w:pPr>
            <w:r>
              <w:rPr>
                <w:sz w:val="16"/>
              </w:rPr>
              <w:t>Relatively Low 3</w:t>
            </w:r>
          </w:p>
        </w:tc>
      </w:tr>
      <w:tr>
        <w:trPr>
          <w:cantSplit/>
        </w:trPr>
        <w:tc>
          <w:tcPr>
            <w:tcW w:type="dxa" w:w="2309"/>
          </w:tcPr>
          <w:p>
            <w:pPr>
              <w:spacing w:after="0"/>
              <w:jc w:val="left"/>
            </w:pPr>
            <w:r>
              <w:rPr>
                <w:sz w:val="16"/>
              </w:rPr>
              <w:t>Heat Wave</w:t>
            </w:r>
          </w:p>
        </w:tc>
        <w:tc>
          <w:tcPr>
            <w:tcW w:type="dxa" w:w="1514"/>
          </w:tcPr>
          <w:p>
            <w:pPr>
              <w:spacing w:after="0"/>
              <w:jc w:val="right"/>
            </w:pPr>
            <w:r>
              <w:rPr>
                <w:sz w:val="16"/>
              </w:rPr>
              <w:t>3 of 3</w:t>
            </w:r>
          </w:p>
        </w:tc>
        <w:tc>
          <w:tcPr>
            <w:tcW w:type="dxa" w:w="1443"/>
          </w:tcPr>
          <w:p>
            <w:pPr>
              <w:spacing w:after="0"/>
              <w:jc w:val="right"/>
            </w:pPr>
            <w:r>
              <w:rPr>
                <w:sz w:val="16"/>
              </w:rPr>
              <w:t>26.3</w:t>
            </w:r>
          </w:p>
        </w:tc>
        <w:tc>
          <w:tcPr>
            <w:tcW w:type="dxa" w:w="1514"/>
          </w:tcPr>
          <w:p>
            <w:pPr>
              <w:spacing w:after="0"/>
              <w:jc w:val="right"/>
            </w:pPr>
            <w:r>
              <w:rPr>
                <w:sz w:val="16"/>
              </w:rPr>
              <w:t>34.8</w:t>
            </w:r>
          </w:p>
        </w:tc>
        <w:tc>
          <w:tcPr>
            <w:tcW w:type="dxa" w:w="1443"/>
          </w:tcPr>
          <w:p>
            <w:pPr>
              <w:spacing w:after="0"/>
              <w:jc w:val="right"/>
            </w:pPr>
            <w:r>
              <w:rPr>
                <w:sz w:val="16"/>
              </w:rPr>
              <w:t>35.2</w:t>
            </w:r>
          </w:p>
        </w:tc>
        <w:tc>
          <w:tcPr>
            <w:tcW w:type="dxa" w:w="5889"/>
          </w:tcPr>
          <w:p>
            <w:pPr>
              <w:spacing w:after="0"/>
              <w:jc w:val="left"/>
            </w:pPr>
            <w:r>
              <w:rPr>
                <w:sz w:val="16"/>
              </w:rPr>
              <w:t>Relatively Low 3</w:t>
            </w:r>
          </w:p>
        </w:tc>
      </w:tr>
      <w:tr>
        <w:trPr>
          <w:cantSplit/>
        </w:trPr>
        <w:tc>
          <w:tcPr>
            <w:tcW w:type="dxa" w:w="2309"/>
          </w:tcPr>
          <w:p>
            <w:pPr>
              <w:spacing w:after="0"/>
              <w:jc w:val="left"/>
            </w:pPr>
            <w:r>
              <w:rPr>
                <w:sz w:val="16"/>
              </w:rPr>
              <w:t>Hurricane</w:t>
            </w:r>
          </w:p>
        </w:tc>
        <w:tc>
          <w:tcPr>
            <w:tcW w:type="dxa" w:w="1514"/>
          </w:tcPr>
          <w:p>
            <w:pPr>
              <w:spacing w:after="0"/>
              <w:jc w:val="right"/>
            </w:pPr>
            <w:r>
              <w:rPr>
                <w:sz w:val="16"/>
              </w:rPr>
              <w:t>3 of 3</w:t>
            </w:r>
          </w:p>
        </w:tc>
        <w:tc>
          <w:tcPr>
            <w:tcW w:type="dxa" w:w="1443"/>
          </w:tcPr>
          <w:p>
            <w:pPr>
              <w:spacing w:after="0"/>
              <w:jc w:val="right"/>
            </w:pPr>
            <w:r>
              <w:rPr>
                <w:sz w:val="16"/>
              </w:rPr>
              <w:t>39.1</w:t>
            </w:r>
          </w:p>
        </w:tc>
        <w:tc>
          <w:tcPr>
            <w:tcW w:type="dxa" w:w="1514"/>
          </w:tcPr>
          <w:p>
            <w:pPr>
              <w:spacing w:after="0"/>
              <w:jc w:val="right"/>
            </w:pPr>
            <w:r>
              <w:rPr>
                <w:sz w:val="16"/>
              </w:rPr>
              <w:t>45.8</w:t>
            </w:r>
          </w:p>
        </w:tc>
        <w:tc>
          <w:tcPr>
            <w:tcW w:type="dxa" w:w="1443"/>
          </w:tcPr>
          <w:p>
            <w:pPr>
              <w:spacing w:after="0"/>
              <w:jc w:val="right"/>
            </w:pPr>
            <w:r>
              <w:rPr>
                <w:sz w:val="16"/>
              </w:rPr>
              <w:t>47.6</w:t>
            </w:r>
          </w:p>
        </w:tc>
        <w:tc>
          <w:tcPr>
            <w:tcW w:type="dxa" w:w="5889"/>
          </w:tcPr>
          <w:p>
            <w:pPr>
              <w:spacing w:after="0"/>
              <w:jc w:val="left"/>
            </w:pPr>
            <w:r>
              <w:rPr>
                <w:sz w:val="16"/>
              </w:rPr>
              <w:t>Very Low 3</w:t>
            </w:r>
          </w:p>
        </w:tc>
      </w:tr>
      <w:tr>
        <w:trPr>
          <w:cantSplit/>
        </w:trPr>
        <w:tc>
          <w:tcPr>
            <w:tcW w:type="dxa" w:w="2309"/>
          </w:tcPr>
          <w:p>
            <w:pPr>
              <w:spacing w:after="0"/>
              <w:jc w:val="left"/>
            </w:pPr>
            <w:r>
              <w:rPr>
                <w:sz w:val="16"/>
              </w:rPr>
              <w:t>Ice Storm</w:t>
            </w:r>
          </w:p>
        </w:tc>
        <w:tc>
          <w:tcPr>
            <w:tcW w:type="dxa" w:w="1514"/>
          </w:tcPr>
          <w:p>
            <w:pPr>
              <w:spacing w:after="0"/>
              <w:jc w:val="right"/>
            </w:pPr>
            <w:r>
              <w:rPr>
                <w:sz w:val="16"/>
              </w:rPr>
              <w:t>3 of 3</w:t>
            </w:r>
          </w:p>
        </w:tc>
        <w:tc>
          <w:tcPr>
            <w:tcW w:type="dxa" w:w="1443"/>
          </w:tcPr>
          <w:p>
            <w:pPr>
              <w:spacing w:after="0"/>
              <w:jc w:val="right"/>
            </w:pPr>
            <w:r>
              <w:rPr>
                <w:sz w:val="16"/>
              </w:rPr>
              <w:t>8.4</w:t>
            </w:r>
          </w:p>
        </w:tc>
        <w:tc>
          <w:tcPr>
            <w:tcW w:type="dxa" w:w="1514"/>
          </w:tcPr>
          <w:p>
            <w:pPr>
              <w:spacing w:after="0"/>
              <w:jc w:val="right"/>
            </w:pPr>
            <w:r>
              <w:rPr>
                <w:sz w:val="16"/>
              </w:rPr>
              <w:t>29.9</w:t>
            </w:r>
          </w:p>
        </w:tc>
        <w:tc>
          <w:tcPr>
            <w:tcW w:type="dxa" w:w="1443"/>
          </w:tcPr>
          <w:p>
            <w:pPr>
              <w:spacing w:after="0"/>
              <w:jc w:val="right"/>
            </w:pPr>
            <w:r>
              <w:rPr>
                <w:sz w:val="16"/>
              </w:rPr>
              <w:t>42.6</w:t>
            </w:r>
          </w:p>
        </w:tc>
        <w:tc>
          <w:tcPr>
            <w:tcW w:type="dxa" w:w="5889"/>
          </w:tcPr>
          <w:p>
            <w:pPr>
              <w:spacing w:after="0"/>
              <w:jc w:val="left"/>
            </w:pPr>
            <w:r>
              <w:rPr>
                <w:sz w:val="16"/>
              </w:rPr>
              <w:t>Relatively Low 1, Very Low 2</w:t>
            </w:r>
          </w:p>
        </w:tc>
      </w:tr>
      <w:tr>
        <w:trPr>
          <w:cantSplit/>
        </w:trPr>
        <w:tc>
          <w:tcPr>
            <w:tcW w:type="dxa" w:w="2309"/>
          </w:tcPr>
          <w:p>
            <w:pPr>
              <w:spacing w:after="0"/>
              <w:jc w:val="left"/>
            </w:pPr>
            <w:r>
              <w:rPr>
                <w:sz w:val="16"/>
              </w:rPr>
              <w:t>Inland Flooding</w:t>
            </w:r>
          </w:p>
        </w:tc>
        <w:tc>
          <w:tcPr>
            <w:tcW w:type="dxa" w:w="1514"/>
          </w:tcPr>
          <w:p>
            <w:pPr>
              <w:spacing w:after="0"/>
              <w:jc w:val="right"/>
            </w:pPr>
            <w:r>
              <w:rPr>
                <w:sz w:val="16"/>
              </w:rPr>
              <w:t>3 of 3</w:t>
            </w:r>
          </w:p>
        </w:tc>
        <w:tc>
          <w:tcPr>
            <w:tcW w:type="dxa" w:w="1443"/>
          </w:tcPr>
          <w:p>
            <w:pPr>
              <w:spacing w:after="0"/>
              <w:jc w:val="right"/>
            </w:pPr>
            <w:r>
              <w:rPr>
                <w:sz w:val="16"/>
              </w:rPr>
              <w:t>90.6</w:t>
            </w:r>
          </w:p>
        </w:tc>
        <w:tc>
          <w:tcPr>
            <w:tcW w:type="dxa" w:w="1514"/>
          </w:tcPr>
          <w:p>
            <w:pPr>
              <w:spacing w:after="0"/>
              <w:jc w:val="right"/>
            </w:pPr>
            <w:r>
              <w:rPr>
                <w:sz w:val="16"/>
              </w:rPr>
              <w:t>92.6</w:t>
            </w:r>
          </w:p>
        </w:tc>
        <w:tc>
          <w:tcPr>
            <w:tcW w:type="dxa" w:w="1443"/>
          </w:tcPr>
          <w:p>
            <w:pPr>
              <w:spacing w:after="0"/>
              <w:jc w:val="right"/>
            </w:pPr>
            <w:r>
              <w:rPr>
                <w:sz w:val="16"/>
              </w:rPr>
              <w:t>98.4</w:t>
            </w:r>
          </w:p>
        </w:tc>
        <w:tc>
          <w:tcPr>
            <w:tcW w:type="dxa" w:w="5889"/>
          </w:tcPr>
          <w:p>
            <w:pPr>
              <w:spacing w:after="0"/>
              <w:jc w:val="left"/>
            </w:pPr>
            <w:r>
              <w:rPr>
                <w:sz w:val="16"/>
              </w:rPr>
              <w:t>Very High 1, Relatively High 2</w:t>
            </w:r>
          </w:p>
        </w:tc>
      </w:tr>
      <w:tr>
        <w:trPr>
          <w:cantSplit/>
        </w:trPr>
        <w:tc>
          <w:tcPr>
            <w:tcW w:type="dxa" w:w="2309"/>
          </w:tcPr>
          <w:p>
            <w:pPr>
              <w:spacing w:after="0"/>
              <w:jc w:val="left"/>
            </w:pPr>
            <w:r>
              <w:rPr>
                <w:sz w:val="16"/>
              </w:rPr>
              <w:t>Landslide</w:t>
            </w:r>
          </w:p>
        </w:tc>
        <w:tc>
          <w:tcPr>
            <w:tcW w:type="dxa" w:w="1514"/>
          </w:tcPr>
          <w:p>
            <w:pPr>
              <w:spacing w:after="0"/>
              <w:jc w:val="right"/>
            </w:pPr>
            <w:r>
              <w:rPr>
                <w:sz w:val="16"/>
              </w:rPr>
              <w:t>3 of 3</w:t>
            </w:r>
          </w:p>
        </w:tc>
        <w:tc>
          <w:tcPr>
            <w:tcW w:type="dxa" w:w="1443"/>
          </w:tcPr>
          <w:p>
            <w:pPr>
              <w:spacing w:after="0"/>
              <w:jc w:val="right"/>
            </w:pPr>
            <w:r>
              <w:rPr>
                <w:sz w:val="16"/>
              </w:rPr>
              <w:t>98.3</w:t>
            </w:r>
          </w:p>
        </w:tc>
        <w:tc>
          <w:tcPr>
            <w:tcW w:type="dxa" w:w="1514"/>
          </w:tcPr>
          <w:p>
            <w:pPr>
              <w:spacing w:after="0"/>
              <w:jc w:val="right"/>
            </w:pPr>
            <w:r>
              <w:rPr>
                <w:sz w:val="16"/>
              </w:rPr>
              <w:t>98.9</w:t>
            </w:r>
          </w:p>
        </w:tc>
        <w:tc>
          <w:tcPr>
            <w:tcW w:type="dxa" w:w="1443"/>
          </w:tcPr>
          <w:p>
            <w:pPr>
              <w:spacing w:after="0"/>
              <w:jc w:val="right"/>
            </w:pPr>
            <w:r>
              <w:rPr>
                <w:sz w:val="16"/>
              </w:rPr>
              <w:t>99.0</w:t>
            </w:r>
          </w:p>
        </w:tc>
        <w:tc>
          <w:tcPr>
            <w:tcW w:type="dxa" w:w="5889"/>
          </w:tcPr>
          <w:p>
            <w:pPr>
              <w:spacing w:after="0"/>
              <w:jc w:val="left"/>
            </w:pPr>
            <w:r>
              <w:rPr>
                <w:sz w:val="16"/>
              </w:rPr>
              <w:t>Relatively Moderate 3</w:t>
            </w:r>
          </w:p>
        </w:tc>
      </w:tr>
      <w:tr>
        <w:trPr>
          <w:cantSplit/>
        </w:trPr>
        <w:tc>
          <w:tcPr>
            <w:tcW w:type="dxa" w:w="2309"/>
          </w:tcPr>
          <w:p>
            <w:pPr>
              <w:spacing w:after="0"/>
              <w:jc w:val="left"/>
            </w:pPr>
            <w:r>
              <w:rPr>
                <w:sz w:val="16"/>
              </w:rPr>
              <w:t>Lightning</w:t>
            </w:r>
          </w:p>
        </w:tc>
        <w:tc>
          <w:tcPr>
            <w:tcW w:type="dxa" w:w="1514"/>
          </w:tcPr>
          <w:p>
            <w:pPr>
              <w:spacing w:after="0"/>
              <w:jc w:val="right"/>
            </w:pPr>
            <w:r>
              <w:rPr>
                <w:sz w:val="16"/>
              </w:rPr>
              <w:t>3 of 3</w:t>
            </w:r>
          </w:p>
        </w:tc>
        <w:tc>
          <w:tcPr>
            <w:tcW w:type="dxa" w:w="1443"/>
          </w:tcPr>
          <w:p>
            <w:pPr>
              <w:spacing w:after="0"/>
              <w:jc w:val="right"/>
            </w:pPr>
            <w:r>
              <w:rPr>
                <w:sz w:val="16"/>
              </w:rPr>
              <w:t>77.0</w:t>
            </w:r>
          </w:p>
        </w:tc>
        <w:tc>
          <w:tcPr>
            <w:tcW w:type="dxa" w:w="1514"/>
          </w:tcPr>
          <w:p>
            <w:pPr>
              <w:spacing w:after="0"/>
              <w:jc w:val="right"/>
            </w:pPr>
            <w:r>
              <w:rPr>
                <w:sz w:val="16"/>
              </w:rPr>
              <w:t>84.7</w:t>
            </w:r>
          </w:p>
        </w:tc>
        <w:tc>
          <w:tcPr>
            <w:tcW w:type="dxa" w:w="1443"/>
          </w:tcPr>
          <w:p>
            <w:pPr>
              <w:spacing w:after="0"/>
              <w:jc w:val="right"/>
            </w:pPr>
            <w:r>
              <w:rPr>
                <w:sz w:val="16"/>
              </w:rPr>
              <w:t>85.3</w:t>
            </w:r>
          </w:p>
        </w:tc>
        <w:tc>
          <w:tcPr>
            <w:tcW w:type="dxa" w:w="5889"/>
          </w:tcPr>
          <w:p>
            <w:pPr>
              <w:spacing w:after="0"/>
              <w:jc w:val="left"/>
            </w:pPr>
            <w:r>
              <w:rPr>
                <w:sz w:val="16"/>
              </w:rPr>
              <w:t>Relatively High 2, Relatively Moderate 1</w:t>
            </w:r>
          </w:p>
        </w:tc>
      </w:tr>
      <w:tr>
        <w:trPr>
          <w:cantSplit/>
        </w:trPr>
        <w:tc>
          <w:tcPr>
            <w:tcW w:type="dxa" w:w="2309"/>
          </w:tcPr>
          <w:p>
            <w:pPr>
              <w:spacing w:after="0"/>
              <w:jc w:val="left"/>
            </w:pPr>
            <w:r>
              <w:rPr>
                <w:sz w:val="16"/>
              </w:rPr>
              <w:t>Strong Wind</w:t>
            </w:r>
          </w:p>
        </w:tc>
        <w:tc>
          <w:tcPr>
            <w:tcW w:type="dxa" w:w="1514"/>
          </w:tcPr>
          <w:p>
            <w:pPr>
              <w:spacing w:after="0"/>
              <w:jc w:val="right"/>
            </w:pPr>
            <w:r>
              <w:rPr>
                <w:sz w:val="16"/>
              </w:rPr>
              <w:t>3 of 3</w:t>
            </w:r>
          </w:p>
        </w:tc>
        <w:tc>
          <w:tcPr>
            <w:tcW w:type="dxa" w:w="1443"/>
          </w:tcPr>
          <w:p>
            <w:pPr>
              <w:spacing w:after="0"/>
              <w:jc w:val="right"/>
            </w:pPr>
            <w:r>
              <w:rPr>
                <w:sz w:val="16"/>
              </w:rPr>
              <w:t>54.8</w:t>
            </w:r>
          </w:p>
        </w:tc>
        <w:tc>
          <w:tcPr>
            <w:tcW w:type="dxa" w:w="1514"/>
          </w:tcPr>
          <w:p>
            <w:pPr>
              <w:spacing w:after="0"/>
              <w:jc w:val="right"/>
            </w:pPr>
            <w:r>
              <w:rPr>
                <w:sz w:val="16"/>
              </w:rPr>
              <w:t>57.2</w:t>
            </w:r>
          </w:p>
        </w:tc>
        <w:tc>
          <w:tcPr>
            <w:tcW w:type="dxa" w:w="1443"/>
          </w:tcPr>
          <w:p>
            <w:pPr>
              <w:spacing w:after="0"/>
              <w:jc w:val="right"/>
            </w:pPr>
            <w:r>
              <w:rPr>
                <w:sz w:val="16"/>
              </w:rPr>
              <w:t>60.7</w:t>
            </w:r>
          </w:p>
        </w:tc>
        <w:tc>
          <w:tcPr>
            <w:tcW w:type="dxa" w:w="5889"/>
          </w:tcPr>
          <w:p>
            <w:pPr>
              <w:spacing w:after="0"/>
              <w:jc w:val="left"/>
            </w:pPr>
            <w:r>
              <w:rPr>
                <w:sz w:val="16"/>
              </w:rPr>
              <w:t>Relatively Moderate 3</w:t>
            </w:r>
          </w:p>
        </w:tc>
      </w:tr>
      <w:tr>
        <w:trPr>
          <w:cantSplit/>
        </w:trPr>
        <w:tc>
          <w:tcPr>
            <w:tcW w:type="dxa" w:w="2309"/>
          </w:tcPr>
          <w:p>
            <w:pPr>
              <w:spacing w:after="0"/>
              <w:jc w:val="left"/>
            </w:pPr>
            <w:r>
              <w:rPr>
                <w:sz w:val="16"/>
              </w:rPr>
              <w:t>Tornado</w:t>
            </w:r>
          </w:p>
        </w:tc>
        <w:tc>
          <w:tcPr>
            <w:tcW w:type="dxa" w:w="1514"/>
          </w:tcPr>
          <w:p>
            <w:pPr>
              <w:spacing w:after="0"/>
              <w:jc w:val="right"/>
            </w:pPr>
            <w:r>
              <w:rPr>
                <w:sz w:val="16"/>
              </w:rPr>
              <w:t>3 of 3</w:t>
            </w:r>
          </w:p>
        </w:tc>
        <w:tc>
          <w:tcPr>
            <w:tcW w:type="dxa" w:w="1443"/>
          </w:tcPr>
          <w:p>
            <w:pPr>
              <w:spacing w:after="0"/>
              <w:jc w:val="right"/>
            </w:pPr>
            <w:r>
              <w:rPr>
                <w:sz w:val="16"/>
              </w:rPr>
              <w:t>12.0</w:t>
            </w:r>
          </w:p>
        </w:tc>
        <w:tc>
          <w:tcPr>
            <w:tcW w:type="dxa" w:w="1514"/>
          </w:tcPr>
          <w:p>
            <w:pPr>
              <w:spacing w:after="0"/>
              <w:jc w:val="right"/>
            </w:pPr>
            <w:r>
              <w:rPr>
                <w:sz w:val="16"/>
              </w:rPr>
              <w:t>19.6</w:t>
            </w:r>
          </w:p>
        </w:tc>
        <w:tc>
          <w:tcPr>
            <w:tcW w:type="dxa" w:w="1443"/>
          </w:tcPr>
          <w:p>
            <w:pPr>
              <w:spacing w:after="0"/>
              <w:jc w:val="right"/>
            </w:pPr>
            <w:r>
              <w:rPr>
                <w:sz w:val="16"/>
              </w:rPr>
              <w:t>22.0</w:t>
            </w:r>
          </w:p>
        </w:tc>
        <w:tc>
          <w:tcPr>
            <w:tcW w:type="dxa" w:w="5889"/>
          </w:tcPr>
          <w:p>
            <w:pPr>
              <w:spacing w:after="0"/>
              <w:jc w:val="left"/>
            </w:pPr>
            <w:r>
              <w:rPr>
                <w:sz w:val="16"/>
              </w:rPr>
              <w:t>Very Low 3</w:t>
            </w:r>
          </w:p>
        </w:tc>
      </w:tr>
      <w:tr>
        <w:trPr>
          <w:cantSplit/>
        </w:trPr>
        <w:tc>
          <w:tcPr>
            <w:tcW w:type="dxa" w:w="2309"/>
          </w:tcPr>
          <w:p>
            <w:pPr>
              <w:spacing w:after="0"/>
              <w:jc w:val="left"/>
            </w:pPr>
            <w:r>
              <w:rPr>
                <w:sz w:val="16"/>
              </w:rPr>
              <w:t>Wildfire</w:t>
            </w:r>
          </w:p>
        </w:tc>
        <w:tc>
          <w:tcPr>
            <w:tcW w:type="dxa" w:w="1514"/>
          </w:tcPr>
          <w:p>
            <w:pPr>
              <w:spacing w:after="0"/>
              <w:jc w:val="right"/>
            </w:pPr>
            <w:r>
              <w:rPr>
                <w:sz w:val="16"/>
              </w:rPr>
              <w:t>3 of 3</w:t>
            </w:r>
          </w:p>
        </w:tc>
        <w:tc>
          <w:tcPr>
            <w:tcW w:type="dxa" w:w="1443"/>
          </w:tcPr>
          <w:p>
            <w:pPr>
              <w:spacing w:after="0"/>
              <w:jc w:val="right"/>
            </w:pPr>
            <w:r>
              <w:rPr>
                <w:sz w:val="16"/>
              </w:rPr>
              <w:t>71.6</w:t>
            </w:r>
          </w:p>
        </w:tc>
        <w:tc>
          <w:tcPr>
            <w:tcW w:type="dxa" w:w="1514"/>
          </w:tcPr>
          <w:p>
            <w:pPr>
              <w:spacing w:after="0"/>
              <w:jc w:val="right"/>
            </w:pPr>
            <w:r>
              <w:rPr>
                <w:sz w:val="16"/>
              </w:rPr>
              <w:t>78.2</w:t>
            </w:r>
          </w:p>
        </w:tc>
        <w:tc>
          <w:tcPr>
            <w:tcW w:type="dxa" w:w="1443"/>
          </w:tcPr>
          <w:p>
            <w:pPr>
              <w:spacing w:after="0"/>
              <w:jc w:val="right"/>
            </w:pPr>
            <w:r>
              <w:rPr>
                <w:sz w:val="16"/>
              </w:rPr>
              <w:t>80.6</w:t>
            </w:r>
          </w:p>
        </w:tc>
        <w:tc>
          <w:tcPr>
            <w:tcW w:type="dxa" w:w="5889"/>
          </w:tcPr>
          <w:p>
            <w:pPr>
              <w:spacing w:after="0"/>
              <w:jc w:val="left"/>
            </w:pPr>
            <w:r>
              <w:rPr>
                <w:sz w:val="16"/>
              </w:rPr>
              <w:t>Relatively Low 3</w:t>
            </w:r>
          </w:p>
        </w:tc>
      </w:tr>
      <w:tr>
        <w:trPr>
          <w:cantSplit/>
        </w:trPr>
        <w:tc>
          <w:tcPr>
            <w:tcW w:type="dxa" w:w="2309"/>
          </w:tcPr>
          <w:p>
            <w:pPr>
              <w:spacing w:after="0"/>
              <w:jc w:val="left"/>
            </w:pPr>
            <w:r>
              <w:rPr>
                <w:sz w:val="16"/>
              </w:rPr>
              <w:t>Winter Weather</w:t>
            </w:r>
          </w:p>
        </w:tc>
        <w:tc>
          <w:tcPr>
            <w:tcW w:type="dxa" w:w="1514"/>
          </w:tcPr>
          <w:p>
            <w:pPr>
              <w:spacing w:after="0"/>
              <w:jc w:val="right"/>
            </w:pPr>
            <w:r>
              <w:rPr>
                <w:sz w:val="16"/>
              </w:rPr>
              <w:t>3 of 3</w:t>
            </w:r>
          </w:p>
        </w:tc>
        <w:tc>
          <w:tcPr>
            <w:tcW w:type="dxa" w:w="1443"/>
          </w:tcPr>
          <w:p>
            <w:pPr>
              <w:spacing w:after="0"/>
              <w:jc w:val="right"/>
            </w:pPr>
            <w:r>
              <w:rPr>
                <w:sz w:val="16"/>
              </w:rPr>
              <w:t>61.9</w:t>
            </w:r>
          </w:p>
        </w:tc>
        <w:tc>
          <w:tcPr>
            <w:tcW w:type="dxa" w:w="1514"/>
          </w:tcPr>
          <w:p>
            <w:pPr>
              <w:spacing w:after="0"/>
              <w:jc w:val="right"/>
            </w:pPr>
            <w:r>
              <w:rPr>
                <w:sz w:val="16"/>
              </w:rPr>
              <w:t>68.0</w:t>
            </w:r>
          </w:p>
        </w:tc>
        <w:tc>
          <w:tcPr>
            <w:tcW w:type="dxa" w:w="1443"/>
          </w:tcPr>
          <w:p>
            <w:pPr>
              <w:spacing w:after="0"/>
              <w:jc w:val="right"/>
            </w:pPr>
            <w:r>
              <w:rPr>
                <w:sz w:val="16"/>
              </w:rPr>
              <w:t>70.4</w:t>
            </w:r>
          </w:p>
        </w:tc>
        <w:tc>
          <w:tcPr>
            <w:tcW w:type="dxa" w:w="5889"/>
          </w:tcPr>
          <w:p>
            <w:pPr>
              <w:spacing w:after="0"/>
              <w:jc w:val="left"/>
            </w:pPr>
            <w:r>
              <w:rPr>
                <w:sz w:val="16"/>
              </w:rPr>
              <w:t>Relatively Moderate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31"/>
        <w:gridCol w:w="856"/>
        <w:gridCol w:w="3330"/>
        <w:gridCol w:w="2656"/>
        <w:gridCol w:w="2746"/>
        <w:gridCol w:w="2993"/>
      </w:tblGrid>
      <w:tr>
        <w:trPr>
          <w:cantSplit/>
          <w:tblHeader/>
        </w:trPr>
        <w:tc>
          <w:tcPr>
            <w:tcW w:type="dxa" w:w="1531"/>
            <w:shd w:val="clear" w:color="auto" w:fill="E8E8E8"/>
          </w:tcPr>
          <w:p>
            <w:pPr>
              <w:spacing w:after="0"/>
              <w:jc w:val="left"/>
            </w:pPr>
            <w:r>
              <w:rPr>
                <w:b/>
                <w:sz w:val="16"/>
              </w:rPr>
              <w:t>Jurisdiction</w:t>
            </w:r>
          </w:p>
        </w:tc>
        <w:tc>
          <w:tcPr>
            <w:tcW w:type="dxa" w:w="856"/>
            <w:shd w:val="clear" w:color="auto" w:fill="E8E8E8"/>
          </w:tcPr>
          <w:p>
            <w:pPr>
              <w:spacing w:after="0"/>
              <w:jc w:val="left"/>
            </w:pPr>
            <w:r>
              <w:rPr>
                <w:b/>
                <w:sz w:val="16"/>
              </w:rPr>
              <w:t>Type</w:t>
            </w:r>
          </w:p>
        </w:tc>
        <w:tc>
          <w:tcPr>
            <w:tcW w:type="dxa" w:w="3330"/>
            <w:shd w:val="clear" w:color="auto" w:fill="E8E8E8"/>
          </w:tcPr>
          <w:p>
            <w:pPr>
              <w:spacing w:after="0"/>
              <w:jc w:val="left"/>
            </w:pPr>
            <w:r>
              <w:rPr>
                <w:b/>
                <w:sz w:val="16"/>
              </w:rPr>
              <w:t>Plan status</w:t>
            </w:r>
          </w:p>
        </w:tc>
        <w:tc>
          <w:tcPr>
            <w:tcW w:type="dxa" w:w="265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4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9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31"/>
          </w:tcPr>
          <w:p>
            <w:pPr>
              <w:spacing w:after="0"/>
              <w:jc w:val="left"/>
            </w:pPr>
            <w:r>
              <w:rPr>
                <w:sz w:val="16"/>
              </w:rPr>
              <w:t>Clay County</w:t>
            </w:r>
          </w:p>
        </w:tc>
        <w:tc>
          <w:tcPr>
            <w:tcW w:type="dxa" w:w="856"/>
          </w:tcPr>
          <w:p>
            <w:pPr>
              <w:spacing w:after="0"/>
              <w:jc w:val="left"/>
            </w:pPr>
            <w:r>
              <w:rPr>
                <w:sz w:val="16"/>
              </w:rPr>
              <w:t>County</w:t>
            </w:r>
          </w:p>
        </w:tc>
        <w:tc>
          <w:tcPr>
            <w:tcW w:type="dxa" w:w="3330"/>
          </w:tcPr>
          <w:p>
            <w:pPr>
              <w:spacing w:after="0"/>
              <w:jc w:val="left"/>
            </w:pPr>
            <w:r>
              <w:rPr>
                <w:sz w:val="16"/>
              </w:rPr>
              <w:t>Approved, expires 2027-10-19</w:t>
            </w:r>
          </w:p>
        </w:tc>
        <w:tc>
          <w:tcPr>
            <w:tcW w:type="dxa" w:w="2656"/>
          </w:tcPr>
          <w:p>
            <w:pPr>
              <w:spacing w:after="0"/>
              <w:jc w:val="right"/>
            </w:pPr>
            <w:r>
              <w:rPr>
                <w:sz w:val="16"/>
              </w:rPr>
              <w:t>FMA RL 0, SRL 0; any 5</w:t>
            </w:r>
          </w:p>
        </w:tc>
        <w:tc>
          <w:tcPr>
            <w:tcW w:type="dxa" w:w="2746"/>
          </w:tcPr>
          <w:p>
            <w:pPr>
              <w:spacing w:after="0"/>
              <w:jc w:val="right"/>
            </w:pPr>
            <w:r>
              <w:rPr>
                <w:sz w:val="16"/>
              </w:rPr>
              <w:t>$2,032,886.23</w:t>
            </w:r>
          </w:p>
        </w:tc>
        <w:tc>
          <w:tcPr>
            <w:tcW w:type="dxa" w:w="2993"/>
          </w:tcPr>
          <w:p>
            <w:pPr>
              <w:spacing w:after="0"/>
              <w:jc w:val="right"/>
            </w:pPr>
            <w:r>
              <w:rPr>
                <w:sz w:val="16"/>
              </w:rPr>
              <w:t>0 total; 0 since its plan</w:t>
            </w:r>
          </w:p>
        </w:tc>
      </w:tr>
      <w:tr>
        <w:trPr>
          <w:cantSplit/>
        </w:trPr>
        <w:tc>
          <w:tcPr>
            <w:tcW w:type="dxa" w:w="1531"/>
          </w:tcPr>
          <w:p>
            <w:pPr>
              <w:spacing w:after="0"/>
              <w:jc w:val="left"/>
            </w:pPr>
            <w:r>
              <w:rPr>
                <w:sz w:val="16"/>
              </w:rPr>
              <w:t>Clay town</w:t>
            </w:r>
          </w:p>
        </w:tc>
        <w:tc>
          <w:tcPr>
            <w:tcW w:type="dxa" w:w="856"/>
          </w:tcPr>
          <w:p>
            <w:pPr>
              <w:spacing w:after="0"/>
              <w:jc w:val="left"/>
            </w:pPr>
            <w:r>
              <w:rPr>
                <w:sz w:val="16"/>
              </w:rPr>
              <w:t>Town</w:t>
            </w:r>
          </w:p>
        </w:tc>
        <w:tc>
          <w:tcPr>
            <w:tcW w:type="dxa" w:w="3330"/>
          </w:tcPr>
          <w:p>
            <w:pPr>
              <w:spacing w:after="0"/>
              <w:jc w:val="left"/>
            </w:pPr>
            <w:r>
              <w:rPr>
                <w:sz w:val="16"/>
              </w:rPr>
              <w:t>Approved, expires 2027-10-19</w:t>
            </w:r>
          </w:p>
        </w:tc>
        <w:tc>
          <w:tcPr>
            <w:tcW w:type="dxa" w:w="2656"/>
          </w:tcPr>
          <w:p>
            <w:pPr>
              <w:spacing w:after="0"/>
              <w:jc w:val="right"/>
            </w:pPr>
            <w:r>
              <w:rPr>
                <w:sz w:val="16"/>
              </w:rPr>
              <w:t>FMA RL 0, SRL 0; any 0</w:t>
            </w:r>
          </w:p>
        </w:tc>
        <w:tc>
          <w:tcPr>
            <w:tcW w:type="dxa" w:w="2746"/>
          </w:tcPr>
          <w:p>
            <w:pPr>
              <w:spacing w:after="0"/>
              <w:jc w:val="right"/>
            </w:pPr>
            <w:r>
              <w:rPr>
                <w:sz w:val="16"/>
              </w:rPr>
              <w:t>$365,593.73</w:t>
            </w:r>
          </w:p>
        </w:tc>
        <w:tc>
          <w:tcPr>
            <w:tcW w:type="dxa" w:w="2993"/>
          </w:tcPr>
          <w:p>
            <w:pPr>
              <w:spacing w:after="0"/>
              <w:jc w:val="right"/>
            </w:pPr>
            <w:r>
              <w:rPr>
                <w:sz w:val="16"/>
              </w:rPr>
              <w:t>27 total; 2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29"/>
        <w:gridCol w:w="1039"/>
        <w:gridCol w:w="1037"/>
        <w:gridCol w:w="1126"/>
        <w:gridCol w:w="902"/>
        <w:gridCol w:w="1305"/>
        <w:gridCol w:w="1143"/>
        <w:gridCol w:w="1059"/>
        <w:gridCol w:w="1231"/>
        <w:gridCol w:w="171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0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43"/>
            <w:shd w:val="clear" w:color="auto" w:fill="E8E8E8"/>
          </w:tcPr>
          <w:p>
            <w:pPr>
              <w:spacing w:after="0"/>
              <w:jc w:val="right"/>
            </w:pPr>
            <w:r>
              <w:rPr>
                <w:b/>
                <w:sz w:val="16"/>
              </w:rPr>
              <w:t>Storm Events damage since 2022-10-20</w:t>
            </w:r>
          </w:p>
          <w:p>
            <w:pPr>
              <w:spacing w:after="0"/>
              <w:jc w:val="right"/>
            </w:pPr>
            <w:r>
              <w:rPr>
                <w:i/>
                <w:color w:val="555555"/>
                <w:sz w:val="14"/>
              </w:rPr>
              <w:t>county-coded records, property plus crops, nominal dollars</w:t>
            </w:r>
          </w:p>
        </w:tc>
        <w:tc>
          <w:tcPr>
            <w:tcW w:type="dxa" w:w="105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71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$568,894</w:t>
            </w:r>
          </w:p>
        </w:tc>
        <w:tc>
          <w:tcPr>
            <w:tcW w:type="dxa" w:w="1129"/>
          </w:tcPr>
          <w:p>
            <w:pPr>
              <w:spacing w:after="0"/>
              <w:jc w:val="right"/>
            </w:pPr>
            <w:r>
              <w:rPr>
                <w:sz w:val="16"/>
              </w:rPr>
              <w:t>n/a</w:t>
            </w:r>
          </w:p>
        </w:tc>
        <w:tc>
          <w:tcPr>
            <w:tcW w:type="dxa" w:w="1039"/>
          </w:tcPr>
          <w:p>
            <w:pPr>
              <w:spacing w:after="0"/>
              <w:jc w:val="right"/>
            </w:pPr>
            <w:r>
              <w:rPr>
                <w:sz w:val="16"/>
              </w:rPr>
              <w:t>under 1</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902"/>
          </w:tcPr>
          <w:p>
            <w:pPr>
              <w:spacing w:after="0"/>
              <w:jc w:val="right"/>
            </w:pPr>
            <w:r>
              <w:rPr>
                <w:sz w:val="16"/>
              </w:rPr>
              <w:t>$2,046</w:t>
            </w:r>
          </w:p>
        </w:tc>
        <w:tc>
          <w:tcPr>
            <w:tcW w:type="dxa" w:w="1305"/>
          </w:tcPr>
          <w:p>
            <w:pPr>
              <w:spacing w:after="0"/>
              <w:jc w:val="right"/>
            </w:pPr>
            <w:r>
              <w:rPr>
                <w:sz w:val="16"/>
              </w:rPr>
              <w:t>under 0.0001%</w:t>
            </w:r>
          </w:p>
        </w:tc>
        <w:tc>
          <w:tcPr>
            <w:tcW w:type="dxa" w:w="1143"/>
          </w:tcPr>
          <w:p>
            <w:pPr>
              <w:spacing w:after="0"/>
              <w:jc w:val="right"/>
            </w:pPr>
          </w:p>
        </w:tc>
        <w:tc>
          <w:tcPr>
            <w:tcW w:type="dxa" w:w="1059"/>
          </w:tcPr>
          <w:p>
            <w:pPr>
              <w:spacing w:after="0"/>
              <w:jc w:val="right"/>
            </w:pPr>
          </w:p>
        </w:tc>
        <w:tc>
          <w:tcPr>
            <w:tcW w:type="dxa" w:w="1231"/>
          </w:tcPr>
          <w:p>
            <w:pPr>
              <w:spacing w:after="0"/>
              <w:jc w:val="right"/>
            </w:pPr>
          </w:p>
        </w:tc>
        <w:tc>
          <w:tcPr>
            <w:tcW w:type="dxa" w:w="1711"/>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$1,486,869,308</w:t>
            </w:r>
          </w:p>
        </w:tc>
        <w:tc>
          <w:tcPr>
            <w:tcW w:type="dxa" w:w="1129"/>
          </w:tcPr>
          <w:p>
            <w:pPr>
              <w:spacing w:after="0"/>
              <w:jc w:val="right"/>
            </w:pPr>
            <w:r>
              <w:rPr>
                <w:sz w:val="16"/>
              </w:rPr>
              <w:t>$738,422</w:t>
            </w:r>
          </w:p>
        </w:tc>
        <w:tc>
          <w:tcPr>
            <w:tcW w:type="dxa" w:w="1039"/>
          </w:tcPr>
          <w:p>
            <w:pPr>
              <w:spacing w:after="0"/>
              <w:jc w:val="right"/>
            </w:pPr>
            <w:r>
              <w:rPr>
                <w:sz w:val="16"/>
              </w:rPr>
              <w:t>8,050</w:t>
            </w:r>
          </w:p>
        </w:tc>
        <w:tc>
          <w:tcPr>
            <w:tcW w:type="dxa" w:w="1037"/>
          </w:tcPr>
          <w:p>
            <w:pPr>
              <w:spacing w:after="0"/>
              <w:jc w:val="right"/>
            </w:pPr>
            <w:r>
              <w:rPr>
                <w:sz w:val="16"/>
              </w:rPr>
              <w:t>$5,859</w:t>
            </w:r>
          </w:p>
        </w:tc>
        <w:tc>
          <w:tcPr>
            <w:tcW w:type="dxa" w:w="1126"/>
          </w:tcPr>
          <w:p>
            <w:pPr>
              <w:spacing w:after="0"/>
              <w:jc w:val="right"/>
            </w:pPr>
            <w:r>
              <w:rPr>
                <w:sz w:val="16"/>
              </w:rPr>
              <w:t>$80</w:t>
            </w:r>
          </w:p>
        </w:tc>
        <w:tc>
          <w:tcPr>
            <w:tcW w:type="dxa" w:w="902"/>
          </w:tcPr>
          <w:p>
            <w:pPr>
              <w:spacing w:after="0"/>
              <w:jc w:val="right"/>
            </w:pPr>
            <w:r>
              <w:rPr>
                <w:sz w:val="16"/>
              </w:rPr>
              <w:t>$13,246</w:t>
            </w:r>
          </w:p>
        </w:tc>
        <w:tc>
          <w:tcPr>
            <w:tcW w:type="dxa" w:w="1305"/>
          </w:tcPr>
          <w:p>
            <w:pPr>
              <w:spacing w:after="0"/>
              <w:jc w:val="right"/>
            </w:pPr>
            <w:r>
              <w:rPr>
                <w:sz w:val="16"/>
              </w:rPr>
              <w:t>0.000394%</w:t>
            </w:r>
          </w:p>
        </w:tc>
        <w:tc>
          <w:tcPr>
            <w:tcW w:type="dxa" w:w="1143"/>
          </w:tcPr>
          <w:p>
            <w:pPr>
              <w:spacing w:after="0"/>
              <w:jc w:val="right"/>
            </w:pPr>
          </w:p>
        </w:tc>
        <w:tc>
          <w:tcPr>
            <w:tcW w:type="dxa" w:w="1059"/>
          </w:tcPr>
          <w:p>
            <w:pPr>
              <w:spacing w:after="0"/>
              <w:jc w:val="right"/>
            </w:pPr>
            <w:r>
              <w:rPr>
                <w:sz w:val="16"/>
              </w:rPr>
              <w:t>$25,000</w:t>
            </w:r>
          </w:p>
        </w:tc>
        <w:tc>
          <w:tcPr>
            <w:tcW w:type="dxa" w:w="1231"/>
          </w:tcPr>
          <w:p>
            <w:pPr>
              <w:spacing w:after="0"/>
              <w:jc w:val="right"/>
            </w:pPr>
          </w:p>
        </w:tc>
        <w:tc>
          <w:tcPr>
            <w:tcW w:type="dxa" w:w="171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29"/>
          </w:tcPr>
          <w:p>
            <w:pPr>
              <w:spacing w:after="0"/>
              <w:jc w:val="right"/>
            </w:pPr>
            <w:r>
              <w:rPr>
                <w:sz w:val="16"/>
              </w:rPr>
              <w:t>$177,489</w:t>
            </w:r>
          </w:p>
        </w:tc>
        <w:tc>
          <w:tcPr>
            <w:tcW w:type="dxa" w:w="1039"/>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$4,658</w:t>
            </w:r>
          </w:p>
        </w:tc>
        <w:tc>
          <w:tcPr>
            <w:tcW w:type="dxa" w:w="902"/>
          </w:tcPr>
          <w:p>
            <w:pPr>
              <w:spacing w:after="0"/>
              <w:jc w:val="right"/>
            </w:pPr>
            <w:r>
              <w:rPr>
                <w:sz w:val="16"/>
              </w:rPr>
              <w:t>n/a</w:t>
            </w:r>
          </w:p>
        </w:tc>
        <w:tc>
          <w:tcPr>
            <w:tcW w:type="dxa" w:w="1305"/>
          </w:tcPr>
          <w:p>
            <w:pPr>
              <w:spacing w:after="0"/>
              <w:jc w:val="right"/>
            </w:pPr>
            <w:r>
              <w:rPr>
                <w:sz w:val="16"/>
              </w:rPr>
              <w:t>2.62% (agriculture)</w:t>
            </w:r>
          </w:p>
        </w:tc>
        <w:tc>
          <w:tcPr>
            <w:tcW w:type="dxa" w:w="1143"/>
          </w:tcPr>
          <w:p>
            <w:pPr>
              <w:spacing w:after="0"/>
              <w:jc w:val="right"/>
            </w:pPr>
          </w:p>
        </w:tc>
        <w:tc>
          <w:tcPr>
            <w:tcW w:type="dxa" w:w="1059"/>
          </w:tcPr>
          <w:p>
            <w:pPr>
              <w:spacing w:after="0"/>
              <w:jc w:val="right"/>
            </w:pPr>
            <w:r>
              <w:rPr>
                <w:sz w:val="16"/>
              </w:rPr>
              <w:t>$0</w:t>
            </w:r>
          </w:p>
        </w:tc>
        <w:tc>
          <w:tcPr>
            <w:tcW w:type="dxa" w:w="1231"/>
          </w:tcPr>
          <w:p>
            <w:pPr>
              <w:spacing w:after="0"/>
              <w:jc w:val="right"/>
            </w:pPr>
          </w:p>
        </w:tc>
        <w:tc>
          <w:tcPr>
            <w:tcW w:type="dxa" w:w="171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$2,540,750,018</w:t>
            </w:r>
          </w:p>
        </w:tc>
        <w:tc>
          <w:tcPr>
            <w:tcW w:type="dxa" w:w="1129"/>
          </w:tcPr>
          <w:p>
            <w:pPr>
              <w:spacing w:after="0"/>
              <w:jc w:val="right"/>
            </w:pPr>
            <w:r>
              <w:rPr>
                <w:sz w:val="16"/>
              </w:rPr>
              <w:t>n/a</w:t>
            </w:r>
          </w:p>
        </w:tc>
        <w:tc>
          <w:tcPr>
            <w:tcW w:type="dxa" w:w="1039"/>
          </w:tcPr>
          <w:p>
            <w:pPr>
              <w:spacing w:after="0"/>
              <w:jc w:val="right"/>
            </w:pPr>
            <w:r>
              <w:rPr>
                <w:sz w:val="16"/>
              </w:rPr>
              <w:t>8,051</w:t>
            </w:r>
          </w:p>
        </w:tc>
        <w:tc>
          <w:tcPr>
            <w:tcW w:type="dxa" w:w="1037"/>
          </w:tcPr>
          <w:p>
            <w:pPr>
              <w:spacing w:after="0"/>
              <w:jc w:val="right"/>
            </w:pPr>
            <w:r>
              <w:rPr>
                <w:sz w:val="16"/>
              </w:rPr>
              <w:t>$20,162</w:t>
            </w:r>
          </w:p>
        </w:tc>
        <w:tc>
          <w:tcPr>
            <w:tcW w:type="dxa" w:w="1126"/>
          </w:tcPr>
          <w:p>
            <w:pPr>
              <w:spacing w:after="0"/>
              <w:jc w:val="right"/>
            </w:pPr>
            <w:r>
              <w:rPr>
                <w:sz w:val="16"/>
              </w:rPr>
              <w:t>n/a</w:t>
            </w:r>
          </w:p>
        </w:tc>
        <w:tc>
          <w:tcPr>
            <w:tcW w:type="dxa" w:w="902"/>
          </w:tcPr>
          <w:p>
            <w:pPr>
              <w:spacing w:after="0"/>
              <w:jc w:val="right"/>
            </w:pPr>
            <w:r>
              <w:rPr>
                <w:sz w:val="16"/>
              </w:rPr>
              <w:t>$8,356</w:t>
            </w:r>
          </w:p>
        </w:tc>
        <w:tc>
          <w:tcPr>
            <w:tcW w:type="dxa" w:w="1305"/>
          </w:tcPr>
          <w:p>
            <w:pPr>
              <w:spacing w:after="0"/>
              <w:jc w:val="right"/>
            </w:pPr>
            <w:r>
              <w:rPr>
                <w:sz w:val="16"/>
              </w:rPr>
              <w:t>0.000794%</w:t>
            </w:r>
          </w:p>
        </w:tc>
        <w:tc>
          <w:tcPr>
            <w:tcW w:type="dxa" w:w="1143"/>
          </w:tcPr>
          <w:p>
            <w:pPr>
              <w:spacing w:after="0"/>
              <w:jc w:val="right"/>
            </w:pPr>
          </w:p>
        </w:tc>
        <w:tc>
          <w:tcPr>
            <w:tcW w:type="dxa" w:w="1059"/>
          </w:tcPr>
          <w:p>
            <w:pPr>
              <w:spacing w:after="0"/>
              <w:jc w:val="right"/>
            </w:pPr>
          </w:p>
        </w:tc>
        <w:tc>
          <w:tcPr>
            <w:tcW w:type="dxa" w:w="1231"/>
          </w:tcPr>
          <w:p>
            <w:pPr>
              <w:spacing w:after="0"/>
              <w:jc w:val="right"/>
            </w:pPr>
          </w:p>
        </w:tc>
        <w:tc>
          <w:tcPr>
            <w:tcW w:type="dxa" w:w="171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$1,486,869,308</w:t>
            </w:r>
          </w:p>
        </w:tc>
        <w:tc>
          <w:tcPr>
            <w:tcW w:type="dxa" w:w="1129"/>
          </w:tcPr>
          <w:p>
            <w:pPr>
              <w:spacing w:after="0"/>
              <w:jc w:val="right"/>
            </w:pPr>
            <w:r>
              <w:rPr>
                <w:sz w:val="16"/>
              </w:rPr>
              <w:t>$738,422</w:t>
            </w:r>
          </w:p>
        </w:tc>
        <w:tc>
          <w:tcPr>
            <w:tcW w:type="dxa" w:w="1039"/>
          </w:tcPr>
          <w:p>
            <w:pPr>
              <w:spacing w:after="0"/>
              <w:jc w:val="right"/>
            </w:pPr>
            <w:r>
              <w:rPr>
                <w:sz w:val="16"/>
              </w:rPr>
              <w:t>8,050</w:t>
            </w:r>
          </w:p>
        </w:tc>
        <w:tc>
          <w:tcPr>
            <w:tcW w:type="dxa" w:w="1037"/>
          </w:tcPr>
          <w:p>
            <w:pPr>
              <w:spacing w:after="0"/>
              <w:jc w:val="right"/>
            </w:pPr>
            <w:r>
              <w:rPr>
                <w:sz w:val="16"/>
              </w:rPr>
              <w:t>$15,080</w:t>
            </w:r>
          </w:p>
        </w:tc>
        <w:tc>
          <w:tcPr>
            <w:tcW w:type="dxa" w:w="1126"/>
          </w:tcPr>
          <w:p>
            <w:pPr>
              <w:spacing w:after="0"/>
              <w:jc w:val="right"/>
            </w:pPr>
            <w:r>
              <w:rPr>
                <w:sz w:val="16"/>
              </w:rPr>
              <w:t>$58</w:t>
            </w:r>
          </w:p>
        </w:tc>
        <w:tc>
          <w:tcPr>
            <w:tcW w:type="dxa" w:w="902"/>
          </w:tcPr>
          <w:p>
            <w:pPr>
              <w:spacing w:after="0"/>
              <w:jc w:val="right"/>
            </w:pPr>
            <w:r>
              <w:rPr>
                <w:sz w:val="16"/>
              </w:rPr>
              <w:t>$5,700</w:t>
            </w:r>
          </w:p>
        </w:tc>
        <w:tc>
          <w:tcPr>
            <w:tcW w:type="dxa" w:w="1305"/>
          </w:tcPr>
          <w:p>
            <w:pPr>
              <w:spacing w:after="0"/>
              <w:jc w:val="right"/>
            </w:pPr>
            <w:r>
              <w:rPr>
                <w:sz w:val="16"/>
              </w:rPr>
              <w:t>0.00101%</w:t>
            </w:r>
          </w:p>
        </w:tc>
        <w:tc>
          <w:tcPr>
            <w:tcW w:type="dxa" w:w="1143"/>
          </w:tcPr>
          <w:p>
            <w:pPr>
              <w:spacing w:after="0"/>
              <w:jc w:val="right"/>
            </w:pPr>
            <w:r>
              <w:rPr>
                <w:sz w:val="16"/>
              </w:rPr>
              <w:t>$0</w:t>
            </w:r>
          </w:p>
        </w:tc>
        <w:tc>
          <w:tcPr>
            <w:tcW w:type="dxa" w:w="1059"/>
          </w:tcPr>
          <w:p>
            <w:pPr>
              <w:spacing w:after="0"/>
              <w:jc w:val="right"/>
            </w:pPr>
          </w:p>
        </w:tc>
        <w:tc>
          <w:tcPr>
            <w:tcW w:type="dxa" w:w="1231"/>
          </w:tcPr>
          <w:p>
            <w:pPr>
              <w:spacing w:after="0"/>
              <w:jc w:val="right"/>
            </w:pPr>
          </w:p>
        </w:tc>
        <w:tc>
          <w:tcPr>
            <w:tcW w:type="dxa" w:w="171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$1,486,869,308</w:t>
            </w:r>
          </w:p>
        </w:tc>
        <w:tc>
          <w:tcPr>
            <w:tcW w:type="dxa" w:w="1129"/>
          </w:tcPr>
          <w:p>
            <w:pPr>
              <w:spacing w:after="0"/>
              <w:jc w:val="right"/>
            </w:pPr>
            <w:r>
              <w:rPr>
                <w:sz w:val="16"/>
              </w:rPr>
              <w:t>$738,422</w:t>
            </w:r>
          </w:p>
        </w:tc>
        <w:tc>
          <w:tcPr>
            <w:tcW w:type="dxa" w:w="1039"/>
          </w:tcPr>
          <w:p>
            <w:pPr>
              <w:spacing w:after="0"/>
              <w:jc w:val="right"/>
            </w:pPr>
            <w:r>
              <w:rPr>
                <w:sz w:val="16"/>
              </w:rPr>
              <w:t>8,050</w:t>
            </w:r>
          </w:p>
        </w:tc>
        <w:tc>
          <w:tcPr>
            <w:tcW w:type="dxa" w:w="1037"/>
          </w:tcPr>
          <w:p>
            <w:pPr>
              <w:spacing w:after="0"/>
              <w:jc w:val="right"/>
            </w:pPr>
            <w:r>
              <w:rPr>
                <w:sz w:val="16"/>
              </w:rPr>
              <w:t>$8</w:t>
            </w:r>
          </w:p>
        </w:tc>
        <w:tc>
          <w:tcPr>
            <w:tcW w:type="dxa" w:w="1126"/>
          </w:tcPr>
          <w:p>
            <w:pPr>
              <w:spacing w:after="0"/>
              <w:jc w:val="right"/>
            </w:pPr>
            <w:r>
              <w:rPr>
                <w:sz w:val="16"/>
              </w:rPr>
              <w:t>under $1</w:t>
            </w:r>
          </w:p>
        </w:tc>
        <w:tc>
          <w:tcPr>
            <w:tcW w:type="dxa" w:w="902"/>
          </w:tcPr>
          <w:p>
            <w:pPr>
              <w:spacing w:after="0"/>
              <w:jc w:val="right"/>
            </w:pPr>
            <w:r>
              <w:rPr>
                <w:sz w:val="16"/>
              </w:rPr>
              <w:t>$45,243</w:t>
            </w:r>
          </w:p>
        </w:tc>
        <w:tc>
          <w:tcPr>
            <w:tcW w:type="dxa" w:w="1305"/>
          </w:tcPr>
          <w:p>
            <w:pPr>
              <w:spacing w:after="0"/>
              <w:jc w:val="right"/>
            </w:pPr>
            <w:r>
              <w:rPr>
                <w:sz w:val="16"/>
              </w:rPr>
              <w:t>under 0.0001%</w:t>
            </w:r>
          </w:p>
        </w:tc>
        <w:tc>
          <w:tcPr>
            <w:tcW w:type="dxa" w:w="1143"/>
          </w:tcPr>
          <w:p>
            <w:pPr>
              <w:spacing w:after="0"/>
              <w:jc w:val="right"/>
            </w:pPr>
          </w:p>
        </w:tc>
        <w:tc>
          <w:tcPr>
            <w:tcW w:type="dxa" w:w="1059"/>
          </w:tcPr>
          <w:p>
            <w:pPr>
              <w:spacing w:after="0"/>
              <w:jc w:val="right"/>
            </w:pPr>
          </w:p>
        </w:tc>
        <w:tc>
          <w:tcPr>
            <w:tcW w:type="dxa" w:w="1231"/>
          </w:tcPr>
          <w:p>
            <w:pPr>
              <w:spacing w:after="0"/>
              <w:jc w:val="right"/>
            </w:pPr>
          </w:p>
        </w:tc>
        <w:tc>
          <w:tcPr>
            <w:tcW w:type="dxa" w:w="171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$1,486,869,308</w:t>
            </w:r>
          </w:p>
        </w:tc>
        <w:tc>
          <w:tcPr>
            <w:tcW w:type="dxa" w:w="1129"/>
          </w:tcPr>
          <w:p>
            <w:pPr>
              <w:spacing w:after="0"/>
              <w:jc w:val="right"/>
            </w:pPr>
            <w:r>
              <w:rPr>
                <w:sz w:val="16"/>
              </w:rPr>
              <w:t>$738,422</w:t>
            </w:r>
          </w:p>
        </w:tc>
        <w:tc>
          <w:tcPr>
            <w:tcW w:type="dxa" w:w="1039"/>
          </w:tcPr>
          <w:p>
            <w:pPr>
              <w:spacing w:after="0"/>
              <w:jc w:val="right"/>
            </w:pPr>
            <w:r>
              <w:rPr>
                <w:sz w:val="16"/>
              </w:rPr>
              <w:t>8,050</w:t>
            </w:r>
          </w:p>
        </w:tc>
        <w:tc>
          <w:tcPr>
            <w:tcW w:type="dxa" w:w="1037"/>
          </w:tcPr>
          <w:p>
            <w:pPr>
              <w:spacing w:after="0"/>
              <w:jc w:val="right"/>
            </w:pPr>
            <w:r>
              <w:rPr>
                <w:sz w:val="16"/>
              </w:rPr>
              <w:t>$7,064</w:t>
            </w:r>
          </w:p>
        </w:tc>
        <w:tc>
          <w:tcPr>
            <w:tcW w:type="dxa" w:w="1126"/>
          </w:tcPr>
          <w:p>
            <w:pPr>
              <w:spacing w:after="0"/>
              <w:jc w:val="right"/>
            </w:pPr>
            <w:r>
              <w:rPr>
                <w:sz w:val="16"/>
              </w:rPr>
              <w:t>$122</w:t>
            </w:r>
          </w:p>
        </w:tc>
        <w:tc>
          <w:tcPr>
            <w:tcW w:type="dxa" w:w="902"/>
          </w:tcPr>
          <w:p>
            <w:pPr>
              <w:spacing w:after="0"/>
              <w:jc w:val="right"/>
            </w:pPr>
            <w:r>
              <w:rPr>
                <w:sz w:val="16"/>
              </w:rPr>
              <w:t>$399</w:t>
            </w:r>
          </w:p>
        </w:tc>
        <w:tc>
          <w:tcPr>
            <w:tcW w:type="dxa" w:w="1305"/>
          </w:tcPr>
          <w:p>
            <w:pPr>
              <w:spacing w:after="0"/>
              <w:jc w:val="right"/>
            </w:pPr>
            <w:r>
              <w:rPr>
                <w:sz w:val="16"/>
              </w:rPr>
              <w:t>0.000475%</w:t>
            </w:r>
          </w:p>
        </w:tc>
        <w:tc>
          <w:tcPr>
            <w:tcW w:type="dxa" w:w="1143"/>
          </w:tcPr>
          <w:p>
            <w:pPr>
              <w:spacing w:after="0"/>
              <w:jc w:val="right"/>
            </w:pPr>
          </w:p>
        </w:tc>
        <w:tc>
          <w:tcPr>
            <w:tcW w:type="dxa" w:w="1059"/>
          </w:tcPr>
          <w:p>
            <w:pPr>
              <w:spacing w:after="0"/>
              <w:jc w:val="right"/>
            </w:pPr>
          </w:p>
        </w:tc>
        <w:tc>
          <w:tcPr>
            <w:tcW w:type="dxa" w:w="1231"/>
          </w:tcPr>
          <w:p>
            <w:pPr>
              <w:spacing w:after="0"/>
              <w:jc w:val="right"/>
            </w:pPr>
          </w:p>
        </w:tc>
        <w:tc>
          <w:tcPr>
            <w:tcW w:type="dxa" w:w="171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$1,486,869,308</w:t>
            </w:r>
          </w:p>
        </w:tc>
        <w:tc>
          <w:tcPr>
            <w:tcW w:type="dxa" w:w="1129"/>
          </w:tcPr>
          <w:p>
            <w:pPr>
              <w:spacing w:after="0"/>
              <w:jc w:val="right"/>
            </w:pPr>
            <w:r>
              <w:rPr>
                <w:sz w:val="16"/>
              </w:rPr>
              <w:t>n/a</w:t>
            </w:r>
          </w:p>
        </w:tc>
        <w:tc>
          <w:tcPr>
            <w:tcW w:type="dxa" w:w="1039"/>
          </w:tcPr>
          <w:p>
            <w:pPr>
              <w:spacing w:after="0"/>
              <w:jc w:val="right"/>
            </w:pPr>
            <w:r>
              <w:rPr>
                <w:sz w:val="16"/>
              </w:rPr>
              <w:t>8,050</w:t>
            </w:r>
          </w:p>
        </w:tc>
        <w:tc>
          <w:tcPr>
            <w:tcW w:type="dxa" w:w="1037"/>
          </w:tcPr>
          <w:p>
            <w:pPr>
              <w:spacing w:after="0"/>
              <w:jc w:val="right"/>
            </w:pPr>
            <w:r>
              <w:rPr>
                <w:sz w:val="16"/>
              </w:rPr>
              <w:t>$3,433</w:t>
            </w:r>
          </w:p>
        </w:tc>
        <w:tc>
          <w:tcPr>
            <w:tcW w:type="dxa" w:w="1126"/>
          </w:tcPr>
          <w:p>
            <w:pPr>
              <w:spacing w:after="0"/>
              <w:jc w:val="right"/>
            </w:pPr>
            <w:r>
              <w:rPr>
                <w:sz w:val="16"/>
              </w:rPr>
              <w:t>n/a</w:t>
            </w:r>
          </w:p>
        </w:tc>
        <w:tc>
          <w:tcPr>
            <w:tcW w:type="dxa" w:w="902"/>
          </w:tcPr>
          <w:p>
            <w:pPr>
              <w:spacing w:after="0"/>
              <w:jc w:val="right"/>
            </w:pPr>
            <w:r>
              <w:rPr>
                <w:sz w:val="16"/>
              </w:rPr>
              <w:t>$777</w:t>
            </w:r>
          </w:p>
        </w:tc>
        <w:tc>
          <w:tcPr>
            <w:tcW w:type="dxa" w:w="1305"/>
          </w:tcPr>
          <w:p>
            <w:pPr>
              <w:spacing w:after="0"/>
              <w:jc w:val="right"/>
            </w:pPr>
            <w:r>
              <w:rPr>
                <w:sz w:val="16"/>
              </w:rPr>
              <w:t>0.000231%</w:t>
            </w:r>
          </w:p>
        </w:tc>
        <w:tc>
          <w:tcPr>
            <w:tcW w:type="dxa" w:w="1143"/>
          </w:tcPr>
          <w:p>
            <w:pPr>
              <w:spacing w:after="0"/>
              <w:jc w:val="right"/>
            </w:pPr>
          </w:p>
        </w:tc>
        <w:tc>
          <w:tcPr>
            <w:tcW w:type="dxa" w:w="1059"/>
          </w:tcPr>
          <w:p>
            <w:pPr>
              <w:spacing w:after="0"/>
              <w:jc w:val="right"/>
            </w:pPr>
          </w:p>
        </w:tc>
        <w:tc>
          <w:tcPr>
            <w:tcW w:type="dxa" w:w="1231"/>
          </w:tcPr>
          <w:p>
            <w:pPr>
              <w:spacing w:after="0"/>
              <w:jc w:val="right"/>
            </w:pPr>
          </w:p>
        </w:tc>
        <w:tc>
          <w:tcPr>
            <w:tcW w:type="dxa" w:w="171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$1,480,267,822</w:t>
            </w:r>
          </w:p>
        </w:tc>
        <w:tc>
          <w:tcPr>
            <w:tcW w:type="dxa" w:w="1129"/>
          </w:tcPr>
          <w:p>
            <w:pPr>
              <w:spacing w:after="0"/>
              <w:jc w:val="right"/>
            </w:pPr>
            <w:r>
              <w:rPr>
                <w:sz w:val="16"/>
              </w:rPr>
              <w:t>$21,843</w:t>
            </w:r>
          </w:p>
        </w:tc>
        <w:tc>
          <w:tcPr>
            <w:tcW w:type="dxa" w:w="1039"/>
          </w:tcPr>
          <w:p>
            <w:pPr>
              <w:spacing w:after="0"/>
              <w:jc w:val="right"/>
            </w:pPr>
            <w:r>
              <w:rPr>
                <w:sz w:val="16"/>
              </w:rPr>
              <w:t>1,170</w:t>
            </w:r>
          </w:p>
        </w:tc>
        <w:tc>
          <w:tcPr>
            <w:tcW w:type="dxa" w:w="1037"/>
          </w:tcPr>
          <w:p>
            <w:pPr>
              <w:spacing w:after="0"/>
              <w:jc w:val="right"/>
            </w:pPr>
            <w:r>
              <w:rPr>
                <w:sz w:val="16"/>
              </w:rPr>
              <w:t>$4,321,012</w:t>
            </w:r>
          </w:p>
        </w:tc>
        <w:tc>
          <w:tcPr>
            <w:tcW w:type="dxa" w:w="1126"/>
          </w:tcPr>
          <w:p>
            <w:pPr>
              <w:spacing w:after="0"/>
              <w:jc w:val="right"/>
            </w:pPr>
            <w:r>
              <w:rPr>
                <w:sz w:val="16"/>
              </w:rPr>
              <w:t>$209</w:t>
            </w:r>
          </w:p>
        </w:tc>
        <w:tc>
          <w:tcPr>
            <w:tcW w:type="dxa" w:w="902"/>
          </w:tcPr>
          <w:p>
            <w:pPr>
              <w:spacing w:after="0"/>
              <w:jc w:val="right"/>
            </w:pPr>
            <w:r>
              <w:rPr>
                <w:sz w:val="16"/>
              </w:rPr>
              <w:t>$39,474</w:t>
            </w:r>
          </w:p>
        </w:tc>
        <w:tc>
          <w:tcPr>
            <w:tcW w:type="dxa" w:w="1305"/>
          </w:tcPr>
          <w:p>
            <w:pPr>
              <w:spacing w:after="0"/>
              <w:jc w:val="right"/>
            </w:pPr>
            <w:r>
              <w:rPr>
                <w:sz w:val="16"/>
              </w:rPr>
              <w:t>n/a (see note)</w:t>
            </w:r>
          </w:p>
        </w:tc>
        <w:tc>
          <w:tcPr>
            <w:tcW w:type="dxa" w:w="1143"/>
          </w:tcPr>
          <w:p>
            <w:pPr>
              <w:spacing w:after="0"/>
              <w:jc w:val="right"/>
            </w:pPr>
            <w:r>
              <w:rPr>
                <w:sz w:val="16"/>
              </w:rPr>
              <w:t>$2,000</w:t>
            </w:r>
          </w:p>
        </w:tc>
        <w:tc>
          <w:tcPr>
            <w:tcW w:type="dxa" w:w="1059"/>
          </w:tcPr>
          <w:p>
            <w:pPr>
              <w:spacing w:after="0"/>
              <w:jc w:val="right"/>
            </w:pPr>
          </w:p>
        </w:tc>
        <w:tc>
          <w:tcPr>
            <w:tcW w:type="dxa" w:w="1231"/>
          </w:tcPr>
          <w:p>
            <w:pPr>
              <w:spacing w:after="0"/>
              <w:jc w:val="right"/>
            </w:pPr>
            <w:r>
              <w:rPr>
                <w:sz w:val="16"/>
              </w:rPr>
              <w:t>no Public Assistance recorded (1 declaration)</w:t>
            </w:r>
          </w:p>
        </w:tc>
        <w:tc>
          <w:tcPr>
            <w:tcW w:type="dxa" w:w="171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$636,569,788</w:t>
            </w:r>
          </w:p>
        </w:tc>
        <w:tc>
          <w:tcPr>
            <w:tcW w:type="dxa" w:w="1129"/>
          </w:tcPr>
          <w:p>
            <w:pPr>
              <w:spacing w:after="0"/>
              <w:jc w:val="right"/>
            </w:pPr>
            <w:r>
              <w:rPr>
                <w:sz w:val="16"/>
              </w:rPr>
              <w:t>n/a</w:t>
            </w:r>
          </w:p>
        </w:tc>
        <w:tc>
          <w:tcPr>
            <w:tcW w:type="dxa" w:w="1039"/>
          </w:tcPr>
          <w:p>
            <w:pPr>
              <w:spacing w:after="0"/>
              <w:jc w:val="right"/>
            </w:pPr>
            <w:r>
              <w:rPr>
                <w:sz w:val="16"/>
              </w:rPr>
              <w:t>3,635</w:t>
            </w:r>
          </w:p>
        </w:tc>
        <w:tc>
          <w:tcPr>
            <w:tcW w:type="dxa" w:w="1037"/>
          </w:tcPr>
          <w:p>
            <w:pPr>
              <w:spacing w:after="0"/>
              <w:jc w:val="right"/>
            </w:pPr>
            <w:r>
              <w:rPr>
                <w:sz w:val="16"/>
              </w:rPr>
              <w:t>$1,884</w:t>
            </w:r>
          </w:p>
        </w:tc>
        <w:tc>
          <w:tcPr>
            <w:tcW w:type="dxa" w:w="1126"/>
          </w:tcPr>
          <w:p>
            <w:pPr>
              <w:spacing w:after="0"/>
              <w:jc w:val="right"/>
            </w:pPr>
            <w:r>
              <w:rPr>
                <w:sz w:val="16"/>
              </w:rPr>
              <w:t>n/a</w:t>
            </w:r>
          </w:p>
        </w:tc>
        <w:tc>
          <w:tcPr>
            <w:tcW w:type="dxa" w:w="902"/>
          </w:tcPr>
          <w:p>
            <w:pPr>
              <w:spacing w:after="0"/>
              <w:jc w:val="right"/>
            </w:pPr>
            <w:r>
              <w:rPr>
                <w:sz w:val="16"/>
              </w:rPr>
              <w:t>$46,988</w:t>
            </w:r>
          </w:p>
        </w:tc>
        <w:tc>
          <w:tcPr>
            <w:tcW w:type="dxa" w:w="1305"/>
          </w:tcPr>
          <w:p>
            <w:pPr>
              <w:spacing w:after="0"/>
              <w:jc w:val="right"/>
            </w:pPr>
            <w:r>
              <w:rPr>
                <w:sz w:val="16"/>
              </w:rPr>
              <w:t>0.000296%</w:t>
            </w:r>
          </w:p>
        </w:tc>
        <w:tc>
          <w:tcPr>
            <w:tcW w:type="dxa" w:w="1143"/>
          </w:tcPr>
          <w:p>
            <w:pPr>
              <w:spacing w:after="0"/>
              <w:jc w:val="right"/>
            </w:pPr>
          </w:p>
        </w:tc>
        <w:tc>
          <w:tcPr>
            <w:tcW w:type="dxa" w:w="1059"/>
          </w:tcPr>
          <w:p>
            <w:pPr>
              <w:spacing w:after="0"/>
              <w:jc w:val="right"/>
            </w:pPr>
          </w:p>
        </w:tc>
        <w:tc>
          <w:tcPr>
            <w:tcW w:type="dxa" w:w="1231"/>
          </w:tcPr>
          <w:p>
            <w:pPr>
              <w:spacing w:after="0"/>
              <w:jc w:val="right"/>
            </w:pPr>
            <w:r>
              <w:rPr>
                <w:sz w:val="16"/>
              </w:rPr>
              <w:t>no Public Assistance recorded (1 declaration)</w:t>
            </w:r>
          </w:p>
        </w:tc>
        <w:tc>
          <w:tcPr>
            <w:tcW w:type="dxa" w:w="171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$1,486,869,308</w:t>
            </w:r>
          </w:p>
        </w:tc>
        <w:tc>
          <w:tcPr>
            <w:tcW w:type="dxa" w:w="1129"/>
          </w:tcPr>
          <w:p>
            <w:pPr>
              <w:spacing w:after="0"/>
              <w:jc w:val="right"/>
            </w:pPr>
            <w:r>
              <w:rPr>
                <w:sz w:val="16"/>
              </w:rPr>
              <w:t>n/a</w:t>
            </w:r>
          </w:p>
        </w:tc>
        <w:tc>
          <w:tcPr>
            <w:tcW w:type="dxa" w:w="1039"/>
          </w:tcPr>
          <w:p>
            <w:pPr>
              <w:spacing w:after="0"/>
              <w:jc w:val="right"/>
            </w:pPr>
            <w:r>
              <w:rPr>
                <w:sz w:val="16"/>
              </w:rPr>
              <w:t>8,050</w:t>
            </w:r>
          </w:p>
        </w:tc>
        <w:tc>
          <w:tcPr>
            <w:tcW w:type="dxa" w:w="1037"/>
          </w:tcPr>
          <w:p>
            <w:pPr>
              <w:spacing w:after="0"/>
              <w:jc w:val="right"/>
            </w:pPr>
            <w:r>
              <w:rPr>
                <w:sz w:val="16"/>
              </w:rPr>
              <w:t>$2,141</w:t>
            </w:r>
          </w:p>
        </w:tc>
        <w:tc>
          <w:tcPr>
            <w:tcW w:type="dxa" w:w="1126"/>
          </w:tcPr>
          <w:p>
            <w:pPr>
              <w:spacing w:after="0"/>
              <w:jc w:val="right"/>
            </w:pPr>
            <w:r>
              <w:rPr>
                <w:sz w:val="16"/>
              </w:rPr>
              <w:t>n/a</w:t>
            </w:r>
          </w:p>
        </w:tc>
        <w:tc>
          <w:tcPr>
            <w:tcW w:type="dxa" w:w="902"/>
          </w:tcPr>
          <w:p>
            <w:pPr>
              <w:spacing w:after="0"/>
              <w:jc w:val="right"/>
            </w:pPr>
            <w:r>
              <w:rPr>
                <w:sz w:val="16"/>
              </w:rPr>
              <w:t>$64,230</w:t>
            </w:r>
          </w:p>
        </w:tc>
        <w:tc>
          <w:tcPr>
            <w:tcW w:type="dxa" w:w="1305"/>
          </w:tcPr>
          <w:p>
            <w:pPr>
              <w:spacing w:after="0"/>
              <w:jc w:val="right"/>
            </w:pPr>
            <w:r>
              <w:rPr>
                <w:sz w:val="16"/>
              </w:rPr>
              <w:t>0.000144%</w:t>
            </w:r>
          </w:p>
        </w:tc>
        <w:tc>
          <w:tcPr>
            <w:tcW w:type="dxa" w:w="1143"/>
          </w:tcPr>
          <w:p>
            <w:pPr>
              <w:spacing w:after="0"/>
              <w:jc w:val="right"/>
            </w:pPr>
          </w:p>
        </w:tc>
        <w:tc>
          <w:tcPr>
            <w:tcW w:type="dxa" w:w="1059"/>
          </w:tcPr>
          <w:p>
            <w:pPr>
              <w:spacing w:after="0"/>
              <w:jc w:val="right"/>
            </w:pPr>
          </w:p>
        </w:tc>
        <w:tc>
          <w:tcPr>
            <w:tcW w:type="dxa" w:w="1231"/>
          </w:tcPr>
          <w:p>
            <w:pPr>
              <w:spacing w:after="0"/>
              <w:jc w:val="right"/>
            </w:pPr>
          </w:p>
        </w:tc>
        <w:tc>
          <w:tcPr>
            <w:tcW w:type="dxa" w:w="171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$1,486,869,308</w:t>
            </w:r>
          </w:p>
        </w:tc>
        <w:tc>
          <w:tcPr>
            <w:tcW w:type="dxa" w:w="1129"/>
          </w:tcPr>
          <w:p>
            <w:pPr>
              <w:spacing w:after="0"/>
              <w:jc w:val="right"/>
            </w:pPr>
            <w:r>
              <w:rPr>
                <w:sz w:val="16"/>
              </w:rPr>
              <w:t>$738,422</w:t>
            </w:r>
          </w:p>
        </w:tc>
        <w:tc>
          <w:tcPr>
            <w:tcW w:type="dxa" w:w="1039"/>
          </w:tcPr>
          <w:p>
            <w:pPr>
              <w:spacing w:after="0"/>
              <w:jc w:val="right"/>
            </w:pPr>
            <w:r>
              <w:rPr>
                <w:sz w:val="16"/>
              </w:rPr>
              <w:t>8,050</w:t>
            </w:r>
          </w:p>
        </w:tc>
        <w:tc>
          <w:tcPr>
            <w:tcW w:type="dxa" w:w="1037"/>
          </w:tcPr>
          <w:p>
            <w:pPr>
              <w:spacing w:after="0"/>
              <w:jc w:val="right"/>
            </w:pPr>
            <w:r>
              <w:rPr>
                <w:sz w:val="16"/>
              </w:rPr>
              <w:t>$26,344</w:t>
            </w:r>
          </w:p>
        </w:tc>
        <w:tc>
          <w:tcPr>
            <w:tcW w:type="dxa" w:w="1126"/>
          </w:tcPr>
          <w:p>
            <w:pPr>
              <w:spacing w:after="0"/>
              <w:jc w:val="right"/>
            </w:pPr>
            <w:r>
              <w:rPr>
                <w:sz w:val="16"/>
              </w:rPr>
              <w:t>$9</w:t>
            </w:r>
          </w:p>
        </w:tc>
        <w:tc>
          <w:tcPr>
            <w:tcW w:type="dxa" w:w="902"/>
          </w:tcPr>
          <w:p>
            <w:pPr>
              <w:spacing w:after="0"/>
              <w:jc w:val="right"/>
            </w:pPr>
            <w:r>
              <w:rPr>
                <w:sz w:val="16"/>
              </w:rPr>
              <w:t>$17,672</w:t>
            </w:r>
          </w:p>
        </w:tc>
        <w:tc>
          <w:tcPr>
            <w:tcW w:type="dxa" w:w="1305"/>
          </w:tcPr>
          <w:p>
            <w:pPr>
              <w:spacing w:after="0"/>
              <w:jc w:val="right"/>
            </w:pPr>
            <w:r>
              <w:rPr>
                <w:sz w:val="16"/>
              </w:rPr>
              <w:t>0.00177%</w:t>
            </w:r>
          </w:p>
        </w:tc>
        <w:tc>
          <w:tcPr>
            <w:tcW w:type="dxa" w:w="1143"/>
          </w:tcPr>
          <w:p>
            <w:pPr>
              <w:spacing w:after="0"/>
              <w:jc w:val="right"/>
            </w:pPr>
            <w:r>
              <w:rPr>
                <w:sz w:val="16"/>
              </w:rPr>
              <w:t>$45,250</w:t>
            </w:r>
          </w:p>
        </w:tc>
        <w:tc>
          <w:tcPr>
            <w:tcW w:type="dxa" w:w="1059"/>
          </w:tcPr>
          <w:p>
            <w:pPr>
              <w:spacing w:after="0"/>
              <w:jc w:val="right"/>
            </w:pPr>
            <w:r>
              <w:rPr>
                <w:sz w:val="16"/>
              </w:rPr>
              <w:t>$11,000</w:t>
            </w:r>
          </w:p>
        </w:tc>
        <w:tc>
          <w:tcPr>
            <w:tcW w:type="dxa" w:w="1231"/>
          </w:tcPr>
          <w:p>
            <w:pPr>
              <w:spacing w:after="0"/>
              <w:jc w:val="right"/>
            </w:pPr>
          </w:p>
        </w:tc>
        <w:tc>
          <w:tcPr>
            <w:tcW w:type="dxa" w:w="1711"/>
          </w:tcPr>
          <w:p>
            <w:pPr>
              <w:spacing w:after="0"/>
              <w:jc w:val="left"/>
            </w:pPr>
            <w:r>
              <w:rPr>
                <w:sz w:val="16"/>
              </w:rPr>
              <w:t>Storm Events damage since the plan includes 5 zone-level Strong Wind records ($11,000): a NOAA non-thunderstorm wind type, outside NRI's Strong Wind definition.</w:t>
            </w:r>
          </w:p>
        </w:tc>
      </w:tr>
      <w:tr>
        <w:trPr>
          <w:cantSplit/>
        </w:trPr>
        <w:tc>
          <w:tcPr>
            <w:tcW w:type="dxa" w:w="1037"/>
          </w:tcPr>
          <w:p>
            <w:pPr>
              <w:spacing w:after="0"/>
              <w:jc w:val="left"/>
            </w:pPr>
            <w:r>
              <w:rPr>
                <w:sz w:val="16"/>
              </w:rPr>
              <w:t>Tornado</w:t>
            </w:r>
          </w:p>
        </w:tc>
        <w:tc>
          <w:tcPr>
            <w:tcW w:type="dxa" w:w="1394"/>
          </w:tcPr>
          <w:p>
            <w:pPr>
              <w:spacing w:after="0"/>
              <w:jc w:val="right"/>
            </w:pPr>
            <w:r>
              <w:rPr>
                <w:sz w:val="16"/>
              </w:rPr>
              <w:t>$1,486,869,308</w:t>
            </w:r>
          </w:p>
        </w:tc>
        <w:tc>
          <w:tcPr>
            <w:tcW w:type="dxa" w:w="1129"/>
          </w:tcPr>
          <w:p>
            <w:pPr>
              <w:spacing w:after="0"/>
              <w:jc w:val="right"/>
            </w:pPr>
            <w:r>
              <w:rPr>
                <w:sz w:val="16"/>
              </w:rPr>
              <w:t>$738,422</w:t>
            </w:r>
          </w:p>
        </w:tc>
        <w:tc>
          <w:tcPr>
            <w:tcW w:type="dxa" w:w="1039"/>
          </w:tcPr>
          <w:p>
            <w:pPr>
              <w:spacing w:after="0"/>
              <w:jc w:val="right"/>
            </w:pPr>
            <w:r>
              <w:rPr>
                <w:sz w:val="16"/>
              </w:rPr>
              <w:t>8,050</w:t>
            </w:r>
          </w:p>
        </w:tc>
        <w:tc>
          <w:tcPr>
            <w:tcW w:type="dxa" w:w="1037"/>
          </w:tcPr>
          <w:p>
            <w:pPr>
              <w:spacing w:after="0"/>
              <w:jc w:val="right"/>
            </w:pPr>
            <w:r>
              <w:rPr>
                <w:sz w:val="16"/>
              </w:rPr>
              <w:t>$8,281</w:t>
            </w:r>
          </w:p>
        </w:tc>
        <w:tc>
          <w:tcPr>
            <w:tcW w:type="dxa" w:w="1126"/>
          </w:tcPr>
          <w:p>
            <w:pPr>
              <w:spacing w:after="0"/>
              <w:jc w:val="right"/>
            </w:pPr>
            <w:r>
              <w:rPr>
                <w:sz w:val="16"/>
              </w:rPr>
              <w:t>$5</w:t>
            </w:r>
          </w:p>
        </w:tc>
        <w:tc>
          <w:tcPr>
            <w:tcW w:type="dxa" w:w="902"/>
          </w:tcPr>
          <w:p>
            <w:pPr>
              <w:spacing w:after="0"/>
              <w:jc w:val="right"/>
            </w:pPr>
            <w:r>
              <w:rPr>
                <w:sz w:val="16"/>
              </w:rPr>
              <w:t>$6,956</w:t>
            </w:r>
          </w:p>
        </w:tc>
        <w:tc>
          <w:tcPr>
            <w:tcW w:type="dxa" w:w="1305"/>
          </w:tcPr>
          <w:p>
            <w:pPr>
              <w:spacing w:after="0"/>
              <w:jc w:val="right"/>
            </w:pPr>
            <w:r>
              <w:rPr>
                <w:sz w:val="16"/>
              </w:rPr>
              <w:t>0.000557%</w:t>
            </w:r>
          </w:p>
        </w:tc>
        <w:tc>
          <w:tcPr>
            <w:tcW w:type="dxa" w:w="1143"/>
          </w:tcPr>
          <w:p>
            <w:pPr>
              <w:spacing w:after="0"/>
              <w:jc w:val="right"/>
            </w:pPr>
          </w:p>
        </w:tc>
        <w:tc>
          <w:tcPr>
            <w:tcW w:type="dxa" w:w="1059"/>
          </w:tcPr>
          <w:p>
            <w:pPr>
              <w:spacing w:after="0"/>
              <w:jc w:val="right"/>
            </w:pPr>
          </w:p>
        </w:tc>
        <w:tc>
          <w:tcPr>
            <w:tcW w:type="dxa" w:w="1231"/>
          </w:tcPr>
          <w:p>
            <w:pPr>
              <w:spacing w:after="0"/>
              <w:jc w:val="right"/>
            </w:pPr>
          </w:p>
        </w:tc>
        <w:tc>
          <w:tcPr>
            <w:tcW w:type="dxa" w:w="171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$20,514,904</w:t>
            </w:r>
          </w:p>
        </w:tc>
        <w:tc>
          <w:tcPr>
            <w:tcW w:type="dxa" w:w="1129"/>
          </w:tcPr>
          <w:p>
            <w:pPr>
              <w:spacing w:after="0"/>
              <w:jc w:val="right"/>
            </w:pPr>
            <w:r>
              <w:rPr>
                <w:sz w:val="16"/>
              </w:rPr>
              <w:t>$56,814</w:t>
            </w:r>
          </w:p>
        </w:tc>
        <w:tc>
          <w:tcPr>
            <w:tcW w:type="dxa" w:w="1039"/>
          </w:tcPr>
          <w:p>
            <w:pPr>
              <w:spacing w:after="0"/>
              <w:jc w:val="right"/>
            </w:pPr>
            <w:r>
              <w:rPr>
                <w:sz w:val="16"/>
              </w:rPr>
              <w:t>669</w:t>
            </w:r>
          </w:p>
        </w:tc>
        <w:tc>
          <w:tcPr>
            <w:tcW w:type="dxa" w:w="1037"/>
          </w:tcPr>
          <w:p>
            <w:pPr>
              <w:spacing w:after="0"/>
              <w:jc w:val="right"/>
            </w:pPr>
            <w:r>
              <w:rPr>
                <w:sz w:val="16"/>
              </w:rPr>
              <w:t>$4,992</w:t>
            </w:r>
          </w:p>
        </w:tc>
        <w:tc>
          <w:tcPr>
            <w:tcW w:type="dxa" w:w="1126"/>
          </w:tcPr>
          <w:p>
            <w:pPr>
              <w:spacing w:after="0"/>
              <w:jc w:val="right"/>
            </w:pPr>
            <w:r>
              <w:rPr>
                <w:sz w:val="16"/>
              </w:rPr>
              <w:t>$1</w:t>
            </w:r>
          </w:p>
        </w:tc>
        <w:tc>
          <w:tcPr>
            <w:tcW w:type="dxa" w:w="902"/>
          </w:tcPr>
          <w:p>
            <w:pPr>
              <w:spacing w:after="0"/>
              <w:jc w:val="right"/>
            </w:pPr>
            <w:r>
              <w:rPr>
                <w:sz w:val="16"/>
              </w:rPr>
              <w:t>$2,610</w:t>
            </w:r>
          </w:p>
        </w:tc>
        <w:tc>
          <w:tcPr>
            <w:tcW w:type="dxa" w:w="1305"/>
          </w:tcPr>
          <w:p>
            <w:pPr>
              <w:spacing w:after="0"/>
              <w:jc w:val="right"/>
            </w:pPr>
            <w:r>
              <w:rPr>
                <w:sz w:val="16"/>
              </w:rPr>
              <w:t>0.0243%</w:t>
            </w:r>
          </w:p>
        </w:tc>
        <w:tc>
          <w:tcPr>
            <w:tcW w:type="dxa" w:w="1143"/>
          </w:tcPr>
          <w:p>
            <w:pPr>
              <w:spacing w:after="0"/>
              <w:jc w:val="right"/>
            </w:pPr>
          </w:p>
        </w:tc>
        <w:tc>
          <w:tcPr>
            <w:tcW w:type="dxa" w:w="1059"/>
          </w:tcPr>
          <w:p>
            <w:pPr>
              <w:spacing w:after="0"/>
              <w:jc w:val="right"/>
            </w:pPr>
          </w:p>
        </w:tc>
        <w:tc>
          <w:tcPr>
            <w:tcW w:type="dxa" w:w="1231"/>
          </w:tcPr>
          <w:p>
            <w:pPr>
              <w:spacing w:after="0"/>
              <w:jc w:val="right"/>
            </w:pPr>
          </w:p>
        </w:tc>
        <w:tc>
          <w:tcPr>
            <w:tcW w:type="dxa" w:w="171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$1,486,869,308</w:t>
            </w:r>
          </w:p>
        </w:tc>
        <w:tc>
          <w:tcPr>
            <w:tcW w:type="dxa" w:w="1129"/>
          </w:tcPr>
          <w:p>
            <w:pPr>
              <w:spacing w:after="0"/>
              <w:jc w:val="right"/>
            </w:pPr>
            <w:r>
              <w:rPr>
                <w:sz w:val="16"/>
              </w:rPr>
              <w:t>$738,422</w:t>
            </w:r>
          </w:p>
        </w:tc>
        <w:tc>
          <w:tcPr>
            <w:tcW w:type="dxa" w:w="1039"/>
          </w:tcPr>
          <w:p>
            <w:pPr>
              <w:spacing w:after="0"/>
              <w:jc w:val="right"/>
            </w:pPr>
            <w:r>
              <w:rPr>
                <w:sz w:val="16"/>
              </w:rPr>
              <w:t>8,050</w:t>
            </w:r>
          </w:p>
        </w:tc>
        <w:tc>
          <w:tcPr>
            <w:tcW w:type="dxa" w:w="1037"/>
          </w:tcPr>
          <w:p>
            <w:pPr>
              <w:spacing w:after="0"/>
              <w:jc w:val="right"/>
            </w:pPr>
            <w:r>
              <w:rPr>
                <w:sz w:val="16"/>
              </w:rPr>
              <w:t>$6,467</w:t>
            </w:r>
          </w:p>
        </w:tc>
        <w:tc>
          <w:tcPr>
            <w:tcW w:type="dxa" w:w="1126"/>
          </w:tcPr>
          <w:p>
            <w:pPr>
              <w:spacing w:after="0"/>
              <w:jc w:val="right"/>
            </w:pPr>
            <w:r>
              <w:rPr>
                <w:sz w:val="16"/>
              </w:rPr>
              <w:t>under $1</w:t>
            </w:r>
          </w:p>
        </w:tc>
        <w:tc>
          <w:tcPr>
            <w:tcW w:type="dxa" w:w="902"/>
          </w:tcPr>
          <w:p>
            <w:pPr>
              <w:spacing w:after="0"/>
              <w:jc w:val="right"/>
            </w:pPr>
            <w:r>
              <w:rPr>
                <w:sz w:val="16"/>
              </w:rPr>
              <w:t>$4,073</w:t>
            </w:r>
          </w:p>
        </w:tc>
        <w:tc>
          <w:tcPr>
            <w:tcW w:type="dxa" w:w="1305"/>
          </w:tcPr>
          <w:p>
            <w:pPr>
              <w:spacing w:after="0"/>
              <w:jc w:val="right"/>
            </w:pPr>
            <w:r>
              <w:rPr>
                <w:sz w:val="16"/>
              </w:rPr>
              <w:t>0.000435%</w:t>
            </w:r>
          </w:p>
        </w:tc>
        <w:tc>
          <w:tcPr>
            <w:tcW w:type="dxa" w:w="1143"/>
          </w:tcPr>
          <w:p>
            <w:pPr>
              <w:spacing w:after="0"/>
              <w:jc w:val="right"/>
            </w:pPr>
          </w:p>
        </w:tc>
        <w:tc>
          <w:tcPr>
            <w:tcW w:type="dxa" w:w="1059"/>
          </w:tcPr>
          <w:p>
            <w:pPr>
              <w:spacing w:after="0"/>
              <w:jc w:val="right"/>
            </w:pPr>
            <w:r>
              <w:rPr>
                <w:sz w:val="16"/>
              </w:rPr>
              <w:t>$0</w:t>
            </w:r>
          </w:p>
        </w:tc>
        <w:tc>
          <w:tcPr>
            <w:tcW w:type="dxa" w:w="1231"/>
          </w:tcPr>
          <w:p>
            <w:pPr>
              <w:spacing w:after="0"/>
              <w:jc w:val="right"/>
            </w:pPr>
            <w:r>
              <w:rPr>
                <w:sz w:val="16"/>
              </w:rPr>
              <w:t>no Public Assistance recorded (1 declaration)</w:t>
            </w:r>
          </w:p>
        </w:tc>
        <w:tc>
          <w:tcPr>
            <w:tcW w:type="dxa" w:w="171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2022-10-20 (Storm Events through 2026-06-30): 34 county-coded records, 34 with a damage value recorded (including $0), $47,250; 38 zone-level records, 38 with a damage value recorded (including $0), $36,000 reported for the zone; Public Assistance: none recorded on the 2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8,050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$1,486,869,308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$738,422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$4,427,867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$257,771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552"/>
        <w:gridCol w:w="1625"/>
        <w:gridCol w:w="1625"/>
        <w:gridCol w:w="1625"/>
        <w:gridCol w:w="1625"/>
        <w:gridCol w:w="1625"/>
        <w:gridCol w:w="1625"/>
        <w:gridCol w:w="1809"/>
      </w:tblGrid>
      <w:tr>
        <w:trPr>
          <w:cantSplit/>
          <w:tblHeader/>
        </w:trPr>
        <w:tc>
          <w:tcPr>
            <w:tcW w:type="dxa" w:w="2552"/>
            <w:shd w:val="clear" w:color="auto" w:fill="E8E8E8"/>
          </w:tcPr>
          <w:p>
            <w:pPr>
              <w:spacing w:after="0"/>
              <w:jc w:val="left"/>
            </w:pPr>
            <w:r>
              <w:rPr>
                <w:b/>
                <w:sz w:val="16"/>
              </w:rPr>
              <w:t>Scope</w:t>
            </w:r>
          </w:p>
        </w:tc>
        <w:tc>
          <w:tcPr>
            <w:tcW w:type="dxa" w:w="1625"/>
            <w:shd w:val="clear" w:color="auto" w:fill="E8E8E8"/>
          </w:tcPr>
          <w:p>
            <w:pPr>
              <w:spacing w:after="0"/>
              <w:jc w:val="right"/>
            </w:pPr>
            <w:r>
              <w:rPr>
                <w:b/>
                <w:sz w:val="16"/>
              </w:rPr>
              <w:t>RL, FMA</w:t>
            </w:r>
          </w:p>
          <w:p>
            <w:pPr>
              <w:spacing w:after="0"/>
              <w:jc w:val="right"/>
            </w:pPr>
            <w:r>
              <w:rPr>
                <w:i/>
                <w:color w:val="555555"/>
                <w:sz w:val="14"/>
              </w:rPr>
              <w:t>properties</w:t>
            </w:r>
          </w:p>
        </w:tc>
        <w:tc>
          <w:tcPr>
            <w:tcW w:type="dxa" w:w="1625"/>
            <w:shd w:val="clear" w:color="auto" w:fill="E8E8E8"/>
          </w:tcPr>
          <w:p>
            <w:pPr>
              <w:spacing w:after="0"/>
              <w:jc w:val="right"/>
            </w:pPr>
            <w:r>
              <w:rPr>
                <w:b/>
                <w:sz w:val="16"/>
              </w:rPr>
              <w:t>SRL, FMA</w:t>
            </w:r>
          </w:p>
          <w:p>
            <w:pPr>
              <w:spacing w:after="0"/>
              <w:jc w:val="right"/>
            </w:pPr>
            <w:r>
              <w:rPr>
                <w:i/>
                <w:color w:val="555555"/>
                <w:sz w:val="14"/>
              </w:rPr>
              <w:t>properties</w:t>
            </w:r>
          </w:p>
        </w:tc>
        <w:tc>
          <w:tcPr>
            <w:tcW w:type="dxa" w:w="1625"/>
            <w:shd w:val="clear" w:color="auto" w:fill="E8E8E8"/>
          </w:tcPr>
          <w:p>
            <w:pPr>
              <w:spacing w:after="0"/>
              <w:jc w:val="right"/>
            </w:pPr>
            <w:r>
              <w:rPr>
                <w:b/>
                <w:sz w:val="16"/>
              </w:rPr>
              <w:t>RL, NFIP</w:t>
            </w:r>
          </w:p>
          <w:p>
            <w:pPr>
              <w:spacing w:after="0"/>
              <w:jc w:val="right"/>
            </w:pPr>
            <w:r>
              <w:rPr>
                <w:i/>
                <w:color w:val="555555"/>
                <w:sz w:val="14"/>
              </w:rPr>
              <w:t>properties</w:t>
            </w:r>
          </w:p>
        </w:tc>
        <w:tc>
          <w:tcPr>
            <w:tcW w:type="dxa" w:w="1625"/>
            <w:shd w:val="clear" w:color="auto" w:fill="E8E8E8"/>
          </w:tcPr>
          <w:p>
            <w:pPr>
              <w:spacing w:after="0"/>
              <w:jc w:val="right"/>
            </w:pPr>
            <w:r>
              <w:rPr>
                <w:b/>
                <w:sz w:val="16"/>
              </w:rPr>
              <w:t>SRL, NFIP</w:t>
            </w:r>
          </w:p>
          <w:p>
            <w:pPr>
              <w:spacing w:after="0"/>
              <w:jc w:val="right"/>
            </w:pPr>
            <w:r>
              <w:rPr>
                <w:i/>
                <w:color w:val="555555"/>
                <w:sz w:val="14"/>
              </w:rPr>
              <w:t>properties</w:t>
            </w:r>
          </w:p>
        </w:tc>
        <w:tc>
          <w:tcPr>
            <w:tcW w:type="dxa" w:w="162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25"/>
            <w:shd w:val="clear" w:color="auto" w:fill="E8E8E8"/>
          </w:tcPr>
          <w:p>
            <w:pPr>
              <w:spacing w:after="0"/>
              <w:jc w:val="right"/>
            </w:pPr>
            <w:r>
              <w:rPr>
                <w:b/>
                <w:sz w:val="16"/>
              </w:rPr>
              <w:t>Mitigated</w:t>
            </w:r>
          </w:p>
          <w:p>
            <w:pPr>
              <w:spacing w:after="0"/>
              <w:jc w:val="right"/>
            </w:pPr>
            <w:r>
              <w:rPr>
                <w:i/>
                <w:color w:val="555555"/>
                <w:sz w:val="14"/>
              </w:rPr>
              <w:t>properties</w:t>
            </w:r>
          </w:p>
        </w:tc>
        <w:tc>
          <w:tcPr>
            <w:tcW w:type="dxa" w:w="180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552"/>
          </w:tcPr>
          <w:p>
            <w:pPr>
              <w:spacing w:after="0"/>
              <w:jc w:val="left"/>
            </w:pPr>
            <w:r>
              <w:rPr>
                <w:sz w:val="16"/>
              </w:rPr>
              <w:t>County total</w:t>
            </w:r>
          </w:p>
        </w:tc>
        <w:tc>
          <w:tcPr>
            <w:tcW w:type="dxa" w:w="1625"/>
          </w:tcPr>
          <w:p>
            <w:pPr>
              <w:spacing w:after="0"/>
              <w:jc w:val="right"/>
            </w:pPr>
            <w:r>
              <w:rPr>
                <w:sz w:val="16"/>
              </w:rPr>
              <w:t>0</w:t>
            </w:r>
          </w:p>
        </w:tc>
        <w:tc>
          <w:tcPr>
            <w:tcW w:type="dxa" w:w="1625"/>
          </w:tcPr>
          <w:p>
            <w:pPr>
              <w:spacing w:after="0"/>
              <w:jc w:val="right"/>
            </w:pPr>
            <w:r>
              <w:rPr>
                <w:sz w:val="16"/>
              </w:rPr>
              <w:t>0</w:t>
            </w:r>
          </w:p>
        </w:tc>
        <w:tc>
          <w:tcPr>
            <w:tcW w:type="dxa" w:w="1625"/>
          </w:tcPr>
          <w:p>
            <w:pPr>
              <w:spacing w:after="0"/>
              <w:jc w:val="right"/>
            </w:pPr>
            <w:r>
              <w:rPr>
                <w:sz w:val="16"/>
              </w:rPr>
              <w:t>5</w:t>
            </w:r>
          </w:p>
        </w:tc>
        <w:tc>
          <w:tcPr>
            <w:tcW w:type="dxa" w:w="1625"/>
          </w:tcPr>
          <w:p>
            <w:pPr>
              <w:spacing w:after="0"/>
              <w:jc w:val="right"/>
            </w:pPr>
            <w:r>
              <w:rPr>
                <w:sz w:val="16"/>
              </w:rPr>
              <w:t>0</w:t>
            </w:r>
          </w:p>
        </w:tc>
        <w:tc>
          <w:tcPr>
            <w:tcW w:type="dxa" w:w="1625"/>
          </w:tcPr>
          <w:p>
            <w:pPr>
              <w:spacing w:after="0"/>
              <w:jc w:val="right"/>
            </w:pPr>
            <w:r>
              <w:rPr>
                <w:sz w:val="16"/>
              </w:rPr>
              <w:t>5</w:t>
            </w:r>
          </w:p>
        </w:tc>
        <w:tc>
          <w:tcPr>
            <w:tcW w:type="dxa" w:w="1625"/>
          </w:tcPr>
          <w:p>
            <w:pPr>
              <w:spacing w:after="0"/>
              <w:jc w:val="right"/>
            </w:pPr>
            <w:r>
              <w:rPr>
                <w:sz w:val="16"/>
              </w:rPr>
              <w:t>0</w:t>
            </w:r>
          </w:p>
        </w:tc>
        <w:tc>
          <w:tcPr>
            <w:tcW w:type="dxa" w:w="1809"/>
          </w:tcPr>
          <w:p>
            <w:pPr>
              <w:spacing w:after="0"/>
              <w:jc w:val="right"/>
            </w:pPr>
            <w:r>
              <w:rPr>
                <w:sz w:val="16"/>
              </w:rPr>
              <w:t>1</w:t>
            </w:r>
          </w:p>
        </w:tc>
      </w:tr>
      <w:tr>
        <w:trPr>
          <w:cantSplit/>
        </w:trPr>
        <w:tc>
          <w:tcPr>
            <w:tcW w:type="dxa" w:w="2552"/>
          </w:tcPr>
          <w:p>
            <w:pPr>
              <w:spacing w:after="0"/>
              <w:jc w:val="left"/>
            </w:pPr>
            <w:r>
              <w:rPr>
                <w:sz w:val="16"/>
              </w:rPr>
              <w:t>of which: Clay County (unincorporated area)</w:t>
            </w:r>
          </w:p>
        </w:tc>
        <w:tc>
          <w:tcPr>
            <w:tcW w:type="dxa" w:w="1625"/>
          </w:tcPr>
          <w:p>
            <w:pPr>
              <w:spacing w:after="0"/>
              <w:jc w:val="right"/>
            </w:pPr>
            <w:r>
              <w:rPr>
                <w:sz w:val="16"/>
              </w:rPr>
              <w:t>0</w:t>
            </w:r>
          </w:p>
        </w:tc>
        <w:tc>
          <w:tcPr>
            <w:tcW w:type="dxa" w:w="1625"/>
          </w:tcPr>
          <w:p>
            <w:pPr>
              <w:spacing w:after="0"/>
              <w:jc w:val="right"/>
            </w:pPr>
            <w:r>
              <w:rPr>
                <w:sz w:val="16"/>
              </w:rPr>
              <w:t>0</w:t>
            </w:r>
          </w:p>
        </w:tc>
        <w:tc>
          <w:tcPr>
            <w:tcW w:type="dxa" w:w="1625"/>
          </w:tcPr>
          <w:p>
            <w:pPr>
              <w:spacing w:after="0"/>
              <w:jc w:val="right"/>
            </w:pPr>
            <w:r>
              <w:rPr>
                <w:sz w:val="16"/>
              </w:rPr>
              <w:t>5</w:t>
            </w:r>
          </w:p>
        </w:tc>
        <w:tc>
          <w:tcPr>
            <w:tcW w:type="dxa" w:w="1625"/>
          </w:tcPr>
          <w:p>
            <w:pPr>
              <w:spacing w:after="0"/>
              <w:jc w:val="right"/>
            </w:pPr>
            <w:r>
              <w:rPr>
                <w:sz w:val="16"/>
              </w:rPr>
              <w:t>0</w:t>
            </w:r>
          </w:p>
        </w:tc>
        <w:tc>
          <w:tcPr>
            <w:tcW w:type="dxa" w:w="1625"/>
          </w:tcPr>
          <w:p>
            <w:pPr>
              <w:spacing w:after="0"/>
              <w:jc w:val="right"/>
            </w:pPr>
            <w:r>
              <w:rPr>
                <w:sz w:val="16"/>
              </w:rPr>
              <w:t>5</w:t>
            </w:r>
          </w:p>
        </w:tc>
        <w:tc>
          <w:tcPr>
            <w:tcW w:type="dxa" w:w="1625"/>
          </w:tcPr>
          <w:p>
            <w:pPr>
              <w:spacing w:after="0"/>
              <w:jc w:val="right"/>
            </w:pPr>
            <w:r>
              <w:rPr>
                <w:sz w:val="16"/>
              </w:rPr>
              <w:t>0</w:t>
            </w:r>
          </w:p>
        </w:tc>
        <w:tc>
          <w:tcPr>
            <w:tcW w:type="dxa" w:w="1809"/>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Clay County</w:t>
            </w:r>
          </w:p>
        </w:tc>
        <w:tc>
          <w:tcPr>
            <w:tcW w:type="dxa" w:w="1652"/>
          </w:tcPr>
          <w:p>
            <w:pPr>
              <w:spacing w:after="0"/>
              <w:jc w:val="left"/>
            </w:pPr>
            <w:r>
              <w:rPr>
                <w:sz w:val="16"/>
              </w:rPr>
              <w:t>540022</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5</w:t>
            </w:r>
          </w:p>
        </w:tc>
        <w:tc>
          <w:tcPr>
            <w:tcW w:type="dxa" w:w="1484"/>
          </w:tcPr>
          <w:p>
            <w:pPr>
              <w:spacing w:after="0"/>
              <w:jc w:val="right"/>
            </w:pPr>
            <w:r>
              <w:rPr>
                <w:sz w:val="16"/>
              </w:rPr>
              <w:t>0</w:t>
            </w:r>
          </w:p>
        </w:tc>
        <w:tc>
          <w:tcPr>
            <w:tcW w:type="dxa" w:w="1484"/>
          </w:tcPr>
          <w:p>
            <w:pPr>
              <w:spacing w:after="0"/>
              <w:jc w:val="right"/>
            </w:pPr>
            <w:r>
              <w:rPr>
                <w:sz w:val="16"/>
              </w:rPr>
              <w:t>5</w:t>
            </w:r>
          </w:p>
        </w:tc>
        <w:tc>
          <w:tcPr>
            <w:tcW w:type="dxa" w:w="1484"/>
          </w:tcPr>
          <w:p>
            <w:pPr>
              <w:spacing w:after="0"/>
              <w:jc w:val="right"/>
            </w:pPr>
            <w:r>
              <w:rPr>
                <w:sz w:val="16"/>
              </w:rPr>
              <w:t>0</w:t>
            </w:r>
          </w:p>
        </w:tc>
        <w:tc>
          <w:tcPr>
            <w:tcW w:type="dxa" w:w="1652"/>
          </w:tcPr>
          <w:p>
            <w:pPr>
              <w:spacing w:after="0"/>
              <w:jc w:val="right"/>
            </w:pPr>
            <w:r>
              <w:rPr>
                <w:sz w:val="16"/>
              </w:rPr>
              <w:t>1</w:t>
            </w:r>
          </w:p>
        </w:tc>
      </w:tr>
      <w:tr>
        <w:trPr>
          <w:cantSplit/>
        </w:trPr>
        <w:tc>
          <w:tcPr>
            <w:tcW w:type="dxa" w:w="1904"/>
          </w:tcPr>
          <w:p>
            <w:pPr>
              <w:spacing w:after="0"/>
              <w:jc w:val="left"/>
            </w:pPr>
            <w:r>
              <w:rPr>
                <w:sz w:val="16"/>
              </w:rPr>
              <w:t>Clay town</w:t>
            </w:r>
          </w:p>
        </w:tc>
        <w:tc>
          <w:tcPr>
            <w:tcW w:type="dxa" w:w="1652"/>
          </w:tcPr>
          <w:p>
            <w:pPr>
              <w:spacing w:after="0"/>
              <w:jc w:val="left"/>
            </w:pPr>
            <w:r>
              <w:rPr>
                <w:sz w:val="16"/>
              </w:rPr>
              <w:t>540023</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5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Clay County, WV: risk-assessment baseline packet, release 2026-10 (data as of 2026-09-30; County FIPS 54015). Automated baseline. </w:t>
      </w:r>
      <w:hyperlink r:id="rId15">
        <w:r>
          <w:rPr>
            <w:color w:val="1F4E99"/>
            <w:sz w:val="17"/>
            <w:u w:val="single"/>
          </w:rPr>
          <w:t>https://hazardplain.org/wv/54015/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hazard-plain_2026-10_WV_54015.docx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Clay County, WV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wv/5401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Clay County, WV: Risk-assessment baseline packet</dc:title>
  <dc:subject>Hazard Plain release 2026-10, as of 2026-09-30. Automated baseline</dc:subject>
  <dc:creator>Hazard Plain</dc:creator>
  <cp:keywords>Hazard Plain; hazard mitigation; risk assessment; 54015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