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Weathersfield town, VT</w:t>
      </w:r>
    </w:p>
    <w:p>
      <w:pPr>
        <w:spacing w:after="120" w:before="0"/>
      </w:pPr>
      <w:r>
        <w:rPr>
          <w:color w:val="555555"/>
          <w:sz w:val="24"/>
        </w:rPr>
        <w:t>Risk-assessment baseline packet (county-level sections from Windsor County)</w:t>
      </w:r>
    </w:p>
    <w:p>
      <w:pPr>
        <w:spacing w:after="120" w:before="0"/>
      </w:pPr>
      <w:r>
        <w:rPr>
          <w:b/>
          <w:sz w:val="18"/>
        </w:rPr>
        <w:t xml:space="preserve">Town FIPS: </w:t>
      </w:r>
      <w:r>
        <w:rPr>
          <w:sz w:val="18"/>
        </w:rPr>
        <w:t>5002777500</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2029-12-03. Plan: Town of Weathersfield 2023-2028 Local Hazard Mitigation Plan (FEMA plan 110332), approved 2024-12-04.</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Sections B1-a, B1-b, B1-c, B1-d, B1-e, B2-a and B2-b use Windsor County data (county FIPS 50027; each heading says so); the plan clock, B1-f and B2-c are for Weathersfield town.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2024-12-04: no new hazard declaration and 32 NOAA Storm Events records (county-level);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($19,395,729 a year), Cold Wave ($1,347,723) and Heat Wave ($1,027,538).</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5002777500 is this town.</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2029-12-03</w:t>
      </w:r>
    </w:p>
    <w:p>
      <w:pPr>
        <w:keepNext/>
        <w:spacing w:after="40" w:before="0"/>
      </w:pPr>
      <w:r>
        <w:rPr>
          <w:b/>
        </w:rPr>
        <w:t xml:space="preserve">Plan: </w:t>
      </w:r>
      <w:r>
        <w:rPr/>
        <w:t>Town of Weathersfield 2023-2028 Local Hazard Mitigation Plan (FEMA plan 110332)</w:t>
      </w:r>
    </w:p>
    <w:p>
      <w:pPr>
        <w:keepNext/>
        <w:spacing w:after="40" w:before="0"/>
      </w:pPr>
      <w:r>
        <w:rPr>
          <w:b/>
        </w:rPr>
        <w:t xml:space="preserve">Approved: </w:t>
      </w:r>
      <w:r>
        <w:rPr/>
        <w:t>2024-12-04</w:t>
      </w:r>
    </w:p>
    <w:p>
      <w:pPr>
        <w:keepNext/>
        <w:spacing w:after="40" w:before="0"/>
      </w:pPr>
      <w:r>
        <w:rPr>
          <w:b/>
        </w:rPr>
        <w:t xml:space="preserve">Days to expiry: </w:t>
      </w:r>
      <w:r>
        <w:rPr/>
        <w:t>1,160</w:t>
      </w:r>
    </w:p>
    <w:p>
      <w:pPr>
        <w:spacing w:after="80" w:before="0"/>
      </w:pPr>
      <w:r>
        <w:rPr>
          <w:color w:val="555555"/>
          <w:sz w:val="17"/>
        </w:rPr>
        <w:t>Every jurisdiction listed on this page (1 row)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2024-12-04)</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(Windsor County, county-level): </w:t>
      </w:r>
      <w:r>
        <w:rPr/>
        <w:t>32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(this town):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this town</w:t>
      </w:r>
    </w:p>
    <w:p>
      <w:pPr>
        <w:pStyle w:val="Heading3"/>
        <w:keepNext/>
        <w:spacing w:after="80"/>
      </w:pPr>
      <w:r>
        <w:rPr/>
        <w:t>Plan status for this town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this town"/>
        <w:tblDescription w:val="Hazard Plain table plan_clock"/>
      </w:tblPr>
      <w:tblGrid>
        <w:gridCol w:w="2352"/>
        <w:gridCol w:w="870"/>
        <w:gridCol w:w="3551"/>
        <w:gridCol w:w="3352"/>
        <w:gridCol w:w="1393"/>
        <w:gridCol w:w="1393"/>
        <w:gridCol w:w="1201"/>
      </w:tblGrid>
      <w:tr>
        <w:trPr>
          <w:cantSplit/>
          <w:tblHeader/>
        </w:trPr>
        <w:tc>
          <w:tcPr>
            <w:tcW w:type="dxa" w:w="2352"/>
            <w:shd w:val="clear" w:color="auto" w:fill="E8E8E8"/>
          </w:tcPr>
          <w:p>
            <w:pPr>
              <w:spacing w:after="0"/>
              <w:jc w:val="left"/>
            </w:pPr>
            <w:r>
              <w:rPr>
                <w:b/>
                <w:sz w:val="16"/>
              </w:rPr>
              <w:t>Jurisdiction</w:t>
            </w:r>
          </w:p>
        </w:tc>
        <w:tc>
          <w:tcPr>
            <w:tcW w:type="dxa" w:w="870"/>
            <w:shd w:val="clear" w:color="auto" w:fill="E8E8E8"/>
          </w:tcPr>
          <w:p>
            <w:pPr>
              <w:spacing w:after="0"/>
              <w:jc w:val="left"/>
            </w:pPr>
            <w:r>
              <w:rPr>
                <w:b/>
                <w:sz w:val="16"/>
              </w:rPr>
              <w:t>Type</w:t>
            </w:r>
          </w:p>
        </w:tc>
        <w:tc>
          <w:tcPr>
            <w:tcW w:type="dxa" w:w="3551"/>
            <w:shd w:val="clear" w:color="auto" w:fill="E8E8E8"/>
          </w:tcPr>
          <w:p>
            <w:pPr>
              <w:spacing w:after="0"/>
              <w:jc w:val="left"/>
            </w:pPr>
            <w:r>
              <w:rPr>
                <w:b/>
                <w:sz w:val="16"/>
              </w:rPr>
              <w:t>Status</w:t>
            </w:r>
          </w:p>
        </w:tc>
        <w:tc>
          <w:tcPr>
            <w:tcW w:type="dxa" w:w="3352"/>
            <w:shd w:val="clear" w:color="auto" w:fill="E8E8E8"/>
          </w:tcPr>
          <w:p>
            <w:pPr>
              <w:spacing w:after="0"/>
              <w:jc w:val="left"/>
            </w:pPr>
            <w:r>
              <w:rPr>
                <w:b/>
                <w:sz w:val="16"/>
              </w:rPr>
              <w:t>Plan</w:t>
            </w:r>
          </w:p>
        </w:tc>
        <w:tc>
          <w:tcPr>
            <w:tcW w:type="dxa" w:w="1393"/>
            <w:shd w:val="clear" w:color="auto" w:fill="E8E8E8"/>
          </w:tcPr>
          <w:p>
            <w:pPr>
              <w:spacing w:after="0"/>
              <w:jc w:val="left"/>
            </w:pPr>
            <w:r>
              <w:rPr>
                <w:b/>
                <w:sz w:val="16"/>
              </w:rPr>
              <w:t>Approved</w:t>
            </w:r>
          </w:p>
        </w:tc>
        <w:tc>
          <w:tcPr>
            <w:tcW w:type="dxa" w:w="1393"/>
            <w:shd w:val="clear" w:color="auto" w:fill="E8E8E8"/>
          </w:tcPr>
          <w:p>
            <w:pPr>
              <w:spacing w:after="0"/>
              <w:jc w:val="left"/>
            </w:pPr>
            <w:r>
              <w:rPr>
                <w:b/>
                <w:sz w:val="16"/>
              </w:rPr>
              <w:t>Expires</w:t>
            </w:r>
          </w:p>
        </w:tc>
        <w:tc>
          <w:tcPr>
            <w:tcW w:type="dxa" w:w="1201"/>
            <w:shd w:val="clear" w:color="auto" w:fill="E8E8E8"/>
          </w:tcPr>
          <w:p>
            <w:pPr>
              <w:spacing w:after="0"/>
              <w:jc w:val="right"/>
            </w:pPr>
            <w:r>
              <w:rPr>
                <w:b/>
                <w:sz w:val="16"/>
              </w:rPr>
              <w:t>Days to expiry</w:t>
            </w:r>
          </w:p>
          <w:p>
            <w:pPr>
              <w:spacing w:after="0"/>
              <w:jc w:val="right"/>
            </w:pPr>
            <w:r>
              <w:rPr>
                <w:i/>
                <w:color w:val="555555"/>
                <w:sz w:val="14"/>
              </w:rPr>
              <w:t>negative = days since expiry</w:t>
            </w:r>
          </w:p>
        </w:tc>
      </w:tr>
      <w:tr>
        <w:trPr>
          <w:cantSplit/>
        </w:trPr>
        <w:tc>
          <w:tcPr>
            <w:tcW w:type="dxa" w:w="2352"/>
          </w:tcPr>
          <w:p>
            <w:pPr>
              <w:spacing w:after="0"/>
              <w:jc w:val="left"/>
            </w:pPr>
            <w:r>
              <w:rPr>
                <w:sz w:val="16"/>
              </w:rPr>
              <w:t>Weathersfield town</w:t>
            </w:r>
          </w:p>
        </w:tc>
        <w:tc>
          <w:tcPr>
            <w:tcW w:type="dxa" w:w="870"/>
          </w:tcPr>
          <w:p>
            <w:pPr>
              <w:spacing w:after="0"/>
              <w:jc w:val="left"/>
            </w:pPr>
            <w:r>
              <w:rPr>
                <w:sz w:val="16"/>
              </w:rPr>
              <w:t>Town</w:t>
            </w:r>
          </w:p>
        </w:tc>
        <w:tc>
          <w:tcPr>
            <w:tcW w:type="dxa" w:w="3551"/>
          </w:tcPr>
          <w:p>
            <w:pPr>
              <w:spacing w:after="0"/>
              <w:jc w:val="left"/>
            </w:pPr>
            <w:r>
              <w:rPr>
                <w:sz w:val="16"/>
              </w:rPr>
              <w:t>Approved, expires 2029-12-03</w:t>
            </w:r>
          </w:p>
        </w:tc>
        <w:tc>
          <w:tcPr>
            <w:tcW w:type="dxa" w:w="3352"/>
          </w:tcPr>
          <w:p>
            <w:pPr>
              <w:spacing w:after="0"/>
              <w:jc w:val="left"/>
            </w:pPr>
            <w:r>
              <w:rPr>
                <w:sz w:val="16"/>
              </w:rPr>
              <w:t>Town of Weathersfield 2023-2028 Local Hazard Mitigation Plan (FEMA plan 110332)</w:t>
            </w:r>
          </w:p>
        </w:tc>
        <w:tc>
          <w:tcPr>
            <w:tcW w:type="dxa" w:w="1393"/>
          </w:tcPr>
          <w:p>
            <w:pPr>
              <w:spacing w:after="0"/>
              <w:jc w:val="left"/>
            </w:pPr>
            <w:r>
              <w:rPr>
                <w:sz w:val="16"/>
              </w:rPr>
              <w:t>2024-12-04</w:t>
            </w:r>
          </w:p>
        </w:tc>
        <w:tc>
          <w:tcPr>
            <w:tcW w:type="dxa" w:w="1393"/>
          </w:tcPr>
          <w:p>
            <w:pPr>
              <w:spacing w:after="0"/>
              <w:jc w:val="left"/>
            </w:pPr>
            <w:r>
              <w:rPr>
                <w:sz w:val="16"/>
              </w:rPr>
              <w:t>2029-12-03</w:t>
            </w:r>
          </w:p>
        </w:tc>
        <w:tc>
          <w:tcPr>
            <w:tcW w:type="dxa" w:w="1201"/>
          </w:tcPr>
          <w:p>
            <w:pPr>
              <w:spacing w:after="0"/>
              <w:jc w:val="right"/>
            </w:pPr>
            <w:r>
              <w:rPr>
                <w:sz w:val="16"/>
              </w:rPr>
              <w:t>1,160</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i/>
        </w:rPr>
        <w:t>County-level: Windsor County.</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07"/>
        <w:gridCol w:w="1037"/>
        <w:gridCol w:w="1596"/>
        <w:gridCol w:w="1596"/>
        <w:gridCol w:w="1126"/>
        <w:gridCol w:w="1126"/>
        <w:gridCol w:w="1758"/>
        <w:gridCol w:w="1188"/>
        <w:gridCol w:w="1907"/>
        <w:gridCol w:w="2070"/>
      </w:tblGrid>
      <w:tr>
        <w:trPr>
          <w:cantSplit/>
          <w:tblHeader/>
        </w:trPr>
        <w:tc>
          <w:tcPr>
            <w:tcW w:type="dxa" w:w="707"/>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596"/>
            <w:shd w:val="clear" w:color="auto" w:fill="E8E8E8"/>
          </w:tcPr>
          <w:p>
            <w:pPr>
              <w:spacing w:after="0"/>
              <w:jc w:val="left"/>
            </w:pPr>
            <w:r>
              <w:rPr>
                <w:b/>
                <w:sz w:val="16"/>
              </w:rPr>
              <w:t>NRI risk rating</w:t>
            </w:r>
          </w:p>
        </w:tc>
        <w:tc>
          <w:tcPr>
            <w:tcW w:type="dxa" w:w="1596"/>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758"/>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88"/>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907"/>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070"/>
            <w:shd w:val="clear" w:color="auto" w:fill="E8E8E8"/>
          </w:tcPr>
          <w:p>
            <w:pPr>
              <w:spacing w:after="0"/>
              <w:jc w:val="left"/>
            </w:pPr>
            <w:r>
              <w:rPr>
                <w:b/>
                <w:sz w:val="16"/>
              </w:rPr>
              <w:t>Storm Events coverage note</w:t>
            </w:r>
          </w:p>
        </w:tc>
      </w:tr>
      <w:tr>
        <w:trPr>
          <w:cantSplit/>
        </w:trPr>
        <w:tc>
          <w:tcPr>
            <w:tcW w:type="dxa" w:w="707"/>
          </w:tcPr>
          <w:p>
            <w:pPr>
              <w:spacing w:after="0"/>
              <w:jc w:val="right"/>
            </w:pPr>
            <w:r>
              <w:rPr>
                <w:sz w:val="16"/>
              </w:rPr>
              <w:t>1</w:t>
            </w:r>
          </w:p>
        </w:tc>
        <w:tc>
          <w:tcPr>
            <w:tcW w:type="dxa" w:w="1037"/>
          </w:tcPr>
          <w:p>
            <w:pPr>
              <w:spacing w:after="0"/>
              <w:jc w:val="left"/>
            </w:pPr>
            <w:r>
              <w:rPr>
                <w:sz w:val="16"/>
              </w:rPr>
              <w:t>Inland Flooding</w:t>
            </w:r>
          </w:p>
        </w:tc>
        <w:tc>
          <w:tcPr>
            <w:tcW w:type="dxa" w:w="1596"/>
          </w:tcPr>
          <w:p>
            <w:pPr>
              <w:spacing w:after="0"/>
              <w:jc w:val="left"/>
            </w:pPr>
            <w:r>
              <w:rPr>
                <w:sz w:val="16"/>
              </w:rPr>
              <w:t>Relatively Moderate</w:t>
            </w:r>
          </w:p>
        </w:tc>
        <w:tc>
          <w:tcPr>
            <w:tcW w:type="dxa" w:w="1596"/>
          </w:tcPr>
          <w:p>
            <w:pPr>
              <w:spacing w:after="0"/>
              <w:jc w:val="left"/>
            </w:pPr>
            <w:r>
              <w:rPr>
                <w:sz w:val="16"/>
              </w:rPr>
              <w:t>Relatively Moderate</w:t>
            </w:r>
          </w:p>
        </w:tc>
        <w:tc>
          <w:tcPr>
            <w:tcW w:type="dxa" w:w="1126"/>
          </w:tcPr>
          <w:p>
            <w:pPr>
              <w:spacing w:after="0"/>
              <w:jc w:val="right"/>
            </w:pPr>
            <w:r>
              <w:rPr>
                <w:sz w:val="16"/>
              </w:rPr>
              <w:t>$18,869,621</w:t>
            </w:r>
          </w:p>
        </w:tc>
        <w:tc>
          <w:tcPr>
            <w:tcW w:type="dxa" w:w="1126"/>
          </w:tcPr>
          <w:p>
            <w:pPr>
              <w:spacing w:after="0"/>
              <w:jc w:val="right"/>
            </w:pPr>
            <w:r>
              <w:rPr>
                <w:sz w:val="16"/>
              </w:rPr>
              <w:t>$67,355</w:t>
            </w:r>
          </w:p>
        </w:tc>
        <w:tc>
          <w:tcPr>
            <w:tcW w:type="dxa" w:w="1758"/>
          </w:tcPr>
          <w:p>
            <w:pPr>
              <w:spacing w:after="0"/>
              <w:jc w:val="right"/>
            </w:pPr>
            <w:r>
              <w:rPr>
                <w:sz w:val="16"/>
              </w:rPr>
              <w:t>$458,753</w:t>
            </w:r>
          </w:p>
        </w:tc>
        <w:tc>
          <w:tcPr>
            <w:tcW w:type="dxa" w:w="1188"/>
          </w:tcPr>
          <w:p>
            <w:pPr>
              <w:spacing w:after="0"/>
              <w:jc w:val="right"/>
            </w:pPr>
            <w:r>
              <w:rPr>
                <w:sz w:val="16"/>
              </w:rPr>
              <w:t>$19,395,729</w:t>
            </w:r>
          </w:p>
        </w:tc>
        <w:tc>
          <w:tcPr>
            <w:tcW w:type="dxa" w:w="1907"/>
          </w:tcPr>
          <w:p>
            <w:pPr>
              <w:spacing w:after="0"/>
              <w:jc w:val="right"/>
            </w:pPr>
            <w:r>
              <w:rPr>
                <w:sz w:val="16"/>
              </w:rPr>
              <w:t>65</w:t>
            </w:r>
          </w:p>
        </w:tc>
        <w:tc>
          <w:tcPr>
            <w:tcW w:type="dxa" w:w="2070"/>
          </w:tcPr>
          <w:p>
            <w:pPr>
              <w:spacing w:after="0"/>
              <w:jc w:val="left"/>
            </w:pPr>
          </w:p>
        </w:tc>
      </w:tr>
      <w:tr>
        <w:trPr>
          <w:cantSplit/>
        </w:trPr>
        <w:tc>
          <w:tcPr>
            <w:tcW w:type="dxa" w:w="707"/>
          </w:tcPr>
          <w:p>
            <w:pPr>
              <w:spacing w:after="0"/>
              <w:jc w:val="right"/>
            </w:pPr>
            <w:r>
              <w:rPr>
                <w:sz w:val="16"/>
              </w:rPr>
              <w:t>2</w:t>
            </w:r>
          </w:p>
        </w:tc>
        <w:tc>
          <w:tcPr>
            <w:tcW w:type="dxa" w:w="1037"/>
          </w:tcPr>
          <w:p>
            <w:pPr>
              <w:spacing w:after="0"/>
              <w:jc w:val="left"/>
            </w:pPr>
            <w:r>
              <w:rPr>
                <w:sz w:val="16"/>
              </w:rPr>
              <w:t>Cold Wave</w:t>
            </w:r>
          </w:p>
        </w:tc>
        <w:tc>
          <w:tcPr>
            <w:tcW w:type="dxa" w:w="1596"/>
          </w:tcPr>
          <w:p>
            <w:pPr>
              <w:spacing w:after="0"/>
              <w:jc w:val="left"/>
            </w:pPr>
            <w:r>
              <w:rPr>
                <w:sz w:val="16"/>
              </w:rPr>
              <w:t>Relatively Low</w:t>
            </w:r>
          </w:p>
        </w:tc>
        <w:tc>
          <w:tcPr>
            <w:tcW w:type="dxa" w:w="1596"/>
          </w:tcPr>
          <w:p>
            <w:pPr>
              <w:spacing w:after="0"/>
              <w:jc w:val="left"/>
            </w:pPr>
            <w:r>
              <w:rPr>
                <w:sz w:val="16"/>
              </w:rPr>
              <w:t>Relatively Moderate</w:t>
            </w:r>
          </w:p>
        </w:tc>
        <w:tc>
          <w:tcPr>
            <w:tcW w:type="dxa" w:w="1126"/>
          </w:tcPr>
          <w:p>
            <w:pPr>
              <w:spacing w:after="0"/>
              <w:jc w:val="right"/>
            </w:pPr>
            <w:r>
              <w:rPr>
                <w:sz w:val="16"/>
              </w:rPr>
              <w:t>$280</w:t>
            </w:r>
          </w:p>
        </w:tc>
        <w:tc>
          <w:tcPr>
            <w:tcW w:type="dxa" w:w="1126"/>
          </w:tcPr>
          <w:p>
            <w:pPr>
              <w:spacing w:after="0"/>
              <w:jc w:val="right"/>
            </w:pPr>
            <w:r>
              <w:rPr>
                <w:sz w:val="16"/>
              </w:rPr>
              <w:t>$47,278</w:t>
            </w:r>
          </w:p>
        </w:tc>
        <w:tc>
          <w:tcPr>
            <w:tcW w:type="dxa" w:w="1758"/>
          </w:tcPr>
          <w:p>
            <w:pPr>
              <w:spacing w:after="0"/>
              <w:jc w:val="right"/>
            </w:pPr>
            <w:r>
              <w:rPr>
                <w:sz w:val="16"/>
              </w:rPr>
              <w:t>$1,300,166</w:t>
            </w:r>
          </w:p>
        </w:tc>
        <w:tc>
          <w:tcPr>
            <w:tcW w:type="dxa" w:w="1188"/>
          </w:tcPr>
          <w:p>
            <w:pPr>
              <w:spacing w:after="0"/>
              <w:jc w:val="right"/>
            </w:pPr>
            <w:r>
              <w:rPr>
                <w:sz w:val="16"/>
              </w:rPr>
              <w:t>$1,347,723</w:t>
            </w:r>
          </w:p>
        </w:tc>
        <w:tc>
          <w:tcPr>
            <w:tcW w:type="dxa" w:w="1907"/>
          </w:tcPr>
          <w:p>
            <w:pPr>
              <w:spacing w:after="0"/>
              <w:jc w:val="right"/>
            </w:pPr>
            <w:r>
              <w:rPr>
                <w:sz w:val="16"/>
              </w:rPr>
              <w:t>28</w:t>
            </w:r>
          </w:p>
        </w:tc>
        <w:tc>
          <w:tcPr>
            <w:tcW w:type="dxa" w:w="2070"/>
          </w:tcPr>
          <w:p>
            <w:pPr>
              <w:spacing w:after="0"/>
              <w:jc w:val="left"/>
            </w:pPr>
            <w:r>
              <w:rPr>
                <w:sz w:val="16"/>
              </w:rPr>
              <w:t>Includes 4 Frost/Freeze records (outside NRI's Cold Wave definition; counted in this table and in B1-d, not in the B1-e descriptor).</w:t>
            </w:r>
          </w:p>
        </w:tc>
      </w:tr>
      <w:tr>
        <w:trPr>
          <w:cantSplit/>
        </w:trPr>
        <w:tc>
          <w:tcPr>
            <w:tcW w:type="dxa" w:w="707"/>
          </w:tcPr>
          <w:p>
            <w:pPr>
              <w:spacing w:after="0"/>
              <w:jc w:val="right"/>
            </w:pPr>
            <w:r>
              <w:rPr>
                <w:sz w:val="16"/>
              </w:rPr>
              <w:t>3</w:t>
            </w:r>
          </w:p>
        </w:tc>
        <w:tc>
          <w:tcPr>
            <w:tcW w:type="dxa" w:w="1037"/>
          </w:tcPr>
          <w:p>
            <w:pPr>
              <w:spacing w:after="0"/>
              <w:jc w:val="left"/>
            </w:pPr>
            <w:r>
              <w:rPr>
                <w:sz w:val="16"/>
              </w:rPr>
              <w:t>Heat Wave</w:t>
            </w:r>
          </w:p>
        </w:tc>
        <w:tc>
          <w:tcPr>
            <w:tcW w:type="dxa" w:w="1596"/>
          </w:tcPr>
          <w:p>
            <w:pPr>
              <w:spacing w:after="0"/>
              <w:jc w:val="left"/>
            </w:pPr>
            <w:r>
              <w:rPr>
                <w:sz w:val="16"/>
              </w:rPr>
              <w:t>Relatively Low</w:t>
            </w:r>
          </w:p>
        </w:tc>
        <w:tc>
          <w:tcPr>
            <w:tcW w:type="dxa" w:w="1596"/>
          </w:tcPr>
          <w:p>
            <w:pPr>
              <w:spacing w:after="0"/>
              <w:jc w:val="left"/>
            </w:pPr>
            <w:r>
              <w:rPr>
                <w:sz w:val="16"/>
              </w:rPr>
              <w:t>Relatively Low</w:t>
            </w:r>
          </w:p>
        </w:tc>
        <w:tc>
          <w:tcPr>
            <w:tcW w:type="dxa" w:w="1126"/>
          </w:tcPr>
          <w:p>
            <w:pPr>
              <w:spacing w:after="0"/>
              <w:jc w:val="right"/>
            </w:pPr>
            <w:r>
              <w:rPr>
                <w:sz w:val="16"/>
              </w:rPr>
              <w:t>under $1</w:t>
            </w:r>
          </w:p>
        </w:tc>
        <w:tc>
          <w:tcPr>
            <w:tcW w:type="dxa" w:w="1126"/>
          </w:tcPr>
          <w:p>
            <w:pPr>
              <w:spacing w:after="0"/>
              <w:jc w:val="right"/>
            </w:pPr>
            <w:r>
              <w:rPr>
                <w:sz w:val="16"/>
              </w:rPr>
              <w:t>$50,249</w:t>
            </w:r>
          </w:p>
        </w:tc>
        <w:tc>
          <w:tcPr>
            <w:tcW w:type="dxa" w:w="1758"/>
          </w:tcPr>
          <w:p>
            <w:pPr>
              <w:spacing w:after="0"/>
              <w:jc w:val="right"/>
            </w:pPr>
            <w:r>
              <w:rPr>
                <w:sz w:val="16"/>
              </w:rPr>
              <w:t>$977,288</w:t>
            </w:r>
          </w:p>
        </w:tc>
        <w:tc>
          <w:tcPr>
            <w:tcW w:type="dxa" w:w="1188"/>
          </w:tcPr>
          <w:p>
            <w:pPr>
              <w:spacing w:after="0"/>
              <w:jc w:val="right"/>
            </w:pPr>
            <w:r>
              <w:rPr>
                <w:sz w:val="16"/>
              </w:rPr>
              <w:t>$1,027,538</w:t>
            </w:r>
          </w:p>
        </w:tc>
        <w:tc>
          <w:tcPr>
            <w:tcW w:type="dxa" w:w="1907"/>
          </w:tcPr>
          <w:p>
            <w:pPr>
              <w:spacing w:after="0"/>
              <w:jc w:val="right"/>
            </w:pPr>
            <w:r>
              <w:rPr>
                <w:sz w:val="16"/>
              </w:rPr>
              <w:t>7</w:t>
            </w:r>
          </w:p>
        </w:tc>
        <w:tc>
          <w:tcPr>
            <w:tcW w:type="dxa" w:w="2070"/>
          </w:tcPr>
          <w:p>
            <w:pPr>
              <w:spacing w:after="0"/>
              <w:jc w:val="left"/>
            </w:pPr>
          </w:p>
        </w:tc>
      </w:tr>
      <w:tr>
        <w:trPr>
          <w:cantSplit/>
        </w:trPr>
        <w:tc>
          <w:tcPr>
            <w:tcW w:type="dxa" w:w="707"/>
          </w:tcPr>
          <w:p>
            <w:pPr>
              <w:spacing w:after="0"/>
              <w:jc w:val="right"/>
            </w:pPr>
            <w:r>
              <w:rPr>
                <w:sz w:val="16"/>
              </w:rPr>
              <w:t>4</w:t>
            </w:r>
          </w:p>
        </w:tc>
        <w:tc>
          <w:tcPr>
            <w:tcW w:type="dxa" w:w="1037"/>
          </w:tcPr>
          <w:p>
            <w:pPr>
              <w:spacing w:after="0"/>
              <w:jc w:val="left"/>
            </w:pPr>
            <w:r>
              <w:rPr>
                <w:sz w:val="16"/>
              </w:rPr>
              <w:t>Hurricane</w:t>
            </w:r>
          </w:p>
        </w:tc>
        <w:tc>
          <w:tcPr>
            <w:tcW w:type="dxa" w:w="1596"/>
          </w:tcPr>
          <w:p>
            <w:pPr>
              <w:spacing w:after="0"/>
              <w:jc w:val="left"/>
            </w:pPr>
            <w:r>
              <w:rPr>
                <w:sz w:val="16"/>
              </w:rPr>
              <w:t>Relatively Low</w:t>
            </w:r>
          </w:p>
        </w:tc>
        <w:tc>
          <w:tcPr>
            <w:tcW w:type="dxa" w:w="1596"/>
          </w:tcPr>
          <w:p>
            <w:pPr>
              <w:spacing w:after="0"/>
              <w:jc w:val="left"/>
            </w:pPr>
            <w:r>
              <w:rPr>
                <w:sz w:val="16"/>
              </w:rPr>
              <w:t>Relatively Low</w:t>
            </w:r>
          </w:p>
        </w:tc>
        <w:tc>
          <w:tcPr>
            <w:tcW w:type="dxa" w:w="1126"/>
          </w:tcPr>
          <w:p>
            <w:pPr>
              <w:spacing w:after="0"/>
              <w:jc w:val="right"/>
            </w:pPr>
            <w:r>
              <w:rPr>
                <w:sz w:val="16"/>
              </w:rPr>
              <w:t>$806,624</w:t>
            </w:r>
          </w:p>
        </w:tc>
        <w:tc>
          <w:tcPr>
            <w:tcW w:type="dxa" w:w="1126"/>
          </w:tcPr>
          <w:p>
            <w:pPr>
              <w:spacing w:after="0"/>
              <w:jc w:val="right"/>
            </w:pPr>
            <w:r>
              <w:rPr>
                <w:sz w:val="16"/>
              </w:rPr>
              <w:t>$44,286</w:t>
            </w:r>
          </w:p>
        </w:tc>
        <w:tc>
          <w:tcPr>
            <w:tcW w:type="dxa" w:w="1758"/>
          </w:tcPr>
          <w:p>
            <w:pPr>
              <w:spacing w:after="0"/>
              <w:jc w:val="right"/>
            </w:pPr>
            <w:r>
              <w:rPr>
                <w:sz w:val="16"/>
              </w:rPr>
              <w:t>$29,560</w:t>
            </w:r>
          </w:p>
        </w:tc>
        <w:tc>
          <w:tcPr>
            <w:tcW w:type="dxa" w:w="1188"/>
          </w:tcPr>
          <w:p>
            <w:pPr>
              <w:spacing w:after="0"/>
              <w:jc w:val="right"/>
            </w:pPr>
            <w:r>
              <w:rPr>
                <w:sz w:val="16"/>
              </w:rPr>
              <w:t>$880,469</w:t>
            </w:r>
          </w:p>
        </w:tc>
        <w:tc>
          <w:tcPr>
            <w:tcW w:type="dxa" w:w="1907"/>
          </w:tcPr>
          <w:p>
            <w:pPr>
              <w:spacing w:after="0"/>
              <w:jc w:val="right"/>
            </w:pPr>
            <w:r>
              <w:rPr>
                <w:sz w:val="16"/>
              </w:rPr>
              <w:t>0</w:t>
            </w:r>
          </w:p>
        </w:tc>
        <w:tc>
          <w:tcPr>
            <w:tcW w:type="dxa" w:w="2070"/>
          </w:tcPr>
          <w:p>
            <w:pPr>
              <w:spacing w:after="0"/>
              <w:jc w:val="left"/>
            </w:pPr>
            <w:r>
              <w:rPr>
                <w:sz w:val="16"/>
              </w:rPr>
              <w:t>Declared 4 times; no Storm Events record of this type.</w:t>
            </w:r>
          </w:p>
        </w:tc>
      </w:tr>
      <w:tr>
        <w:trPr>
          <w:cantSplit/>
        </w:trPr>
        <w:tc>
          <w:tcPr>
            <w:tcW w:type="dxa" w:w="707"/>
          </w:tcPr>
          <w:p>
            <w:pPr>
              <w:spacing w:after="0"/>
              <w:jc w:val="right"/>
            </w:pPr>
            <w:r>
              <w:rPr>
                <w:sz w:val="16"/>
              </w:rPr>
              <w:t>5</w:t>
            </w:r>
          </w:p>
        </w:tc>
        <w:tc>
          <w:tcPr>
            <w:tcW w:type="dxa" w:w="1037"/>
          </w:tcPr>
          <w:p>
            <w:pPr>
              <w:spacing w:after="0"/>
              <w:jc w:val="left"/>
            </w:pPr>
            <w:r>
              <w:rPr>
                <w:sz w:val="16"/>
              </w:rPr>
              <w:t>Tornado</w:t>
            </w:r>
          </w:p>
        </w:tc>
        <w:tc>
          <w:tcPr>
            <w:tcW w:type="dxa" w:w="1596"/>
          </w:tcPr>
          <w:p>
            <w:pPr>
              <w:spacing w:after="0"/>
              <w:jc w:val="left"/>
            </w:pPr>
            <w:r>
              <w:rPr>
                <w:sz w:val="16"/>
              </w:rPr>
              <w:t>Relatively Low</w:t>
            </w:r>
          </w:p>
        </w:tc>
        <w:tc>
          <w:tcPr>
            <w:tcW w:type="dxa" w:w="1596"/>
          </w:tcPr>
          <w:p>
            <w:pPr>
              <w:spacing w:after="0"/>
              <w:jc w:val="left"/>
            </w:pPr>
            <w:r>
              <w:rPr>
                <w:sz w:val="16"/>
              </w:rPr>
              <w:t>Relatively Low</w:t>
            </w:r>
          </w:p>
        </w:tc>
        <w:tc>
          <w:tcPr>
            <w:tcW w:type="dxa" w:w="1126"/>
          </w:tcPr>
          <w:p>
            <w:pPr>
              <w:spacing w:after="0"/>
              <w:jc w:val="right"/>
            </w:pPr>
            <w:r>
              <w:rPr>
                <w:sz w:val="16"/>
              </w:rPr>
              <w:t>$291,695</w:t>
            </w:r>
          </w:p>
        </w:tc>
        <w:tc>
          <w:tcPr>
            <w:tcW w:type="dxa" w:w="1126"/>
          </w:tcPr>
          <w:p>
            <w:pPr>
              <w:spacing w:after="0"/>
              <w:jc w:val="right"/>
            </w:pPr>
            <w:r>
              <w:rPr>
                <w:sz w:val="16"/>
              </w:rPr>
              <w:t>$217</w:t>
            </w:r>
          </w:p>
        </w:tc>
        <w:tc>
          <w:tcPr>
            <w:tcW w:type="dxa" w:w="1758"/>
          </w:tcPr>
          <w:p>
            <w:pPr>
              <w:spacing w:after="0"/>
              <w:jc w:val="right"/>
            </w:pPr>
            <w:r>
              <w:rPr>
                <w:sz w:val="16"/>
              </w:rPr>
              <w:t>$292,651</w:t>
            </w:r>
          </w:p>
        </w:tc>
        <w:tc>
          <w:tcPr>
            <w:tcW w:type="dxa" w:w="1188"/>
          </w:tcPr>
          <w:p>
            <w:pPr>
              <w:spacing w:after="0"/>
              <w:jc w:val="right"/>
            </w:pPr>
            <w:r>
              <w:rPr>
                <w:sz w:val="16"/>
              </w:rPr>
              <w:t>$584,563</w:t>
            </w:r>
          </w:p>
        </w:tc>
        <w:tc>
          <w:tcPr>
            <w:tcW w:type="dxa" w:w="1907"/>
          </w:tcPr>
          <w:p>
            <w:pPr>
              <w:spacing w:after="0"/>
              <w:jc w:val="right"/>
            </w:pPr>
            <w:r>
              <w:rPr>
                <w:sz w:val="16"/>
              </w:rPr>
              <w:t>1</w:t>
            </w:r>
          </w:p>
        </w:tc>
        <w:tc>
          <w:tcPr>
            <w:tcW w:type="dxa" w:w="2070"/>
          </w:tcPr>
          <w:p>
            <w:pPr>
              <w:spacing w:after="0"/>
              <w:jc w:val="left"/>
            </w:pPr>
          </w:p>
        </w:tc>
      </w:tr>
      <w:tr>
        <w:trPr>
          <w:cantSplit/>
        </w:trPr>
        <w:tc>
          <w:tcPr>
            <w:tcW w:type="dxa" w:w="707"/>
          </w:tcPr>
          <w:p>
            <w:pPr>
              <w:spacing w:after="0"/>
              <w:jc w:val="right"/>
            </w:pPr>
            <w:r>
              <w:rPr>
                <w:sz w:val="16"/>
              </w:rPr>
              <w:t>6</w:t>
            </w:r>
          </w:p>
        </w:tc>
        <w:tc>
          <w:tcPr>
            <w:tcW w:type="dxa" w:w="1037"/>
          </w:tcPr>
          <w:p>
            <w:pPr>
              <w:spacing w:after="0"/>
              <w:jc w:val="left"/>
            </w:pPr>
            <w:r>
              <w:rPr>
                <w:sz w:val="16"/>
              </w:rPr>
              <w:t>Lightning</w:t>
            </w:r>
          </w:p>
        </w:tc>
        <w:tc>
          <w:tcPr>
            <w:tcW w:type="dxa" w:w="1596"/>
          </w:tcPr>
          <w:p>
            <w:pPr>
              <w:spacing w:after="0"/>
              <w:jc w:val="left"/>
            </w:pPr>
            <w:r>
              <w:rPr>
                <w:sz w:val="16"/>
              </w:rPr>
              <w:t>Relatively Moderate</w:t>
            </w:r>
          </w:p>
        </w:tc>
        <w:tc>
          <w:tcPr>
            <w:tcW w:type="dxa" w:w="1596"/>
          </w:tcPr>
          <w:p>
            <w:pPr>
              <w:spacing w:after="0"/>
              <w:jc w:val="left"/>
            </w:pPr>
            <w:r>
              <w:rPr>
                <w:sz w:val="16"/>
              </w:rPr>
              <w:t>Relatively Moderate</w:t>
            </w:r>
          </w:p>
        </w:tc>
        <w:tc>
          <w:tcPr>
            <w:tcW w:type="dxa" w:w="1126"/>
          </w:tcPr>
          <w:p>
            <w:pPr>
              <w:spacing w:after="0"/>
              <w:jc w:val="right"/>
            </w:pPr>
            <w:r>
              <w:rPr>
                <w:sz w:val="16"/>
              </w:rPr>
              <w:t>$35,087</w:t>
            </w:r>
          </w:p>
        </w:tc>
        <w:tc>
          <w:tcPr>
            <w:tcW w:type="dxa" w:w="1126"/>
          </w:tcPr>
          <w:p>
            <w:pPr>
              <w:spacing w:after="0"/>
              <w:jc w:val="right"/>
            </w:pPr>
            <w:r>
              <w:rPr>
                <w:sz w:val="16"/>
              </w:rPr>
              <w:t>n/a</w:t>
            </w:r>
          </w:p>
        </w:tc>
        <w:tc>
          <w:tcPr>
            <w:tcW w:type="dxa" w:w="1758"/>
          </w:tcPr>
          <w:p>
            <w:pPr>
              <w:spacing w:after="0"/>
              <w:jc w:val="right"/>
            </w:pPr>
            <w:r>
              <w:rPr>
                <w:sz w:val="16"/>
              </w:rPr>
              <w:t>$447,802</w:t>
            </w:r>
          </w:p>
        </w:tc>
        <w:tc>
          <w:tcPr>
            <w:tcW w:type="dxa" w:w="1188"/>
          </w:tcPr>
          <w:p>
            <w:pPr>
              <w:spacing w:after="0"/>
              <w:jc w:val="right"/>
            </w:pPr>
            <w:r>
              <w:rPr>
                <w:sz w:val="16"/>
              </w:rPr>
              <w:t>$482,889</w:t>
            </w:r>
          </w:p>
        </w:tc>
        <w:tc>
          <w:tcPr>
            <w:tcW w:type="dxa" w:w="1907"/>
          </w:tcPr>
          <w:p>
            <w:pPr>
              <w:spacing w:after="0"/>
              <w:jc w:val="right"/>
            </w:pPr>
            <w:r>
              <w:rPr>
                <w:sz w:val="16"/>
              </w:rPr>
              <w:t>7</w:t>
            </w:r>
          </w:p>
        </w:tc>
        <w:tc>
          <w:tcPr>
            <w:tcW w:type="dxa" w:w="2070"/>
          </w:tcPr>
          <w:p>
            <w:pPr>
              <w:spacing w:after="0"/>
              <w:jc w:val="left"/>
            </w:pPr>
          </w:p>
        </w:tc>
      </w:tr>
      <w:tr>
        <w:trPr>
          <w:cantSplit/>
        </w:trPr>
        <w:tc>
          <w:tcPr>
            <w:tcW w:type="dxa" w:w="707"/>
          </w:tcPr>
          <w:p>
            <w:pPr>
              <w:spacing w:after="0"/>
              <w:jc w:val="right"/>
            </w:pPr>
            <w:r>
              <w:rPr>
                <w:sz w:val="16"/>
              </w:rPr>
              <w:t>7</w:t>
            </w:r>
          </w:p>
        </w:tc>
        <w:tc>
          <w:tcPr>
            <w:tcW w:type="dxa" w:w="1037"/>
          </w:tcPr>
          <w:p>
            <w:pPr>
              <w:spacing w:after="0"/>
              <w:jc w:val="left"/>
            </w:pPr>
            <w:r>
              <w:rPr>
                <w:sz w:val="16"/>
              </w:rPr>
              <w:t>Strong Wind</w:t>
            </w:r>
          </w:p>
        </w:tc>
        <w:tc>
          <w:tcPr>
            <w:tcW w:type="dxa" w:w="1596"/>
          </w:tcPr>
          <w:p>
            <w:pPr>
              <w:spacing w:after="0"/>
              <w:jc w:val="left"/>
            </w:pPr>
            <w:r>
              <w:rPr>
                <w:sz w:val="16"/>
              </w:rPr>
              <w:t>Relatively Low</w:t>
            </w:r>
          </w:p>
        </w:tc>
        <w:tc>
          <w:tcPr>
            <w:tcW w:type="dxa" w:w="1596"/>
          </w:tcPr>
          <w:p>
            <w:pPr>
              <w:spacing w:after="0"/>
              <w:jc w:val="left"/>
            </w:pPr>
            <w:r>
              <w:rPr>
                <w:sz w:val="16"/>
              </w:rPr>
              <w:t>Relatively Low</w:t>
            </w:r>
          </w:p>
        </w:tc>
        <w:tc>
          <w:tcPr>
            <w:tcW w:type="dxa" w:w="1126"/>
          </w:tcPr>
          <w:p>
            <w:pPr>
              <w:spacing w:after="0"/>
              <w:jc w:val="right"/>
            </w:pPr>
            <w:r>
              <w:rPr>
                <w:sz w:val="16"/>
              </w:rPr>
              <w:t>$270,702</w:t>
            </w:r>
          </w:p>
        </w:tc>
        <w:tc>
          <w:tcPr>
            <w:tcW w:type="dxa" w:w="1126"/>
          </w:tcPr>
          <w:p>
            <w:pPr>
              <w:spacing w:after="0"/>
              <w:jc w:val="right"/>
            </w:pPr>
            <w:r>
              <w:rPr>
                <w:sz w:val="16"/>
              </w:rPr>
              <w:t>$1,599</w:t>
            </w:r>
          </w:p>
        </w:tc>
        <w:tc>
          <w:tcPr>
            <w:tcW w:type="dxa" w:w="1758"/>
          </w:tcPr>
          <w:p>
            <w:pPr>
              <w:spacing w:after="0"/>
              <w:jc w:val="right"/>
            </w:pPr>
            <w:r>
              <w:rPr>
                <w:sz w:val="16"/>
              </w:rPr>
              <w:t>$130,484</w:t>
            </w:r>
          </w:p>
        </w:tc>
        <w:tc>
          <w:tcPr>
            <w:tcW w:type="dxa" w:w="1188"/>
          </w:tcPr>
          <w:p>
            <w:pPr>
              <w:spacing w:after="0"/>
              <w:jc w:val="right"/>
            </w:pPr>
            <w:r>
              <w:rPr>
                <w:sz w:val="16"/>
              </w:rPr>
              <w:t>$402,785</w:t>
            </w:r>
          </w:p>
        </w:tc>
        <w:tc>
          <w:tcPr>
            <w:tcW w:type="dxa" w:w="1907"/>
          </w:tcPr>
          <w:p>
            <w:pPr>
              <w:spacing w:after="0"/>
              <w:jc w:val="right"/>
            </w:pPr>
            <w:r>
              <w:rPr>
                <w:sz w:val="16"/>
              </w:rPr>
              <w:t>191</w:t>
            </w:r>
          </w:p>
        </w:tc>
        <w:tc>
          <w:tcPr>
            <w:tcW w:type="dxa" w:w="2070"/>
          </w:tcPr>
          <w:p>
            <w:pPr>
              <w:spacing w:after="0"/>
              <w:jc w:val="left"/>
            </w:pPr>
            <w:r>
              <w:rPr>
                <w:sz w:val="16"/>
              </w:rPr>
              <w:t>Includes 9 High Wind and 32 Strong Wind records (NOAA non-thunderstorm wind types, outside NRI's Strong Wind definition).</w:t>
            </w:r>
          </w:p>
        </w:tc>
      </w:tr>
      <w:tr>
        <w:trPr>
          <w:cantSplit/>
        </w:trPr>
        <w:tc>
          <w:tcPr>
            <w:tcW w:type="dxa" w:w="707"/>
          </w:tcPr>
          <w:p>
            <w:pPr>
              <w:spacing w:after="0"/>
              <w:jc w:val="right"/>
            </w:pPr>
            <w:r>
              <w:rPr>
                <w:sz w:val="16"/>
              </w:rPr>
              <w:t>8</w:t>
            </w:r>
          </w:p>
        </w:tc>
        <w:tc>
          <w:tcPr>
            <w:tcW w:type="dxa" w:w="1037"/>
          </w:tcPr>
          <w:p>
            <w:pPr>
              <w:spacing w:after="0"/>
              <w:jc w:val="left"/>
            </w:pPr>
            <w:r>
              <w:rPr>
                <w:sz w:val="16"/>
              </w:rPr>
              <w:t>Earthquake</w:t>
            </w:r>
          </w:p>
        </w:tc>
        <w:tc>
          <w:tcPr>
            <w:tcW w:type="dxa" w:w="1596"/>
          </w:tcPr>
          <w:p>
            <w:pPr>
              <w:spacing w:after="0"/>
              <w:jc w:val="left"/>
            </w:pPr>
            <w:r>
              <w:rPr>
                <w:sz w:val="16"/>
              </w:rPr>
              <w:t>Very Low</w:t>
            </w:r>
          </w:p>
        </w:tc>
        <w:tc>
          <w:tcPr>
            <w:tcW w:type="dxa" w:w="1596"/>
          </w:tcPr>
          <w:p>
            <w:pPr>
              <w:spacing w:after="0"/>
              <w:jc w:val="left"/>
            </w:pPr>
            <w:r>
              <w:rPr>
                <w:sz w:val="16"/>
              </w:rPr>
              <w:t>Relatively Low</w:t>
            </w:r>
          </w:p>
        </w:tc>
        <w:tc>
          <w:tcPr>
            <w:tcW w:type="dxa" w:w="1126"/>
          </w:tcPr>
          <w:p>
            <w:pPr>
              <w:spacing w:after="0"/>
              <w:jc w:val="right"/>
            </w:pPr>
            <w:r>
              <w:rPr>
                <w:sz w:val="16"/>
              </w:rPr>
              <w:t>$338,018</w:t>
            </w:r>
          </w:p>
        </w:tc>
        <w:tc>
          <w:tcPr>
            <w:tcW w:type="dxa" w:w="1126"/>
          </w:tcPr>
          <w:p>
            <w:pPr>
              <w:spacing w:after="0"/>
              <w:jc w:val="right"/>
            </w:pPr>
            <w:r>
              <w:rPr>
                <w:sz w:val="16"/>
              </w:rPr>
              <w:t>n/a</w:t>
            </w:r>
          </w:p>
        </w:tc>
        <w:tc>
          <w:tcPr>
            <w:tcW w:type="dxa" w:w="1758"/>
          </w:tcPr>
          <w:p>
            <w:pPr>
              <w:spacing w:after="0"/>
              <w:jc w:val="right"/>
            </w:pPr>
            <w:r>
              <w:rPr>
                <w:sz w:val="16"/>
              </w:rPr>
              <w:t>$42,029</w:t>
            </w:r>
          </w:p>
        </w:tc>
        <w:tc>
          <w:tcPr>
            <w:tcW w:type="dxa" w:w="1188"/>
          </w:tcPr>
          <w:p>
            <w:pPr>
              <w:spacing w:after="0"/>
              <w:jc w:val="right"/>
            </w:pPr>
            <w:r>
              <w:rPr>
                <w:sz w:val="16"/>
              </w:rPr>
              <w:t>$380,046</w:t>
            </w:r>
          </w:p>
        </w:tc>
        <w:tc>
          <w:tcPr>
            <w:tcW w:type="dxa" w:w="1907"/>
          </w:tcPr>
          <w:p>
            <w:pPr>
              <w:spacing w:after="0"/>
              <w:jc w:val="right"/>
            </w:pPr>
          </w:p>
        </w:tc>
        <w:tc>
          <w:tcPr>
            <w:tcW w:type="dxa" w:w="2070"/>
          </w:tcPr>
          <w:p>
            <w:pPr>
              <w:spacing w:after="0"/>
              <w:jc w:val="left"/>
            </w:pPr>
            <w:r>
              <w:rPr>
                <w:sz w:val="16"/>
              </w:rPr>
              <w:t>Storm Events does not record earthquakes.</w:t>
            </w:r>
          </w:p>
        </w:tc>
      </w:tr>
      <w:tr>
        <w:trPr>
          <w:cantSplit/>
        </w:trPr>
        <w:tc>
          <w:tcPr>
            <w:tcW w:type="dxa" w:w="707"/>
          </w:tcPr>
          <w:p>
            <w:pPr>
              <w:spacing w:after="0"/>
              <w:jc w:val="right"/>
            </w:pPr>
            <w:r>
              <w:rPr>
                <w:sz w:val="16"/>
              </w:rPr>
              <w:t>9</w:t>
            </w:r>
          </w:p>
        </w:tc>
        <w:tc>
          <w:tcPr>
            <w:tcW w:type="dxa" w:w="1037"/>
          </w:tcPr>
          <w:p>
            <w:pPr>
              <w:spacing w:after="0"/>
              <w:jc w:val="left"/>
            </w:pPr>
            <w:r>
              <w:rPr>
                <w:sz w:val="16"/>
              </w:rPr>
              <w:t>Ice Storm</w:t>
            </w:r>
          </w:p>
        </w:tc>
        <w:tc>
          <w:tcPr>
            <w:tcW w:type="dxa" w:w="1596"/>
          </w:tcPr>
          <w:p>
            <w:pPr>
              <w:spacing w:after="0"/>
              <w:jc w:val="left"/>
            </w:pPr>
            <w:r>
              <w:rPr>
                <w:sz w:val="16"/>
              </w:rPr>
              <w:t>Relatively Moderate</w:t>
            </w:r>
          </w:p>
        </w:tc>
        <w:tc>
          <w:tcPr>
            <w:tcW w:type="dxa" w:w="1596"/>
          </w:tcPr>
          <w:p>
            <w:pPr>
              <w:spacing w:after="0"/>
              <w:jc w:val="left"/>
            </w:pPr>
            <w:r>
              <w:rPr>
                <w:sz w:val="16"/>
              </w:rPr>
              <w:t>Relatively Moderate</w:t>
            </w:r>
          </w:p>
        </w:tc>
        <w:tc>
          <w:tcPr>
            <w:tcW w:type="dxa" w:w="1126"/>
          </w:tcPr>
          <w:p>
            <w:pPr>
              <w:spacing w:after="0"/>
              <w:jc w:val="right"/>
            </w:pPr>
            <w:r>
              <w:rPr>
                <w:sz w:val="16"/>
              </w:rPr>
              <w:t>$240,156</w:t>
            </w:r>
          </w:p>
        </w:tc>
        <w:tc>
          <w:tcPr>
            <w:tcW w:type="dxa" w:w="1126"/>
          </w:tcPr>
          <w:p>
            <w:pPr>
              <w:spacing w:after="0"/>
              <w:jc w:val="right"/>
            </w:pPr>
            <w:r>
              <w:rPr>
                <w:sz w:val="16"/>
              </w:rPr>
              <w:t>n/a</w:t>
            </w:r>
          </w:p>
        </w:tc>
        <w:tc>
          <w:tcPr>
            <w:tcW w:type="dxa" w:w="1758"/>
          </w:tcPr>
          <w:p>
            <w:pPr>
              <w:spacing w:after="0"/>
              <w:jc w:val="right"/>
            </w:pPr>
            <w:r>
              <w:rPr>
                <w:sz w:val="16"/>
              </w:rPr>
              <w:t>$16,091</w:t>
            </w:r>
          </w:p>
        </w:tc>
        <w:tc>
          <w:tcPr>
            <w:tcW w:type="dxa" w:w="1188"/>
          </w:tcPr>
          <w:p>
            <w:pPr>
              <w:spacing w:after="0"/>
              <w:jc w:val="right"/>
            </w:pPr>
            <w:r>
              <w:rPr>
                <w:sz w:val="16"/>
              </w:rPr>
              <w:t>$256,247</w:t>
            </w:r>
          </w:p>
        </w:tc>
        <w:tc>
          <w:tcPr>
            <w:tcW w:type="dxa" w:w="1907"/>
          </w:tcPr>
          <w:p>
            <w:pPr>
              <w:spacing w:after="0"/>
              <w:jc w:val="right"/>
            </w:pPr>
            <w:r>
              <w:rPr>
                <w:sz w:val="16"/>
              </w:rPr>
              <w:t>2</w:t>
            </w:r>
          </w:p>
        </w:tc>
        <w:tc>
          <w:tcPr>
            <w:tcW w:type="dxa" w:w="2070"/>
          </w:tcPr>
          <w:p>
            <w:pPr>
              <w:spacing w:after="0"/>
              <w:jc w:val="left"/>
            </w:pPr>
          </w:p>
        </w:tc>
      </w:tr>
      <w:tr>
        <w:trPr>
          <w:cantSplit/>
        </w:trPr>
        <w:tc>
          <w:tcPr>
            <w:tcW w:type="dxa" w:w="707"/>
          </w:tcPr>
          <w:p>
            <w:pPr>
              <w:spacing w:after="0"/>
              <w:jc w:val="right"/>
            </w:pPr>
            <w:r>
              <w:rPr>
                <w:sz w:val="16"/>
              </w:rPr>
              <w:t>10</w:t>
            </w:r>
          </w:p>
        </w:tc>
        <w:tc>
          <w:tcPr>
            <w:tcW w:type="dxa" w:w="1037"/>
          </w:tcPr>
          <w:p>
            <w:pPr>
              <w:spacing w:after="0"/>
              <w:jc w:val="left"/>
            </w:pPr>
            <w:r>
              <w:rPr>
                <w:sz w:val="16"/>
              </w:rPr>
              <w:t>Winter Weather</w:t>
            </w:r>
          </w:p>
        </w:tc>
        <w:tc>
          <w:tcPr>
            <w:tcW w:type="dxa" w:w="1596"/>
          </w:tcPr>
          <w:p>
            <w:pPr>
              <w:spacing w:after="0"/>
              <w:jc w:val="left"/>
            </w:pPr>
            <w:r>
              <w:rPr>
                <w:sz w:val="16"/>
              </w:rPr>
              <w:t>Relatively Moderate</w:t>
            </w:r>
          </w:p>
        </w:tc>
        <w:tc>
          <w:tcPr>
            <w:tcW w:type="dxa" w:w="1596"/>
          </w:tcPr>
          <w:p>
            <w:pPr>
              <w:spacing w:after="0"/>
              <w:jc w:val="left"/>
            </w:pPr>
            <w:r>
              <w:rPr>
                <w:sz w:val="16"/>
              </w:rPr>
              <w:t>Relatively Moderate</w:t>
            </w:r>
          </w:p>
        </w:tc>
        <w:tc>
          <w:tcPr>
            <w:tcW w:type="dxa" w:w="1126"/>
          </w:tcPr>
          <w:p>
            <w:pPr>
              <w:spacing w:after="0"/>
              <w:jc w:val="right"/>
            </w:pPr>
            <w:r>
              <w:rPr>
                <w:sz w:val="16"/>
              </w:rPr>
              <w:t>$87,759</w:t>
            </w:r>
          </w:p>
        </w:tc>
        <w:tc>
          <w:tcPr>
            <w:tcW w:type="dxa" w:w="1126"/>
          </w:tcPr>
          <w:p>
            <w:pPr>
              <w:spacing w:after="0"/>
              <w:jc w:val="right"/>
            </w:pPr>
            <w:r>
              <w:rPr>
                <w:sz w:val="16"/>
              </w:rPr>
              <w:t>$55</w:t>
            </w:r>
          </w:p>
        </w:tc>
        <w:tc>
          <w:tcPr>
            <w:tcW w:type="dxa" w:w="1758"/>
          </w:tcPr>
          <w:p>
            <w:pPr>
              <w:spacing w:after="0"/>
              <w:jc w:val="right"/>
            </w:pPr>
            <w:r>
              <w:rPr>
                <w:sz w:val="16"/>
              </w:rPr>
              <w:t>$99,504</w:t>
            </w:r>
          </w:p>
        </w:tc>
        <w:tc>
          <w:tcPr>
            <w:tcW w:type="dxa" w:w="1188"/>
          </w:tcPr>
          <w:p>
            <w:pPr>
              <w:spacing w:after="0"/>
              <w:jc w:val="right"/>
            </w:pPr>
            <w:r>
              <w:rPr>
                <w:sz w:val="16"/>
              </w:rPr>
              <w:t>$187,318</w:t>
            </w:r>
          </w:p>
        </w:tc>
        <w:tc>
          <w:tcPr>
            <w:tcW w:type="dxa" w:w="1907"/>
          </w:tcPr>
          <w:p>
            <w:pPr>
              <w:spacing w:after="0"/>
              <w:jc w:val="right"/>
            </w:pPr>
            <w:r>
              <w:rPr>
                <w:sz w:val="16"/>
              </w:rPr>
              <w:t>273</w:t>
            </w:r>
          </w:p>
        </w:tc>
        <w:tc>
          <w:tcPr>
            <w:tcW w:type="dxa" w:w="2070"/>
          </w:tcPr>
          <w:p>
            <w:pPr>
              <w:spacing w:after="0"/>
              <w:jc w:val="left"/>
            </w:pPr>
          </w:p>
        </w:tc>
      </w:tr>
      <w:tr>
        <w:trPr>
          <w:cantSplit/>
        </w:trPr>
        <w:tc>
          <w:tcPr>
            <w:tcW w:type="dxa" w:w="707"/>
          </w:tcPr>
          <w:p>
            <w:pPr>
              <w:spacing w:after="0"/>
              <w:jc w:val="right"/>
            </w:pPr>
            <w:r>
              <w:rPr>
                <w:sz w:val="16"/>
              </w:rPr>
              <w:t>11</w:t>
            </w:r>
          </w:p>
        </w:tc>
        <w:tc>
          <w:tcPr>
            <w:tcW w:type="dxa" w:w="1037"/>
          </w:tcPr>
          <w:p>
            <w:pPr>
              <w:spacing w:after="0"/>
              <w:jc w:val="left"/>
            </w:pPr>
            <w:r>
              <w:rPr>
                <w:sz w:val="16"/>
              </w:rPr>
              <w:t>Hail</w:t>
            </w:r>
          </w:p>
        </w:tc>
        <w:tc>
          <w:tcPr>
            <w:tcW w:type="dxa" w:w="1596"/>
          </w:tcPr>
          <w:p>
            <w:pPr>
              <w:spacing w:after="0"/>
              <w:jc w:val="left"/>
            </w:pPr>
            <w:r>
              <w:rPr>
                <w:sz w:val="16"/>
              </w:rPr>
              <w:t>Very Low</w:t>
            </w:r>
          </w:p>
        </w:tc>
        <w:tc>
          <w:tcPr>
            <w:tcW w:type="dxa" w:w="1596"/>
          </w:tcPr>
          <w:p>
            <w:pPr>
              <w:spacing w:after="0"/>
              <w:jc w:val="left"/>
            </w:pPr>
            <w:r>
              <w:rPr>
                <w:sz w:val="16"/>
              </w:rPr>
              <w:t>Very Low</w:t>
            </w:r>
          </w:p>
        </w:tc>
        <w:tc>
          <w:tcPr>
            <w:tcW w:type="dxa" w:w="1126"/>
          </w:tcPr>
          <w:p>
            <w:pPr>
              <w:spacing w:after="0"/>
              <w:jc w:val="right"/>
            </w:pPr>
            <w:r>
              <w:rPr>
                <w:sz w:val="16"/>
              </w:rPr>
              <w:t>$6,914</w:t>
            </w:r>
          </w:p>
        </w:tc>
        <w:tc>
          <w:tcPr>
            <w:tcW w:type="dxa" w:w="1126"/>
          </w:tcPr>
          <w:p>
            <w:pPr>
              <w:spacing w:after="0"/>
              <w:jc w:val="right"/>
            </w:pPr>
            <w:r>
              <w:rPr>
                <w:sz w:val="16"/>
              </w:rPr>
              <w:t>$4,964</w:t>
            </w:r>
          </w:p>
        </w:tc>
        <w:tc>
          <w:tcPr>
            <w:tcW w:type="dxa" w:w="1758"/>
          </w:tcPr>
          <w:p>
            <w:pPr>
              <w:spacing w:after="0"/>
              <w:jc w:val="right"/>
            </w:pPr>
            <w:r>
              <w:rPr>
                <w:sz w:val="16"/>
              </w:rPr>
              <w:t>$95,518</w:t>
            </w:r>
          </w:p>
        </w:tc>
        <w:tc>
          <w:tcPr>
            <w:tcW w:type="dxa" w:w="1188"/>
          </w:tcPr>
          <w:p>
            <w:pPr>
              <w:spacing w:after="0"/>
              <w:jc w:val="right"/>
            </w:pPr>
            <w:r>
              <w:rPr>
                <w:sz w:val="16"/>
              </w:rPr>
              <w:t>$107,396</w:t>
            </w:r>
          </w:p>
        </w:tc>
        <w:tc>
          <w:tcPr>
            <w:tcW w:type="dxa" w:w="1907"/>
          </w:tcPr>
          <w:p>
            <w:pPr>
              <w:spacing w:after="0"/>
              <w:jc w:val="right"/>
            </w:pPr>
            <w:r>
              <w:rPr>
                <w:sz w:val="16"/>
              </w:rPr>
              <w:t>54</w:t>
            </w:r>
          </w:p>
        </w:tc>
        <w:tc>
          <w:tcPr>
            <w:tcW w:type="dxa" w:w="2070"/>
          </w:tcPr>
          <w:p>
            <w:pPr>
              <w:spacing w:after="0"/>
              <w:jc w:val="left"/>
            </w:pPr>
          </w:p>
        </w:tc>
      </w:tr>
      <w:tr>
        <w:trPr>
          <w:cantSplit/>
        </w:trPr>
        <w:tc>
          <w:tcPr>
            <w:tcW w:type="dxa" w:w="707"/>
          </w:tcPr>
          <w:p>
            <w:pPr>
              <w:spacing w:after="0"/>
              <w:jc w:val="right"/>
            </w:pPr>
            <w:r>
              <w:rPr>
                <w:sz w:val="16"/>
              </w:rPr>
              <w:t>12</w:t>
            </w:r>
          </w:p>
        </w:tc>
        <w:tc>
          <w:tcPr>
            <w:tcW w:type="dxa" w:w="1037"/>
          </w:tcPr>
          <w:p>
            <w:pPr>
              <w:spacing w:after="0"/>
              <w:jc w:val="left"/>
            </w:pPr>
            <w:r>
              <w:rPr>
                <w:sz w:val="16"/>
              </w:rPr>
              <w:t>Landslide</w:t>
            </w:r>
          </w:p>
        </w:tc>
        <w:tc>
          <w:tcPr>
            <w:tcW w:type="dxa" w:w="1596"/>
          </w:tcPr>
          <w:p>
            <w:pPr>
              <w:spacing w:after="0"/>
              <w:jc w:val="left"/>
            </w:pPr>
            <w:r>
              <w:rPr>
                <w:sz w:val="16"/>
              </w:rPr>
              <w:t>Relatively Moderate</w:t>
            </w:r>
          </w:p>
        </w:tc>
        <w:tc>
          <w:tcPr>
            <w:tcW w:type="dxa" w:w="1596"/>
          </w:tcPr>
          <w:p>
            <w:pPr>
              <w:spacing w:after="0"/>
              <w:jc w:val="left"/>
            </w:pPr>
            <w:r>
              <w:rPr>
                <w:sz w:val="16"/>
              </w:rPr>
              <w:t>Relatively Low</w:t>
            </w:r>
          </w:p>
        </w:tc>
        <w:tc>
          <w:tcPr>
            <w:tcW w:type="dxa" w:w="1126"/>
          </w:tcPr>
          <w:p>
            <w:pPr>
              <w:spacing w:after="0"/>
              <w:jc w:val="right"/>
            </w:pPr>
            <w:r>
              <w:rPr>
                <w:sz w:val="16"/>
              </w:rPr>
              <w:t>$44,413</w:t>
            </w:r>
          </w:p>
        </w:tc>
        <w:tc>
          <w:tcPr>
            <w:tcW w:type="dxa" w:w="1126"/>
          </w:tcPr>
          <w:p>
            <w:pPr>
              <w:spacing w:after="0"/>
              <w:jc w:val="right"/>
            </w:pPr>
            <w:r>
              <w:rPr>
                <w:sz w:val="16"/>
              </w:rPr>
              <w:t>n/a</w:t>
            </w:r>
          </w:p>
        </w:tc>
        <w:tc>
          <w:tcPr>
            <w:tcW w:type="dxa" w:w="1758"/>
          </w:tcPr>
          <w:p>
            <w:pPr>
              <w:spacing w:after="0"/>
              <w:jc w:val="right"/>
            </w:pPr>
            <w:r>
              <w:rPr>
                <w:sz w:val="16"/>
              </w:rPr>
              <w:t>$22,574</w:t>
            </w:r>
          </w:p>
        </w:tc>
        <w:tc>
          <w:tcPr>
            <w:tcW w:type="dxa" w:w="1188"/>
          </w:tcPr>
          <w:p>
            <w:pPr>
              <w:spacing w:after="0"/>
              <w:jc w:val="right"/>
            </w:pPr>
            <w:r>
              <w:rPr>
                <w:sz w:val="16"/>
              </w:rPr>
              <w:t>$66,987</w:t>
            </w:r>
          </w:p>
        </w:tc>
        <w:tc>
          <w:tcPr>
            <w:tcW w:type="dxa" w:w="1907"/>
          </w:tcPr>
          <w:p>
            <w:pPr>
              <w:spacing w:after="0"/>
              <w:jc w:val="right"/>
            </w:pPr>
            <w:r>
              <w:rPr>
                <w:sz w:val="16"/>
              </w:rPr>
              <w:t>0</w:t>
            </w:r>
          </w:p>
        </w:tc>
        <w:tc>
          <w:tcPr>
            <w:tcW w:type="dxa" w:w="2070"/>
          </w:tcPr>
          <w:p>
            <w:pPr>
              <w:spacing w:after="0"/>
              <w:jc w:val="left"/>
            </w:pPr>
            <w:r>
              <w:rPr>
                <w:sz w:val="16"/>
              </w:rPr>
              <w:t>Declared 2 times; no Storm Events record of this type.</w:t>
            </w:r>
          </w:p>
        </w:tc>
      </w:tr>
      <w:tr>
        <w:trPr>
          <w:cantSplit/>
        </w:trPr>
        <w:tc>
          <w:tcPr>
            <w:tcW w:type="dxa" w:w="707"/>
          </w:tcPr>
          <w:p>
            <w:pPr>
              <w:spacing w:after="0"/>
              <w:jc w:val="right"/>
            </w:pPr>
            <w:r>
              <w:rPr>
                <w:sz w:val="16"/>
              </w:rPr>
              <w:t>13</w:t>
            </w:r>
          </w:p>
        </w:tc>
        <w:tc>
          <w:tcPr>
            <w:tcW w:type="dxa" w:w="1037"/>
          </w:tcPr>
          <w:p>
            <w:pPr>
              <w:spacing w:after="0"/>
              <w:jc w:val="left"/>
            </w:pPr>
            <w:r>
              <w:rPr>
                <w:sz w:val="16"/>
              </w:rPr>
              <w:t>Wildfire</w:t>
            </w:r>
          </w:p>
        </w:tc>
        <w:tc>
          <w:tcPr>
            <w:tcW w:type="dxa" w:w="1596"/>
          </w:tcPr>
          <w:p>
            <w:pPr>
              <w:spacing w:after="0"/>
              <w:jc w:val="left"/>
            </w:pPr>
            <w:r>
              <w:rPr>
                <w:sz w:val="16"/>
              </w:rPr>
              <w:t>Very Low</w:t>
            </w:r>
          </w:p>
        </w:tc>
        <w:tc>
          <w:tcPr>
            <w:tcW w:type="dxa" w:w="1596"/>
          </w:tcPr>
          <w:p>
            <w:pPr>
              <w:spacing w:after="0"/>
              <w:jc w:val="left"/>
            </w:pPr>
            <w:r>
              <w:rPr>
                <w:sz w:val="16"/>
              </w:rPr>
              <w:t>Very Low</w:t>
            </w:r>
          </w:p>
        </w:tc>
        <w:tc>
          <w:tcPr>
            <w:tcW w:type="dxa" w:w="1126"/>
          </w:tcPr>
          <w:p>
            <w:pPr>
              <w:spacing w:after="0"/>
              <w:jc w:val="right"/>
            </w:pPr>
            <w:r>
              <w:rPr>
                <w:sz w:val="16"/>
              </w:rPr>
              <w:t>$12,348</w:t>
            </w:r>
          </w:p>
        </w:tc>
        <w:tc>
          <w:tcPr>
            <w:tcW w:type="dxa" w:w="1126"/>
          </w:tcPr>
          <w:p>
            <w:pPr>
              <w:spacing w:after="0"/>
              <w:jc w:val="right"/>
            </w:pPr>
            <w:r>
              <w:rPr>
                <w:sz w:val="16"/>
              </w:rPr>
              <w:t>$3</w:t>
            </w:r>
          </w:p>
        </w:tc>
        <w:tc>
          <w:tcPr>
            <w:tcW w:type="dxa" w:w="1758"/>
          </w:tcPr>
          <w:p>
            <w:pPr>
              <w:spacing w:after="0"/>
              <w:jc w:val="right"/>
            </w:pPr>
            <w:r>
              <w:rPr>
                <w:sz w:val="16"/>
              </w:rPr>
              <w:t>$1,139</w:t>
            </w:r>
          </w:p>
        </w:tc>
        <w:tc>
          <w:tcPr>
            <w:tcW w:type="dxa" w:w="1188"/>
          </w:tcPr>
          <w:p>
            <w:pPr>
              <w:spacing w:after="0"/>
              <w:jc w:val="right"/>
            </w:pPr>
            <w:r>
              <w:rPr>
                <w:sz w:val="16"/>
              </w:rPr>
              <w:t>$13,490</w:t>
            </w:r>
          </w:p>
        </w:tc>
        <w:tc>
          <w:tcPr>
            <w:tcW w:type="dxa" w:w="1907"/>
          </w:tcPr>
          <w:p>
            <w:pPr>
              <w:spacing w:after="0"/>
              <w:jc w:val="right"/>
            </w:pPr>
            <w:r>
              <w:rPr>
                <w:sz w:val="16"/>
              </w:rPr>
              <w:t>0</w:t>
            </w:r>
          </w:p>
        </w:tc>
        <w:tc>
          <w:tcPr>
            <w:tcW w:type="dxa" w:w="2070"/>
          </w:tcPr>
          <w:p>
            <w:pPr>
              <w:spacing w:after="0"/>
              <w:jc w:val="left"/>
            </w:pPr>
            <w:r>
              <w:rPr>
                <w:sz w:val="16"/>
              </w:rPr>
              <w:t>No recorded events in Storm Events since 1996 (data through 2026-06-30).</w:t>
            </w:r>
          </w:p>
        </w:tc>
      </w:tr>
      <w:tr>
        <w:trPr>
          <w:cantSplit/>
        </w:trPr>
        <w:tc>
          <w:tcPr>
            <w:tcW w:type="dxa" w:w="707"/>
          </w:tcPr>
          <w:p>
            <w:pPr>
              <w:spacing w:after="0"/>
              <w:jc w:val="right"/>
            </w:pPr>
            <w:r>
              <w:rPr>
                <w:sz w:val="16"/>
              </w:rPr>
              <w:t>14</w:t>
            </w:r>
          </w:p>
        </w:tc>
        <w:tc>
          <w:tcPr>
            <w:tcW w:type="dxa" w:w="1037"/>
          </w:tcPr>
          <w:p>
            <w:pPr>
              <w:spacing w:after="0"/>
              <w:jc w:val="left"/>
            </w:pPr>
            <w:r>
              <w:rPr>
                <w:sz w:val="16"/>
              </w:rPr>
              <w:t>Avalanche</w:t>
            </w:r>
          </w:p>
        </w:tc>
        <w:tc>
          <w:tcPr>
            <w:tcW w:type="dxa" w:w="1596"/>
          </w:tcPr>
          <w:p>
            <w:pPr>
              <w:spacing w:after="0"/>
              <w:jc w:val="left"/>
            </w:pPr>
            <w:r>
              <w:rPr>
                <w:sz w:val="16"/>
              </w:rPr>
              <w:t>Very Low</w:t>
            </w:r>
          </w:p>
        </w:tc>
        <w:tc>
          <w:tcPr>
            <w:tcW w:type="dxa" w:w="1596"/>
          </w:tcPr>
          <w:p>
            <w:pPr>
              <w:spacing w:after="0"/>
              <w:jc w:val="left"/>
            </w:pPr>
            <w:r>
              <w:rPr>
                <w:sz w:val="16"/>
              </w:rPr>
              <w:t>Very Low</w:t>
            </w:r>
          </w:p>
        </w:tc>
        <w:tc>
          <w:tcPr>
            <w:tcW w:type="dxa" w:w="1126"/>
          </w:tcPr>
          <w:p>
            <w:pPr>
              <w:spacing w:after="0"/>
              <w:jc w:val="right"/>
            </w:pPr>
            <w:r>
              <w:rPr>
                <w:sz w:val="16"/>
              </w:rPr>
              <w:t>under $1</w:t>
            </w:r>
          </w:p>
        </w:tc>
        <w:tc>
          <w:tcPr>
            <w:tcW w:type="dxa" w:w="1126"/>
          </w:tcPr>
          <w:p>
            <w:pPr>
              <w:spacing w:after="0"/>
              <w:jc w:val="right"/>
            </w:pPr>
            <w:r>
              <w:rPr>
                <w:sz w:val="16"/>
              </w:rPr>
              <w:t>n/a</w:t>
            </w:r>
          </w:p>
        </w:tc>
        <w:tc>
          <w:tcPr>
            <w:tcW w:type="dxa" w:w="1758"/>
          </w:tcPr>
          <w:p>
            <w:pPr>
              <w:spacing w:after="0"/>
              <w:jc w:val="right"/>
            </w:pPr>
            <w:r>
              <w:rPr>
                <w:sz w:val="16"/>
              </w:rPr>
              <w:t>$1,074</w:t>
            </w:r>
          </w:p>
        </w:tc>
        <w:tc>
          <w:tcPr>
            <w:tcW w:type="dxa" w:w="1188"/>
          </w:tcPr>
          <w:p>
            <w:pPr>
              <w:spacing w:after="0"/>
              <w:jc w:val="right"/>
            </w:pPr>
            <w:r>
              <w:rPr>
                <w:sz w:val="16"/>
              </w:rPr>
              <w:t>$1,075</w:t>
            </w:r>
          </w:p>
        </w:tc>
        <w:tc>
          <w:tcPr>
            <w:tcW w:type="dxa" w:w="1907"/>
          </w:tcPr>
          <w:p>
            <w:pPr>
              <w:spacing w:after="0"/>
              <w:jc w:val="right"/>
            </w:pPr>
            <w:r>
              <w:rPr>
                <w:sz w:val="16"/>
              </w:rPr>
              <w:t>0</w:t>
            </w:r>
          </w:p>
        </w:tc>
        <w:tc>
          <w:tcPr>
            <w:tcW w:type="dxa" w:w="2070"/>
          </w:tcPr>
          <w:p>
            <w:pPr>
              <w:spacing w:after="0"/>
              <w:jc w:val="left"/>
            </w:pPr>
            <w:r>
              <w:rPr>
                <w:sz w:val="16"/>
              </w:rPr>
              <w:t>No recorded events in Storm Events since 1996 (data through 2026-06-30).</w:t>
            </w:r>
          </w:p>
        </w:tc>
      </w:tr>
      <w:tr>
        <w:trPr>
          <w:cantSplit/>
        </w:trPr>
        <w:tc>
          <w:tcPr>
            <w:tcW w:type="dxa" w:w="707"/>
          </w:tcPr>
          <w:p>
            <w:pPr>
              <w:spacing w:after="0"/>
              <w:jc w:val="right"/>
            </w:pPr>
            <w:r>
              <w:rPr>
                <w:sz w:val="16"/>
              </w:rPr>
              <w:t>15</w:t>
            </w:r>
          </w:p>
        </w:tc>
        <w:tc>
          <w:tcPr>
            <w:tcW w:type="dxa" w:w="1037"/>
          </w:tcPr>
          <w:p>
            <w:pPr>
              <w:spacing w:after="0"/>
              <w:jc w:val="left"/>
            </w:pPr>
            <w:r>
              <w:rPr>
                <w:sz w:val="16"/>
              </w:rPr>
              <w:t>Drought</w:t>
            </w:r>
          </w:p>
        </w:tc>
        <w:tc>
          <w:tcPr>
            <w:tcW w:type="dxa" w:w="1596"/>
          </w:tcPr>
          <w:p>
            <w:pPr>
              <w:spacing w:after="0"/>
              <w:jc w:val="left"/>
            </w:pPr>
            <w:r>
              <w:rPr>
                <w:sz w:val="16"/>
              </w:rPr>
              <w:t>No Rating</w:t>
            </w:r>
          </w:p>
        </w:tc>
        <w:tc>
          <w:tcPr>
            <w:tcW w:type="dxa" w:w="1596"/>
          </w:tcPr>
          <w:p>
            <w:pPr>
              <w:spacing w:after="0"/>
              <w:jc w:val="left"/>
            </w:pPr>
            <w:r>
              <w:rPr>
                <w:sz w:val="16"/>
              </w:rPr>
              <w:t>No Expected Annual Losses</w:t>
            </w:r>
          </w:p>
        </w:tc>
        <w:tc>
          <w:tcPr>
            <w:tcW w:type="dxa" w:w="1126"/>
          </w:tcPr>
          <w:p>
            <w:pPr>
              <w:spacing w:after="0"/>
              <w:jc w:val="right"/>
            </w:pPr>
            <w:r>
              <w:rPr>
                <w:sz w:val="16"/>
              </w:rPr>
              <w:t>n/a</w:t>
            </w:r>
          </w:p>
        </w:tc>
        <w:tc>
          <w:tcPr>
            <w:tcW w:type="dxa" w:w="1126"/>
          </w:tcPr>
          <w:p>
            <w:pPr>
              <w:spacing w:after="0"/>
              <w:jc w:val="right"/>
            </w:pPr>
            <w:r>
              <w:rPr>
                <w:sz w:val="16"/>
              </w:rPr>
              <w:t>$0</w:t>
            </w:r>
          </w:p>
        </w:tc>
        <w:tc>
          <w:tcPr>
            <w:tcW w:type="dxa" w:w="1758"/>
          </w:tcPr>
          <w:p>
            <w:pPr>
              <w:spacing w:after="0"/>
              <w:jc w:val="right"/>
            </w:pPr>
            <w:r>
              <w:rPr>
                <w:sz w:val="16"/>
              </w:rPr>
              <w:t>n/a</w:t>
            </w:r>
          </w:p>
        </w:tc>
        <w:tc>
          <w:tcPr>
            <w:tcW w:type="dxa" w:w="1188"/>
          </w:tcPr>
          <w:p>
            <w:pPr>
              <w:spacing w:after="0"/>
              <w:jc w:val="right"/>
            </w:pPr>
            <w:r>
              <w:rPr>
                <w:sz w:val="16"/>
              </w:rPr>
              <w:t>$0</w:t>
            </w:r>
          </w:p>
        </w:tc>
        <w:tc>
          <w:tcPr>
            <w:tcW w:type="dxa" w:w="1907"/>
          </w:tcPr>
          <w:p>
            <w:pPr>
              <w:spacing w:after="0"/>
              <w:jc w:val="right"/>
            </w:pPr>
            <w:r>
              <w:rPr>
                <w:sz w:val="16"/>
              </w:rPr>
              <w:t>0</w:t>
            </w:r>
          </w:p>
        </w:tc>
        <w:tc>
          <w:tcPr>
            <w:tcW w:type="dxa" w:w="2070"/>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landslide and wildfire records (Storm Events records these hazards only in part).</w:t>
      </w:r>
    </w:p>
    <w:p>
      <w:pPr>
        <w:spacing w:after="80" w:before="0"/>
      </w:pPr>
    </w:p>
    <w:p>
      <w:pPr>
        <w:spacing w:after="60" w:before="0"/>
      </w:pPr>
      <w:r>
        <w:rPr>
          <w:i/>
        </w:rPr>
        <w:t>Not applicable to this county per NRI, with no federal declaration and no Storm Events record since 1996: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i/>
        </w:rPr>
        <w:t>County-level: Windsor County.</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446"/>
        <w:gridCol w:w="10666"/>
      </w:tblGrid>
      <w:tr>
        <w:trPr>
          <w:cantSplit/>
          <w:tblHeader/>
        </w:trPr>
        <w:tc>
          <w:tcPr>
            <w:tcW w:type="dxa" w:w="3446"/>
            <w:shd w:val="clear" w:color="auto" w:fill="E8E8E8"/>
          </w:tcPr>
          <w:p>
            <w:pPr>
              <w:spacing w:after="0"/>
              <w:jc w:val="left"/>
            </w:pPr>
            <w:r>
              <w:rPr>
                <w:b/>
                <w:sz w:val="16"/>
              </w:rPr>
              <w:t>Hazard</w:t>
            </w:r>
          </w:p>
        </w:tc>
        <w:tc>
          <w:tcPr>
            <w:tcW w:type="dxa" w:w="10666"/>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446"/>
          </w:tcPr>
          <w:p>
            <w:pPr>
              <w:spacing w:after="0"/>
              <w:jc w:val="left"/>
            </w:pPr>
            <w:r>
              <w:rPr>
                <w:sz w:val="16"/>
              </w:rPr>
              <w:t>Avalanche</w:t>
            </w:r>
          </w:p>
        </w:tc>
        <w:tc>
          <w:tcPr>
            <w:tcW w:type="dxa" w:w="10666"/>
          </w:tcPr>
          <w:p>
            <w:pPr>
              <w:spacing w:after="0"/>
              <w:jc w:val="left"/>
            </w:pPr>
            <w:r>
              <w:rPr>
                <w:sz w:val="16"/>
              </w:rPr>
              <w:t>tract 9655.01 (Very Low, 49.8); tract 9655.02 (Very Low, 49.2); tract 9651 (Very Low, 48.4)</w:t>
            </w:r>
          </w:p>
        </w:tc>
      </w:tr>
      <w:tr>
        <w:trPr>
          <w:cantSplit/>
        </w:trPr>
        <w:tc>
          <w:tcPr>
            <w:tcW w:type="dxa" w:w="3446"/>
          </w:tcPr>
          <w:p>
            <w:pPr>
              <w:spacing w:after="0"/>
              <w:jc w:val="left"/>
            </w:pPr>
            <w:r>
              <w:rPr>
                <w:sz w:val="16"/>
              </w:rPr>
              <w:t>Earthquake</w:t>
            </w:r>
          </w:p>
        </w:tc>
        <w:tc>
          <w:tcPr>
            <w:tcW w:type="dxa" w:w="10666"/>
          </w:tcPr>
          <w:p>
            <w:pPr>
              <w:spacing w:after="0"/>
              <w:jc w:val="left"/>
            </w:pPr>
            <w:r>
              <w:rPr>
                <w:sz w:val="16"/>
              </w:rPr>
              <w:t>tract 9666 (Relatively Low, 58.6); tract 9663 (Relatively Low, 53.0); tract 9658 (Relatively Low, 50.2)</w:t>
            </w:r>
          </w:p>
        </w:tc>
      </w:tr>
      <w:tr>
        <w:trPr>
          <w:cantSplit/>
        </w:trPr>
        <w:tc>
          <w:tcPr>
            <w:tcW w:type="dxa" w:w="3446"/>
          </w:tcPr>
          <w:p>
            <w:pPr>
              <w:spacing w:after="0"/>
              <w:jc w:val="left"/>
            </w:pPr>
            <w:r>
              <w:rPr>
                <w:sz w:val="16"/>
              </w:rPr>
              <w:t>Hurricane</w:t>
            </w:r>
          </w:p>
        </w:tc>
        <w:tc>
          <w:tcPr>
            <w:tcW w:type="dxa" w:w="10666"/>
          </w:tcPr>
          <w:p>
            <w:pPr>
              <w:spacing w:after="0"/>
              <w:jc w:val="left"/>
            </w:pPr>
            <w:r>
              <w:rPr>
                <w:sz w:val="16"/>
              </w:rPr>
              <w:t>tract 9666 (Relatively Low, 76.1); tract 9663 (Relatively Low, 74.9); tract 9658 (Relatively Low, 73.8)</w:t>
            </w:r>
          </w:p>
        </w:tc>
      </w:tr>
      <w:tr>
        <w:trPr>
          <w:cantSplit/>
        </w:trPr>
        <w:tc>
          <w:tcPr>
            <w:tcW w:type="dxa" w:w="3446"/>
          </w:tcPr>
          <w:p>
            <w:pPr>
              <w:spacing w:after="0"/>
              <w:jc w:val="left"/>
            </w:pPr>
            <w:r>
              <w:rPr>
                <w:sz w:val="16"/>
              </w:rPr>
              <w:t>Landslide</w:t>
            </w:r>
          </w:p>
        </w:tc>
        <w:tc>
          <w:tcPr>
            <w:tcW w:type="dxa" w:w="10666"/>
          </w:tcPr>
          <w:p>
            <w:pPr>
              <w:spacing w:after="0"/>
              <w:jc w:val="left"/>
            </w:pPr>
            <w:r>
              <w:rPr>
                <w:sz w:val="16"/>
              </w:rPr>
              <w:t>tract 9654 (Relatively Moderate, 98.8); tract 9668 (Relatively Moderate, 97.3); tract 9659.01 (Relatively Moderate, 97.2)</w:t>
            </w:r>
          </w:p>
        </w:tc>
      </w:tr>
      <w:tr>
        <w:trPr>
          <w:cantSplit/>
        </w:trPr>
        <w:tc>
          <w:tcPr>
            <w:tcW w:type="dxa" w:w="3446"/>
          </w:tcPr>
          <w:p>
            <w:pPr>
              <w:spacing w:after="0"/>
              <w:jc w:val="left"/>
            </w:pPr>
            <w:r>
              <w:rPr>
                <w:sz w:val="16"/>
              </w:rPr>
              <w:t>Tornado</w:t>
            </w:r>
          </w:p>
        </w:tc>
        <w:tc>
          <w:tcPr>
            <w:tcW w:type="dxa" w:w="10666"/>
          </w:tcPr>
          <w:p>
            <w:pPr>
              <w:spacing w:after="0"/>
              <w:jc w:val="left"/>
            </w:pPr>
            <w:r>
              <w:rPr>
                <w:sz w:val="16"/>
              </w:rPr>
              <w:t>tract 9666 (Relatively Moderate, 57.2); tract 9667 (Relatively Low, 47.9); tract 9665.01 (Relatively Low, 43.9)</w:t>
            </w:r>
          </w:p>
        </w:tc>
      </w:tr>
      <w:tr>
        <w:trPr>
          <w:cantSplit/>
        </w:trPr>
        <w:tc>
          <w:tcPr>
            <w:tcW w:type="dxa" w:w="3446"/>
          </w:tcPr>
          <w:p>
            <w:pPr>
              <w:spacing w:after="0"/>
              <w:jc w:val="left"/>
            </w:pPr>
            <w:r>
              <w:rPr>
                <w:sz w:val="16"/>
              </w:rPr>
              <w:t>Wildfire</w:t>
            </w:r>
          </w:p>
        </w:tc>
        <w:tc>
          <w:tcPr>
            <w:tcW w:type="dxa" w:w="10666"/>
          </w:tcPr>
          <w:p>
            <w:pPr>
              <w:spacing w:after="0"/>
              <w:jc w:val="left"/>
            </w:pPr>
            <w:r>
              <w:rPr>
                <w:sz w:val="16"/>
              </w:rPr>
              <w:t>tract 9654 (Very Low, 67.6); tract 9658 (Very Low, 67.6); tract 9663 (Very Low, 67.3)</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9655.01 is Census Tract 9655.01).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keepNext/>
        <w:spacing w:after="80" w:before="0"/>
      </w:pPr>
      <w:r>
        <w:rPr>
          <w:i/>
        </w:rPr>
        <w:t>County-level: Windsor County.</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31"/>
        <w:gridCol w:w="1781"/>
        <w:gridCol w:w="1624"/>
        <w:gridCol w:w="1743"/>
        <w:gridCol w:w="1599"/>
        <w:gridCol w:w="2063"/>
        <w:gridCol w:w="1768"/>
        <w:gridCol w:w="1802"/>
      </w:tblGrid>
      <w:tr>
        <w:trPr>
          <w:cantSplit/>
          <w:tblHeader/>
        </w:trPr>
        <w:tc>
          <w:tcPr>
            <w:tcW w:type="dxa" w:w="1731"/>
            <w:shd w:val="clear" w:color="auto" w:fill="E8E8E8"/>
          </w:tcPr>
          <w:p>
            <w:pPr>
              <w:spacing w:after="0"/>
              <w:jc w:val="left"/>
            </w:pPr>
            <w:r>
              <w:rPr>
                <w:b/>
                <w:sz w:val="16"/>
              </w:rPr>
              <w:t>Hazard</w:t>
            </w:r>
          </w:p>
        </w:tc>
        <w:tc>
          <w:tcPr>
            <w:tcW w:type="dxa" w:w="1781"/>
            <w:shd w:val="clear" w:color="auto" w:fill="E8E8E8"/>
          </w:tcPr>
          <w:p>
            <w:pPr>
              <w:spacing w:after="0"/>
              <w:jc w:val="left"/>
            </w:pPr>
            <w:r>
              <w:rPr>
                <w:b/>
                <w:sz w:val="16"/>
              </w:rPr>
              <w:t>Scale</w:t>
            </w:r>
          </w:p>
        </w:tc>
        <w:tc>
          <w:tcPr>
            <w:tcW w:type="dxa" w:w="1624"/>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743"/>
            <w:shd w:val="clear" w:color="auto" w:fill="E8E8E8"/>
          </w:tcPr>
          <w:p>
            <w:pPr>
              <w:spacing w:after="0"/>
              <w:jc w:val="left"/>
            </w:pPr>
            <w:r>
              <w:rPr>
                <w:b/>
                <w:sz w:val="16"/>
              </w:rPr>
              <w:t>Observed range</w:t>
            </w:r>
          </w:p>
        </w:tc>
        <w:tc>
          <w:tcPr>
            <w:tcW w:type="dxa" w:w="1599"/>
            <w:shd w:val="clear" w:color="auto" w:fill="E8E8E8"/>
          </w:tcPr>
          <w:p>
            <w:pPr>
              <w:spacing w:after="0"/>
              <w:jc w:val="left"/>
            </w:pPr>
            <w:r>
              <w:rPr>
                <w:b/>
                <w:sz w:val="16"/>
              </w:rPr>
              <w:t>Worst recorded event</w:t>
            </w:r>
          </w:p>
        </w:tc>
        <w:tc>
          <w:tcPr>
            <w:tcW w:type="dxa" w:w="2063"/>
            <w:shd w:val="clear" w:color="auto" w:fill="E8E8E8"/>
          </w:tcPr>
          <w:p>
            <w:pPr>
              <w:spacing w:after="0"/>
              <w:jc w:val="left"/>
            </w:pPr>
            <w:r>
              <w:rPr>
                <w:b/>
                <w:sz w:val="16"/>
              </w:rPr>
              <w:t>Most damaging (when different)</w:t>
            </w:r>
          </w:p>
        </w:tc>
        <w:tc>
          <w:tcPr>
            <w:tcW w:type="dxa" w:w="1768"/>
            <w:shd w:val="clear" w:color="auto" w:fill="E8E8E8"/>
          </w:tcPr>
          <w:p>
            <w:pPr>
              <w:spacing w:after="0"/>
              <w:jc w:val="left"/>
            </w:pPr>
            <w:r>
              <w:rPr>
                <w:b/>
                <w:sz w:val="16"/>
              </w:rPr>
              <w:t>Where in the county</w:t>
            </w:r>
          </w:p>
        </w:tc>
        <w:tc>
          <w:tcPr>
            <w:tcW w:type="dxa" w:w="1802"/>
            <w:shd w:val="clear" w:color="auto" w:fill="E8E8E8"/>
          </w:tcPr>
          <w:p>
            <w:pPr>
              <w:spacing w:after="0"/>
              <w:jc w:val="left"/>
            </w:pPr>
            <w:r>
              <w:rPr>
                <w:b/>
                <w:sz w:val="16"/>
              </w:rPr>
              <w:t>Note</w:t>
            </w:r>
          </w:p>
        </w:tc>
      </w:tr>
      <w:tr>
        <w:trPr>
          <w:cantSplit/>
        </w:trPr>
        <w:tc>
          <w:tcPr>
            <w:tcW w:type="dxa" w:w="1731"/>
          </w:tcPr>
          <w:p>
            <w:pPr>
              <w:spacing w:after="0"/>
              <w:jc w:val="left"/>
            </w:pPr>
            <w:r>
              <w:rPr>
                <w:sz w:val="16"/>
              </w:rPr>
              <w:t>Avalanche</w:t>
            </w:r>
          </w:p>
        </w:tc>
        <w:tc>
          <w:tcPr>
            <w:tcW w:type="dxa" w:w="1781"/>
          </w:tcPr>
          <w:p>
            <w:pPr>
              <w:spacing w:after="0"/>
              <w:jc w:val="left"/>
            </w:pPr>
            <w:r>
              <w:rPr>
                <w:sz w:val="16"/>
              </w:rPr>
              <w:t>none (count and damage only)</w:t>
            </w:r>
          </w:p>
        </w:tc>
        <w:tc>
          <w:tcPr>
            <w:tcW w:type="dxa" w:w="1624"/>
          </w:tcPr>
          <w:p>
            <w:pPr>
              <w:spacing w:after="0"/>
              <w:jc w:val="right"/>
            </w:pPr>
            <w:r>
              <w:rPr>
                <w:sz w:val="16"/>
              </w:rPr>
              <w:t>0</w:t>
            </w:r>
          </w:p>
        </w:tc>
        <w:tc>
          <w:tcPr>
            <w:tcW w:type="dxa" w:w="1743"/>
          </w:tcPr>
          <w:p>
            <w:pPr>
              <w:spacing w:after="0"/>
              <w:jc w:val="left"/>
            </w:pPr>
          </w:p>
        </w:tc>
        <w:tc>
          <w:tcPr>
            <w:tcW w:type="dxa" w:w="1599"/>
          </w:tcPr>
          <w:p>
            <w:pPr>
              <w:spacing w:after="0"/>
              <w:jc w:val="left"/>
            </w:pPr>
          </w:p>
        </w:tc>
        <w:tc>
          <w:tcPr>
            <w:tcW w:type="dxa" w:w="2063"/>
          </w:tcPr>
          <w:p>
            <w:pPr>
              <w:spacing w:after="0"/>
              <w:jc w:val="left"/>
            </w:pPr>
          </w:p>
        </w:tc>
        <w:tc>
          <w:tcPr>
            <w:tcW w:type="dxa" w:w="1768"/>
          </w:tcPr>
          <w:p>
            <w:pPr>
              <w:spacing w:after="0"/>
              <w:jc w:val="left"/>
            </w:pPr>
          </w:p>
        </w:tc>
        <w:tc>
          <w:tcPr>
            <w:tcW w:type="dxa" w:w="1802"/>
          </w:tcPr>
          <w:p>
            <w:pPr>
              <w:spacing w:after="0"/>
              <w:jc w:val="left"/>
            </w:pPr>
          </w:p>
        </w:tc>
      </w:tr>
      <w:tr>
        <w:trPr>
          <w:cantSplit/>
        </w:trPr>
        <w:tc>
          <w:tcPr>
            <w:tcW w:type="dxa" w:w="1731"/>
          </w:tcPr>
          <w:p>
            <w:pPr>
              <w:spacing w:after="0"/>
              <w:jc w:val="left"/>
            </w:pPr>
            <w:r>
              <w:rPr>
                <w:sz w:val="16"/>
              </w:rPr>
              <w:t>Cold/Wind Chill, Extreme Cold/Wind Chill</w:t>
            </w:r>
          </w:p>
        </w:tc>
        <w:tc>
          <w:tcPr>
            <w:tcW w:type="dxa" w:w="1781"/>
          </w:tcPr>
          <w:p>
            <w:pPr>
              <w:spacing w:after="0"/>
              <w:jc w:val="left"/>
            </w:pPr>
            <w:r>
              <w:rPr>
                <w:sz w:val="16"/>
              </w:rPr>
              <w:t>wind chill</w:t>
            </w:r>
          </w:p>
        </w:tc>
        <w:tc>
          <w:tcPr>
            <w:tcW w:type="dxa" w:w="1624"/>
          </w:tcPr>
          <w:p>
            <w:pPr>
              <w:spacing w:after="0"/>
              <w:jc w:val="right"/>
            </w:pPr>
            <w:r>
              <w:rPr>
                <w:sz w:val="16"/>
              </w:rPr>
              <w:t>24 records, 1997 to 2026 (24 zone-level)</w:t>
            </w:r>
          </w:p>
        </w:tc>
        <w:tc>
          <w:tcPr>
            <w:tcW w:type="dxa" w:w="1743"/>
          </w:tcPr>
          <w:p>
            <w:pPr>
              <w:spacing w:after="0"/>
              <w:jc w:val="left"/>
            </w:pPr>
            <w:r>
              <w:rPr>
                <w:sz w:val="16"/>
              </w:rPr>
              <w:t>1 day to 28 days (median 2 days); 23 with a recorded value</w:t>
            </w:r>
          </w:p>
        </w:tc>
        <w:tc>
          <w:tcPr>
            <w:tcW w:type="dxa" w:w="1599"/>
          </w:tcPr>
          <w:p>
            <w:pPr>
              <w:spacing w:after="0"/>
              <w:jc w:val="left"/>
            </w:pPr>
            <w:r>
              <w:rPr>
                <w:sz w:val="16"/>
              </w:rPr>
              <w:t>February 2015 (1 monthly summary record), zone-level</w:t>
            </w:r>
          </w:p>
        </w:tc>
        <w:tc>
          <w:tcPr>
            <w:tcW w:type="dxa" w:w="2063"/>
          </w:tcPr>
          <w:p>
            <w:pPr>
              <w:spacing w:after="0"/>
              <w:jc w:val="left"/>
            </w:pPr>
          </w:p>
        </w:tc>
        <w:tc>
          <w:tcPr>
            <w:tcW w:type="dxa" w:w="1768"/>
          </w:tcPr>
          <w:p>
            <w:pPr>
              <w:spacing w:after="0"/>
              <w:jc w:val="left"/>
            </w:pPr>
            <w:r>
              <w:rPr>
                <w:sz w:val="16"/>
              </w:rPr>
              <w:t>Countywide (zone-level records).</w:t>
            </w:r>
          </w:p>
        </w:tc>
        <w:tc>
          <w:tcPr>
            <w:tcW w:type="dxa" w:w="1802"/>
          </w:tcPr>
          <w:p>
            <w:pPr>
              <w:spacing w:after="0"/>
              <w:jc w:val="left"/>
            </w:pPr>
          </w:p>
        </w:tc>
      </w:tr>
      <w:tr>
        <w:trPr>
          <w:cantSplit/>
        </w:trPr>
        <w:tc>
          <w:tcPr>
            <w:tcW w:type="dxa" w:w="1731"/>
          </w:tcPr>
          <w:p>
            <w:pPr>
              <w:spacing w:after="0"/>
              <w:jc w:val="left"/>
            </w:pPr>
            <w:r>
              <w:rPr>
                <w:sz w:val="16"/>
              </w:rPr>
              <w:t>Frost/Freeze (outside NRI's Cold Wave definition)</w:t>
            </w:r>
          </w:p>
        </w:tc>
        <w:tc>
          <w:tcPr>
            <w:tcW w:type="dxa" w:w="1781"/>
          </w:tcPr>
          <w:p>
            <w:pPr>
              <w:spacing w:after="0"/>
              <w:jc w:val="left"/>
            </w:pPr>
            <w:r>
              <w:rPr>
                <w:sz w:val="16"/>
              </w:rPr>
              <w:t>crop damage</w:t>
            </w:r>
          </w:p>
        </w:tc>
        <w:tc>
          <w:tcPr>
            <w:tcW w:type="dxa" w:w="1624"/>
          </w:tcPr>
          <w:p>
            <w:pPr>
              <w:spacing w:after="0"/>
              <w:jc w:val="right"/>
            </w:pPr>
            <w:r>
              <w:rPr>
                <w:sz w:val="16"/>
              </w:rPr>
              <w:t>4 records, 2005 to 2023 (4 zone-level)</w:t>
            </w:r>
          </w:p>
        </w:tc>
        <w:tc>
          <w:tcPr>
            <w:tcW w:type="dxa" w:w="1743"/>
          </w:tcPr>
          <w:p>
            <w:pPr>
              <w:spacing w:after="0"/>
              <w:jc w:val="left"/>
            </w:pPr>
          </w:p>
        </w:tc>
        <w:tc>
          <w:tcPr>
            <w:tcW w:type="dxa" w:w="1599"/>
          </w:tcPr>
          <w:p>
            <w:pPr>
              <w:spacing w:after="0"/>
              <w:jc w:val="left"/>
            </w:pPr>
            <w:r>
              <w:rPr>
                <w:sz w:val="16"/>
              </w:rPr>
              <w:t>Frost/Freeze, 2023-05-18, $1,000,000 crop damage (2023 dollars); NWS zone VTZ021</w:t>
            </w:r>
          </w:p>
        </w:tc>
        <w:tc>
          <w:tcPr>
            <w:tcW w:type="dxa" w:w="2063"/>
          </w:tcPr>
          <w:p>
            <w:pPr>
              <w:spacing w:after="0"/>
              <w:jc w:val="left"/>
            </w:pPr>
          </w:p>
        </w:tc>
        <w:tc>
          <w:tcPr>
            <w:tcW w:type="dxa" w:w="1768"/>
          </w:tcPr>
          <w:p>
            <w:pPr>
              <w:spacing w:after="0"/>
              <w:jc w:val="left"/>
            </w:pPr>
            <w:r>
              <w:rPr>
                <w:sz w:val="16"/>
              </w:rPr>
              <w:t>Countywide (zone-level records).</w:t>
            </w:r>
          </w:p>
        </w:tc>
        <w:tc>
          <w:tcPr>
            <w:tcW w:type="dxa" w:w="1802"/>
          </w:tcPr>
          <w:p>
            <w:pPr>
              <w:spacing w:after="0"/>
              <w:jc w:val="left"/>
            </w:pPr>
          </w:p>
        </w:tc>
      </w:tr>
      <w:tr>
        <w:trPr>
          <w:cantSplit/>
        </w:trPr>
        <w:tc>
          <w:tcPr>
            <w:tcW w:type="dxa" w:w="1731"/>
          </w:tcPr>
          <w:p>
            <w:pPr>
              <w:spacing w:after="0"/>
              <w:jc w:val="left"/>
            </w:pPr>
            <w:r>
              <w:rPr>
                <w:sz w:val="16"/>
              </w:rPr>
              <w:t>Drought</w:t>
            </w:r>
          </w:p>
        </w:tc>
        <w:tc>
          <w:tcPr>
            <w:tcW w:type="dxa" w:w="1781"/>
          </w:tcPr>
          <w:p>
            <w:pPr>
              <w:spacing w:after="0"/>
              <w:jc w:val="left"/>
            </w:pPr>
            <w:r>
              <w:rPr>
                <w:sz w:val="16"/>
              </w:rPr>
              <w:t>U.S. Drought Monitor scale (D0 to D4)</w:t>
            </w:r>
          </w:p>
        </w:tc>
        <w:tc>
          <w:tcPr>
            <w:tcW w:type="dxa" w:w="1624"/>
          </w:tcPr>
          <w:p>
            <w:pPr>
              <w:spacing w:after="0"/>
              <w:jc w:val="right"/>
            </w:pPr>
            <w:r>
              <w:rPr>
                <w:sz w:val="16"/>
              </w:rPr>
              <w:t>0</w:t>
            </w:r>
          </w:p>
        </w:tc>
        <w:tc>
          <w:tcPr>
            <w:tcW w:type="dxa" w:w="1743"/>
          </w:tcPr>
          <w:p>
            <w:pPr>
              <w:spacing w:after="0"/>
              <w:jc w:val="left"/>
            </w:pPr>
          </w:p>
        </w:tc>
        <w:tc>
          <w:tcPr>
            <w:tcW w:type="dxa" w:w="1599"/>
          </w:tcPr>
          <w:p>
            <w:pPr>
              <w:spacing w:after="0"/>
              <w:jc w:val="left"/>
            </w:pPr>
          </w:p>
        </w:tc>
        <w:tc>
          <w:tcPr>
            <w:tcW w:type="dxa" w:w="2063"/>
          </w:tcPr>
          <w:p>
            <w:pPr>
              <w:spacing w:after="0"/>
              <w:jc w:val="left"/>
            </w:pPr>
          </w:p>
        </w:tc>
        <w:tc>
          <w:tcPr>
            <w:tcW w:type="dxa" w:w="1768"/>
          </w:tcPr>
          <w:p>
            <w:pPr>
              <w:spacing w:after="0"/>
              <w:jc w:val="left"/>
            </w:pPr>
          </w:p>
        </w:tc>
        <w:tc>
          <w:tcPr>
            <w:tcW w:type="dxa" w:w="1802"/>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31"/>
          </w:tcPr>
          <w:p>
            <w:pPr>
              <w:spacing w:after="0"/>
              <w:jc w:val="left"/>
            </w:pPr>
            <w:r>
              <w:rPr>
                <w:sz w:val="16"/>
              </w:rPr>
              <w:t>Earthquake</w:t>
            </w:r>
          </w:p>
        </w:tc>
        <w:tc>
          <w:tcPr>
            <w:tcW w:type="dxa" w:w="1781"/>
          </w:tcPr>
          <w:p>
            <w:pPr>
              <w:spacing w:after="0"/>
              <w:jc w:val="left"/>
            </w:pPr>
            <w:r>
              <w:rPr>
                <w:sz w:val="16"/>
              </w:rPr>
              <w:t>Modified Mercalli (local data)</w:t>
            </w:r>
          </w:p>
        </w:tc>
        <w:tc>
          <w:tcPr>
            <w:tcW w:type="dxa" w:w="1624"/>
          </w:tcPr>
          <w:p>
            <w:pPr>
              <w:spacing w:after="0"/>
              <w:jc w:val="right"/>
            </w:pPr>
            <w:r>
              <w:rPr>
                <w:sz w:val="16"/>
              </w:rPr>
              <w:t>0</w:t>
            </w:r>
          </w:p>
        </w:tc>
        <w:tc>
          <w:tcPr>
            <w:tcW w:type="dxa" w:w="1743"/>
          </w:tcPr>
          <w:p>
            <w:pPr>
              <w:spacing w:after="0"/>
              <w:jc w:val="left"/>
            </w:pPr>
          </w:p>
        </w:tc>
        <w:tc>
          <w:tcPr>
            <w:tcW w:type="dxa" w:w="1599"/>
          </w:tcPr>
          <w:p>
            <w:pPr>
              <w:spacing w:after="0"/>
              <w:jc w:val="left"/>
            </w:pPr>
          </w:p>
        </w:tc>
        <w:tc>
          <w:tcPr>
            <w:tcW w:type="dxa" w:w="2063"/>
          </w:tcPr>
          <w:p>
            <w:pPr>
              <w:spacing w:after="0"/>
              <w:jc w:val="left"/>
            </w:pPr>
          </w:p>
        </w:tc>
        <w:tc>
          <w:tcPr>
            <w:tcW w:type="dxa" w:w="1768"/>
          </w:tcPr>
          <w:p>
            <w:pPr>
              <w:spacing w:after="0"/>
              <w:jc w:val="left"/>
            </w:pPr>
          </w:p>
        </w:tc>
        <w:tc>
          <w:tcPr>
            <w:tcW w:type="dxa" w:w="1802"/>
          </w:tcPr>
          <w:p>
            <w:pPr>
              <w:spacing w:after="0"/>
              <w:jc w:val="left"/>
            </w:pPr>
            <w:r>
              <w:rPr>
                <w:sz w:val="16"/>
              </w:rPr>
              <w:t>Storm Events does not record earthquakes; the USGS earthquake catalog is the source.</w:t>
            </w:r>
          </w:p>
        </w:tc>
      </w:tr>
      <w:tr>
        <w:trPr>
          <w:cantSplit/>
        </w:trPr>
        <w:tc>
          <w:tcPr>
            <w:tcW w:type="dxa" w:w="1731"/>
          </w:tcPr>
          <w:p>
            <w:pPr>
              <w:spacing w:after="0"/>
              <w:jc w:val="left"/>
            </w:pPr>
            <w:r>
              <w:rPr>
                <w:sz w:val="16"/>
              </w:rPr>
              <w:t>Hail</w:t>
            </w:r>
          </w:p>
        </w:tc>
        <w:tc>
          <w:tcPr>
            <w:tcW w:type="dxa" w:w="1781"/>
          </w:tcPr>
          <w:p>
            <w:pPr>
              <w:spacing w:after="0"/>
              <w:jc w:val="left"/>
            </w:pPr>
            <w:r>
              <w:rPr>
                <w:sz w:val="16"/>
              </w:rPr>
              <w:t>hail size (inches)</w:t>
            </w:r>
          </w:p>
        </w:tc>
        <w:tc>
          <w:tcPr>
            <w:tcW w:type="dxa" w:w="1624"/>
          </w:tcPr>
          <w:p>
            <w:pPr>
              <w:spacing w:after="0"/>
              <w:jc w:val="right"/>
            </w:pPr>
            <w:r>
              <w:rPr>
                <w:sz w:val="16"/>
              </w:rPr>
              <w:t>64 records, 1955 to 2026</w:t>
            </w:r>
          </w:p>
        </w:tc>
        <w:tc>
          <w:tcPr>
            <w:tcW w:type="dxa" w:w="1743"/>
          </w:tcPr>
          <w:p>
            <w:pPr>
              <w:spacing w:after="0"/>
              <w:jc w:val="left"/>
            </w:pPr>
            <w:r>
              <w:rPr>
                <w:sz w:val="16"/>
              </w:rPr>
              <w:t>0.75 in to 1.75 in (median 0.88 in); 63 with a recorded value</w:t>
            </w:r>
          </w:p>
        </w:tc>
        <w:tc>
          <w:tcPr>
            <w:tcW w:type="dxa" w:w="1599"/>
          </w:tcPr>
          <w:p>
            <w:pPr>
              <w:spacing w:after="0"/>
              <w:jc w:val="left"/>
            </w:pPr>
            <w:r>
              <w:rPr>
                <w:sz w:val="16"/>
              </w:rPr>
              <w:t>1.75 in hail, 2012-05-29; same size also recorded on 1955-07-23, 1975-08-03, 1980-08-01, 2012-05-28</w:t>
            </w:r>
          </w:p>
        </w:tc>
        <w:tc>
          <w:tcPr>
            <w:tcW w:type="dxa" w:w="2063"/>
          </w:tcPr>
          <w:p>
            <w:pPr>
              <w:spacing w:after="0"/>
              <w:jc w:val="left"/>
            </w:pPr>
            <w:r>
              <w:rPr>
                <w:sz w:val="16"/>
              </w:rPr>
              <w:t>Hail, 2017-07-17, $5,000 property; $0 crops (2017 dollars)</w:t>
            </w:r>
          </w:p>
        </w:tc>
        <w:tc>
          <w:tcPr>
            <w:tcW w:type="dxa" w:w="1768"/>
          </w:tcPr>
          <w:p>
            <w:pPr>
              <w:spacing w:after="0"/>
              <w:jc w:val="left"/>
            </w:pPr>
            <w:r>
              <w:rPr>
                <w:sz w:val="16"/>
              </w:rPr>
              <w:t>Event records naming places in the county: Ludlow town (6 records), Ludlow village (6 records), Springfield town (6 records), Bethel town (4 records), Barnard town (3 records), Hartland town (3 records), Woodstock town (3 records), Norwich town (2 records), Pomfret town (2 records), Reading town (2 records); and 10 more places (see the Excel file).</w:t>
            </w:r>
          </w:p>
        </w:tc>
        <w:tc>
          <w:tcPr>
            <w:tcW w:type="dxa" w:w="1802"/>
          </w:tcPr>
          <w:p>
            <w:pPr>
              <w:spacing w:after="0"/>
              <w:jc w:val="left"/>
            </w:pPr>
          </w:p>
        </w:tc>
      </w:tr>
      <w:tr>
        <w:trPr>
          <w:cantSplit/>
        </w:trPr>
        <w:tc>
          <w:tcPr>
            <w:tcW w:type="dxa" w:w="1731"/>
          </w:tcPr>
          <w:p>
            <w:pPr>
              <w:spacing w:after="0"/>
              <w:jc w:val="left"/>
            </w:pPr>
            <w:r>
              <w:rPr>
                <w:sz w:val="16"/>
              </w:rPr>
              <w:t>Excessive Heat, Heat</w:t>
            </w:r>
          </w:p>
        </w:tc>
        <w:tc>
          <w:tcPr>
            <w:tcW w:type="dxa" w:w="1781"/>
          </w:tcPr>
          <w:p>
            <w:pPr>
              <w:spacing w:after="0"/>
              <w:jc w:val="left"/>
            </w:pPr>
            <w:r>
              <w:rPr>
                <w:sz w:val="16"/>
              </w:rPr>
              <w:t>heat index (in event narratives)</w:t>
            </w:r>
          </w:p>
        </w:tc>
        <w:tc>
          <w:tcPr>
            <w:tcW w:type="dxa" w:w="1624"/>
          </w:tcPr>
          <w:p>
            <w:pPr>
              <w:spacing w:after="0"/>
              <w:jc w:val="right"/>
            </w:pPr>
            <w:r>
              <w:rPr>
                <w:sz w:val="16"/>
              </w:rPr>
              <w:t>7 records, 2006 to 2025 (7 zone-level)</w:t>
            </w:r>
          </w:p>
        </w:tc>
        <w:tc>
          <w:tcPr>
            <w:tcW w:type="dxa" w:w="1743"/>
          </w:tcPr>
          <w:p>
            <w:pPr>
              <w:spacing w:after="0"/>
              <w:jc w:val="left"/>
            </w:pPr>
            <w:r>
              <w:rPr>
                <w:sz w:val="16"/>
              </w:rPr>
              <w:t>1 day to 6 days (median 2 days); 5 with a recorded value</w:t>
            </w:r>
          </w:p>
        </w:tc>
        <w:tc>
          <w:tcPr>
            <w:tcW w:type="dxa" w:w="1599"/>
          </w:tcPr>
          <w:p>
            <w:pPr>
              <w:spacing w:after="0"/>
              <w:jc w:val="left"/>
            </w:pPr>
            <w:r>
              <w:rPr>
                <w:sz w:val="16"/>
              </w:rPr>
              <w:t>6 consecutive days, 2020-06-18 to 2020-06-23, zone-level</w:t>
            </w:r>
          </w:p>
        </w:tc>
        <w:tc>
          <w:tcPr>
            <w:tcW w:type="dxa" w:w="2063"/>
          </w:tcPr>
          <w:p>
            <w:pPr>
              <w:spacing w:after="0"/>
              <w:jc w:val="left"/>
            </w:pPr>
            <w:r>
              <w:rPr>
                <w:sz w:val="16"/>
              </w:rPr>
              <w:t>Heat, 2012-03-17, $0 property; $1,000,000 crops (zone total, 2012 dollars)</w:t>
            </w:r>
          </w:p>
        </w:tc>
        <w:tc>
          <w:tcPr>
            <w:tcW w:type="dxa" w:w="1768"/>
          </w:tcPr>
          <w:p>
            <w:pPr>
              <w:spacing w:after="0"/>
              <w:jc w:val="left"/>
            </w:pPr>
            <w:r>
              <w:rPr>
                <w:sz w:val="16"/>
              </w:rPr>
              <w:t>Countywide (zone-level records).</w:t>
            </w:r>
          </w:p>
        </w:tc>
        <w:tc>
          <w:tcPr>
            <w:tcW w:type="dxa" w:w="1802"/>
          </w:tcPr>
          <w:p>
            <w:pPr>
              <w:spacing w:after="0"/>
              <w:jc w:val="left"/>
            </w:pPr>
            <w:r>
              <w:rPr>
                <w:sz w:val="16"/>
              </w:rPr>
              <w:t>Heat records from November to March (unseasonable warmth, not a heat wave) are counted but not used for the longest run.</w:t>
            </w:r>
          </w:p>
        </w:tc>
      </w:tr>
      <w:tr>
        <w:trPr>
          <w:cantSplit/>
        </w:trPr>
        <w:tc>
          <w:tcPr>
            <w:tcW w:type="dxa" w:w="1731"/>
          </w:tcPr>
          <w:p>
            <w:pPr>
              <w:spacing w:after="0"/>
              <w:jc w:val="left"/>
            </w:pPr>
            <w:r>
              <w:rPr>
                <w:sz w:val="16"/>
              </w:rPr>
              <w:t>Hurricane, Tropical Storm, Tropical Depression</w:t>
            </w:r>
          </w:p>
        </w:tc>
        <w:tc>
          <w:tcPr>
            <w:tcW w:type="dxa" w:w="1781"/>
          </w:tcPr>
          <w:p>
            <w:pPr>
              <w:spacing w:after="0"/>
              <w:jc w:val="left"/>
            </w:pPr>
            <w:r>
              <w:rPr>
                <w:sz w:val="16"/>
              </w:rPr>
              <w:t>Saffir-Simpson</w:t>
            </w:r>
          </w:p>
        </w:tc>
        <w:tc>
          <w:tcPr>
            <w:tcW w:type="dxa" w:w="1624"/>
          </w:tcPr>
          <w:p>
            <w:pPr>
              <w:spacing w:after="0"/>
              <w:jc w:val="right"/>
            </w:pPr>
            <w:r>
              <w:rPr>
                <w:sz w:val="16"/>
              </w:rPr>
              <w:t>0</w:t>
            </w:r>
          </w:p>
        </w:tc>
        <w:tc>
          <w:tcPr>
            <w:tcW w:type="dxa" w:w="1743"/>
          </w:tcPr>
          <w:p>
            <w:pPr>
              <w:spacing w:after="0"/>
              <w:jc w:val="left"/>
            </w:pPr>
          </w:p>
        </w:tc>
        <w:tc>
          <w:tcPr>
            <w:tcW w:type="dxa" w:w="1599"/>
          </w:tcPr>
          <w:p>
            <w:pPr>
              <w:spacing w:after="0"/>
              <w:jc w:val="left"/>
            </w:pPr>
          </w:p>
        </w:tc>
        <w:tc>
          <w:tcPr>
            <w:tcW w:type="dxa" w:w="2063"/>
          </w:tcPr>
          <w:p>
            <w:pPr>
              <w:spacing w:after="0"/>
              <w:jc w:val="left"/>
            </w:pPr>
          </w:p>
        </w:tc>
        <w:tc>
          <w:tcPr>
            <w:tcW w:type="dxa" w:w="1768"/>
          </w:tcPr>
          <w:p>
            <w:pPr>
              <w:spacing w:after="0"/>
              <w:jc w:val="left"/>
            </w:pPr>
          </w:p>
        </w:tc>
        <w:tc>
          <w:tcPr>
            <w:tcW w:type="dxa" w:w="1802"/>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731"/>
          </w:tcPr>
          <w:p>
            <w:pPr>
              <w:spacing w:after="0"/>
              <w:jc w:val="left"/>
            </w:pPr>
            <w:r>
              <w:rPr>
                <w:sz w:val="16"/>
              </w:rPr>
              <w:t>Ice Storm</w:t>
            </w:r>
          </w:p>
        </w:tc>
        <w:tc>
          <w:tcPr>
            <w:tcW w:type="dxa" w:w="1781"/>
          </w:tcPr>
          <w:p>
            <w:pPr>
              <w:spacing w:after="0"/>
              <w:jc w:val="left"/>
            </w:pPr>
            <w:r>
              <w:rPr>
                <w:sz w:val="16"/>
              </w:rPr>
              <w:t>Sperry-Piltz ice scale (local data)</w:t>
            </w:r>
          </w:p>
        </w:tc>
        <w:tc>
          <w:tcPr>
            <w:tcW w:type="dxa" w:w="1624"/>
          </w:tcPr>
          <w:p>
            <w:pPr>
              <w:spacing w:after="0"/>
              <w:jc w:val="right"/>
            </w:pPr>
            <w:r>
              <w:rPr>
                <w:sz w:val="16"/>
              </w:rPr>
              <w:t>2 records, 1998 to 2025 (2 zone-level)</w:t>
            </w:r>
          </w:p>
        </w:tc>
        <w:tc>
          <w:tcPr>
            <w:tcW w:type="dxa" w:w="1743"/>
          </w:tcPr>
          <w:p>
            <w:pPr>
              <w:spacing w:after="0"/>
              <w:jc w:val="left"/>
            </w:pPr>
          </w:p>
        </w:tc>
        <w:tc>
          <w:tcPr>
            <w:tcW w:type="dxa" w:w="1599"/>
          </w:tcPr>
          <w:p>
            <w:pPr>
              <w:spacing w:after="0"/>
              <w:jc w:val="left"/>
            </w:pPr>
            <w:r>
              <w:rPr>
                <w:sz w:val="16"/>
              </w:rPr>
              <w:t>Ice Storm, 1998-01-06, $80,000 property; crops not reported (1998 dollars); NWS zone VTZ012</w:t>
            </w:r>
          </w:p>
        </w:tc>
        <w:tc>
          <w:tcPr>
            <w:tcW w:type="dxa" w:w="2063"/>
          </w:tcPr>
          <w:p>
            <w:pPr>
              <w:spacing w:after="0"/>
              <w:jc w:val="left"/>
            </w:pPr>
          </w:p>
        </w:tc>
        <w:tc>
          <w:tcPr>
            <w:tcW w:type="dxa" w:w="1768"/>
          </w:tcPr>
          <w:p>
            <w:pPr>
              <w:spacing w:after="0"/>
              <w:jc w:val="left"/>
            </w:pPr>
            <w:r>
              <w:rPr>
                <w:sz w:val="16"/>
              </w:rPr>
              <w:t>Countywide (zone-level records).</w:t>
            </w:r>
          </w:p>
        </w:tc>
        <w:tc>
          <w:tcPr>
            <w:tcW w:type="dxa" w:w="1802"/>
          </w:tcPr>
          <w:p>
            <w:pPr>
              <w:spacing w:after="0"/>
              <w:jc w:val="left"/>
            </w:pPr>
          </w:p>
        </w:tc>
      </w:tr>
      <w:tr>
        <w:trPr>
          <w:cantSplit/>
        </w:trPr>
        <w:tc>
          <w:tcPr>
            <w:tcW w:type="dxa" w:w="1731"/>
          </w:tcPr>
          <w:p>
            <w:pPr>
              <w:spacing w:after="0"/>
              <w:jc w:val="left"/>
            </w:pPr>
            <w:r>
              <w:rPr>
                <w:sz w:val="16"/>
              </w:rPr>
              <w:t>Flash Flood, Flood, Lakeshore Flood</w:t>
            </w:r>
          </w:p>
        </w:tc>
        <w:tc>
          <w:tcPr>
            <w:tcW w:type="dxa" w:w="1781"/>
          </w:tcPr>
          <w:p>
            <w:pPr>
              <w:spacing w:after="0"/>
              <w:jc w:val="left"/>
            </w:pPr>
            <w:r>
              <w:rPr>
                <w:sz w:val="16"/>
              </w:rPr>
              <w:t>damage and flood days (flood depth: FIRM)</w:t>
            </w:r>
          </w:p>
        </w:tc>
        <w:tc>
          <w:tcPr>
            <w:tcW w:type="dxa" w:w="1624"/>
          </w:tcPr>
          <w:p>
            <w:pPr>
              <w:spacing w:after="0"/>
              <w:jc w:val="right"/>
            </w:pPr>
            <w:r>
              <w:rPr>
                <w:sz w:val="16"/>
              </w:rPr>
              <w:t>65 records, 1996 to 2025 (10 zone-level)</w:t>
            </w:r>
          </w:p>
        </w:tc>
        <w:tc>
          <w:tcPr>
            <w:tcW w:type="dxa" w:w="1743"/>
          </w:tcPr>
          <w:p>
            <w:pPr>
              <w:spacing w:after="0"/>
              <w:jc w:val="left"/>
            </w:pPr>
          </w:p>
        </w:tc>
        <w:tc>
          <w:tcPr>
            <w:tcW w:type="dxa" w:w="1599"/>
          </w:tcPr>
          <w:p>
            <w:pPr>
              <w:spacing w:after="0"/>
              <w:jc w:val="left"/>
            </w:pPr>
            <w:r>
              <w:rPr>
                <w:sz w:val="16"/>
              </w:rPr>
              <w:t>Flash Flood, 2011-08-28, $100,000,000 property; $5,000,000 crops (2011 dollars)</w:t>
            </w:r>
          </w:p>
        </w:tc>
        <w:tc>
          <w:tcPr>
            <w:tcW w:type="dxa" w:w="2063"/>
          </w:tcPr>
          <w:p>
            <w:pPr>
              <w:spacing w:after="0"/>
              <w:jc w:val="left"/>
            </w:pPr>
          </w:p>
        </w:tc>
        <w:tc>
          <w:tcPr>
            <w:tcW w:type="dxa" w:w="1768"/>
          </w:tcPr>
          <w:p>
            <w:pPr>
              <w:spacing w:after="0"/>
              <w:jc w:val="left"/>
            </w:pPr>
            <w:r>
              <w:rPr>
                <w:sz w:val="16"/>
              </w:rPr>
              <w:t>Event records naming places in the county: Chester town (10 records), Bethel town (3 records), Ludlow town (3 records), Ludlow village (3 records), Rochester town (3 records), Springfield town (3 records), Stockbridge town (3 records), Sharon town (2 records), Weston town (2 records), Windsor town (2 records); and 5 more places (see the Excel file). Zone-level records (10) apply countywide.</w:t>
            </w:r>
          </w:p>
        </w:tc>
        <w:tc>
          <w:tcPr>
            <w:tcW w:type="dxa" w:w="1802"/>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731"/>
          </w:tcPr>
          <w:p>
            <w:pPr>
              <w:spacing w:after="0"/>
              <w:jc w:val="left"/>
            </w:pPr>
            <w:r>
              <w:rPr>
                <w:sz w:val="16"/>
              </w:rPr>
              <w:t>Debris Flow</w:t>
            </w:r>
          </w:p>
        </w:tc>
        <w:tc>
          <w:tcPr>
            <w:tcW w:type="dxa" w:w="1781"/>
          </w:tcPr>
          <w:p>
            <w:pPr>
              <w:spacing w:after="0"/>
              <w:jc w:val="left"/>
            </w:pPr>
            <w:r>
              <w:rPr>
                <w:sz w:val="16"/>
              </w:rPr>
              <w:t>none (count and damage only)</w:t>
            </w:r>
          </w:p>
        </w:tc>
        <w:tc>
          <w:tcPr>
            <w:tcW w:type="dxa" w:w="1624"/>
          </w:tcPr>
          <w:p>
            <w:pPr>
              <w:spacing w:after="0"/>
              <w:jc w:val="right"/>
            </w:pPr>
            <w:r>
              <w:rPr>
                <w:sz w:val="16"/>
              </w:rPr>
              <w:t>0</w:t>
            </w:r>
          </w:p>
        </w:tc>
        <w:tc>
          <w:tcPr>
            <w:tcW w:type="dxa" w:w="1743"/>
          </w:tcPr>
          <w:p>
            <w:pPr>
              <w:spacing w:after="0"/>
              <w:jc w:val="left"/>
            </w:pPr>
          </w:p>
        </w:tc>
        <w:tc>
          <w:tcPr>
            <w:tcW w:type="dxa" w:w="1599"/>
          </w:tcPr>
          <w:p>
            <w:pPr>
              <w:spacing w:after="0"/>
              <w:jc w:val="left"/>
            </w:pPr>
          </w:p>
        </w:tc>
        <w:tc>
          <w:tcPr>
            <w:tcW w:type="dxa" w:w="2063"/>
          </w:tcPr>
          <w:p>
            <w:pPr>
              <w:spacing w:after="0"/>
              <w:jc w:val="left"/>
            </w:pPr>
          </w:p>
        </w:tc>
        <w:tc>
          <w:tcPr>
            <w:tcW w:type="dxa" w:w="1768"/>
          </w:tcPr>
          <w:p>
            <w:pPr>
              <w:spacing w:after="0"/>
              <w:jc w:val="left"/>
            </w:pPr>
          </w:p>
        </w:tc>
        <w:tc>
          <w:tcPr>
            <w:tcW w:type="dxa" w:w="1802"/>
          </w:tcPr>
          <w:p>
            <w:pPr>
              <w:spacing w:after="0"/>
              <w:jc w:val="left"/>
            </w:pPr>
          </w:p>
        </w:tc>
      </w:tr>
      <w:tr>
        <w:trPr>
          <w:cantSplit/>
        </w:trPr>
        <w:tc>
          <w:tcPr>
            <w:tcW w:type="dxa" w:w="1731"/>
          </w:tcPr>
          <w:p>
            <w:pPr>
              <w:spacing w:after="0"/>
              <w:jc w:val="left"/>
            </w:pPr>
            <w:r>
              <w:rPr>
                <w:sz w:val="16"/>
              </w:rPr>
              <w:t>Lightning</w:t>
            </w:r>
          </w:p>
        </w:tc>
        <w:tc>
          <w:tcPr>
            <w:tcW w:type="dxa" w:w="1781"/>
          </w:tcPr>
          <w:p>
            <w:pPr>
              <w:spacing w:after="0"/>
              <w:jc w:val="left"/>
            </w:pPr>
            <w:r>
              <w:rPr>
                <w:sz w:val="16"/>
              </w:rPr>
              <w:t>annualized frequency (the measure FEMA's Local Mitigation Planning Handbook names)</w:t>
            </w:r>
          </w:p>
        </w:tc>
        <w:tc>
          <w:tcPr>
            <w:tcW w:type="dxa" w:w="1624"/>
          </w:tcPr>
          <w:p>
            <w:pPr>
              <w:spacing w:after="0"/>
              <w:jc w:val="right"/>
            </w:pPr>
            <w:r>
              <w:rPr>
                <w:sz w:val="16"/>
              </w:rPr>
              <w:t>7 records, 2000 to 2007</w:t>
            </w:r>
          </w:p>
        </w:tc>
        <w:tc>
          <w:tcPr>
            <w:tcW w:type="dxa" w:w="1743"/>
          </w:tcPr>
          <w:p>
            <w:pPr>
              <w:spacing w:after="0"/>
              <w:jc w:val="left"/>
            </w:pPr>
          </w:p>
        </w:tc>
        <w:tc>
          <w:tcPr>
            <w:tcW w:type="dxa" w:w="1599"/>
          </w:tcPr>
          <w:p>
            <w:pPr>
              <w:spacing w:after="0"/>
              <w:jc w:val="left"/>
            </w:pPr>
            <w:r>
              <w:rPr>
                <w:sz w:val="16"/>
              </w:rPr>
              <w:t>Lightning, 2002-07-04, damage not reported, 1 direct death</w:t>
            </w:r>
          </w:p>
        </w:tc>
        <w:tc>
          <w:tcPr>
            <w:tcW w:type="dxa" w:w="2063"/>
          </w:tcPr>
          <w:p>
            <w:pPr>
              <w:spacing w:after="0"/>
              <w:jc w:val="left"/>
            </w:pPr>
            <w:r>
              <w:rPr>
                <w:sz w:val="16"/>
              </w:rPr>
              <w:t>Lightning, 2002-06-27, $50,000 property; crops not reported (2002 dollars)</w:t>
            </w:r>
          </w:p>
        </w:tc>
        <w:tc>
          <w:tcPr>
            <w:tcW w:type="dxa" w:w="1768"/>
          </w:tcPr>
          <w:p>
            <w:pPr>
              <w:spacing w:after="0"/>
              <w:jc w:val="left"/>
            </w:pPr>
            <w:r>
              <w:rPr>
                <w:sz w:val="16"/>
              </w:rPr>
              <w:t>Event records naming places in the county: Springfield town (2 records), Hartland town (1 record), Sharon town (1 record), Stockbridge town (1 record), Windsor town (1 record), Woodstock town (1 record), Woodstock village (1 record).</w:t>
            </w:r>
          </w:p>
        </w:tc>
        <w:tc>
          <w:tcPr>
            <w:tcW w:type="dxa" w:w="1802"/>
          </w:tcPr>
          <w:p>
            <w:pPr>
              <w:spacing w:after="0"/>
              <w:jc w:val="left"/>
            </w:pPr>
            <w:r>
              <w:rPr>
                <w:sz w:val="16"/>
              </w:rPr>
              <w:t>Storm Events lists lightning with damage or casualties.</w:t>
            </w:r>
          </w:p>
        </w:tc>
      </w:tr>
      <w:tr>
        <w:trPr>
          <w:cantSplit/>
        </w:trPr>
        <w:tc>
          <w:tcPr>
            <w:tcW w:type="dxa" w:w="1731"/>
          </w:tcPr>
          <w:p>
            <w:pPr>
              <w:spacing w:after="0"/>
              <w:jc w:val="left"/>
            </w:pPr>
            <w:r>
              <w:rPr>
                <w:sz w:val="16"/>
              </w:rPr>
              <w:t>High Wind and Strong Wind (outside NRI's Strong Wind definition)</w:t>
            </w:r>
          </w:p>
        </w:tc>
        <w:tc>
          <w:tcPr>
            <w:tcW w:type="dxa" w:w="1781"/>
          </w:tcPr>
          <w:p>
            <w:pPr>
              <w:spacing w:after="0"/>
              <w:jc w:val="left"/>
            </w:pPr>
            <w:r>
              <w:rPr>
                <w:sz w:val="16"/>
              </w:rPr>
              <w:t>wind speed (kt and mph)</w:t>
            </w:r>
          </w:p>
        </w:tc>
        <w:tc>
          <w:tcPr>
            <w:tcW w:type="dxa" w:w="1624"/>
          </w:tcPr>
          <w:p>
            <w:pPr>
              <w:spacing w:after="0"/>
              <w:jc w:val="right"/>
            </w:pPr>
            <w:r>
              <w:rPr>
                <w:sz w:val="16"/>
              </w:rPr>
              <w:t>41 records, 1996 to 2026 (41 zone-level)</w:t>
            </w:r>
          </w:p>
        </w:tc>
        <w:tc>
          <w:tcPr>
            <w:tcW w:type="dxa" w:w="1743"/>
          </w:tcPr>
          <w:p>
            <w:pPr>
              <w:spacing w:after="0"/>
              <w:jc w:val="left"/>
            </w:pPr>
            <w:r>
              <w:rPr>
                <w:sz w:val="16"/>
              </w:rPr>
              <w:t>30 kt (35 mph) to 50 kt (58 mph) (median 41 kt (47 mph)); 38 with a recorded value</w:t>
            </w:r>
          </w:p>
        </w:tc>
        <w:tc>
          <w:tcPr>
            <w:tcW w:type="dxa" w:w="1599"/>
          </w:tcPr>
          <w:p>
            <w:pPr>
              <w:spacing w:after="0"/>
              <w:jc w:val="left"/>
            </w:pPr>
            <w:r>
              <w:rPr>
                <w:sz w:val="16"/>
              </w:rPr>
              <w:t>50 kt (58 mph) estimated gust, High Wind, 2022-12-23; same speed and measurement basis also recorded on 2010-02-26; NWS zone VTZ020</w:t>
            </w:r>
          </w:p>
        </w:tc>
        <w:tc>
          <w:tcPr>
            <w:tcW w:type="dxa" w:w="2063"/>
          </w:tcPr>
          <w:p>
            <w:pPr>
              <w:spacing w:after="0"/>
              <w:jc w:val="left"/>
            </w:pPr>
          </w:p>
        </w:tc>
        <w:tc>
          <w:tcPr>
            <w:tcW w:type="dxa" w:w="1768"/>
          </w:tcPr>
          <w:p>
            <w:pPr>
              <w:spacing w:after="0"/>
              <w:jc w:val="left"/>
            </w:pPr>
            <w:r>
              <w:rPr>
                <w:sz w:val="16"/>
              </w:rPr>
              <w:t>Countywide (zone-level records).</w:t>
            </w:r>
          </w:p>
        </w:tc>
        <w:tc>
          <w:tcPr>
            <w:tcW w:type="dxa" w:w="1802"/>
          </w:tcPr>
          <w:p>
            <w:pPr>
              <w:spacing w:after="0"/>
              <w:jc w:val="left"/>
            </w:pPr>
          </w:p>
        </w:tc>
      </w:tr>
      <w:tr>
        <w:trPr>
          <w:cantSplit/>
        </w:trPr>
        <w:tc>
          <w:tcPr>
            <w:tcW w:type="dxa" w:w="1731"/>
          </w:tcPr>
          <w:p>
            <w:pPr>
              <w:spacing w:after="0"/>
              <w:jc w:val="left"/>
            </w:pPr>
            <w:r>
              <w:rPr>
                <w:sz w:val="16"/>
              </w:rPr>
              <w:t>Thunderstorm Wind</w:t>
            </w:r>
          </w:p>
        </w:tc>
        <w:tc>
          <w:tcPr>
            <w:tcW w:type="dxa" w:w="1781"/>
          </w:tcPr>
          <w:p>
            <w:pPr>
              <w:spacing w:after="0"/>
              <w:jc w:val="left"/>
            </w:pPr>
            <w:r>
              <w:rPr>
                <w:sz w:val="16"/>
              </w:rPr>
              <w:t>wind speed (kt and mph)</w:t>
            </w:r>
          </w:p>
        </w:tc>
        <w:tc>
          <w:tcPr>
            <w:tcW w:type="dxa" w:w="1624"/>
          </w:tcPr>
          <w:p>
            <w:pPr>
              <w:spacing w:after="0"/>
              <w:jc w:val="right"/>
            </w:pPr>
            <w:r>
              <w:rPr>
                <w:sz w:val="16"/>
              </w:rPr>
              <w:t>196 records, 1957 to 2026</w:t>
            </w:r>
          </w:p>
        </w:tc>
        <w:tc>
          <w:tcPr>
            <w:tcW w:type="dxa" w:w="1743"/>
          </w:tcPr>
          <w:p>
            <w:pPr>
              <w:spacing w:after="0"/>
              <w:jc w:val="left"/>
            </w:pPr>
            <w:r>
              <w:rPr>
                <w:sz w:val="16"/>
              </w:rPr>
              <w:t>50 kt (58 mph) to 100 kt (115 mph) (median 50 kt (58 mph)); 135 with a recorded value</w:t>
            </w:r>
          </w:p>
        </w:tc>
        <w:tc>
          <w:tcPr>
            <w:tcW w:type="dxa" w:w="1599"/>
          </w:tcPr>
          <w:p>
            <w:pPr>
              <w:spacing w:after="0"/>
              <w:jc w:val="left"/>
            </w:pPr>
            <w:r>
              <w:rPr>
                <w:sz w:val="16"/>
              </w:rPr>
              <w:t>100 kt (115 mph) estimated gust, Thunderstorm Wind, 2003-07-21, 1 direct injury</w:t>
            </w:r>
          </w:p>
        </w:tc>
        <w:tc>
          <w:tcPr>
            <w:tcW w:type="dxa" w:w="2063"/>
          </w:tcPr>
          <w:p>
            <w:pPr>
              <w:spacing w:after="0"/>
              <w:jc w:val="left"/>
            </w:pPr>
            <w:r>
              <w:rPr>
                <w:sz w:val="16"/>
              </w:rPr>
              <w:t>Thunderstorm Wind, 2021-06-30, $150,000 property; $0 crops (2021 dollars)</w:t>
            </w:r>
          </w:p>
        </w:tc>
        <w:tc>
          <w:tcPr>
            <w:tcW w:type="dxa" w:w="1768"/>
          </w:tcPr>
          <w:p>
            <w:pPr>
              <w:spacing w:after="0"/>
              <w:jc w:val="left"/>
            </w:pPr>
            <w:r>
              <w:rPr>
                <w:sz w:val="16"/>
              </w:rPr>
              <w:t>Event records naming places in the county: Springfield town (14 records), Hartland town (13 records), Chester town (12 records), Woodstock town (12 records), Woodstock village (11 records), Ludlow town (10 records), Ludlow village (10 records), Royalton town (10 records), Bethel town (9 records), Cavendish town (9 records); and 12 more places (see the Excel file).</w:t>
            </w:r>
          </w:p>
        </w:tc>
        <w:tc>
          <w:tcPr>
            <w:tcW w:type="dxa" w:w="1802"/>
          </w:tcPr>
          <w:p>
            <w:pPr>
              <w:spacing w:after="0"/>
              <w:jc w:val="left"/>
            </w:pPr>
          </w:p>
        </w:tc>
      </w:tr>
      <w:tr>
        <w:trPr>
          <w:cantSplit/>
        </w:trPr>
        <w:tc>
          <w:tcPr>
            <w:tcW w:type="dxa" w:w="1731"/>
          </w:tcPr>
          <w:p>
            <w:pPr>
              <w:spacing w:after="0"/>
              <w:jc w:val="left"/>
            </w:pPr>
            <w:r>
              <w:rPr>
                <w:sz w:val="16"/>
              </w:rPr>
              <w:t>Tornado</w:t>
            </w:r>
          </w:p>
        </w:tc>
        <w:tc>
          <w:tcPr>
            <w:tcW w:type="dxa" w:w="1781"/>
          </w:tcPr>
          <w:p>
            <w:pPr>
              <w:spacing w:after="0"/>
              <w:jc w:val="left"/>
            </w:pPr>
            <w:r>
              <w:rPr>
                <w:sz w:val="16"/>
              </w:rPr>
              <w:t>Enhanced Fujita (Fujita before Feb 2007)</w:t>
            </w:r>
          </w:p>
        </w:tc>
        <w:tc>
          <w:tcPr>
            <w:tcW w:type="dxa" w:w="1624"/>
          </w:tcPr>
          <w:p>
            <w:pPr>
              <w:spacing w:after="0"/>
              <w:jc w:val="right"/>
            </w:pPr>
            <w:r>
              <w:rPr>
                <w:sz w:val="16"/>
              </w:rPr>
              <w:t>5 records, 1955 to 2026</w:t>
            </w:r>
          </w:p>
        </w:tc>
        <w:tc>
          <w:tcPr>
            <w:tcW w:type="dxa" w:w="1743"/>
          </w:tcPr>
          <w:p>
            <w:pPr>
              <w:spacing w:after="0"/>
              <w:jc w:val="left"/>
            </w:pPr>
            <w:r>
              <w:rPr>
                <w:sz w:val="16"/>
              </w:rPr>
              <w:t>F/EF1 to F/EF2 (median F/EF2); 5 with a recorded value</w:t>
            </w:r>
          </w:p>
        </w:tc>
        <w:tc>
          <w:tcPr>
            <w:tcW w:type="dxa" w:w="1599"/>
          </w:tcPr>
          <w:p>
            <w:pPr>
              <w:spacing w:after="0"/>
              <w:jc w:val="left"/>
            </w:pPr>
            <w:r>
              <w:rPr>
                <w:sz w:val="16"/>
              </w:rPr>
              <w:t>F2 tornado, 1966-08-11, 1 mi path length (whole path, pre-1996), 33 yd wide, $25,000 property; crops not recorded (1966 dollars); same rating, casualties and property damage also recorded on 1955-10-24, 1962-07-09</w:t>
            </w:r>
          </w:p>
        </w:tc>
        <w:tc>
          <w:tcPr>
            <w:tcW w:type="dxa" w:w="2063"/>
          </w:tcPr>
          <w:p>
            <w:pPr>
              <w:spacing w:after="0"/>
              <w:jc w:val="left"/>
            </w:pPr>
            <w:r>
              <w:rPr>
                <w:sz w:val="16"/>
              </w:rPr>
              <w:t>Tornado, 2026-06-18, $100,000 property; $0 crops (2026 dollars)</w:t>
            </w:r>
          </w:p>
        </w:tc>
        <w:tc>
          <w:tcPr>
            <w:tcW w:type="dxa" w:w="1768"/>
          </w:tcPr>
          <w:p>
            <w:pPr>
              <w:spacing w:after="0"/>
              <w:jc w:val="left"/>
            </w:pPr>
            <w:r>
              <w:rPr>
                <w:sz w:val="16"/>
              </w:rPr>
              <w:t>Event records naming places in the county: Bridgewater town (1 record), Woodstock town (1 record).</w:t>
            </w:r>
          </w:p>
        </w:tc>
        <w:tc>
          <w:tcPr>
            <w:tcW w:type="dxa" w:w="1802"/>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731"/>
          </w:tcPr>
          <w:p>
            <w:pPr>
              <w:spacing w:after="0"/>
              <w:jc w:val="left"/>
            </w:pPr>
            <w:r>
              <w:rPr>
                <w:sz w:val="16"/>
              </w:rPr>
              <w:t>Wildfire</w:t>
            </w:r>
          </w:p>
        </w:tc>
        <w:tc>
          <w:tcPr>
            <w:tcW w:type="dxa" w:w="1781"/>
          </w:tcPr>
          <w:p>
            <w:pPr>
              <w:spacing w:after="0"/>
              <w:jc w:val="left"/>
            </w:pPr>
            <w:r>
              <w:rPr>
                <w:sz w:val="16"/>
              </w:rPr>
              <w:t>acres burned (local data)</w:t>
            </w:r>
          </w:p>
        </w:tc>
        <w:tc>
          <w:tcPr>
            <w:tcW w:type="dxa" w:w="1624"/>
          </w:tcPr>
          <w:p>
            <w:pPr>
              <w:spacing w:after="0"/>
              <w:jc w:val="right"/>
            </w:pPr>
            <w:r>
              <w:rPr>
                <w:sz w:val="16"/>
              </w:rPr>
              <w:t>0</w:t>
            </w:r>
          </w:p>
        </w:tc>
        <w:tc>
          <w:tcPr>
            <w:tcW w:type="dxa" w:w="1743"/>
          </w:tcPr>
          <w:p>
            <w:pPr>
              <w:spacing w:after="0"/>
              <w:jc w:val="left"/>
            </w:pPr>
          </w:p>
        </w:tc>
        <w:tc>
          <w:tcPr>
            <w:tcW w:type="dxa" w:w="1599"/>
          </w:tcPr>
          <w:p>
            <w:pPr>
              <w:spacing w:after="0"/>
              <w:jc w:val="left"/>
            </w:pPr>
          </w:p>
        </w:tc>
        <w:tc>
          <w:tcPr>
            <w:tcW w:type="dxa" w:w="2063"/>
          </w:tcPr>
          <w:p>
            <w:pPr>
              <w:spacing w:after="0"/>
              <w:jc w:val="left"/>
            </w:pPr>
          </w:p>
        </w:tc>
        <w:tc>
          <w:tcPr>
            <w:tcW w:type="dxa" w:w="1768"/>
          </w:tcPr>
          <w:p>
            <w:pPr>
              <w:spacing w:after="0"/>
              <w:jc w:val="left"/>
            </w:pPr>
          </w:p>
        </w:tc>
        <w:tc>
          <w:tcPr>
            <w:tcW w:type="dxa" w:w="1802"/>
          </w:tcPr>
          <w:p>
            <w:pPr>
              <w:spacing w:after="0"/>
              <w:jc w:val="left"/>
            </w:pPr>
          </w:p>
        </w:tc>
      </w:tr>
      <w:tr>
        <w:trPr>
          <w:cantSplit/>
        </w:trPr>
        <w:tc>
          <w:tcPr>
            <w:tcW w:type="dxa" w:w="1731"/>
          </w:tcPr>
          <w:p>
            <w:pPr>
              <w:spacing w:after="0"/>
              <w:jc w:val="left"/>
            </w:pPr>
            <w:r>
              <w:rPr>
                <w:sz w:val="16"/>
              </w:rPr>
              <w:t>Winter Storm, Heavy Snow, Blizzard, Lake-Effect Snow, Winter Weather, Sleet</w:t>
            </w:r>
          </w:p>
        </w:tc>
        <w:tc>
          <w:tcPr>
            <w:tcW w:type="dxa" w:w="1781"/>
          </w:tcPr>
          <w:p>
            <w:pPr>
              <w:spacing w:after="0"/>
              <w:jc w:val="left"/>
            </w:pPr>
            <w:r>
              <w:rPr>
                <w:sz w:val="16"/>
              </w:rPr>
              <w:t>none in data (snowfall: local data)</w:t>
            </w:r>
          </w:p>
        </w:tc>
        <w:tc>
          <w:tcPr>
            <w:tcW w:type="dxa" w:w="1624"/>
          </w:tcPr>
          <w:p>
            <w:pPr>
              <w:spacing w:after="0"/>
              <w:jc w:val="right"/>
            </w:pPr>
            <w:r>
              <w:rPr>
                <w:sz w:val="16"/>
              </w:rPr>
              <w:t>273 records, 1996 to 2026 (273 zone-level)</w:t>
            </w:r>
          </w:p>
        </w:tc>
        <w:tc>
          <w:tcPr>
            <w:tcW w:type="dxa" w:w="1743"/>
          </w:tcPr>
          <w:p>
            <w:pPr>
              <w:spacing w:after="0"/>
              <w:jc w:val="left"/>
            </w:pPr>
          </w:p>
        </w:tc>
        <w:tc>
          <w:tcPr>
            <w:tcW w:type="dxa" w:w="1599"/>
          </w:tcPr>
          <w:p>
            <w:pPr>
              <w:spacing w:after="0"/>
              <w:jc w:val="left"/>
            </w:pPr>
            <w:r>
              <w:rPr>
                <w:sz w:val="16"/>
              </w:rPr>
              <w:t>Winter Storm, 2010-02-23, $1,000,000 property; $0 crops (2010 dollars); NWS zone VTZ012</w:t>
            </w:r>
          </w:p>
        </w:tc>
        <w:tc>
          <w:tcPr>
            <w:tcW w:type="dxa" w:w="2063"/>
          </w:tcPr>
          <w:p>
            <w:pPr>
              <w:spacing w:after="0"/>
              <w:jc w:val="left"/>
            </w:pPr>
          </w:p>
        </w:tc>
        <w:tc>
          <w:tcPr>
            <w:tcW w:type="dxa" w:w="1768"/>
          </w:tcPr>
          <w:p>
            <w:pPr>
              <w:spacing w:after="0"/>
              <w:jc w:val="left"/>
            </w:pPr>
            <w:r>
              <w:rPr>
                <w:sz w:val="16"/>
              </w:rPr>
              <w:t>Countywide (zone-level records).</w:t>
            </w:r>
          </w:p>
        </w:tc>
        <w:tc>
          <w:tcPr>
            <w:tcW w:type="dxa" w:w="1802"/>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avalanche,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A monthly summary record covers most or all of a month; it does not count days at wave conditions.</w:t>
      </w:r>
    </w:p>
    <w:p>
      <w:pPr>
        <w:spacing w:after="40" w:before="0"/>
      </w:pPr>
      <w:r>
        <w:rPr>
          <w:sz w:val="15"/>
        </w:rPr>
        <w:t>Where a hazard names more than 10 jurisdictions, the table lists the 10 with the most records; every one is in the Excel file, sheet "B1-c Extent".</w:t>
      </w:r>
    </w:p>
    <w:p>
      <w:pPr>
        <w:spacing w:after="80" w:before="0"/>
      </w:pPr>
    </w:p>
    <w:p>
      <w:pPr>
        <w:pStyle w:val="Heading2"/>
        <w:keepNext/>
        <w:spacing w:after="80"/>
      </w:pPr>
      <w:r>
        <w:rPr/>
        <w:t>Supports FEMA checklist item B1-d: previous occurrences</w:t>
      </w:r>
    </w:p>
    <w:p>
      <w:pPr>
        <w:keepNext/>
        <w:spacing w:after="80" w:before="0"/>
      </w:pPr>
      <w:r>
        <w:rPr>
          <w:i/>
        </w:rPr>
        <w:t>County-level: Windsor County (federal declarations, statewide declarations and Storm Events history).</w:t>
      </w:r>
    </w:p>
    <w:p>
      <w:pPr>
        <w:keepNext/>
        <w:spacing w:after="80" w:before="0"/>
      </w:pPr>
      <w:r>
        <w:rPr/>
        <w:t>Federal declarations for this county: 27 declarations covering 23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32"/>
        <w:gridCol w:w="2279"/>
        <w:gridCol w:w="2138"/>
        <w:gridCol w:w="2547"/>
        <w:gridCol w:w="1816"/>
        <w:gridCol w:w="889"/>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32"/>
            <w:shd w:val="clear" w:color="auto" w:fill="E8E8E8"/>
          </w:tcPr>
          <w:p>
            <w:pPr>
              <w:spacing w:after="0"/>
              <w:jc w:val="left"/>
            </w:pPr>
            <w:r>
              <w:rPr>
                <w:b/>
                <w:sz w:val="16"/>
              </w:rPr>
              <w:t>Type</w:t>
            </w:r>
          </w:p>
        </w:tc>
        <w:tc>
          <w:tcPr>
            <w:tcW w:type="dxa" w:w="2279"/>
            <w:shd w:val="clear" w:color="auto" w:fill="E8E8E8"/>
          </w:tcPr>
          <w:p>
            <w:pPr>
              <w:spacing w:after="0"/>
              <w:jc w:val="left"/>
            </w:pPr>
            <w:r>
              <w:rPr>
                <w:b/>
                <w:sz w:val="16"/>
              </w:rPr>
              <w:t>Title</w:t>
            </w:r>
          </w:p>
        </w:tc>
        <w:tc>
          <w:tcPr>
            <w:tcW w:type="dxa" w:w="2138"/>
            <w:shd w:val="clear" w:color="auto" w:fill="E8E8E8"/>
          </w:tcPr>
          <w:p>
            <w:pPr>
              <w:spacing w:after="0"/>
              <w:jc w:val="left"/>
            </w:pPr>
            <w:r>
              <w:rPr>
                <w:b/>
                <w:sz w:val="16"/>
              </w:rPr>
              <w:t>Mapped hazard</w:t>
            </w:r>
          </w:p>
        </w:tc>
        <w:tc>
          <w:tcPr>
            <w:tcW w:type="dxa" w:w="2547"/>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816"/>
            <w:shd w:val="clear" w:color="auto" w:fill="E8E8E8"/>
          </w:tcPr>
          <w:p>
            <w:pPr>
              <w:spacing w:after="0"/>
              <w:jc w:val="left"/>
            </w:pPr>
            <w:r>
              <w:rPr>
                <w:b/>
                <w:sz w:val="16"/>
              </w:rPr>
              <w:t>Flags</w:t>
            </w:r>
          </w:p>
        </w:tc>
        <w:tc>
          <w:tcPr>
            <w:tcW w:type="dxa" w:w="889"/>
            <w:shd w:val="clear" w:color="auto" w:fill="E8E8E8"/>
          </w:tcPr>
          <w:p>
            <w:pPr>
              <w:spacing w:after="0"/>
              <w:jc w:val="left"/>
            </w:pPr>
            <w:r>
              <w:rPr>
                <w:b/>
                <w:sz w:val="16"/>
              </w:rPr>
              <w:t>Notes</w:t>
            </w:r>
          </w:p>
        </w:tc>
      </w:tr>
      <w:tr>
        <w:trPr>
          <w:cantSplit/>
        </w:trPr>
        <w:tc>
          <w:tcPr>
            <w:tcW w:type="dxa" w:w="1037"/>
          </w:tcPr>
          <w:p>
            <w:pPr>
              <w:spacing w:after="0"/>
              <w:jc w:val="left"/>
            </w:pPr>
            <w:r>
              <w:rPr>
                <w:sz w:val="16"/>
              </w:rPr>
              <w:t>2024-08-08</w:t>
            </w:r>
          </w:p>
        </w:tc>
        <w:tc>
          <w:tcPr>
            <w:tcW w:type="dxa" w:w="1037"/>
          </w:tcPr>
          <w:p>
            <w:pPr>
              <w:spacing w:after="0"/>
              <w:jc w:val="left"/>
            </w:pPr>
            <w:r>
              <w:rPr>
                <w:sz w:val="16"/>
              </w:rPr>
              <w:t>2024-08-08</w:t>
            </w:r>
          </w:p>
        </w:tc>
        <w:tc>
          <w:tcPr>
            <w:tcW w:type="dxa" w:w="1037"/>
          </w:tcPr>
          <w:p>
            <w:pPr>
              <w:spacing w:after="0"/>
              <w:jc w:val="left"/>
            </w:pPr>
            <w:r>
              <w:rPr>
                <w:sz w:val="16"/>
              </w:rPr>
              <w:t>EM-3609-VT</w:t>
            </w:r>
          </w:p>
        </w:tc>
        <w:tc>
          <w:tcPr>
            <w:tcW w:type="dxa" w:w="1332"/>
          </w:tcPr>
          <w:p>
            <w:pPr>
              <w:spacing w:after="0"/>
              <w:jc w:val="left"/>
            </w:pPr>
            <w:r>
              <w:rPr>
                <w:sz w:val="16"/>
              </w:rPr>
              <w:t>Emergency</w:t>
            </w:r>
          </w:p>
        </w:tc>
        <w:tc>
          <w:tcPr>
            <w:tcW w:type="dxa" w:w="2279"/>
          </w:tcPr>
          <w:p>
            <w:pPr>
              <w:spacing w:after="0"/>
              <w:jc w:val="left"/>
            </w:pPr>
            <w:r>
              <w:rPr>
                <w:sz w:val="16"/>
              </w:rPr>
              <w:t>Tropical Depression Debby</w:t>
            </w:r>
          </w:p>
        </w:tc>
        <w:tc>
          <w:tcPr>
            <w:tcW w:type="dxa" w:w="2138"/>
          </w:tcPr>
          <w:p>
            <w:pPr>
              <w:spacing w:after="0"/>
              <w:jc w:val="left"/>
            </w:pPr>
            <w:r>
              <w:rPr>
                <w:sz w:val="16"/>
              </w:rPr>
              <w:t>Hurricane</w:t>
            </w:r>
          </w:p>
        </w:tc>
        <w:tc>
          <w:tcPr>
            <w:tcW w:type="dxa" w:w="2547"/>
          </w:tcPr>
          <w:p>
            <w:pPr>
              <w:spacing w:after="0"/>
              <w:jc w:val="right"/>
            </w:pPr>
            <w:r>
              <w:rPr>
                <w:sz w:val="16"/>
              </w:rPr>
              <w:t>no Public Assistance recorded</w:t>
            </w:r>
          </w:p>
        </w:tc>
        <w:tc>
          <w:tcPr>
            <w:tcW w:type="dxa" w:w="1816"/>
          </w:tcPr>
          <w:p>
            <w:pPr>
              <w:spacing w:after="0"/>
              <w:jc w:val="left"/>
            </w:pPr>
            <w:r>
              <w:rPr>
                <w:sz w:val="16"/>
              </w:rPr>
              <w:t>in the 12 months before plan approval; within last 5 years</w:t>
            </w:r>
          </w:p>
        </w:tc>
        <w:tc>
          <w:tcPr>
            <w:tcW w:type="dxa" w:w="889"/>
          </w:tcPr>
          <w:p>
            <w:pPr>
              <w:spacing w:after="0"/>
              <w:jc w:val="left"/>
            </w:pPr>
          </w:p>
        </w:tc>
      </w:tr>
      <w:tr>
        <w:trPr>
          <w:cantSplit/>
        </w:trPr>
        <w:tc>
          <w:tcPr>
            <w:tcW w:type="dxa" w:w="1037"/>
          </w:tcPr>
          <w:p>
            <w:pPr>
              <w:spacing w:after="0"/>
              <w:jc w:val="left"/>
            </w:pPr>
            <w:r>
              <w:rPr>
                <w:sz w:val="16"/>
              </w:rPr>
              <w:t>2024-03-02</w:t>
            </w:r>
          </w:p>
        </w:tc>
        <w:tc>
          <w:tcPr>
            <w:tcW w:type="dxa" w:w="1037"/>
          </w:tcPr>
          <w:p>
            <w:pPr>
              <w:spacing w:after="0"/>
              <w:jc w:val="left"/>
            </w:pPr>
            <w:r>
              <w:rPr>
                <w:sz w:val="16"/>
              </w:rPr>
              <w:t>2023-12-18</w:t>
            </w:r>
          </w:p>
        </w:tc>
        <w:tc>
          <w:tcPr>
            <w:tcW w:type="dxa" w:w="1037"/>
          </w:tcPr>
          <w:p>
            <w:pPr>
              <w:spacing w:after="0"/>
              <w:jc w:val="left"/>
            </w:pPr>
            <w:r>
              <w:rPr>
                <w:sz w:val="16"/>
              </w:rPr>
              <w:t>DR-4762-VT</w:t>
            </w:r>
          </w:p>
        </w:tc>
        <w:tc>
          <w:tcPr>
            <w:tcW w:type="dxa" w:w="1332"/>
          </w:tcPr>
          <w:p>
            <w:pPr>
              <w:spacing w:after="0"/>
              <w:jc w:val="left"/>
            </w:pPr>
            <w:r>
              <w:rPr>
                <w:sz w:val="16"/>
              </w:rPr>
              <w:t>Major disaster</w:t>
            </w:r>
          </w:p>
        </w:tc>
        <w:tc>
          <w:tcPr>
            <w:tcW w:type="dxa" w:w="2279"/>
          </w:tcPr>
          <w:p>
            <w:pPr>
              <w:spacing w:after="0"/>
              <w:jc w:val="left"/>
            </w:pPr>
            <w:r>
              <w:rPr>
                <w:sz w:val="16"/>
              </w:rPr>
              <w:t>Severe Storm and Flooding</w:t>
            </w:r>
          </w:p>
        </w:tc>
        <w:tc>
          <w:tcPr>
            <w:tcW w:type="dxa" w:w="2138"/>
          </w:tcPr>
          <w:p>
            <w:pPr>
              <w:spacing w:after="0"/>
              <w:jc w:val="left"/>
            </w:pPr>
            <w:r>
              <w:rPr>
                <w:sz w:val="16"/>
              </w:rPr>
              <w:t>Inland Flooding</w:t>
            </w:r>
          </w:p>
        </w:tc>
        <w:tc>
          <w:tcPr>
            <w:tcW w:type="dxa" w:w="2547"/>
          </w:tcPr>
          <w:p>
            <w:pPr>
              <w:spacing w:after="0"/>
              <w:jc w:val="right"/>
            </w:pPr>
            <w:r>
              <w:rPr>
                <w:sz w:val="16"/>
              </w:rPr>
              <w:t>$2,412,866.27</w:t>
            </w:r>
          </w:p>
        </w:tc>
        <w:tc>
          <w:tcPr>
            <w:tcW w:type="dxa" w:w="1816"/>
          </w:tcPr>
          <w:p>
            <w:pPr>
              <w:spacing w:after="0"/>
              <w:jc w:val="left"/>
            </w:pPr>
            <w:r>
              <w:rPr>
                <w:sz w:val="16"/>
              </w:rPr>
              <w:t>in the 12 months before plan approval; within last 5 years</w:t>
            </w:r>
          </w:p>
        </w:tc>
        <w:tc>
          <w:tcPr>
            <w:tcW w:type="dxa" w:w="889"/>
          </w:tcPr>
          <w:p>
            <w:pPr>
              <w:spacing w:after="0"/>
              <w:jc w:val="left"/>
            </w:pPr>
          </w:p>
        </w:tc>
      </w:tr>
      <w:tr>
        <w:trPr>
          <w:cantSplit/>
        </w:trPr>
        <w:tc>
          <w:tcPr>
            <w:tcW w:type="dxa" w:w="1037"/>
          </w:tcPr>
          <w:p>
            <w:pPr>
              <w:spacing w:after="0"/>
              <w:jc w:val="left"/>
            </w:pPr>
            <w:r>
              <w:rPr>
                <w:sz w:val="16"/>
              </w:rPr>
              <w:t>2023-07-14</w:t>
            </w:r>
          </w:p>
        </w:tc>
        <w:tc>
          <w:tcPr>
            <w:tcW w:type="dxa" w:w="1037"/>
          </w:tcPr>
          <w:p>
            <w:pPr>
              <w:spacing w:after="0"/>
              <w:jc w:val="left"/>
            </w:pPr>
            <w:r>
              <w:rPr>
                <w:sz w:val="16"/>
              </w:rPr>
              <w:t>2023-07-07</w:t>
            </w:r>
          </w:p>
        </w:tc>
        <w:tc>
          <w:tcPr>
            <w:tcW w:type="dxa" w:w="1037"/>
          </w:tcPr>
          <w:p>
            <w:pPr>
              <w:spacing w:after="0"/>
              <w:jc w:val="left"/>
            </w:pPr>
            <w:r>
              <w:rPr>
                <w:sz w:val="16"/>
              </w:rPr>
              <w:t>DR-4720-VT</w:t>
            </w:r>
          </w:p>
        </w:tc>
        <w:tc>
          <w:tcPr>
            <w:tcW w:type="dxa" w:w="1332"/>
          </w:tcPr>
          <w:p>
            <w:pPr>
              <w:spacing w:after="0"/>
              <w:jc w:val="left"/>
            </w:pPr>
            <w:r>
              <w:rPr>
                <w:sz w:val="16"/>
              </w:rPr>
              <w:t>Major disaster</w:t>
            </w:r>
          </w:p>
        </w:tc>
        <w:tc>
          <w:tcPr>
            <w:tcW w:type="dxa" w:w="2279"/>
          </w:tcPr>
          <w:p>
            <w:pPr>
              <w:spacing w:after="0"/>
              <w:jc w:val="left"/>
            </w:pPr>
            <w:r>
              <w:rPr>
                <w:sz w:val="16"/>
              </w:rPr>
              <w:t>Severe Storms, Flooding, Landslides, and Mudslides</w:t>
            </w:r>
          </w:p>
        </w:tc>
        <w:tc>
          <w:tcPr>
            <w:tcW w:type="dxa" w:w="2138"/>
          </w:tcPr>
          <w:p>
            <w:pPr>
              <w:spacing w:after="0"/>
              <w:jc w:val="left"/>
            </w:pPr>
            <w:r>
              <w:rPr>
                <w:sz w:val="16"/>
              </w:rPr>
              <w:t>Inland Flooding (primary); also designated: Landslide</w:t>
            </w:r>
          </w:p>
        </w:tc>
        <w:tc>
          <w:tcPr>
            <w:tcW w:type="dxa" w:w="2547"/>
          </w:tcPr>
          <w:p>
            <w:pPr>
              <w:spacing w:after="0"/>
              <w:jc w:val="right"/>
            </w:pPr>
            <w:r>
              <w:rPr>
                <w:sz w:val="16"/>
              </w:rPr>
              <w:t>$37,524,698.89</w:t>
            </w:r>
          </w:p>
        </w:tc>
        <w:tc>
          <w:tcPr>
            <w:tcW w:type="dxa" w:w="1816"/>
          </w:tcPr>
          <w:p>
            <w:pPr>
              <w:spacing w:after="0"/>
              <w:jc w:val="left"/>
            </w:pPr>
            <w:r>
              <w:rPr>
                <w:sz w:val="16"/>
              </w:rPr>
              <w:t>within last 5 years</w:t>
            </w:r>
          </w:p>
        </w:tc>
        <w:tc>
          <w:tcPr>
            <w:tcW w:type="dxa" w:w="889"/>
          </w:tcPr>
          <w:p>
            <w:pPr>
              <w:spacing w:after="0"/>
              <w:jc w:val="left"/>
            </w:pPr>
          </w:p>
        </w:tc>
      </w:tr>
      <w:tr>
        <w:trPr>
          <w:cantSplit/>
        </w:trPr>
        <w:tc>
          <w:tcPr>
            <w:tcW w:type="dxa" w:w="1037"/>
          </w:tcPr>
          <w:p>
            <w:pPr>
              <w:spacing w:after="0"/>
              <w:jc w:val="left"/>
            </w:pPr>
            <w:r>
              <w:rPr>
                <w:sz w:val="16"/>
              </w:rPr>
              <w:t>2023-07-10</w:t>
            </w:r>
          </w:p>
        </w:tc>
        <w:tc>
          <w:tcPr>
            <w:tcW w:type="dxa" w:w="1037"/>
          </w:tcPr>
          <w:p>
            <w:pPr>
              <w:spacing w:after="0"/>
              <w:jc w:val="left"/>
            </w:pPr>
            <w:r>
              <w:rPr>
                <w:sz w:val="16"/>
              </w:rPr>
              <w:t>2023-07-09</w:t>
            </w:r>
          </w:p>
        </w:tc>
        <w:tc>
          <w:tcPr>
            <w:tcW w:type="dxa" w:w="1037"/>
          </w:tcPr>
          <w:p>
            <w:pPr>
              <w:spacing w:after="0"/>
              <w:jc w:val="left"/>
            </w:pPr>
            <w:r>
              <w:rPr>
                <w:sz w:val="16"/>
              </w:rPr>
              <w:t>EM-3595-VT</w:t>
            </w:r>
          </w:p>
        </w:tc>
        <w:tc>
          <w:tcPr>
            <w:tcW w:type="dxa" w:w="1332"/>
          </w:tcPr>
          <w:p>
            <w:pPr>
              <w:spacing w:after="0"/>
              <w:jc w:val="left"/>
            </w:pPr>
            <w:r>
              <w:rPr>
                <w:sz w:val="16"/>
              </w:rPr>
              <w:t>Emergency</w:t>
            </w:r>
          </w:p>
        </w:tc>
        <w:tc>
          <w:tcPr>
            <w:tcW w:type="dxa" w:w="2279"/>
          </w:tcPr>
          <w:p>
            <w:pPr>
              <w:spacing w:after="0"/>
              <w:jc w:val="left"/>
            </w:pPr>
            <w:r>
              <w:rPr>
                <w:sz w:val="16"/>
              </w:rPr>
              <w:t>Flooding</w:t>
            </w:r>
          </w:p>
        </w:tc>
        <w:tc>
          <w:tcPr>
            <w:tcW w:type="dxa" w:w="2138"/>
          </w:tcPr>
          <w:p>
            <w:pPr>
              <w:spacing w:after="0"/>
              <w:jc w:val="left"/>
            </w:pPr>
            <w:r>
              <w:rPr>
                <w:sz w:val="16"/>
              </w:rPr>
              <w:t>Inland Flooding</w:t>
            </w:r>
          </w:p>
        </w:tc>
        <w:tc>
          <w:tcPr>
            <w:tcW w:type="dxa" w:w="2547"/>
          </w:tcPr>
          <w:p>
            <w:pPr>
              <w:spacing w:after="0"/>
              <w:jc w:val="right"/>
            </w:pPr>
            <w:r>
              <w:rPr>
                <w:sz w:val="16"/>
              </w:rPr>
              <w:t>no Public Assistance recorded</w:t>
            </w:r>
          </w:p>
        </w:tc>
        <w:tc>
          <w:tcPr>
            <w:tcW w:type="dxa" w:w="1816"/>
          </w:tcPr>
          <w:p>
            <w:pPr>
              <w:spacing w:after="0"/>
              <w:jc w:val="left"/>
            </w:pPr>
            <w:r>
              <w:rPr>
                <w:sz w:val="16"/>
              </w:rPr>
              <w:t>within last 5 years</w:t>
            </w:r>
          </w:p>
        </w:tc>
        <w:tc>
          <w:tcPr>
            <w:tcW w:type="dxa" w:w="889"/>
          </w:tcPr>
          <w:p>
            <w:pPr>
              <w:spacing w:after="0"/>
              <w:jc w:val="left"/>
            </w:pPr>
            <w:r>
              <w:rPr>
                <w:sz w:val="16"/>
              </w:rPr>
              <w:t>same incident as DR-4720</w:t>
            </w:r>
          </w:p>
        </w:tc>
      </w:tr>
      <w:tr>
        <w:trPr>
          <w:cantSplit/>
        </w:trPr>
        <w:tc>
          <w:tcPr>
            <w:tcW w:type="dxa" w:w="1037"/>
          </w:tcPr>
          <w:p>
            <w:pPr>
              <w:spacing w:after="0"/>
              <w:jc w:val="left"/>
            </w:pPr>
            <w:r>
              <w:rPr>
                <w:sz w:val="16"/>
              </w:rPr>
              <w:t>2021-08-22</w:t>
            </w:r>
          </w:p>
        </w:tc>
        <w:tc>
          <w:tcPr>
            <w:tcW w:type="dxa" w:w="1037"/>
          </w:tcPr>
          <w:p>
            <w:pPr>
              <w:spacing w:after="0"/>
              <w:jc w:val="left"/>
            </w:pPr>
            <w:r>
              <w:rPr>
                <w:sz w:val="16"/>
              </w:rPr>
              <w:t>2021-08-22</w:t>
            </w:r>
          </w:p>
        </w:tc>
        <w:tc>
          <w:tcPr>
            <w:tcW w:type="dxa" w:w="1037"/>
          </w:tcPr>
          <w:p>
            <w:pPr>
              <w:spacing w:after="0"/>
              <w:jc w:val="left"/>
            </w:pPr>
            <w:r>
              <w:rPr>
                <w:sz w:val="16"/>
              </w:rPr>
              <w:t>EM-3567-VT</w:t>
            </w:r>
          </w:p>
        </w:tc>
        <w:tc>
          <w:tcPr>
            <w:tcW w:type="dxa" w:w="1332"/>
          </w:tcPr>
          <w:p>
            <w:pPr>
              <w:spacing w:after="0"/>
              <w:jc w:val="left"/>
            </w:pPr>
            <w:r>
              <w:rPr>
                <w:sz w:val="16"/>
              </w:rPr>
              <w:t>Emergency</w:t>
            </w:r>
          </w:p>
        </w:tc>
        <w:tc>
          <w:tcPr>
            <w:tcW w:type="dxa" w:w="2279"/>
          </w:tcPr>
          <w:p>
            <w:pPr>
              <w:spacing w:after="0"/>
              <w:jc w:val="left"/>
            </w:pPr>
            <w:r>
              <w:rPr>
                <w:sz w:val="16"/>
              </w:rPr>
              <w:t>Tropical Storm Henri</w:t>
            </w:r>
          </w:p>
        </w:tc>
        <w:tc>
          <w:tcPr>
            <w:tcW w:type="dxa" w:w="2138"/>
          </w:tcPr>
          <w:p>
            <w:pPr>
              <w:spacing w:after="0"/>
              <w:jc w:val="left"/>
            </w:pPr>
            <w:r>
              <w:rPr>
                <w:sz w:val="16"/>
              </w:rPr>
              <w:t>Hurricane</w:t>
            </w:r>
          </w:p>
        </w:tc>
        <w:tc>
          <w:tcPr>
            <w:tcW w:type="dxa" w:w="2547"/>
          </w:tcPr>
          <w:p>
            <w:pPr>
              <w:spacing w:after="0"/>
              <w:jc w:val="right"/>
            </w:pPr>
            <w:r>
              <w:rPr>
                <w:sz w:val="16"/>
              </w:rPr>
              <w:t>no Public Assistance recorded</w:t>
            </w:r>
          </w:p>
        </w:tc>
        <w:tc>
          <w:tcPr>
            <w:tcW w:type="dxa" w:w="1816"/>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2020-04-08</w:t>
            </w:r>
          </w:p>
        </w:tc>
        <w:tc>
          <w:tcPr>
            <w:tcW w:type="dxa" w:w="1037"/>
          </w:tcPr>
          <w:p>
            <w:pPr>
              <w:spacing w:after="0"/>
              <w:jc w:val="left"/>
            </w:pPr>
            <w:r>
              <w:rPr>
                <w:sz w:val="16"/>
              </w:rPr>
              <w:t>2020-01-20</w:t>
            </w:r>
          </w:p>
        </w:tc>
        <w:tc>
          <w:tcPr>
            <w:tcW w:type="dxa" w:w="1037"/>
          </w:tcPr>
          <w:p>
            <w:pPr>
              <w:spacing w:after="0"/>
              <w:jc w:val="left"/>
            </w:pPr>
            <w:r>
              <w:rPr>
                <w:sz w:val="16"/>
              </w:rPr>
              <w:t>DR-4532-VT</w:t>
            </w:r>
          </w:p>
        </w:tc>
        <w:tc>
          <w:tcPr>
            <w:tcW w:type="dxa" w:w="1332"/>
          </w:tcPr>
          <w:p>
            <w:pPr>
              <w:spacing w:after="0"/>
              <w:jc w:val="left"/>
            </w:pPr>
            <w:r>
              <w:rPr>
                <w:sz w:val="16"/>
              </w:rPr>
              <w:t>Major disaster</w:t>
            </w:r>
          </w:p>
        </w:tc>
        <w:tc>
          <w:tcPr>
            <w:tcW w:type="dxa" w:w="2279"/>
          </w:tcPr>
          <w:p>
            <w:pPr>
              <w:spacing w:after="0"/>
              <w:jc w:val="left"/>
            </w:pPr>
            <w:r>
              <w:rPr>
                <w:sz w:val="16"/>
              </w:rPr>
              <w:t>COVID-19 Pandemic</w:t>
            </w:r>
          </w:p>
        </w:tc>
        <w:tc>
          <w:tcPr>
            <w:tcW w:type="dxa" w:w="2138"/>
          </w:tcPr>
          <w:p>
            <w:pPr>
              <w:spacing w:after="0"/>
              <w:jc w:val="left"/>
            </w:pPr>
            <w:r>
              <w:rPr>
                <w:sz w:val="16"/>
              </w:rPr>
              <w:t>Non-natural, not counted</w:t>
            </w:r>
          </w:p>
        </w:tc>
        <w:tc>
          <w:tcPr>
            <w:tcW w:type="dxa" w:w="2547"/>
          </w:tcPr>
          <w:p>
            <w:pPr>
              <w:spacing w:after="0"/>
              <w:jc w:val="right"/>
            </w:pPr>
            <w:r>
              <w:rPr>
                <w:sz w:val="16"/>
              </w:rPr>
              <w:t>$417,039.46</w:t>
            </w:r>
          </w:p>
        </w:tc>
        <w:tc>
          <w:tcPr>
            <w:tcW w:type="dxa" w:w="1816"/>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EM-3437-VT</w:t>
            </w:r>
          </w:p>
        </w:tc>
        <w:tc>
          <w:tcPr>
            <w:tcW w:type="dxa" w:w="1332"/>
          </w:tcPr>
          <w:p>
            <w:pPr>
              <w:spacing w:after="0"/>
              <w:jc w:val="left"/>
            </w:pPr>
            <w:r>
              <w:rPr>
                <w:sz w:val="16"/>
              </w:rPr>
              <w:t>Emergency</w:t>
            </w:r>
          </w:p>
        </w:tc>
        <w:tc>
          <w:tcPr>
            <w:tcW w:type="dxa" w:w="2279"/>
          </w:tcPr>
          <w:p>
            <w:pPr>
              <w:spacing w:after="0"/>
              <w:jc w:val="left"/>
            </w:pPr>
            <w:r>
              <w:rPr>
                <w:sz w:val="16"/>
              </w:rPr>
              <w:t>COVID-19</w:t>
            </w:r>
          </w:p>
        </w:tc>
        <w:tc>
          <w:tcPr>
            <w:tcW w:type="dxa" w:w="2138"/>
          </w:tcPr>
          <w:p>
            <w:pPr>
              <w:spacing w:after="0"/>
              <w:jc w:val="left"/>
            </w:pPr>
            <w:r>
              <w:rPr>
                <w:sz w:val="16"/>
              </w:rPr>
              <w:t>Non-natural, not counted</w:t>
            </w:r>
          </w:p>
        </w:tc>
        <w:tc>
          <w:tcPr>
            <w:tcW w:type="dxa" w:w="2547"/>
          </w:tcPr>
          <w:p>
            <w:pPr>
              <w:spacing w:after="0"/>
              <w:jc w:val="right"/>
            </w:pPr>
            <w:r>
              <w:rPr>
                <w:sz w:val="16"/>
              </w:rPr>
              <w:t>no Public Assistance recorded</w:t>
            </w:r>
          </w:p>
        </w:tc>
        <w:tc>
          <w:tcPr>
            <w:tcW w:type="dxa" w:w="1816"/>
          </w:tcPr>
          <w:p>
            <w:pPr>
              <w:spacing w:after="0"/>
              <w:jc w:val="left"/>
            </w:pPr>
          </w:p>
        </w:tc>
        <w:tc>
          <w:tcPr>
            <w:tcW w:type="dxa" w:w="889"/>
          </w:tcPr>
          <w:p>
            <w:pPr>
              <w:spacing w:after="0"/>
              <w:jc w:val="left"/>
            </w:pPr>
            <w:r>
              <w:rPr>
                <w:sz w:val="16"/>
              </w:rPr>
              <w:t>same incident as DR-4532</w:t>
            </w:r>
          </w:p>
        </w:tc>
      </w:tr>
      <w:tr>
        <w:trPr>
          <w:cantSplit/>
        </w:trPr>
        <w:tc>
          <w:tcPr>
            <w:tcW w:type="dxa" w:w="1037"/>
          </w:tcPr>
          <w:p>
            <w:pPr>
              <w:spacing w:after="0"/>
              <w:jc w:val="left"/>
            </w:pPr>
            <w:r>
              <w:rPr>
                <w:sz w:val="16"/>
              </w:rPr>
              <w:t>2019-06-14</w:t>
            </w:r>
          </w:p>
        </w:tc>
        <w:tc>
          <w:tcPr>
            <w:tcW w:type="dxa" w:w="1037"/>
          </w:tcPr>
          <w:p>
            <w:pPr>
              <w:spacing w:after="0"/>
              <w:jc w:val="left"/>
            </w:pPr>
            <w:r>
              <w:rPr>
                <w:sz w:val="16"/>
              </w:rPr>
              <w:t>2019-04-15</w:t>
            </w:r>
          </w:p>
        </w:tc>
        <w:tc>
          <w:tcPr>
            <w:tcW w:type="dxa" w:w="1037"/>
          </w:tcPr>
          <w:p>
            <w:pPr>
              <w:spacing w:after="0"/>
              <w:jc w:val="left"/>
            </w:pPr>
            <w:r>
              <w:rPr>
                <w:sz w:val="16"/>
              </w:rPr>
              <w:t>DR-4445-VT</w:t>
            </w:r>
          </w:p>
        </w:tc>
        <w:tc>
          <w:tcPr>
            <w:tcW w:type="dxa" w:w="1332"/>
          </w:tcPr>
          <w:p>
            <w:pPr>
              <w:spacing w:after="0"/>
              <w:jc w:val="left"/>
            </w:pPr>
            <w:r>
              <w:rPr>
                <w:sz w:val="16"/>
              </w:rPr>
              <w:t>Major disaster</w:t>
            </w:r>
          </w:p>
        </w:tc>
        <w:tc>
          <w:tcPr>
            <w:tcW w:type="dxa" w:w="2279"/>
          </w:tcPr>
          <w:p>
            <w:pPr>
              <w:spacing w:after="0"/>
              <w:jc w:val="left"/>
            </w:pPr>
            <w:r>
              <w:rPr>
                <w:sz w:val="16"/>
              </w:rPr>
              <w:t>Severe Storms and Flooding</w:t>
            </w:r>
          </w:p>
        </w:tc>
        <w:tc>
          <w:tcPr>
            <w:tcW w:type="dxa" w:w="2138"/>
          </w:tcPr>
          <w:p>
            <w:pPr>
              <w:spacing w:after="0"/>
              <w:jc w:val="left"/>
            </w:pPr>
            <w:r>
              <w:rPr>
                <w:sz w:val="16"/>
              </w:rPr>
              <w:t>Inland Flooding</w:t>
            </w:r>
          </w:p>
        </w:tc>
        <w:tc>
          <w:tcPr>
            <w:tcW w:type="dxa" w:w="2547"/>
          </w:tcPr>
          <w:p>
            <w:pPr>
              <w:spacing w:after="0"/>
              <w:jc w:val="right"/>
            </w:pPr>
            <w:r>
              <w:rPr>
                <w:sz w:val="16"/>
              </w:rPr>
              <w:t>$2,957,768.62</w:t>
            </w:r>
          </w:p>
        </w:tc>
        <w:tc>
          <w:tcPr>
            <w:tcW w:type="dxa" w:w="1816"/>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2017-08-16</w:t>
            </w:r>
          </w:p>
        </w:tc>
        <w:tc>
          <w:tcPr>
            <w:tcW w:type="dxa" w:w="1037"/>
          </w:tcPr>
          <w:p>
            <w:pPr>
              <w:spacing w:after="0"/>
              <w:jc w:val="left"/>
            </w:pPr>
            <w:r>
              <w:rPr>
                <w:sz w:val="16"/>
              </w:rPr>
              <w:t>2017-06-29</w:t>
            </w:r>
          </w:p>
        </w:tc>
        <w:tc>
          <w:tcPr>
            <w:tcW w:type="dxa" w:w="1037"/>
          </w:tcPr>
          <w:p>
            <w:pPr>
              <w:spacing w:after="0"/>
              <w:jc w:val="left"/>
            </w:pPr>
            <w:r>
              <w:rPr>
                <w:sz w:val="16"/>
              </w:rPr>
              <w:t>DR-4330-VT</w:t>
            </w:r>
          </w:p>
        </w:tc>
        <w:tc>
          <w:tcPr>
            <w:tcW w:type="dxa" w:w="1332"/>
          </w:tcPr>
          <w:p>
            <w:pPr>
              <w:spacing w:after="0"/>
              <w:jc w:val="left"/>
            </w:pPr>
            <w:r>
              <w:rPr>
                <w:sz w:val="16"/>
              </w:rPr>
              <w:t>Major disaster</w:t>
            </w:r>
          </w:p>
        </w:tc>
        <w:tc>
          <w:tcPr>
            <w:tcW w:type="dxa" w:w="2279"/>
          </w:tcPr>
          <w:p>
            <w:pPr>
              <w:spacing w:after="0"/>
              <w:jc w:val="left"/>
            </w:pPr>
            <w:r>
              <w:rPr>
                <w:sz w:val="16"/>
              </w:rPr>
              <w:t>Severe Storms and Flooding</w:t>
            </w:r>
          </w:p>
        </w:tc>
        <w:tc>
          <w:tcPr>
            <w:tcW w:type="dxa" w:w="2138"/>
          </w:tcPr>
          <w:p>
            <w:pPr>
              <w:spacing w:after="0"/>
              <w:jc w:val="left"/>
            </w:pPr>
            <w:r>
              <w:rPr>
                <w:sz w:val="16"/>
              </w:rPr>
              <w:t>Inland Flooding</w:t>
            </w:r>
          </w:p>
        </w:tc>
        <w:tc>
          <w:tcPr>
            <w:tcW w:type="dxa" w:w="2547"/>
          </w:tcPr>
          <w:p>
            <w:pPr>
              <w:spacing w:after="0"/>
              <w:jc w:val="right"/>
            </w:pPr>
            <w:r>
              <w:rPr>
                <w:sz w:val="16"/>
              </w:rPr>
              <w:t>$3,018,473.45</w:t>
            </w:r>
          </w:p>
        </w:tc>
        <w:tc>
          <w:tcPr>
            <w:tcW w:type="dxa" w:w="1816"/>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2015-02-03</w:t>
            </w:r>
          </w:p>
        </w:tc>
        <w:tc>
          <w:tcPr>
            <w:tcW w:type="dxa" w:w="1037"/>
          </w:tcPr>
          <w:p>
            <w:pPr>
              <w:spacing w:after="0"/>
              <w:jc w:val="left"/>
            </w:pPr>
            <w:r>
              <w:rPr>
                <w:sz w:val="16"/>
              </w:rPr>
              <w:t>2014-12-09</w:t>
            </w:r>
          </w:p>
        </w:tc>
        <w:tc>
          <w:tcPr>
            <w:tcW w:type="dxa" w:w="1037"/>
          </w:tcPr>
          <w:p>
            <w:pPr>
              <w:spacing w:after="0"/>
              <w:jc w:val="left"/>
            </w:pPr>
            <w:r>
              <w:rPr>
                <w:sz w:val="16"/>
              </w:rPr>
              <w:t>DR-4207-VT</w:t>
            </w:r>
          </w:p>
        </w:tc>
        <w:tc>
          <w:tcPr>
            <w:tcW w:type="dxa" w:w="1332"/>
          </w:tcPr>
          <w:p>
            <w:pPr>
              <w:spacing w:after="0"/>
              <w:jc w:val="left"/>
            </w:pPr>
            <w:r>
              <w:rPr>
                <w:sz w:val="16"/>
              </w:rPr>
              <w:t>Major disaster</w:t>
            </w:r>
          </w:p>
        </w:tc>
        <w:tc>
          <w:tcPr>
            <w:tcW w:type="dxa" w:w="2279"/>
          </w:tcPr>
          <w:p>
            <w:pPr>
              <w:spacing w:after="0"/>
              <w:jc w:val="left"/>
            </w:pPr>
            <w:r>
              <w:rPr>
                <w:sz w:val="16"/>
              </w:rPr>
              <w:t>Severe Winter Storm</w:t>
            </w:r>
          </w:p>
        </w:tc>
        <w:tc>
          <w:tcPr>
            <w:tcW w:type="dxa" w:w="2138"/>
          </w:tcPr>
          <w:p>
            <w:pPr>
              <w:spacing w:after="0"/>
              <w:jc w:val="left"/>
            </w:pPr>
            <w:r>
              <w:rPr>
                <w:sz w:val="16"/>
              </w:rPr>
              <w:t>Winter Weather</w:t>
            </w:r>
          </w:p>
        </w:tc>
        <w:tc>
          <w:tcPr>
            <w:tcW w:type="dxa" w:w="2547"/>
          </w:tcPr>
          <w:p>
            <w:pPr>
              <w:spacing w:after="0"/>
              <w:jc w:val="right"/>
            </w:pPr>
            <w:r>
              <w:rPr>
                <w:sz w:val="16"/>
              </w:rPr>
              <w:t>$182,575.42</w:t>
            </w:r>
          </w:p>
        </w:tc>
        <w:tc>
          <w:tcPr>
            <w:tcW w:type="dxa" w:w="1816"/>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2013-08-02</w:t>
            </w:r>
          </w:p>
        </w:tc>
        <w:tc>
          <w:tcPr>
            <w:tcW w:type="dxa" w:w="1037"/>
          </w:tcPr>
          <w:p>
            <w:pPr>
              <w:spacing w:after="0"/>
              <w:jc w:val="left"/>
            </w:pPr>
            <w:r>
              <w:rPr>
                <w:sz w:val="16"/>
              </w:rPr>
              <w:t>2013-06-25</w:t>
            </w:r>
          </w:p>
        </w:tc>
        <w:tc>
          <w:tcPr>
            <w:tcW w:type="dxa" w:w="1037"/>
          </w:tcPr>
          <w:p>
            <w:pPr>
              <w:spacing w:after="0"/>
              <w:jc w:val="left"/>
            </w:pPr>
            <w:r>
              <w:rPr>
                <w:sz w:val="16"/>
              </w:rPr>
              <w:t>DR-4140-VT</w:t>
            </w:r>
          </w:p>
        </w:tc>
        <w:tc>
          <w:tcPr>
            <w:tcW w:type="dxa" w:w="1332"/>
          </w:tcPr>
          <w:p>
            <w:pPr>
              <w:spacing w:after="0"/>
              <w:jc w:val="left"/>
            </w:pPr>
            <w:r>
              <w:rPr>
                <w:sz w:val="16"/>
              </w:rPr>
              <w:t>Major disaster</w:t>
            </w:r>
          </w:p>
        </w:tc>
        <w:tc>
          <w:tcPr>
            <w:tcW w:type="dxa" w:w="2279"/>
          </w:tcPr>
          <w:p>
            <w:pPr>
              <w:spacing w:after="0"/>
              <w:jc w:val="left"/>
            </w:pPr>
            <w:r>
              <w:rPr>
                <w:sz w:val="16"/>
              </w:rPr>
              <w:t>Severe Storms and Flooding</w:t>
            </w:r>
          </w:p>
        </w:tc>
        <w:tc>
          <w:tcPr>
            <w:tcW w:type="dxa" w:w="2138"/>
          </w:tcPr>
          <w:p>
            <w:pPr>
              <w:spacing w:after="0"/>
              <w:jc w:val="left"/>
            </w:pPr>
            <w:r>
              <w:rPr>
                <w:sz w:val="16"/>
              </w:rPr>
              <w:t>Inland Flooding</w:t>
            </w:r>
          </w:p>
        </w:tc>
        <w:tc>
          <w:tcPr>
            <w:tcW w:type="dxa" w:w="2547"/>
          </w:tcPr>
          <w:p>
            <w:pPr>
              <w:spacing w:after="0"/>
              <w:jc w:val="right"/>
            </w:pPr>
            <w:r>
              <w:rPr>
                <w:sz w:val="16"/>
              </w:rPr>
              <w:t>$1,348,367.98</w:t>
            </w:r>
          </w:p>
        </w:tc>
        <w:tc>
          <w:tcPr>
            <w:tcW w:type="dxa" w:w="1816"/>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2011-09-01</w:t>
            </w:r>
          </w:p>
        </w:tc>
        <w:tc>
          <w:tcPr>
            <w:tcW w:type="dxa" w:w="1037"/>
          </w:tcPr>
          <w:p>
            <w:pPr>
              <w:spacing w:after="0"/>
              <w:jc w:val="left"/>
            </w:pPr>
            <w:r>
              <w:rPr>
                <w:sz w:val="16"/>
              </w:rPr>
              <w:t>2011-08-27</w:t>
            </w:r>
          </w:p>
        </w:tc>
        <w:tc>
          <w:tcPr>
            <w:tcW w:type="dxa" w:w="1037"/>
          </w:tcPr>
          <w:p>
            <w:pPr>
              <w:spacing w:after="0"/>
              <w:jc w:val="left"/>
            </w:pPr>
            <w:r>
              <w:rPr>
                <w:sz w:val="16"/>
              </w:rPr>
              <w:t>DR-4022-VT</w:t>
            </w:r>
          </w:p>
        </w:tc>
        <w:tc>
          <w:tcPr>
            <w:tcW w:type="dxa" w:w="1332"/>
          </w:tcPr>
          <w:p>
            <w:pPr>
              <w:spacing w:after="0"/>
              <w:jc w:val="left"/>
            </w:pPr>
            <w:r>
              <w:rPr>
                <w:sz w:val="16"/>
              </w:rPr>
              <w:t>Major disaster</w:t>
            </w:r>
          </w:p>
        </w:tc>
        <w:tc>
          <w:tcPr>
            <w:tcW w:type="dxa" w:w="2279"/>
          </w:tcPr>
          <w:p>
            <w:pPr>
              <w:spacing w:after="0"/>
              <w:jc w:val="left"/>
            </w:pPr>
            <w:r>
              <w:rPr>
                <w:sz w:val="16"/>
              </w:rPr>
              <w:t>Tropical Storm Irene</w:t>
            </w:r>
          </w:p>
        </w:tc>
        <w:tc>
          <w:tcPr>
            <w:tcW w:type="dxa" w:w="2138"/>
          </w:tcPr>
          <w:p>
            <w:pPr>
              <w:spacing w:after="0"/>
              <w:jc w:val="left"/>
            </w:pPr>
            <w:r>
              <w:rPr>
                <w:sz w:val="16"/>
              </w:rPr>
              <w:t>Hurricane</w:t>
            </w:r>
          </w:p>
        </w:tc>
        <w:tc>
          <w:tcPr>
            <w:tcW w:type="dxa" w:w="2547"/>
          </w:tcPr>
          <w:p>
            <w:pPr>
              <w:spacing w:after="0"/>
              <w:jc w:val="right"/>
            </w:pPr>
            <w:r>
              <w:rPr>
                <w:sz w:val="16"/>
              </w:rPr>
              <w:t>$42,659,373.48</w:t>
            </w:r>
          </w:p>
        </w:tc>
        <w:tc>
          <w:tcPr>
            <w:tcW w:type="dxa" w:w="1816"/>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2011-08-29</w:t>
            </w:r>
          </w:p>
        </w:tc>
        <w:tc>
          <w:tcPr>
            <w:tcW w:type="dxa" w:w="1037"/>
          </w:tcPr>
          <w:p>
            <w:pPr>
              <w:spacing w:after="0"/>
              <w:jc w:val="left"/>
            </w:pPr>
            <w:r>
              <w:rPr>
                <w:sz w:val="16"/>
              </w:rPr>
              <w:t>2011-08-26</w:t>
            </w:r>
          </w:p>
        </w:tc>
        <w:tc>
          <w:tcPr>
            <w:tcW w:type="dxa" w:w="1037"/>
          </w:tcPr>
          <w:p>
            <w:pPr>
              <w:spacing w:after="0"/>
              <w:jc w:val="left"/>
            </w:pPr>
            <w:r>
              <w:rPr>
                <w:sz w:val="16"/>
              </w:rPr>
              <w:t>EM-3338-VT</w:t>
            </w:r>
          </w:p>
        </w:tc>
        <w:tc>
          <w:tcPr>
            <w:tcW w:type="dxa" w:w="1332"/>
          </w:tcPr>
          <w:p>
            <w:pPr>
              <w:spacing w:after="0"/>
              <w:jc w:val="left"/>
            </w:pPr>
            <w:r>
              <w:rPr>
                <w:sz w:val="16"/>
              </w:rPr>
              <w:t>Emergency</w:t>
            </w:r>
          </w:p>
        </w:tc>
        <w:tc>
          <w:tcPr>
            <w:tcW w:type="dxa" w:w="2279"/>
          </w:tcPr>
          <w:p>
            <w:pPr>
              <w:spacing w:after="0"/>
              <w:jc w:val="left"/>
            </w:pPr>
            <w:r>
              <w:rPr>
                <w:sz w:val="16"/>
              </w:rPr>
              <w:t>Hurricane Irene</w:t>
            </w:r>
          </w:p>
        </w:tc>
        <w:tc>
          <w:tcPr>
            <w:tcW w:type="dxa" w:w="2138"/>
          </w:tcPr>
          <w:p>
            <w:pPr>
              <w:spacing w:after="0"/>
              <w:jc w:val="left"/>
            </w:pPr>
            <w:r>
              <w:rPr>
                <w:sz w:val="16"/>
              </w:rPr>
              <w:t>Hurricane</w:t>
            </w:r>
          </w:p>
        </w:tc>
        <w:tc>
          <w:tcPr>
            <w:tcW w:type="dxa" w:w="2547"/>
          </w:tcPr>
          <w:p>
            <w:pPr>
              <w:spacing w:after="0"/>
              <w:jc w:val="right"/>
            </w:pPr>
            <w:r>
              <w:rPr>
                <w:sz w:val="16"/>
              </w:rPr>
              <w:t>no Public Assistance recorded</w:t>
            </w:r>
          </w:p>
        </w:tc>
        <w:tc>
          <w:tcPr>
            <w:tcW w:type="dxa" w:w="1816"/>
          </w:tcPr>
          <w:p>
            <w:pPr>
              <w:spacing w:after="0"/>
              <w:jc w:val="left"/>
            </w:pPr>
          </w:p>
        </w:tc>
        <w:tc>
          <w:tcPr>
            <w:tcW w:type="dxa" w:w="889"/>
          </w:tcPr>
          <w:p>
            <w:pPr>
              <w:spacing w:after="0"/>
              <w:jc w:val="left"/>
            </w:pPr>
            <w:r>
              <w:rPr>
                <w:sz w:val="16"/>
              </w:rPr>
              <w:t>same incident as DR-4022</w:t>
            </w:r>
          </w:p>
        </w:tc>
      </w:tr>
      <w:tr>
        <w:trPr>
          <w:cantSplit/>
        </w:trPr>
        <w:tc>
          <w:tcPr>
            <w:tcW w:type="dxa" w:w="1037"/>
          </w:tcPr>
          <w:p>
            <w:pPr>
              <w:spacing w:after="0"/>
              <w:jc w:val="left"/>
            </w:pPr>
            <w:r>
              <w:rPr>
                <w:sz w:val="16"/>
              </w:rPr>
              <w:t>2008-09-12</w:t>
            </w:r>
          </w:p>
        </w:tc>
        <w:tc>
          <w:tcPr>
            <w:tcW w:type="dxa" w:w="1037"/>
          </w:tcPr>
          <w:p>
            <w:pPr>
              <w:spacing w:after="0"/>
              <w:jc w:val="left"/>
            </w:pPr>
            <w:r>
              <w:rPr>
                <w:sz w:val="16"/>
              </w:rPr>
              <w:t>2008-07-21</w:t>
            </w:r>
          </w:p>
        </w:tc>
        <w:tc>
          <w:tcPr>
            <w:tcW w:type="dxa" w:w="1037"/>
          </w:tcPr>
          <w:p>
            <w:pPr>
              <w:spacing w:after="0"/>
              <w:jc w:val="left"/>
            </w:pPr>
            <w:r>
              <w:rPr>
                <w:sz w:val="16"/>
              </w:rPr>
              <w:t>DR-1790-VT</w:t>
            </w:r>
          </w:p>
        </w:tc>
        <w:tc>
          <w:tcPr>
            <w:tcW w:type="dxa" w:w="1332"/>
          </w:tcPr>
          <w:p>
            <w:pPr>
              <w:spacing w:after="0"/>
              <w:jc w:val="left"/>
            </w:pPr>
            <w:r>
              <w:rPr>
                <w:sz w:val="16"/>
              </w:rPr>
              <w:t>Major disaster</w:t>
            </w:r>
          </w:p>
        </w:tc>
        <w:tc>
          <w:tcPr>
            <w:tcW w:type="dxa" w:w="2279"/>
          </w:tcPr>
          <w:p>
            <w:pPr>
              <w:spacing w:after="0"/>
              <w:jc w:val="left"/>
            </w:pPr>
            <w:r>
              <w:rPr>
                <w:sz w:val="16"/>
              </w:rPr>
              <w:t>Severe Storms and Flooding</w:t>
            </w:r>
          </w:p>
        </w:tc>
        <w:tc>
          <w:tcPr>
            <w:tcW w:type="dxa" w:w="2138"/>
          </w:tcPr>
          <w:p>
            <w:pPr>
              <w:spacing w:after="0"/>
              <w:jc w:val="left"/>
            </w:pPr>
            <w:r>
              <w:rPr>
                <w:sz w:val="16"/>
              </w:rPr>
              <w:t>Inland Flooding</w:t>
            </w:r>
          </w:p>
        </w:tc>
        <w:tc>
          <w:tcPr>
            <w:tcW w:type="dxa" w:w="2547"/>
          </w:tcPr>
          <w:p>
            <w:pPr>
              <w:spacing w:after="0"/>
              <w:jc w:val="right"/>
            </w:pPr>
            <w:r>
              <w:rPr>
                <w:sz w:val="16"/>
              </w:rPr>
              <w:t>$351,772.10</w:t>
            </w:r>
          </w:p>
        </w:tc>
        <w:tc>
          <w:tcPr>
            <w:tcW w:type="dxa" w:w="1816"/>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2007-08-03</w:t>
            </w:r>
          </w:p>
        </w:tc>
        <w:tc>
          <w:tcPr>
            <w:tcW w:type="dxa" w:w="1037"/>
          </w:tcPr>
          <w:p>
            <w:pPr>
              <w:spacing w:after="0"/>
              <w:jc w:val="left"/>
            </w:pPr>
            <w:r>
              <w:rPr>
                <w:sz w:val="16"/>
              </w:rPr>
              <w:t>2007-07-09</w:t>
            </w:r>
          </w:p>
        </w:tc>
        <w:tc>
          <w:tcPr>
            <w:tcW w:type="dxa" w:w="1037"/>
          </w:tcPr>
          <w:p>
            <w:pPr>
              <w:spacing w:after="0"/>
              <w:jc w:val="left"/>
            </w:pPr>
            <w:r>
              <w:rPr>
                <w:sz w:val="16"/>
              </w:rPr>
              <w:t>DR-1715-VT</w:t>
            </w:r>
          </w:p>
        </w:tc>
        <w:tc>
          <w:tcPr>
            <w:tcW w:type="dxa" w:w="1332"/>
          </w:tcPr>
          <w:p>
            <w:pPr>
              <w:spacing w:after="0"/>
              <w:jc w:val="left"/>
            </w:pPr>
            <w:r>
              <w:rPr>
                <w:sz w:val="16"/>
              </w:rPr>
              <w:t>Major disaster</w:t>
            </w:r>
          </w:p>
        </w:tc>
        <w:tc>
          <w:tcPr>
            <w:tcW w:type="dxa" w:w="2279"/>
          </w:tcPr>
          <w:p>
            <w:pPr>
              <w:spacing w:after="0"/>
              <w:jc w:val="left"/>
            </w:pPr>
            <w:r>
              <w:rPr>
                <w:sz w:val="16"/>
              </w:rPr>
              <w:t>Severe Storms and Flooding</w:t>
            </w:r>
          </w:p>
        </w:tc>
        <w:tc>
          <w:tcPr>
            <w:tcW w:type="dxa" w:w="2138"/>
          </w:tcPr>
          <w:p>
            <w:pPr>
              <w:spacing w:after="0"/>
              <w:jc w:val="left"/>
            </w:pPr>
            <w:r>
              <w:rPr>
                <w:sz w:val="16"/>
              </w:rPr>
              <w:t>Inland Flooding</w:t>
            </w:r>
          </w:p>
        </w:tc>
        <w:tc>
          <w:tcPr>
            <w:tcW w:type="dxa" w:w="2547"/>
          </w:tcPr>
          <w:p>
            <w:pPr>
              <w:spacing w:after="0"/>
              <w:jc w:val="right"/>
            </w:pPr>
            <w:r>
              <w:rPr>
                <w:sz w:val="16"/>
              </w:rPr>
              <w:t>$1,188,961.89</w:t>
            </w:r>
          </w:p>
        </w:tc>
        <w:tc>
          <w:tcPr>
            <w:tcW w:type="dxa" w:w="1816"/>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2007-05-04</w:t>
            </w:r>
          </w:p>
        </w:tc>
        <w:tc>
          <w:tcPr>
            <w:tcW w:type="dxa" w:w="1037"/>
          </w:tcPr>
          <w:p>
            <w:pPr>
              <w:spacing w:after="0"/>
              <w:jc w:val="left"/>
            </w:pPr>
            <w:r>
              <w:rPr>
                <w:sz w:val="16"/>
              </w:rPr>
              <w:t>2007-04-15</w:t>
            </w:r>
          </w:p>
        </w:tc>
        <w:tc>
          <w:tcPr>
            <w:tcW w:type="dxa" w:w="1037"/>
          </w:tcPr>
          <w:p>
            <w:pPr>
              <w:spacing w:after="0"/>
              <w:jc w:val="left"/>
            </w:pPr>
            <w:r>
              <w:rPr>
                <w:sz w:val="16"/>
              </w:rPr>
              <w:t>DR-1698-VT</w:t>
            </w:r>
          </w:p>
        </w:tc>
        <w:tc>
          <w:tcPr>
            <w:tcW w:type="dxa" w:w="1332"/>
          </w:tcPr>
          <w:p>
            <w:pPr>
              <w:spacing w:after="0"/>
              <w:jc w:val="left"/>
            </w:pPr>
            <w:r>
              <w:rPr>
                <w:sz w:val="16"/>
              </w:rPr>
              <w:t>Major disaster</w:t>
            </w:r>
          </w:p>
        </w:tc>
        <w:tc>
          <w:tcPr>
            <w:tcW w:type="dxa" w:w="2279"/>
          </w:tcPr>
          <w:p>
            <w:pPr>
              <w:spacing w:after="0"/>
              <w:jc w:val="left"/>
            </w:pPr>
            <w:r>
              <w:rPr>
                <w:sz w:val="16"/>
              </w:rPr>
              <w:t>Severe Storms and Flooding</w:t>
            </w:r>
          </w:p>
        </w:tc>
        <w:tc>
          <w:tcPr>
            <w:tcW w:type="dxa" w:w="2138"/>
          </w:tcPr>
          <w:p>
            <w:pPr>
              <w:spacing w:after="0"/>
              <w:jc w:val="left"/>
            </w:pPr>
            <w:r>
              <w:rPr>
                <w:sz w:val="16"/>
              </w:rPr>
              <w:t>Inland Flooding</w:t>
            </w:r>
          </w:p>
        </w:tc>
        <w:tc>
          <w:tcPr>
            <w:tcW w:type="dxa" w:w="2547"/>
          </w:tcPr>
          <w:p>
            <w:pPr>
              <w:spacing w:after="0"/>
              <w:jc w:val="right"/>
            </w:pPr>
            <w:r>
              <w:rPr>
                <w:sz w:val="16"/>
              </w:rPr>
              <w:t>$226,952.79</w:t>
            </w:r>
          </w:p>
        </w:tc>
        <w:tc>
          <w:tcPr>
            <w:tcW w:type="dxa" w:w="1816"/>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2003-09-12</w:t>
            </w:r>
          </w:p>
        </w:tc>
        <w:tc>
          <w:tcPr>
            <w:tcW w:type="dxa" w:w="1037"/>
          </w:tcPr>
          <w:p>
            <w:pPr>
              <w:spacing w:after="0"/>
              <w:jc w:val="left"/>
            </w:pPr>
            <w:r>
              <w:rPr>
                <w:sz w:val="16"/>
              </w:rPr>
              <w:t>2003-07-21</w:t>
            </w:r>
          </w:p>
        </w:tc>
        <w:tc>
          <w:tcPr>
            <w:tcW w:type="dxa" w:w="1037"/>
          </w:tcPr>
          <w:p>
            <w:pPr>
              <w:spacing w:after="0"/>
              <w:jc w:val="left"/>
            </w:pPr>
            <w:r>
              <w:rPr>
                <w:sz w:val="16"/>
              </w:rPr>
              <w:t>DR-1488-VT</w:t>
            </w:r>
          </w:p>
        </w:tc>
        <w:tc>
          <w:tcPr>
            <w:tcW w:type="dxa" w:w="1332"/>
          </w:tcPr>
          <w:p>
            <w:pPr>
              <w:spacing w:after="0"/>
              <w:jc w:val="left"/>
            </w:pPr>
            <w:r>
              <w:rPr>
                <w:sz w:val="16"/>
              </w:rPr>
              <w:t>Major disaster</w:t>
            </w:r>
          </w:p>
        </w:tc>
        <w:tc>
          <w:tcPr>
            <w:tcW w:type="dxa" w:w="2279"/>
          </w:tcPr>
          <w:p>
            <w:pPr>
              <w:spacing w:after="0"/>
              <w:jc w:val="left"/>
            </w:pPr>
            <w:r>
              <w:rPr>
                <w:sz w:val="16"/>
              </w:rPr>
              <w:t>Severe Storms and Flooding</w:t>
            </w:r>
          </w:p>
        </w:tc>
        <w:tc>
          <w:tcPr>
            <w:tcW w:type="dxa" w:w="2138"/>
          </w:tcPr>
          <w:p>
            <w:pPr>
              <w:spacing w:after="0"/>
              <w:jc w:val="left"/>
            </w:pPr>
            <w:r>
              <w:rPr>
                <w:sz w:val="16"/>
              </w:rPr>
              <w:t>Inland Flooding</w:t>
            </w:r>
          </w:p>
        </w:tc>
        <w:tc>
          <w:tcPr>
            <w:tcW w:type="dxa" w:w="2547"/>
          </w:tcPr>
          <w:p>
            <w:pPr>
              <w:spacing w:after="0"/>
              <w:jc w:val="right"/>
            </w:pPr>
            <w:r>
              <w:rPr>
                <w:sz w:val="16"/>
              </w:rPr>
              <w:t>$354,818.45</w:t>
            </w:r>
          </w:p>
        </w:tc>
        <w:tc>
          <w:tcPr>
            <w:tcW w:type="dxa" w:w="1816"/>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2001-04-10</w:t>
            </w:r>
          </w:p>
        </w:tc>
        <w:tc>
          <w:tcPr>
            <w:tcW w:type="dxa" w:w="1037"/>
          </w:tcPr>
          <w:p>
            <w:pPr>
              <w:spacing w:after="0"/>
              <w:jc w:val="left"/>
            </w:pPr>
            <w:r>
              <w:rPr>
                <w:sz w:val="16"/>
              </w:rPr>
              <w:t>2001-03-05</w:t>
            </w:r>
          </w:p>
        </w:tc>
        <w:tc>
          <w:tcPr>
            <w:tcW w:type="dxa" w:w="1037"/>
          </w:tcPr>
          <w:p>
            <w:pPr>
              <w:spacing w:after="0"/>
              <w:jc w:val="left"/>
            </w:pPr>
            <w:r>
              <w:rPr>
                <w:sz w:val="16"/>
              </w:rPr>
              <w:t>EM-3167-VT</w:t>
            </w:r>
          </w:p>
        </w:tc>
        <w:tc>
          <w:tcPr>
            <w:tcW w:type="dxa" w:w="1332"/>
          </w:tcPr>
          <w:p>
            <w:pPr>
              <w:spacing w:after="0"/>
              <w:jc w:val="left"/>
            </w:pPr>
            <w:r>
              <w:rPr>
                <w:sz w:val="16"/>
              </w:rPr>
              <w:t>Emergency</w:t>
            </w:r>
          </w:p>
        </w:tc>
        <w:tc>
          <w:tcPr>
            <w:tcW w:type="dxa" w:w="2279"/>
          </w:tcPr>
          <w:p>
            <w:pPr>
              <w:spacing w:after="0"/>
              <w:jc w:val="left"/>
            </w:pPr>
            <w:r>
              <w:rPr>
                <w:sz w:val="16"/>
              </w:rPr>
              <w:t>Snow</w:t>
            </w:r>
          </w:p>
        </w:tc>
        <w:tc>
          <w:tcPr>
            <w:tcW w:type="dxa" w:w="2138"/>
          </w:tcPr>
          <w:p>
            <w:pPr>
              <w:spacing w:after="0"/>
              <w:jc w:val="left"/>
            </w:pPr>
            <w:r>
              <w:rPr>
                <w:sz w:val="16"/>
              </w:rPr>
              <w:t>Winter Weather</w:t>
            </w:r>
          </w:p>
        </w:tc>
        <w:tc>
          <w:tcPr>
            <w:tcW w:type="dxa" w:w="2547"/>
          </w:tcPr>
          <w:p>
            <w:pPr>
              <w:spacing w:after="0"/>
              <w:jc w:val="right"/>
            </w:pPr>
            <w:r>
              <w:rPr>
                <w:sz w:val="16"/>
              </w:rPr>
              <w:t>$129,061.42</w:t>
            </w:r>
          </w:p>
        </w:tc>
        <w:tc>
          <w:tcPr>
            <w:tcW w:type="dxa" w:w="1816"/>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2000-07-27</w:t>
            </w:r>
          </w:p>
        </w:tc>
        <w:tc>
          <w:tcPr>
            <w:tcW w:type="dxa" w:w="1037"/>
          </w:tcPr>
          <w:p>
            <w:pPr>
              <w:spacing w:after="0"/>
              <w:jc w:val="left"/>
            </w:pPr>
            <w:r>
              <w:rPr>
                <w:sz w:val="16"/>
              </w:rPr>
              <w:t>2000-07-14</w:t>
            </w:r>
          </w:p>
        </w:tc>
        <w:tc>
          <w:tcPr>
            <w:tcW w:type="dxa" w:w="1037"/>
          </w:tcPr>
          <w:p>
            <w:pPr>
              <w:spacing w:after="0"/>
              <w:jc w:val="left"/>
            </w:pPr>
            <w:r>
              <w:rPr>
                <w:sz w:val="16"/>
              </w:rPr>
              <w:t>DR-1336-VT</w:t>
            </w:r>
          </w:p>
        </w:tc>
        <w:tc>
          <w:tcPr>
            <w:tcW w:type="dxa" w:w="1332"/>
          </w:tcPr>
          <w:p>
            <w:pPr>
              <w:spacing w:after="0"/>
              <w:jc w:val="left"/>
            </w:pPr>
            <w:r>
              <w:rPr>
                <w:sz w:val="16"/>
              </w:rPr>
              <w:t>Major disaster</w:t>
            </w:r>
          </w:p>
        </w:tc>
        <w:tc>
          <w:tcPr>
            <w:tcW w:type="dxa" w:w="2279"/>
          </w:tcPr>
          <w:p>
            <w:pPr>
              <w:spacing w:after="0"/>
              <w:jc w:val="left"/>
            </w:pPr>
            <w:r>
              <w:rPr>
                <w:sz w:val="16"/>
              </w:rPr>
              <w:t>Severe Storms and Flooding</w:t>
            </w:r>
          </w:p>
        </w:tc>
        <w:tc>
          <w:tcPr>
            <w:tcW w:type="dxa" w:w="2138"/>
          </w:tcPr>
          <w:p>
            <w:pPr>
              <w:spacing w:after="0"/>
              <w:jc w:val="left"/>
            </w:pPr>
            <w:r>
              <w:rPr>
                <w:sz w:val="16"/>
              </w:rPr>
              <w:t>Inland Flooding</w:t>
            </w:r>
          </w:p>
        </w:tc>
        <w:tc>
          <w:tcPr>
            <w:tcW w:type="dxa" w:w="2547"/>
          </w:tcPr>
          <w:p>
            <w:pPr>
              <w:spacing w:after="0"/>
              <w:jc w:val="right"/>
            </w:pPr>
            <w:r>
              <w:rPr>
                <w:sz w:val="16"/>
              </w:rPr>
              <w:t>$418,408.13</w:t>
            </w:r>
          </w:p>
        </w:tc>
        <w:tc>
          <w:tcPr>
            <w:tcW w:type="dxa" w:w="1816"/>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1999-11-10</w:t>
            </w:r>
          </w:p>
        </w:tc>
        <w:tc>
          <w:tcPr>
            <w:tcW w:type="dxa" w:w="1037"/>
          </w:tcPr>
          <w:p>
            <w:pPr>
              <w:spacing w:after="0"/>
              <w:jc w:val="left"/>
            </w:pPr>
            <w:r>
              <w:rPr>
                <w:sz w:val="16"/>
              </w:rPr>
              <w:t>1999-09-16</w:t>
            </w:r>
          </w:p>
        </w:tc>
        <w:tc>
          <w:tcPr>
            <w:tcW w:type="dxa" w:w="1037"/>
          </w:tcPr>
          <w:p>
            <w:pPr>
              <w:spacing w:after="0"/>
              <w:jc w:val="left"/>
            </w:pPr>
            <w:r>
              <w:rPr>
                <w:sz w:val="16"/>
              </w:rPr>
              <w:t>DR-1307-VT</w:t>
            </w:r>
          </w:p>
        </w:tc>
        <w:tc>
          <w:tcPr>
            <w:tcW w:type="dxa" w:w="1332"/>
          </w:tcPr>
          <w:p>
            <w:pPr>
              <w:spacing w:after="0"/>
              <w:jc w:val="left"/>
            </w:pPr>
            <w:r>
              <w:rPr>
                <w:sz w:val="16"/>
              </w:rPr>
              <w:t>Major disaster</w:t>
            </w:r>
          </w:p>
        </w:tc>
        <w:tc>
          <w:tcPr>
            <w:tcW w:type="dxa" w:w="2279"/>
          </w:tcPr>
          <w:p>
            <w:pPr>
              <w:spacing w:after="0"/>
              <w:jc w:val="left"/>
            </w:pPr>
            <w:r>
              <w:rPr>
                <w:sz w:val="16"/>
              </w:rPr>
              <w:t>Tropical Storm Floyd</w:t>
            </w:r>
          </w:p>
        </w:tc>
        <w:tc>
          <w:tcPr>
            <w:tcW w:type="dxa" w:w="2138"/>
          </w:tcPr>
          <w:p>
            <w:pPr>
              <w:spacing w:after="0"/>
              <w:jc w:val="left"/>
            </w:pPr>
            <w:r>
              <w:rPr>
                <w:sz w:val="16"/>
              </w:rPr>
              <w:t>Hurricane; Inland Flooding</w:t>
            </w:r>
          </w:p>
        </w:tc>
        <w:tc>
          <w:tcPr>
            <w:tcW w:type="dxa" w:w="2547"/>
          </w:tcPr>
          <w:p>
            <w:pPr>
              <w:spacing w:after="0"/>
              <w:jc w:val="right"/>
            </w:pPr>
            <w:r>
              <w:rPr>
                <w:sz w:val="16"/>
              </w:rPr>
              <w:t>$75,095.32</w:t>
            </w:r>
          </w:p>
        </w:tc>
        <w:tc>
          <w:tcPr>
            <w:tcW w:type="dxa" w:w="1816"/>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1998-06-30</w:t>
            </w:r>
          </w:p>
        </w:tc>
        <w:tc>
          <w:tcPr>
            <w:tcW w:type="dxa" w:w="1037"/>
          </w:tcPr>
          <w:p>
            <w:pPr>
              <w:spacing w:after="0"/>
              <w:jc w:val="left"/>
            </w:pPr>
            <w:r>
              <w:rPr>
                <w:sz w:val="16"/>
              </w:rPr>
              <w:t>1998-06-17</w:t>
            </w:r>
          </w:p>
        </w:tc>
        <w:tc>
          <w:tcPr>
            <w:tcW w:type="dxa" w:w="1037"/>
          </w:tcPr>
          <w:p>
            <w:pPr>
              <w:spacing w:after="0"/>
              <w:jc w:val="left"/>
            </w:pPr>
            <w:r>
              <w:rPr>
                <w:sz w:val="16"/>
              </w:rPr>
              <w:t>DR-1228-VT</w:t>
            </w:r>
          </w:p>
        </w:tc>
        <w:tc>
          <w:tcPr>
            <w:tcW w:type="dxa" w:w="1332"/>
          </w:tcPr>
          <w:p>
            <w:pPr>
              <w:spacing w:after="0"/>
              <w:jc w:val="left"/>
            </w:pPr>
            <w:r>
              <w:rPr>
                <w:sz w:val="16"/>
              </w:rPr>
              <w:t>Major disaster</w:t>
            </w:r>
          </w:p>
        </w:tc>
        <w:tc>
          <w:tcPr>
            <w:tcW w:type="dxa" w:w="2279"/>
          </w:tcPr>
          <w:p>
            <w:pPr>
              <w:spacing w:after="0"/>
              <w:jc w:val="left"/>
            </w:pPr>
            <w:r>
              <w:rPr>
                <w:sz w:val="16"/>
              </w:rPr>
              <w:t>Severe Storms and Flooding</w:t>
            </w:r>
          </w:p>
        </w:tc>
        <w:tc>
          <w:tcPr>
            <w:tcW w:type="dxa" w:w="2138"/>
          </w:tcPr>
          <w:p>
            <w:pPr>
              <w:spacing w:after="0"/>
              <w:jc w:val="left"/>
            </w:pPr>
            <w:r>
              <w:rPr>
                <w:sz w:val="16"/>
              </w:rPr>
              <w:t>Inland Flooding</w:t>
            </w:r>
          </w:p>
        </w:tc>
        <w:tc>
          <w:tcPr>
            <w:tcW w:type="dxa" w:w="2547"/>
          </w:tcPr>
          <w:p>
            <w:pPr>
              <w:spacing w:after="0"/>
              <w:jc w:val="right"/>
            </w:pPr>
            <w:r>
              <w:rPr>
                <w:sz w:val="16"/>
              </w:rPr>
              <w:t>no Public Assistance recorded</w:t>
            </w:r>
          </w:p>
        </w:tc>
        <w:tc>
          <w:tcPr>
            <w:tcW w:type="dxa" w:w="1816"/>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1998-01-15</w:t>
            </w:r>
          </w:p>
        </w:tc>
        <w:tc>
          <w:tcPr>
            <w:tcW w:type="dxa" w:w="1037"/>
          </w:tcPr>
          <w:p>
            <w:pPr>
              <w:spacing w:after="0"/>
              <w:jc w:val="left"/>
            </w:pPr>
            <w:r>
              <w:rPr>
                <w:sz w:val="16"/>
              </w:rPr>
              <w:t>1998-01-06</w:t>
            </w:r>
          </w:p>
        </w:tc>
        <w:tc>
          <w:tcPr>
            <w:tcW w:type="dxa" w:w="1037"/>
          </w:tcPr>
          <w:p>
            <w:pPr>
              <w:spacing w:after="0"/>
              <w:jc w:val="left"/>
            </w:pPr>
            <w:r>
              <w:rPr>
                <w:sz w:val="16"/>
              </w:rPr>
              <w:t>DR-1201-VT</w:t>
            </w:r>
          </w:p>
        </w:tc>
        <w:tc>
          <w:tcPr>
            <w:tcW w:type="dxa" w:w="1332"/>
          </w:tcPr>
          <w:p>
            <w:pPr>
              <w:spacing w:after="0"/>
              <w:jc w:val="left"/>
            </w:pPr>
            <w:r>
              <w:rPr>
                <w:sz w:val="16"/>
              </w:rPr>
              <w:t>Major disaster</w:t>
            </w:r>
          </w:p>
        </w:tc>
        <w:tc>
          <w:tcPr>
            <w:tcW w:type="dxa" w:w="2279"/>
          </w:tcPr>
          <w:p>
            <w:pPr>
              <w:spacing w:after="0"/>
              <w:jc w:val="left"/>
            </w:pPr>
            <w:r>
              <w:rPr>
                <w:sz w:val="16"/>
              </w:rPr>
              <w:t>Severe Ice Storms, Rain, High Winds and Flooding</w:t>
            </w:r>
          </w:p>
        </w:tc>
        <w:tc>
          <w:tcPr>
            <w:tcW w:type="dxa" w:w="2138"/>
          </w:tcPr>
          <w:p>
            <w:pPr>
              <w:spacing w:after="0"/>
              <w:jc w:val="left"/>
            </w:pPr>
            <w:r>
              <w:rPr>
                <w:sz w:val="16"/>
              </w:rPr>
              <w:t>Ice Storm; Inland Flooding; Strong Wind</w:t>
            </w:r>
          </w:p>
        </w:tc>
        <w:tc>
          <w:tcPr>
            <w:tcW w:type="dxa" w:w="2547"/>
          </w:tcPr>
          <w:p>
            <w:pPr>
              <w:spacing w:after="0"/>
              <w:jc w:val="right"/>
            </w:pPr>
            <w:r>
              <w:rPr>
                <w:sz w:val="16"/>
              </w:rPr>
              <w:t>no Public Assistance recorded</w:t>
            </w:r>
          </w:p>
        </w:tc>
        <w:tc>
          <w:tcPr>
            <w:tcW w:type="dxa" w:w="1816"/>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1996-02-13</w:t>
            </w:r>
          </w:p>
        </w:tc>
        <w:tc>
          <w:tcPr>
            <w:tcW w:type="dxa" w:w="1037"/>
          </w:tcPr>
          <w:p>
            <w:pPr>
              <w:spacing w:after="0"/>
              <w:jc w:val="left"/>
            </w:pPr>
            <w:r>
              <w:rPr>
                <w:sz w:val="16"/>
              </w:rPr>
              <w:t>1996-01-19</w:t>
            </w:r>
          </w:p>
        </w:tc>
        <w:tc>
          <w:tcPr>
            <w:tcW w:type="dxa" w:w="1037"/>
          </w:tcPr>
          <w:p>
            <w:pPr>
              <w:spacing w:after="0"/>
              <w:jc w:val="left"/>
            </w:pPr>
            <w:r>
              <w:rPr>
                <w:sz w:val="16"/>
              </w:rPr>
              <w:t>DR-1101-VT</w:t>
            </w:r>
          </w:p>
        </w:tc>
        <w:tc>
          <w:tcPr>
            <w:tcW w:type="dxa" w:w="1332"/>
          </w:tcPr>
          <w:p>
            <w:pPr>
              <w:spacing w:after="0"/>
              <w:jc w:val="left"/>
            </w:pPr>
            <w:r>
              <w:rPr>
                <w:sz w:val="16"/>
              </w:rPr>
              <w:t>Major disaster</w:t>
            </w:r>
          </w:p>
        </w:tc>
        <w:tc>
          <w:tcPr>
            <w:tcW w:type="dxa" w:w="2279"/>
          </w:tcPr>
          <w:p>
            <w:pPr>
              <w:spacing w:after="0"/>
              <w:jc w:val="left"/>
            </w:pPr>
            <w:r>
              <w:rPr>
                <w:sz w:val="16"/>
              </w:rPr>
              <w:t>Ice Jams and Flooding</w:t>
            </w:r>
          </w:p>
        </w:tc>
        <w:tc>
          <w:tcPr>
            <w:tcW w:type="dxa" w:w="2138"/>
          </w:tcPr>
          <w:p>
            <w:pPr>
              <w:spacing w:after="0"/>
              <w:jc w:val="left"/>
            </w:pPr>
            <w:r>
              <w:rPr>
                <w:sz w:val="16"/>
              </w:rPr>
              <w:t>Inland Flooding (primary); also designated: Winter Weather</w:t>
            </w:r>
          </w:p>
        </w:tc>
        <w:tc>
          <w:tcPr>
            <w:tcW w:type="dxa" w:w="2547"/>
          </w:tcPr>
          <w:p>
            <w:pPr>
              <w:spacing w:after="0"/>
              <w:jc w:val="right"/>
            </w:pPr>
            <w:r>
              <w:rPr>
                <w:sz w:val="16"/>
              </w:rPr>
              <w:t>no Public Assistance recorded</w:t>
            </w:r>
          </w:p>
        </w:tc>
        <w:tc>
          <w:tcPr>
            <w:tcW w:type="dxa" w:w="1816"/>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1992-03-18</w:t>
            </w:r>
          </w:p>
        </w:tc>
        <w:tc>
          <w:tcPr>
            <w:tcW w:type="dxa" w:w="1037"/>
          </w:tcPr>
          <w:p>
            <w:pPr>
              <w:spacing w:after="0"/>
              <w:jc w:val="left"/>
            </w:pPr>
            <w:r>
              <w:rPr>
                <w:sz w:val="16"/>
              </w:rPr>
              <w:t>1992-03-11</w:t>
            </w:r>
          </w:p>
        </w:tc>
        <w:tc>
          <w:tcPr>
            <w:tcW w:type="dxa" w:w="1037"/>
          </w:tcPr>
          <w:p>
            <w:pPr>
              <w:spacing w:after="0"/>
              <w:jc w:val="left"/>
            </w:pPr>
            <w:r>
              <w:rPr>
                <w:sz w:val="16"/>
              </w:rPr>
              <w:t>DR-938-VT</w:t>
            </w:r>
          </w:p>
        </w:tc>
        <w:tc>
          <w:tcPr>
            <w:tcW w:type="dxa" w:w="1332"/>
          </w:tcPr>
          <w:p>
            <w:pPr>
              <w:spacing w:after="0"/>
              <w:jc w:val="left"/>
            </w:pPr>
            <w:r>
              <w:rPr>
                <w:sz w:val="16"/>
              </w:rPr>
              <w:t>Major disaster</w:t>
            </w:r>
          </w:p>
        </w:tc>
        <w:tc>
          <w:tcPr>
            <w:tcW w:type="dxa" w:w="2279"/>
          </w:tcPr>
          <w:p>
            <w:pPr>
              <w:spacing w:after="0"/>
              <w:jc w:val="left"/>
            </w:pPr>
            <w:r>
              <w:rPr>
                <w:sz w:val="16"/>
              </w:rPr>
              <w:t>Heavy Rains, Ice Jams &amp; Flooding</w:t>
            </w:r>
          </w:p>
        </w:tc>
        <w:tc>
          <w:tcPr>
            <w:tcW w:type="dxa" w:w="2138"/>
          </w:tcPr>
          <w:p>
            <w:pPr>
              <w:spacing w:after="0"/>
              <w:jc w:val="left"/>
            </w:pPr>
            <w:r>
              <w:rPr>
                <w:sz w:val="16"/>
              </w:rPr>
              <w:t>Inland Flooding</w:t>
            </w:r>
          </w:p>
        </w:tc>
        <w:tc>
          <w:tcPr>
            <w:tcW w:type="dxa" w:w="2547"/>
          </w:tcPr>
          <w:p>
            <w:pPr>
              <w:spacing w:after="0"/>
              <w:jc w:val="right"/>
            </w:pPr>
            <w:r>
              <w:rPr>
                <w:sz w:val="16"/>
              </w:rPr>
              <w:t>no Public Assistance recorded</w:t>
            </w:r>
          </w:p>
        </w:tc>
        <w:tc>
          <w:tcPr>
            <w:tcW w:type="dxa" w:w="1816"/>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1976-08-05</w:t>
            </w:r>
          </w:p>
        </w:tc>
        <w:tc>
          <w:tcPr>
            <w:tcW w:type="dxa" w:w="1037"/>
          </w:tcPr>
          <w:p>
            <w:pPr>
              <w:spacing w:after="0"/>
              <w:jc w:val="left"/>
            </w:pPr>
            <w:r>
              <w:rPr>
                <w:sz w:val="16"/>
              </w:rPr>
              <w:t>1976-08-05</w:t>
            </w:r>
          </w:p>
        </w:tc>
        <w:tc>
          <w:tcPr>
            <w:tcW w:type="dxa" w:w="1037"/>
          </w:tcPr>
          <w:p>
            <w:pPr>
              <w:spacing w:after="0"/>
              <w:jc w:val="left"/>
            </w:pPr>
            <w:r>
              <w:rPr>
                <w:sz w:val="16"/>
              </w:rPr>
              <w:t>DR-518-VT</w:t>
            </w:r>
          </w:p>
        </w:tc>
        <w:tc>
          <w:tcPr>
            <w:tcW w:type="dxa" w:w="1332"/>
          </w:tcPr>
          <w:p>
            <w:pPr>
              <w:spacing w:after="0"/>
              <w:jc w:val="left"/>
            </w:pPr>
            <w:r>
              <w:rPr>
                <w:sz w:val="16"/>
              </w:rPr>
              <w:t>Major disaster</w:t>
            </w:r>
          </w:p>
        </w:tc>
        <w:tc>
          <w:tcPr>
            <w:tcW w:type="dxa" w:w="2279"/>
          </w:tcPr>
          <w:p>
            <w:pPr>
              <w:spacing w:after="0"/>
              <w:jc w:val="left"/>
            </w:pPr>
            <w:r>
              <w:rPr>
                <w:sz w:val="16"/>
              </w:rPr>
              <w:t>Severe Storms, High Winds &amp; Flooding</w:t>
            </w:r>
          </w:p>
        </w:tc>
        <w:tc>
          <w:tcPr>
            <w:tcW w:type="dxa" w:w="2138"/>
          </w:tcPr>
          <w:p>
            <w:pPr>
              <w:spacing w:after="0"/>
              <w:jc w:val="left"/>
            </w:pPr>
            <w:r>
              <w:rPr>
                <w:sz w:val="16"/>
              </w:rPr>
              <w:t>Inland Flooding (primary); also designated: Strong Wind</w:t>
            </w:r>
          </w:p>
        </w:tc>
        <w:tc>
          <w:tcPr>
            <w:tcW w:type="dxa" w:w="2547"/>
          </w:tcPr>
          <w:p>
            <w:pPr>
              <w:spacing w:after="0"/>
              <w:jc w:val="right"/>
            </w:pPr>
            <w:r>
              <w:rPr>
                <w:sz w:val="16"/>
              </w:rPr>
              <w:t>no Public Assistance recorded</w:t>
            </w:r>
          </w:p>
        </w:tc>
        <w:tc>
          <w:tcPr>
            <w:tcW w:type="dxa" w:w="1816"/>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1973-07-06</w:t>
            </w:r>
          </w:p>
        </w:tc>
        <w:tc>
          <w:tcPr>
            <w:tcW w:type="dxa" w:w="1037"/>
          </w:tcPr>
          <w:p>
            <w:pPr>
              <w:spacing w:after="0"/>
              <w:jc w:val="left"/>
            </w:pPr>
            <w:r>
              <w:rPr>
                <w:sz w:val="16"/>
              </w:rPr>
              <w:t>1973-07-06</w:t>
            </w:r>
          </w:p>
        </w:tc>
        <w:tc>
          <w:tcPr>
            <w:tcW w:type="dxa" w:w="1037"/>
          </w:tcPr>
          <w:p>
            <w:pPr>
              <w:spacing w:after="0"/>
              <w:jc w:val="left"/>
            </w:pPr>
            <w:r>
              <w:rPr>
                <w:sz w:val="16"/>
              </w:rPr>
              <w:t>DR-397-VT</w:t>
            </w:r>
          </w:p>
        </w:tc>
        <w:tc>
          <w:tcPr>
            <w:tcW w:type="dxa" w:w="1332"/>
          </w:tcPr>
          <w:p>
            <w:pPr>
              <w:spacing w:after="0"/>
              <w:jc w:val="left"/>
            </w:pPr>
            <w:r>
              <w:rPr>
                <w:sz w:val="16"/>
              </w:rPr>
              <w:t>Major disaster</w:t>
            </w:r>
          </w:p>
        </w:tc>
        <w:tc>
          <w:tcPr>
            <w:tcW w:type="dxa" w:w="2279"/>
          </w:tcPr>
          <w:p>
            <w:pPr>
              <w:spacing w:after="0"/>
              <w:jc w:val="left"/>
            </w:pPr>
            <w:r>
              <w:rPr>
                <w:sz w:val="16"/>
              </w:rPr>
              <w:t>Severe Storms, Flooding, &amp; Landslides</w:t>
            </w:r>
          </w:p>
        </w:tc>
        <w:tc>
          <w:tcPr>
            <w:tcW w:type="dxa" w:w="2138"/>
          </w:tcPr>
          <w:p>
            <w:pPr>
              <w:spacing w:after="0"/>
              <w:jc w:val="left"/>
            </w:pPr>
            <w:r>
              <w:rPr>
                <w:sz w:val="16"/>
              </w:rPr>
              <w:t>Inland Flooding (primary); also designated: Landslide</w:t>
            </w:r>
          </w:p>
        </w:tc>
        <w:tc>
          <w:tcPr>
            <w:tcW w:type="dxa" w:w="2547"/>
          </w:tcPr>
          <w:p>
            <w:pPr>
              <w:spacing w:after="0"/>
              <w:jc w:val="right"/>
            </w:pPr>
            <w:r>
              <w:rPr>
                <w:sz w:val="16"/>
              </w:rPr>
              <w:t>no Public Assistance recorded</w:t>
            </w:r>
          </w:p>
        </w:tc>
        <w:tc>
          <w:tcPr>
            <w:tcW w:type="dxa" w:w="1816"/>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1969-08-30</w:t>
            </w:r>
          </w:p>
        </w:tc>
        <w:tc>
          <w:tcPr>
            <w:tcW w:type="dxa" w:w="1037"/>
          </w:tcPr>
          <w:p>
            <w:pPr>
              <w:spacing w:after="0"/>
              <w:jc w:val="left"/>
            </w:pPr>
            <w:r>
              <w:rPr>
                <w:sz w:val="16"/>
              </w:rPr>
              <w:t>1969-08-30</w:t>
            </w:r>
          </w:p>
        </w:tc>
        <w:tc>
          <w:tcPr>
            <w:tcW w:type="dxa" w:w="1037"/>
          </w:tcPr>
          <w:p>
            <w:pPr>
              <w:spacing w:after="0"/>
              <w:jc w:val="left"/>
            </w:pPr>
            <w:r>
              <w:rPr>
                <w:sz w:val="16"/>
              </w:rPr>
              <w:t>DR-277-VT</w:t>
            </w:r>
          </w:p>
        </w:tc>
        <w:tc>
          <w:tcPr>
            <w:tcW w:type="dxa" w:w="1332"/>
          </w:tcPr>
          <w:p>
            <w:pPr>
              <w:spacing w:after="0"/>
              <w:jc w:val="left"/>
            </w:pPr>
            <w:r>
              <w:rPr>
                <w:sz w:val="16"/>
              </w:rPr>
              <w:t>Major disaster</w:t>
            </w:r>
          </w:p>
        </w:tc>
        <w:tc>
          <w:tcPr>
            <w:tcW w:type="dxa" w:w="2279"/>
          </w:tcPr>
          <w:p>
            <w:pPr>
              <w:spacing w:after="0"/>
              <w:jc w:val="left"/>
            </w:pPr>
            <w:r>
              <w:rPr>
                <w:sz w:val="16"/>
              </w:rPr>
              <w:t>Severe Storms &amp; Flooding</w:t>
            </w:r>
          </w:p>
        </w:tc>
        <w:tc>
          <w:tcPr>
            <w:tcW w:type="dxa" w:w="2138"/>
          </w:tcPr>
          <w:p>
            <w:pPr>
              <w:spacing w:after="0"/>
              <w:jc w:val="left"/>
            </w:pPr>
            <w:r>
              <w:rPr>
                <w:sz w:val="16"/>
              </w:rPr>
              <w:t>Inland Flooding</w:t>
            </w:r>
          </w:p>
        </w:tc>
        <w:tc>
          <w:tcPr>
            <w:tcW w:type="dxa" w:w="2547"/>
          </w:tcPr>
          <w:p>
            <w:pPr>
              <w:spacing w:after="0"/>
              <w:jc w:val="right"/>
            </w:pPr>
            <w:r>
              <w:rPr>
                <w:sz w:val="16"/>
              </w:rPr>
              <w:t>no Public Assistance recorded</w:t>
            </w:r>
          </w:p>
        </w:tc>
        <w:tc>
          <w:tcPr>
            <w:tcW w:type="dxa" w:w="1816"/>
          </w:tcPr>
          <w:p>
            <w:pPr>
              <w:spacing w:after="0"/>
              <w:jc w:val="left"/>
            </w:pPr>
          </w:p>
        </w:tc>
        <w:tc>
          <w:tcPr>
            <w:tcW w:type="dxa" w:w="889"/>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the whole county's applicants, including state agencies FEMA files there (federal share obligated, nominal dollars); statewide rows are on the state page; this town's own matched Public Assistance is in B1-f.</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349"/>
        <w:gridCol w:w="2349"/>
        <w:gridCol w:w="2146"/>
        <w:gridCol w:w="3158"/>
        <w:gridCol w:w="2167"/>
        <w:gridCol w:w="1944"/>
      </w:tblGrid>
      <w:tr>
        <w:trPr>
          <w:cantSplit/>
          <w:tblHeader/>
        </w:trPr>
        <w:tc>
          <w:tcPr>
            <w:tcW w:type="dxa" w:w="2349"/>
            <w:shd w:val="clear" w:color="auto" w:fill="E8E8E8"/>
          </w:tcPr>
          <w:p>
            <w:pPr>
              <w:spacing w:after="0"/>
              <w:jc w:val="left"/>
            </w:pPr>
            <w:r>
              <w:rPr>
                <w:b/>
                <w:sz w:val="16"/>
              </w:rPr>
              <w:t>Declared</w:t>
            </w:r>
          </w:p>
        </w:tc>
        <w:tc>
          <w:tcPr>
            <w:tcW w:type="dxa" w:w="2349"/>
            <w:shd w:val="clear" w:color="auto" w:fill="E8E8E8"/>
          </w:tcPr>
          <w:p>
            <w:pPr>
              <w:spacing w:after="0"/>
              <w:jc w:val="left"/>
            </w:pPr>
            <w:r>
              <w:rPr>
                <w:b/>
                <w:sz w:val="16"/>
              </w:rPr>
              <w:t>Incident began</w:t>
            </w:r>
          </w:p>
        </w:tc>
        <w:tc>
          <w:tcPr>
            <w:tcW w:type="dxa" w:w="2146"/>
            <w:shd w:val="clear" w:color="auto" w:fill="E8E8E8"/>
          </w:tcPr>
          <w:p>
            <w:pPr>
              <w:spacing w:after="0"/>
              <w:jc w:val="left"/>
            </w:pPr>
            <w:r>
              <w:rPr>
                <w:b/>
                <w:sz w:val="16"/>
              </w:rPr>
              <w:t>FEMA number</w:t>
            </w:r>
          </w:p>
        </w:tc>
        <w:tc>
          <w:tcPr>
            <w:tcW w:type="dxa" w:w="3158"/>
            <w:shd w:val="clear" w:color="auto" w:fill="E8E8E8"/>
          </w:tcPr>
          <w:p>
            <w:pPr>
              <w:spacing w:after="0"/>
              <w:jc w:val="left"/>
            </w:pPr>
            <w:r>
              <w:rPr>
                <w:b/>
                <w:sz w:val="16"/>
              </w:rPr>
              <w:t>Type</w:t>
            </w:r>
          </w:p>
        </w:tc>
        <w:tc>
          <w:tcPr>
            <w:tcW w:type="dxa" w:w="2167"/>
            <w:shd w:val="clear" w:color="auto" w:fill="E8E8E8"/>
          </w:tcPr>
          <w:p>
            <w:pPr>
              <w:spacing w:after="0"/>
              <w:jc w:val="left"/>
            </w:pPr>
            <w:r>
              <w:rPr>
                <w:b/>
                <w:sz w:val="16"/>
              </w:rPr>
              <w:t>Title</w:t>
            </w:r>
          </w:p>
        </w:tc>
        <w:tc>
          <w:tcPr>
            <w:tcW w:type="dxa" w:w="1944"/>
            <w:shd w:val="clear" w:color="auto" w:fill="E8E8E8"/>
          </w:tcPr>
          <w:p>
            <w:pPr>
              <w:spacing w:after="0"/>
              <w:jc w:val="left"/>
            </w:pPr>
            <w:r>
              <w:rPr>
                <w:b/>
                <w:sz w:val="16"/>
              </w:rPr>
              <w:t>Mapped hazard</w:t>
            </w:r>
          </w:p>
        </w:tc>
      </w:tr>
      <w:tr>
        <w:trPr>
          <w:cantSplit/>
        </w:trPr>
        <w:tc>
          <w:tcPr>
            <w:tcW w:type="dxa" w:w="2349"/>
          </w:tcPr>
          <w:p>
            <w:pPr>
              <w:spacing w:after="0"/>
              <w:jc w:val="left"/>
            </w:pPr>
            <w:r>
              <w:rPr>
                <w:sz w:val="16"/>
              </w:rPr>
              <w:t>1964-03-17</w:t>
            </w:r>
          </w:p>
        </w:tc>
        <w:tc>
          <w:tcPr>
            <w:tcW w:type="dxa" w:w="2349"/>
          </w:tcPr>
          <w:p>
            <w:pPr>
              <w:spacing w:after="0"/>
              <w:jc w:val="left"/>
            </w:pPr>
            <w:r>
              <w:rPr>
                <w:sz w:val="16"/>
              </w:rPr>
              <w:t>1964-03-17</w:t>
            </w:r>
          </w:p>
        </w:tc>
        <w:tc>
          <w:tcPr>
            <w:tcW w:type="dxa" w:w="2146"/>
          </w:tcPr>
          <w:p>
            <w:pPr>
              <w:spacing w:after="0"/>
              <w:jc w:val="left"/>
            </w:pPr>
            <w:r>
              <w:rPr>
                <w:sz w:val="16"/>
              </w:rPr>
              <w:t>DR-164-VT</w:t>
            </w:r>
          </w:p>
        </w:tc>
        <w:tc>
          <w:tcPr>
            <w:tcW w:type="dxa" w:w="3158"/>
          </w:tcPr>
          <w:p>
            <w:pPr>
              <w:spacing w:after="0"/>
              <w:jc w:val="left"/>
            </w:pPr>
            <w:r>
              <w:rPr>
                <w:sz w:val="16"/>
              </w:rPr>
              <w:t>Major disaster</w:t>
            </w:r>
          </w:p>
        </w:tc>
        <w:tc>
          <w:tcPr>
            <w:tcW w:type="dxa" w:w="2167"/>
          </w:tcPr>
          <w:p>
            <w:pPr>
              <w:spacing w:after="0"/>
              <w:jc w:val="left"/>
            </w:pPr>
            <w:r>
              <w:rPr>
                <w:sz w:val="16"/>
              </w:rPr>
              <w:t>Flooding</w:t>
            </w:r>
          </w:p>
        </w:tc>
        <w:tc>
          <w:tcPr>
            <w:tcW w:type="dxa" w:w="1944"/>
          </w:tcPr>
          <w:p>
            <w:pPr>
              <w:spacing w:after="0"/>
              <w:jc w:val="left"/>
            </w:pPr>
            <w:r>
              <w:rPr>
                <w:sz w:val="16"/>
              </w:rPr>
              <w:t>Inland Flooding</w:t>
            </w:r>
          </w:p>
        </w:tc>
      </w:tr>
      <w:tr>
        <w:trPr>
          <w:cantSplit/>
        </w:trPr>
        <w:tc>
          <w:tcPr>
            <w:tcW w:type="dxa" w:w="2349"/>
          </w:tcPr>
          <w:p>
            <w:pPr>
              <w:spacing w:after="0"/>
              <w:jc w:val="left"/>
            </w:pPr>
            <w:r>
              <w:rPr>
                <w:sz w:val="16"/>
              </w:rPr>
              <w:t>1963-11-27</w:t>
            </w:r>
          </w:p>
        </w:tc>
        <w:tc>
          <w:tcPr>
            <w:tcW w:type="dxa" w:w="2349"/>
          </w:tcPr>
          <w:p>
            <w:pPr>
              <w:spacing w:after="0"/>
              <w:jc w:val="left"/>
            </w:pPr>
            <w:r>
              <w:rPr>
                <w:sz w:val="16"/>
              </w:rPr>
              <w:t>1963-11-27</w:t>
            </w:r>
          </w:p>
        </w:tc>
        <w:tc>
          <w:tcPr>
            <w:tcW w:type="dxa" w:w="2146"/>
          </w:tcPr>
          <w:p>
            <w:pPr>
              <w:spacing w:after="0"/>
              <w:jc w:val="left"/>
            </w:pPr>
            <w:r>
              <w:rPr>
                <w:sz w:val="16"/>
              </w:rPr>
              <w:t>DR-160-VT</w:t>
            </w:r>
          </w:p>
        </w:tc>
        <w:tc>
          <w:tcPr>
            <w:tcW w:type="dxa" w:w="3158"/>
          </w:tcPr>
          <w:p>
            <w:pPr>
              <w:spacing w:after="0"/>
              <w:jc w:val="left"/>
            </w:pPr>
            <w:r>
              <w:rPr>
                <w:sz w:val="16"/>
              </w:rPr>
              <w:t>Major disaster</w:t>
            </w:r>
          </w:p>
        </w:tc>
        <w:tc>
          <w:tcPr>
            <w:tcW w:type="dxa" w:w="2167"/>
          </w:tcPr>
          <w:p>
            <w:pPr>
              <w:spacing w:after="0"/>
              <w:jc w:val="left"/>
            </w:pPr>
            <w:r>
              <w:rPr>
                <w:sz w:val="16"/>
              </w:rPr>
              <w:t>Drought &amp; Impending Freeze</w:t>
            </w:r>
          </w:p>
        </w:tc>
        <w:tc>
          <w:tcPr>
            <w:tcW w:type="dxa" w:w="1944"/>
          </w:tcPr>
          <w:p>
            <w:pPr>
              <w:spacing w:after="0"/>
              <w:jc w:val="left"/>
            </w:pPr>
            <w:r>
              <w:rPr>
                <w:sz w:val="16"/>
              </w:rPr>
              <w:t>Drought</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Avalanche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Cold Wave</w:t>
            </w:r>
          </w:p>
        </w:tc>
        <w:tc>
          <w:tcPr>
            <w:tcW w:type="dxa" w:w="2222"/>
          </w:tcPr>
          <w:p>
            <w:pPr>
              <w:spacing w:after="0"/>
              <w:jc w:val="right"/>
            </w:pPr>
            <w:r>
              <w:rPr>
                <w:sz w:val="16"/>
              </w:rPr>
              <w:t>28</w:t>
            </w:r>
          </w:p>
        </w:tc>
        <w:tc>
          <w:tcPr>
            <w:tcW w:type="dxa" w:w="1159"/>
          </w:tcPr>
          <w:p>
            <w:pPr>
              <w:spacing w:after="0"/>
              <w:jc w:val="right"/>
            </w:pPr>
            <w:r>
              <w:rPr>
                <w:sz w:val="16"/>
              </w:rPr>
              <w:t>3</w:t>
            </w:r>
          </w:p>
        </w:tc>
        <w:tc>
          <w:tcPr>
            <w:tcW w:type="dxa" w:w="2116"/>
          </w:tcPr>
          <w:p>
            <w:pPr>
              <w:spacing w:after="0"/>
              <w:jc w:val="right"/>
            </w:pPr>
            <w:r>
              <w:rPr>
                <w:sz w:val="16"/>
              </w:rPr>
              <w:t>0</w:t>
            </w:r>
          </w:p>
        </w:tc>
        <w:tc>
          <w:tcPr>
            <w:tcW w:type="dxa" w:w="786"/>
          </w:tcPr>
          <w:p>
            <w:pPr>
              <w:spacing w:after="0"/>
              <w:jc w:val="right"/>
            </w:pPr>
            <w:r>
              <w:rPr>
                <w:sz w:val="16"/>
              </w:rPr>
              <w:t>9</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Includes 4 Frost/Freeze records.</w:t>
            </w:r>
          </w:p>
        </w:tc>
      </w:tr>
      <w:tr>
        <w:trPr>
          <w:cantSplit/>
        </w:trPr>
        <w:tc>
          <w:tcPr>
            <w:tcW w:type="dxa" w:w="1037"/>
          </w:tcPr>
          <w:p>
            <w:pPr>
              <w:spacing w:after="0"/>
              <w:jc w:val="left"/>
            </w:pPr>
            <w:r>
              <w:rPr>
                <w:sz w:val="16"/>
              </w:rPr>
              <w:t>Drought</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64</w:t>
            </w:r>
          </w:p>
        </w:tc>
        <w:tc>
          <w:tcPr>
            <w:tcW w:type="dxa" w:w="1159"/>
          </w:tcPr>
          <w:p>
            <w:pPr>
              <w:spacing w:after="0"/>
              <w:jc w:val="right"/>
            </w:pPr>
            <w:r>
              <w:rPr>
                <w:sz w:val="16"/>
              </w:rPr>
              <w:t>1</w:t>
            </w:r>
          </w:p>
        </w:tc>
        <w:tc>
          <w:tcPr>
            <w:tcW w:type="dxa" w:w="2116"/>
          </w:tcPr>
          <w:p>
            <w:pPr>
              <w:spacing w:after="0"/>
              <w:jc w:val="right"/>
            </w:pPr>
            <w:r>
              <w:rPr>
                <w:sz w:val="16"/>
              </w:rPr>
              <w:t>0</w:t>
            </w:r>
          </w:p>
        </w:tc>
        <w:tc>
          <w:tcPr>
            <w:tcW w:type="dxa" w:w="786"/>
          </w:tcPr>
          <w:p>
            <w:pPr>
              <w:spacing w:after="0"/>
              <w:jc w:val="right"/>
            </w:pPr>
            <w:r>
              <w:rPr>
                <w:sz w:val="16"/>
              </w:rPr>
              <w:t>3</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7</w:t>
            </w:r>
          </w:p>
        </w:tc>
        <w:tc>
          <w:tcPr>
            <w:tcW w:type="dxa" w:w="1159"/>
          </w:tcPr>
          <w:p>
            <w:pPr>
              <w:spacing w:after="0"/>
              <w:jc w:val="right"/>
            </w:pPr>
            <w:r>
              <w:rPr>
                <w:sz w:val="16"/>
              </w:rPr>
              <w:t>1</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Hurricane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4</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4 federal declared incidents (see declarations table)</w:t>
            </w:r>
          </w:p>
        </w:tc>
      </w:tr>
      <w:tr>
        <w:trPr>
          <w:cantSplit/>
        </w:trPr>
        <w:tc>
          <w:tcPr>
            <w:tcW w:type="dxa" w:w="1037"/>
          </w:tcPr>
          <w:p>
            <w:pPr>
              <w:spacing w:after="0"/>
              <w:jc w:val="left"/>
            </w:pPr>
            <w:r>
              <w:rPr>
                <w:sz w:val="16"/>
              </w:rPr>
              <w:t>Ice Storm</w:t>
            </w:r>
          </w:p>
        </w:tc>
        <w:tc>
          <w:tcPr>
            <w:tcW w:type="dxa" w:w="2222"/>
          </w:tcPr>
          <w:p>
            <w:pPr>
              <w:spacing w:after="0"/>
              <w:jc w:val="right"/>
            </w:pPr>
            <w:r>
              <w:rPr>
                <w:sz w:val="16"/>
              </w:rPr>
              <w:t>2</w:t>
            </w:r>
          </w:p>
        </w:tc>
        <w:tc>
          <w:tcPr>
            <w:tcW w:type="dxa" w:w="1159"/>
          </w:tcPr>
          <w:p>
            <w:pPr>
              <w:spacing w:after="0"/>
              <w:jc w:val="right"/>
            </w:pPr>
            <w:r>
              <w:rPr>
                <w:sz w:val="16"/>
              </w:rPr>
              <w:t>1</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65</w:t>
            </w:r>
          </w:p>
        </w:tc>
        <w:tc>
          <w:tcPr>
            <w:tcW w:type="dxa" w:w="1159"/>
          </w:tcPr>
          <w:p>
            <w:pPr>
              <w:spacing w:after="0"/>
              <w:jc w:val="right"/>
            </w:pPr>
            <w:r>
              <w:rPr>
                <w:sz w:val="16"/>
              </w:rPr>
              <w:t>3</w:t>
            </w:r>
          </w:p>
        </w:tc>
        <w:tc>
          <w:tcPr>
            <w:tcW w:type="dxa" w:w="2116"/>
          </w:tcPr>
          <w:p>
            <w:pPr>
              <w:spacing w:after="0"/>
              <w:jc w:val="right"/>
            </w:pPr>
            <w:r>
              <w:rPr>
                <w:sz w:val="16"/>
              </w:rPr>
              <w:t>1</w:t>
            </w:r>
          </w:p>
        </w:tc>
        <w:tc>
          <w:tcPr>
            <w:tcW w:type="dxa" w:w="786"/>
          </w:tcPr>
          <w:p>
            <w:pPr>
              <w:spacing w:after="0"/>
              <w:jc w:val="right"/>
            </w:pPr>
            <w:r>
              <w:rPr>
                <w:sz w:val="16"/>
              </w:rPr>
              <w:t>10</w:t>
            </w:r>
          </w:p>
        </w:tc>
        <w:tc>
          <w:tcPr>
            <w:tcW w:type="dxa" w:w="1692"/>
          </w:tcPr>
          <w:p>
            <w:pPr>
              <w:spacing w:after="0"/>
              <w:jc w:val="right"/>
            </w:pPr>
            <w:r>
              <w:rPr>
                <w:sz w:val="16"/>
              </w:rPr>
              <w:t>18</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2</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2 federal declared incidents (see declarations table)</w:t>
            </w:r>
          </w:p>
        </w:tc>
      </w:tr>
      <w:tr>
        <w:trPr>
          <w:cantSplit/>
        </w:trPr>
        <w:tc>
          <w:tcPr>
            <w:tcW w:type="dxa" w:w="1037"/>
          </w:tcPr>
          <w:p>
            <w:pPr>
              <w:spacing w:after="0"/>
              <w:jc w:val="left"/>
            </w:pPr>
            <w:r>
              <w:rPr>
                <w:sz w:val="16"/>
              </w:rPr>
              <w:t>Lightning</w:t>
            </w:r>
          </w:p>
        </w:tc>
        <w:tc>
          <w:tcPr>
            <w:tcW w:type="dxa" w:w="2222"/>
          </w:tcPr>
          <w:p>
            <w:pPr>
              <w:spacing w:after="0"/>
              <w:jc w:val="right"/>
            </w:pPr>
            <w:r>
              <w:rPr>
                <w:sz w:val="16"/>
              </w:rPr>
              <w:t>7</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Strong Wind</w:t>
            </w:r>
          </w:p>
        </w:tc>
        <w:tc>
          <w:tcPr>
            <w:tcW w:type="dxa" w:w="2222"/>
          </w:tcPr>
          <w:p>
            <w:pPr>
              <w:spacing w:after="0"/>
              <w:jc w:val="right"/>
            </w:pPr>
            <w:r>
              <w:rPr>
                <w:sz w:val="16"/>
              </w:rPr>
              <w:t>237</w:t>
            </w:r>
          </w:p>
        </w:tc>
        <w:tc>
          <w:tcPr>
            <w:tcW w:type="dxa" w:w="1159"/>
          </w:tcPr>
          <w:p>
            <w:pPr>
              <w:spacing w:after="0"/>
              <w:jc w:val="right"/>
            </w:pPr>
            <w:r>
              <w:rPr>
                <w:sz w:val="16"/>
              </w:rPr>
              <w:t>5</w:t>
            </w:r>
          </w:p>
        </w:tc>
        <w:tc>
          <w:tcPr>
            <w:tcW w:type="dxa" w:w="2116"/>
          </w:tcPr>
          <w:p>
            <w:pPr>
              <w:spacing w:after="0"/>
              <w:jc w:val="right"/>
            </w:pPr>
            <w:r>
              <w:rPr>
                <w:sz w:val="16"/>
              </w:rPr>
              <w:t>6</w:t>
            </w:r>
          </w:p>
        </w:tc>
        <w:tc>
          <w:tcPr>
            <w:tcW w:type="dxa" w:w="786"/>
          </w:tcPr>
          <w:p>
            <w:pPr>
              <w:spacing w:after="0"/>
              <w:jc w:val="right"/>
            </w:pPr>
            <w:r>
              <w:rPr>
                <w:sz w:val="16"/>
              </w:rPr>
              <w:t>26</w:t>
            </w:r>
          </w:p>
        </w:tc>
        <w:tc>
          <w:tcPr>
            <w:tcW w:type="dxa" w:w="1692"/>
          </w:tcPr>
          <w:p>
            <w:pPr>
              <w:spacing w:after="0"/>
              <w:jc w:val="right"/>
            </w:pPr>
            <w:r>
              <w:rPr>
                <w:sz w:val="16"/>
              </w:rPr>
              <w:t>2</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r>
              <w:rPr>
                <w:sz w:val="16"/>
              </w:rPr>
              <w:t>Includes 9 High Wind and 32 Strong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5</w:t>
            </w:r>
          </w:p>
        </w:tc>
        <w:tc>
          <w:tcPr>
            <w:tcW w:type="dxa" w:w="1159"/>
          </w:tcPr>
          <w:p>
            <w:pPr>
              <w:spacing w:after="0"/>
              <w:jc w:val="right"/>
            </w:pPr>
            <w:r>
              <w:rPr>
                <w:sz w:val="16"/>
              </w:rPr>
              <w:t>1</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Wildfire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273</w:t>
            </w:r>
          </w:p>
        </w:tc>
        <w:tc>
          <w:tcPr>
            <w:tcW w:type="dxa" w:w="1159"/>
          </w:tcPr>
          <w:p>
            <w:pPr>
              <w:spacing w:after="0"/>
              <w:jc w:val="right"/>
            </w:pPr>
            <w:r>
              <w:rPr>
                <w:sz w:val="16"/>
              </w:rPr>
              <w:t>17</w:t>
            </w:r>
          </w:p>
        </w:tc>
        <w:tc>
          <w:tcPr>
            <w:tcW w:type="dxa" w:w="2116"/>
          </w:tcPr>
          <w:p>
            <w:pPr>
              <w:spacing w:after="0"/>
              <w:jc w:val="right"/>
            </w:pPr>
            <w:r>
              <w:rPr>
                <w:sz w:val="16"/>
              </w:rPr>
              <w:t>9</w:t>
            </w:r>
          </w:p>
        </w:tc>
        <w:tc>
          <w:tcPr>
            <w:tcW w:type="dxa" w:w="786"/>
          </w:tcPr>
          <w:p>
            <w:pPr>
              <w:spacing w:after="0"/>
              <w:jc w:val="right"/>
            </w:pPr>
            <w:r>
              <w:rPr>
                <w:sz w:val="16"/>
              </w:rPr>
              <w:t>42</w:t>
            </w:r>
          </w:p>
        </w:tc>
        <w:tc>
          <w:tcPr>
            <w:tcW w:type="dxa" w:w="1692"/>
          </w:tcPr>
          <w:p>
            <w:pPr>
              <w:spacing w:after="0"/>
              <w:jc w:val="right"/>
            </w:pPr>
            <w:r>
              <w:rPr>
                <w:sz w:val="16"/>
              </w:rPr>
              <w:t>3</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525"/>
        <w:gridCol w:w="3433"/>
        <w:gridCol w:w="943"/>
        <w:gridCol w:w="2499"/>
        <w:gridCol w:w="714"/>
        <w:gridCol w:w="2746"/>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525"/>
            <w:shd w:val="clear" w:color="auto" w:fill="E8E8E8"/>
          </w:tcPr>
          <w:p>
            <w:pPr>
              <w:spacing w:after="0"/>
              <w:jc w:val="left"/>
            </w:pPr>
            <w:r>
              <w:rPr>
                <w:b/>
                <w:sz w:val="16"/>
              </w:rPr>
              <w:t>Magnitude or extent</w:t>
            </w:r>
          </w:p>
        </w:tc>
        <w:tc>
          <w:tcPr>
            <w:tcW w:type="dxa" w:w="3433"/>
            <w:shd w:val="clear" w:color="auto" w:fill="E8E8E8"/>
          </w:tcPr>
          <w:p>
            <w:pPr>
              <w:spacing w:after="0"/>
              <w:jc w:val="left"/>
            </w:pPr>
            <w:r>
              <w:rPr>
                <w:b/>
                <w:sz w:val="16"/>
              </w:rPr>
              <w:t>Damage</w:t>
            </w:r>
          </w:p>
          <w:p>
            <w:pPr>
              <w:spacing w:after="0"/>
              <w:jc w:val="left"/>
            </w:pPr>
            <w:r>
              <w:rPr>
                <w:i/>
                <w:color w:val="555555"/>
                <w:sz w:val="14"/>
              </w:rPr>
              <w:t>nominal dollars</w:t>
            </w:r>
          </w:p>
        </w:tc>
        <w:tc>
          <w:tcPr>
            <w:tcW w:type="dxa" w:w="943"/>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499"/>
            <w:shd w:val="clear" w:color="auto" w:fill="E8E8E8"/>
          </w:tcPr>
          <w:p>
            <w:pPr>
              <w:spacing w:after="0"/>
              <w:jc w:val="left"/>
            </w:pPr>
            <w:r>
              <w:rPr>
                <w:b/>
                <w:sz w:val="16"/>
              </w:rPr>
              <w:t>Location</w:t>
            </w:r>
          </w:p>
        </w:tc>
        <w:tc>
          <w:tcPr>
            <w:tcW w:type="dxa" w:w="714"/>
            <w:shd w:val="clear" w:color="auto" w:fill="E8E8E8"/>
          </w:tcPr>
          <w:p>
            <w:pPr>
              <w:spacing w:after="0"/>
              <w:jc w:val="left"/>
            </w:pPr>
            <w:r>
              <w:rPr>
                <w:b/>
                <w:sz w:val="16"/>
              </w:rPr>
              <w:t>Flags</w:t>
            </w:r>
          </w:p>
        </w:tc>
        <w:tc>
          <w:tcPr>
            <w:tcW w:type="dxa" w:w="2746"/>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2023-07-10</w:t>
            </w:r>
          </w:p>
        </w:tc>
        <w:tc>
          <w:tcPr>
            <w:tcW w:type="dxa" w:w="1215"/>
          </w:tcPr>
          <w:p>
            <w:pPr>
              <w:spacing w:after="0"/>
              <w:jc w:val="left"/>
            </w:pPr>
            <w:r>
              <w:rPr>
                <w:sz w:val="16"/>
              </w:rPr>
              <w:t>Flash Flood</w:t>
            </w:r>
          </w:p>
        </w:tc>
        <w:tc>
          <w:tcPr>
            <w:tcW w:type="dxa" w:w="1525"/>
          </w:tcPr>
          <w:p>
            <w:pPr>
              <w:spacing w:after="0"/>
              <w:jc w:val="left"/>
            </w:pPr>
          </w:p>
        </w:tc>
        <w:tc>
          <w:tcPr>
            <w:tcW w:type="dxa" w:w="3433"/>
          </w:tcPr>
          <w:p>
            <w:pPr>
              <w:spacing w:after="0"/>
              <w:jc w:val="left"/>
            </w:pPr>
            <w:r>
              <w:rPr>
                <w:sz w:val="16"/>
              </w:rPr>
              <w:t>$25,000,000 property; $0 crops (2023 dollars)</w:t>
            </w:r>
          </w:p>
        </w:tc>
        <w:tc>
          <w:tcPr>
            <w:tcW w:type="dxa" w:w="943"/>
          </w:tcPr>
          <w:p>
            <w:pPr>
              <w:spacing w:after="0"/>
              <w:jc w:val="right"/>
            </w:pPr>
            <w:r>
              <w:rPr>
                <w:sz w:val="16"/>
              </w:rPr>
              <w:t>1, 0</w:t>
            </w:r>
          </w:p>
        </w:tc>
        <w:tc>
          <w:tcPr>
            <w:tcW w:type="dxa" w:w="2499"/>
          </w:tcPr>
          <w:p>
            <w:pPr>
              <w:spacing w:after="0"/>
              <w:jc w:val="left"/>
            </w:pPr>
            <w:r>
              <w:rPr>
                <w:sz w:val="16"/>
              </w:rPr>
              <w:t>CHESTER to EAST BETHEL</w:t>
            </w:r>
          </w:p>
        </w:tc>
        <w:tc>
          <w:tcPr>
            <w:tcW w:type="dxa" w:w="714"/>
          </w:tcPr>
          <w:p>
            <w:pPr>
              <w:spacing w:after="0"/>
              <w:jc w:val="left"/>
            </w:pPr>
            <w:r>
              <w:rPr>
                <w:sz w:val="16"/>
              </w:rPr>
              <w:t>within last 5 years</w:t>
            </w:r>
          </w:p>
        </w:tc>
        <w:tc>
          <w:tcPr>
            <w:tcW w:type="dxa" w:w="2746"/>
          </w:tcPr>
          <w:p>
            <w:pPr>
              <w:spacing w:after="0"/>
              <w:jc w:val="left"/>
            </w:pPr>
            <w:r>
              <w:rPr>
                <w:sz w:val="16"/>
              </w:rPr>
              <w:t>deaths or injuries recorded</w:t>
            </w:r>
          </w:p>
        </w:tc>
      </w:tr>
      <w:tr>
        <w:trPr>
          <w:cantSplit/>
        </w:trPr>
        <w:tc>
          <w:tcPr>
            <w:tcW w:type="dxa" w:w="1037"/>
          </w:tcPr>
          <w:p>
            <w:pPr>
              <w:spacing w:after="0"/>
              <w:jc w:val="left"/>
            </w:pPr>
            <w:r>
              <w:rPr>
                <w:sz w:val="16"/>
              </w:rPr>
              <w:t>2023-05-18</w:t>
            </w:r>
          </w:p>
        </w:tc>
        <w:tc>
          <w:tcPr>
            <w:tcW w:type="dxa" w:w="1215"/>
          </w:tcPr>
          <w:p>
            <w:pPr>
              <w:spacing w:after="0"/>
              <w:jc w:val="left"/>
            </w:pPr>
            <w:r>
              <w:rPr>
                <w:sz w:val="16"/>
              </w:rPr>
              <w:t>Frost/Freeze</w:t>
            </w:r>
          </w:p>
        </w:tc>
        <w:tc>
          <w:tcPr>
            <w:tcW w:type="dxa" w:w="1525"/>
          </w:tcPr>
          <w:p>
            <w:pPr>
              <w:spacing w:after="0"/>
              <w:jc w:val="left"/>
            </w:pPr>
          </w:p>
        </w:tc>
        <w:tc>
          <w:tcPr>
            <w:tcW w:type="dxa" w:w="3433"/>
          </w:tcPr>
          <w:p>
            <w:pPr>
              <w:spacing w:after="0"/>
              <w:jc w:val="left"/>
            </w:pPr>
            <w:r>
              <w:rPr>
                <w:sz w:val="16"/>
              </w:rPr>
              <w:t>$0 property; $1,000,000 crops (zone total, 2023 dollars)</w:t>
            </w:r>
          </w:p>
        </w:tc>
        <w:tc>
          <w:tcPr>
            <w:tcW w:type="dxa" w:w="943"/>
          </w:tcPr>
          <w:p>
            <w:pPr>
              <w:spacing w:after="0"/>
              <w:jc w:val="right"/>
            </w:pPr>
            <w:r>
              <w:rPr>
                <w:sz w:val="16"/>
              </w:rPr>
              <w:t>0, 0</w:t>
            </w:r>
          </w:p>
        </w:tc>
        <w:tc>
          <w:tcPr>
            <w:tcW w:type="dxa" w:w="2499"/>
          </w:tcPr>
          <w:p>
            <w:pPr>
              <w:spacing w:after="0"/>
              <w:jc w:val="left"/>
            </w:pPr>
            <w:r>
              <w:rPr>
                <w:sz w:val="16"/>
              </w:rPr>
              <w:t>NWS zone VTZ021 (EASTERN WINDSOR COUNTY), zone-level</w:t>
            </w:r>
          </w:p>
        </w:tc>
        <w:tc>
          <w:tcPr>
            <w:tcW w:type="dxa" w:w="714"/>
          </w:tcPr>
          <w:p>
            <w:pPr>
              <w:spacing w:after="0"/>
              <w:jc w:val="left"/>
            </w:pPr>
            <w:r>
              <w:rPr>
                <w:sz w:val="16"/>
              </w:rPr>
              <w:t>within last 5 years</w:t>
            </w:r>
          </w:p>
        </w:tc>
        <w:tc>
          <w:tcPr>
            <w:tcW w:type="dxa" w:w="2746"/>
          </w:tcPr>
          <w:p>
            <w:pPr>
              <w:spacing w:after="0"/>
              <w:jc w:val="left"/>
            </w:pPr>
            <w:r>
              <w:rPr>
                <w:sz w:val="16"/>
              </w:rPr>
              <w:t>B1-c worst recorded: Frost/Freeze</w:t>
            </w:r>
          </w:p>
        </w:tc>
      </w:tr>
      <w:tr>
        <w:trPr>
          <w:cantSplit/>
        </w:trPr>
        <w:tc>
          <w:tcPr>
            <w:tcW w:type="dxa" w:w="1037"/>
          </w:tcPr>
          <w:p>
            <w:pPr>
              <w:spacing w:after="0"/>
              <w:jc w:val="left"/>
            </w:pPr>
            <w:r>
              <w:rPr>
                <w:sz w:val="16"/>
              </w:rPr>
              <w:t>2022-12-23</w:t>
            </w:r>
          </w:p>
        </w:tc>
        <w:tc>
          <w:tcPr>
            <w:tcW w:type="dxa" w:w="1215"/>
          </w:tcPr>
          <w:p>
            <w:pPr>
              <w:spacing w:after="0"/>
              <w:jc w:val="left"/>
            </w:pPr>
            <w:r>
              <w:rPr>
                <w:sz w:val="16"/>
              </w:rPr>
              <w:t>High Wind</w:t>
            </w:r>
          </w:p>
        </w:tc>
        <w:tc>
          <w:tcPr>
            <w:tcW w:type="dxa" w:w="1525"/>
          </w:tcPr>
          <w:p>
            <w:pPr>
              <w:spacing w:after="0"/>
              <w:jc w:val="left"/>
            </w:pPr>
            <w:r>
              <w:rPr>
                <w:sz w:val="16"/>
              </w:rPr>
              <w:t>50 kt (58 mph) estimated gust</w:t>
            </w:r>
          </w:p>
        </w:tc>
        <w:tc>
          <w:tcPr>
            <w:tcW w:type="dxa" w:w="3433"/>
          </w:tcPr>
          <w:p>
            <w:pPr>
              <w:spacing w:after="0"/>
              <w:jc w:val="left"/>
            </w:pPr>
            <w:r>
              <w:rPr>
                <w:sz w:val="16"/>
              </w:rPr>
              <w:t>$150,000 property; $0 crops (zone total, 2022 dollars)</w:t>
            </w:r>
          </w:p>
        </w:tc>
        <w:tc>
          <w:tcPr>
            <w:tcW w:type="dxa" w:w="943"/>
          </w:tcPr>
          <w:p>
            <w:pPr>
              <w:spacing w:after="0"/>
              <w:jc w:val="right"/>
            </w:pPr>
            <w:r>
              <w:rPr>
                <w:sz w:val="16"/>
              </w:rPr>
              <w:t>0, 0</w:t>
            </w:r>
          </w:p>
        </w:tc>
        <w:tc>
          <w:tcPr>
            <w:tcW w:type="dxa" w:w="2499"/>
          </w:tcPr>
          <w:p>
            <w:pPr>
              <w:spacing w:after="0"/>
              <w:jc w:val="left"/>
            </w:pPr>
            <w:r>
              <w:rPr>
                <w:sz w:val="16"/>
              </w:rPr>
              <w:t>NWS zone VTZ020 (WESTERN WINDSOR COUNTY), zone-level</w:t>
            </w:r>
          </w:p>
        </w:tc>
        <w:tc>
          <w:tcPr>
            <w:tcW w:type="dxa" w:w="714"/>
          </w:tcPr>
          <w:p>
            <w:pPr>
              <w:spacing w:after="0"/>
              <w:jc w:val="left"/>
            </w:pPr>
            <w:r>
              <w:rPr>
                <w:sz w:val="16"/>
              </w:rPr>
              <w:t>within last 5 years</w:t>
            </w:r>
          </w:p>
        </w:tc>
        <w:tc>
          <w:tcPr>
            <w:tcW w:type="dxa" w:w="2746"/>
          </w:tcPr>
          <w:p>
            <w:pPr>
              <w:spacing w:after="0"/>
              <w:jc w:val="left"/>
            </w:pPr>
            <w:r>
              <w:rPr>
                <w:sz w:val="16"/>
              </w:rPr>
              <w:t>B1-c worst recorded: High Wind and Strong Wind</w:t>
            </w:r>
          </w:p>
        </w:tc>
      </w:tr>
      <w:tr>
        <w:trPr>
          <w:cantSplit/>
        </w:trPr>
        <w:tc>
          <w:tcPr>
            <w:tcW w:type="dxa" w:w="1037"/>
          </w:tcPr>
          <w:p>
            <w:pPr>
              <w:spacing w:after="0"/>
              <w:jc w:val="left"/>
            </w:pPr>
            <w:r>
              <w:rPr>
                <w:sz w:val="16"/>
              </w:rPr>
              <w:t>2020-06-18</w:t>
            </w:r>
          </w:p>
        </w:tc>
        <w:tc>
          <w:tcPr>
            <w:tcW w:type="dxa" w:w="1215"/>
          </w:tcPr>
          <w:p>
            <w:pPr>
              <w:spacing w:after="0"/>
              <w:jc w:val="left"/>
            </w:pPr>
            <w:r>
              <w:rPr>
                <w:sz w:val="16"/>
              </w:rPr>
              <w:t>Heat</w:t>
            </w:r>
          </w:p>
        </w:tc>
        <w:tc>
          <w:tcPr>
            <w:tcW w:type="dxa" w:w="1525"/>
          </w:tcPr>
          <w:p>
            <w:pPr>
              <w:spacing w:after="0"/>
              <w:jc w:val="left"/>
            </w:pPr>
          </w:p>
        </w:tc>
        <w:tc>
          <w:tcPr>
            <w:tcW w:type="dxa" w:w="3433"/>
          </w:tcPr>
          <w:p>
            <w:pPr>
              <w:spacing w:after="0"/>
              <w:jc w:val="left"/>
            </w:pPr>
            <w:r>
              <w:rPr>
                <w:sz w:val="16"/>
              </w:rPr>
              <w:t>$0 property; $0 crops (zone total, 2020 dollars)</w:t>
            </w:r>
          </w:p>
        </w:tc>
        <w:tc>
          <w:tcPr>
            <w:tcW w:type="dxa" w:w="943"/>
          </w:tcPr>
          <w:p>
            <w:pPr>
              <w:spacing w:after="0"/>
              <w:jc w:val="right"/>
            </w:pPr>
            <w:r>
              <w:rPr>
                <w:sz w:val="16"/>
              </w:rPr>
              <w:t>0, 0</w:t>
            </w:r>
          </w:p>
        </w:tc>
        <w:tc>
          <w:tcPr>
            <w:tcW w:type="dxa" w:w="2499"/>
          </w:tcPr>
          <w:p>
            <w:pPr>
              <w:spacing w:after="0"/>
              <w:jc w:val="left"/>
            </w:pPr>
            <w:r>
              <w:rPr>
                <w:sz w:val="16"/>
              </w:rPr>
              <w:t>NWS zone VTZ012 (WINDSOR), zone-level</w:t>
            </w:r>
          </w:p>
        </w:tc>
        <w:tc>
          <w:tcPr>
            <w:tcW w:type="dxa" w:w="714"/>
          </w:tcPr>
          <w:p>
            <w:pPr>
              <w:spacing w:after="0"/>
              <w:jc w:val="left"/>
            </w:pPr>
          </w:p>
        </w:tc>
        <w:tc>
          <w:tcPr>
            <w:tcW w:type="dxa" w:w="2746"/>
          </w:tcPr>
          <w:p>
            <w:pPr>
              <w:spacing w:after="0"/>
              <w:jc w:val="left"/>
            </w:pPr>
            <w:r>
              <w:rPr>
                <w:sz w:val="16"/>
              </w:rPr>
              <w:t>B1-c worst recorded: Excessive Heat, Heat</w:t>
            </w:r>
          </w:p>
        </w:tc>
      </w:tr>
      <w:tr>
        <w:trPr>
          <w:cantSplit/>
        </w:trPr>
        <w:tc>
          <w:tcPr>
            <w:tcW w:type="dxa" w:w="1037"/>
          </w:tcPr>
          <w:p>
            <w:pPr>
              <w:spacing w:after="0"/>
              <w:jc w:val="left"/>
            </w:pPr>
            <w:r>
              <w:rPr>
                <w:sz w:val="16"/>
              </w:rPr>
              <w:t>2015-02-01</w:t>
            </w:r>
          </w:p>
        </w:tc>
        <w:tc>
          <w:tcPr>
            <w:tcW w:type="dxa" w:w="1215"/>
          </w:tcPr>
          <w:p>
            <w:pPr>
              <w:spacing w:after="0"/>
              <w:jc w:val="left"/>
            </w:pPr>
            <w:r>
              <w:rPr>
                <w:sz w:val="16"/>
              </w:rPr>
              <w:t>Cold/Wind Chill</w:t>
            </w:r>
          </w:p>
        </w:tc>
        <w:tc>
          <w:tcPr>
            <w:tcW w:type="dxa" w:w="1525"/>
          </w:tcPr>
          <w:p>
            <w:pPr>
              <w:spacing w:after="0"/>
              <w:jc w:val="left"/>
            </w:pPr>
          </w:p>
        </w:tc>
        <w:tc>
          <w:tcPr>
            <w:tcW w:type="dxa" w:w="3433"/>
          </w:tcPr>
          <w:p>
            <w:pPr>
              <w:spacing w:after="0"/>
              <w:jc w:val="left"/>
            </w:pPr>
            <w:r>
              <w:rPr>
                <w:sz w:val="16"/>
              </w:rPr>
              <w:t>$0 property; $0 crops (zone total, 2015 dollars)</w:t>
            </w:r>
          </w:p>
        </w:tc>
        <w:tc>
          <w:tcPr>
            <w:tcW w:type="dxa" w:w="943"/>
          </w:tcPr>
          <w:p>
            <w:pPr>
              <w:spacing w:after="0"/>
              <w:jc w:val="right"/>
            </w:pPr>
            <w:r>
              <w:rPr>
                <w:sz w:val="16"/>
              </w:rPr>
              <w:t>0, 0</w:t>
            </w:r>
          </w:p>
        </w:tc>
        <w:tc>
          <w:tcPr>
            <w:tcW w:type="dxa" w:w="2499"/>
          </w:tcPr>
          <w:p>
            <w:pPr>
              <w:spacing w:after="0"/>
              <w:jc w:val="left"/>
            </w:pPr>
            <w:r>
              <w:rPr>
                <w:sz w:val="16"/>
              </w:rPr>
              <w:t>NWS zone VTZ012 (WINDSOR), zone-level</w:t>
            </w:r>
          </w:p>
        </w:tc>
        <w:tc>
          <w:tcPr>
            <w:tcW w:type="dxa" w:w="714"/>
          </w:tcPr>
          <w:p>
            <w:pPr>
              <w:spacing w:after="0"/>
              <w:jc w:val="left"/>
            </w:pPr>
          </w:p>
        </w:tc>
        <w:tc>
          <w:tcPr>
            <w:tcW w:type="dxa" w:w="2746"/>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2011-08-28</w:t>
            </w:r>
          </w:p>
        </w:tc>
        <w:tc>
          <w:tcPr>
            <w:tcW w:type="dxa" w:w="1215"/>
          </w:tcPr>
          <w:p>
            <w:pPr>
              <w:spacing w:after="0"/>
              <w:jc w:val="left"/>
            </w:pPr>
            <w:r>
              <w:rPr>
                <w:sz w:val="16"/>
              </w:rPr>
              <w:t>Flash Flood</w:t>
            </w:r>
          </w:p>
        </w:tc>
        <w:tc>
          <w:tcPr>
            <w:tcW w:type="dxa" w:w="1525"/>
          </w:tcPr>
          <w:p>
            <w:pPr>
              <w:spacing w:after="0"/>
              <w:jc w:val="left"/>
            </w:pPr>
          </w:p>
        </w:tc>
        <w:tc>
          <w:tcPr>
            <w:tcW w:type="dxa" w:w="3433"/>
          </w:tcPr>
          <w:p>
            <w:pPr>
              <w:spacing w:after="0"/>
              <w:jc w:val="left"/>
            </w:pPr>
            <w:r>
              <w:rPr>
                <w:sz w:val="16"/>
              </w:rPr>
              <w:t>$100,000,000 property; $5,000,000 crops (2011 dollars)</w:t>
            </w:r>
          </w:p>
        </w:tc>
        <w:tc>
          <w:tcPr>
            <w:tcW w:type="dxa" w:w="943"/>
          </w:tcPr>
          <w:p>
            <w:pPr>
              <w:spacing w:after="0"/>
              <w:jc w:val="right"/>
            </w:pPr>
            <w:r>
              <w:rPr>
                <w:sz w:val="16"/>
              </w:rPr>
              <w:t>0, 0</w:t>
            </w:r>
          </w:p>
        </w:tc>
        <w:tc>
          <w:tcPr>
            <w:tcW w:type="dxa" w:w="2499"/>
          </w:tcPr>
          <w:p>
            <w:pPr>
              <w:spacing w:after="0"/>
              <w:jc w:val="left"/>
            </w:pPr>
            <w:r>
              <w:rPr>
                <w:sz w:val="16"/>
              </w:rPr>
              <w:t>GOULDS MILL to POMPANOOSUC</w:t>
            </w:r>
          </w:p>
        </w:tc>
        <w:tc>
          <w:tcPr>
            <w:tcW w:type="dxa" w:w="714"/>
          </w:tcPr>
          <w:p>
            <w:pPr>
              <w:spacing w:after="0"/>
              <w:jc w:val="left"/>
            </w:pPr>
          </w:p>
        </w:tc>
        <w:tc>
          <w:tcPr>
            <w:tcW w:type="dxa" w:w="2746"/>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2011-07-21</w:t>
            </w:r>
          </w:p>
        </w:tc>
        <w:tc>
          <w:tcPr>
            <w:tcW w:type="dxa" w:w="1215"/>
          </w:tcPr>
          <w:p>
            <w:pPr>
              <w:spacing w:after="0"/>
              <w:jc w:val="left"/>
            </w:pPr>
            <w:r>
              <w:rPr>
                <w:sz w:val="16"/>
              </w:rPr>
              <w:t>Heat</w:t>
            </w:r>
          </w:p>
        </w:tc>
        <w:tc>
          <w:tcPr>
            <w:tcW w:type="dxa" w:w="1525"/>
          </w:tcPr>
          <w:p>
            <w:pPr>
              <w:spacing w:after="0"/>
              <w:jc w:val="left"/>
            </w:pPr>
          </w:p>
        </w:tc>
        <w:tc>
          <w:tcPr>
            <w:tcW w:type="dxa" w:w="3433"/>
          </w:tcPr>
          <w:p>
            <w:pPr>
              <w:spacing w:after="0"/>
              <w:jc w:val="left"/>
            </w:pPr>
            <w:r>
              <w:rPr>
                <w:sz w:val="16"/>
              </w:rPr>
              <w:t>$0 property; $0 crops (zone total, 2011 dollars)</w:t>
            </w:r>
          </w:p>
        </w:tc>
        <w:tc>
          <w:tcPr>
            <w:tcW w:type="dxa" w:w="943"/>
          </w:tcPr>
          <w:p>
            <w:pPr>
              <w:spacing w:after="0"/>
              <w:jc w:val="right"/>
            </w:pPr>
            <w:r>
              <w:rPr>
                <w:sz w:val="16"/>
              </w:rPr>
              <w:t>1, 0</w:t>
            </w:r>
          </w:p>
        </w:tc>
        <w:tc>
          <w:tcPr>
            <w:tcW w:type="dxa" w:w="2499"/>
          </w:tcPr>
          <w:p>
            <w:pPr>
              <w:spacing w:after="0"/>
              <w:jc w:val="left"/>
            </w:pPr>
            <w:r>
              <w:rPr>
                <w:sz w:val="16"/>
              </w:rPr>
              <w:t>NWS zone VTZ012 (WINDSOR), zone-level</w:t>
            </w:r>
          </w:p>
        </w:tc>
        <w:tc>
          <w:tcPr>
            <w:tcW w:type="dxa" w:w="714"/>
          </w:tcPr>
          <w:p>
            <w:pPr>
              <w:spacing w:after="0"/>
              <w:jc w:val="left"/>
            </w:pPr>
          </w:p>
        </w:tc>
        <w:tc>
          <w:tcPr>
            <w:tcW w:type="dxa" w:w="2746"/>
          </w:tcPr>
          <w:p>
            <w:pPr>
              <w:spacing w:after="0"/>
              <w:jc w:val="left"/>
            </w:pPr>
            <w:r>
              <w:rPr>
                <w:sz w:val="16"/>
              </w:rPr>
              <w:t>deaths or injuries recorded</w:t>
            </w:r>
          </w:p>
        </w:tc>
      </w:tr>
      <w:tr>
        <w:trPr>
          <w:cantSplit/>
        </w:trPr>
        <w:tc>
          <w:tcPr>
            <w:tcW w:type="dxa" w:w="1037"/>
          </w:tcPr>
          <w:p>
            <w:pPr>
              <w:spacing w:after="0"/>
              <w:jc w:val="left"/>
            </w:pPr>
            <w:r>
              <w:rPr>
                <w:sz w:val="16"/>
              </w:rPr>
              <w:t>2003-07-21</w:t>
            </w:r>
          </w:p>
        </w:tc>
        <w:tc>
          <w:tcPr>
            <w:tcW w:type="dxa" w:w="1215"/>
          </w:tcPr>
          <w:p>
            <w:pPr>
              <w:spacing w:after="0"/>
              <w:jc w:val="left"/>
            </w:pPr>
            <w:r>
              <w:rPr>
                <w:sz w:val="16"/>
              </w:rPr>
              <w:t>Thunderstorm Wind</w:t>
            </w:r>
          </w:p>
        </w:tc>
        <w:tc>
          <w:tcPr>
            <w:tcW w:type="dxa" w:w="1525"/>
          </w:tcPr>
          <w:p>
            <w:pPr>
              <w:spacing w:after="0"/>
              <w:jc w:val="left"/>
            </w:pPr>
            <w:r>
              <w:rPr>
                <w:sz w:val="16"/>
              </w:rPr>
              <w:t>100 kt (115 mph) estimated gust</w:t>
            </w:r>
          </w:p>
        </w:tc>
        <w:tc>
          <w:tcPr>
            <w:tcW w:type="dxa" w:w="3433"/>
          </w:tcPr>
          <w:p>
            <w:pPr>
              <w:spacing w:after="0"/>
              <w:jc w:val="left"/>
            </w:pPr>
            <w:r>
              <w:rPr>
                <w:sz w:val="16"/>
              </w:rPr>
              <w:t>$100,000 property; crops not reported (2003 dollars)</w:t>
            </w:r>
          </w:p>
        </w:tc>
        <w:tc>
          <w:tcPr>
            <w:tcW w:type="dxa" w:w="943"/>
          </w:tcPr>
          <w:p>
            <w:pPr>
              <w:spacing w:after="0"/>
              <w:jc w:val="right"/>
            </w:pPr>
            <w:r>
              <w:rPr>
                <w:sz w:val="16"/>
              </w:rPr>
              <w:t>0, 1</w:t>
            </w:r>
          </w:p>
        </w:tc>
        <w:tc>
          <w:tcPr>
            <w:tcW w:type="dxa" w:w="2499"/>
          </w:tcPr>
          <w:p>
            <w:pPr>
              <w:spacing w:after="0"/>
              <w:jc w:val="left"/>
            </w:pPr>
            <w:r>
              <w:rPr>
                <w:sz w:val="16"/>
              </w:rPr>
              <w:t>CAVENDISH</w:t>
            </w:r>
          </w:p>
        </w:tc>
        <w:tc>
          <w:tcPr>
            <w:tcW w:type="dxa" w:w="714"/>
          </w:tcPr>
          <w:p>
            <w:pPr>
              <w:spacing w:after="0"/>
              <w:jc w:val="left"/>
            </w:pPr>
          </w:p>
        </w:tc>
        <w:tc>
          <w:tcPr>
            <w:tcW w:type="dxa" w:w="2746"/>
          </w:tcPr>
          <w:p>
            <w:pPr>
              <w:spacing w:after="0"/>
              <w:jc w:val="left"/>
            </w:pPr>
            <w:r>
              <w:rPr>
                <w:sz w:val="16"/>
              </w:rPr>
              <w:t>B1-c worst recorded: Thunderstorm Wind</w:t>
            </w:r>
          </w:p>
        </w:tc>
      </w:tr>
      <w:tr>
        <w:trPr>
          <w:cantSplit/>
        </w:trPr>
        <w:tc>
          <w:tcPr>
            <w:tcW w:type="dxa" w:w="1037"/>
          </w:tcPr>
          <w:p>
            <w:pPr>
              <w:spacing w:after="0"/>
              <w:jc w:val="left"/>
            </w:pPr>
            <w:r>
              <w:rPr>
                <w:sz w:val="16"/>
              </w:rPr>
              <w:t>2002-07-04</w:t>
            </w:r>
          </w:p>
        </w:tc>
        <w:tc>
          <w:tcPr>
            <w:tcW w:type="dxa" w:w="1215"/>
          </w:tcPr>
          <w:p>
            <w:pPr>
              <w:spacing w:after="0"/>
              <w:jc w:val="left"/>
            </w:pPr>
            <w:r>
              <w:rPr>
                <w:sz w:val="16"/>
              </w:rPr>
              <w:t>Lightning</w:t>
            </w:r>
          </w:p>
        </w:tc>
        <w:tc>
          <w:tcPr>
            <w:tcW w:type="dxa" w:w="1525"/>
          </w:tcPr>
          <w:p>
            <w:pPr>
              <w:spacing w:after="0"/>
              <w:jc w:val="left"/>
            </w:pPr>
          </w:p>
        </w:tc>
        <w:tc>
          <w:tcPr>
            <w:tcW w:type="dxa" w:w="3433"/>
          </w:tcPr>
          <w:p>
            <w:pPr>
              <w:spacing w:after="0"/>
              <w:jc w:val="left"/>
            </w:pPr>
            <w:r>
              <w:rPr>
                <w:sz w:val="16"/>
              </w:rPr>
              <w:t>damage not reported</w:t>
            </w:r>
          </w:p>
        </w:tc>
        <w:tc>
          <w:tcPr>
            <w:tcW w:type="dxa" w:w="943"/>
          </w:tcPr>
          <w:p>
            <w:pPr>
              <w:spacing w:after="0"/>
              <w:jc w:val="right"/>
            </w:pPr>
            <w:r>
              <w:rPr>
                <w:sz w:val="16"/>
              </w:rPr>
              <w:t>1, 0</w:t>
            </w:r>
          </w:p>
        </w:tc>
        <w:tc>
          <w:tcPr>
            <w:tcW w:type="dxa" w:w="2499"/>
          </w:tcPr>
          <w:p>
            <w:pPr>
              <w:spacing w:after="0"/>
              <w:jc w:val="left"/>
            </w:pPr>
            <w:r>
              <w:rPr>
                <w:sz w:val="16"/>
              </w:rPr>
              <w:t>WOODSTOCK</w:t>
            </w:r>
          </w:p>
        </w:tc>
        <w:tc>
          <w:tcPr>
            <w:tcW w:type="dxa" w:w="714"/>
          </w:tcPr>
          <w:p>
            <w:pPr>
              <w:spacing w:after="0"/>
              <w:jc w:val="left"/>
            </w:pPr>
          </w:p>
        </w:tc>
        <w:tc>
          <w:tcPr>
            <w:tcW w:type="dxa" w:w="2746"/>
          </w:tcPr>
          <w:p>
            <w:pPr>
              <w:spacing w:after="0"/>
              <w:jc w:val="left"/>
            </w:pPr>
            <w:r>
              <w:rPr>
                <w:sz w:val="16"/>
              </w:rPr>
              <w:t>B1-c worst recorded: Lightning</w:t>
            </w:r>
          </w:p>
        </w:tc>
      </w:tr>
      <w:tr>
        <w:trPr>
          <w:cantSplit/>
        </w:trPr>
        <w:tc>
          <w:tcPr>
            <w:tcW w:type="dxa" w:w="1037"/>
          </w:tcPr>
          <w:p>
            <w:pPr>
              <w:spacing w:after="0"/>
              <w:jc w:val="left"/>
            </w:pPr>
            <w:r>
              <w:rPr>
                <w:sz w:val="16"/>
              </w:rPr>
              <w:t>2000-01-07</w:t>
            </w:r>
          </w:p>
        </w:tc>
        <w:tc>
          <w:tcPr>
            <w:tcW w:type="dxa" w:w="1215"/>
          </w:tcPr>
          <w:p>
            <w:pPr>
              <w:spacing w:after="0"/>
              <w:jc w:val="left"/>
            </w:pPr>
            <w:r>
              <w:rPr>
                <w:sz w:val="16"/>
              </w:rPr>
              <w:t>Winter Weather</w:t>
            </w:r>
          </w:p>
        </w:tc>
        <w:tc>
          <w:tcPr>
            <w:tcW w:type="dxa" w:w="1525"/>
          </w:tcPr>
          <w:p>
            <w:pPr>
              <w:spacing w:after="0"/>
              <w:jc w:val="left"/>
            </w:pPr>
          </w:p>
        </w:tc>
        <w:tc>
          <w:tcPr>
            <w:tcW w:type="dxa" w:w="3433"/>
          </w:tcPr>
          <w:p>
            <w:pPr>
              <w:spacing w:after="0"/>
              <w:jc w:val="left"/>
            </w:pPr>
            <w:r>
              <w:rPr>
                <w:sz w:val="16"/>
              </w:rPr>
              <w:t>$50,000 property; crops not reported (zone total, 2000 dollars)</w:t>
            </w:r>
          </w:p>
        </w:tc>
        <w:tc>
          <w:tcPr>
            <w:tcW w:type="dxa" w:w="943"/>
          </w:tcPr>
          <w:p>
            <w:pPr>
              <w:spacing w:after="0"/>
              <w:jc w:val="right"/>
            </w:pPr>
            <w:r>
              <w:rPr>
                <w:sz w:val="16"/>
              </w:rPr>
              <w:t>1, 2</w:t>
            </w:r>
          </w:p>
        </w:tc>
        <w:tc>
          <w:tcPr>
            <w:tcW w:type="dxa" w:w="2499"/>
          </w:tcPr>
          <w:p>
            <w:pPr>
              <w:spacing w:after="0"/>
              <w:jc w:val="left"/>
            </w:pPr>
            <w:r>
              <w:rPr>
                <w:sz w:val="16"/>
              </w:rPr>
              <w:t>NWS zone VTZ012 (WINDSOR), zone-level</w:t>
            </w:r>
          </w:p>
        </w:tc>
        <w:tc>
          <w:tcPr>
            <w:tcW w:type="dxa" w:w="714"/>
          </w:tcPr>
          <w:p>
            <w:pPr>
              <w:spacing w:after="0"/>
              <w:jc w:val="left"/>
            </w:pPr>
          </w:p>
        </w:tc>
        <w:tc>
          <w:tcPr>
            <w:tcW w:type="dxa" w:w="2746"/>
          </w:tcPr>
          <w:p>
            <w:pPr>
              <w:spacing w:after="0"/>
              <w:jc w:val="left"/>
            </w:pPr>
            <w:r>
              <w:rPr>
                <w:sz w:val="16"/>
              </w:rPr>
              <w:t>deaths or injuries recorded</w:t>
            </w:r>
          </w:p>
        </w:tc>
      </w:tr>
      <w:tr>
        <w:trPr>
          <w:cantSplit/>
        </w:trPr>
        <w:tc>
          <w:tcPr>
            <w:tcW w:type="dxa" w:w="1037"/>
          </w:tcPr>
          <w:p>
            <w:pPr>
              <w:spacing w:after="0"/>
              <w:jc w:val="left"/>
            </w:pPr>
            <w:r>
              <w:rPr>
                <w:sz w:val="16"/>
              </w:rPr>
              <w:t>1998-01-06</w:t>
            </w:r>
          </w:p>
        </w:tc>
        <w:tc>
          <w:tcPr>
            <w:tcW w:type="dxa" w:w="1215"/>
          </w:tcPr>
          <w:p>
            <w:pPr>
              <w:spacing w:after="0"/>
              <w:jc w:val="left"/>
            </w:pPr>
            <w:r>
              <w:rPr>
                <w:sz w:val="16"/>
              </w:rPr>
              <w:t>Ice Storm</w:t>
            </w:r>
          </w:p>
        </w:tc>
        <w:tc>
          <w:tcPr>
            <w:tcW w:type="dxa" w:w="1525"/>
          </w:tcPr>
          <w:p>
            <w:pPr>
              <w:spacing w:after="0"/>
              <w:jc w:val="left"/>
            </w:pPr>
          </w:p>
        </w:tc>
        <w:tc>
          <w:tcPr>
            <w:tcW w:type="dxa" w:w="3433"/>
          </w:tcPr>
          <w:p>
            <w:pPr>
              <w:spacing w:after="0"/>
              <w:jc w:val="left"/>
            </w:pPr>
            <w:r>
              <w:rPr>
                <w:sz w:val="16"/>
              </w:rPr>
              <w:t>$80,000 property; crops not reported (zone total, 1998 dollars)</w:t>
            </w:r>
          </w:p>
        </w:tc>
        <w:tc>
          <w:tcPr>
            <w:tcW w:type="dxa" w:w="943"/>
          </w:tcPr>
          <w:p>
            <w:pPr>
              <w:spacing w:after="0"/>
              <w:jc w:val="right"/>
            </w:pPr>
            <w:r>
              <w:rPr>
                <w:sz w:val="16"/>
              </w:rPr>
              <w:t>0, 0</w:t>
            </w:r>
          </w:p>
        </w:tc>
        <w:tc>
          <w:tcPr>
            <w:tcW w:type="dxa" w:w="2499"/>
          </w:tcPr>
          <w:p>
            <w:pPr>
              <w:spacing w:after="0"/>
              <w:jc w:val="left"/>
            </w:pPr>
            <w:r>
              <w:rPr>
                <w:sz w:val="16"/>
              </w:rPr>
              <w:t>NWS zone VTZ012 (WINDSOR), zone-level</w:t>
            </w:r>
          </w:p>
        </w:tc>
        <w:tc>
          <w:tcPr>
            <w:tcW w:type="dxa" w:w="714"/>
          </w:tcPr>
          <w:p>
            <w:pPr>
              <w:spacing w:after="0"/>
              <w:jc w:val="left"/>
            </w:pPr>
          </w:p>
        </w:tc>
        <w:tc>
          <w:tcPr>
            <w:tcW w:type="dxa" w:w="2746"/>
          </w:tcPr>
          <w:p>
            <w:pPr>
              <w:spacing w:after="0"/>
              <w:jc w:val="left"/>
            </w:pPr>
            <w:r>
              <w:rPr>
                <w:sz w:val="16"/>
              </w:rPr>
              <w:t>B1-c worst recorded: Ice Storm</w:t>
            </w:r>
          </w:p>
        </w:tc>
      </w:tr>
      <w:tr>
        <w:trPr>
          <w:cantSplit/>
        </w:trPr>
        <w:tc>
          <w:tcPr>
            <w:tcW w:type="dxa" w:w="1037"/>
          </w:tcPr>
          <w:p>
            <w:pPr>
              <w:spacing w:after="0"/>
              <w:jc w:val="left"/>
            </w:pPr>
            <w:r>
              <w:rPr>
                <w:sz w:val="16"/>
              </w:rPr>
              <w:t>1966-08-11</w:t>
            </w:r>
          </w:p>
        </w:tc>
        <w:tc>
          <w:tcPr>
            <w:tcW w:type="dxa" w:w="1215"/>
          </w:tcPr>
          <w:p>
            <w:pPr>
              <w:spacing w:after="0"/>
              <w:jc w:val="left"/>
            </w:pPr>
            <w:r>
              <w:rPr>
                <w:sz w:val="16"/>
              </w:rPr>
              <w:t>Tornado</w:t>
            </w:r>
          </w:p>
        </w:tc>
        <w:tc>
          <w:tcPr>
            <w:tcW w:type="dxa" w:w="1525"/>
          </w:tcPr>
          <w:p>
            <w:pPr>
              <w:spacing w:after="0"/>
              <w:jc w:val="left"/>
            </w:pPr>
            <w:r>
              <w:rPr>
                <w:sz w:val="16"/>
              </w:rPr>
              <w:t>F2, 1 mi path length (whole path, pre-1996), 33 yd wide</w:t>
            </w:r>
          </w:p>
        </w:tc>
        <w:tc>
          <w:tcPr>
            <w:tcW w:type="dxa" w:w="3433"/>
          </w:tcPr>
          <w:p>
            <w:pPr>
              <w:spacing w:after="0"/>
              <w:jc w:val="left"/>
            </w:pPr>
            <w:r>
              <w:rPr>
                <w:sz w:val="16"/>
              </w:rPr>
              <w:t>$25,000 property; crops not recorded (1966 dollars)</w:t>
            </w:r>
          </w:p>
        </w:tc>
        <w:tc>
          <w:tcPr>
            <w:tcW w:type="dxa" w:w="943"/>
          </w:tcPr>
          <w:p>
            <w:pPr>
              <w:spacing w:after="0"/>
              <w:jc w:val="right"/>
            </w:pPr>
            <w:r>
              <w:rPr>
                <w:sz w:val="16"/>
              </w:rPr>
              <w:t>0, 0</w:t>
            </w:r>
          </w:p>
        </w:tc>
        <w:tc>
          <w:tcPr>
            <w:tcW w:type="dxa" w:w="2499"/>
          </w:tcPr>
          <w:p>
            <w:pPr>
              <w:spacing w:after="0"/>
              <w:jc w:val="left"/>
            </w:pPr>
            <w:r>
              <w:rPr>
                <w:sz w:val="16"/>
              </w:rPr>
              <w:t>location not recorded</w:t>
            </w:r>
          </w:p>
        </w:tc>
        <w:tc>
          <w:tcPr>
            <w:tcW w:type="dxa" w:w="714"/>
          </w:tcPr>
          <w:p>
            <w:pPr>
              <w:spacing w:after="0"/>
              <w:jc w:val="left"/>
            </w:pPr>
          </w:p>
        </w:tc>
        <w:tc>
          <w:tcPr>
            <w:tcW w:type="dxa" w:w="2746"/>
          </w:tcPr>
          <w:p>
            <w:pPr>
              <w:spacing w:after="0"/>
              <w:jc w:val="left"/>
            </w:pPr>
            <w:r>
              <w:rPr>
                <w:sz w:val="16"/>
              </w:rPr>
              <w:t>B1-c worst recorded: Tornado</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(688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FEMA's declaration data list no tribal or special-area declarations for this state.</w:t>
      </w:r>
    </w:p>
    <w:p>
      <w:pPr>
        <w:pStyle w:val="Heading2"/>
        <w:keepNext/>
        <w:spacing w:after="80"/>
      </w:pPr>
      <w:r>
        <w:rPr/>
        <w:t>Supports FEMA checklist item B1-e: probability of future events</w:t>
      </w:r>
    </w:p>
    <w:p>
      <w:pPr>
        <w:keepNext/>
        <w:spacing w:after="80" w:before="0"/>
      </w:pPr>
      <w:r>
        <w:rPr>
          <w:i/>
        </w:rPr>
        <w:t>County-level: Windsor County.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71"/>
        <w:gridCol w:w="1296"/>
        <w:gridCol w:w="1623"/>
        <w:gridCol w:w="1101"/>
        <w:gridCol w:w="2101"/>
        <w:gridCol w:w="1539"/>
        <w:gridCol w:w="1569"/>
        <w:gridCol w:w="1037"/>
        <w:gridCol w:w="1538"/>
      </w:tblGrid>
      <w:tr>
        <w:trPr>
          <w:cantSplit/>
          <w:tblHeader/>
        </w:trPr>
        <w:tc>
          <w:tcPr>
            <w:tcW w:type="dxa" w:w="1037"/>
            <w:shd w:val="clear" w:color="auto" w:fill="E8E8E8"/>
          </w:tcPr>
          <w:p>
            <w:pPr>
              <w:spacing w:after="0"/>
              <w:jc w:val="left"/>
            </w:pPr>
            <w:r>
              <w:rPr>
                <w:b/>
                <w:sz w:val="16"/>
              </w:rPr>
              <w:t>Hazard</w:t>
            </w:r>
          </w:p>
        </w:tc>
        <w:tc>
          <w:tcPr>
            <w:tcW w:type="dxa" w:w="1271"/>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96"/>
            <w:shd w:val="clear" w:color="auto" w:fill="E8E8E8"/>
          </w:tcPr>
          <w:p>
            <w:pPr>
              <w:spacing w:after="0"/>
              <w:jc w:val="left"/>
            </w:pPr>
            <w:r>
              <w:rPr>
                <w:b/>
                <w:sz w:val="16"/>
              </w:rPr>
              <w:t>Unit</w:t>
            </w:r>
          </w:p>
        </w:tc>
        <w:tc>
          <w:tcPr>
            <w:tcW w:type="dxa" w:w="1623"/>
            <w:shd w:val="clear" w:color="auto" w:fill="E8E8E8"/>
          </w:tcPr>
          <w:p>
            <w:pPr>
              <w:spacing w:after="0"/>
              <w:jc w:val="left"/>
            </w:pPr>
            <w:r>
              <w:rPr>
                <w:b/>
                <w:sz w:val="16"/>
              </w:rPr>
              <w:t>In plain terms</w:t>
            </w:r>
          </w:p>
        </w:tc>
        <w:tc>
          <w:tcPr>
            <w:tcW w:type="dxa" w:w="1101"/>
            <w:shd w:val="clear" w:color="auto" w:fill="E8E8E8"/>
          </w:tcPr>
          <w:p>
            <w:pPr>
              <w:spacing w:after="0"/>
              <w:jc w:val="left"/>
            </w:pPr>
            <w:r>
              <w:rPr>
                <w:b/>
                <w:sz w:val="16"/>
              </w:rPr>
              <w:t>Descriptor</w:t>
            </w:r>
          </w:p>
        </w:tc>
        <w:tc>
          <w:tcPr>
            <w:tcW w:type="dxa" w:w="2101"/>
            <w:shd w:val="clear" w:color="auto" w:fill="E8E8E8"/>
          </w:tcPr>
          <w:p>
            <w:pPr>
              <w:spacing w:after="0"/>
              <w:jc w:val="left"/>
            </w:pPr>
            <w:r>
              <w:rPr>
                <w:b/>
                <w:sz w:val="16"/>
              </w:rPr>
              <w:t>Descriptor basis</w:t>
            </w:r>
          </w:p>
        </w:tc>
        <w:tc>
          <w:tcPr>
            <w:tcW w:type="dxa" w:w="1539"/>
            <w:shd w:val="clear" w:color="auto" w:fill="E8E8E8"/>
          </w:tcPr>
          <w:p>
            <w:pPr>
              <w:spacing w:after="0"/>
              <w:jc w:val="right"/>
            </w:pPr>
            <w:r>
              <w:rPr>
                <w:b/>
                <w:sz w:val="16"/>
              </w:rPr>
              <w:t>NRI events or days in its record period (hail, wind and tornado are area-weighted, so can be fractional)</w:t>
            </w:r>
          </w:p>
        </w:tc>
        <w:tc>
          <w:tcPr>
            <w:tcW w:type="dxa" w:w="1569"/>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538"/>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71"/>
          </w:tcPr>
          <w:p>
            <w:pPr>
              <w:spacing w:after="0"/>
              <w:jc w:val="right"/>
            </w:pPr>
            <w:r>
              <w:rPr>
                <w:sz w:val="16"/>
              </w:rPr>
              <w:t>0.01</w:t>
            </w:r>
          </w:p>
        </w:tc>
        <w:tc>
          <w:tcPr>
            <w:tcW w:type="dxa" w:w="1296"/>
          </w:tcPr>
          <w:p>
            <w:pPr>
              <w:spacing w:after="0"/>
              <w:jc w:val="left"/>
            </w:pPr>
            <w:r>
              <w:rPr>
                <w:sz w:val="16"/>
              </w:rPr>
              <w:t>events per year</w:t>
            </w:r>
          </w:p>
        </w:tc>
        <w:tc>
          <w:tcPr>
            <w:tcW w:type="dxa" w:w="1623"/>
          </w:tcPr>
          <w:p>
            <w:pPr>
              <w:spacing w:after="0"/>
              <w:jc w:val="left"/>
            </w:pPr>
            <w:r>
              <w:rPr>
                <w:sz w:val="16"/>
              </w:rPr>
              <w:t>about 1 in 100 years</w:t>
            </w:r>
          </w:p>
        </w:tc>
        <w:tc>
          <w:tcPr>
            <w:tcW w:type="dxa" w:w="1101"/>
          </w:tcPr>
          <w:p>
            <w:pPr>
              <w:spacing w:after="0"/>
              <w:jc w:val="left"/>
            </w:pPr>
            <w:r>
              <w:rPr>
                <w:sz w:val="16"/>
              </w:rPr>
              <w:t>Possible</w:t>
            </w:r>
          </w:p>
        </w:tc>
        <w:tc>
          <w:tcPr>
            <w:tcW w:type="dxa" w:w="2101"/>
          </w:tcPr>
          <w:p>
            <w:pPr>
              <w:spacing w:after="0"/>
              <w:jc w:val="left"/>
            </w:pPr>
            <w:r>
              <w:rPr>
                <w:sz w:val="16"/>
              </w:rPr>
              <w:t>FEMA annualized frequency (modeled)</w:t>
            </w:r>
          </w:p>
        </w:tc>
        <w:tc>
          <w:tcPr>
            <w:tcW w:type="dxa" w:w="1539"/>
          </w:tcPr>
          <w:p>
            <w:pPr>
              <w:spacing w:after="0"/>
              <w:jc w:val="right"/>
            </w:pPr>
            <w:r>
              <w:rPr>
                <w:sz w:val="16"/>
              </w:rPr>
              <w:t>0</w:t>
            </w:r>
          </w:p>
        </w:tc>
        <w:tc>
          <w:tcPr>
            <w:tcW w:type="dxa" w:w="1569"/>
          </w:tcPr>
          <w:p>
            <w:pPr>
              <w:spacing w:after="0"/>
              <w:jc w:val="left"/>
            </w:pPr>
            <w:r>
              <w:rPr>
                <w:sz w:val="16"/>
              </w:rPr>
              <w:t>1994 to 2023 (30 years)</w:t>
            </w:r>
          </w:p>
        </w:tc>
        <w:tc>
          <w:tcPr>
            <w:tcW w:type="dxa" w:w="1037"/>
          </w:tcPr>
          <w:p>
            <w:pPr>
              <w:spacing w:after="0"/>
              <w:jc w:val="left"/>
            </w:pPr>
            <w:r>
              <w:rPr>
                <w:sz w:val="16"/>
              </w:rPr>
              <w:t>see B1-f</w:t>
            </w:r>
          </w:p>
        </w:tc>
        <w:tc>
          <w:tcPr>
            <w:tcW w:type="dxa" w:w="1538"/>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37"/>
          </w:tcPr>
          <w:p>
            <w:pPr>
              <w:spacing w:after="0"/>
              <w:jc w:val="left"/>
            </w:pPr>
            <w:r>
              <w:rPr>
                <w:sz w:val="16"/>
              </w:rPr>
              <w:t>Cold Wave</w:t>
            </w:r>
          </w:p>
        </w:tc>
        <w:tc>
          <w:tcPr>
            <w:tcW w:type="dxa" w:w="1271"/>
          </w:tcPr>
          <w:p>
            <w:pPr>
              <w:spacing w:after="0"/>
              <w:jc w:val="right"/>
            </w:pPr>
            <w:r>
              <w:rPr>
                <w:sz w:val="16"/>
              </w:rPr>
              <w:t>3.06</w:t>
            </w:r>
          </w:p>
        </w:tc>
        <w:tc>
          <w:tcPr>
            <w:tcW w:type="dxa" w:w="1296"/>
          </w:tcPr>
          <w:p>
            <w:pPr>
              <w:spacing w:after="0"/>
              <w:jc w:val="left"/>
            </w:pPr>
            <w:r>
              <w:rPr>
                <w:sz w:val="16"/>
              </w:rPr>
              <w:t>event-days per year</w:t>
            </w:r>
          </w:p>
        </w:tc>
        <w:tc>
          <w:tcPr>
            <w:tcW w:type="dxa" w:w="1623"/>
          </w:tcPr>
          <w:p>
            <w:pPr>
              <w:spacing w:after="0"/>
              <w:jc w:val="left"/>
            </w:pPr>
            <w:r>
              <w:rPr>
                <w:sz w:val="16"/>
              </w:rPr>
              <w:t>about 3.06 days per year</w:t>
            </w:r>
          </w:p>
        </w:tc>
        <w:tc>
          <w:tcPr>
            <w:tcW w:type="dxa" w:w="1101"/>
          </w:tcPr>
          <w:p>
            <w:pPr>
              <w:spacing w:after="0"/>
              <w:jc w:val="left"/>
            </w:pPr>
            <w:r>
              <w:rPr>
                <w:sz w:val="16"/>
              </w:rPr>
              <w:t>Likely</w:t>
            </w:r>
          </w:p>
        </w:tc>
        <w:tc>
          <w:tcPr>
            <w:tcW w:type="dxa" w:w="2101"/>
          </w:tcPr>
          <w:p>
            <w:pPr>
              <w:spacing w:after="0"/>
              <w:jc w:val="left"/>
            </w:pPr>
            <w:r>
              <w:rPr>
                <w:sz w:val="16"/>
              </w:rPr>
              <w:t>Storm Events event-days in 11 of 30 years, 1996 to 2025 (36.7%)</w:t>
            </w:r>
          </w:p>
        </w:tc>
        <w:tc>
          <w:tcPr>
            <w:tcW w:type="dxa" w:w="1539"/>
          </w:tcPr>
          <w:p>
            <w:pPr>
              <w:spacing w:after="0"/>
              <w:jc w:val="right"/>
            </w:pPr>
            <w:r>
              <w:rPr>
                <w:sz w:val="16"/>
              </w:rPr>
              <w:t>58.2</w:t>
            </w:r>
          </w:p>
        </w:tc>
        <w:tc>
          <w:tcPr>
            <w:tcW w:type="dxa" w:w="1569"/>
          </w:tcPr>
          <w:p>
            <w:pPr>
              <w:spacing w:after="0"/>
              <w:jc w:val="left"/>
            </w:pPr>
            <w:r>
              <w:rPr>
                <w:sz w:val="16"/>
              </w:rPr>
              <w:t>2005-11-12 to 2024-11-12 (19 years)</w:t>
            </w:r>
          </w:p>
        </w:tc>
        <w:tc>
          <w:tcPr>
            <w:tcW w:type="dxa" w:w="1037"/>
          </w:tcPr>
          <w:p>
            <w:pPr>
              <w:spacing w:after="0"/>
              <w:jc w:val="left"/>
            </w:pPr>
            <w:r>
              <w:rPr>
                <w:sz w:val="16"/>
              </w:rPr>
              <w:t>countywide</w:t>
            </w:r>
          </w:p>
        </w:tc>
        <w:tc>
          <w:tcPr>
            <w:tcW w:type="dxa" w:w="1538"/>
          </w:tcPr>
          <w:p>
            <w:pPr>
              <w:spacing w:after="0"/>
              <w:jc w:val="left"/>
            </w:pPr>
          </w:p>
        </w:tc>
      </w:tr>
      <w:tr>
        <w:trPr>
          <w:cantSplit/>
        </w:trPr>
        <w:tc>
          <w:tcPr>
            <w:tcW w:type="dxa" w:w="1037"/>
          </w:tcPr>
          <w:p>
            <w:pPr>
              <w:spacing w:after="0"/>
              <w:jc w:val="left"/>
            </w:pPr>
            <w:r>
              <w:rPr>
                <w:sz w:val="16"/>
              </w:rPr>
              <w:t>Drought</w:t>
            </w:r>
          </w:p>
        </w:tc>
        <w:tc>
          <w:tcPr>
            <w:tcW w:type="dxa" w:w="1271"/>
          </w:tcPr>
          <w:p>
            <w:pPr>
              <w:spacing w:after="0"/>
              <w:jc w:val="right"/>
            </w:pPr>
            <w:r>
              <w:rPr>
                <w:sz w:val="16"/>
              </w:rPr>
              <w:t>0</w:t>
            </w:r>
          </w:p>
        </w:tc>
        <w:tc>
          <w:tcPr>
            <w:tcW w:type="dxa" w:w="1296"/>
          </w:tcPr>
          <w:p>
            <w:pPr>
              <w:spacing w:after="0"/>
              <w:jc w:val="left"/>
            </w:pPr>
            <w:r>
              <w:rPr>
                <w:sz w:val="16"/>
              </w:rPr>
              <w:t>event-days per year</w:t>
            </w:r>
          </w:p>
        </w:tc>
        <w:tc>
          <w:tcPr>
            <w:tcW w:type="dxa" w:w="1623"/>
          </w:tcPr>
          <w:p>
            <w:pPr>
              <w:spacing w:after="0"/>
              <w:jc w:val="left"/>
            </w:pPr>
            <w:r>
              <w:rPr>
                <w:sz w:val="16"/>
              </w:rPr>
              <w:t>none modeled</w:t>
            </w:r>
          </w:p>
        </w:tc>
        <w:tc>
          <w:tcPr>
            <w:tcW w:type="dxa" w:w="1101"/>
          </w:tcPr>
          <w:p>
            <w:pPr>
              <w:spacing w:after="0"/>
              <w:jc w:val="left"/>
            </w:pPr>
          </w:p>
        </w:tc>
        <w:tc>
          <w:tcPr>
            <w:tcW w:type="dxa" w:w="2101"/>
          </w:tcPr>
          <w:p>
            <w:pPr>
              <w:spacing w:after="0"/>
              <w:jc w:val="left"/>
            </w:pPr>
            <w:r>
              <w:rPr>
                <w:sz w:val="16"/>
              </w:rPr>
              <w:t>Storm Events event-days in 0 of 30 years, 1996 to 2025 (0%)</w:t>
            </w:r>
          </w:p>
        </w:tc>
        <w:tc>
          <w:tcPr>
            <w:tcW w:type="dxa" w:w="1539"/>
          </w:tcPr>
          <w:p>
            <w:pPr>
              <w:spacing w:after="0"/>
              <w:jc w:val="right"/>
            </w:pPr>
            <w:r>
              <w:rPr>
                <w:sz w:val="16"/>
              </w:rPr>
              <w:t>0</w:t>
            </w:r>
          </w:p>
        </w:tc>
        <w:tc>
          <w:tcPr>
            <w:tcW w:type="dxa" w:w="1569"/>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538"/>
          </w:tcPr>
          <w:p>
            <w:pPr>
              <w:spacing w:after="0"/>
              <w:jc w:val="left"/>
            </w:pPr>
            <w:r>
              <w:rPr>
                <w:sz w:val="16"/>
              </w:rPr>
              <w:t>No Storm Events drought record, 1996 to 2025</w:t>
            </w:r>
          </w:p>
        </w:tc>
      </w:tr>
      <w:tr>
        <w:trPr>
          <w:cantSplit/>
        </w:trPr>
        <w:tc>
          <w:tcPr>
            <w:tcW w:type="dxa" w:w="1037"/>
          </w:tcPr>
          <w:p>
            <w:pPr>
              <w:spacing w:after="0"/>
              <w:jc w:val="left"/>
            </w:pPr>
            <w:r>
              <w:rPr>
                <w:sz w:val="16"/>
              </w:rPr>
              <w:t>Earthquake</w:t>
            </w:r>
          </w:p>
        </w:tc>
        <w:tc>
          <w:tcPr>
            <w:tcW w:type="dxa" w:w="1271"/>
          </w:tcPr>
          <w:p>
            <w:pPr>
              <w:spacing w:after="0"/>
              <w:jc w:val="right"/>
            </w:pPr>
            <w:r>
              <w:rPr>
                <w:sz w:val="16"/>
              </w:rPr>
              <w:t>0.00116</w:t>
            </w:r>
          </w:p>
        </w:tc>
        <w:tc>
          <w:tcPr>
            <w:tcW w:type="dxa" w:w="1296"/>
          </w:tcPr>
          <w:p>
            <w:pPr>
              <w:spacing w:after="0"/>
              <w:jc w:val="left"/>
            </w:pPr>
            <w:r>
              <w:rPr>
                <w:sz w:val="16"/>
              </w:rPr>
              <w:t>annual probability at a location</w:t>
            </w:r>
          </w:p>
        </w:tc>
        <w:tc>
          <w:tcPr>
            <w:tcW w:type="dxa" w:w="1623"/>
          </w:tcPr>
          <w:p>
            <w:pPr>
              <w:spacing w:after="0"/>
              <w:jc w:val="left"/>
            </w:pPr>
            <w:r>
              <w:rPr>
                <w:sz w:val="16"/>
              </w:rPr>
              <w:t>chance a given location in the county has at least minor-damage shaking in a year: 0.116%</w:t>
            </w:r>
          </w:p>
        </w:tc>
        <w:tc>
          <w:tcPr>
            <w:tcW w:type="dxa" w:w="1101"/>
          </w:tcPr>
          <w:p>
            <w:pPr>
              <w:spacing w:after="0"/>
              <w:jc w:val="left"/>
            </w:pPr>
          </w:p>
        </w:tc>
        <w:tc>
          <w:tcPr>
            <w:tcW w:type="dxa" w:w="2101"/>
          </w:tcPr>
          <w:p>
            <w:pPr>
              <w:spacing w:after="0"/>
              <w:jc w:val="left"/>
            </w:pPr>
          </w:p>
        </w:tc>
        <w:tc>
          <w:tcPr>
            <w:tcW w:type="dxa" w:w="1539"/>
          </w:tcPr>
          <w:p>
            <w:pPr>
              <w:spacing w:after="0"/>
              <w:jc w:val="right"/>
            </w:pPr>
            <w:r>
              <w:rPr>
                <w:sz w:val="16"/>
              </w:rPr>
              <w:t>not shown</w:t>
            </w:r>
          </w:p>
        </w:tc>
        <w:tc>
          <w:tcPr>
            <w:tcW w:type="dxa" w:w="1569"/>
          </w:tcPr>
          <w:p>
            <w:pPr>
              <w:spacing w:after="0"/>
              <w:jc w:val="left"/>
            </w:pPr>
            <w:r>
              <w:rPr>
                <w:sz w:val="16"/>
              </w:rPr>
              <w:t>modeled</w:t>
            </w:r>
          </w:p>
        </w:tc>
        <w:tc>
          <w:tcPr>
            <w:tcW w:type="dxa" w:w="1037"/>
          </w:tcPr>
          <w:p>
            <w:pPr>
              <w:spacing w:after="0"/>
              <w:jc w:val="left"/>
            </w:pPr>
            <w:r>
              <w:rPr>
                <w:sz w:val="16"/>
              </w:rPr>
              <w:t>see B1-f</w:t>
            </w:r>
          </w:p>
        </w:tc>
        <w:tc>
          <w:tcPr>
            <w:tcW w:type="dxa" w:w="1538"/>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71"/>
          </w:tcPr>
          <w:p>
            <w:pPr>
              <w:spacing w:after="0"/>
              <w:jc w:val="right"/>
            </w:pPr>
            <w:r>
              <w:rPr>
                <w:sz w:val="16"/>
              </w:rPr>
              <w:t>1.82</w:t>
            </w:r>
          </w:p>
        </w:tc>
        <w:tc>
          <w:tcPr>
            <w:tcW w:type="dxa" w:w="1296"/>
          </w:tcPr>
          <w:p>
            <w:pPr>
              <w:spacing w:after="0"/>
              <w:jc w:val="left"/>
            </w:pPr>
            <w:r>
              <w:rPr>
                <w:sz w:val="16"/>
              </w:rPr>
              <w:t>events per year</w:t>
            </w:r>
          </w:p>
        </w:tc>
        <w:tc>
          <w:tcPr>
            <w:tcW w:type="dxa" w:w="1623"/>
          </w:tcPr>
          <w:p>
            <w:pPr>
              <w:spacing w:after="0"/>
              <w:jc w:val="left"/>
            </w:pPr>
            <w:r>
              <w:rPr>
                <w:sz w:val="16"/>
              </w:rPr>
              <w:t>about 1.82 per year</w:t>
            </w:r>
          </w:p>
        </w:tc>
        <w:tc>
          <w:tcPr>
            <w:tcW w:type="dxa" w:w="1101"/>
          </w:tcPr>
          <w:p>
            <w:pPr>
              <w:spacing w:after="0"/>
              <w:jc w:val="left"/>
            </w:pPr>
            <w:r>
              <w:rPr>
                <w:sz w:val="16"/>
              </w:rPr>
              <w:t>Highly likely</w:t>
            </w:r>
          </w:p>
        </w:tc>
        <w:tc>
          <w:tcPr>
            <w:tcW w:type="dxa" w:w="2101"/>
          </w:tcPr>
          <w:p>
            <w:pPr>
              <w:spacing w:after="0"/>
              <w:jc w:val="left"/>
            </w:pPr>
            <w:r>
              <w:rPr>
                <w:sz w:val="16"/>
              </w:rPr>
              <w:t>FEMA annualized frequency (modeled)</w:t>
            </w:r>
          </w:p>
        </w:tc>
        <w:tc>
          <w:tcPr>
            <w:tcW w:type="dxa" w:w="1539"/>
          </w:tcPr>
          <w:p>
            <w:pPr>
              <w:spacing w:after="0"/>
              <w:jc w:val="right"/>
            </w:pPr>
            <w:r>
              <w:rPr>
                <w:sz w:val="16"/>
              </w:rPr>
              <w:t>69.1 (modeled)</w:t>
            </w:r>
          </w:p>
        </w:tc>
        <w:tc>
          <w:tcPr>
            <w:tcW w:type="dxa" w:w="1569"/>
          </w:tcPr>
          <w:p>
            <w:pPr>
              <w:spacing w:after="0"/>
              <w:jc w:val="left"/>
            </w:pPr>
            <w:r>
              <w:rPr>
                <w:sz w:val="16"/>
              </w:rPr>
              <w:t>1986 to 2023 (38 years)</w:t>
            </w:r>
          </w:p>
        </w:tc>
        <w:tc>
          <w:tcPr>
            <w:tcW w:type="dxa" w:w="1037"/>
          </w:tcPr>
          <w:p>
            <w:pPr>
              <w:spacing w:after="0"/>
              <w:jc w:val="left"/>
            </w:pPr>
            <w:r>
              <w:rPr>
                <w:sz w:val="16"/>
              </w:rPr>
              <w:t>countywide</w:t>
            </w:r>
          </w:p>
        </w:tc>
        <w:tc>
          <w:tcPr>
            <w:tcW w:type="dxa" w:w="1538"/>
          </w:tcPr>
          <w:p>
            <w:pPr>
              <w:spacing w:after="0"/>
              <w:jc w:val="left"/>
            </w:pPr>
          </w:p>
        </w:tc>
      </w:tr>
      <w:tr>
        <w:trPr>
          <w:cantSplit/>
        </w:trPr>
        <w:tc>
          <w:tcPr>
            <w:tcW w:type="dxa" w:w="1037"/>
          </w:tcPr>
          <w:p>
            <w:pPr>
              <w:spacing w:after="0"/>
              <w:jc w:val="left"/>
            </w:pPr>
            <w:r>
              <w:rPr>
                <w:sz w:val="16"/>
              </w:rPr>
              <w:t>Heat Wave</w:t>
            </w:r>
          </w:p>
        </w:tc>
        <w:tc>
          <w:tcPr>
            <w:tcW w:type="dxa" w:w="1271"/>
          </w:tcPr>
          <w:p>
            <w:pPr>
              <w:spacing w:after="0"/>
              <w:jc w:val="right"/>
            </w:pPr>
            <w:r>
              <w:rPr>
                <w:sz w:val="16"/>
              </w:rPr>
              <w:t>1.95</w:t>
            </w:r>
          </w:p>
        </w:tc>
        <w:tc>
          <w:tcPr>
            <w:tcW w:type="dxa" w:w="1296"/>
          </w:tcPr>
          <w:p>
            <w:pPr>
              <w:spacing w:after="0"/>
              <w:jc w:val="left"/>
            </w:pPr>
            <w:r>
              <w:rPr>
                <w:sz w:val="16"/>
              </w:rPr>
              <w:t>event-days per year</w:t>
            </w:r>
          </w:p>
        </w:tc>
        <w:tc>
          <w:tcPr>
            <w:tcW w:type="dxa" w:w="1623"/>
          </w:tcPr>
          <w:p>
            <w:pPr>
              <w:spacing w:after="0"/>
              <w:jc w:val="left"/>
            </w:pPr>
            <w:r>
              <w:rPr>
                <w:sz w:val="16"/>
              </w:rPr>
              <w:t>about 1.95 days per year</w:t>
            </w:r>
          </w:p>
        </w:tc>
        <w:tc>
          <w:tcPr>
            <w:tcW w:type="dxa" w:w="1101"/>
          </w:tcPr>
          <w:p>
            <w:pPr>
              <w:spacing w:after="0"/>
              <w:jc w:val="left"/>
            </w:pPr>
            <w:r>
              <w:rPr>
                <w:sz w:val="16"/>
              </w:rPr>
              <w:t>Likely</w:t>
            </w:r>
          </w:p>
        </w:tc>
        <w:tc>
          <w:tcPr>
            <w:tcW w:type="dxa" w:w="2101"/>
          </w:tcPr>
          <w:p>
            <w:pPr>
              <w:spacing w:after="0"/>
              <w:jc w:val="left"/>
            </w:pPr>
            <w:r>
              <w:rPr>
                <w:sz w:val="16"/>
              </w:rPr>
              <w:t>Storm Events event-days in 6 of 30 years, 1996 to 2025 (20%)</w:t>
            </w:r>
          </w:p>
        </w:tc>
        <w:tc>
          <w:tcPr>
            <w:tcW w:type="dxa" w:w="1539"/>
          </w:tcPr>
          <w:p>
            <w:pPr>
              <w:spacing w:after="0"/>
              <w:jc w:val="right"/>
            </w:pPr>
            <w:r>
              <w:rPr>
                <w:sz w:val="16"/>
              </w:rPr>
              <w:t>33.9</w:t>
            </w:r>
          </w:p>
        </w:tc>
        <w:tc>
          <w:tcPr>
            <w:tcW w:type="dxa" w:w="1569"/>
          </w:tcPr>
          <w:p>
            <w:pPr>
              <w:spacing w:after="0"/>
              <w:jc w:val="left"/>
            </w:pPr>
            <w:r>
              <w:rPr>
                <w:sz w:val="16"/>
              </w:rPr>
              <w:t>2005-11-12 to 2024-11-12 (19 years)</w:t>
            </w:r>
          </w:p>
        </w:tc>
        <w:tc>
          <w:tcPr>
            <w:tcW w:type="dxa" w:w="1037"/>
          </w:tcPr>
          <w:p>
            <w:pPr>
              <w:spacing w:after="0"/>
              <w:jc w:val="left"/>
            </w:pPr>
            <w:r>
              <w:rPr>
                <w:sz w:val="16"/>
              </w:rPr>
              <w:t>countywide</w:t>
            </w:r>
          </w:p>
        </w:tc>
        <w:tc>
          <w:tcPr>
            <w:tcW w:type="dxa" w:w="1538"/>
          </w:tcPr>
          <w:p>
            <w:pPr>
              <w:spacing w:after="0"/>
              <w:jc w:val="left"/>
            </w:pPr>
          </w:p>
        </w:tc>
      </w:tr>
      <w:tr>
        <w:trPr>
          <w:cantSplit/>
        </w:trPr>
        <w:tc>
          <w:tcPr>
            <w:tcW w:type="dxa" w:w="1037"/>
          </w:tcPr>
          <w:p>
            <w:pPr>
              <w:spacing w:after="0"/>
              <w:jc w:val="left"/>
            </w:pPr>
            <w:r>
              <w:rPr>
                <w:sz w:val="16"/>
              </w:rPr>
              <w:t>Hurricane</w:t>
            </w:r>
          </w:p>
        </w:tc>
        <w:tc>
          <w:tcPr>
            <w:tcW w:type="dxa" w:w="1271"/>
          </w:tcPr>
          <w:p>
            <w:pPr>
              <w:spacing w:after="0"/>
              <w:jc w:val="right"/>
            </w:pPr>
            <w:r>
              <w:rPr>
                <w:sz w:val="16"/>
              </w:rPr>
              <w:t>0.0513</w:t>
            </w:r>
          </w:p>
        </w:tc>
        <w:tc>
          <w:tcPr>
            <w:tcW w:type="dxa" w:w="1296"/>
          </w:tcPr>
          <w:p>
            <w:pPr>
              <w:spacing w:after="0"/>
              <w:jc w:val="left"/>
            </w:pPr>
            <w:r>
              <w:rPr>
                <w:sz w:val="16"/>
              </w:rPr>
              <w:t>events per year</w:t>
            </w:r>
          </w:p>
        </w:tc>
        <w:tc>
          <w:tcPr>
            <w:tcW w:type="dxa" w:w="1623"/>
          </w:tcPr>
          <w:p>
            <w:pPr>
              <w:spacing w:after="0"/>
              <w:jc w:val="left"/>
            </w:pPr>
            <w:r>
              <w:rPr>
                <w:sz w:val="16"/>
              </w:rPr>
              <w:t>about 1 in 19 years</w:t>
            </w:r>
          </w:p>
        </w:tc>
        <w:tc>
          <w:tcPr>
            <w:tcW w:type="dxa" w:w="1101"/>
          </w:tcPr>
          <w:p>
            <w:pPr>
              <w:spacing w:after="0"/>
              <w:jc w:val="left"/>
            </w:pPr>
            <w:r>
              <w:rPr>
                <w:sz w:val="16"/>
              </w:rPr>
              <w:t>Possible</w:t>
            </w:r>
          </w:p>
        </w:tc>
        <w:tc>
          <w:tcPr>
            <w:tcW w:type="dxa" w:w="2101"/>
          </w:tcPr>
          <w:p>
            <w:pPr>
              <w:spacing w:after="0"/>
              <w:jc w:val="left"/>
            </w:pPr>
            <w:r>
              <w:rPr>
                <w:sz w:val="16"/>
              </w:rPr>
              <w:t>FEMA annualized frequency (modeled)</w:t>
            </w:r>
          </w:p>
        </w:tc>
        <w:tc>
          <w:tcPr>
            <w:tcW w:type="dxa" w:w="1539"/>
          </w:tcPr>
          <w:p>
            <w:pPr>
              <w:spacing w:after="0"/>
              <w:jc w:val="right"/>
            </w:pPr>
            <w:r>
              <w:rPr>
                <w:sz w:val="16"/>
              </w:rPr>
              <w:t>22</w:t>
            </w:r>
          </w:p>
        </w:tc>
        <w:tc>
          <w:tcPr>
            <w:tcW w:type="dxa" w:w="1569"/>
          </w:tcPr>
          <w:p>
            <w:pPr>
              <w:spacing w:after="0"/>
              <w:jc w:val="left"/>
            </w:pPr>
            <w:r>
              <w:rPr>
                <w:sz w:val="16"/>
              </w:rPr>
              <w:t>1851 to 2024 (Atlantic)</w:t>
            </w:r>
          </w:p>
        </w:tc>
        <w:tc>
          <w:tcPr>
            <w:tcW w:type="dxa" w:w="1037"/>
          </w:tcPr>
          <w:p>
            <w:pPr>
              <w:spacing w:after="0"/>
              <w:jc w:val="left"/>
            </w:pPr>
            <w:r>
              <w:rPr>
                <w:sz w:val="16"/>
              </w:rPr>
              <w:t>see B1-f</w:t>
            </w:r>
          </w:p>
        </w:tc>
        <w:tc>
          <w:tcPr>
            <w:tcW w:type="dxa" w:w="1538"/>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71"/>
          </w:tcPr>
          <w:p>
            <w:pPr>
              <w:spacing w:after="0"/>
              <w:jc w:val="right"/>
            </w:pPr>
            <w:r>
              <w:rPr>
                <w:sz w:val="16"/>
              </w:rPr>
              <w:t>0.608</w:t>
            </w:r>
          </w:p>
        </w:tc>
        <w:tc>
          <w:tcPr>
            <w:tcW w:type="dxa" w:w="1296"/>
          </w:tcPr>
          <w:p>
            <w:pPr>
              <w:spacing w:after="0"/>
              <w:jc w:val="left"/>
            </w:pPr>
            <w:r>
              <w:rPr>
                <w:sz w:val="16"/>
              </w:rPr>
              <w:t>event-days per year</w:t>
            </w:r>
          </w:p>
        </w:tc>
        <w:tc>
          <w:tcPr>
            <w:tcW w:type="dxa" w:w="1623"/>
          </w:tcPr>
          <w:p>
            <w:pPr>
              <w:spacing w:after="0"/>
              <w:jc w:val="left"/>
            </w:pPr>
            <w:r>
              <w:rPr>
                <w:sz w:val="16"/>
              </w:rPr>
              <w:t>about 0.608 days per year</w:t>
            </w:r>
          </w:p>
        </w:tc>
        <w:tc>
          <w:tcPr>
            <w:tcW w:type="dxa" w:w="1101"/>
          </w:tcPr>
          <w:p>
            <w:pPr>
              <w:spacing w:after="0"/>
              <w:jc w:val="left"/>
            </w:pPr>
            <w:r>
              <w:rPr>
                <w:sz w:val="16"/>
              </w:rPr>
              <w:t>Possible</w:t>
            </w:r>
          </w:p>
        </w:tc>
        <w:tc>
          <w:tcPr>
            <w:tcW w:type="dxa" w:w="2101"/>
          </w:tcPr>
          <w:p>
            <w:pPr>
              <w:spacing w:after="0"/>
              <w:jc w:val="left"/>
            </w:pPr>
            <w:r>
              <w:rPr>
                <w:sz w:val="16"/>
              </w:rPr>
              <w:t>Storm Events event-days in 2 of 30 years, 1996 to 2025 (6.67%)</w:t>
            </w:r>
          </w:p>
        </w:tc>
        <w:tc>
          <w:tcPr>
            <w:tcW w:type="dxa" w:w="1539"/>
          </w:tcPr>
          <w:p>
            <w:pPr>
              <w:spacing w:after="0"/>
              <w:jc w:val="right"/>
            </w:pPr>
            <w:r>
              <w:rPr>
                <w:sz w:val="16"/>
              </w:rPr>
              <w:t>41</w:t>
            </w:r>
          </w:p>
        </w:tc>
        <w:tc>
          <w:tcPr>
            <w:tcW w:type="dxa" w:w="1569"/>
          </w:tcPr>
          <w:p>
            <w:pPr>
              <w:spacing w:after="0"/>
              <w:jc w:val="left"/>
            </w:pPr>
            <w:r>
              <w:rPr>
                <w:sz w:val="16"/>
              </w:rPr>
              <w:t>1946-12-31 to 2014-02-12 (67 years)</w:t>
            </w:r>
          </w:p>
        </w:tc>
        <w:tc>
          <w:tcPr>
            <w:tcW w:type="dxa" w:w="1037"/>
          </w:tcPr>
          <w:p>
            <w:pPr>
              <w:spacing w:after="0"/>
              <w:jc w:val="left"/>
            </w:pPr>
            <w:r>
              <w:rPr>
                <w:sz w:val="16"/>
              </w:rPr>
              <w:t>countywide</w:t>
            </w:r>
          </w:p>
        </w:tc>
        <w:tc>
          <w:tcPr>
            <w:tcW w:type="dxa" w:w="1538"/>
          </w:tcPr>
          <w:p>
            <w:pPr>
              <w:spacing w:after="0"/>
              <w:jc w:val="left"/>
            </w:pPr>
          </w:p>
        </w:tc>
      </w:tr>
      <w:tr>
        <w:trPr>
          <w:cantSplit/>
        </w:trPr>
        <w:tc>
          <w:tcPr>
            <w:tcW w:type="dxa" w:w="1037"/>
          </w:tcPr>
          <w:p>
            <w:pPr>
              <w:spacing w:after="0"/>
              <w:jc w:val="left"/>
            </w:pPr>
            <w:r>
              <w:rPr>
                <w:sz w:val="16"/>
              </w:rPr>
              <w:t>Inland Flooding</w:t>
            </w:r>
          </w:p>
        </w:tc>
        <w:tc>
          <w:tcPr>
            <w:tcW w:type="dxa" w:w="1271"/>
          </w:tcPr>
          <w:p>
            <w:pPr>
              <w:spacing w:after="0"/>
              <w:jc w:val="right"/>
            </w:pPr>
            <w:r>
              <w:rPr>
                <w:sz w:val="16"/>
              </w:rPr>
              <w:t>1.36</w:t>
            </w:r>
          </w:p>
        </w:tc>
        <w:tc>
          <w:tcPr>
            <w:tcW w:type="dxa" w:w="1296"/>
          </w:tcPr>
          <w:p>
            <w:pPr>
              <w:spacing w:after="0"/>
              <w:jc w:val="left"/>
            </w:pPr>
            <w:r>
              <w:rPr>
                <w:sz w:val="16"/>
              </w:rPr>
              <w:t>event-days per year</w:t>
            </w:r>
          </w:p>
        </w:tc>
        <w:tc>
          <w:tcPr>
            <w:tcW w:type="dxa" w:w="1623"/>
          </w:tcPr>
          <w:p>
            <w:pPr>
              <w:spacing w:after="0"/>
              <w:jc w:val="left"/>
            </w:pPr>
            <w:r>
              <w:rPr>
                <w:sz w:val="16"/>
              </w:rPr>
              <w:t>about 1.36 days per year</w:t>
            </w:r>
          </w:p>
        </w:tc>
        <w:tc>
          <w:tcPr>
            <w:tcW w:type="dxa" w:w="1101"/>
          </w:tcPr>
          <w:p>
            <w:pPr>
              <w:spacing w:after="0"/>
              <w:jc w:val="left"/>
            </w:pPr>
            <w:r>
              <w:rPr>
                <w:sz w:val="16"/>
              </w:rPr>
              <w:t>Likely</w:t>
            </w:r>
          </w:p>
        </w:tc>
        <w:tc>
          <w:tcPr>
            <w:tcW w:type="dxa" w:w="2101"/>
          </w:tcPr>
          <w:p>
            <w:pPr>
              <w:spacing w:after="0"/>
              <w:jc w:val="left"/>
            </w:pPr>
            <w:r>
              <w:rPr>
                <w:sz w:val="16"/>
              </w:rPr>
              <w:t>Storm Events event-days in 19 of 30 years, 1996 to 2025 (63.3%)</w:t>
            </w:r>
          </w:p>
        </w:tc>
        <w:tc>
          <w:tcPr>
            <w:tcW w:type="dxa" w:w="1539"/>
          </w:tcPr>
          <w:p>
            <w:pPr>
              <w:spacing w:after="0"/>
              <w:jc w:val="right"/>
            </w:pPr>
            <w:r>
              <w:rPr>
                <w:sz w:val="16"/>
              </w:rPr>
              <w:t>38</w:t>
            </w:r>
          </w:p>
        </w:tc>
        <w:tc>
          <w:tcPr>
            <w:tcW w:type="dxa" w:w="1569"/>
          </w:tcPr>
          <w:p>
            <w:pPr>
              <w:spacing w:after="0"/>
              <w:jc w:val="left"/>
            </w:pPr>
            <w:r>
              <w:rPr>
                <w:sz w:val="16"/>
              </w:rPr>
              <w:t>1996 to 2023 (28 years)</w:t>
            </w:r>
          </w:p>
        </w:tc>
        <w:tc>
          <w:tcPr>
            <w:tcW w:type="dxa" w:w="1037"/>
          </w:tcPr>
          <w:p>
            <w:pPr>
              <w:spacing w:after="0"/>
              <w:jc w:val="left"/>
            </w:pPr>
            <w:r>
              <w:rPr>
                <w:sz w:val="16"/>
              </w:rPr>
              <w:t>see B1-f</w:t>
            </w:r>
          </w:p>
        </w:tc>
        <w:tc>
          <w:tcPr>
            <w:tcW w:type="dxa" w:w="1538"/>
          </w:tcPr>
          <w:p>
            <w:pPr>
              <w:spacing w:after="0"/>
              <w:jc w:val="left"/>
            </w:pPr>
          </w:p>
        </w:tc>
      </w:tr>
      <w:tr>
        <w:trPr>
          <w:cantSplit/>
        </w:trPr>
        <w:tc>
          <w:tcPr>
            <w:tcW w:type="dxa" w:w="1037"/>
          </w:tcPr>
          <w:p>
            <w:pPr>
              <w:spacing w:after="0"/>
              <w:jc w:val="left"/>
            </w:pPr>
            <w:r>
              <w:rPr>
                <w:sz w:val="16"/>
              </w:rPr>
              <w:t>Landslide</w:t>
            </w:r>
          </w:p>
        </w:tc>
        <w:tc>
          <w:tcPr>
            <w:tcW w:type="dxa" w:w="1271"/>
          </w:tcPr>
          <w:p>
            <w:pPr>
              <w:spacing w:after="0"/>
              <w:jc w:val="right"/>
            </w:pPr>
            <w:r>
              <w:rPr>
                <w:sz w:val="16"/>
              </w:rPr>
              <w:t>2.06</w:t>
            </w:r>
          </w:p>
        </w:tc>
        <w:tc>
          <w:tcPr>
            <w:tcW w:type="dxa" w:w="1296"/>
          </w:tcPr>
          <w:p>
            <w:pPr>
              <w:spacing w:after="0"/>
              <w:jc w:val="left"/>
            </w:pPr>
            <w:r>
              <w:rPr>
                <w:sz w:val="16"/>
              </w:rPr>
              <w:t>events per year (modeled)</w:t>
            </w:r>
          </w:p>
        </w:tc>
        <w:tc>
          <w:tcPr>
            <w:tcW w:type="dxa" w:w="1623"/>
          </w:tcPr>
          <w:p>
            <w:pPr>
              <w:spacing w:after="0"/>
              <w:jc w:val="left"/>
            </w:pPr>
            <w:r>
              <w:rPr>
                <w:sz w:val="16"/>
              </w:rPr>
              <w:t>about 2.06 per year</w:t>
            </w:r>
          </w:p>
        </w:tc>
        <w:tc>
          <w:tcPr>
            <w:tcW w:type="dxa" w:w="1101"/>
          </w:tcPr>
          <w:p>
            <w:pPr>
              <w:spacing w:after="0"/>
              <w:jc w:val="left"/>
            </w:pPr>
            <w:r>
              <w:rPr>
                <w:sz w:val="16"/>
              </w:rPr>
              <w:t>Highly likely</w:t>
            </w:r>
          </w:p>
        </w:tc>
        <w:tc>
          <w:tcPr>
            <w:tcW w:type="dxa" w:w="2101"/>
          </w:tcPr>
          <w:p>
            <w:pPr>
              <w:spacing w:after="0"/>
              <w:jc w:val="left"/>
            </w:pPr>
            <w:r>
              <w:rPr>
                <w:sz w:val="16"/>
              </w:rPr>
              <w:t>FEMA annualized frequency (modeled)</w:t>
            </w:r>
          </w:p>
        </w:tc>
        <w:tc>
          <w:tcPr>
            <w:tcW w:type="dxa" w:w="1539"/>
          </w:tcPr>
          <w:p>
            <w:pPr>
              <w:spacing w:after="0"/>
              <w:jc w:val="right"/>
            </w:pPr>
            <w:r>
              <w:rPr>
                <w:sz w:val="16"/>
              </w:rPr>
              <w:t>not shown</w:t>
            </w:r>
          </w:p>
        </w:tc>
        <w:tc>
          <w:tcPr>
            <w:tcW w:type="dxa" w:w="1569"/>
          </w:tcPr>
          <w:p>
            <w:pPr>
              <w:spacing w:after="0"/>
              <w:jc w:val="left"/>
            </w:pPr>
            <w:r>
              <w:rPr>
                <w:sz w:val="16"/>
              </w:rPr>
              <w:t>modeled</w:t>
            </w:r>
          </w:p>
        </w:tc>
        <w:tc>
          <w:tcPr>
            <w:tcW w:type="dxa" w:w="1037"/>
          </w:tcPr>
          <w:p>
            <w:pPr>
              <w:spacing w:after="0"/>
              <w:jc w:val="left"/>
            </w:pPr>
            <w:r>
              <w:rPr>
                <w:sz w:val="16"/>
              </w:rPr>
              <w:t>see B1-f</w:t>
            </w:r>
          </w:p>
        </w:tc>
        <w:tc>
          <w:tcPr>
            <w:tcW w:type="dxa" w:w="1538"/>
          </w:tcPr>
          <w:p>
            <w:pPr>
              <w:spacing w:after="0"/>
              <w:jc w:val="left"/>
            </w:pPr>
          </w:p>
        </w:tc>
      </w:tr>
      <w:tr>
        <w:trPr>
          <w:cantSplit/>
        </w:trPr>
        <w:tc>
          <w:tcPr>
            <w:tcW w:type="dxa" w:w="1037"/>
          </w:tcPr>
          <w:p>
            <w:pPr>
              <w:spacing w:after="0"/>
              <w:jc w:val="left"/>
            </w:pPr>
            <w:r>
              <w:rPr>
                <w:sz w:val="16"/>
              </w:rPr>
              <w:t>Lightning</w:t>
            </w:r>
          </w:p>
        </w:tc>
        <w:tc>
          <w:tcPr>
            <w:tcW w:type="dxa" w:w="1271"/>
          </w:tcPr>
          <w:p>
            <w:pPr>
              <w:spacing w:after="0"/>
              <w:jc w:val="right"/>
            </w:pPr>
            <w:r>
              <w:rPr>
                <w:sz w:val="16"/>
              </w:rPr>
              <w:t>21.1</w:t>
            </w:r>
          </w:p>
        </w:tc>
        <w:tc>
          <w:tcPr>
            <w:tcW w:type="dxa" w:w="1296"/>
          </w:tcPr>
          <w:p>
            <w:pPr>
              <w:spacing w:after="0"/>
              <w:jc w:val="left"/>
            </w:pPr>
            <w:r>
              <w:rPr>
                <w:sz w:val="16"/>
              </w:rPr>
              <w:t>days per year with a strike</w:t>
            </w:r>
          </w:p>
        </w:tc>
        <w:tc>
          <w:tcPr>
            <w:tcW w:type="dxa" w:w="1623"/>
          </w:tcPr>
          <w:p>
            <w:pPr>
              <w:spacing w:after="0"/>
              <w:jc w:val="left"/>
            </w:pPr>
            <w:r>
              <w:rPr>
                <w:sz w:val="16"/>
              </w:rPr>
              <w:t>about 21.1 days per year</w:t>
            </w:r>
          </w:p>
        </w:tc>
        <w:tc>
          <w:tcPr>
            <w:tcW w:type="dxa" w:w="1101"/>
          </w:tcPr>
          <w:p>
            <w:pPr>
              <w:spacing w:after="0"/>
              <w:jc w:val="left"/>
            </w:pPr>
            <w:r>
              <w:rPr>
                <w:sz w:val="16"/>
              </w:rPr>
              <w:t>Highly likely</w:t>
            </w:r>
          </w:p>
        </w:tc>
        <w:tc>
          <w:tcPr>
            <w:tcW w:type="dxa" w:w="2101"/>
          </w:tcPr>
          <w:p>
            <w:pPr>
              <w:spacing w:after="0"/>
              <w:jc w:val="left"/>
            </w:pPr>
            <w:r>
              <w:rPr>
                <w:sz w:val="16"/>
              </w:rPr>
              <w:t>FEMA annualized frequency (modeled)</w:t>
            </w:r>
          </w:p>
        </w:tc>
        <w:tc>
          <w:tcPr>
            <w:tcW w:type="dxa" w:w="1539"/>
          </w:tcPr>
          <w:p>
            <w:pPr>
              <w:spacing w:after="0"/>
              <w:jc w:val="right"/>
            </w:pPr>
            <w:r>
              <w:rPr>
                <w:sz w:val="16"/>
              </w:rPr>
              <w:t>not shown</w:t>
            </w:r>
          </w:p>
        </w:tc>
        <w:tc>
          <w:tcPr>
            <w:tcW w:type="dxa" w:w="1569"/>
          </w:tcPr>
          <w:p>
            <w:pPr>
              <w:spacing w:after="0"/>
              <w:jc w:val="left"/>
            </w:pPr>
            <w:r>
              <w:rPr>
                <w:sz w:val="16"/>
              </w:rPr>
              <w:t>1995 to 2023 (29 years; CONUS)</w:t>
            </w:r>
          </w:p>
        </w:tc>
        <w:tc>
          <w:tcPr>
            <w:tcW w:type="dxa" w:w="1037"/>
          </w:tcPr>
          <w:p>
            <w:pPr>
              <w:spacing w:after="0"/>
              <w:jc w:val="left"/>
            </w:pPr>
            <w:r>
              <w:rPr>
                <w:sz w:val="16"/>
              </w:rPr>
              <w:t>countywide</w:t>
            </w:r>
          </w:p>
        </w:tc>
        <w:tc>
          <w:tcPr>
            <w:tcW w:type="dxa" w:w="1538"/>
          </w:tcPr>
          <w:p>
            <w:pPr>
              <w:spacing w:after="0"/>
              <w:jc w:val="left"/>
            </w:pPr>
          </w:p>
        </w:tc>
      </w:tr>
      <w:tr>
        <w:trPr>
          <w:cantSplit/>
        </w:trPr>
        <w:tc>
          <w:tcPr>
            <w:tcW w:type="dxa" w:w="1037"/>
          </w:tcPr>
          <w:p>
            <w:pPr>
              <w:spacing w:after="0"/>
              <w:jc w:val="left"/>
            </w:pPr>
            <w:r>
              <w:rPr>
                <w:sz w:val="16"/>
              </w:rPr>
              <w:t>Strong Wind</w:t>
            </w:r>
          </w:p>
        </w:tc>
        <w:tc>
          <w:tcPr>
            <w:tcW w:type="dxa" w:w="1271"/>
          </w:tcPr>
          <w:p>
            <w:pPr>
              <w:spacing w:after="0"/>
              <w:jc w:val="right"/>
            </w:pPr>
            <w:r>
              <w:rPr>
                <w:sz w:val="16"/>
              </w:rPr>
              <w:t>1.04</w:t>
            </w:r>
          </w:p>
        </w:tc>
        <w:tc>
          <w:tcPr>
            <w:tcW w:type="dxa" w:w="1296"/>
          </w:tcPr>
          <w:p>
            <w:pPr>
              <w:spacing w:after="0"/>
              <w:jc w:val="left"/>
            </w:pPr>
            <w:r>
              <w:rPr>
                <w:sz w:val="16"/>
              </w:rPr>
              <w:t>events per year</w:t>
            </w:r>
          </w:p>
        </w:tc>
        <w:tc>
          <w:tcPr>
            <w:tcW w:type="dxa" w:w="1623"/>
          </w:tcPr>
          <w:p>
            <w:pPr>
              <w:spacing w:after="0"/>
              <w:jc w:val="left"/>
            </w:pPr>
            <w:r>
              <w:rPr>
                <w:sz w:val="16"/>
              </w:rPr>
              <w:t>about 1.04 per year</w:t>
            </w:r>
          </w:p>
        </w:tc>
        <w:tc>
          <w:tcPr>
            <w:tcW w:type="dxa" w:w="1101"/>
          </w:tcPr>
          <w:p>
            <w:pPr>
              <w:spacing w:after="0"/>
              <w:jc w:val="left"/>
            </w:pPr>
            <w:r>
              <w:rPr>
                <w:sz w:val="16"/>
              </w:rPr>
              <w:t>Highly likely</w:t>
            </w:r>
          </w:p>
        </w:tc>
        <w:tc>
          <w:tcPr>
            <w:tcW w:type="dxa" w:w="2101"/>
          </w:tcPr>
          <w:p>
            <w:pPr>
              <w:spacing w:after="0"/>
              <w:jc w:val="left"/>
            </w:pPr>
            <w:r>
              <w:rPr>
                <w:sz w:val="16"/>
              </w:rPr>
              <w:t>FEMA annualized frequency (modeled)</w:t>
            </w:r>
          </w:p>
        </w:tc>
        <w:tc>
          <w:tcPr>
            <w:tcW w:type="dxa" w:w="1539"/>
          </w:tcPr>
          <w:p>
            <w:pPr>
              <w:spacing w:after="0"/>
              <w:jc w:val="right"/>
            </w:pPr>
            <w:r>
              <w:rPr>
                <w:sz w:val="16"/>
              </w:rPr>
              <w:t>40</w:t>
            </w:r>
          </w:p>
        </w:tc>
        <w:tc>
          <w:tcPr>
            <w:tcW w:type="dxa" w:w="1569"/>
          </w:tcPr>
          <w:p>
            <w:pPr>
              <w:spacing w:after="0"/>
              <w:jc w:val="left"/>
            </w:pPr>
            <w:r>
              <w:rPr>
                <w:sz w:val="16"/>
              </w:rPr>
              <w:t>1986 to 2023 (38 years)</w:t>
            </w:r>
          </w:p>
        </w:tc>
        <w:tc>
          <w:tcPr>
            <w:tcW w:type="dxa" w:w="1037"/>
          </w:tcPr>
          <w:p>
            <w:pPr>
              <w:spacing w:after="0"/>
              <w:jc w:val="left"/>
            </w:pPr>
            <w:r>
              <w:rPr>
                <w:sz w:val="16"/>
              </w:rPr>
              <w:t>countywide</w:t>
            </w:r>
          </w:p>
        </w:tc>
        <w:tc>
          <w:tcPr>
            <w:tcW w:type="dxa" w:w="1538"/>
          </w:tcPr>
          <w:p>
            <w:pPr>
              <w:spacing w:after="0"/>
              <w:jc w:val="left"/>
            </w:pPr>
          </w:p>
        </w:tc>
      </w:tr>
      <w:tr>
        <w:trPr>
          <w:cantSplit/>
        </w:trPr>
        <w:tc>
          <w:tcPr>
            <w:tcW w:type="dxa" w:w="1037"/>
          </w:tcPr>
          <w:p>
            <w:pPr>
              <w:spacing w:after="0"/>
              <w:jc w:val="left"/>
            </w:pPr>
            <w:r>
              <w:rPr>
                <w:sz w:val="16"/>
              </w:rPr>
              <w:t>Tornado</w:t>
            </w:r>
          </w:p>
        </w:tc>
        <w:tc>
          <w:tcPr>
            <w:tcW w:type="dxa" w:w="1271"/>
          </w:tcPr>
          <w:p>
            <w:pPr>
              <w:spacing w:after="0"/>
              <w:jc w:val="right"/>
            </w:pPr>
            <w:r>
              <w:rPr>
                <w:sz w:val="16"/>
              </w:rPr>
              <w:t>0.11</w:t>
            </w:r>
          </w:p>
        </w:tc>
        <w:tc>
          <w:tcPr>
            <w:tcW w:type="dxa" w:w="1296"/>
          </w:tcPr>
          <w:p>
            <w:pPr>
              <w:spacing w:after="0"/>
              <w:jc w:val="left"/>
            </w:pPr>
            <w:r>
              <w:rPr>
                <w:sz w:val="16"/>
              </w:rPr>
              <w:t>events per year</w:t>
            </w:r>
          </w:p>
        </w:tc>
        <w:tc>
          <w:tcPr>
            <w:tcW w:type="dxa" w:w="1623"/>
          </w:tcPr>
          <w:p>
            <w:pPr>
              <w:spacing w:after="0"/>
              <w:jc w:val="left"/>
            </w:pPr>
            <w:r>
              <w:rPr>
                <w:sz w:val="16"/>
              </w:rPr>
              <w:t>about 1 in 9 years</w:t>
            </w:r>
          </w:p>
        </w:tc>
        <w:tc>
          <w:tcPr>
            <w:tcW w:type="dxa" w:w="1101"/>
          </w:tcPr>
          <w:p>
            <w:pPr>
              <w:spacing w:after="0"/>
              <w:jc w:val="left"/>
            </w:pPr>
            <w:r>
              <w:rPr>
                <w:sz w:val="16"/>
              </w:rPr>
              <w:t>Likely</w:t>
            </w:r>
          </w:p>
        </w:tc>
        <w:tc>
          <w:tcPr>
            <w:tcW w:type="dxa" w:w="2101"/>
          </w:tcPr>
          <w:p>
            <w:pPr>
              <w:spacing w:after="0"/>
              <w:jc w:val="left"/>
            </w:pPr>
            <w:r>
              <w:rPr>
                <w:sz w:val="16"/>
              </w:rPr>
              <w:t>FEMA annualized frequency (modeled)</w:t>
            </w:r>
          </w:p>
        </w:tc>
        <w:tc>
          <w:tcPr>
            <w:tcW w:type="dxa" w:w="1539"/>
          </w:tcPr>
          <w:p>
            <w:pPr>
              <w:spacing w:after="0"/>
              <w:jc w:val="right"/>
            </w:pPr>
            <w:r>
              <w:rPr>
                <w:sz w:val="16"/>
              </w:rPr>
              <w:t>not shown</w:t>
            </w:r>
          </w:p>
        </w:tc>
        <w:tc>
          <w:tcPr>
            <w:tcW w:type="dxa" w:w="1569"/>
          </w:tcPr>
          <w:p>
            <w:pPr>
              <w:spacing w:after="0"/>
              <w:jc w:val="left"/>
            </w:pPr>
            <w:r>
              <w:rPr>
                <w:sz w:val="16"/>
              </w:rPr>
              <w:t>1950 to 2023 (EF2+); 1986 to 2023 (EF0-1)</w:t>
            </w:r>
          </w:p>
        </w:tc>
        <w:tc>
          <w:tcPr>
            <w:tcW w:type="dxa" w:w="1037"/>
          </w:tcPr>
          <w:p>
            <w:pPr>
              <w:spacing w:after="0"/>
              <w:jc w:val="left"/>
            </w:pPr>
            <w:r>
              <w:rPr>
                <w:sz w:val="16"/>
              </w:rPr>
              <w:t>see B1-f</w:t>
            </w:r>
          </w:p>
        </w:tc>
        <w:tc>
          <w:tcPr>
            <w:tcW w:type="dxa" w:w="1538"/>
          </w:tcPr>
          <w:p>
            <w:pPr>
              <w:spacing w:after="0"/>
              <w:jc w:val="left"/>
            </w:pPr>
          </w:p>
        </w:tc>
      </w:tr>
      <w:tr>
        <w:trPr>
          <w:cantSplit/>
        </w:trPr>
        <w:tc>
          <w:tcPr>
            <w:tcW w:type="dxa" w:w="1037"/>
          </w:tcPr>
          <w:p>
            <w:pPr>
              <w:spacing w:after="0"/>
              <w:jc w:val="left"/>
            </w:pPr>
            <w:r>
              <w:rPr>
                <w:sz w:val="16"/>
              </w:rPr>
              <w:t>Wildfire</w:t>
            </w:r>
          </w:p>
        </w:tc>
        <w:tc>
          <w:tcPr>
            <w:tcW w:type="dxa" w:w="1271"/>
          </w:tcPr>
          <w:p>
            <w:pPr>
              <w:spacing w:after="0"/>
              <w:jc w:val="right"/>
            </w:pPr>
            <w:r>
              <w:rPr>
                <w:sz w:val="16"/>
              </w:rPr>
              <w:t>0.0000167</w:t>
            </w:r>
          </w:p>
        </w:tc>
        <w:tc>
          <w:tcPr>
            <w:tcW w:type="dxa" w:w="1296"/>
          </w:tcPr>
          <w:p>
            <w:pPr>
              <w:spacing w:after="0"/>
              <w:jc w:val="left"/>
            </w:pPr>
            <w:r>
              <w:rPr>
                <w:sz w:val="16"/>
              </w:rPr>
              <w:t>annual probability at a location</w:t>
            </w:r>
          </w:p>
        </w:tc>
        <w:tc>
          <w:tcPr>
            <w:tcW w:type="dxa" w:w="1623"/>
          </w:tcPr>
          <w:p>
            <w:pPr>
              <w:spacing w:after="0"/>
              <w:jc w:val="left"/>
            </w:pPr>
            <w:r>
              <w:rPr>
                <w:sz w:val="16"/>
              </w:rPr>
              <w:t>chance a given location in the county burns in a year: 0.00167%</w:t>
            </w:r>
          </w:p>
        </w:tc>
        <w:tc>
          <w:tcPr>
            <w:tcW w:type="dxa" w:w="1101"/>
          </w:tcPr>
          <w:p>
            <w:pPr>
              <w:spacing w:after="0"/>
              <w:jc w:val="left"/>
            </w:pPr>
          </w:p>
        </w:tc>
        <w:tc>
          <w:tcPr>
            <w:tcW w:type="dxa" w:w="2101"/>
          </w:tcPr>
          <w:p>
            <w:pPr>
              <w:spacing w:after="0"/>
              <w:jc w:val="left"/>
            </w:pPr>
            <w:r>
              <w:rPr>
                <w:sz w:val="16"/>
              </w:rPr>
              <w:t>Storm Events records in 0 of 30 years, 1996 to 2025 (0%)</w:t>
            </w:r>
          </w:p>
        </w:tc>
        <w:tc>
          <w:tcPr>
            <w:tcW w:type="dxa" w:w="1539"/>
          </w:tcPr>
          <w:p>
            <w:pPr>
              <w:spacing w:after="0"/>
              <w:jc w:val="right"/>
            </w:pPr>
            <w:r>
              <w:rPr>
                <w:sz w:val="16"/>
              </w:rPr>
              <w:t>not shown</w:t>
            </w:r>
          </w:p>
        </w:tc>
        <w:tc>
          <w:tcPr>
            <w:tcW w:type="dxa" w:w="1569"/>
          </w:tcPr>
          <w:p>
            <w:pPr>
              <w:spacing w:after="0"/>
              <w:jc w:val="left"/>
            </w:pPr>
            <w:r>
              <w:rPr>
                <w:sz w:val="16"/>
              </w:rPr>
              <w:t>modeled</w:t>
            </w:r>
          </w:p>
        </w:tc>
        <w:tc>
          <w:tcPr>
            <w:tcW w:type="dxa" w:w="1037"/>
          </w:tcPr>
          <w:p>
            <w:pPr>
              <w:spacing w:after="0"/>
              <w:jc w:val="left"/>
            </w:pPr>
            <w:r>
              <w:rPr>
                <w:sz w:val="16"/>
              </w:rPr>
              <w:t>see B1-f</w:t>
            </w:r>
          </w:p>
        </w:tc>
        <w:tc>
          <w:tcPr>
            <w:tcW w:type="dxa" w:w="1538"/>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71"/>
          </w:tcPr>
          <w:p>
            <w:pPr>
              <w:spacing w:after="0"/>
              <w:jc w:val="right"/>
            </w:pPr>
            <w:r>
              <w:rPr>
                <w:sz w:val="16"/>
              </w:rPr>
              <w:t>20.3</w:t>
            </w:r>
          </w:p>
        </w:tc>
        <w:tc>
          <w:tcPr>
            <w:tcW w:type="dxa" w:w="1296"/>
          </w:tcPr>
          <w:p>
            <w:pPr>
              <w:spacing w:after="0"/>
              <w:jc w:val="left"/>
            </w:pPr>
            <w:r>
              <w:rPr>
                <w:sz w:val="16"/>
              </w:rPr>
              <w:t>event-days per year</w:t>
            </w:r>
          </w:p>
        </w:tc>
        <w:tc>
          <w:tcPr>
            <w:tcW w:type="dxa" w:w="1623"/>
          </w:tcPr>
          <w:p>
            <w:pPr>
              <w:spacing w:after="0"/>
              <w:jc w:val="left"/>
            </w:pPr>
            <w:r>
              <w:rPr>
                <w:sz w:val="16"/>
              </w:rPr>
              <w:t>about 20.3 days per year</w:t>
            </w:r>
          </w:p>
        </w:tc>
        <w:tc>
          <w:tcPr>
            <w:tcW w:type="dxa" w:w="1101"/>
          </w:tcPr>
          <w:p>
            <w:pPr>
              <w:spacing w:after="0"/>
              <w:jc w:val="left"/>
            </w:pPr>
            <w:r>
              <w:rPr>
                <w:sz w:val="16"/>
              </w:rPr>
              <w:t>Highly likely</w:t>
            </w:r>
          </w:p>
        </w:tc>
        <w:tc>
          <w:tcPr>
            <w:tcW w:type="dxa" w:w="2101"/>
          </w:tcPr>
          <w:p>
            <w:pPr>
              <w:spacing w:after="0"/>
              <w:jc w:val="left"/>
            </w:pPr>
            <w:r>
              <w:rPr>
                <w:sz w:val="16"/>
              </w:rPr>
              <w:t>Storm Events event-days in 30 of 30 years, 1996 to 2025 (100%)</w:t>
            </w:r>
          </w:p>
        </w:tc>
        <w:tc>
          <w:tcPr>
            <w:tcW w:type="dxa" w:w="1539"/>
          </w:tcPr>
          <w:p>
            <w:pPr>
              <w:spacing w:after="0"/>
              <w:jc w:val="right"/>
            </w:pPr>
            <w:r>
              <w:rPr>
                <w:sz w:val="16"/>
              </w:rPr>
              <w:t>386</w:t>
            </w:r>
          </w:p>
        </w:tc>
        <w:tc>
          <w:tcPr>
            <w:tcW w:type="dxa" w:w="1569"/>
          </w:tcPr>
          <w:p>
            <w:pPr>
              <w:spacing w:after="0"/>
              <w:jc w:val="left"/>
            </w:pPr>
            <w:r>
              <w:rPr>
                <w:sz w:val="16"/>
              </w:rPr>
              <w:t>2005-11-12 to 2024-11-12 (19 years)</w:t>
            </w:r>
          </w:p>
        </w:tc>
        <w:tc>
          <w:tcPr>
            <w:tcW w:type="dxa" w:w="1037"/>
          </w:tcPr>
          <w:p>
            <w:pPr>
              <w:spacing w:after="0"/>
              <w:jc w:val="left"/>
            </w:pPr>
            <w:r>
              <w:rPr>
                <w:sz w:val="16"/>
              </w:rPr>
              <w:t>countywide</w:t>
            </w:r>
          </w:p>
        </w:tc>
        <w:tc>
          <w:tcPr>
            <w:tcW w:type="dxa" w:w="1538"/>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23</w:t>
            </w:r>
          </w:p>
        </w:tc>
        <w:tc>
          <w:tcPr>
            <w:tcW w:type="dxa" w:w="1381"/>
          </w:tcPr>
          <w:p>
            <w:pPr>
              <w:spacing w:after="0"/>
              <w:jc w:val="right"/>
            </w:pPr>
            <w:r>
              <w:rPr>
                <w:sz w:val="16"/>
              </w:rPr>
              <w:t>30</w:t>
            </w:r>
          </w:p>
        </w:tc>
        <w:tc>
          <w:tcPr>
            <w:tcW w:type="dxa" w:w="1381"/>
          </w:tcPr>
          <w:p>
            <w:pPr>
              <w:spacing w:after="0"/>
              <w:jc w:val="right"/>
            </w:pPr>
            <w:r>
              <w:rPr>
                <w:sz w:val="16"/>
              </w:rPr>
              <w:t>0.767</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128</w:t>
            </w:r>
          </w:p>
        </w:tc>
        <w:tc>
          <w:tcPr>
            <w:tcW w:type="dxa" w:w="1381"/>
          </w:tcPr>
          <w:p>
            <w:pPr>
              <w:spacing w:after="0"/>
              <w:jc w:val="right"/>
            </w:pPr>
            <w:r>
              <w:rPr>
                <w:sz w:val="16"/>
              </w:rPr>
              <w:t>30</w:t>
            </w:r>
          </w:p>
        </w:tc>
        <w:tc>
          <w:tcPr>
            <w:tcW w:type="dxa" w:w="1381"/>
          </w:tcPr>
          <w:p>
            <w:pPr>
              <w:spacing w:after="0"/>
              <w:jc w:val="right"/>
            </w:pPr>
            <w:r>
              <w:rPr>
                <w:sz w:val="16"/>
              </w:rPr>
              <w:t>4.27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5</w:t>
            </w:r>
          </w:p>
        </w:tc>
        <w:tc>
          <w:tcPr>
            <w:tcW w:type="dxa" w:w="1381"/>
          </w:tcPr>
          <w:p>
            <w:pPr>
              <w:spacing w:after="0"/>
              <w:jc w:val="right"/>
            </w:pPr>
            <w:r>
              <w:rPr>
                <w:sz w:val="16"/>
              </w:rPr>
              <w:t>30</w:t>
            </w:r>
          </w:p>
        </w:tc>
        <w:tc>
          <w:tcPr>
            <w:tcW w:type="dxa" w:w="1381"/>
          </w:tcPr>
          <w:p>
            <w:pPr>
              <w:spacing w:after="0"/>
              <w:jc w:val="right"/>
            </w:pPr>
            <w:r>
              <w:rPr>
                <w:sz w:val="16"/>
              </w:rPr>
              <w:t>0.167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15</w:t>
            </w:r>
          </w:p>
        </w:tc>
        <w:tc>
          <w:tcPr>
            <w:tcW w:type="dxa" w:w="1381"/>
          </w:tcPr>
          <w:p>
            <w:pPr>
              <w:spacing w:after="0"/>
              <w:jc w:val="right"/>
            </w:pPr>
            <w:r>
              <w:rPr>
                <w:sz w:val="16"/>
              </w:rPr>
              <w:t>30</w:t>
            </w:r>
          </w:p>
        </w:tc>
        <w:tc>
          <w:tcPr>
            <w:tcW w:type="dxa" w:w="1381"/>
          </w:tcPr>
          <w:p>
            <w:pPr>
              <w:spacing w:after="0"/>
              <w:jc w:val="right"/>
            </w:pPr>
            <w:r>
              <w:rPr>
                <w:sz w:val="16"/>
              </w:rPr>
              <w:t>0.5</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690"/>
        <w:gridCol w:w="1399"/>
        <w:gridCol w:w="1056"/>
        <w:gridCol w:w="1108"/>
        <w:gridCol w:w="1056"/>
        <w:gridCol w:w="7802"/>
      </w:tblGrid>
      <w:tr>
        <w:trPr>
          <w:cantSplit/>
          <w:tblHeader/>
        </w:trPr>
        <w:tc>
          <w:tcPr>
            <w:tcW w:type="dxa" w:w="1690"/>
            <w:vMerge w:val="restart"/>
            <w:shd w:val="clear" w:color="auto" w:fill="E8E8E8"/>
          </w:tcPr>
          <w:p>
            <w:pPr>
              <w:spacing w:after="0"/>
              <w:jc w:val="left"/>
            </w:pPr>
            <w:r>
              <w:rPr>
                <w:b/>
                <w:sz w:val="16"/>
              </w:rPr>
              <w:t>Hazard</w:t>
            </w:r>
          </w:p>
        </w:tc>
        <w:tc>
          <w:tcPr>
            <w:tcW w:type="dxa" w:w="1399"/>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7802"/>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056"/>
            <w:shd w:val="clear" w:color="auto" w:fill="E8E8E8"/>
          </w:tcPr>
          <w:p>
            <w:pPr>
              <w:spacing w:after="0"/>
              <w:jc w:val="right"/>
            </w:pPr>
            <w:r>
              <w:rPr>
                <w:b/>
                <w:sz w:val="16"/>
              </w:rPr>
              <w:t>Min</w:t>
            </w:r>
          </w:p>
        </w:tc>
        <w:tc>
          <w:tcPr>
            <w:tcW w:type="dxa" w:w="1108"/>
            <w:shd w:val="clear" w:color="auto" w:fill="E8E8E8"/>
          </w:tcPr>
          <w:p>
            <w:pPr>
              <w:spacing w:after="0"/>
              <w:jc w:val="right"/>
            </w:pPr>
            <w:r>
              <w:rPr>
                <w:b/>
                <w:sz w:val="16"/>
              </w:rPr>
              <w:t>Median</w:t>
            </w:r>
          </w:p>
        </w:tc>
        <w:tc>
          <w:tcPr>
            <w:tcW w:type="dxa" w:w="1056"/>
            <w:shd w:val="clear" w:color="auto" w:fill="E8E8E8"/>
          </w:tcPr>
          <w:p>
            <w:pPr>
              <w:spacing w:after="0"/>
              <w:jc w:val="right"/>
            </w:pPr>
            <w:r>
              <w:rPr>
                <w:b/>
                <w:sz w:val="16"/>
              </w:rPr>
              <w:t>Max</w:t>
            </w:r>
          </w:p>
        </w:tc>
        <w:tc>
          <w:tcPr>
            <w:tcW w:type="dxa" w:w="2352"/>
            <w:vMerge/>
          </w:tcPr>
          <w:p/>
        </w:tc>
      </w:tr>
      <w:tr>
        <w:trPr>
          <w:cantSplit/>
        </w:trPr>
        <w:tc>
          <w:tcPr>
            <w:tcW w:type="dxa" w:w="1690"/>
          </w:tcPr>
          <w:p>
            <w:pPr>
              <w:spacing w:after="0"/>
              <w:jc w:val="left"/>
            </w:pPr>
            <w:r>
              <w:rPr>
                <w:sz w:val="16"/>
              </w:rPr>
              <w:t>Avalanche</w:t>
            </w:r>
          </w:p>
        </w:tc>
        <w:tc>
          <w:tcPr>
            <w:tcW w:type="dxa" w:w="1399"/>
          </w:tcPr>
          <w:p>
            <w:pPr>
              <w:spacing w:after="0"/>
              <w:jc w:val="right"/>
            </w:pPr>
            <w:r>
              <w:rPr>
                <w:sz w:val="16"/>
              </w:rPr>
              <w:t>14 of 19</w:t>
            </w:r>
          </w:p>
        </w:tc>
        <w:tc>
          <w:tcPr>
            <w:tcW w:type="dxa" w:w="1056"/>
          </w:tcPr>
          <w:p>
            <w:pPr>
              <w:spacing w:after="0"/>
              <w:jc w:val="right"/>
            </w:pPr>
            <w:r>
              <w:rPr>
                <w:sz w:val="16"/>
              </w:rPr>
              <w:t>43.8</w:t>
            </w:r>
          </w:p>
        </w:tc>
        <w:tc>
          <w:tcPr>
            <w:tcW w:type="dxa" w:w="1108"/>
          </w:tcPr>
          <w:p>
            <w:pPr>
              <w:spacing w:after="0"/>
              <w:jc w:val="right"/>
            </w:pPr>
            <w:r>
              <w:rPr>
                <w:sz w:val="16"/>
              </w:rPr>
              <w:t>46.3</w:t>
            </w:r>
          </w:p>
        </w:tc>
        <w:tc>
          <w:tcPr>
            <w:tcW w:type="dxa" w:w="1056"/>
          </w:tcPr>
          <w:p>
            <w:pPr>
              <w:spacing w:after="0"/>
              <w:jc w:val="right"/>
            </w:pPr>
            <w:r>
              <w:rPr>
                <w:sz w:val="16"/>
              </w:rPr>
              <w:t>49.8</w:t>
            </w:r>
          </w:p>
        </w:tc>
        <w:tc>
          <w:tcPr>
            <w:tcW w:type="dxa" w:w="7802"/>
          </w:tcPr>
          <w:p>
            <w:pPr>
              <w:spacing w:after="0"/>
              <w:jc w:val="left"/>
            </w:pPr>
            <w:r>
              <w:rPr>
                <w:sz w:val="16"/>
              </w:rPr>
              <w:t>Very Low 14, Not Applicable 5</w:t>
            </w:r>
          </w:p>
        </w:tc>
      </w:tr>
      <w:tr>
        <w:trPr>
          <w:cantSplit/>
        </w:trPr>
        <w:tc>
          <w:tcPr>
            <w:tcW w:type="dxa" w:w="1690"/>
          </w:tcPr>
          <w:p>
            <w:pPr>
              <w:spacing w:after="0"/>
              <w:jc w:val="left"/>
            </w:pPr>
            <w:r>
              <w:rPr>
                <w:sz w:val="16"/>
              </w:rPr>
              <w:t>Cold Wave</w:t>
            </w:r>
          </w:p>
        </w:tc>
        <w:tc>
          <w:tcPr>
            <w:tcW w:type="dxa" w:w="1399"/>
          </w:tcPr>
          <w:p>
            <w:pPr>
              <w:spacing w:after="0"/>
              <w:jc w:val="right"/>
            </w:pPr>
            <w:r>
              <w:rPr>
                <w:sz w:val="16"/>
              </w:rPr>
              <w:t>19 of 19</w:t>
            </w:r>
          </w:p>
        </w:tc>
        <w:tc>
          <w:tcPr>
            <w:tcW w:type="dxa" w:w="1056"/>
          </w:tcPr>
          <w:p>
            <w:pPr>
              <w:spacing w:after="0"/>
              <w:jc w:val="right"/>
            </w:pPr>
            <w:r>
              <w:rPr>
                <w:sz w:val="16"/>
              </w:rPr>
              <w:t>33.9</w:t>
            </w:r>
          </w:p>
        </w:tc>
        <w:tc>
          <w:tcPr>
            <w:tcW w:type="dxa" w:w="1108"/>
          </w:tcPr>
          <w:p>
            <w:pPr>
              <w:spacing w:after="0"/>
              <w:jc w:val="right"/>
            </w:pPr>
            <w:r>
              <w:rPr>
                <w:sz w:val="16"/>
              </w:rPr>
              <w:t>59.6</w:t>
            </w:r>
          </w:p>
        </w:tc>
        <w:tc>
          <w:tcPr>
            <w:tcW w:type="dxa" w:w="1056"/>
          </w:tcPr>
          <w:p>
            <w:pPr>
              <w:spacing w:after="0"/>
              <w:jc w:val="right"/>
            </w:pPr>
            <w:r>
              <w:rPr>
                <w:sz w:val="16"/>
              </w:rPr>
              <w:t>73.6</w:t>
            </w:r>
          </w:p>
        </w:tc>
        <w:tc>
          <w:tcPr>
            <w:tcW w:type="dxa" w:w="7802"/>
          </w:tcPr>
          <w:p>
            <w:pPr>
              <w:spacing w:after="0"/>
              <w:jc w:val="left"/>
            </w:pPr>
            <w:r>
              <w:rPr>
                <w:sz w:val="16"/>
              </w:rPr>
              <w:t>Relatively Moderate 15, Relatively Low 4</w:t>
            </w:r>
          </w:p>
        </w:tc>
      </w:tr>
      <w:tr>
        <w:trPr>
          <w:cantSplit/>
        </w:trPr>
        <w:tc>
          <w:tcPr>
            <w:tcW w:type="dxa" w:w="1690"/>
          </w:tcPr>
          <w:p>
            <w:pPr>
              <w:spacing w:after="0"/>
              <w:jc w:val="left"/>
            </w:pPr>
            <w:r>
              <w:rPr>
                <w:sz w:val="16"/>
              </w:rPr>
              <w:t>Drought</w:t>
            </w:r>
          </w:p>
        </w:tc>
        <w:tc>
          <w:tcPr>
            <w:tcW w:type="dxa" w:w="1399"/>
          </w:tcPr>
          <w:p>
            <w:pPr>
              <w:spacing w:after="0"/>
              <w:jc w:val="right"/>
            </w:pPr>
            <w:r>
              <w:rPr>
                <w:sz w:val="16"/>
              </w:rPr>
              <w:t>0 of 19</w:t>
            </w:r>
          </w:p>
        </w:tc>
        <w:tc>
          <w:tcPr>
            <w:tcW w:type="dxa" w:w="1056"/>
          </w:tcPr>
          <w:p>
            <w:pPr>
              <w:spacing w:after="0"/>
              <w:jc w:val="right"/>
            </w:pPr>
          </w:p>
        </w:tc>
        <w:tc>
          <w:tcPr>
            <w:tcW w:type="dxa" w:w="1108"/>
          </w:tcPr>
          <w:p>
            <w:pPr>
              <w:spacing w:after="0"/>
              <w:jc w:val="right"/>
            </w:pPr>
          </w:p>
        </w:tc>
        <w:tc>
          <w:tcPr>
            <w:tcW w:type="dxa" w:w="1056"/>
          </w:tcPr>
          <w:p>
            <w:pPr>
              <w:spacing w:after="0"/>
              <w:jc w:val="right"/>
            </w:pPr>
          </w:p>
        </w:tc>
        <w:tc>
          <w:tcPr>
            <w:tcW w:type="dxa" w:w="7802"/>
          </w:tcPr>
          <w:p>
            <w:pPr>
              <w:spacing w:after="0"/>
              <w:jc w:val="left"/>
            </w:pPr>
            <w:r>
              <w:rPr>
                <w:sz w:val="16"/>
              </w:rPr>
              <w:t>No Rating 19</w:t>
            </w:r>
          </w:p>
        </w:tc>
      </w:tr>
      <w:tr>
        <w:trPr>
          <w:cantSplit/>
        </w:trPr>
        <w:tc>
          <w:tcPr>
            <w:tcW w:type="dxa" w:w="1690"/>
          </w:tcPr>
          <w:p>
            <w:pPr>
              <w:spacing w:after="0"/>
              <w:jc w:val="left"/>
            </w:pPr>
            <w:r>
              <w:rPr>
                <w:sz w:val="16"/>
              </w:rPr>
              <w:t>Earthquake</w:t>
            </w:r>
          </w:p>
        </w:tc>
        <w:tc>
          <w:tcPr>
            <w:tcW w:type="dxa" w:w="1399"/>
          </w:tcPr>
          <w:p>
            <w:pPr>
              <w:spacing w:after="0"/>
              <w:jc w:val="right"/>
            </w:pPr>
            <w:r>
              <w:rPr>
                <w:sz w:val="16"/>
              </w:rPr>
              <w:t>19 of 19</w:t>
            </w:r>
          </w:p>
        </w:tc>
        <w:tc>
          <w:tcPr>
            <w:tcW w:type="dxa" w:w="1056"/>
          </w:tcPr>
          <w:p>
            <w:pPr>
              <w:spacing w:after="0"/>
              <w:jc w:val="right"/>
            </w:pPr>
            <w:r>
              <w:rPr>
                <w:sz w:val="16"/>
              </w:rPr>
              <w:t>21.6</w:t>
            </w:r>
          </w:p>
        </w:tc>
        <w:tc>
          <w:tcPr>
            <w:tcW w:type="dxa" w:w="1108"/>
          </w:tcPr>
          <w:p>
            <w:pPr>
              <w:spacing w:after="0"/>
              <w:jc w:val="right"/>
            </w:pPr>
            <w:r>
              <w:rPr>
                <w:sz w:val="16"/>
              </w:rPr>
              <w:t>40.0</w:t>
            </w:r>
          </w:p>
        </w:tc>
        <w:tc>
          <w:tcPr>
            <w:tcW w:type="dxa" w:w="1056"/>
          </w:tcPr>
          <w:p>
            <w:pPr>
              <w:spacing w:after="0"/>
              <w:jc w:val="right"/>
            </w:pPr>
            <w:r>
              <w:rPr>
                <w:sz w:val="16"/>
              </w:rPr>
              <w:t>58.6</w:t>
            </w:r>
          </w:p>
        </w:tc>
        <w:tc>
          <w:tcPr>
            <w:tcW w:type="dxa" w:w="7802"/>
          </w:tcPr>
          <w:p>
            <w:pPr>
              <w:spacing w:after="0"/>
              <w:jc w:val="left"/>
            </w:pPr>
            <w:r>
              <w:rPr>
                <w:sz w:val="16"/>
              </w:rPr>
              <w:t>Relatively Low 7, Very Low 12</w:t>
            </w:r>
          </w:p>
        </w:tc>
      </w:tr>
      <w:tr>
        <w:trPr>
          <w:cantSplit/>
        </w:trPr>
        <w:tc>
          <w:tcPr>
            <w:tcW w:type="dxa" w:w="1690"/>
          </w:tcPr>
          <w:p>
            <w:pPr>
              <w:spacing w:after="0"/>
              <w:jc w:val="left"/>
            </w:pPr>
            <w:r>
              <w:rPr>
                <w:sz w:val="16"/>
              </w:rPr>
              <w:t>Hail</w:t>
            </w:r>
          </w:p>
        </w:tc>
        <w:tc>
          <w:tcPr>
            <w:tcW w:type="dxa" w:w="1399"/>
          </w:tcPr>
          <w:p>
            <w:pPr>
              <w:spacing w:after="0"/>
              <w:jc w:val="right"/>
            </w:pPr>
            <w:r>
              <w:rPr>
                <w:sz w:val="16"/>
              </w:rPr>
              <w:t>19 of 19</w:t>
            </w:r>
          </w:p>
        </w:tc>
        <w:tc>
          <w:tcPr>
            <w:tcW w:type="dxa" w:w="1056"/>
          </w:tcPr>
          <w:p>
            <w:pPr>
              <w:spacing w:after="0"/>
              <w:jc w:val="right"/>
            </w:pPr>
            <w:r>
              <w:rPr>
                <w:sz w:val="16"/>
              </w:rPr>
              <w:t>32.5</w:t>
            </w:r>
          </w:p>
        </w:tc>
        <w:tc>
          <w:tcPr>
            <w:tcW w:type="dxa" w:w="1108"/>
          </w:tcPr>
          <w:p>
            <w:pPr>
              <w:spacing w:after="0"/>
              <w:jc w:val="right"/>
            </w:pPr>
            <w:r>
              <w:rPr>
                <w:sz w:val="16"/>
              </w:rPr>
              <w:t>46.0</w:t>
            </w:r>
          </w:p>
        </w:tc>
        <w:tc>
          <w:tcPr>
            <w:tcW w:type="dxa" w:w="1056"/>
          </w:tcPr>
          <w:p>
            <w:pPr>
              <w:spacing w:after="0"/>
              <w:jc w:val="right"/>
            </w:pPr>
            <w:r>
              <w:rPr>
                <w:sz w:val="16"/>
              </w:rPr>
              <w:t>60.4</w:t>
            </w:r>
          </w:p>
        </w:tc>
        <w:tc>
          <w:tcPr>
            <w:tcW w:type="dxa" w:w="7802"/>
          </w:tcPr>
          <w:p>
            <w:pPr>
              <w:spacing w:after="0"/>
              <w:jc w:val="left"/>
            </w:pPr>
            <w:r>
              <w:rPr>
                <w:sz w:val="16"/>
              </w:rPr>
              <w:t>Relatively Low 15, Very Low 4</w:t>
            </w:r>
          </w:p>
        </w:tc>
      </w:tr>
      <w:tr>
        <w:trPr>
          <w:cantSplit/>
        </w:trPr>
        <w:tc>
          <w:tcPr>
            <w:tcW w:type="dxa" w:w="1690"/>
          </w:tcPr>
          <w:p>
            <w:pPr>
              <w:spacing w:after="0"/>
              <w:jc w:val="left"/>
            </w:pPr>
            <w:r>
              <w:rPr>
                <w:sz w:val="16"/>
              </w:rPr>
              <w:t>Heat Wave</w:t>
            </w:r>
          </w:p>
        </w:tc>
        <w:tc>
          <w:tcPr>
            <w:tcW w:type="dxa" w:w="1399"/>
          </w:tcPr>
          <w:p>
            <w:pPr>
              <w:spacing w:after="0"/>
              <w:jc w:val="right"/>
            </w:pPr>
            <w:r>
              <w:rPr>
                <w:sz w:val="16"/>
              </w:rPr>
              <w:t>19 of 19</w:t>
            </w:r>
          </w:p>
        </w:tc>
        <w:tc>
          <w:tcPr>
            <w:tcW w:type="dxa" w:w="1056"/>
          </w:tcPr>
          <w:p>
            <w:pPr>
              <w:spacing w:after="0"/>
              <w:jc w:val="right"/>
            </w:pPr>
            <w:r>
              <w:rPr>
                <w:sz w:val="16"/>
              </w:rPr>
              <w:t>21.2</w:t>
            </w:r>
          </w:p>
        </w:tc>
        <w:tc>
          <w:tcPr>
            <w:tcW w:type="dxa" w:w="1108"/>
          </w:tcPr>
          <w:p>
            <w:pPr>
              <w:spacing w:after="0"/>
              <w:jc w:val="right"/>
            </w:pPr>
            <w:r>
              <w:rPr>
                <w:sz w:val="16"/>
              </w:rPr>
              <w:t>59.7</w:t>
            </w:r>
          </w:p>
        </w:tc>
        <w:tc>
          <w:tcPr>
            <w:tcW w:type="dxa" w:w="1056"/>
          </w:tcPr>
          <w:p>
            <w:pPr>
              <w:spacing w:after="0"/>
              <w:jc w:val="right"/>
            </w:pPr>
            <w:r>
              <w:rPr>
                <w:sz w:val="16"/>
              </w:rPr>
              <w:t>79.8</w:t>
            </w:r>
          </w:p>
        </w:tc>
        <w:tc>
          <w:tcPr>
            <w:tcW w:type="dxa" w:w="7802"/>
          </w:tcPr>
          <w:p>
            <w:pPr>
              <w:spacing w:after="0"/>
              <w:jc w:val="left"/>
            </w:pPr>
            <w:r>
              <w:rPr>
                <w:sz w:val="16"/>
              </w:rPr>
              <w:t>Relatively Moderate 14, Relatively Low 5</w:t>
            </w:r>
          </w:p>
        </w:tc>
      </w:tr>
      <w:tr>
        <w:trPr>
          <w:cantSplit/>
        </w:trPr>
        <w:tc>
          <w:tcPr>
            <w:tcW w:type="dxa" w:w="1690"/>
          </w:tcPr>
          <w:p>
            <w:pPr>
              <w:spacing w:after="0"/>
              <w:jc w:val="left"/>
            </w:pPr>
            <w:r>
              <w:rPr>
                <w:sz w:val="16"/>
              </w:rPr>
              <w:t>Hurricane</w:t>
            </w:r>
          </w:p>
        </w:tc>
        <w:tc>
          <w:tcPr>
            <w:tcW w:type="dxa" w:w="1399"/>
          </w:tcPr>
          <w:p>
            <w:pPr>
              <w:spacing w:after="0"/>
              <w:jc w:val="right"/>
            </w:pPr>
            <w:r>
              <w:rPr>
                <w:sz w:val="16"/>
              </w:rPr>
              <w:t>19 of 19</w:t>
            </w:r>
          </w:p>
        </w:tc>
        <w:tc>
          <w:tcPr>
            <w:tcW w:type="dxa" w:w="1056"/>
          </w:tcPr>
          <w:p>
            <w:pPr>
              <w:spacing w:after="0"/>
              <w:jc w:val="right"/>
            </w:pPr>
            <w:r>
              <w:rPr>
                <w:sz w:val="16"/>
              </w:rPr>
              <w:t>57.9</w:t>
            </w:r>
          </w:p>
        </w:tc>
        <w:tc>
          <w:tcPr>
            <w:tcW w:type="dxa" w:w="1108"/>
          </w:tcPr>
          <w:p>
            <w:pPr>
              <w:spacing w:after="0"/>
              <w:jc w:val="right"/>
            </w:pPr>
            <w:r>
              <w:rPr>
                <w:sz w:val="16"/>
              </w:rPr>
              <w:t>66.8</w:t>
            </w:r>
          </w:p>
        </w:tc>
        <w:tc>
          <w:tcPr>
            <w:tcW w:type="dxa" w:w="1056"/>
          </w:tcPr>
          <w:p>
            <w:pPr>
              <w:spacing w:after="0"/>
              <w:jc w:val="right"/>
            </w:pPr>
            <w:r>
              <w:rPr>
                <w:sz w:val="16"/>
              </w:rPr>
              <w:t>76.1</w:t>
            </w:r>
          </w:p>
        </w:tc>
        <w:tc>
          <w:tcPr>
            <w:tcW w:type="dxa" w:w="7802"/>
          </w:tcPr>
          <w:p>
            <w:pPr>
              <w:spacing w:after="0"/>
              <w:jc w:val="left"/>
            </w:pPr>
            <w:r>
              <w:rPr>
                <w:sz w:val="16"/>
              </w:rPr>
              <w:t>Relatively Low 19</w:t>
            </w:r>
          </w:p>
        </w:tc>
      </w:tr>
      <w:tr>
        <w:trPr>
          <w:cantSplit/>
        </w:trPr>
        <w:tc>
          <w:tcPr>
            <w:tcW w:type="dxa" w:w="1690"/>
          </w:tcPr>
          <w:p>
            <w:pPr>
              <w:spacing w:after="0"/>
              <w:jc w:val="left"/>
            </w:pPr>
            <w:r>
              <w:rPr>
                <w:sz w:val="16"/>
              </w:rPr>
              <w:t>Ice Storm</w:t>
            </w:r>
          </w:p>
        </w:tc>
        <w:tc>
          <w:tcPr>
            <w:tcW w:type="dxa" w:w="1399"/>
          </w:tcPr>
          <w:p>
            <w:pPr>
              <w:spacing w:after="0"/>
              <w:jc w:val="right"/>
            </w:pPr>
            <w:r>
              <w:rPr>
                <w:sz w:val="16"/>
              </w:rPr>
              <w:t>19 of 19</w:t>
            </w:r>
          </w:p>
        </w:tc>
        <w:tc>
          <w:tcPr>
            <w:tcW w:type="dxa" w:w="1056"/>
          </w:tcPr>
          <w:p>
            <w:pPr>
              <w:spacing w:after="0"/>
              <w:jc w:val="right"/>
            </w:pPr>
            <w:r>
              <w:rPr>
                <w:sz w:val="16"/>
              </w:rPr>
              <w:t>53.3</w:t>
            </w:r>
          </w:p>
        </w:tc>
        <w:tc>
          <w:tcPr>
            <w:tcW w:type="dxa" w:w="1108"/>
          </w:tcPr>
          <w:p>
            <w:pPr>
              <w:spacing w:after="0"/>
              <w:jc w:val="right"/>
            </w:pPr>
            <w:r>
              <w:rPr>
                <w:sz w:val="16"/>
              </w:rPr>
              <w:t>71.7</w:t>
            </w:r>
          </w:p>
        </w:tc>
        <w:tc>
          <w:tcPr>
            <w:tcW w:type="dxa" w:w="1056"/>
          </w:tcPr>
          <w:p>
            <w:pPr>
              <w:spacing w:after="0"/>
              <w:jc w:val="right"/>
            </w:pPr>
            <w:r>
              <w:rPr>
                <w:sz w:val="16"/>
              </w:rPr>
              <w:t>91.9</w:t>
            </w:r>
          </w:p>
        </w:tc>
        <w:tc>
          <w:tcPr>
            <w:tcW w:type="dxa" w:w="7802"/>
          </w:tcPr>
          <w:p>
            <w:pPr>
              <w:spacing w:after="0"/>
              <w:jc w:val="left"/>
            </w:pPr>
            <w:r>
              <w:rPr>
                <w:sz w:val="16"/>
              </w:rPr>
              <w:t>Relatively High 1, Relatively Moderate 11, Relatively Low 7</w:t>
            </w:r>
          </w:p>
        </w:tc>
      </w:tr>
      <w:tr>
        <w:trPr>
          <w:cantSplit/>
        </w:trPr>
        <w:tc>
          <w:tcPr>
            <w:tcW w:type="dxa" w:w="1690"/>
          </w:tcPr>
          <w:p>
            <w:pPr>
              <w:spacing w:after="0"/>
              <w:jc w:val="left"/>
            </w:pPr>
            <w:r>
              <w:rPr>
                <w:sz w:val="16"/>
              </w:rPr>
              <w:t>Inland Flooding</w:t>
            </w:r>
          </w:p>
        </w:tc>
        <w:tc>
          <w:tcPr>
            <w:tcW w:type="dxa" w:w="1399"/>
          </w:tcPr>
          <w:p>
            <w:pPr>
              <w:spacing w:after="0"/>
              <w:jc w:val="right"/>
            </w:pPr>
            <w:r>
              <w:rPr>
                <w:sz w:val="16"/>
              </w:rPr>
              <w:t>19 of 19</w:t>
            </w:r>
          </w:p>
        </w:tc>
        <w:tc>
          <w:tcPr>
            <w:tcW w:type="dxa" w:w="1056"/>
          </w:tcPr>
          <w:p>
            <w:pPr>
              <w:spacing w:after="0"/>
              <w:jc w:val="right"/>
            </w:pPr>
            <w:r>
              <w:rPr>
                <w:sz w:val="16"/>
              </w:rPr>
              <w:t>28.2</w:t>
            </w:r>
          </w:p>
        </w:tc>
        <w:tc>
          <w:tcPr>
            <w:tcW w:type="dxa" w:w="1108"/>
          </w:tcPr>
          <w:p>
            <w:pPr>
              <w:spacing w:after="0"/>
              <w:jc w:val="right"/>
            </w:pPr>
            <w:r>
              <w:rPr>
                <w:sz w:val="16"/>
              </w:rPr>
              <w:t>70.3</w:t>
            </w:r>
          </w:p>
        </w:tc>
        <w:tc>
          <w:tcPr>
            <w:tcW w:type="dxa" w:w="1056"/>
          </w:tcPr>
          <w:p>
            <w:pPr>
              <w:spacing w:after="0"/>
              <w:jc w:val="right"/>
            </w:pPr>
            <w:r>
              <w:rPr>
                <w:sz w:val="16"/>
              </w:rPr>
              <w:t>94.1</w:t>
            </w:r>
          </w:p>
        </w:tc>
        <w:tc>
          <w:tcPr>
            <w:tcW w:type="dxa" w:w="7802"/>
          </w:tcPr>
          <w:p>
            <w:pPr>
              <w:spacing w:after="0"/>
              <w:jc w:val="left"/>
            </w:pPr>
            <w:r>
              <w:rPr>
                <w:sz w:val="16"/>
              </w:rPr>
              <w:t>Relatively High 6, Relatively Moderate 12, Relatively Low 1</w:t>
            </w:r>
          </w:p>
        </w:tc>
      </w:tr>
      <w:tr>
        <w:trPr>
          <w:cantSplit/>
        </w:trPr>
        <w:tc>
          <w:tcPr>
            <w:tcW w:type="dxa" w:w="1690"/>
          </w:tcPr>
          <w:p>
            <w:pPr>
              <w:spacing w:after="0"/>
              <w:jc w:val="left"/>
            </w:pPr>
            <w:r>
              <w:rPr>
                <w:sz w:val="16"/>
              </w:rPr>
              <w:t>Landslide</w:t>
            </w:r>
          </w:p>
        </w:tc>
        <w:tc>
          <w:tcPr>
            <w:tcW w:type="dxa" w:w="1399"/>
          </w:tcPr>
          <w:p>
            <w:pPr>
              <w:spacing w:after="0"/>
              <w:jc w:val="right"/>
            </w:pPr>
            <w:r>
              <w:rPr>
                <w:sz w:val="16"/>
              </w:rPr>
              <w:t>19 of 19</w:t>
            </w:r>
          </w:p>
        </w:tc>
        <w:tc>
          <w:tcPr>
            <w:tcW w:type="dxa" w:w="1056"/>
          </w:tcPr>
          <w:p>
            <w:pPr>
              <w:spacing w:after="0"/>
              <w:jc w:val="right"/>
            </w:pPr>
            <w:r>
              <w:rPr>
                <w:sz w:val="16"/>
              </w:rPr>
              <w:t>79.8</w:t>
            </w:r>
          </w:p>
        </w:tc>
        <w:tc>
          <w:tcPr>
            <w:tcW w:type="dxa" w:w="1108"/>
          </w:tcPr>
          <w:p>
            <w:pPr>
              <w:spacing w:after="0"/>
              <w:jc w:val="right"/>
            </w:pPr>
            <w:r>
              <w:rPr>
                <w:sz w:val="16"/>
              </w:rPr>
              <w:t>93.8</w:t>
            </w:r>
          </w:p>
        </w:tc>
        <w:tc>
          <w:tcPr>
            <w:tcW w:type="dxa" w:w="1056"/>
          </w:tcPr>
          <w:p>
            <w:pPr>
              <w:spacing w:after="0"/>
              <w:jc w:val="right"/>
            </w:pPr>
            <w:r>
              <w:rPr>
                <w:sz w:val="16"/>
              </w:rPr>
              <w:t>98.8</w:t>
            </w:r>
          </w:p>
        </w:tc>
        <w:tc>
          <w:tcPr>
            <w:tcW w:type="dxa" w:w="7802"/>
          </w:tcPr>
          <w:p>
            <w:pPr>
              <w:spacing w:after="0"/>
              <w:jc w:val="left"/>
            </w:pPr>
            <w:r>
              <w:rPr>
                <w:sz w:val="16"/>
              </w:rPr>
              <w:t>Relatively Moderate 4, Relatively Low 14, Very Low 1</w:t>
            </w:r>
          </w:p>
        </w:tc>
      </w:tr>
      <w:tr>
        <w:trPr>
          <w:cantSplit/>
        </w:trPr>
        <w:tc>
          <w:tcPr>
            <w:tcW w:type="dxa" w:w="1690"/>
          </w:tcPr>
          <w:p>
            <w:pPr>
              <w:spacing w:after="0"/>
              <w:jc w:val="left"/>
            </w:pPr>
            <w:r>
              <w:rPr>
                <w:sz w:val="16"/>
              </w:rPr>
              <w:t>Lightning</w:t>
            </w:r>
          </w:p>
        </w:tc>
        <w:tc>
          <w:tcPr>
            <w:tcW w:type="dxa" w:w="1399"/>
          </w:tcPr>
          <w:p>
            <w:pPr>
              <w:spacing w:after="0"/>
              <w:jc w:val="right"/>
            </w:pPr>
            <w:r>
              <w:rPr>
                <w:sz w:val="16"/>
              </w:rPr>
              <w:t>19 of 19</w:t>
            </w:r>
          </w:p>
        </w:tc>
        <w:tc>
          <w:tcPr>
            <w:tcW w:type="dxa" w:w="1056"/>
          </w:tcPr>
          <w:p>
            <w:pPr>
              <w:spacing w:after="0"/>
              <w:jc w:val="right"/>
            </w:pPr>
            <w:r>
              <w:rPr>
                <w:sz w:val="16"/>
              </w:rPr>
              <w:t>44.3</w:t>
            </w:r>
          </w:p>
        </w:tc>
        <w:tc>
          <w:tcPr>
            <w:tcW w:type="dxa" w:w="1108"/>
          </w:tcPr>
          <w:p>
            <w:pPr>
              <w:spacing w:after="0"/>
              <w:jc w:val="right"/>
            </w:pPr>
            <w:r>
              <w:rPr>
                <w:sz w:val="16"/>
              </w:rPr>
              <w:t>76.0</w:t>
            </w:r>
          </w:p>
        </w:tc>
        <w:tc>
          <w:tcPr>
            <w:tcW w:type="dxa" w:w="1056"/>
          </w:tcPr>
          <w:p>
            <w:pPr>
              <w:spacing w:after="0"/>
              <w:jc w:val="right"/>
            </w:pPr>
            <w:r>
              <w:rPr>
                <w:sz w:val="16"/>
              </w:rPr>
              <w:t>92.1</w:t>
            </w:r>
          </w:p>
        </w:tc>
        <w:tc>
          <w:tcPr>
            <w:tcW w:type="dxa" w:w="7802"/>
          </w:tcPr>
          <w:p>
            <w:pPr>
              <w:spacing w:after="0"/>
              <w:jc w:val="left"/>
            </w:pPr>
            <w:r>
              <w:rPr>
                <w:sz w:val="16"/>
              </w:rPr>
              <w:t>Relatively High 6, Relatively Moderate 11, Relatively Low 2</w:t>
            </w:r>
          </w:p>
        </w:tc>
      </w:tr>
      <w:tr>
        <w:trPr>
          <w:cantSplit/>
        </w:trPr>
        <w:tc>
          <w:tcPr>
            <w:tcW w:type="dxa" w:w="1690"/>
          </w:tcPr>
          <w:p>
            <w:pPr>
              <w:spacing w:after="0"/>
              <w:jc w:val="left"/>
            </w:pPr>
            <w:r>
              <w:rPr>
                <w:sz w:val="16"/>
              </w:rPr>
              <w:t>Strong Wind</w:t>
            </w:r>
          </w:p>
        </w:tc>
        <w:tc>
          <w:tcPr>
            <w:tcW w:type="dxa" w:w="1399"/>
          </w:tcPr>
          <w:p>
            <w:pPr>
              <w:spacing w:after="0"/>
              <w:jc w:val="right"/>
            </w:pPr>
            <w:r>
              <w:rPr>
                <w:sz w:val="16"/>
              </w:rPr>
              <w:t>19 of 19</w:t>
            </w:r>
          </w:p>
        </w:tc>
        <w:tc>
          <w:tcPr>
            <w:tcW w:type="dxa" w:w="1056"/>
          </w:tcPr>
          <w:p>
            <w:pPr>
              <w:spacing w:after="0"/>
              <w:jc w:val="right"/>
            </w:pPr>
            <w:r>
              <w:rPr>
                <w:sz w:val="16"/>
              </w:rPr>
              <w:t>36.6</w:t>
            </w:r>
          </w:p>
        </w:tc>
        <w:tc>
          <w:tcPr>
            <w:tcW w:type="dxa" w:w="1108"/>
          </w:tcPr>
          <w:p>
            <w:pPr>
              <w:spacing w:after="0"/>
              <w:jc w:val="right"/>
            </w:pPr>
            <w:r>
              <w:rPr>
                <w:sz w:val="16"/>
              </w:rPr>
              <w:t>55.6</w:t>
            </w:r>
          </w:p>
        </w:tc>
        <w:tc>
          <w:tcPr>
            <w:tcW w:type="dxa" w:w="1056"/>
          </w:tcPr>
          <w:p>
            <w:pPr>
              <w:spacing w:after="0"/>
              <w:jc w:val="right"/>
            </w:pPr>
            <w:r>
              <w:rPr>
                <w:sz w:val="16"/>
              </w:rPr>
              <w:t>75.3</w:t>
            </w:r>
          </w:p>
        </w:tc>
        <w:tc>
          <w:tcPr>
            <w:tcW w:type="dxa" w:w="7802"/>
          </w:tcPr>
          <w:p>
            <w:pPr>
              <w:spacing w:after="0"/>
              <w:jc w:val="left"/>
            </w:pPr>
            <w:r>
              <w:rPr>
                <w:sz w:val="16"/>
              </w:rPr>
              <w:t>Relatively Moderate 12, Relatively Low 7</w:t>
            </w:r>
          </w:p>
        </w:tc>
      </w:tr>
      <w:tr>
        <w:trPr>
          <w:cantSplit/>
        </w:trPr>
        <w:tc>
          <w:tcPr>
            <w:tcW w:type="dxa" w:w="1690"/>
          </w:tcPr>
          <w:p>
            <w:pPr>
              <w:spacing w:after="0"/>
              <w:jc w:val="left"/>
            </w:pPr>
            <w:r>
              <w:rPr>
                <w:sz w:val="16"/>
              </w:rPr>
              <w:t>Tornado</w:t>
            </w:r>
          </w:p>
        </w:tc>
        <w:tc>
          <w:tcPr>
            <w:tcW w:type="dxa" w:w="1399"/>
          </w:tcPr>
          <w:p>
            <w:pPr>
              <w:spacing w:after="0"/>
              <w:jc w:val="right"/>
            </w:pPr>
            <w:r>
              <w:rPr>
                <w:sz w:val="16"/>
              </w:rPr>
              <w:t>19 of 19</w:t>
            </w:r>
          </w:p>
        </w:tc>
        <w:tc>
          <w:tcPr>
            <w:tcW w:type="dxa" w:w="1056"/>
          </w:tcPr>
          <w:p>
            <w:pPr>
              <w:spacing w:after="0"/>
              <w:jc w:val="right"/>
            </w:pPr>
            <w:r>
              <w:rPr>
                <w:sz w:val="16"/>
              </w:rPr>
              <w:t>24.6</w:t>
            </w:r>
          </w:p>
        </w:tc>
        <w:tc>
          <w:tcPr>
            <w:tcW w:type="dxa" w:w="1108"/>
          </w:tcPr>
          <w:p>
            <w:pPr>
              <w:spacing w:after="0"/>
              <w:jc w:val="right"/>
            </w:pPr>
            <w:r>
              <w:rPr>
                <w:sz w:val="16"/>
              </w:rPr>
              <w:t>34.8</w:t>
            </w:r>
          </w:p>
        </w:tc>
        <w:tc>
          <w:tcPr>
            <w:tcW w:type="dxa" w:w="1056"/>
          </w:tcPr>
          <w:p>
            <w:pPr>
              <w:spacing w:after="0"/>
              <w:jc w:val="right"/>
            </w:pPr>
            <w:r>
              <w:rPr>
                <w:sz w:val="16"/>
              </w:rPr>
              <w:t>57.2</w:t>
            </w:r>
          </w:p>
        </w:tc>
        <w:tc>
          <w:tcPr>
            <w:tcW w:type="dxa" w:w="7802"/>
          </w:tcPr>
          <w:p>
            <w:pPr>
              <w:spacing w:after="0"/>
              <w:jc w:val="left"/>
            </w:pPr>
            <w:r>
              <w:rPr>
                <w:sz w:val="16"/>
              </w:rPr>
              <w:t>Relatively Moderate 1, Relatively Low 15, Very Low 3</w:t>
            </w:r>
          </w:p>
        </w:tc>
      </w:tr>
      <w:tr>
        <w:trPr>
          <w:cantSplit/>
        </w:trPr>
        <w:tc>
          <w:tcPr>
            <w:tcW w:type="dxa" w:w="1690"/>
          </w:tcPr>
          <w:p>
            <w:pPr>
              <w:spacing w:after="0"/>
              <w:jc w:val="left"/>
            </w:pPr>
            <w:r>
              <w:rPr>
                <w:sz w:val="16"/>
              </w:rPr>
              <w:t>Wildfire</w:t>
            </w:r>
          </w:p>
        </w:tc>
        <w:tc>
          <w:tcPr>
            <w:tcW w:type="dxa" w:w="1399"/>
          </w:tcPr>
          <w:p>
            <w:pPr>
              <w:spacing w:after="0"/>
              <w:jc w:val="right"/>
            </w:pPr>
            <w:r>
              <w:rPr>
                <w:sz w:val="16"/>
              </w:rPr>
              <w:t>19 of 19</w:t>
            </w:r>
          </w:p>
        </w:tc>
        <w:tc>
          <w:tcPr>
            <w:tcW w:type="dxa" w:w="1056"/>
          </w:tcPr>
          <w:p>
            <w:pPr>
              <w:spacing w:after="0"/>
              <w:jc w:val="right"/>
            </w:pPr>
            <w:r>
              <w:rPr>
                <w:sz w:val="16"/>
              </w:rPr>
              <w:t>55.2</w:t>
            </w:r>
          </w:p>
        </w:tc>
        <w:tc>
          <w:tcPr>
            <w:tcW w:type="dxa" w:w="1108"/>
          </w:tcPr>
          <w:p>
            <w:pPr>
              <w:spacing w:after="0"/>
              <w:jc w:val="right"/>
            </w:pPr>
            <w:r>
              <w:rPr>
                <w:sz w:val="16"/>
              </w:rPr>
              <w:t>63.3</w:t>
            </w:r>
          </w:p>
        </w:tc>
        <w:tc>
          <w:tcPr>
            <w:tcW w:type="dxa" w:w="1056"/>
          </w:tcPr>
          <w:p>
            <w:pPr>
              <w:spacing w:after="0"/>
              <w:jc w:val="right"/>
            </w:pPr>
            <w:r>
              <w:rPr>
                <w:sz w:val="16"/>
              </w:rPr>
              <w:t>67.6</w:t>
            </w:r>
          </w:p>
        </w:tc>
        <w:tc>
          <w:tcPr>
            <w:tcW w:type="dxa" w:w="7802"/>
          </w:tcPr>
          <w:p>
            <w:pPr>
              <w:spacing w:after="0"/>
              <w:jc w:val="left"/>
            </w:pPr>
            <w:r>
              <w:rPr>
                <w:sz w:val="16"/>
              </w:rPr>
              <w:t>Very Low 19</w:t>
            </w:r>
          </w:p>
        </w:tc>
      </w:tr>
      <w:tr>
        <w:trPr>
          <w:cantSplit/>
        </w:trPr>
        <w:tc>
          <w:tcPr>
            <w:tcW w:type="dxa" w:w="1690"/>
          </w:tcPr>
          <w:p>
            <w:pPr>
              <w:spacing w:after="0"/>
              <w:jc w:val="left"/>
            </w:pPr>
            <w:r>
              <w:rPr>
                <w:sz w:val="16"/>
              </w:rPr>
              <w:t>Winter Weather</w:t>
            </w:r>
          </w:p>
        </w:tc>
        <w:tc>
          <w:tcPr>
            <w:tcW w:type="dxa" w:w="1399"/>
          </w:tcPr>
          <w:p>
            <w:pPr>
              <w:spacing w:after="0"/>
              <w:jc w:val="right"/>
            </w:pPr>
            <w:r>
              <w:rPr>
                <w:sz w:val="16"/>
              </w:rPr>
              <w:t>19 of 19</w:t>
            </w:r>
          </w:p>
        </w:tc>
        <w:tc>
          <w:tcPr>
            <w:tcW w:type="dxa" w:w="1056"/>
          </w:tcPr>
          <w:p>
            <w:pPr>
              <w:spacing w:after="0"/>
              <w:jc w:val="right"/>
            </w:pPr>
            <w:r>
              <w:rPr>
                <w:sz w:val="16"/>
              </w:rPr>
              <w:t>60.2</w:t>
            </w:r>
          </w:p>
        </w:tc>
        <w:tc>
          <w:tcPr>
            <w:tcW w:type="dxa" w:w="1108"/>
          </w:tcPr>
          <w:p>
            <w:pPr>
              <w:spacing w:after="0"/>
              <w:jc w:val="right"/>
            </w:pPr>
            <w:r>
              <w:rPr>
                <w:sz w:val="16"/>
              </w:rPr>
              <w:t>82.0</w:t>
            </w:r>
          </w:p>
        </w:tc>
        <w:tc>
          <w:tcPr>
            <w:tcW w:type="dxa" w:w="1056"/>
          </w:tcPr>
          <w:p>
            <w:pPr>
              <w:spacing w:after="0"/>
              <w:jc w:val="right"/>
            </w:pPr>
            <w:r>
              <w:rPr>
                <w:sz w:val="16"/>
              </w:rPr>
              <w:t>91.3</w:t>
            </w:r>
          </w:p>
        </w:tc>
        <w:tc>
          <w:tcPr>
            <w:tcW w:type="dxa" w:w="7802"/>
          </w:tcPr>
          <w:p>
            <w:pPr>
              <w:spacing w:after="0"/>
              <w:jc w:val="left"/>
            </w:pPr>
            <w:r>
              <w:rPr>
                <w:sz w:val="16"/>
              </w:rPr>
              <w:t>Relatively High 13, Relatively Moderate 6</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Windsor County's 19 census tracts; NRI rates census tracts, not towns.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hail, heat wave, ice storm, lightning, strong wind and winter weather are county-wide or coarse (49 km grid or NWS zone), the same for every jurisdiction; the tract range mostly reflects where buildings and people are.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2111"/>
        <w:gridCol w:w="781"/>
        <w:gridCol w:w="3187"/>
        <w:gridCol w:w="2541"/>
        <w:gridCol w:w="2627"/>
        <w:gridCol w:w="2864"/>
      </w:tblGrid>
      <w:tr>
        <w:trPr>
          <w:cantSplit/>
          <w:tblHeader/>
        </w:trPr>
        <w:tc>
          <w:tcPr>
            <w:tcW w:type="dxa" w:w="2111"/>
            <w:shd w:val="clear" w:color="auto" w:fill="E8E8E8"/>
          </w:tcPr>
          <w:p>
            <w:pPr>
              <w:spacing w:after="0"/>
              <w:jc w:val="left"/>
            </w:pPr>
            <w:r>
              <w:rPr>
                <w:b/>
                <w:sz w:val="16"/>
              </w:rPr>
              <w:t>Jurisdiction</w:t>
            </w:r>
          </w:p>
        </w:tc>
        <w:tc>
          <w:tcPr>
            <w:tcW w:type="dxa" w:w="781"/>
            <w:shd w:val="clear" w:color="auto" w:fill="E8E8E8"/>
          </w:tcPr>
          <w:p>
            <w:pPr>
              <w:spacing w:after="0"/>
              <w:jc w:val="left"/>
            </w:pPr>
            <w:r>
              <w:rPr>
                <w:b/>
                <w:sz w:val="16"/>
              </w:rPr>
              <w:t>Type</w:t>
            </w:r>
          </w:p>
        </w:tc>
        <w:tc>
          <w:tcPr>
            <w:tcW w:type="dxa" w:w="3187"/>
            <w:shd w:val="clear" w:color="auto" w:fill="E8E8E8"/>
          </w:tcPr>
          <w:p>
            <w:pPr>
              <w:spacing w:after="0"/>
              <w:jc w:val="left"/>
            </w:pPr>
            <w:r>
              <w:rPr>
                <w:b/>
                <w:sz w:val="16"/>
              </w:rPr>
              <w:t>Plan status</w:t>
            </w:r>
          </w:p>
        </w:tc>
        <w:tc>
          <w:tcPr>
            <w:tcW w:type="dxa" w:w="2541"/>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627"/>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864"/>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2111"/>
          </w:tcPr>
          <w:p>
            <w:pPr>
              <w:spacing w:after="0"/>
              <w:jc w:val="left"/>
            </w:pPr>
            <w:r>
              <w:rPr>
                <w:sz w:val="16"/>
              </w:rPr>
              <w:t>Weathersfield town</w:t>
            </w:r>
          </w:p>
        </w:tc>
        <w:tc>
          <w:tcPr>
            <w:tcW w:type="dxa" w:w="781"/>
          </w:tcPr>
          <w:p>
            <w:pPr>
              <w:spacing w:after="0"/>
              <w:jc w:val="left"/>
            </w:pPr>
            <w:r>
              <w:rPr>
                <w:sz w:val="16"/>
              </w:rPr>
              <w:t>Town</w:t>
            </w:r>
          </w:p>
        </w:tc>
        <w:tc>
          <w:tcPr>
            <w:tcW w:type="dxa" w:w="3187"/>
          </w:tcPr>
          <w:p>
            <w:pPr>
              <w:spacing w:after="0"/>
              <w:jc w:val="left"/>
            </w:pPr>
            <w:r>
              <w:rPr>
                <w:sz w:val="16"/>
              </w:rPr>
              <w:t>Approved, expires 2029-12-03</w:t>
            </w:r>
          </w:p>
        </w:tc>
        <w:tc>
          <w:tcPr>
            <w:tcW w:type="dxa" w:w="2541"/>
          </w:tcPr>
          <w:p>
            <w:pPr>
              <w:spacing w:after="0"/>
              <w:jc w:val="right"/>
            </w:pPr>
            <w:r>
              <w:rPr>
                <w:sz w:val="16"/>
              </w:rPr>
              <w:t>FMA RL 0, SRL 0; any 0</w:t>
            </w:r>
          </w:p>
        </w:tc>
        <w:tc>
          <w:tcPr>
            <w:tcW w:type="dxa" w:w="2627"/>
          </w:tcPr>
          <w:p>
            <w:pPr>
              <w:spacing w:after="0"/>
              <w:jc w:val="right"/>
            </w:pPr>
            <w:r>
              <w:rPr>
                <w:sz w:val="16"/>
              </w:rPr>
              <w:t>$2,073,348.51</w:t>
            </w:r>
          </w:p>
        </w:tc>
        <w:tc>
          <w:tcPr>
            <w:tcW w:type="dxa" w:w="2864"/>
          </w:tcPr>
          <w:p>
            <w:pPr>
              <w:spacing w:after="0"/>
              <w:jc w:val="right"/>
            </w:pPr>
            <w:r>
              <w:rPr>
                <w:sz w:val="16"/>
              </w:rPr>
              <w:t>1 total; 0 since its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80" w:before="0"/>
      </w:pPr>
    </w:p>
    <w:p>
      <w:pPr>
        <w:pStyle w:val="Heading2"/>
        <w:keepNext/>
        <w:spacing w:after="80"/>
      </w:pPr>
      <w:r>
        <w:rPr/>
        <w:t>Supports FEMA checklist items B2-a and B2-b: vulnerability and potential impacts</w:t>
      </w:r>
    </w:p>
    <w:p>
      <w:pPr>
        <w:keepNext/>
        <w:spacing w:after="80" w:before="0"/>
      </w:pPr>
      <w:r>
        <w:rPr>
          <w:i/>
        </w:rPr>
        <w:t>County-level: Windsor County (National Risk Index exposure and expected annual loss; since-plan counts use Weathersfield town's approval date).</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pStyle w:val="ListBullet"/>
        <w:spacing w:after="20"/>
      </w:pPr>
      <w:r>
        <w:rPr/>
        <w:t>Vermont Flood Ready Atlas and Agency of Natural Resources (ANR) river corridors for town flood and erosion locations.</w:t>
      </w:r>
    </w:p>
    <w:p>
      <w:pPr>
        <w:pStyle w:val="ListBullet"/>
        <w:spacing w:after="20"/>
      </w:pPr>
      <w:r>
        <w:rPr/>
        <w:t>The Emergency Relief and Assistance Fund (ERAF) Flood Hazard Summary gives E911 building counts in the Special Flood Hazard Area (SFHA) per town.</w:t>
      </w:r>
    </w:p>
    <w:p>
      <w:pPr>
        <w:pStyle w:val="ListBullet"/>
        <w:spacing w:after="20"/>
      </w:pPr>
      <w:r>
        <w:rPr/>
        <w:t>Vermont Dam Inventory for dams in and upstream of the town.</w:t>
      </w:r>
    </w:p>
    <w:p>
      <w:pPr>
        <w:pStyle w:val="ListBullet"/>
        <w:spacing w:after="20"/>
      </w:pPr>
      <w:r>
        <w:rPr/>
        <w:t xml:space="preserve">Vermont Emergency Management (VEM) hazard mitigation planning resources and the 2023 Vermont State Hazard Mitigation Plan. </w:t>
      </w:r>
      <w:hyperlink r:id="rId14">
        <w:r>
          <w:rPr>
            <w:color w:val="1F4E99"/>
            <w:u w:val="single"/>
          </w:rPr>
          <w:t>https://vem.vermont.gov/hm-planning-resources</w:t>
        </w:r>
      </w:hyperlink>
    </w:p>
    <w:p>
      <w:pPr>
        <w:spacing w:after="40" w:before="0"/>
      </w:pPr>
    </w:p>
    <w:p>
      <w:pPr>
        <w:pStyle w:val="Heading3"/>
        <w:keepNext/>
        <w:spacing w:after="80"/>
      </w:pPr>
      <w:r>
        <w:rPr/>
        <w:t>County-level starter: exposure, expected annual loss and damage since the plan (Windsor County, county-level)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indsor County, county-level)"/>
        <w:tblDescription w:val="Hazard Plain table b2ab"/>
      </w:tblPr>
      <w:tblGrid>
        <w:gridCol w:w="1037"/>
        <w:gridCol w:w="1483"/>
        <w:gridCol w:w="1130"/>
        <w:gridCol w:w="1040"/>
        <w:gridCol w:w="1126"/>
        <w:gridCol w:w="1126"/>
        <w:gridCol w:w="1086"/>
        <w:gridCol w:w="1041"/>
        <w:gridCol w:w="1154"/>
        <w:gridCol w:w="1066"/>
        <w:gridCol w:w="1066"/>
        <w:gridCol w:w="1756"/>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0"/>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0"/>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86"/>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041"/>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54"/>
            <w:shd w:val="clear" w:color="auto" w:fill="E8E8E8"/>
          </w:tcPr>
          <w:p>
            <w:pPr>
              <w:spacing w:after="0"/>
              <w:jc w:val="right"/>
            </w:pPr>
            <w:r>
              <w:rPr>
                <w:b/>
                <w:sz w:val="16"/>
              </w:rPr>
              <w:t>Storm Events damage since 2024-12-04</w:t>
            </w:r>
          </w:p>
          <w:p>
            <w:pPr>
              <w:spacing w:after="0"/>
              <w:jc w:val="right"/>
            </w:pPr>
            <w:r>
              <w:rPr>
                <w:i/>
                <w:color w:val="555555"/>
                <w:sz w:val="14"/>
              </w:rPr>
              <w:t>county-coded records, property plus crops, nominal dollars</w:t>
            </w:r>
          </w:p>
        </w:tc>
        <w:tc>
          <w:tcPr>
            <w:tcW w:type="dxa" w:w="1066"/>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66"/>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75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r>
              <w:rPr>
                <w:sz w:val="16"/>
              </w:rPr>
              <w:t>$1,150,134</w:t>
            </w:r>
          </w:p>
        </w:tc>
        <w:tc>
          <w:tcPr>
            <w:tcW w:type="dxa" w:w="1130"/>
          </w:tcPr>
          <w:p>
            <w:pPr>
              <w:spacing w:after="0"/>
              <w:jc w:val="right"/>
            </w:pPr>
            <w:r>
              <w:rPr>
                <w:sz w:val="16"/>
              </w:rPr>
              <w:t>n/a</w:t>
            </w:r>
          </w:p>
        </w:tc>
        <w:tc>
          <w:tcPr>
            <w:tcW w:type="dxa" w:w="1040"/>
          </w:tcPr>
          <w:p>
            <w:pPr>
              <w:spacing w:after="0"/>
              <w:jc w:val="right"/>
            </w:pPr>
            <w:r>
              <w:rPr>
                <w:sz w:val="16"/>
              </w:rPr>
              <w:t>under 1</w:t>
            </w:r>
          </w:p>
        </w:tc>
        <w:tc>
          <w:tcPr>
            <w:tcW w:type="dxa" w:w="1126"/>
          </w:tcPr>
          <w:p>
            <w:pPr>
              <w:spacing w:after="0"/>
              <w:jc w:val="right"/>
            </w:pPr>
            <w:r>
              <w:rPr>
                <w:sz w:val="16"/>
              </w:rPr>
              <w:t>under $1</w:t>
            </w:r>
          </w:p>
        </w:tc>
        <w:tc>
          <w:tcPr>
            <w:tcW w:type="dxa" w:w="1126"/>
          </w:tcPr>
          <w:p>
            <w:pPr>
              <w:spacing w:after="0"/>
              <w:jc w:val="right"/>
            </w:pPr>
            <w:r>
              <w:rPr>
                <w:sz w:val="16"/>
              </w:rPr>
              <w:t>n/a</w:t>
            </w:r>
          </w:p>
        </w:tc>
        <w:tc>
          <w:tcPr>
            <w:tcW w:type="dxa" w:w="1086"/>
          </w:tcPr>
          <w:p>
            <w:pPr>
              <w:spacing w:after="0"/>
              <w:jc w:val="right"/>
            </w:pPr>
            <w:r>
              <w:rPr>
                <w:sz w:val="16"/>
              </w:rPr>
              <w:t>$1,074</w:t>
            </w:r>
          </w:p>
        </w:tc>
        <w:tc>
          <w:tcPr>
            <w:tcW w:type="dxa" w:w="1041"/>
          </w:tcPr>
          <w:p>
            <w:pPr>
              <w:spacing w:after="0"/>
              <w:jc w:val="right"/>
            </w:pPr>
            <w:r>
              <w:rPr>
                <w:sz w:val="16"/>
              </w:rPr>
              <w:t>under 0.0001%</w:t>
            </w:r>
          </w:p>
        </w:tc>
        <w:tc>
          <w:tcPr>
            <w:tcW w:type="dxa" w:w="1154"/>
          </w:tcPr>
          <w:p>
            <w:pPr>
              <w:spacing w:after="0"/>
              <w:jc w:val="right"/>
            </w:pPr>
          </w:p>
        </w:tc>
        <w:tc>
          <w:tcPr>
            <w:tcW w:type="dxa" w:w="1066"/>
          </w:tcPr>
          <w:p>
            <w:pPr>
              <w:spacing w:after="0"/>
              <w:jc w:val="right"/>
            </w:pPr>
          </w:p>
        </w:tc>
        <w:tc>
          <w:tcPr>
            <w:tcW w:type="dxa" w:w="1066"/>
          </w:tcPr>
          <w:p>
            <w:pPr>
              <w:spacing w:after="0"/>
              <w:jc w:val="right"/>
            </w:pPr>
          </w:p>
        </w:tc>
        <w:tc>
          <w:tcPr>
            <w:tcW w:type="dxa" w:w="1756"/>
          </w:tcPr>
          <w:p>
            <w:pPr>
              <w:spacing w:after="0"/>
              <w:jc w:val="left"/>
            </w:pPr>
          </w:p>
        </w:tc>
      </w:tr>
      <w:tr>
        <w:trPr>
          <w:cantSplit/>
        </w:trPr>
        <w:tc>
          <w:tcPr>
            <w:tcW w:type="dxa" w:w="1037"/>
          </w:tcPr>
          <w:p>
            <w:pPr>
              <w:spacing w:after="0"/>
              <w:jc w:val="left"/>
            </w:pPr>
            <w:r>
              <w:rPr>
                <w:sz w:val="16"/>
              </w:rPr>
              <w:t>Cold Wave</w:t>
            </w:r>
          </w:p>
        </w:tc>
        <w:tc>
          <w:tcPr>
            <w:tcW w:type="dxa" w:w="1483"/>
          </w:tcPr>
          <w:p>
            <w:pPr>
              <w:spacing w:after="0"/>
              <w:jc w:val="right"/>
            </w:pPr>
            <w:r>
              <w:rPr>
                <w:sz w:val="16"/>
              </w:rPr>
              <w:t>$16,602,581,761</w:t>
            </w:r>
          </w:p>
        </w:tc>
        <w:tc>
          <w:tcPr>
            <w:tcW w:type="dxa" w:w="1130"/>
          </w:tcPr>
          <w:p>
            <w:pPr>
              <w:spacing w:after="0"/>
              <w:jc w:val="right"/>
            </w:pPr>
            <w:r>
              <w:rPr>
                <w:sz w:val="16"/>
              </w:rPr>
              <w:t>$32,259,803</w:t>
            </w:r>
          </w:p>
        </w:tc>
        <w:tc>
          <w:tcPr>
            <w:tcW w:type="dxa" w:w="1040"/>
          </w:tcPr>
          <w:p>
            <w:pPr>
              <w:spacing w:after="0"/>
              <w:jc w:val="right"/>
            </w:pPr>
            <w:r>
              <w:rPr>
                <w:sz w:val="16"/>
              </w:rPr>
              <w:t>57,706</w:t>
            </w:r>
          </w:p>
        </w:tc>
        <w:tc>
          <w:tcPr>
            <w:tcW w:type="dxa" w:w="1126"/>
          </w:tcPr>
          <w:p>
            <w:pPr>
              <w:spacing w:after="0"/>
              <w:jc w:val="right"/>
            </w:pPr>
            <w:r>
              <w:rPr>
                <w:sz w:val="16"/>
              </w:rPr>
              <w:t>$280</w:t>
            </w:r>
          </w:p>
        </w:tc>
        <w:tc>
          <w:tcPr>
            <w:tcW w:type="dxa" w:w="1126"/>
          </w:tcPr>
          <w:p>
            <w:pPr>
              <w:spacing w:after="0"/>
              <w:jc w:val="right"/>
            </w:pPr>
            <w:r>
              <w:rPr>
                <w:sz w:val="16"/>
              </w:rPr>
              <w:t>$47,278</w:t>
            </w:r>
          </w:p>
        </w:tc>
        <w:tc>
          <w:tcPr>
            <w:tcW w:type="dxa" w:w="1086"/>
          </w:tcPr>
          <w:p>
            <w:pPr>
              <w:spacing w:after="0"/>
              <w:jc w:val="right"/>
            </w:pPr>
            <w:r>
              <w:rPr>
                <w:sz w:val="16"/>
              </w:rPr>
              <w:t>$1,300,166</w:t>
            </w:r>
          </w:p>
        </w:tc>
        <w:tc>
          <w:tcPr>
            <w:tcW w:type="dxa" w:w="1041"/>
          </w:tcPr>
          <w:p>
            <w:pPr>
              <w:spacing w:after="0"/>
              <w:jc w:val="right"/>
            </w:pPr>
            <w:r>
              <w:rPr>
                <w:sz w:val="16"/>
              </w:rPr>
              <w:t>under 0.0001%</w:t>
            </w:r>
          </w:p>
        </w:tc>
        <w:tc>
          <w:tcPr>
            <w:tcW w:type="dxa" w:w="1154"/>
          </w:tcPr>
          <w:p>
            <w:pPr>
              <w:spacing w:after="0"/>
              <w:jc w:val="right"/>
            </w:pPr>
          </w:p>
        </w:tc>
        <w:tc>
          <w:tcPr>
            <w:tcW w:type="dxa" w:w="1066"/>
          </w:tcPr>
          <w:p>
            <w:pPr>
              <w:spacing w:after="0"/>
              <w:jc w:val="right"/>
            </w:pPr>
            <w:r>
              <w:rPr>
                <w:sz w:val="16"/>
              </w:rPr>
              <w:t>$0</w:t>
            </w:r>
          </w:p>
        </w:tc>
        <w:tc>
          <w:tcPr>
            <w:tcW w:type="dxa" w:w="1066"/>
          </w:tcPr>
          <w:p>
            <w:pPr>
              <w:spacing w:after="0"/>
              <w:jc w:val="right"/>
            </w:pPr>
          </w:p>
        </w:tc>
        <w:tc>
          <w:tcPr>
            <w:tcW w:type="dxa" w:w="1756"/>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130"/>
          </w:tcPr>
          <w:p>
            <w:pPr>
              <w:spacing w:after="0"/>
              <w:jc w:val="right"/>
            </w:pPr>
            <w:r>
              <w:rPr>
                <w:sz w:val="16"/>
              </w:rPr>
              <w:t>$0</w:t>
            </w:r>
          </w:p>
        </w:tc>
        <w:tc>
          <w:tcPr>
            <w:tcW w:type="dxa" w:w="1040"/>
          </w:tcPr>
          <w:p>
            <w:pPr>
              <w:spacing w:after="0"/>
              <w:jc w:val="right"/>
            </w:pPr>
            <w:r>
              <w:rPr>
                <w:sz w:val="16"/>
              </w:rPr>
              <w:t>n/a</w:t>
            </w:r>
          </w:p>
        </w:tc>
        <w:tc>
          <w:tcPr>
            <w:tcW w:type="dxa" w:w="1126"/>
          </w:tcPr>
          <w:p>
            <w:pPr>
              <w:spacing w:after="0"/>
              <w:jc w:val="right"/>
            </w:pPr>
            <w:r>
              <w:rPr>
                <w:sz w:val="16"/>
              </w:rPr>
              <w:t>n/a</w:t>
            </w:r>
          </w:p>
        </w:tc>
        <w:tc>
          <w:tcPr>
            <w:tcW w:type="dxa" w:w="1126"/>
          </w:tcPr>
          <w:p>
            <w:pPr>
              <w:spacing w:after="0"/>
              <w:jc w:val="right"/>
            </w:pPr>
            <w:r>
              <w:rPr>
                <w:sz w:val="16"/>
              </w:rPr>
              <w:t>$0</w:t>
            </w:r>
          </w:p>
        </w:tc>
        <w:tc>
          <w:tcPr>
            <w:tcW w:type="dxa" w:w="1086"/>
          </w:tcPr>
          <w:p>
            <w:pPr>
              <w:spacing w:after="0"/>
              <w:jc w:val="right"/>
            </w:pPr>
            <w:r>
              <w:rPr>
                <w:sz w:val="16"/>
              </w:rPr>
              <w:t>n/a</w:t>
            </w:r>
          </w:p>
        </w:tc>
        <w:tc>
          <w:tcPr>
            <w:tcW w:type="dxa" w:w="1041"/>
          </w:tcPr>
          <w:p>
            <w:pPr>
              <w:spacing w:after="0"/>
              <w:jc w:val="right"/>
            </w:pPr>
          </w:p>
        </w:tc>
        <w:tc>
          <w:tcPr>
            <w:tcW w:type="dxa" w:w="1154"/>
          </w:tcPr>
          <w:p>
            <w:pPr>
              <w:spacing w:after="0"/>
              <w:jc w:val="right"/>
            </w:pPr>
          </w:p>
        </w:tc>
        <w:tc>
          <w:tcPr>
            <w:tcW w:type="dxa" w:w="1066"/>
          </w:tcPr>
          <w:p>
            <w:pPr>
              <w:spacing w:after="0"/>
              <w:jc w:val="right"/>
            </w:pPr>
          </w:p>
        </w:tc>
        <w:tc>
          <w:tcPr>
            <w:tcW w:type="dxa" w:w="1066"/>
          </w:tcPr>
          <w:p>
            <w:pPr>
              <w:spacing w:after="0"/>
              <w:jc w:val="right"/>
            </w:pPr>
          </w:p>
        </w:tc>
        <w:tc>
          <w:tcPr>
            <w:tcW w:type="dxa" w:w="1756"/>
          </w:tcPr>
          <w:p>
            <w:pPr>
              <w:spacing w:after="0"/>
              <w:jc w:val="left"/>
            </w:pPr>
            <w:r>
              <w:rPr>
                <w:sz w:val="16"/>
              </w:rPr>
              <w:t>agriculture exposure is 0 in NRI</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$27,846,855,123</w:t>
            </w:r>
          </w:p>
        </w:tc>
        <w:tc>
          <w:tcPr>
            <w:tcW w:type="dxa" w:w="1130"/>
          </w:tcPr>
          <w:p>
            <w:pPr>
              <w:spacing w:after="0"/>
              <w:jc w:val="right"/>
            </w:pPr>
            <w:r>
              <w:rPr>
                <w:sz w:val="16"/>
              </w:rPr>
              <w:t>n/a</w:t>
            </w:r>
          </w:p>
        </w:tc>
        <w:tc>
          <w:tcPr>
            <w:tcW w:type="dxa" w:w="1040"/>
          </w:tcPr>
          <w:p>
            <w:pPr>
              <w:spacing w:after="0"/>
              <w:jc w:val="right"/>
            </w:pPr>
            <w:r>
              <w:rPr>
                <w:sz w:val="16"/>
              </w:rPr>
              <w:t>57,753</w:t>
            </w:r>
          </w:p>
        </w:tc>
        <w:tc>
          <w:tcPr>
            <w:tcW w:type="dxa" w:w="1126"/>
          </w:tcPr>
          <w:p>
            <w:pPr>
              <w:spacing w:after="0"/>
              <w:jc w:val="right"/>
            </w:pPr>
            <w:r>
              <w:rPr>
                <w:sz w:val="16"/>
              </w:rPr>
              <w:t>$338,018</w:t>
            </w:r>
          </w:p>
        </w:tc>
        <w:tc>
          <w:tcPr>
            <w:tcW w:type="dxa" w:w="1126"/>
          </w:tcPr>
          <w:p>
            <w:pPr>
              <w:spacing w:after="0"/>
              <w:jc w:val="right"/>
            </w:pPr>
            <w:r>
              <w:rPr>
                <w:sz w:val="16"/>
              </w:rPr>
              <w:t>n/a</w:t>
            </w:r>
          </w:p>
        </w:tc>
        <w:tc>
          <w:tcPr>
            <w:tcW w:type="dxa" w:w="1086"/>
          </w:tcPr>
          <w:p>
            <w:pPr>
              <w:spacing w:after="0"/>
              <w:jc w:val="right"/>
            </w:pPr>
            <w:r>
              <w:rPr>
                <w:sz w:val="16"/>
              </w:rPr>
              <w:t>$42,029</w:t>
            </w:r>
          </w:p>
        </w:tc>
        <w:tc>
          <w:tcPr>
            <w:tcW w:type="dxa" w:w="1041"/>
          </w:tcPr>
          <w:p>
            <w:pPr>
              <w:spacing w:after="0"/>
              <w:jc w:val="right"/>
            </w:pPr>
            <w:r>
              <w:rPr>
                <w:sz w:val="16"/>
              </w:rPr>
              <w:t>0.00121%</w:t>
            </w:r>
          </w:p>
        </w:tc>
        <w:tc>
          <w:tcPr>
            <w:tcW w:type="dxa" w:w="1154"/>
          </w:tcPr>
          <w:p>
            <w:pPr>
              <w:spacing w:after="0"/>
              <w:jc w:val="right"/>
            </w:pPr>
          </w:p>
        </w:tc>
        <w:tc>
          <w:tcPr>
            <w:tcW w:type="dxa" w:w="1066"/>
          </w:tcPr>
          <w:p>
            <w:pPr>
              <w:spacing w:after="0"/>
              <w:jc w:val="right"/>
            </w:pPr>
          </w:p>
        </w:tc>
        <w:tc>
          <w:tcPr>
            <w:tcW w:type="dxa" w:w="1066"/>
          </w:tcPr>
          <w:p>
            <w:pPr>
              <w:spacing w:after="0"/>
              <w:jc w:val="right"/>
            </w:pPr>
          </w:p>
        </w:tc>
        <w:tc>
          <w:tcPr>
            <w:tcW w:type="dxa" w:w="1756"/>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$16,602,595,068</w:t>
            </w:r>
          </w:p>
        </w:tc>
        <w:tc>
          <w:tcPr>
            <w:tcW w:type="dxa" w:w="1130"/>
          </w:tcPr>
          <w:p>
            <w:pPr>
              <w:spacing w:after="0"/>
              <w:jc w:val="right"/>
            </w:pPr>
            <w:r>
              <w:rPr>
                <w:sz w:val="16"/>
              </w:rPr>
              <w:t>$32,259,803</w:t>
            </w:r>
          </w:p>
        </w:tc>
        <w:tc>
          <w:tcPr>
            <w:tcW w:type="dxa" w:w="1040"/>
          </w:tcPr>
          <w:p>
            <w:pPr>
              <w:spacing w:after="0"/>
              <w:jc w:val="right"/>
            </w:pPr>
            <w:r>
              <w:rPr>
                <w:sz w:val="16"/>
              </w:rPr>
              <w:t>57,706</w:t>
            </w:r>
          </w:p>
        </w:tc>
        <w:tc>
          <w:tcPr>
            <w:tcW w:type="dxa" w:w="1126"/>
          </w:tcPr>
          <w:p>
            <w:pPr>
              <w:spacing w:after="0"/>
              <w:jc w:val="right"/>
            </w:pPr>
            <w:r>
              <w:rPr>
                <w:sz w:val="16"/>
              </w:rPr>
              <w:t>$6,914</w:t>
            </w:r>
          </w:p>
        </w:tc>
        <w:tc>
          <w:tcPr>
            <w:tcW w:type="dxa" w:w="1126"/>
          </w:tcPr>
          <w:p>
            <w:pPr>
              <w:spacing w:after="0"/>
              <w:jc w:val="right"/>
            </w:pPr>
            <w:r>
              <w:rPr>
                <w:sz w:val="16"/>
              </w:rPr>
              <w:t>$4,964</w:t>
            </w:r>
          </w:p>
        </w:tc>
        <w:tc>
          <w:tcPr>
            <w:tcW w:type="dxa" w:w="1086"/>
          </w:tcPr>
          <w:p>
            <w:pPr>
              <w:spacing w:after="0"/>
              <w:jc w:val="right"/>
            </w:pPr>
            <w:r>
              <w:rPr>
                <w:sz w:val="16"/>
              </w:rPr>
              <w:t>$95,518</w:t>
            </w:r>
          </w:p>
        </w:tc>
        <w:tc>
          <w:tcPr>
            <w:tcW w:type="dxa" w:w="1041"/>
          </w:tcPr>
          <w:p>
            <w:pPr>
              <w:spacing w:after="0"/>
              <w:jc w:val="right"/>
            </w:pPr>
            <w:r>
              <w:rPr>
                <w:sz w:val="16"/>
              </w:rPr>
              <w:t>under 0.0001%</w:t>
            </w:r>
          </w:p>
        </w:tc>
        <w:tc>
          <w:tcPr>
            <w:tcW w:type="dxa" w:w="1154"/>
          </w:tcPr>
          <w:p>
            <w:pPr>
              <w:spacing w:after="0"/>
              <w:jc w:val="right"/>
            </w:pPr>
            <w:r>
              <w:rPr>
                <w:sz w:val="16"/>
              </w:rPr>
              <w:t>$0</w:t>
            </w:r>
          </w:p>
        </w:tc>
        <w:tc>
          <w:tcPr>
            <w:tcW w:type="dxa" w:w="1066"/>
          </w:tcPr>
          <w:p>
            <w:pPr>
              <w:spacing w:after="0"/>
              <w:jc w:val="right"/>
            </w:pPr>
          </w:p>
        </w:tc>
        <w:tc>
          <w:tcPr>
            <w:tcW w:type="dxa" w:w="1066"/>
          </w:tcPr>
          <w:p>
            <w:pPr>
              <w:spacing w:after="0"/>
              <w:jc w:val="right"/>
            </w:pPr>
          </w:p>
        </w:tc>
        <w:tc>
          <w:tcPr>
            <w:tcW w:type="dxa" w:w="1756"/>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$16,602,581,761</w:t>
            </w:r>
          </w:p>
        </w:tc>
        <w:tc>
          <w:tcPr>
            <w:tcW w:type="dxa" w:w="1130"/>
          </w:tcPr>
          <w:p>
            <w:pPr>
              <w:spacing w:after="0"/>
              <w:jc w:val="right"/>
            </w:pPr>
            <w:r>
              <w:rPr>
                <w:sz w:val="16"/>
              </w:rPr>
              <w:t>$32,259,803</w:t>
            </w:r>
          </w:p>
        </w:tc>
        <w:tc>
          <w:tcPr>
            <w:tcW w:type="dxa" w:w="1040"/>
          </w:tcPr>
          <w:p>
            <w:pPr>
              <w:spacing w:after="0"/>
              <w:jc w:val="right"/>
            </w:pPr>
            <w:r>
              <w:rPr>
                <w:sz w:val="16"/>
              </w:rPr>
              <w:t>57,706</w:t>
            </w:r>
          </w:p>
        </w:tc>
        <w:tc>
          <w:tcPr>
            <w:tcW w:type="dxa" w:w="1126"/>
          </w:tcPr>
          <w:p>
            <w:pPr>
              <w:spacing w:after="0"/>
              <w:jc w:val="right"/>
            </w:pPr>
            <w:r>
              <w:rPr>
                <w:sz w:val="16"/>
              </w:rPr>
              <w:t>under $1</w:t>
            </w:r>
          </w:p>
        </w:tc>
        <w:tc>
          <w:tcPr>
            <w:tcW w:type="dxa" w:w="1126"/>
          </w:tcPr>
          <w:p>
            <w:pPr>
              <w:spacing w:after="0"/>
              <w:jc w:val="right"/>
            </w:pPr>
            <w:r>
              <w:rPr>
                <w:sz w:val="16"/>
              </w:rPr>
              <w:t>$50,249</w:t>
            </w:r>
          </w:p>
        </w:tc>
        <w:tc>
          <w:tcPr>
            <w:tcW w:type="dxa" w:w="1086"/>
          </w:tcPr>
          <w:p>
            <w:pPr>
              <w:spacing w:after="0"/>
              <w:jc w:val="right"/>
            </w:pPr>
            <w:r>
              <w:rPr>
                <w:sz w:val="16"/>
              </w:rPr>
              <w:t>$977,288</w:t>
            </w:r>
          </w:p>
        </w:tc>
        <w:tc>
          <w:tcPr>
            <w:tcW w:type="dxa" w:w="1041"/>
          </w:tcPr>
          <w:p>
            <w:pPr>
              <w:spacing w:after="0"/>
              <w:jc w:val="right"/>
            </w:pPr>
            <w:r>
              <w:rPr>
                <w:sz w:val="16"/>
              </w:rPr>
              <w:t>under 0.0001%</w:t>
            </w:r>
          </w:p>
        </w:tc>
        <w:tc>
          <w:tcPr>
            <w:tcW w:type="dxa" w:w="1154"/>
          </w:tcPr>
          <w:p>
            <w:pPr>
              <w:spacing w:after="0"/>
              <w:jc w:val="right"/>
            </w:pPr>
          </w:p>
        </w:tc>
        <w:tc>
          <w:tcPr>
            <w:tcW w:type="dxa" w:w="1066"/>
          </w:tcPr>
          <w:p>
            <w:pPr>
              <w:spacing w:after="0"/>
              <w:jc w:val="right"/>
            </w:pPr>
            <w:r>
              <w:rPr>
                <w:sz w:val="16"/>
              </w:rPr>
              <w:t>$0</w:t>
            </w:r>
          </w:p>
        </w:tc>
        <w:tc>
          <w:tcPr>
            <w:tcW w:type="dxa" w:w="1066"/>
          </w:tcPr>
          <w:p>
            <w:pPr>
              <w:spacing w:after="0"/>
              <w:jc w:val="right"/>
            </w:pPr>
          </w:p>
        </w:tc>
        <w:tc>
          <w:tcPr>
            <w:tcW w:type="dxa" w:w="1756"/>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$16,601,879,146</w:t>
            </w:r>
          </w:p>
        </w:tc>
        <w:tc>
          <w:tcPr>
            <w:tcW w:type="dxa" w:w="1130"/>
          </w:tcPr>
          <w:p>
            <w:pPr>
              <w:spacing w:after="0"/>
              <w:jc w:val="right"/>
            </w:pPr>
            <w:r>
              <w:rPr>
                <w:sz w:val="16"/>
              </w:rPr>
              <w:t>$32,259,803</w:t>
            </w:r>
          </w:p>
        </w:tc>
        <w:tc>
          <w:tcPr>
            <w:tcW w:type="dxa" w:w="1040"/>
          </w:tcPr>
          <w:p>
            <w:pPr>
              <w:spacing w:after="0"/>
              <w:jc w:val="right"/>
            </w:pPr>
            <w:r>
              <w:rPr>
                <w:sz w:val="16"/>
              </w:rPr>
              <w:t>57,702</w:t>
            </w:r>
          </w:p>
        </w:tc>
        <w:tc>
          <w:tcPr>
            <w:tcW w:type="dxa" w:w="1126"/>
          </w:tcPr>
          <w:p>
            <w:pPr>
              <w:spacing w:after="0"/>
              <w:jc w:val="right"/>
            </w:pPr>
            <w:r>
              <w:rPr>
                <w:sz w:val="16"/>
              </w:rPr>
              <w:t>$806,624</w:t>
            </w:r>
          </w:p>
        </w:tc>
        <w:tc>
          <w:tcPr>
            <w:tcW w:type="dxa" w:w="1126"/>
          </w:tcPr>
          <w:p>
            <w:pPr>
              <w:spacing w:after="0"/>
              <w:jc w:val="right"/>
            </w:pPr>
            <w:r>
              <w:rPr>
                <w:sz w:val="16"/>
              </w:rPr>
              <w:t>$44,286</w:t>
            </w:r>
          </w:p>
        </w:tc>
        <w:tc>
          <w:tcPr>
            <w:tcW w:type="dxa" w:w="1086"/>
          </w:tcPr>
          <w:p>
            <w:pPr>
              <w:spacing w:after="0"/>
              <w:jc w:val="right"/>
            </w:pPr>
            <w:r>
              <w:rPr>
                <w:sz w:val="16"/>
              </w:rPr>
              <w:t>$29,560</w:t>
            </w:r>
          </w:p>
        </w:tc>
        <w:tc>
          <w:tcPr>
            <w:tcW w:type="dxa" w:w="1041"/>
          </w:tcPr>
          <w:p>
            <w:pPr>
              <w:spacing w:after="0"/>
              <w:jc w:val="right"/>
            </w:pPr>
            <w:r>
              <w:rPr>
                <w:sz w:val="16"/>
              </w:rPr>
              <w:t>0.00486%</w:t>
            </w:r>
          </w:p>
        </w:tc>
        <w:tc>
          <w:tcPr>
            <w:tcW w:type="dxa" w:w="1154"/>
          </w:tcPr>
          <w:p>
            <w:pPr>
              <w:spacing w:after="0"/>
              <w:jc w:val="right"/>
            </w:pPr>
          </w:p>
        </w:tc>
        <w:tc>
          <w:tcPr>
            <w:tcW w:type="dxa" w:w="1066"/>
          </w:tcPr>
          <w:p>
            <w:pPr>
              <w:spacing w:after="0"/>
              <w:jc w:val="right"/>
            </w:pPr>
          </w:p>
        </w:tc>
        <w:tc>
          <w:tcPr>
            <w:tcW w:type="dxa" w:w="1066"/>
          </w:tcPr>
          <w:p>
            <w:pPr>
              <w:spacing w:after="0"/>
              <w:jc w:val="right"/>
            </w:pPr>
          </w:p>
        </w:tc>
        <w:tc>
          <w:tcPr>
            <w:tcW w:type="dxa" w:w="1756"/>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$16,602,112,719</w:t>
            </w:r>
          </w:p>
        </w:tc>
        <w:tc>
          <w:tcPr>
            <w:tcW w:type="dxa" w:w="1130"/>
          </w:tcPr>
          <w:p>
            <w:pPr>
              <w:spacing w:after="0"/>
              <w:jc w:val="right"/>
            </w:pPr>
            <w:r>
              <w:rPr>
                <w:sz w:val="16"/>
              </w:rPr>
              <w:t>n/a</w:t>
            </w:r>
          </w:p>
        </w:tc>
        <w:tc>
          <w:tcPr>
            <w:tcW w:type="dxa" w:w="1040"/>
          </w:tcPr>
          <w:p>
            <w:pPr>
              <w:spacing w:after="0"/>
              <w:jc w:val="right"/>
            </w:pPr>
            <w:r>
              <w:rPr>
                <w:sz w:val="16"/>
              </w:rPr>
              <w:t>57,705</w:t>
            </w:r>
          </w:p>
        </w:tc>
        <w:tc>
          <w:tcPr>
            <w:tcW w:type="dxa" w:w="1126"/>
          </w:tcPr>
          <w:p>
            <w:pPr>
              <w:spacing w:after="0"/>
              <w:jc w:val="right"/>
            </w:pPr>
            <w:r>
              <w:rPr>
                <w:sz w:val="16"/>
              </w:rPr>
              <w:t>$240,156</w:t>
            </w:r>
          </w:p>
        </w:tc>
        <w:tc>
          <w:tcPr>
            <w:tcW w:type="dxa" w:w="1126"/>
          </w:tcPr>
          <w:p>
            <w:pPr>
              <w:spacing w:after="0"/>
              <w:jc w:val="right"/>
            </w:pPr>
            <w:r>
              <w:rPr>
                <w:sz w:val="16"/>
              </w:rPr>
              <w:t>n/a</w:t>
            </w:r>
          </w:p>
        </w:tc>
        <w:tc>
          <w:tcPr>
            <w:tcW w:type="dxa" w:w="1086"/>
          </w:tcPr>
          <w:p>
            <w:pPr>
              <w:spacing w:after="0"/>
              <w:jc w:val="right"/>
            </w:pPr>
            <w:r>
              <w:rPr>
                <w:sz w:val="16"/>
              </w:rPr>
              <w:t>$16,091</w:t>
            </w:r>
          </w:p>
        </w:tc>
        <w:tc>
          <w:tcPr>
            <w:tcW w:type="dxa" w:w="1041"/>
          </w:tcPr>
          <w:p>
            <w:pPr>
              <w:spacing w:after="0"/>
              <w:jc w:val="right"/>
            </w:pPr>
            <w:r>
              <w:rPr>
                <w:sz w:val="16"/>
              </w:rPr>
              <w:t>0.00145%</w:t>
            </w:r>
          </w:p>
        </w:tc>
        <w:tc>
          <w:tcPr>
            <w:tcW w:type="dxa" w:w="1154"/>
          </w:tcPr>
          <w:p>
            <w:pPr>
              <w:spacing w:after="0"/>
              <w:jc w:val="right"/>
            </w:pPr>
          </w:p>
        </w:tc>
        <w:tc>
          <w:tcPr>
            <w:tcW w:type="dxa" w:w="1066"/>
          </w:tcPr>
          <w:p>
            <w:pPr>
              <w:spacing w:after="0"/>
              <w:jc w:val="right"/>
            </w:pPr>
            <w:r>
              <w:rPr>
                <w:sz w:val="16"/>
              </w:rPr>
              <w:t>$0</w:t>
            </w:r>
          </w:p>
        </w:tc>
        <w:tc>
          <w:tcPr>
            <w:tcW w:type="dxa" w:w="1066"/>
          </w:tcPr>
          <w:p>
            <w:pPr>
              <w:spacing w:after="0"/>
              <w:jc w:val="right"/>
            </w:pPr>
          </w:p>
        </w:tc>
        <w:tc>
          <w:tcPr>
            <w:tcW w:type="dxa" w:w="1756"/>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$16,551,110,223</w:t>
            </w:r>
          </w:p>
        </w:tc>
        <w:tc>
          <w:tcPr>
            <w:tcW w:type="dxa" w:w="1130"/>
          </w:tcPr>
          <w:p>
            <w:pPr>
              <w:spacing w:after="0"/>
              <w:jc w:val="right"/>
            </w:pPr>
            <w:r>
              <w:rPr>
                <w:sz w:val="16"/>
              </w:rPr>
              <w:t>$7,652,330</w:t>
            </w:r>
          </w:p>
        </w:tc>
        <w:tc>
          <w:tcPr>
            <w:tcW w:type="dxa" w:w="1040"/>
          </w:tcPr>
          <w:p>
            <w:pPr>
              <w:spacing w:after="0"/>
              <w:jc w:val="right"/>
            </w:pPr>
            <w:r>
              <w:rPr>
                <w:sz w:val="16"/>
              </w:rPr>
              <w:t>2,765</w:t>
            </w:r>
          </w:p>
        </w:tc>
        <w:tc>
          <w:tcPr>
            <w:tcW w:type="dxa" w:w="1126"/>
          </w:tcPr>
          <w:p>
            <w:pPr>
              <w:spacing w:after="0"/>
              <w:jc w:val="right"/>
            </w:pPr>
            <w:r>
              <w:rPr>
                <w:sz w:val="16"/>
              </w:rPr>
              <w:t>$18,869,621</w:t>
            </w:r>
          </w:p>
        </w:tc>
        <w:tc>
          <w:tcPr>
            <w:tcW w:type="dxa" w:w="1126"/>
          </w:tcPr>
          <w:p>
            <w:pPr>
              <w:spacing w:after="0"/>
              <w:jc w:val="right"/>
            </w:pPr>
            <w:r>
              <w:rPr>
                <w:sz w:val="16"/>
              </w:rPr>
              <w:t>$67,355</w:t>
            </w:r>
          </w:p>
        </w:tc>
        <w:tc>
          <w:tcPr>
            <w:tcW w:type="dxa" w:w="1086"/>
          </w:tcPr>
          <w:p>
            <w:pPr>
              <w:spacing w:after="0"/>
              <w:jc w:val="right"/>
            </w:pPr>
            <w:r>
              <w:rPr>
                <w:sz w:val="16"/>
              </w:rPr>
              <w:t>$458,753</w:t>
            </w:r>
          </w:p>
        </w:tc>
        <w:tc>
          <w:tcPr>
            <w:tcW w:type="dxa" w:w="1041"/>
          </w:tcPr>
          <w:p>
            <w:pPr>
              <w:spacing w:after="0"/>
              <w:jc w:val="right"/>
            </w:pPr>
            <w:r>
              <w:rPr>
                <w:sz w:val="16"/>
              </w:rPr>
              <w:t>n/a (see note)</w:t>
            </w:r>
          </w:p>
        </w:tc>
        <w:tc>
          <w:tcPr>
            <w:tcW w:type="dxa" w:w="1154"/>
          </w:tcPr>
          <w:p>
            <w:pPr>
              <w:spacing w:after="0"/>
              <w:jc w:val="right"/>
            </w:pPr>
            <w:r>
              <w:rPr>
                <w:sz w:val="16"/>
              </w:rPr>
              <w:t>$300,000</w:t>
            </w:r>
          </w:p>
        </w:tc>
        <w:tc>
          <w:tcPr>
            <w:tcW w:type="dxa" w:w="1066"/>
          </w:tcPr>
          <w:p>
            <w:pPr>
              <w:spacing w:after="0"/>
              <w:jc w:val="right"/>
            </w:pPr>
          </w:p>
        </w:tc>
        <w:tc>
          <w:tcPr>
            <w:tcW w:type="dxa" w:w="1066"/>
          </w:tcPr>
          <w:p>
            <w:pPr>
              <w:spacing w:after="0"/>
              <w:jc w:val="right"/>
            </w:pPr>
          </w:p>
        </w:tc>
        <w:tc>
          <w:tcPr>
            <w:tcW w:type="dxa" w:w="1756"/>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$1,986,936,816</w:t>
            </w:r>
          </w:p>
        </w:tc>
        <w:tc>
          <w:tcPr>
            <w:tcW w:type="dxa" w:w="1130"/>
          </w:tcPr>
          <w:p>
            <w:pPr>
              <w:spacing w:after="0"/>
              <w:jc w:val="right"/>
            </w:pPr>
            <w:r>
              <w:rPr>
                <w:sz w:val="16"/>
              </w:rPr>
              <w:t>n/a</w:t>
            </w:r>
          </w:p>
        </w:tc>
        <w:tc>
          <w:tcPr>
            <w:tcW w:type="dxa" w:w="1040"/>
          </w:tcPr>
          <w:p>
            <w:pPr>
              <w:spacing w:after="0"/>
              <w:jc w:val="right"/>
            </w:pPr>
            <w:r>
              <w:rPr>
                <w:sz w:val="16"/>
              </w:rPr>
              <w:t>7,382</w:t>
            </w:r>
          </w:p>
        </w:tc>
        <w:tc>
          <w:tcPr>
            <w:tcW w:type="dxa" w:w="1126"/>
          </w:tcPr>
          <w:p>
            <w:pPr>
              <w:spacing w:after="0"/>
              <w:jc w:val="right"/>
            </w:pPr>
            <w:r>
              <w:rPr>
                <w:sz w:val="16"/>
              </w:rPr>
              <w:t>$44,413</w:t>
            </w:r>
          </w:p>
        </w:tc>
        <w:tc>
          <w:tcPr>
            <w:tcW w:type="dxa" w:w="1126"/>
          </w:tcPr>
          <w:p>
            <w:pPr>
              <w:spacing w:after="0"/>
              <w:jc w:val="right"/>
            </w:pPr>
            <w:r>
              <w:rPr>
                <w:sz w:val="16"/>
              </w:rPr>
              <w:t>n/a</w:t>
            </w:r>
          </w:p>
        </w:tc>
        <w:tc>
          <w:tcPr>
            <w:tcW w:type="dxa" w:w="1086"/>
          </w:tcPr>
          <w:p>
            <w:pPr>
              <w:spacing w:after="0"/>
              <w:jc w:val="right"/>
            </w:pPr>
            <w:r>
              <w:rPr>
                <w:sz w:val="16"/>
              </w:rPr>
              <w:t>$22,574</w:t>
            </w:r>
          </w:p>
        </w:tc>
        <w:tc>
          <w:tcPr>
            <w:tcW w:type="dxa" w:w="1041"/>
          </w:tcPr>
          <w:p>
            <w:pPr>
              <w:spacing w:after="0"/>
              <w:jc w:val="right"/>
            </w:pPr>
            <w:r>
              <w:rPr>
                <w:sz w:val="16"/>
              </w:rPr>
              <w:t>0.00224%</w:t>
            </w:r>
          </w:p>
        </w:tc>
        <w:tc>
          <w:tcPr>
            <w:tcW w:type="dxa" w:w="1154"/>
          </w:tcPr>
          <w:p>
            <w:pPr>
              <w:spacing w:after="0"/>
              <w:jc w:val="right"/>
            </w:pPr>
          </w:p>
        </w:tc>
        <w:tc>
          <w:tcPr>
            <w:tcW w:type="dxa" w:w="1066"/>
          </w:tcPr>
          <w:p>
            <w:pPr>
              <w:spacing w:after="0"/>
              <w:jc w:val="right"/>
            </w:pPr>
          </w:p>
        </w:tc>
        <w:tc>
          <w:tcPr>
            <w:tcW w:type="dxa" w:w="1066"/>
          </w:tcPr>
          <w:p>
            <w:pPr>
              <w:spacing w:after="0"/>
              <w:jc w:val="right"/>
            </w:pPr>
          </w:p>
        </w:tc>
        <w:tc>
          <w:tcPr>
            <w:tcW w:type="dxa" w:w="1756"/>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$16,602,595,068</w:t>
            </w:r>
          </w:p>
        </w:tc>
        <w:tc>
          <w:tcPr>
            <w:tcW w:type="dxa" w:w="1130"/>
          </w:tcPr>
          <w:p>
            <w:pPr>
              <w:spacing w:after="0"/>
              <w:jc w:val="right"/>
            </w:pPr>
            <w:r>
              <w:rPr>
                <w:sz w:val="16"/>
              </w:rPr>
              <w:t>n/a</w:t>
            </w:r>
          </w:p>
        </w:tc>
        <w:tc>
          <w:tcPr>
            <w:tcW w:type="dxa" w:w="1040"/>
          </w:tcPr>
          <w:p>
            <w:pPr>
              <w:spacing w:after="0"/>
              <w:jc w:val="right"/>
            </w:pPr>
            <w:r>
              <w:rPr>
                <w:sz w:val="16"/>
              </w:rPr>
              <w:t>57,706</w:t>
            </w:r>
          </w:p>
        </w:tc>
        <w:tc>
          <w:tcPr>
            <w:tcW w:type="dxa" w:w="1126"/>
          </w:tcPr>
          <w:p>
            <w:pPr>
              <w:spacing w:after="0"/>
              <w:jc w:val="right"/>
            </w:pPr>
            <w:r>
              <w:rPr>
                <w:sz w:val="16"/>
              </w:rPr>
              <w:t>$35,087</w:t>
            </w:r>
          </w:p>
        </w:tc>
        <w:tc>
          <w:tcPr>
            <w:tcW w:type="dxa" w:w="1126"/>
          </w:tcPr>
          <w:p>
            <w:pPr>
              <w:spacing w:after="0"/>
              <w:jc w:val="right"/>
            </w:pPr>
            <w:r>
              <w:rPr>
                <w:sz w:val="16"/>
              </w:rPr>
              <w:t>n/a</w:t>
            </w:r>
          </w:p>
        </w:tc>
        <w:tc>
          <w:tcPr>
            <w:tcW w:type="dxa" w:w="1086"/>
          </w:tcPr>
          <w:p>
            <w:pPr>
              <w:spacing w:after="0"/>
              <w:jc w:val="right"/>
            </w:pPr>
            <w:r>
              <w:rPr>
                <w:sz w:val="16"/>
              </w:rPr>
              <w:t>$447,802</w:t>
            </w:r>
          </w:p>
        </w:tc>
        <w:tc>
          <w:tcPr>
            <w:tcW w:type="dxa" w:w="1041"/>
          </w:tcPr>
          <w:p>
            <w:pPr>
              <w:spacing w:after="0"/>
              <w:jc w:val="right"/>
            </w:pPr>
            <w:r>
              <w:rPr>
                <w:sz w:val="16"/>
              </w:rPr>
              <w:t>0.000211%</w:t>
            </w:r>
          </w:p>
        </w:tc>
        <w:tc>
          <w:tcPr>
            <w:tcW w:type="dxa" w:w="1154"/>
          </w:tcPr>
          <w:p>
            <w:pPr>
              <w:spacing w:after="0"/>
              <w:jc w:val="right"/>
            </w:pPr>
          </w:p>
        </w:tc>
        <w:tc>
          <w:tcPr>
            <w:tcW w:type="dxa" w:w="1066"/>
          </w:tcPr>
          <w:p>
            <w:pPr>
              <w:spacing w:after="0"/>
              <w:jc w:val="right"/>
            </w:pPr>
          </w:p>
        </w:tc>
        <w:tc>
          <w:tcPr>
            <w:tcW w:type="dxa" w:w="1066"/>
          </w:tcPr>
          <w:p>
            <w:pPr>
              <w:spacing w:after="0"/>
              <w:jc w:val="right"/>
            </w:pPr>
          </w:p>
        </w:tc>
        <w:tc>
          <w:tcPr>
            <w:tcW w:type="dxa" w:w="1756"/>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$16,602,595,068</w:t>
            </w:r>
          </w:p>
        </w:tc>
        <w:tc>
          <w:tcPr>
            <w:tcW w:type="dxa" w:w="1130"/>
          </w:tcPr>
          <w:p>
            <w:pPr>
              <w:spacing w:after="0"/>
              <w:jc w:val="right"/>
            </w:pPr>
            <w:r>
              <w:rPr>
                <w:sz w:val="16"/>
              </w:rPr>
              <w:t>$32,259,803</w:t>
            </w:r>
          </w:p>
        </w:tc>
        <w:tc>
          <w:tcPr>
            <w:tcW w:type="dxa" w:w="1040"/>
          </w:tcPr>
          <w:p>
            <w:pPr>
              <w:spacing w:after="0"/>
              <w:jc w:val="right"/>
            </w:pPr>
            <w:r>
              <w:rPr>
                <w:sz w:val="16"/>
              </w:rPr>
              <w:t>57,706</w:t>
            </w:r>
          </w:p>
        </w:tc>
        <w:tc>
          <w:tcPr>
            <w:tcW w:type="dxa" w:w="1126"/>
          </w:tcPr>
          <w:p>
            <w:pPr>
              <w:spacing w:after="0"/>
              <w:jc w:val="right"/>
            </w:pPr>
            <w:r>
              <w:rPr>
                <w:sz w:val="16"/>
              </w:rPr>
              <w:t>$270,702</w:t>
            </w:r>
          </w:p>
        </w:tc>
        <w:tc>
          <w:tcPr>
            <w:tcW w:type="dxa" w:w="1126"/>
          </w:tcPr>
          <w:p>
            <w:pPr>
              <w:spacing w:after="0"/>
              <w:jc w:val="right"/>
            </w:pPr>
            <w:r>
              <w:rPr>
                <w:sz w:val="16"/>
              </w:rPr>
              <w:t>$1,599</w:t>
            </w:r>
          </w:p>
        </w:tc>
        <w:tc>
          <w:tcPr>
            <w:tcW w:type="dxa" w:w="1086"/>
          </w:tcPr>
          <w:p>
            <w:pPr>
              <w:spacing w:after="0"/>
              <w:jc w:val="right"/>
            </w:pPr>
            <w:r>
              <w:rPr>
                <w:sz w:val="16"/>
              </w:rPr>
              <w:t>$130,484</w:t>
            </w:r>
          </w:p>
        </w:tc>
        <w:tc>
          <w:tcPr>
            <w:tcW w:type="dxa" w:w="1041"/>
          </w:tcPr>
          <w:p>
            <w:pPr>
              <w:spacing w:after="0"/>
              <w:jc w:val="right"/>
            </w:pPr>
            <w:r>
              <w:rPr>
                <w:sz w:val="16"/>
              </w:rPr>
              <w:t>0.00163%</w:t>
            </w:r>
          </w:p>
        </w:tc>
        <w:tc>
          <w:tcPr>
            <w:tcW w:type="dxa" w:w="1154"/>
          </w:tcPr>
          <w:p>
            <w:pPr>
              <w:spacing w:after="0"/>
              <w:jc w:val="right"/>
            </w:pPr>
            <w:r>
              <w:rPr>
                <w:sz w:val="16"/>
              </w:rPr>
              <w:t>$125,000</w:t>
            </w:r>
          </w:p>
        </w:tc>
        <w:tc>
          <w:tcPr>
            <w:tcW w:type="dxa" w:w="1066"/>
          </w:tcPr>
          <w:p>
            <w:pPr>
              <w:spacing w:after="0"/>
              <w:jc w:val="right"/>
            </w:pPr>
            <w:r>
              <w:rPr>
                <w:sz w:val="16"/>
              </w:rPr>
              <w:t>$10,000</w:t>
            </w:r>
          </w:p>
        </w:tc>
        <w:tc>
          <w:tcPr>
            <w:tcW w:type="dxa" w:w="1066"/>
          </w:tcPr>
          <w:p>
            <w:pPr>
              <w:spacing w:after="0"/>
              <w:jc w:val="right"/>
            </w:pPr>
          </w:p>
        </w:tc>
        <w:tc>
          <w:tcPr>
            <w:tcW w:type="dxa" w:w="1756"/>
          </w:tcPr>
          <w:p>
            <w:pPr>
              <w:spacing w:after="0"/>
              <w:jc w:val="left"/>
            </w:pPr>
            <w:r>
              <w:rPr>
                <w:sz w:val="16"/>
              </w:rPr>
              <w:t>Storm Events damage since the plan includes 1 zone-level Strong Wind record ($10,000): a NOAA non-thunderstorm wind type, outside NRI's Strong Wind definition.</w:t>
            </w:r>
          </w:p>
        </w:tc>
      </w:tr>
      <w:tr>
        <w:trPr>
          <w:cantSplit/>
        </w:trPr>
        <w:tc>
          <w:tcPr>
            <w:tcW w:type="dxa" w:w="1037"/>
          </w:tcPr>
          <w:p>
            <w:pPr>
              <w:spacing w:after="0"/>
              <w:jc w:val="left"/>
            </w:pPr>
            <w:r>
              <w:rPr>
                <w:sz w:val="16"/>
              </w:rPr>
              <w:t>Tornado</w:t>
            </w:r>
          </w:p>
        </w:tc>
        <w:tc>
          <w:tcPr>
            <w:tcW w:type="dxa" w:w="1483"/>
          </w:tcPr>
          <w:p>
            <w:pPr>
              <w:spacing w:after="0"/>
              <w:jc w:val="right"/>
            </w:pPr>
            <w:r>
              <w:rPr>
                <w:sz w:val="16"/>
              </w:rPr>
              <w:t>$16,602,595,068</w:t>
            </w:r>
          </w:p>
        </w:tc>
        <w:tc>
          <w:tcPr>
            <w:tcW w:type="dxa" w:w="1130"/>
          </w:tcPr>
          <w:p>
            <w:pPr>
              <w:spacing w:after="0"/>
              <w:jc w:val="right"/>
            </w:pPr>
            <w:r>
              <w:rPr>
                <w:sz w:val="16"/>
              </w:rPr>
              <w:t>$32,259,803</w:t>
            </w:r>
          </w:p>
        </w:tc>
        <w:tc>
          <w:tcPr>
            <w:tcW w:type="dxa" w:w="1040"/>
          </w:tcPr>
          <w:p>
            <w:pPr>
              <w:spacing w:after="0"/>
              <w:jc w:val="right"/>
            </w:pPr>
            <w:r>
              <w:rPr>
                <w:sz w:val="16"/>
              </w:rPr>
              <w:t>57,706</w:t>
            </w:r>
          </w:p>
        </w:tc>
        <w:tc>
          <w:tcPr>
            <w:tcW w:type="dxa" w:w="1126"/>
          </w:tcPr>
          <w:p>
            <w:pPr>
              <w:spacing w:after="0"/>
              <w:jc w:val="right"/>
            </w:pPr>
            <w:r>
              <w:rPr>
                <w:sz w:val="16"/>
              </w:rPr>
              <w:t>$291,695</w:t>
            </w:r>
          </w:p>
        </w:tc>
        <w:tc>
          <w:tcPr>
            <w:tcW w:type="dxa" w:w="1126"/>
          </w:tcPr>
          <w:p>
            <w:pPr>
              <w:spacing w:after="0"/>
              <w:jc w:val="right"/>
            </w:pPr>
            <w:r>
              <w:rPr>
                <w:sz w:val="16"/>
              </w:rPr>
              <w:t>$217</w:t>
            </w:r>
          </w:p>
        </w:tc>
        <w:tc>
          <w:tcPr>
            <w:tcW w:type="dxa" w:w="1086"/>
          </w:tcPr>
          <w:p>
            <w:pPr>
              <w:spacing w:after="0"/>
              <w:jc w:val="right"/>
            </w:pPr>
            <w:r>
              <w:rPr>
                <w:sz w:val="16"/>
              </w:rPr>
              <w:t>$292,651</w:t>
            </w:r>
          </w:p>
        </w:tc>
        <w:tc>
          <w:tcPr>
            <w:tcW w:type="dxa" w:w="1041"/>
          </w:tcPr>
          <w:p>
            <w:pPr>
              <w:spacing w:after="0"/>
              <w:jc w:val="right"/>
            </w:pPr>
            <w:r>
              <w:rPr>
                <w:sz w:val="16"/>
              </w:rPr>
              <w:t>0.00176%</w:t>
            </w:r>
          </w:p>
        </w:tc>
        <w:tc>
          <w:tcPr>
            <w:tcW w:type="dxa" w:w="1154"/>
          </w:tcPr>
          <w:p>
            <w:pPr>
              <w:spacing w:after="0"/>
              <w:jc w:val="right"/>
            </w:pPr>
            <w:r>
              <w:rPr>
                <w:sz w:val="16"/>
              </w:rPr>
              <w:t>$100,000</w:t>
            </w:r>
          </w:p>
        </w:tc>
        <w:tc>
          <w:tcPr>
            <w:tcW w:type="dxa" w:w="1066"/>
          </w:tcPr>
          <w:p>
            <w:pPr>
              <w:spacing w:after="0"/>
              <w:jc w:val="right"/>
            </w:pPr>
          </w:p>
        </w:tc>
        <w:tc>
          <w:tcPr>
            <w:tcW w:type="dxa" w:w="1066"/>
          </w:tcPr>
          <w:p>
            <w:pPr>
              <w:spacing w:after="0"/>
              <w:jc w:val="right"/>
            </w:pPr>
          </w:p>
        </w:tc>
        <w:tc>
          <w:tcPr>
            <w:tcW w:type="dxa" w:w="1756"/>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$10,828,620,522</w:t>
            </w:r>
          </w:p>
        </w:tc>
        <w:tc>
          <w:tcPr>
            <w:tcW w:type="dxa" w:w="1130"/>
          </w:tcPr>
          <w:p>
            <w:pPr>
              <w:spacing w:after="0"/>
              <w:jc w:val="right"/>
            </w:pPr>
            <w:r>
              <w:rPr>
                <w:sz w:val="16"/>
              </w:rPr>
              <w:t>$23,236,684</w:t>
            </w:r>
          </w:p>
        </w:tc>
        <w:tc>
          <w:tcPr>
            <w:tcW w:type="dxa" w:w="1040"/>
          </w:tcPr>
          <w:p>
            <w:pPr>
              <w:spacing w:after="0"/>
              <w:jc w:val="right"/>
            </w:pPr>
            <w:r>
              <w:rPr>
                <w:sz w:val="16"/>
              </w:rPr>
              <w:t>38,850</w:t>
            </w:r>
          </w:p>
        </w:tc>
        <w:tc>
          <w:tcPr>
            <w:tcW w:type="dxa" w:w="1126"/>
          </w:tcPr>
          <w:p>
            <w:pPr>
              <w:spacing w:after="0"/>
              <w:jc w:val="right"/>
            </w:pPr>
            <w:r>
              <w:rPr>
                <w:sz w:val="16"/>
              </w:rPr>
              <w:t>$12,348</w:t>
            </w:r>
          </w:p>
        </w:tc>
        <w:tc>
          <w:tcPr>
            <w:tcW w:type="dxa" w:w="1126"/>
          </w:tcPr>
          <w:p>
            <w:pPr>
              <w:spacing w:after="0"/>
              <w:jc w:val="right"/>
            </w:pPr>
            <w:r>
              <w:rPr>
                <w:sz w:val="16"/>
              </w:rPr>
              <w:t>$3</w:t>
            </w:r>
          </w:p>
        </w:tc>
        <w:tc>
          <w:tcPr>
            <w:tcW w:type="dxa" w:w="1086"/>
          </w:tcPr>
          <w:p>
            <w:pPr>
              <w:spacing w:after="0"/>
              <w:jc w:val="right"/>
            </w:pPr>
            <w:r>
              <w:rPr>
                <w:sz w:val="16"/>
              </w:rPr>
              <w:t>$1,139</w:t>
            </w:r>
          </w:p>
        </w:tc>
        <w:tc>
          <w:tcPr>
            <w:tcW w:type="dxa" w:w="1041"/>
          </w:tcPr>
          <w:p>
            <w:pPr>
              <w:spacing w:after="0"/>
              <w:jc w:val="right"/>
            </w:pPr>
            <w:r>
              <w:rPr>
                <w:sz w:val="16"/>
              </w:rPr>
              <w:t>0.000114%</w:t>
            </w:r>
          </w:p>
        </w:tc>
        <w:tc>
          <w:tcPr>
            <w:tcW w:type="dxa" w:w="1154"/>
          </w:tcPr>
          <w:p>
            <w:pPr>
              <w:spacing w:after="0"/>
              <w:jc w:val="right"/>
            </w:pPr>
          </w:p>
        </w:tc>
        <w:tc>
          <w:tcPr>
            <w:tcW w:type="dxa" w:w="1066"/>
          </w:tcPr>
          <w:p>
            <w:pPr>
              <w:spacing w:after="0"/>
              <w:jc w:val="right"/>
            </w:pPr>
          </w:p>
        </w:tc>
        <w:tc>
          <w:tcPr>
            <w:tcW w:type="dxa" w:w="1066"/>
          </w:tcPr>
          <w:p>
            <w:pPr>
              <w:spacing w:after="0"/>
              <w:jc w:val="right"/>
            </w:pPr>
          </w:p>
        </w:tc>
        <w:tc>
          <w:tcPr>
            <w:tcW w:type="dxa" w:w="1756"/>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$16,602,581,761</w:t>
            </w:r>
          </w:p>
        </w:tc>
        <w:tc>
          <w:tcPr>
            <w:tcW w:type="dxa" w:w="1130"/>
          </w:tcPr>
          <w:p>
            <w:pPr>
              <w:spacing w:after="0"/>
              <w:jc w:val="right"/>
            </w:pPr>
            <w:r>
              <w:rPr>
                <w:sz w:val="16"/>
              </w:rPr>
              <w:t>$32,259,803</w:t>
            </w:r>
          </w:p>
        </w:tc>
        <w:tc>
          <w:tcPr>
            <w:tcW w:type="dxa" w:w="1040"/>
          </w:tcPr>
          <w:p>
            <w:pPr>
              <w:spacing w:after="0"/>
              <w:jc w:val="right"/>
            </w:pPr>
            <w:r>
              <w:rPr>
                <w:sz w:val="16"/>
              </w:rPr>
              <w:t>57,706</w:t>
            </w:r>
          </w:p>
        </w:tc>
        <w:tc>
          <w:tcPr>
            <w:tcW w:type="dxa" w:w="1126"/>
          </w:tcPr>
          <w:p>
            <w:pPr>
              <w:spacing w:after="0"/>
              <w:jc w:val="right"/>
            </w:pPr>
            <w:r>
              <w:rPr>
                <w:sz w:val="16"/>
              </w:rPr>
              <w:t>$87,759</w:t>
            </w:r>
          </w:p>
        </w:tc>
        <w:tc>
          <w:tcPr>
            <w:tcW w:type="dxa" w:w="1126"/>
          </w:tcPr>
          <w:p>
            <w:pPr>
              <w:spacing w:after="0"/>
              <w:jc w:val="right"/>
            </w:pPr>
            <w:r>
              <w:rPr>
                <w:sz w:val="16"/>
              </w:rPr>
              <w:t>$55</w:t>
            </w:r>
          </w:p>
        </w:tc>
        <w:tc>
          <w:tcPr>
            <w:tcW w:type="dxa" w:w="1086"/>
          </w:tcPr>
          <w:p>
            <w:pPr>
              <w:spacing w:after="0"/>
              <w:jc w:val="right"/>
            </w:pPr>
            <w:r>
              <w:rPr>
                <w:sz w:val="16"/>
              </w:rPr>
              <w:t>$99,504</w:t>
            </w:r>
          </w:p>
        </w:tc>
        <w:tc>
          <w:tcPr>
            <w:tcW w:type="dxa" w:w="1041"/>
          </w:tcPr>
          <w:p>
            <w:pPr>
              <w:spacing w:after="0"/>
              <w:jc w:val="right"/>
            </w:pPr>
            <w:r>
              <w:rPr>
                <w:sz w:val="16"/>
              </w:rPr>
              <w:t>0.000529%</w:t>
            </w:r>
          </w:p>
        </w:tc>
        <w:tc>
          <w:tcPr>
            <w:tcW w:type="dxa" w:w="1154"/>
          </w:tcPr>
          <w:p>
            <w:pPr>
              <w:spacing w:after="0"/>
              <w:jc w:val="right"/>
            </w:pPr>
          </w:p>
        </w:tc>
        <w:tc>
          <w:tcPr>
            <w:tcW w:type="dxa" w:w="1066"/>
          </w:tcPr>
          <w:p>
            <w:pPr>
              <w:spacing w:after="0"/>
              <w:jc w:val="right"/>
            </w:pPr>
            <w:r>
              <w:rPr>
                <w:sz w:val="16"/>
              </w:rPr>
              <w:t>$0</w:t>
            </w:r>
          </w:p>
        </w:tc>
        <w:tc>
          <w:tcPr>
            <w:tcW w:type="dxa" w:w="1066"/>
          </w:tcPr>
          <w:p>
            <w:pPr>
              <w:spacing w:after="0"/>
              <w:jc w:val="right"/>
            </w:pPr>
          </w:p>
        </w:tc>
        <w:tc>
          <w:tcPr>
            <w:tcW w:type="dxa" w:w="1756"/>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2024-12-04 (Storm Events through 2026-06-30): 8 county-coded records, 8 with a damage value recorded (including $0), $525,000; 24 zone-level records, 24 with a damage value recorded (including $0), $10,000 reported for the zone; Public Assistance: no counted declaration since the plan.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keepNext/>
        <w:spacing w:after="80" w:before="0"/>
      </w:pPr>
      <w:r>
        <w:rPr>
          <w:i/>
        </w:rPr>
        <w:t>County-level: Windsor County.</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57,706</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$16,602,595,068</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$32,259,803</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$21,219,621</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$3,914,633</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Relatively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Windsor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Windsor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4</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1</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14</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3575"/>
        <w:gridCol w:w="1481"/>
        <w:gridCol w:w="1481"/>
        <w:gridCol w:w="1481"/>
        <w:gridCol w:w="1481"/>
        <w:gridCol w:w="1481"/>
        <w:gridCol w:w="1481"/>
        <w:gridCol w:w="1649"/>
      </w:tblGrid>
      <w:tr>
        <w:trPr>
          <w:cantSplit/>
          <w:tblHeader/>
        </w:trPr>
        <w:tc>
          <w:tcPr>
            <w:tcW w:type="dxa" w:w="3575"/>
            <w:shd w:val="clear" w:color="auto" w:fill="E8E8E8"/>
          </w:tcPr>
          <w:p>
            <w:pPr>
              <w:spacing w:after="0"/>
              <w:jc w:val="left"/>
            </w:pPr>
            <w:r>
              <w:rPr>
                <w:b/>
                <w:sz w:val="16"/>
              </w:rPr>
              <w:t>Scope</w:t>
            </w:r>
          </w:p>
        </w:tc>
        <w:tc>
          <w:tcPr>
            <w:tcW w:type="dxa" w:w="1481"/>
            <w:shd w:val="clear" w:color="auto" w:fill="E8E8E8"/>
          </w:tcPr>
          <w:p>
            <w:pPr>
              <w:spacing w:after="0"/>
              <w:jc w:val="right"/>
            </w:pPr>
            <w:r>
              <w:rPr>
                <w:b/>
                <w:sz w:val="16"/>
              </w:rPr>
              <w:t>RL, FMA</w:t>
            </w:r>
          </w:p>
          <w:p>
            <w:pPr>
              <w:spacing w:after="0"/>
              <w:jc w:val="right"/>
            </w:pPr>
            <w:r>
              <w:rPr>
                <w:i/>
                <w:color w:val="555555"/>
                <w:sz w:val="14"/>
              </w:rPr>
              <w:t>properties</w:t>
            </w:r>
          </w:p>
        </w:tc>
        <w:tc>
          <w:tcPr>
            <w:tcW w:type="dxa" w:w="1481"/>
            <w:shd w:val="clear" w:color="auto" w:fill="E8E8E8"/>
          </w:tcPr>
          <w:p>
            <w:pPr>
              <w:spacing w:after="0"/>
              <w:jc w:val="right"/>
            </w:pPr>
            <w:r>
              <w:rPr>
                <w:b/>
                <w:sz w:val="16"/>
              </w:rPr>
              <w:t>SRL, FMA</w:t>
            </w:r>
          </w:p>
          <w:p>
            <w:pPr>
              <w:spacing w:after="0"/>
              <w:jc w:val="right"/>
            </w:pPr>
            <w:r>
              <w:rPr>
                <w:i/>
                <w:color w:val="555555"/>
                <w:sz w:val="14"/>
              </w:rPr>
              <w:t>properties</w:t>
            </w:r>
          </w:p>
        </w:tc>
        <w:tc>
          <w:tcPr>
            <w:tcW w:type="dxa" w:w="1481"/>
            <w:shd w:val="clear" w:color="auto" w:fill="E8E8E8"/>
          </w:tcPr>
          <w:p>
            <w:pPr>
              <w:spacing w:after="0"/>
              <w:jc w:val="right"/>
            </w:pPr>
            <w:r>
              <w:rPr>
                <w:b/>
                <w:sz w:val="16"/>
              </w:rPr>
              <w:t>RL, NFIP</w:t>
            </w:r>
          </w:p>
          <w:p>
            <w:pPr>
              <w:spacing w:after="0"/>
              <w:jc w:val="right"/>
            </w:pPr>
            <w:r>
              <w:rPr>
                <w:i/>
                <w:color w:val="555555"/>
                <w:sz w:val="14"/>
              </w:rPr>
              <w:t>properties</w:t>
            </w:r>
          </w:p>
        </w:tc>
        <w:tc>
          <w:tcPr>
            <w:tcW w:type="dxa" w:w="1481"/>
            <w:shd w:val="clear" w:color="auto" w:fill="E8E8E8"/>
          </w:tcPr>
          <w:p>
            <w:pPr>
              <w:spacing w:after="0"/>
              <w:jc w:val="right"/>
            </w:pPr>
            <w:r>
              <w:rPr>
                <w:b/>
                <w:sz w:val="16"/>
              </w:rPr>
              <w:t>SRL, NFIP</w:t>
            </w:r>
          </w:p>
          <w:p>
            <w:pPr>
              <w:spacing w:after="0"/>
              <w:jc w:val="right"/>
            </w:pPr>
            <w:r>
              <w:rPr>
                <w:i/>
                <w:color w:val="555555"/>
                <w:sz w:val="14"/>
              </w:rPr>
              <w:t>properties</w:t>
            </w:r>
          </w:p>
        </w:tc>
        <w:tc>
          <w:tcPr>
            <w:tcW w:type="dxa" w:w="148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81"/>
            <w:shd w:val="clear" w:color="auto" w:fill="E8E8E8"/>
          </w:tcPr>
          <w:p>
            <w:pPr>
              <w:spacing w:after="0"/>
              <w:jc w:val="right"/>
            </w:pPr>
            <w:r>
              <w:rPr>
                <w:b/>
                <w:sz w:val="16"/>
              </w:rPr>
              <w:t>Mitigated</w:t>
            </w:r>
          </w:p>
          <w:p>
            <w:pPr>
              <w:spacing w:after="0"/>
              <w:jc w:val="right"/>
            </w:pPr>
            <w:r>
              <w:rPr>
                <w:i/>
                <w:color w:val="555555"/>
                <w:sz w:val="14"/>
              </w:rPr>
              <w:t>properties</w:t>
            </w:r>
          </w:p>
        </w:tc>
        <w:tc>
          <w:tcPr>
            <w:tcW w:type="dxa" w:w="16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575"/>
          </w:tcPr>
          <w:p>
            <w:pPr>
              <w:spacing w:after="0"/>
              <w:jc w:val="left"/>
            </w:pPr>
            <w:r>
              <w:rPr>
                <w:sz w:val="16"/>
              </w:rPr>
              <w:t>County total</w:t>
            </w:r>
          </w:p>
        </w:tc>
        <w:tc>
          <w:tcPr>
            <w:tcW w:type="dxa" w:w="1481"/>
          </w:tcPr>
          <w:p>
            <w:pPr>
              <w:spacing w:after="0"/>
              <w:jc w:val="right"/>
            </w:pPr>
            <w:r>
              <w:rPr>
                <w:sz w:val="16"/>
              </w:rPr>
              <w:t>4</w:t>
            </w:r>
          </w:p>
        </w:tc>
        <w:tc>
          <w:tcPr>
            <w:tcW w:type="dxa" w:w="1481"/>
          </w:tcPr>
          <w:p>
            <w:pPr>
              <w:spacing w:after="0"/>
              <w:jc w:val="right"/>
            </w:pPr>
            <w:r>
              <w:rPr>
                <w:sz w:val="16"/>
              </w:rPr>
              <w:t>1</w:t>
            </w:r>
          </w:p>
        </w:tc>
        <w:tc>
          <w:tcPr>
            <w:tcW w:type="dxa" w:w="1481"/>
          </w:tcPr>
          <w:p>
            <w:pPr>
              <w:spacing w:after="0"/>
              <w:jc w:val="right"/>
            </w:pPr>
            <w:r>
              <w:rPr>
                <w:sz w:val="16"/>
              </w:rPr>
              <w:t>14</w:t>
            </w:r>
          </w:p>
        </w:tc>
        <w:tc>
          <w:tcPr>
            <w:tcW w:type="dxa" w:w="1481"/>
          </w:tcPr>
          <w:p>
            <w:pPr>
              <w:spacing w:after="0"/>
              <w:jc w:val="right"/>
            </w:pPr>
            <w:r>
              <w:rPr>
                <w:sz w:val="16"/>
              </w:rPr>
              <w:t>0</w:t>
            </w:r>
          </w:p>
        </w:tc>
        <w:tc>
          <w:tcPr>
            <w:tcW w:type="dxa" w:w="1481"/>
          </w:tcPr>
          <w:p>
            <w:pPr>
              <w:spacing w:after="0"/>
              <w:jc w:val="right"/>
            </w:pPr>
            <w:r>
              <w:rPr>
                <w:sz w:val="16"/>
              </w:rPr>
              <w:t>18</w:t>
            </w:r>
          </w:p>
        </w:tc>
        <w:tc>
          <w:tcPr>
            <w:tcW w:type="dxa" w:w="1481"/>
          </w:tcPr>
          <w:p>
            <w:pPr>
              <w:spacing w:after="0"/>
              <w:jc w:val="right"/>
            </w:pPr>
            <w:r>
              <w:rPr>
                <w:sz w:val="16"/>
              </w:rPr>
              <w:t>0</w:t>
            </w:r>
          </w:p>
        </w:tc>
        <w:tc>
          <w:tcPr>
            <w:tcW w:type="dxa" w:w="1649"/>
          </w:tcPr>
          <w:p>
            <w:pPr>
              <w:spacing w:after="0"/>
              <w:jc w:val="right"/>
            </w:pPr>
            <w:r>
              <w:rPr>
                <w:sz w:val="16"/>
              </w:rPr>
              <w:t>7</w:t>
            </w:r>
          </w:p>
        </w:tc>
      </w:tr>
      <w:tr>
        <w:trPr>
          <w:cantSplit/>
        </w:trPr>
        <w:tc>
          <w:tcPr>
            <w:tcW w:type="dxa" w:w="3575"/>
          </w:tcPr>
          <w:p>
            <w:pPr>
              <w:spacing w:after="0"/>
              <w:jc w:val="left"/>
            </w:pPr>
            <w:r>
              <w:rPr>
                <w:sz w:val="16"/>
              </w:rPr>
              <w:t>of which: Bridgewater town</w:t>
            </w:r>
          </w:p>
        </w:tc>
        <w:tc>
          <w:tcPr>
            <w:tcW w:type="dxa" w:w="1481"/>
          </w:tcPr>
          <w:p>
            <w:pPr>
              <w:spacing w:after="0"/>
              <w:jc w:val="right"/>
            </w:pPr>
            <w:r>
              <w:rPr>
                <w:sz w:val="16"/>
              </w:rPr>
              <w:t>0</w:t>
            </w:r>
          </w:p>
        </w:tc>
        <w:tc>
          <w:tcPr>
            <w:tcW w:type="dxa" w:w="1481"/>
          </w:tcPr>
          <w:p>
            <w:pPr>
              <w:spacing w:after="0"/>
              <w:jc w:val="right"/>
            </w:pPr>
            <w:r>
              <w:rPr>
                <w:sz w:val="16"/>
              </w:rPr>
              <w:t>0</w:t>
            </w:r>
          </w:p>
        </w:tc>
        <w:tc>
          <w:tcPr>
            <w:tcW w:type="dxa" w:w="1481"/>
          </w:tcPr>
          <w:p>
            <w:pPr>
              <w:spacing w:after="0"/>
              <w:jc w:val="right"/>
            </w:pPr>
            <w:r>
              <w:rPr>
                <w:sz w:val="16"/>
              </w:rPr>
              <w:t>1</w:t>
            </w:r>
          </w:p>
        </w:tc>
        <w:tc>
          <w:tcPr>
            <w:tcW w:type="dxa" w:w="1481"/>
          </w:tcPr>
          <w:p>
            <w:pPr>
              <w:spacing w:after="0"/>
              <w:jc w:val="right"/>
            </w:pPr>
            <w:r>
              <w:rPr>
                <w:sz w:val="16"/>
              </w:rPr>
              <w:t>0</w:t>
            </w:r>
          </w:p>
        </w:tc>
        <w:tc>
          <w:tcPr>
            <w:tcW w:type="dxa" w:w="1481"/>
          </w:tcPr>
          <w:p>
            <w:pPr>
              <w:spacing w:after="0"/>
              <w:jc w:val="right"/>
            </w:pPr>
            <w:r>
              <w:rPr>
                <w:sz w:val="16"/>
              </w:rPr>
              <w:t>1</w:t>
            </w:r>
          </w:p>
        </w:tc>
        <w:tc>
          <w:tcPr>
            <w:tcW w:type="dxa" w:w="1481"/>
          </w:tcPr>
          <w:p>
            <w:pPr>
              <w:spacing w:after="0"/>
              <w:jc w:val="right"/>
            </w:pPr>
            <w:r>
              <w:rPr>
                <w:sz w:val="16"/>
              </w:rPr>
              <w:t>0</w:t>
            </w:r>
          </w:p>
        </w:tc>
        <w:tc>
          <w:tcPr>
            <w:tcW w:type="dxa" w:w="1649"/>
          </w:tcPr>
          <w:p>
            <w:pPr>
              <w:spacing w:after="0"/>
              <w:jc w:val="right"/>
            </w:pPr>
            <w:r>
              <w:rPr>
                <w:sz w:val="16"/>
              </w:rPr>
              <w:t>0</w:t>
            </w:r>
          </w:p>
        </w:tc>
      </w:tr>
      <w:tr>
        <w:trPr>
          <w:cantSplit/>
        </w:trPr>
        <w:tc>
          <w:tcPr>
            <w:tcW w:type="dxa" w:w="3575"/>
          </w:tcPr>
          <w:p>
            <w:pPr>
              <w:spacing w:after="0"/>
              <w:jc w:val="left"/>
            </w:pPr>
            <w:r>
              <w:rPr>
                <w:sz w:val="16"/>
              </w:rPr>
              <w:t>of which: Chester town</w:t>
            </w:r>
          </w:p>
        </w:tc>
        <w:tc>
          <w:tcPr>
            <w:tcW w:type="dxa" w:w="1481"/>
          </w:tcPr>
          <w:p>
            <w:pPr>
              <w:spacing w:after="0"/>
              <w:jc w:val="right"/>
            </w:pPr>
            <w:r>
              <w:rPr>
                <w:sz w:val="16"/>
              </w:rPr>
              <w:t>0</w:t>
            </w:r>
          </w:p>
        </w:tc>
        <w:tc>
          <w:tcPr>
            <w:tcW w:type="dxa" w:w="1481"/>
          </w:tcPr>
          <w:p>
            <w:pPr>
              <w:spacing w:after="0"/>
              <w:jc w:val="right"/>
            </w:pPr>
            <w:r>
              <w:rPr>
                <w:sz w:val="16"/>
              </w:rPr>
              <w:t>0</w:t>
            </w:r>
          </w:p>
        </w:tc>
        <w:tc>
          <w:tcPr>
            <w:tcW w:type="dxa" w:w="1481"/>
          </w:tcPr>
          <w:p>
            <w:pPr>
              <w:spacing w:after="0"/>
              <w:jc w:val="right"/>
            </w:pPr>
            <w:r>
              <w:rPr>
                <w:sz w:val="16"/>
              </w:rPr>
              <w:t>4</w:t>
            </w:r>
          </w:p>
        </w:tc>
        <w:tc>
          <w:tcPr>
            <w:tcW w:type="dxa" w:w="1481"/>
          </w:tcPr>
          <w:p>
            <w:pPr>
              <w:spacing w:after="0"/>
              <w:jc w:val="right"/>
            </w:pPr>
            <w:r>
              <w:rPr>
                <w:sz w:val="16"/>
              </w:rPr>
              <w:t>0</w:t>
            </w:r>
          </w:p>
        </w:tc>
        <w:tc>
          <w:tcPr>
            <w:tcW w:type="dxa" w:w="1481"/>
          </w:tcPr>
          <w:p>
            <w:pPr>
              <w:spacing w:after="0"/>
              <w:jc w:val="right"/>
            </w:pPr>
            <w:r>
              <w:rPr>
                <w:sz w:val="16"/>
              </w:rPr>
              <w:t>4</w:t>
            </w:r>
          </w:p>
        </w:tc>
        <w:tc>
          <w:tcPr>
            <w:tcW w:type="dxa" w:w="1481"/>
          </w:tcPr>
          <w:p>
            <w:pPr>
              <w:spacing w:after="0"/>
              <w:jc w:val="right"/>
            </w:pPr>
            <w:r>
              <w:rPr>
                <w:sz w:val="16"/>
              </w:rPr>
              <w:t>0</w:t>
            </w:r>
          </w:p>
        </w:tc>
        <w:tc>
          <w:tcPr>
            <w:tcW w:type="dxa" w:w="1649"/>
          </w:tcPr>
          <w:p>
            <w:pPr>
              <w:spacing w:after="0"/>
              <w:jc w:val="right"/>
            </w:pPr>
            <w:r>
              <w:rPr>
                <w:sz w:val="16"/>
              </w:rPr>
              <w:t>3</w:t>
            </w:r>
          </w:p>
        </w:tc>
      </w:tr>
      <w:tr>
        <w:trPr>
          <w:cantSplit/>
        </w:trPr>
        <w:tc>
          <w:tcPr>
            <w:tcW w:type="dxa" w:w="3575"/>
          </w:tcPr>
          <w:p>
            <w:pPr>
              <w:spacing w:after="0"/>
              <w:jc w:val="left"/>
            </w:pPr>
            <w:r>
              <w:rPr>
                <w:sz w:val="16"/>
              </w:rPr>
              <w:t>of which: Ludlow town</w:t>
            </w:r>
          </w:p>
        </w:tc>
        <w:tc>
          <w:tcPr>
            <w:tcW w:type="dxa" w:w="1481"/>
          </w:tcPr>
          <w:p>
            <w:pPr>
              <w:spacing w:after="0"/>
              <w:jc w:val="right"/>
            </w:pPr>
            <w:r>
              <w:rPr>
                <w:sz w:val="16"/>
              </w:rPr>
              <w:t>2</w:t>
            </w:r>
          </w:p>
        </w:tc>
        <w:tc>
          <w:tcPr>
            <w:tcW w:type="dxa" w:w="1481"/>
          </w:tcPr>
          <w:p>
            <w:pPr>
              <w:spacing w:after="0"/>
              <w:jc w:val="right"/>
            </w:pPr>
            <w:r>
              <w:rPr>
                <w:sz w:val="16"/>
              </w:rPr>
              <w:t>1</w:t>
            </w:r>
          </w:p>
        </w:tc>
        <w:tc>
          <w:tcPr>
            <w:tcW w:type="dxa" w:w="1481"/>
          </w:tcPr>
          <w:p>
            <w:pPr>
              <w:spacing w:after="0"/>
              <w:jc w:val="right"/>
            </w:pPr>
            <w:r>
              <w:rPr>
                <w:sz w:val="16"/>
              </w:rPr>
              <w:t>1</w:t>
            </w:r>
          </w:p>
        </w:tc>
        <w:tc>
          <w:tcPr>
            <w:tcW w:type="dxa" w:w="1481"/>
          </w:tcPr>
          <w:p>
            <w:pPr>
              <w:spacing w:after="0"/>
              <w:jc w:val="right"/>
            </w:pPr>
            <w:r>
              <w:rPr>
                <w:sz w:val="16"/>
              </w:rPr>
              <w:t>0</w:t>
            </w:r>
          </w:p>
        </w:tc>
        <w:tc>
          <w:tcPr>
            <w:tcW w:type="dxa" w:w="1481"/>
          </w:tcPr>
          <w:p>
            <w:pPr>
              <w:spacing w:after="0"/>
              <w:jc w:val="right"/>
            </w:pPr>
            <w:r>
              <w:rPr>
                <w:sz w:val="16"/>
              </w:rPr>
              <w:t>3</w:t>
            </w:r>
          </w:p>
        </w:tc>
        <w:tc>
          <w:tcPr>
            <w:tcW w:type="dxa" w:w="1481"/>
          </w:tcPr>
          <w:p>
            <w:pPr>
              <w:spacing w:after="0"/>
              <w:jc w:val="right"/>
            </w:pPr>
            <w:r>
              <w:rPr>
                <w:sz w:val="16"/>
              </w:rPr>
              <w:t>0</w:t>
            </w:r>
          </w:p>
        </w:tc>
        <w:tc>
          <w:tcPr>
            <w:tcW w:type="dxa" w:w="1649"/>
          </w:tcPr>
          <w:p>
            <w:pPr>
              <w:spacing w:after="0"/>
              <w:jc w:val="right"/>
            </w:pPr>
            <w:r>
              <w:rPr>
                <w:sz w:val="16"/>
              </w:rPr>
              <w:t>1</w:t>
            </w:r>
          </w:p>
        </w:tc>
      </w:tr>
      <w:tr>
        <w:trPr>
          <w:cantSplit/>
        </w:trPr>
        <w:tc>
          <w:tcPr>
            <w:tcW w:type="dxa" w:w="3575"/>
          </w:tcPr>
          <w:p>
            <w:pPr>
              <w:spacing w:after="0"/>
              <w:jc w:val="left"/>
            </w:pPr>
            <w:r>
              <w:rPr>
                <w:sz w:val="16"/>
              </w:rPr>
              <w:t>of which: Plymouth town</w:t>
            </w:r>
          </w:p>
        </w:tc>
        <w:tc>
          <w:tcPr>
            <w:tcW w:type="dxa" w:w="1481"/>
          </w:tcPr>
          <w:p>
            <w:pPr>
              <w:spacing w:after="0"/>
              <w:jc w:val="right"/>
            </w:pPr>
            <w:r>
              <w:rPr>
                <w:sz w:val="16"/>
              </w:rPr>
              <w:t>1</w:t>
            </w:r>
          </w:p>
        </w:tc>
        <w:tc>
          <w:tcPr>
            <w:tcW w:type="dxa" w:w="1481"/>
          </w:tcPr>
          <w:p>
            <w:pPr>
              <w:spacing w:after="0"/>
              <w:jc w:val="right"/>
            </w:pPr>
            <w:r>
              <w:rPr>
                <w:sz w:val="16"/>
              </w:rPr>
              <w:t>0</w:t>
            </w:r>
          </w:p>
        </w:tc>
        <w:tc>
          <w:tcPr>
            <w:tcW w:type="dxa" w:w="1481"/>
          </w:tcPr>
          <w:p>
            <w:pPr>
              <w:spacing w:after="0"/>
              <w:jc w:val="right"/>
            </w:pPr>
            <w:r>
              <w:rPr>
                <w:sz w:val="16"/>
              </w:rPr>
              <w:t>1</w:t>
            </w:r>
          </w:p>
        </w:tc>
        <w:tc>
          <w:tcPr>
            <w:tcW w:type="dxa" w:w="1481"/>
          </w:tcPr>
          <w:p>
            <w:pPr>
              <w:spacing w:after="0"/>
              <w:jc w:val="right"/>
            </w:pPr>
            <w:r>
              <w:rPr>
                <w:sz w:val="16"/>
              </w:rPr>
              <w:t>0</w:t>
            </w:r>
          </w:p>
        </w:tc>
        <w:tc>
          <w:tcPr>
            <w:tcW w:type="dxa" w:w="1481"/>
          </w:tcPr>
          <w:p>
            <w:pPr>
              <w:spacing w:after="0"/>
              <w:jc w:val="right"/>
            </w:pPr>
            <w:r>
              <w:rPr>
                <w:sz w:val="16"/>
              </w:rPr>
              <w:t>2</w:t>
            </w:r>
          </w:p>
        </w:tc>
        <w:tc>
          <w:tcPr>
            <w:tcW w:type="dxa" w:w="1481"/>
          </w:tcPr>
          <w:p>
            <w:pPr>
              <w:spacing w:after="0"/>
              <w:jc w:val="right"/>
            </w:pPr>
            <w:r>
              <w:rPr>
                <w:sz w:val="16"/>
              </w:rPr>
              <w:t>0</w:t>
            </w:r>
          </w:p>
        </w:tc>
        <w:tc>
          <w:tcPr>
            <w:tcW w:type="dxa" w:w="1649"/>
          </w:tcPr>
          <w:p>
            <w:pPr>
              <w:spacing w:after="0"/>
              <w:jc w:val="right"/>
            </w:pPr>
            <w:r>
              <w:rPr>
                <w:sz w:val="16"/>
              </w:rPr>
              <w:t>1</w:t>
            </w:r>
          </w:p>
        </w:tc>
      </w:tr>
      <w:tr>
        <w:trPr>
          <w:cantSplit/>
        </w:trPr>
        <w:tc>
          <w:tcPr>
            <w:tcW w:type="dxa" w:w="3575"/>
          </w:tcPr>
          <w:p>
            <w:pPr>
              <w:spacing w:after="0"/>
              <w:jc w:val="left"/>
            </w:pPr>
            <w:r>
              <w:rPr>
                <w:sz w:val="16"/>
              </w:rPr>
              <w:t>of which: Royalton town</w:t>
            </w:r>
          </w:p>
        </w:tc>
        <w:tc>
          <w:tcPr>
            <w:tcW w:type="dxa" w:w="1481"/>
          </w:tcPr>
          <w:p>
            <w:pPr>
              <w:spacing w:after="0"/>
              <w:jc w:val="right"/>
            </w:pPr>
            <w:r>
              <w:rPr>
                <w:sz w:val="16"/>
              </w:rPr>
              <w:t>0</w:t>
            </w:r>
          </w:p>
        </w:tc>
        <w:tc>
          <w:tcPr>
            <w:tcW w:type="dxa" w:w="1481"/>
          </w:tcPr>
          <w:p>
            <w:pPr>
              <w:spacing w:after="0"/>
              <w:jc w:val="right"/>
            </w:pPr>
            <w:r>
              <w:rPr>
                <w:sz w:val="16"/>
              </w:rPr>
              <w:t>0</w:t>
            </w:r>
          </w:p>
        </w:tc>
        <w:tc>
          <w:tcPr>
            <w:tcW w:type="dxa" w:w="1481"/>
          </w:tcPr>
          <w:p>
            <w:pPr>
              <w:spacing w:after="0"/>
              <w:jc w:val="right"/>
            </w:pPr>
            <w:r>
              <w:rPr>
                <w:sz w:val="16"/>
              </w:rPr>
              <w:t>2</w:t>
            </w:r>
          </w:p>
        </w:tc>
        <w:tc>
          <w:tcPr>
            <w:tcW w:type="dxa" w:w="1481"/>
          </w:tcPr>
          <w:p>
            <w:pPr>
              <w:spacing w:after="0"/>
              <w:jc w:val="right"/>
            </w:pPr>
            <w:r>
              <w:rPr>
                <w:sz w:val="16"/>
              </w:rPr>
              <w:t>0</w:t>
            </w:r>
          </w:p>
        </w:tc>
        <w:tc>
          <w:tcPr>
            <w:tcW w:type="dxa" w:w="1481"/>
          </w:tcPr>
          <w:p>
            <w:pPr>
              <w:spacing w:after="0"/>
              <w:jc w:val="right"/>
            </w:pPr>
            <w:r>
              <w:rPr>
                <w:sz w:val="16"/>
              </w:rPr>
              <w:t>2</w:t>
            </w:r>
          </w:p>
        </w:tc>
        <w:tc>
          <w:tcPr>
            <w:tcW w:type="dxa" w:w="1481"/>
          </w:tcPr>
          <w:p>
            <w:pPr>
              <w:spacing w:after="0"/>
              <w:jc w:val="right"/>
            </w:pPr>
            <w:r>
              <w:rPr>
                <w:sz w:val="16"/>
              </w:rPr>
              <w:t>0</w:t>
            </w:r>
          </w:p>
        </w:tc>
        <w:tc>
          <w:tcPr>
            <w:tcW w:type="dxa" w:w="1649"/>
          </w:tcPr>
          <w:p>
            <w:pPr>
              <w:spacing w:after="0"/>
              <w:jc w:val="right"/>
            </w:pPr>
            <w:r>
              <w:rPr>
                <w:sz w:val="16"/>
              </w:rPr>
              <w:t>0</w:t>
            </w:r>
          </w:p>
        </w:tc>
      </w:tr>
      <w:tr>
        <w:trPr>
          <w:cantSplit/>
        </w:trPr>
        <w:tc>
          <w:tcPr>
            <w:tcW w:type="dxa" w:w="3575"/>
          </w:tcPr>
          <w:p>
            <w:pPr>
              <w:spacing w:after="0"/>
              <w:jc w:val="left"/>
            </w:pPr>
            <w:r>
              <w:rPr>
                <w:sz w:val="16"/>
              </w:rPr>
              <w:t>of which: Stockbridge town</w:t>
            </w:r>
          </w:p>
        </w:tc>
        <w:tc>
          <w:tcPr>
            <w:tcW w:type="dxa" w:w="1481"/>
          </w:tcPr>
          <w:p>
            <w:pPr>
              <w:spacing w:after="0"/>
              <w:jc w:val="right"/>
            </w:pPr>
            <w:r>
              <w:rPr>
                <w:sz w:val="16"/>
              </w:rPr>
              <w:t>0</w:t>
            </w:r>
          </w:p>
        </w:tc>
        <w:tc>
          <w:tcPr>
            <w:tcW w:type="dxa" w:w="1481"/>
          </w:tcPr>
          <w:p>
            <w:pPr>
              <w:spacing w:after="0"/>
              <w:jc w:val="right"/>
            </w:pPr>
            <w:r>
              <w:rPr>
                <w:sz w:val="16"/>
              </w:rPr>
              <w:t>0</w:t>
            </w:r>
          </w:p>
        </w:tc>
        <w:tc>
          <w:tcPr>
            <w:tcW w:type="dxa" w:w="1481"/>
          </w:tcPr>
          <w:p>
            <w:pPr>
              <w:spacing w:after="0"/>
              <w:jc w:val="right"/>
            </w:pPr>
            <w:r>
              <w:rPr>
                <w:sz w:val="16"/>
              </w:rPr>
              <w:t>1</w:t>
            </w:r>
          </w:p>
        </w:tc>
        <w:tc>
          <w:tcPr>
            <w:tcW w:type="dxa" w:w="1481"/>
          </w:tcPr>
          <w:p>
            <w:pPr>
              <w:spacing w:after="0"/>
              <w:jc w:val="right"/>
            </w:pPr>
            <w:r>
              <w:rPr>
                <w:sz w:val="16"/>
              </w:rPr>
              <w:t>0</w:t>
            </w:r>
          </w:p>
        </w:tc>
        <w:tc>
          <w:tcPr>
            <w:tcW w:type="dxa" w:w="1481"/>
          </w:tcPr>
          <w:p>
            <w:pPr>
              <w:spacing w:after="0"/>
              <w:jc w:val="right"/>
            </w:pPr>
            <w:r>
              <w:rPr>
                <w:sz w:val="16"/>
              </w:rPr>
              <w:t>1</w:t>
            </w:r>
          </w:p>
        </w:tc>
        <w:tc>
          <w:tcPr>
            <w:tcW w:type="dxa" w:w="1481"/>
          </w:tcPr>
          <w:p>
            <w:pPr>
              <w:spacing w:after="0"/>
              <w:jc w:val="right"/>
            </w:pPr>
            <w:r>
              <w:rPr>
                <w:sz w:val="16"/>
              </w:rPr>
              <w:t>0</w:t>
            </w:r>
          </w:p>
        </w:tc>
        <w:tc>
          <w:tcPr>
            <w:tcW w:type="dxa" w:w="1649"/>
          </w:tcPr>
          <w:p>
            <w:pPr>
              <w:spacing w:after="0"/>
              <w:jc w:val="right"/>
            </w:pPr>
            <w:r>
              <w:rPr>
                <w:sz w:val="16"/>
              </w:rPr>
              <w:t>0</w:t>
            </w:r>
          </w:p>
        </w:tc>
      </w:tr>
      <w:tr>
        <w:trPr>
          <w:cantSplit/>
        </w:trPr>
        <w:tc>
          <w:tcPr>
            <w:tcW w:type="dxa" w:w="3575"/>
          </w:tcPr>
          <w:p>
            <w:pPr>
              <w:spacing w:after="0"/>
              <w:jc w:val="left"/>
            </w:pPr>
            <w:r>
              <w:rPr>
                <w:sz w:val="16"/>
              </w:rPr>
              <w:t>of which: Weston town</w:t>
            </w:r>
          </w:p>
        </w:tc>
        <w:tc>
          <w:tcPr>
            <w:tcW w:type="dxa" w:w="1481"/>
          </w:tcPr>
          <w:p>
            <w:pPr>
              <w:spacing w:after="0"/>
              <w:jc w:val="right"/>
            </w:pPr>
            <w:r>
              <w:rPr>
                <w:sz w:val="16"/>
              </w:rPr>
              <w:t>0</w:t>
            </w:r>
          </w:p>
        </w:tc>
        <w:tc>
          <w:tcPr>
            <w:tcW w:type="dxa" w:w="1481"/>
          </w:tcPr>
          <w:p>
            <w:pPr>
              <w:spacing w:after="0"/>
              <w:jc w:val="right"/>
            </w:pPr>
            <w:r>
              <w:rPr>
                <w:sz w:val="16"/>
              </w:rPr>
              <w:t>0</w:t>
            </w:r>
          </w:p>
        </w:tc>
        <w:tc>
          <w:tcPr>
            <w:tcW w:type="dxa" w:w="1481"/>
          </w:tcPr>
          <w:p>
            <w:pPr>
              <w:spacing w:after="0"/>
              <w:jc w:val="right"/>
            </w:pPr>
            <w:r>
              <w:rPr>
                <w:sz w:val="16"/>
              </w:rPr>
              <w:t>1</w:t>
            </w:r>
          </w:p>
        </w:tc>
        <w:tc>
          <w:tcPr>
            <w:tcW w:type="dxa" w:w="1481"/>
          </w:tcPr>
          <w:p>
            <w:pPr>
              <w:spacing w:after="0"/>
              <w:jc w:val="right"/>
            </w:pPr>
            <w:r>
              <w:rPr>
                <w:sz w:val="16"/>
              </w:rPr>
              <w:t>0</w:t>
            </w:r>
          </w:p>
        </w:tc>
        <w:tc>
          <w:tcPr>
            <w:tcW w:type="dxa" w:w="1481"/>
          </w:tcPr>
          <w:p>
            <w:pPr>
              <w:spacing w:after="0"/>
              <w:jc w:val="right"/>
            </w:pPr>
            <w:r>
              <w:rPr>
                <w:sz w:val="16"/>
              </w:rPr>
              <w:t>1</w:t>
            </w:r>
          </w:p>
        </w:tc>
        <w:tc>
          <w:tcPr>
            <w:tcW w:type="dxa" w:w="1481"/>
          </w:tcPr>
          <w:p>
            <w:pPr>
              <w:spacing w:after="0"/>
              <w:jc w:val="right"/>
            </w:pPr>
            <w:r>
              <w:rPr>
                <w:sz w:val="16"/>
              </w:rPr>
              <w:t>0</w:t>
            </w:r>
          </w:p>
        </w:tc>
        <w:tc>
          <w:tcPr>
            <w:tcW w:type="dxa" w:w="1649"/>
          </w:tcPr>
          <w:p>
            <w:pPr>
              <w:spacing w:after="0"/>
              <w:jc w:val="right"/>
            </w:pPr>
            <w:r>
              <w:rPr>
                <w:sz w:val="16"/>
              </w:rPr>
              <w:t>0</w:t>
            </w:r>
          </w:p>
        </w:tc>
      </w:tr>
      <w:tr>
        <w:trPr>
          <w:cantSplit/>
        </w:trPr>
        <w:tc>
          <w:tcPr>
            <w:tcW w:type="dxa" w:w="3575"/>
          </w:tcPr>
          <w:p>
            <w:pPr>
              <w:spacing w:after="0"/>
              <w:jc w:val="left"/>
            </w:pPr>
            <w:r>
              <w:rPr>
                <w:sz w:val="16"/>
              </w:rPr>
              <w:t>of which: Windsor town</w:t>
            </w:r>
          </w:p>
        </w:tc>
        <w:tc>
          <w:tcPr>
            <w:tcW w:type="dxa" w:w="1481"/>
          </w:tcPr>
          <w:p>
            <w:pPr>
              <w:spacing w:after="0"/>
              <w:jc w:val="right"/>
            </w:pPr>
            <w:r>
              <w:rPr>
                <w:sz w:val="16"/>
              </w:rPr>
              <w:t>0</w:t>
            </w:r>
          </w:p>
        </w:tc>
        <w:tc>
          <w:tcPr>
            <w:tcW w:type="dxa" w:w="1481"/>
          </w:tcPr>
          <w:p>
            <w:pPr>
              <w:spacing w:after="0"/>
              <w:jc w:val="right"/>
            </w:pPr>
            <w:r>
              <w:rPr>
                <w:sz w:val="16"/>
              </w:rPr>
              <w:t>0</w:t>
            </w:r>
          </w:p>
        </w:tc>
        <w:tc>
          <w:tcPr>
            <w:tcW w:type="dxa" w:w="1481"/>
          </w:tcPr>
          <w:p>
            <w:pPr>
              <w:spacing w:after="0"/>
              <w:jc w:val="right"/>
            </w:pPr>
            <w:r>
              <w:rPr>
                <w:sz w:val="16"/>
              </w:rPr>
              <w:t>2</w:t>
            </w:r>
          </w:p>
        </w:tc>
        <w:tc>
          <w:tcPr>
            <w:tcW w:type="dxa" w:w="1481"/>
          </w:tcPr>
          <w:p>
            <w:pPr>
              <w:spacing w:after="0"/>
              <w:jc w:val="right"/>
            </w:pPr>
            <w:r>
              <w:rPr>
                <w:sz w:val="16"/>
              </w:rPr>
              <w:t>0</w:t>
            </w:r>
          </w:p>
        </w:tc>
        <w:tc>
          <w:tcPr>
            <w:tcW w:type="dxa" w:w="1481"/>
          </w:tcPr>
          <w:p>
            <w:pPr>
              <w:spacing w:after="0"/>
              <w:jc w:val="right"/>
            </w:pPr>
            <w:r>
              <w:rPr>
                <w:sz w:val="16"/>
              </w:rPr>
              <w:t>2</w:t>
            </w:r>
          </w:p>
        </w:tc>
        <w:tc>
          <w:tcPr>
            <w:tcW w:type="dxa" w:w="1481"/>
          </w:tcPr>
          <w:p>
            <w:pPr>
              <w:spacing w:after="0"/>
              <w:jc w:val="right"/>
            </w:pPr>
            <w:r>
              <w:rPr>
                <w:sz w:val="16"/>
              </w:rPr>
              <w:t>0</w:t>
            </w:r>
          </w:p>
        </w:tc>
        <w:tc>
          <w:tcPr>
            <w:tcW w:type="dxa" w:w="1649"/>
          </w:tcPr>
          <w:p>
            <w:pPr>
              <w:spacing w:after="0"/>
              <w:jc w:val="right"/>
            </w:pPr>
            <w:r>
              <w:rPr>
                <w:sz w:val="16"/>
              </w:rPr>
              <w:t>0</w:t>
            </w:r>
          </w:p>
        </w:tc>
      </w:tr>
      <w:tr>
        <w:trPr>
          <w:cantSplit/>
        </w:trPr>
        <w:tc>
          <w:tcPr>
            <w:tcW w:type="dxa" w:w="3575"/>
          </w:tcPr>
          <w:p>
            <w:pPr>
              <w:spacing w:after="0"/>
              <w:jc w:val="left"/>
            </w:pPr>
            <w:r>
              <w:rPr>
                <w:sz w:val="16"/>
              </w:rPr>
              <w:t>of which: Woodstock town</w:t>
            </w:r>
          </w:p>
        </w:tc>
        <w:tc>
          <w:tcPr>
            <w:tcW w:type="dxa" w:w="1481"/>
          </w:tcPr>
          <w:p>
            <w:pPr>
              <w:spacing w:after="0"/>
              <w:jc w:val="right"/>
            </w:pPr>
            <w:r>
              <w:rPr>
                <w:sz w:val="16"/>
              </w:rPr>
              <w:t>1</w:t>
            </w:r>
          </w:p>
        </w:tc>
        <w:tc>
          <w:tcPr>
            <w:tcW w:type="dxa" w:w="1481"/>
          </w:tcPr>
          <w:p>
            <w:pPr>
              <w:spacing w:after="0"/>
              <w:jc w:val="right"/>
            </w:pPr>
            <w:r>
              <w:rPr>
                <w:sz w:val="16"/>
              </w:rPr>
              <w:t>0</w:t>
            </w:r>
          </w:p>
        </w:tc>
        <w:tc>
          <w:tcPr>
            <w:tcW w:type="dxa" w:w="1481"/>
          </w:tcPr>
          <w:p>
            <w:pPr>
              <w:spacing w:after="0"/>
              <w:jc w:val="right"/>
            </w:pPr>
            <w:r>
              <w:rPr>
                <w:sz w:val="16"/>
              </w:rPr>
              <w:t>0</w:t>
            </w:r>
          </w:p>
        </w:tc>
        <w:tc>
          <w:tcPr>
            <w:tcW w:type="dxa" w:w="1481"/>
          </w:tcPr>
          <w:p>
            <w:pPr>
              <w:spacing w:after="0"/>
              <w:jc w:val="right"/>
            </w:pPr>
            <w:r>
              <w:rPr>
                <w:sz w:val="16"/>
              </w:rPr>
              <w:t>0</w:t>
            </w:r>
          </w:p>
        </w:tc>
        <w:tc>
          <w:tcPr>
            <w:tcW w:type="dxa" w:w="1481"/>
          </w:tcPr>
          <w:p>
            <w:pPr>
              <w:spacing w:after="0"/>
              <w:jc w:val="right"/>
            </w:pPr>
            <w:r>
              <w:rPr>
                <w:sz w:val="16"/>
              </w:rPr>
              <w:t>1</w:t>
            </w:r>
          </w:p>
        </w:tc>
        <w:tc>
          <w:tcPr>
            <w:tcW w:type="dxa" w:w="1481"/>
          </w:tcPr>
          <w:p>
            <w:pPr>
              <w:spacing w:after="0"/>
              <w:jc w:val="right"/>
            </w:pPr>
            <w:r>
              <w:rPr>
                <w:sz w:val="16"/>
              </w:rPr>
              <w:t>0</w:t>
            </w:r>
          </w:p>
        </w:tc>
        <w:tc>
          <w:tcPr>
            <w:tcW w:type="dxa" w:w="1649"/>
          </w:tcPr>
          <w:p>
            <w:pPr>
              <w:spacing w:after="0"/>
              <w:jc w:val="right"/>
            </w:pPr>
            <w:r>
              <w:rPr>
                <w:sz w:val="16"/>
              </w:rPr>
              <w:t>1</w:t>
            </w:r>
          </w:p>
        </w:tc>
      </w:tr>
      <w:tr>
        <w:trPr>
          <w:cantSplit/>
        </w:trPr>
        <w:tc>
          <w:tcPr>
            <w:tcW w:type="dxa" w:w="3575"/>
          </w:tcPr>
          <w:p>
            <w:pPr>
              <w:spacing w:after="0"/>
              <w:jc w:val="left"/>
            </w:pPr>
            <w:r>
              <w:rPr>
                <w:sz w:val="16"/>
              </w:rPr>
              <w:t>of which: Ludlow village</w:t>
            </w:r>
          </w:p>
        </w:tc>
        <w:tc>
          <w:tcPr>
            <w:tcW w:type="dxa" w:w="1481"/>
          </w:tcPr>
          <w:p>
            <w:pPr>
              <w:spacing w:after="0"/>
              <w:jc w:val="right"/>
            </w:pPr>
            <w:r>
              <w:rPr>
                <w:sz w:val="16"/>
              </w:rPr>
              <w:t>0</w:t>
            </w:r>
          </w:p>
        </w:tc>
        <w:tc>
          <w:tcPr>
            <w:tcW w:type="dxa" w:w="1481"/>
          </w:tcPr>
          <w:p>
            <w:pPr>
              <w:spacing w:after="0"/>
              <w:jc w:val="right"/>
            </w:pPr>
            <w:r>
              <w:rPr>
                <w:sz w:val="16"/>
              </w:rPr>
              <w:t>0</w:t>
            </w:r>
          </w:p>
        </w:tc>
        <w:tc>
          <w:tcPr>
            <w:tcW w:type="dxa" w:w="1481"/>
          </w:tcPr>
          <w:p>
            <w:pPr>
              <w:spacing w:after="0"/>
              <w:jc w:val="right"/>
            </w:pPr>
            <w:r>
              <w:rPr>
                <w:sz w:val="16"/>
              </w:rPr>
              <w:t>1</w:t>
            </w:r>
          </w:p>
        </w:tc>
        <w:tc>
          <w:tcPr>
            <w:tcW w:type="dxa" w:w="1481"/>
          </w:tcPr>
          <w:p>
            <w:pPr>
              <w:spacing w:after="0"/>
              <w:jc w:val="right"/>
            </w:pPr>
            <w:r>
              <w:rPr>
                <w:sz w:val="16"/>
              </w:rPr>
              <w:t>0</w:t>
            </w:r>
          </w:p>
        </w:tc>
        <w:tc>
          <w:tcPr>
            <w:tcW w:type="dxa" w:w="1481"/>
          </w:tcPr>
          <w:p>
            <w:pPr>
              <w:spacing w:after="0"/>
              <w:jc w:val="right"/>
            </w:pPr>
            <w:r>
              <w:rPr>
                <w:sz w:val="16"/>
              </w:rPr>
              <w:t>1</w:t>
            </w:r>
          </w:p>
        </w:tc>
        <w:tc>
          <w:tcPr>
            <w:tcW w:type="dxa" w:w="1481"/>
          </w:tcPr>
          <w:p>
            <w:pPr>
              <w:spacing w:after="0"/>
              <w:jc w:val="right"/>
            </w:pPr>
            <w:r>
              <w:rPr>
                <w:sz w:val="16"/>
              </w:rPr>
              <w:t>0</w:t>
            </w:r>
          </w:p>
        </w:tc>
        <w:tc>
          <w:tcPr>
            <w:tcW w:type="dxa" w:w="1649"/>
          </w:tcPr>
          <w:p>
            <w:pPr>
              <w:spacing w:after="0"/>
              <w:jc w:val="right"/>
            </w:pPr>
            <w:r>
              <w:rPr>
                <w:sz w:val="16"/>
              </w:rPr>
              <w:t>1</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589"/>
        <w:gridCol w:w="1559"/>
        <w:gridCol w:w="1401"/>
        <w:gridCol w:w="1401"/>
        <w:gridCol w:w="1401"/>
        <w:gridCol w:w="1401"/>
        <w:gridCol w:w="1401"/>
        <w:gridCol w:w="1401"/>
        <w:gridCol w:w="1559"/>
      </w:tblGrid>
      <w:tr>
        <w:trPr>
          <w:cantSplit/>
          <w:tblHeader/>
        </w:trPr>
        <w:tc>
          <w:tcPr>
            <w:tcW w:type="dxa" w:w="2589"/>
            <w:shd w:val="clear" w:color="auto" w:fill="E8E8E8"/>
          </w:tcPr>
          <w:p>
            <w:pPr>
              <w:spacing w:after="0"/>
              <w:jc w:val="left"/>
            </w:pPr>
            <w:r>
              <w:rPr>
                <w:b/>
                <w:sz w:val="16"/>
              </w:rPr>
              <w:t>Jurisdiction</w:t>
            </w:r>
          </w:p>
        </w:tc>
        <w:tc>
          <w:tcPr>
            <w:tcW w:type="dxa" w:w="1559"/>
            <w:shd w:val="clear" w:color="auto" w:fill="E8E8E8"/>
          </w:tcPr>
          <w:p>
            <w:pPr>
              <w:spacing w:after="0"/>
              <w:jc w:val="left"/>
            </w:pPr>
            <w:r>
              <w:rPr>
                <w:b/>
                <w:sz w:val="16"/>
              </w:rPr>
              <w:t>NFIP community ID</w:t>
            </w:r>
          </w:p>
        </w:tc>
        <w:tc>
          <w:tcPr>
            <w:tcW w:type="dxa" w:w="1401"/>
            <w:shd w:val="clear" w:color="auto" w:fill="E8E8E8"/>
          </w:tcPr>
          <w:p>
            <w:pPr>
              <w:spacing w:after="0"/>
              <w:jc w:val="right"/>
            </w:pPr>
            <w:r>
              <w:rPr>
                <w:b/>
                <w:sz w:val="16"/>
              </w:rPr>
              <w:t>RL, FMA</w:t>
            </w:r>
          </w:p>
          <w:p>
            <w:pPr>
              <w:spacing w:after="0"/>
              <w:jc w:val="right"/>
            </w:pPr>
            <w:r>
              <w:rPr>
                <w:i/>
                <w:color w:val="555555"/>
                <w:sz w:val="14"/>
              </w:rPr>
              <w:t>properties</w:t>
            </w:r>
          </w:p>
        </w:tc>
        <w:tc>
          <w:tcPr>
            <w:tcW w:type="dxa" w:w="1401"/>
            <w:shd w:val="clear" w:color="auto" w:fill="E8E8E8"/>
          </w:tcPr>
          <w:p>
            <w:pPr>
              <w:spacing w:after="0"/>
              <w:jc w:val="right"/>
            </w:pPr>
            <w:r>
              <w:rPr>
                <w:b/>
                <w:sz w:val="16"/>
              </w:rPr>
              <w:t>SRL, FMA</w:t>
            </w:r>
          </w:p>
          <w:p>
            <w:pPr>
              <w:spacing w:after="0"/>
              <w:jc w:val="right"/>
            </w:pPr>
            <w:r>
              <w:rPr>
                <w:i/>
                <w:color w:val="555555"/>
                <w:sz w:val="14"/>
              </w:rPr>
              <w:t>properties</w:t>
            </w:r>
          </w:p>
        </w:tc>
        <w:tc>
          <w:tcPr>
            <w:tcW w:type="dxa" w:w="1401"/>
            <w:shd w:val="clear" w:color="auto" w:fill="E8E8E8"/>
          </w:tcPr>
          <w:p>
            <w:pPr>
              <w:spacing w:after="0"/>
              <w:jc w:val="right"/>
            </w:pPr>
            <w:r>
              <w:rPr>
                <w:b/>
                <w:sz w:val="16"/>
              </w:rPr>
              <w:t>RL, NFIP</w:t>
            </w:r>
          </w:p>
          <w:p>
            <w:pPr>
              <w:spacing w:after="0"/>
              <w:jc w:val="right"/>
            </w:pPr>
            <w:r>
              <w:rPr>
                <w:i/>
                <w:color w:val="555555"/>
                <w:sz w:val="14"/>
              </w:rPr>
              <w:t>properties</w:t>
            </w:r>
          </w:p>
        </w:tc>
        <w:tc>
          <w:tcPr>
            <w:tcW w:type="dxa" w:w="1401"/>
            <w:shd w:val="clear" w:color="auto" w:fill="E8E8E8"/>
          </w:tcPr>
          <w:p>
            <w:pPr>
              <w:spacing w:after="0"/>
              <w:jc w:val="right"/>
            </w:pPr>
            <w:r>
              <w:rPr>
                <w:b/>
                <w:sz w:val="16"/>
              </w:rPr>
              <w:t>SRL, NFIP</w:t>
            </w:r>
          </w:p>
          <w:p>
            <w:pPr>
              <w:spacing w:after="0"/>
              <w:jc w:val="right"/>
            </w:pPr>
            <w:r>
              <w:rPr>
                <w:i/>
                <w:color w:val="555555"/>
                <w:sz w:val="14"/>
              </w:rPr>
              <w:t>properties</w:t>
            </w:r>
          </w:p>
        </w:tc>
        <w:tc>
          <w:tcPr>
            <w:tcW w:type="dxa" w:w="140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01"/>
            <w:shd w:val="clear" w:color="auto" w:fill="E8E8E8"/>
          </w:tcPr>
          <w:p>
            <w:pPr>
              <w:spacing w:after="0"/>
              <w:jc w:val="right"/>
            </w:pPr>
            <w:r>
              <w:rPr>
                <w:b/>
                <w:sz w:val="16"/>
              </w:rPr>
              <w:t>Mitigated</w:t>
            </w:r>
          </w:p>
          <w:p>
            <w:pPr>
              <w:spacing w:after="0"/>
              <w:jc w:val="right"/>
            </w:pPr>
            <w:r>
              <w:rPr>
                <w:i/>
                <w:color w:val="555555"/>
                <w:sz w:val="14"/>
              </w:rPr>
              <w:t>properties</w:t>
            </w:r>
          </w:p>
        </w:tc>
        <w:tc>
          <w:tcPr>
            <w:tcW w:type="dxa" w:w="155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589"/>
          </w:tcPr>
          <w:p>
            <w:pPr>
              <w:spacing w:after="0"/>
              <w:jc w:val="left"/>
            </w:pPr>
            <w:r>
              <w:rPr>
                <w:sz w:val="16"/>
              </w:rPr>
              <w:t>Weathersfield town</w:t>
            </w:r>
          </w:p>
        </w:tc>
        <w:tc>
          <w:tcPr>
            <w:tcW w:type="dxa" w:w="1559"/>
          </w:tcPr>
          <w:p>
            <w:pPr>
              <w:spacing w:after="0"/>
              <w:jc w:val="left"/>
            </w:pPr>
            <w:r>
              <w:rPr>
                <w:sz w:val="16"/>
              </w:rPr>
              <w:t>500156</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559"/>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496"/>
          </w:tcPr>
          <w:p>
            <w:pPr>
              <w:spacing w:after="0"/>
              <w:jc w:val="right"/>
            </w:pPr>
            <w:r>
              <w:rPr>
                <w:sz w:val="16"/>
              </w:rPr>
              <w:t>8</w:t>
            </w:r>
          </w:p>
        </w:tc>
        <w:tc>
          <w:tcPr>
            <w:tcW w:type="dxa" w:w="1496"/>
          </w:tcPr>
          <w:p>
            <w:pPr>
              <w:spacing w:after="0"/>
              <w:jc w:val="right"/>
            </w:pPr>
            <w:r>
              <w:rPr>
                <w:sz w:val="16"/>
              </w:rPr>
              <w:t>0</w:t>
            </w:r>
          </w:p>
        </w:tc>
        <w:tc>
          <w:tcPr>
            <w:tcW w:type="dxa" w:w="1496"/>
          </w:tcPr>
          <w:p>
            <w:pPr>
              <w:spacing w:after="0"/>
              <w:jc w:val="right"/>
            </w:pPr>
            <w:r>
              <w:rPr>
                <w:sz w:val="16"/>
              </w:rPr>
              <w:t>10</w:t>
            </w:r>
          </w:p>
        </w:tc>
        <w:tc>
          <w:tcPr>
            <w:tcW w:type="dxa" w:w="1496"/>
          </w:tcPr>
          <w:p>
            <w:pPr>
              <w:spacing w:after="0"/>
              <w:jc w:val="right"/>
            </w:pPr>
            <w:r>
              <w:rPr>
                <w:sz w:val="16"/>
              </w:rPr>
              <w:t>0</w:t>
            </w:r>
          </w:p>
        </w:tc>
        <w:tc>
          <w:tcPr>
            <w:tcW w:type="dxa" w:w="1665"/>
          </w:tcPr>
          <w:p>
            <w:pPr>
              <w:spacing w:after="0"/>
              <w:jc w:val="right"/>
            </w:pPr>
            <w:r>
              <w:rPr>
                <w:sz w:val="16"/>
              </w:rPr>
              <w:t>5</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2</w:t>
            </w:r>
          </w:p>
        </w:tc>
        <w:tc>
          <w:tcPr>
            <w:tcW w:type="dxa" w:w="1496"/>
          </w:tcPr>
          <w:p>
            <w:pPr>
              <w:spacing w:after="0"/>
              <w:jc w:val="right"/>
            </w:pPr>
            <w:r>
              <w:rPr>
                <w:sz w:val="16"/>
              </w:rPr>
              <w:t>1</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496"/>
          </w:tcPr>
          <w:p>
            <w:pPr>
              <w:spacing w:after="0"/>
              <w:jc w:val="right"/>
            </w:pPr>
            <w:r>
              <w:rPr>
                <w:sz w:val="16"/>
              </w:rPr>
              <w:t>5</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3 properties are FMA repetitive loss but not NFIP repetitive loss, and 13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5">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Weathersfield town, VT: risk-assessment baseline packet, release 2026-10 (data as of 2026-09-30; Town FIPS 5002777500). Automated baseline. </w:t>
      </w:r>
      <w:hyperlink r:id="rId16">
        <w:r>
          <w:rPr>
            <w:color w:val="1F4E99"/>
            <w:sz w:val="17"/>
            <w:u w:val="single"/>
          </w:rPr>
          <w:t>https://hazardplain.org/vt/5002777500/</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7">
        <w:r>
          <w:rPr>
            <w:color w:val="1F4E99"/>
            <w:sz w:val="17"/>
            <w:u w:val="single"/>
          </w:rPr>
          <w:t>OpenFEMA HazardMitigationPlanStatuses v1</w:t>
        </w:r>
      </w:hyperlink>
      <w:r>
        <w:rPr>
          <w:sz w:val="17"/>
        </w:rPr>
        <w:t xml:space="preserve">, version 2026-09-29T134039Z, pulled 2026-09-30, </w:t>
      </w:r>
      <w:hyperlink r:id="rId18">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9">
        <w:r>
          <w:rPr>
            <w:color w:val="1F4E99"/>
            <w:sz w:val="17"/>
            <w:u w:val="single"/>
          </w:rPr>
          <w:t>OpenFEMA DisasterDeclarationsSummaries v2</w:t>
        </w:r>
      </w:hyperlink>
      <w:r>
        <w:rPr>
          <w:sz w:val="17"/>
        </w:rPr>
        <w:t xml:space="preserve">, version 2026-09-29T162832Z, pulled 2026-09-30, </w:t>
      </w:r>
      <w:hyperlink r:id="rId20">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1">
        <w:r>
          <w:rPr>
            <w:color w:val="1F4E99"/>
            <w:sz w:val="17"/>
            <w:u w:val="single"/>
          </w:rPr>
          <w:t>OpenFEMA PublicAssistanceFundedProjectsSummaries v1</w:t>
        </w:r>
      </w:hyperlink>
      <w:r>
        <w:rPr>
          <w:sz w:val="17"/>
        </w:rPr>
        <w:t xml:space="preserve">, version 2026-09-29T150754Z, pulled 2026-09-30, </w:t>
      </w:r>
      <w:hyperlink r:id="rId22">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3">
        <w:r>
          <w:rPr>
            <w:color w:val="1F4E99"/>
            <w:sz w:val="17"/>
            <w:u w:val="single"/>
          </w:rPr>
          <w:t>OpenFEMA NfipMultipleLossProperties v1</w:t>
        </w:r>
      </w:hyperlink>
      <w:r>
        <w:rPr>
          <w:sz w:val="17"/>
        </w:rPr>
        <w:t xml:space="preserve">, version 2026-08-04T164045Z, pulled 2026-09-30, </w:t>
      </w:r>
      <w:hyperlink r:id="rId24">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5">
        <w:r>
          <w:rPr>
            <w:color w:val="1F4E99"/>
            <w:sz w:val="17"/>
            <w:u w:val="single"/>
          </w:rPr>
          <w:t>https://www.fema.gov/about/reports-and-data/openfema/nri/v120/NRI_Table_Counties.zip</w:t>
        </w:r>
      </w:hyperlink>
      <w:r>
        <w:rPr>
          <w:sz w:val="17"/>
        </w:rPr>
        <w:t xml:space="preserve"> (download, 25 MB)</w:t>
      </w:r>
      <w:r>
        <w:rPr>
          <w:sz w:val="17"/>
        </w:rPr>
        <w:t xml:space="preserve">, </w:t>
      </w:r>
      <w:hyperlink r:id="rId26">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7">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8">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9">
        <w:r>
          <w:rPr>
            <w:color w:val="1F4E99"/>
            <w:sz w:val="17"/>
            <w:u w:val="single"/>
          </w:rPr>
          <w:t>https://www2.census.gov/geo/docs/maps-data/data/gazetteer/2024_Gazetteer/2024_Gaz_counties_national.zip</w:t>
        </w:r>
      </w:hyperlink>
      <w:r>
        <w:rPr>
          <w:sz w:val="17"/>
        </w:rPr>
        <w:t xml:space="preserve">, </w:t>
      </w:r>
      <w:hyperlink r:id="rId30">
        <w:r>
          <w:rPr>
            <w:color w:val="1F4E99"/>
            <w:sz w:val="17"/>
            <w:u w:val="single"/>
          </w:rPr>
          <w:t>https://www2.census.gov/geo/docs/maps-data/data/gazetteer/2024_Gazetteer/2024_Gaz_cousubs_national.zip</w:t>
        </w:r>
      </w:hyperlink>
      <w:r>
        <w:rPr>
          <w:sz w:val="17"/>
        </w:rPr>
        <w:t xml:space="preserve">, </w:t>
      </w:r>
      <w:hyperlink r:id="rId31">
        <w:r>
          <w:rPr>
            <w:color w:val="1F4E99"/>
            <w:sz w:val="17"/>
            <w:u w:val="single"/>
          </w:rPr>
          <w:t>https://www2.census.gov/geo/docs/maps-data/data/gazetteer/2024_Gazetteer/2024_Gaz_place_national.zip</w:t>
        </w:r>
      </w:hyperlink>
      <w:r>
        <w:rPr>
          <w:sz w:val="17"/>
        </w:rPr>
        <w:t xml:space="preserve">, </w:t>
      </w:r>
      <w:hyperlink r:id="rId32">
        <w:r>
          <w:rPr>
            <w:color w:val="1F4E99"/>
            <w:sz w:val="17"/>
            <w:u w:val="single"/>
          </w:rPr>
          <w:t>https://www2.census.gov/geo/docs/maps-data/data/gazetteer/2024_Gazetteer/2024_Gaz_unsd_national.zip</w:t>
        </w:r>
      </w:hyperlink>
      <w:r>
        <w:rPr>
          <w:sz w:val="17"/>
        </w:rPr>
        <w:t xml:space="preserve">, </w:t>
      </w:r>
      <w:hyperlink r:id="rId33">
        <w:r>
          <w:rPr>
            <w:color w:val="1F4E99"/>
            <w:sz w:val="17"/>
            <w:u w:val="single"/>
          </w:rPr>
          <w:t>https://www2.census.gov/geo/docs/maps-data/data/gazetteer/2024_Gazetteer/2024_Gaz_elsd_national.zip</w:t>
        </w:r>
      </w:hyperlink>
      <w:r>
        <w:rPr>
          <w:sz w:val="17"/>
        </w:rPr>
        <w:t xml:space="preserve">, </w:t>
      </w:r>
      <w:hyperlink r:id="rId34">
        <w:r>
          <w:rPr>
            <w:color w:val="1F4E99"/>
            <w:sz w:val="17"/>
            <w:u w:val="single"/>
          </w:rPr>
          <w:t>https://www2.census.gov/geo/docs/maps-data/data/gazetteer/2024_Gazetteer/2024_Gaz_scsd_national.zip</w:t>
        </w:r>
      </w:hyperlink>
      <w:r>
        <w:rPr>
          <w:sz w:val="17"/>
        </w:rPr>
        <w:t xml:space="preserve">, </w:t>
      </w:r>
      <w:hyperlink r:id="rId35">
        <w:r>
          <w:rPr>
            <w:color w:val="1F4E99"/>
            <w:sz w:val="17"/>
            <w:u w:val="single"/>
          </w:rPr>
          <w:t>https://www2.census.gov/geo/docs/reference/codes2020/national_place_by_county2020.txt</w:t>
        </w:r>
      </w:hyperlink>
      <w:r>
        <w:rPr>
          <w:sz w:val="17"/>
        </w:rPr>
        <w:t xml:space="preserve">, </w:t>
      </w:r>
      <w:hyperlink r:id="rId36">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hazard-plain_2026-10_VT_5002777500.docx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Weathersfield town, VT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vem.vermont.gov/hm-planning-resources" TargetMode="External"/><Relationship Id="rId15" Type="http://schemas.openxmlformats.org/officeDocument/2006/relationships/hyperlink" Target="https://creativecommons.org/licenses/by/4.0/" TargetMode="External"/><Relationship Id="rId16" Type="http://schemas.openxmlformats.org/officeDocument/2006/relationships/hyperlink" Target="https://hazardplain.org/vt/5002777500/" TargetMode="External"/><Relationship Id="rId17" Type="http://schemas.openxmlformats.org/officeDocument/2006/relationships/hyperlink" Target="https://www.fema.gov/openfema-data-page/hazard-mitigation-plan-statuses-v1" TargetMode="External"/><Relationship Id="rId18" Type="http://schemas.openxmlformats.org/officeDocument/2006/relationships/hyperlink" Target="https://www.fema.gov/api/open/v1/HazardMitigationPlanStatuses" TargetMode="External"/><Relationship Id="rId19" Type="http://schemas.openxmlformats.org/officeDocument/2006/relationships/hyperlink" Target="https://www.fema.gov/openfema-data-page/disaster-declarations-summaries-v2" TargetMode="External"/><Relationship Id="rId20" Type="http://schemas.openxmlformats.org/officeDocument/2006/relationships/hyperlink" Target="https://www.fema.gov/api/open/v2/DisasterDeclarationsSummaries" TargetMode="External"/><Relationship Id="rId21" Type="http://schemas.openxmlformats.org/officeDocument/2006/relationships/hyperlink" Target="https://www.fema.gov/openfema-data-page/public-assistance-funded-project-summaries-v1" TargetMode="External"/><Relationship Id="rId22" Type="http://schemas.openxmlformats.org/officeDocument/2006/relationships/hyperlink" Target="https://www.fema.gov/api/open/v1/PublicAssistanceFundedProjectsSummaries" TargetMode="External"/><Relationship Id="rId23" Type="http://schemas.openxmlformats.org/officeDocument/2006/relationships/hyperlink" Target="https://www.fema.gov/openfema-data-page/nfip-multiple-loss-properties-v1" TargetMode="External"/><Relationship Id="rId24" Type="http://schemas.openxmlformats.org/officeDocument/2006/relationships/hyperlink" Target="https://www.fema.gov/api/open/v1/NfipMultipleLossProperties" TargetMode="External"/><Relationship Id="rId25" Type="http://schemas.openxmlformats.org/officeDocument/2006/relationships/hyperlink" Target="https://www.fema.gov/about/reports-and-data/openfema/nri/v120/NRI_Table_Counties.zip" TargetMode="External"/><Relationship Id="rId26" Type="http://schemas.openxmlformats.org/officeDocument/2006/relationships/hyperlink" Target="https://www.fema.gov/about/reports-and-data/openfema/nri/v120/NRI_Table_CensusTracts.zip" TargetMode="External"/><Relationship Id="rId27" Type="http://schemas.openxmlformats.org/officeDocument/2006/relationships/hyperlink" Target="https://www.ncei.noaa.gov/pub/data/swdi/stormevents/csvfiles/" TargetMode="External"/><Relationship Id="rId28" Type="http://schemas.openxmlformats.org/officeDocument/2006/relationships/hyperlink" Target="https://www.weather.gov/gis/ZoneCounty" TargetMode="External"/><Relationship Id="rId29" Type="http://schemas.openxmlformats.org/officeDocument/2006/relationships/hyperlink" Target="https://www2.census.gov/geo/docs/maps-data/data/gazetteer/2024_Gazetteer/2024_Gaz_counties_national.zip" TargetMode="External"/><Relationship Id="rId30" Type="http://schemas.openxmlformats.org/officeDocument/2006/relationships/hyperlink" Target="https://www2.census.gov/geo/docs/maps-data/data/gazetteer/2024_Gazetteer/2024_Gaz_cousubs_national.zip" TargetMode="External"/><Relationship Id="rId31" Type="http://schemas.openxmlformats.org/officeDocument/2006/relationships/hyperlink" Target="https://www2.census.gov/geo/docs/maps-data/data/gazetteer/2024_Gazetteer/2024_Gaz_place_national.zip" TargetMode="External"/><Relationship Id="rId32" Type="http://schemas.openxmlformats.org/officeDocument/2006/relationships/hyperlink" Target="https://www2.census.gov/geo/docs/maps-data/data/gazetteer/2024_Gazetteer/2024_Gaz_unsd_national.zip" TargetMode="External"/><Relationship Id="rId33" Type="http://schemas.openxmlformats.org/officeDocument/2006/relationships/hyperlink" Target="https://www2.census.gov/geo/docs/maps-data/data/gazetteer/2024_Gazetteer/2024_Gaz_elsd_national.zip" TargetMode="External"/><Relationship Id="rId34" Type="http://schemas.openxmlformats.org/officeDocument/2006/relationships/hyperlink" Target="https://www2.census.gov/geo/docs/maps-data/data/gazetteer/2024_Gazetteer/2024_Gaz_scsd_national.zip" TargetMode="External"/><Relationship Id="rId35" Type="http://schemas.openxmlformats.org/officeDocument/2006/relationships/hyperlink" Target="https://www2.census.gov/geo/docs/reference/codes2020/national_place_by_county2020.txt" TargetMode="External"/><Relationship Id="rId36"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Weathersfield town, VT: Risk-assessment baseline packet</dc:title>
  <dc:subject>Hazard Plain release 2026-10, as of 2026-09-30. Automated baseline</dc:subject>
  <dc:creator>Hazard Plain</dc:creator>
  <cp:keywords>Hazard Plain; hazard mitigation; risk assessment; 5002777500</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