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Rochester town, VT</w:t>
      </w:r>
    </w:p>
    <w:p>
      <w:pPr>
        <w:spacing w:after="120" w:before="0"/>
      </w:pPr>
      <w:r>
        <w:rPr>
          <w:color w:val="555555"/>
          <w:sz w:val="24"/>
        </w:rPr>
        <w:t>Risk-assessment baseline packet (county-level sections from Windsor County)</w:t>
      </w:r>
    </w:p>
    <w:p>
      <w:pPr>
        <w:spacing w:after="120" w:before="0"/>
      </w:pPr>
      <w:r>
        <w:rPr>
          <w:b/>
          <w:sz w:val="18"/>
        </w:rPr>
        <w:t xml:space="preserve">Unit: </w:t>
      </w:r>
      <w:r>
        <w:rPr>
          <w:sz w:val="18"/>
        </w:rPr>
        <w:t>Vermont town 5002760100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2031-03-12</w:t>
      </w:r>
    </w:p>
    <w:p>
      <w:pPr>
        <w:keepNext/>
        <w:spacing w:after="40" w:before="0"/>
      </w:pPr>
      <w:r>
        <w:rPr>
          <w:b/>
        </w:rPr>
        <w:t xml:space="preserve">Plan: </w:t>
      </w:r>
      <w:r>
        <w:rPr/>
        <w:t>Town of Rochester, Vermont 2026 Local Hazard Mitigation Plan (FEMA plan 111668)</w:t>
      </w:r>
    </w:p>
    <w:p>
      <w:pPr>
        <w:keepNext/>
        <w:spacing w:after="40" w:before="0"/>
      </w:pPr>
      <w:r>
        <w:rPr>
          <w:b/>
        </w:rPr>
        <w:t xml:space="preserve">Approved: </w:t>
      </w:r>
      <w:r>
        <w:rPr/>
        <w:t>2026-03-13</w:t>
      </w:r>
    </w:p>
    <w:p>
      <w:pPr>
        <w:keepNext/>
        <w:spacing w:after="40" w:before="0"/>
      </w:pPr>
      <w:r>
        <w:rPr>
          <w:b/>
        </w:rPr>
        <w:t xml:space="preserve">Expires: </w:t>
      </w:r>
      <w:r>
        <w:rPr/>
        <w:t>2031-03-12</w:t>
      </w:r>
    </w:p>
    <w:p>
      <w:pPr>
        <w:keepNext/>
        <w:spacing w:after="40" w:before="0"/>
      </w:pPr>
      <w:r>
        <w:rPr>
          <w:b/>
        </w:rPr>
        <w:t xml:space="preserve">As of: </w:t>
      </w:r>
      <w:r>
        <w:rPr/>
        <w:t>2026-09-28</w:t>
      </w:r>
    </w:p>
    <w:p>
      <w:pPr>
        <w:keepNext/>
        <w:spacing w:after="40" w:before="0"/>
      </w:pPr>
      <w:r>
        <w:rPr>
          <w:b/>
        </w:rPr>
        <w:t xml:space="preserve">Days: </w:t>
      </w:r>
      <w:r>
        <w:rPr/>
        <w:t>1,626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2026-03-13)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(Windsor County, county-level): </w:t>
      </w:r>
      <w:r>
        <w:rPr/>
        <w:t>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675"/>
        <w:gridCol w:w="779"/>
        <w:gridCol w:w="3177"/>
        <w:gridCol w:w="2998"/>
        <w:gridCol w:w="1246"/>
        <w:gridCol w:w="1246"/>
        <w:gridCol w:w="1074"/>
        <w:gridCol w:w="1139"/>
        <w:gridCol w:w="779"/>
      </w:tblGrid>
      <w:tr>
        <w:trPr>
          <w:cantSplit/>
          <w:tblHeader/>
        </w:trPr>
        <w:tc>
          <w:tcPr>
            <w:tcW w:type="dxa" w:w="1675"/>
            <w:shd w:val="clear" w:color="auto" w:fill="E8E8E8"/>
          </w:tcPr>
          <w:p>
            <w:pPr>
              <w:spacing w:after="0"/>
              <w:jc w:val="left"/>
            </w:pPr>
            <w:r>
              <w:rPr>
                <w:b/>
                <w:sz w:val="16"/>
              </w:rPr>
              <w:t>Jurisdiction</w:t>
            </w:r>
          </w:p>
        </w:tc>
        <w:tc>
          <w:tcPr>
            <w:tcW w:type="dxa" w:w="779"/>
            <w:shd w:val="clear" w:color="auto" w:fill="E8E8E8"/>
          </w:tcPr>
          <w:p>
            <w:pPr>
              <w:spacing w:after="0"/>
              <w:jc w:val="left"/>
            </w:pPr>
            <w:r>
              <w:rPr>
                <w:b/>
                <w:sz w:val="16"/>
              </w:rPr>
              <w:t>Type</w:t>
            </w:r>
          </w:p>
        </w:tc>
        <w:tc>
          <w:tcPr>
            <w:tcW w:type="dxa" w:w="3177"/>
            <w:shd w:val="clear" w:color="auto" w:fill="E8E8E8"/>
          </w:tcPr>
          <w:p>
            <w:pPr>
              <w:spacing w:after="0"/>
              <w:jc w:val="left"/>
            </w:pPr>
            <w:r>
              <w:rPr>
                <w:b/>
                <w:sz w:val="16"/>
              </w:rPr>
              <w:t>Status</w:t>
            </w:r>
          </w:p>
        </w:tc>
        <w:tc>
          <w:tcPr>
            <w:tcW w:type="dxa" w:w="2998"/>
            <w:shd w:val="clear" w:color="auto" w:fill="E8E8E8"/>
          </w:tcPr>
          <w:p>
            <w:pPr>
              <w:spacing w:after="0"/>
              <w:jc w:val="left"/>
            </w:pPr>
            <w:r>
              <w:rPr>
                <w:b/>
                <w:sz w:val="16"/>
              </w:rPr>
              <w:t>Plan</w:t>
            </w:r>
          </w:p>
        </w:tc>
        <w:tc>
          <w:tcPr>
            <w:tcW w:type="dxa" w:w="1246"/>
            <w:shd w:val="clear" w:color="auto" w:fill="E8E8E8"/>
          </w:tcPr>
          <w:p>
            <w:pPr>
              <w:spacing w:after="0"/>
              <w:jc w:val="left"/>
            </w:pPr>
            <w:r>
              <w:rPr>
                <w:b/>
                <w:sz w:val="16"/>
              </w:rPr>
              <w:t>Approved</w:t>
            </w:r>
          </w:p>
        </w:tc>
        <w:tc>
          <w:tcPr>
            <w:tcW w:type="dxa" w:w="1246"/>
            <w:shd w:val="clear" w:color="auto" w:fill="E8E8E8"/>
          </w:tcPr>
          <w:p>
            <w:pPr>
              <w:spacing w:after="0"/>
              <w:jc w:val="left"/>
            </w:pPr>
            <w:r>
              <w:rPr>
                <w:b/>
                <w:sz w:val="16"/>
              </w:rPr>
              <w:t>Expires</w:t>
            </w:r>
          </w:p>
        </w:tc>
        <w:tc>
          <w:tcPr>
            <w:tcW w:type="dxa" w:w="107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39"/>
            <w:shd w:val="clear" w:color="auto" w:fill="E8E8E8"/>
          </w:tcPr>
          <w:p>
            <w:pPr>
              <w:spacing w:after="0"/>
              <w:jc w:val="left"/>
            </w:pPr>
            <w:r>
              <w:rPr>
                <w:b/>
                <w:sz w:val="16"/>
              </w:rPr>
              <w:t>Update underway</w:t>
            </w:r>
          </w:p>
        </w:tc>
        <w:tc>
          <w:tcPr>
            <w:tcW w:type="dxa" w:w="779"/>
            <w:shd w:val="clear" w:color="auto" w:fill="E8E8E8"/>
          </w:tcPr>
          <w:p>
            <w:pPr>
              <w:spacing w:after="0"/>
              <w:jc w:val="left"/>
            </w:pPr>
            <w:r>
              <w:rPr>
                <w:b/>
                <w:sz w:val="16"/>
              </w:rPr>
              <w:t>Notes</w:t>
            </w:r>
          </w:p>
        </w:tc>
      </w:tr>
      <w:tr>
        <w:trPr>
          <w:cantSplit/>
        </w:trPr>
        <w:tc>
          <w:tcPr>
            <w:tcW w:type="dxa" w:w="1675"/>
          </w:tcPr>
          <w:p>
            <w:pPr>
              <w:spacing w:after="0"/>
              <w:jc w:val="left"/>
            </w:pPr>
            <w:r>
              <w:rPr>
                <w:sz w:val="16"/>
              </w:rPr>
              <w:t>Rochester town</w:t>
            </w:r>
          </w:p>
        </w:tc>
        <w:tc>
          <w:tcPr>
            <w:tcW w:type="dxa" w:w="779"/>
          </w:tcPr>
          <w:p>
            <w:pPr>
              <w:spacing w:after="0"/>
              <w:jc w:val="left"/>
            </w:pPr>
            <w:r>
              <w:rPr>
                <w:sz w:val="16"/>
              </w:rPr>
              <w:t>Town</w:t>
            </w:r>
          </w:p>
        </w:tc>
        <w:tc>
          <w:tcPr>
            <w:tcW w:type="dxa" w:w="3177"/>
          </w:tcPr>
          <w:p>
            <w:pPr>
              <w:spacing w:after="0"/>
              <w:jc w:val="left"/>
            </w:pPr>
            <w:r>
              <w:rPr>
                <w:sz w:val="16"/>
              </w:rPr>
              <w:t>Approved, expires 2031-03-12</w:t>
            </w:r>
          </w:p>
        </w:tc>
        <w:tc>
          <w:tcPr>
            <w:tcW w:type="dxa" w:w="2998"/>
          </w:tcPr>
          <w:p>
            <w:pPr>
              <w:spacing w:after="0"/>
              <w:jc w:val="left"/>
            </w:pPr>
            <w:r>
              <w:rPr>
                <w:sz w:val="16"/>
              </w:rPr>
              <w:t>Town of Rochester, Vermont 2026 Local Hazard Mitigation Plan (FEMA plan 111668)</w:t>
            </w:r>
          </w:p>
        </w:tc>
        <w:tc>
          <w:tcPr>
            <w:tcW w:type="dxa" w:w="1246"/>
          </w:tcPr>
          <w:p>
            <w:pPr>
              <w:spacing w:after="0"/>
              <w:jc w:val="left"/>
            </w:pPr>
            <w:r>
              <w:rPr>
                <w:sz w:val="16"/>
              </w:rPr>
              <w:t>2026-03-13</w:t>
            </w:r>
          </w:p>
        </w:tc>
        <w:tc>
          <w:tcPr>
            <w:tcW w:type="dxa" w:w="1246"/>
          </w:tcPr>
          <w:p>
            <w:pPr>
              <w:spacing w:after="0"/>
              <w:jc w:val="left"/>
            </w:pPr>
            <w:r>
              <w:rPr>
                <w:sz w:val="16"/>
              </w:rPr>
              <w:t>2031-03-12</w:t>
            </w:r>
          </w:p>
        </w:tc>
        <w:tc>
          <w:tcPr>
            <w:tcW w:type="dxa" w:w="1074"/>
          </w:tcPr>
          <w:p>
            <w:pPr>
              <w:spacing w:after="0"/>
              <w:jc w:val="right"/>
            </w:pPr>
            <w:r>
              <w:rPr>
                <w:sz w:val="16"/>
              </w:rPr>
              <w:t>1,626</w:t>
            </w:r>
          </w:p>
        </w:tc>
        <w:tc>
          <w:tcPr>
            <w:tcW w:type="dxa" w:w="1139"/>
          </w:tcPr>
          <w:p>
            <w:pPr>
              <w:spacing w:after="0"/>
              <w:jc w:val="left"/>
            </w:pPr>
          </w:p>
        </w:tc>
        <w:tc>
          <w:tcPr>
            <w:tcW w:type="dxa" w:w="77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Windsor County, county-level (county FIPS 50027);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335"/>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278"/>
          </w:tcPr>
          <w:p>
            <w:pPr>
              <w:spacing w:after="0"/>
              <w:jc w:val="right"/>
            </w:pPr>
            <w:r>
              <w:rPr>
                <w:sz w:val="16"/>
              </w:rPr>
              <w:t>$458,753</w:t>
            </w:r>
          </w:p>
        </w:tc>
        <w:tc>
          <w:tcPr>
            <w:tcW w:type="dxa" w:w="1159"/>
          </w:tcPr>
          <w:p>
            <w:pPr>
              <w:spacing w:after="0"/>
              <w:jc w:val="right"/>
            </w:pPr>
            <w:r>
              <w:rPr>
                <w:sz w:val="16"/>
              </w:rPr>
              <w:t>$19,395,729</w:t>
            </w:r>
          </w:p>
        </w:tc>
        <w:tc>
          <w:tcPr>
            <w:tcW w:type="dxa" w:w="1153"/>
          </w:tcPr>
          <w:p>
            <w:pPr>
              <w:spacing w:after="0"/>
              <w:jc w:val="right"/>
            </w:pPr>
            <w:r>
              <w:rPr>
                <w:sz w:val="16"/>
              </w:rPr>
              <w:t>65</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Cold Wave</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278"/>
          </w:tcPr>
          <w:p>
            <w:pPr>
              <w:spacing w:after="0"/>
              <w:jc w:val="right"/>
            </w:pPr>
            <w:r>
              <w:rPr>
                <w:sz w:val="16"/>
              </w:rPr>
              <w:t>$1,300,166</w:t>
            </w:r>
          </w:p>
        </w:tc>
        <w:tc>
          <w:tcPr>
            <w:tcW w:type="dxa" w:w="1159"/>
          </w:tcPr>
          <w:p>
            <w:pPr>
              <w:spacing w:after="0"/>
              <w:jc w:val="right"/>
            </w:pPr>
            <w:r>
              <w:rPr>
                <w:sz w:val="16"/>
              </w:rPr>
              <w:t>$1,347,723</w:t>
            </w:r>
          </w:p>
        </w:tc>
        <w:tc>
          <w:tcPr>
            <w:tcW w:type="dxa" w:w="1153"/>
          </w:tcPr>
          <w:p>
            <w:pPr>
              <w:spacing w:after="0"/>
              <w:jc w:val="right"/>
            </w:pPr>
            <w:r>
              <w:rPr>
                <w:sz w:val="16"/>
              </w:rPr>
              <w:t>28</w:t>
            </w:r>
          </w:p>
        </w:tc>
        <w:tc>
          <w:tcPr>
            <w:tcW w:type="dxa" w:w="2060"/>
          </w:tcPr>
          <w:p>
            <w:pPr>
              <w:spacing w:after="0"/>
              <w:jc w:val="left"/>
            </w:pPr>
          </w:p>
        </w:tc>
        <w:tc>
          <w:tcPr>
            <w:tcW w:type="dxa" w:w="1988"/>
          </w:tcPr>
          <w:p>
            <w:pPr>
              <w:spacing w:after="0"/>
              <w:jc w:val="left"/>
            </w:pPr>
            <w:r>
              <w:rPr>
                <w:sz w:val="16"/>
              </w:rPr>
              <w:t>Includes 4 Frost/Freeze records, event types the NRI definition of this hazard leaves out.</w:t>
            </w:r>
          </w:p>
        </w:tc>
      </w:tr>
      <w:tr>
        <w:trPr>
          <w:cantSplit/>
        </w:trPr>
        <w:tc>
          <w:tcPr>
            <w:tcW w:type="dxa" w:w="680"/>
          </w:tcPr>
          <w:p>
            <w:pPr>
              <w:spacing w:after="0"/>
              <w:jc w:val="right"/>
            </w:pPr>
            <w:r>
              <w:rPr>
                <w:sz w:val="16"/>
              </w:rPr>
              <w:t>3</w:t>
            </w:r>
          </w:p>
        </w:tc>
        <w:tc>
          <w:tcPr>
            <w:tcW w:type="dxa" w:w="1037"/>
          </w:tcPr>
          <w:p>
            <w:pPr>
              <w:spacing w:after="0"/>
              <w:jc w:val="left"/>
            </w:pPr>
            <w:r>
              <w:rPr>
                <w:sz w:val="16"/>
              </w:rPr>
              <w:t>Heat Wave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278"/>
          </w:tcPr>
          <w:p>
            <w:pPr>
              <w:spacing w:after="0"/>
              <w:jc w:val="right"/>
            </w:pPr>
            <w:r>
              <w:rPr>
                <w:sz w:val="16"/>
              </w:rPr>
              <w:t>$977,288</w:t>
            </w:r>
          </w:p>
        </w:tc>
        <w:tc>
          <w:tcPr>
            <w:tcW w:type="dxa" w:w="1159"/>
          </w:tcPr>
          <w:p>
            <w:pPr>
              <w:spacing w:after="0"/>
              <w:jc w:val="right"/>
            </w:pPr>
            <w:r>
              <w:rPr>
                <w:sz w:val="16"/>
              </w:rPr>
              <w:t>$1,027,538</w:t>
            </w:r>
          </w:p>
        </w:tc>
        <w:tc>
          <w:tcPr>
            <w:tcW w:type="dxa" w:w="1153"/>
          </w:tcPr>
          <w:p>
            <w:pPr>
              <w:spacing w:after="0"/>
              <w:jc w:val="right"/>
            </w:pPr>
            <w:r>
              <w:rPr>
                <w:sz w:val="16"/>
              </w:rPr>
              <w:t>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Hurricane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278"/>
          </w:tcPr>
          <w:p>
            <w:pPr>
              <w:spacing w:after="0"/>
              <w:jc w:val="right"/>
            </w:pPr>
            <w:r>
              <w:rPr>
                <w:sz w:val="16"/>
              </w:rPr>
              <w:t>$29,560</w:t>
            </w:r>
          </w:p>
        </w:tc>
        <w:tc>
          <w:tcPr>
            <w:tcW w:type="dxa" w:w="1159"/>
          </w:tcPr>
          <w:p>
            <w:pPr>
              <w:spacing w:after="0"/>
              <w:jc w:val="right"/>
            </w:pPr>
            <w:r>
              <w:rPr>
                <w:sz w:val="16"/>
              </w:rPr>
              <w:t>$880,469</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4 times; no Storm Events record of this type.</w:t>
            </w:r>
          </w:p>
        </w:tc>
      </w:tr>
      <w:tr>
        <w:trPr>
          <w:cantSplit/>
        </w:trPr>
        <w:tc>
          <w:tcPr>
            <w:tcW w:type="dxa" w:w="680"/>
          </w:tcPr>
          <w:p>
            <w:pPr>
              <w:spacing w:after="0"/>
              <w:jc w:val="right"/>
            </w:pPr>
            <w:r>
              <w:rPr>
                <w:sz w:val="16"/>
              </w:rPr>
              <w:t>5</w:t>
            </w:r>
          </w:p>
        </w:tc>
        <w:tc>
          <w:tcPr>
            <w:tcW w:type="dxa" w:w="1037"/>
          </w:tcPr>
          <w:p>
            <w:pPr>
              <w:spacing w:after="0"/>
              <w:jc w:val="left"/>
            </w:pPr>
            <w:r>
              <w:rPr>
                <w:sz w:val="16"/>
              </w:rPr>
              <w:t>Tornado</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278"/>
          </w:tcPr>
          <w:p>
            <w:pPr>
              <w:spacing w:after="0"/>
              <w:jc w:val="right"/>
            </w:pPr>
            <w:r>
              <w:rPr>
                <w:sz w:val="16"/>
              </w:rPr>
              <w:t>$292,651</w:t>
            </w:r>
          </w:p>
        </w:tc>
        <w:tc>
          <w:tcPr>
            <w:tcW w:type="dxa" w:w="1159"/>
          </w:tcPr>
          <w:p>
            <w:pPr>
              <w:spacing w:after="0"/>
              <w:jc w:val="right"/>
            </w:pPr>
            <w:r>
              <w:rPr>
                <w:sz w:val="16"/>
              </w:rPr>
              <w:t>$584,563</w:t>
            </w:r>
          </w:p>
        </w:tc>
        <w:tc>
          <w:tcPr>
            <w:tcW w:type="dxa" w:w="1153"/>
          </w:tcPr>
          <w:p>
            <w:pPr>
              <w:spacing w:after="0"/>
              <w:jc w:val="right"/>
            </w:pPr>
            <w:r>
              <w:rPr>
                <w:sz w:val="16"/>
              </w:rPr>
              <w:t>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Lightning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$35,087</w:t>
            </w:r>
          </w:p>
        </w:tc>
        <w:tc>
          <w:tcPr>
            <w:tcW w:type="dxa" w:w="1126"/>
          </w:tcPr>
          <w:p>
            <w:pPr>
              <w:spacing w:after="0"/>
              <w:jc w:val="right"/>
            </w:pPr>
          </w:p>
        </w:tc>
        <w:tc>
          <w:tcPr>
            <w:tcW w:type="dxa" w:w="1278"/>
          </w:tcPr>
          <w:p>
            <w:pPr>
              <w:spacing w:after="0"/>
              <w:jc w:val="right"/>
            </w:pPr>
            <w:r>
              <w:rPr>
                <w:sz w:val="16"/>
              </w:rPr>
              <w:t>$447,802</w:t>
            </w:r>
          </w:p>
        </w:tc>
        <w:tc>
          <w:tcPr>
            <w:tcW w:type="dxa" w:w="1159"/>
          </w:tcPr>
          <w:p>
            <w:pPr>
              <w:spacing w:after="0"/>
              <w:jc w:val="right"/>
            </w:pPr>
            <w:r>
              <w:rPr>
                <w:sz w:val="16"/>
              </w:rPr>
              <w:t>$482,889</w:t>
            </w:r>
          </w:p>
        </w:tc>
        <w:tc>
          <w:tcPr>
            <w:tcW w:type="dxa" w:w="1153"/>
          </w:tcPr>
          <w:p>
            <w:pPr>
              <w:spacing w:after="0"/>
              <w:jc w:val="right"/>
            </w:pPr>
            <w:r>
              <w:rPr>
                <w:sz w:val="16"/>
              </w:rPr>
              <w:t>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Strong Wind</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278"/>
          </w:tcPr>
          <w:p>
            <w:pPr>
              <w:spacing w:after="0"/>
              <w:jc w:val="right"/>
            </w:pPr>
            <w:r>
              <w:rPr>
                <w:sz w:val="16"/>
              </w:rPr>
              <w:t>$130,484</w:t>
            </w:r>
          </w:p>
        </w:tc>
        <w:tc>
          <w:tcPr>
            <w:tcW w:type="dxa" w:w="1159"/>
          </w:tcPr>
          <w:p>
            <w:pPr>
              <w:spacing w:after="0"/>
              <w:jc w:val="right"/>
            </w:pPr>
            <w:r>
              <w:rPr>
                <w:sz w:val="16"/>
              </w:rPr>
              <w:t>$402,785</w:t>
            </w:r>
          </w:p>
        </w:tc>
        <w:tc>
          <w:tcPr>
            <w:tcW w:type="dxa" w:w="1153"/>
          </w:tcPr>
          <w:p>
            <w:pPr>
              <w:spacing w:after="0"/>
              <w:jc w:val="right"/>
            </w:pPr>
            <w:r>
              <w:rPr>
                <w:sz w:val="16"/>
              </w:rPr>
              <w:t>191</w:t>
            </w:r>
          </w:p>
        </w:tc>
        <w:tc>
          <w:tcPr>
            <w:tcW w:type="dxa" w:w="2060"/>
          </w:tcPr>
          <w:p>
            <w:pPr>
              <w:spacing w:after="0"/>
              <w:jc w:val="left"/>
            </w:pPr>
          </w:p>
        </w:tc>
        <w:tc>
          <w:tcPr>
            <w:tcW w:type="dxa" w:w="1988"/>
          </w:tcPr>
          <w:p>
            <w:pPr>
              <w:spacing w:after="0"/>
              <w:jc w:val="left"/>
            </w:pPr>
            <w:r>
              <w:rPr>
                <w:sz w:val="16"/>
              </w:rPr>
              <w:t>Includes 9 High Wind records and 32 Strong Wind records, event types the NRI definition of this hazard leaves out.</w:t>
            </w:r>
          </w:p>
        </w:tc>
      </w:tr>
      <w:tr>
        <w:trPr>
          <w:cantSplit/>
        </w:trPr>
        <w:tc>
          <w:tcPr>
            <w:tcW w:type="dxa" w:w="680"/>
          </w:tcPr>
          <w:p>
            <w:pPr>
              <w:spacing w:after="0"/>
              <w:jc w:val="right"/>
            </w:pPr>
            <w:r>
              <w:rPr>
                <w:sz w:val="16"/>
              </w:rPr>
              <w:t>8</w:t>
            </w:r>
          </w:p>
        </w:tc>
        <w:tc>
          <w:tcPr>
            <w:tcW w:type="dxa" w:w="1037"/>
          </w:tcPr>
          <w:p>
            <w:pPr>
              <w:spacing w:after="0"/>
              <w:jc w:val="left"/>
            </w:pPr>
            <w:r>
              <w:rPr>
                <w:sz w:val="16"/>
              </w:rPr>
              <w:t>Earthquake</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$338,018</w:t>
            </w:r>
          </w:p>
        </w:tc>
        <w:tc>
          <w:tcPr>
            <w:tcW w:type="dxa" w:w="1126"/>
          </w:tcPr>
          <w:p>
            <w:pPr>
              <w:spacing w:after="0"/>
              <w:jc w:val="right"/>
            </w:pPr>
          </w:p>
        </w:tc>
        <w:tc>
          <w:tcPr>
            <w:tcW w:type="dxa" w:w="1278"/>
          </w:tcPr>
          <w:p>
            <w:pPr>
              <w:spacing w:after="0"/>
              <w:jc w:val="right"/>
            </w:pPr>
            <w:r>
              <w:rPr>
                <w:sz w:val="16"/>
              </w:rPr>
              <w:t>$42,029</w:t>
            </w:r>
          </w:p>
        </w:tc>
        <w:tc>
          <w:tcPr>
            <w:tcW w:type="dxa" w:w="1159"/>
          </w:tcPr>
          <w:p>
            <w:pPr>
              <w:spacing w:after="0"/>
              <w:jc w:val="right"/>
            </w:pPr>
            <w:r>
              <w:rPr>
                <w:sz w:val="16"/>
              </w:rPr>
              <w:t>$380,046</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9</w:t>
            </w:r>
          </w:p>
        </w:tc>
        <w:tc>
          <w:tcPr>
            <w:tcW w:type="dxa" w:w="1037"/>
          </w:tcPr>
          <w:p>
            <w:pPr>
              <w:spacing w:after="0"/>
              <w:jc w:val="left"/>
            </w:pPr>
            <w:r>
              <w:rPr>
                <w:sz w:val="16"/>
              </w:rPr>
              <w:t>Ice Storm</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$240,156</w:t>
            </w:r>
          </w:p>
        </w:tc>
        <w:tc>
          <w:tcPr>
            <w:tcW w:type="dxa" w:w="1126"/>
          </w:tcPr>
          <w:p>
            <w:pPr>
              <w:spacing w:after="0"/>
              <w:jc w:val="right"/>
            </w:pPr>
          </w:p>
        </w:tc>
        <w:tc>
          <w:tcPr>
            <w:tcW w:type="dxa" w:w="1278"/>
          </w:tcPr>
          <w:p>
            <w:pPr>
              <w:spacing w:after="0"/>
              <w:jc w:val="right"/>
            </w:pPr>
            <w:r>
              <w:rPr>
                <w:sz w:val="16"/>
              </w:rPr>
              <w:t>$16,091</w:t>
            </w:r>
          </w:p>
        </w:tc>
        <w:tc>
          <w:tcPr>
            <w:tcW w:type="dxa" w:w="1159"/>
          </w:tcPr>
          <w:p>
            <w:pPr>
              <w:spacing w:after="0"/>
              <w:jc w:val="right"/>
            </w:pPr>
            <w:r>
              <w:rPr>
                <w:sz w:val="16"/>
              </w:rPr>
              <w:t>$256,247</w:t>
            </w:r>
          </w:p>
        </w:tc>
        <w:tc>
          <w:tcPr>
            <w:tcW w:type="dxa" w:w="1153"/>
          </w:tcPr>
          <w:p>
            <w:pPr>
              <w:spacing w:after="0"/>
              <w:jc w:val="right"/>
            </w:pPr>
            <w:r>
              <w:rPr>
                <w:sz w:val="16"/>
              </w:rPr>
              <w:t>2</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Winter Weather</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278"/>
          </w:tcPr>
          <w:p>
            <w:pPr>
              <w:spacing w:after="0"/>
              <w:jc w:val="right"/>
            </w:pPr>
            <w:r>
              <w:rPr>
                <w:sz w:val="16"/>
              </w:rPr>
              <w:t>$99,504</w:t>
            </w:r>
          </w:p>
        </w:tc>
        <w:tc>
          <w:tcPr>
            <w:tcW w:type="dxa" w:w="1159"/>
          </w:tcPr>
          <w:p>
            <w:pPr>
              <w:spacing w:after="0"/>
              <w:jc w:val="right"/>
            </w:pPr>
            <w:r>
              <w:rPr>
                <w:sz w:val="16"/>
              </w:rPr>
              <w:t>$187,318</w:t>
            </w:r>
          </w:p>
        </w:tc>
        <w:tc>
          <w:tcPr>
            <w:tcW w:type="dxa" w:w="1153"/>
          </w:tcPr>
          <w:p>
            <w:pPr>
              <w:spacing w:after="0"/>
              <w:jc w:val="right"/>
            </w:pPr>
            <w:r>
              <w:rPr>
                <w:sz w:val="16"/>
              </w:rPr>
              <w:t>273</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Hail</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278"/>
          </w:tcPr>
          <w:p>
            <w:pPr>
              <w:spacing w:after="0"/>
              <w:jc w:val="right"/>
            </w:pPr>
            <w:r>
              <w:rPr>
                <w:sz w:val="16"/>
              </w:rPr>
              <w:t>$95,518</w:t>
            </w:r>
          </w:p>
        </w:tc>
        <w:tc>
          <w:tcPr>
            <w:tcW w:type="dxa" w:w="1159"/>
          </w:tcPr>
          <w:p>
            <w:pPr>
              <w:spacing w:after="0"/>
              <w:jc w:val="right"/>
            </w:pPr>
            <w:r>
              <w:rPr>
                <w:sz w:val="16"/>
              </w:rPr>
              <w:t>$107,396</w:t>
            </w:r>
          </w:p>
        </w:tc>
        <w:tc>
          <w:tcPr>
            <w:tcW w:type="dxa" w:w="1153"/>
          </w:tcPr>
          <w:p>
            <w:pPr>
              <w:spacing w:after="0"/>
              <w:jc w:val="right"/>
            </w:pPr>
            <w:r>
              <w:rPr>
                <w:sz w:val="16"/>
              </w:rPr>
              <w:t>54</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Landslide</w:t>
            </w:r>
          </w:p>
        </w:tc>
        <w:tc>
          <w:tcPr>
            <w:tcW w:type="dxa" w:w="1169"/>
          </w:tcPr>
          <w:p>
            <w:pPr>
              <w:spacing w:after="0"/>
              <w:jc w:val="left"/>
            </w:pPr>
            <w:r>
              <w:rPr>
                <w:sz w:val="16"/>
              </w:rPr>
              <w:t>Relatively Moderate</w:t>
            </w:r>
          </w:p>
        </w:tc>
        <w:tc>
          <w:tcPr>
            <w:tcW w:type="dxa" w:w="1335"/>
          </w:tcPr>
          <w:p>
            <w:pPr>
              <w:spacing w:after="0"/>
              <w:jc w:val="left"/>
            </w:pPr>
            <w:r>
              <w:rPr>
                <w:sz w:val="16"/>
              </w:rPr>
              <w:t>Relatively Low</w:t>
            </w:r>
          </w:p>
        </w:tc>
        <w:tc>
          <w:tcPr>
            <w:tcW w:type="dxa" w:w="1126"/>
          </w:tcPr>
          <w:p>
            <w:pPr>
              <w:spacing w:after="0"/>
              <w:jc w:val="right"/>
            </w:pPr>
            <w:r>
              <w:rPr>
                <w:sz w:val="16"/>
              </w:rPr>
              <w:t>$44,413</w:t>
            </w:r>
          </w:p>
        </w:tc>
        <w:tc>
          <w:tcPr>
            <w:tcW w:type="dxa" w:w="1126"/>
          </w:tcPr>
          <w:p>
            <w:pPr>
              <w:spacing w:after="0"/>
              <w:jc w:val="right"/>
            </w:pPr>
          </w:p>
        </w:tc>
        <w:tc>
          <w:tcPr>
            <w:tcW w:type="dxa" w:w="1278"/>
          </w:tcPr>
          <w:p>
            <w:pPr>
              <w:spacing w:after="0"/>
              <w:jc w:val="right"/>
            </w:pPr>
            <w:r>
              <w:rPr>
                <w:sz w:val="16"/>
              </w:rPr>
              <w:t>$22,574</w:t>
            </w:r>
          </w:p>
        </w:tc>
        <w:tc>
          <w:tcPr>
            <w:tcW w:type="dxa" w:w="1159"/>
          </w:tcPr>
          <w:p>
            <w:pPr>
              <w:spacing w:after="0"/>
              <w:jc w:val="right"/>
            </w:pPr>
            <w:r>
              <w:rPr>
                <w:sz w:val="16"/>
              </w:rPr>
              <w:t>$66,987</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278"/>
          </w:tcPr>
          <w:p>
            <w:pPr>
              <w:spacing w:after="0"/>
              <w:jc w:val="right"/>
            </w:pPr>
            <w:r>
              <w:rPr>
                <w:sz w:val="16"/>
              </w:rPr>
              <w:t>$1,139</w:t>
            </w:r>
          </w:p>
        </w:tc>
        <w:tc>
          <w:tcPr>
            <w:tcW w:type="dxa" w:w="1159"/>
          </w:tcPr>
          <w:p>
            <w:pPr>
              <w:spacing w:after="0"/>
              <w:jc w:val="right"/>
            </w:pPr>
            <w:r>
              <w:rPr>
                <w:sz w:val="16"/>
              </w:rPr>
              <w:t>$13,490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Avalanche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78"/>
          </w:tcPr>
          <w:p>
            <w:pPr>
              <w:spacing w:after="0"/>
              <w:jc w:val="right"/>
            </w:pPr>
            <w:r>
              <w:rPr>
                <w:sz w:val="16"/>
              </w:rPr>
              <w:t>$1,074</w:t>
            </w:r>
          </w:p>
        </w:tc>
        <w:tc>
          <w:tcPr>
            <w:tcW w:type="dxa" w:w="1159"/>
          </w:tcPr>
          <w:p>
            <w:pPr>
              <w:spacing w:after="0"/>
              <w:jc w:val="right"/>
            </w:pPr>
            <w:r>
              <w:rPr>
                <w:sz w:val="16"/>
              </w:rPr>
              <w:t>$1,075</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15</w:t>
            </w:r>
          </w:p>
        </w:tc>
        <w:tc>
          <w:tcPr>
            <w:tcW w:type="dxa" w:w="1037"/>
          </w:tcPr>
          <w:p>
            <w:pPr>
              <w:spacing w:after="0"/>
              <w:jc w:val="left"/>
            </w:pPr>
            <w:r>
              <w:rPr>
                <w:sz w:val="16"/>
              </w:rPr>
              <w:t>Drought</w:t>
            </w:r>
          </w:p>
        </w:tc>
        <w:tc>
          <w:tcPr>
            <w:tcW w:type="dxa" w:w="1169"/>
          </w:tcPr>
          <w:p>
            <w:pPr>
              <w:spacing w:after="0"/>
              <w:jc w:val="left"/>
            </w:pPr>
            <w:r>
              <w:rPr>
                <w:sz w:val="16"/>
              </w:rPr>
              <w:t>No Rating</w:t>
            </w:r>
          </w:p>
        </w:tc>
        <w:tc>
          <w:tcPr>
            <w:tcW w:type="dxa" w:w="1335"/>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8"/>
          </w:tcPr>
          <w:p>
            <w:pPr>
              <w:spacing w:after="0"/>
              <w:jc w:val="right"/>
            </w:pPr>
          </w:p>
        </w:tc>
        <w:tc>
          <w:tcPr>
            <w:tcW w:type="dxa" w:w="1159"/>
          </w:tcPr>
          <w:p>
            <w:pPr>
              <w:spacing w:after="0"/>
              <w:jc w:val="right"/>
            </w:pPr>
            <w:r>
              <w:rPr>
                <w:sz w:val="16"/>
              </w:rPr>
              <w:t>$0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Windsor County, county-level (county FIPS 50027);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19 of 19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Windsor County, county-level (county FIPS 50027);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3"/>
        <w:gridCol w:w="1673"/>
        <w:gridCol w:w="1479"/>
        <w:gridCol w:w="1713"/>
        <w:gridCol w:w="2147"/>
        <w:gridCol w:w="1545"/>
        <w:gridCol w:w="1813"/>
        <w:gridCol w:w="2100"/>
      </w:tblGrid>
      <w:tr>
        <w:trPr>
          <w:cantSplit/>
          <w:tblHeader/>
        </w:trPr>
        <w:tc>
          <w:tcPr>
            <w:tcW w:type="dxa" w:w="1643"/>
            <w:shd w:val="clear" w:color="auto" w:fill="E8E8E8"/>
          </w:tcPr>
          <w:p>
            <w:pPr>
              <w:spacing w:after="0"/>
              <w:jc w:val="left"/>
            </w:pPr>
            <w:r>
              <w:rPr>
                <w:b/>
                <w:sz w:val="16"/>
              </w:rPr>
              <w:t>Hazard</w:t>
            </w:r>
          </w:p>
        </w:tc>
        <w:tc>
          <w:tcPr>
            <w:tcW w:type="dxa" w:w="1673"/>
            <w:shd w:val="clear" w:color="auto" w:fill="E8E8E8"/>
          </w:tcPr>
          <w:p>
            <w:pPr>
              <w:spacing w:after="0"/>
              <w:jc w:val="left"/>
            </w:pPr>
            <w:r>
              <w:rPr>
                <w:b/>
                <w:sz w:val="16"/>
              </w:rPr>
              <w:t>Scale</w:t>
            </w:r>
          </w:p>
        </w:tc>
        <w:tc>
          <w:tcPr>
            <w:tcW w:type="dxa" w:w="1479"/>
            <w:shd w:val="clear" w:color="auto" w:fill="E8E8E8"/>
          </w:tcPr>
          <w:p>
            <w:pPr>
              <w:spacing w:after="0"/>
              <w:jc w:val="right"/>
            </w:pPr>
            <w:r>
              <w:rPr>
                <w:b/>
                <w:sz w:val="16"/>
              </w:rPr>
              <w:t>Records</w:t>
            </w:r>
          </w:p>
          <w:p>
            <w:pPr>
              <w:spacing w:after="0"/>
              <w:jc w:val="right"/>
            </w:pPr>
            <w:r>
              <w:rPr>
                <w:i/>
                <w:color w:val="555555"/>
                <w:sz w:val="14"/>
              </w:rPr>
              <w:t>count, years</w:t>
            </w:r>
          </w:p>
        </w:tc>
        <w:tc>
          <w:tcPr>
            <w:tcW w:type="dxa" w:w="1713"/>
            <w:shd w:val="clear" w:color="auto" w:fill="E8E8E8"/>
          </w:tcPr>
          <w:p>
            <w:pPr>
              <w:spacing w:after="0"/>
              <w:jc w:val="left"/>
            </w:pPr>
            <w:r>
              <w:rPr>
                <w:b/>
                <w:sz w:val="16"/>
              </w:rPr>
              <w:t>Observed range</w:t>
            </w:r>
          </w:p>
        </w:tc>
        <w:tc>
          <w:tcPr>
            <w:tcW w:type="dxa" w:w="2147"/>
            <w:shd w:val="clear" w:color="auto" w:fill="E8E8E8"/>
          </w:tcPr>
          <w:p>
            <w:pPr>
              <w:spacing w:after="0"/>
              <w:jc w:val="left"/>
            </w:pPr>
            <w:r>
              <w:rPr>
                <w:b/>
                <w:sz w:val="16"/>
              </w:rPr>
              <w:t>Worst recorded event</w:t>
            </w:r>
          </w:p>
        </w:tc>
        <w:tc>
          <w:tcPr>
            <w:tcW w:type="dxa" w:w="1545"/>
            <w:shd w:val="clear" w:color="auto" w:fill="E8E8E8"/>
          </w:tcPr>
          <w:p>
            <w:pPr>
              <w:spacing w:after="0"/>
              <w:jc w:val="left"/>
            </w:pPr>
            <w:r>
              <w:rPr>
                <w:b/>
                <w:sz w:val="16"/>
              </w:rPr>
              <w:t>Most damaging (when different)</w:t>
            </w:r>
          </w:p>
        </w:tc>
        <w:tc>
          <w:tcPr>
            <w:tcW w:type="dxa" w:w="1813"/>
            <w:shd w:val="clear" w:color="auto" w:fill="E8E8E8"/>
          </w:tcPr>
          <w:p>
            <w:pPr>
              <w:spacing w:after="0"/>
              <w:jc w:val="left"/>
            </w:pPr>
            <w:r>
              <w:rPr>
                <w:b/>
                <w:sz w:val="16"/>
              </w:rPr>
              <w:t>Where in the county</w:t>
            </w:r>
          </w:p>
        </w:tc>
        <w:tc>
          <w:tcPr>
            <w:tcW w:type="dxa" w:w="2100"/>
            <w:shd w:val="clear" w:color="auto" w:fill="E8E8E8"/>
          </w:tcPr>
          <w:p>
            <w:pPr>
              <w:spacing w:after="0"/>
              <w:jc w:val="left"/>
            </w:pPr>
            <w:r>
              <w:rPr>
                <w:b/>
                <w:sz w:val="16"/>
              </w:rPr>
              <w:t>Note</w:t>
            </w:r>
          </w:p>
        </w:tc>
      </w:tr>
      <w:tr>
        <w:trPr>
          <w:cantSplit/>
        </w:trPr>
        <w:tc>
          <w:tcPr>
            <w:tcW w:type="dxa" w:w="1643"/>
          </w:tcPr>
          <w:p>
            <w:pPr>
              <w:spacing w:after="0"/>
              <w:jc w:val="left"/>
            </w:pPr>
            <w:r>
              <w:rPr>
                <w:sz w:val="16"/>
              </w:rPr>
              <w:t>Avalanche</w:t>
            </w:r>
          </w:p>
        </w:tc>
        <w:tc>
          <w:tcPr>
            <w:tcW w:type="dxa" w:w="1673"/>
          </w:tcPr>
          <w:p>
            <w:pPr>
              <w:spacing w:after="0"/>
              <w:jc w:val="left"/>
            </w:pPr>
            <w:r>
              <w:rPr>
                <w:sz w:val="16"/>
              </w:rPr>
              <w:t>none (count and damage)</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Coastal Flood, Storm Surge/Tide</w:t>
            </w:r>
          </w:p>
        </w:tc>
        <w:tc>
          <w:tcPr>
            <w:tcW w:type="dxa" w:w="1673"/>
          </w:tcPr>
          <w:p>
            <w:pPr>
              <w:spacing w:after="0"/>
              <w:jc w:val="left"/>
            </w:pPr>
            <w:r>
              <w:rPr>
                <w:sz w:val="16"/>
              </w:rPr>
              <w:t>none in data (FIRM for depth)</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Flood depth: see the FEMA Flood Insurance Rate Map.</w:t>
            </w:r>
          </w:p>
        </w:tc>
      </w:tr>
      <w:tr>
        <w:trPr>
          <w:cantSplit/>
        </w:trPr>
        <w:tc>
          <w:tcPr>
            <w:tcW w:type="dxa" w:w="1643"/>
          </w:tcPr>
          <w:p>
            <w:pPr>
              <w:spacing w:after="0"/>
              <w:jc w:val="left"/>
            </w:pPr>
            <w:r>
              <w:rPr>
                <w:sz w:val="16"/>
              </w:rPr>
              <w:t>Cold/Wind Chill, Extreme Cold/Wind Chill</w:t>
            </w:r>
          </w:p>
        </w:tc>
        <w:tc>
          <w:tcPr>
            <w:tcW w:type="dxa" w:w="1673"/>
          </w:tcPr>
          <w:p>
            <w:pPr>
              <w:spacing w:after="0"/>
              <w:jc w:val="left"/>
            </w:pPr>
            <w:r>
              <w:rPr>
                <w:sz w:val="16"/>
              </w:rPr>
              <w:t>wind chill</w:t>
            </w:r>
          </w:p>
        </w:tc>
        <w:tc>
          <w:tcPr>
            <w:tcW w:type="dxa" w:w="1479"/>
          </w:tcPr>
          <w:p>
            <w:pPr>
              <w:spacing w:after="0"/>
              <w:jc w:val="right"/>
            </w:pPr>
            <w:r>
              <w:rPr>
                <w:sz w:val="16"/>
              </w:rPr>
              <w:t>24, 1997 to 2026 (24 zone-level)</w:t>
            </w:r>
          </w:p>
        </w:tc>
        <w:tc>
          <w:tcPr>
            <w:tcW w:type="dxa" w:w="1713"/>
          </w:tcPr>
          <w:p>
            <w:pPr>
              <w:spacing w:after="0"/>
              <w:jc w:val="left"/>
            </w:pPr>
            <w:r>
              <w:rPr>
                <w:sz w:val="16"/>
              </w:rPr>
              <w:t>1 day to 28 days (median 2 days); 23 with a recorded value</w:t>
            </w:r>
          </w:p>
        </w:tc>
        <w:tc>
          <w:tcPr>
            <w:tcW w:type="dxa" w:w="2147"/>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Wind chill: in event narratives only; local data required.</w:t>
            </w:r>
          </w:p>
        </w:tc>
      </w:tr>
      <w:tr>
        <w:trPr>
          <w:cantSplit/>
        </w:trPr>
        <w:tc>
          <w:tcPr>
            <w:tcW w:type="dxa" w:w="1643"/>
          </w:tcPr>
          <w:p>
            <w:pPr>
              <w:spacing w:after="0"/>
              <w:jc w:val="left"/>
            </w:pPr>
            <w:r>
              <w:rPr>
                <w:sz w:val="16"/>
              </w:rPr>
              <w:t>Frost/Freeze (outside NRI Cold Wave definition)</w:t>
            </w:r>
          </w:p>
        </w:tc>
        <w:tc>
          <w:tcPr>
            <w:tcW w:type="dxa" w:w="1673"/>
          </w:tcPr>
          <w:p>
            <w:pPr>
              <w:spacing w:after="0"/>
              <w:jc w:val="left"/>
            </w:pPr>
            <w:r>
              <w:rPr>
                <w:sz w:val="16"/>
              </w:rPr>
              <w:t>crop damage</w:t>
            </w:r>
          </w:p>
        </w:tc>
        <w:tc>
          <w:tcPr>
            <w:tcW w:type="dxa" w:w="1479"/>
          </w:tcPr>
          <w:p>
            <w:pPr>
              <w:spacing w:after="0"/>
              <w:jc w:val="right"/>
            </w:pPr>
            <w:r>
              <w:rPr>
                <w:sz w:val="16"/>
              </w:rPr>
              <w:t>4, 2005 to 2023 (4 zone-level)</w:t>
            </w:r>
          </w:p>
        </w:tc>
        <w:tc>
          <w:tcPr>
            <w:tcW w:type="dxa" w:w="1713"/>
          </w:tcPr>
          <w:p>
            <w:pPr>
              <w:spacing w:after="0"/>
              <w:jc w:val="left"/>
            </w:pPr>
          </w:p>
        </w:tc>
        <w:tc>
          <w:tcPr>
            <w:tcW w:type="dxa" w:w="2147"/>
          </w:tcPr>
          <w:p>
            <w:pPr>
              <w:spacing w:after="0"/>
              <w:jc w:val="left"/>
            </w:pPr>
            <w:r>
              <w:rPr>
                <w:sz w:val="16"/>
              </w:rPr>
              <w:t>Frost/Freeze, 2023-05-18, $1,000,000 crop damage, reported for the zone (2023 dollars); NWS zone VTZ021 (EASTERN WINDSOR COUNTY), zone-level: may include parts of neighboring counties</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Temperature: in event narratives only; local data required.</w:t>
            </w:r>
          </w:p>
        </w:tc>
      </w:tr>
      <w:tr>
        <w:trPr>
          <w:cantSplit/>
        </w:trPr>
        <w:tc>
          <w:tcPr>
            <w:tcW w:type="dxa" w:w="1643"/>
          </w:tcPr>
          <w:p>
            <w:pPr>
              <w:spacing w:after="0"/>
              <w:jc w:val="left"/>
            </w:pPr>
            <w:r>
              <w:rPr>
                <w:sz w:val="16"/>
              </w:rPr>
              <w:t>Drought</w:t>
            </w:r>
          </w:p>
        </w:tc>
        <w:tc>
          <w:tcPr>
            <w:tcW w:type="dxa" w:w="1673"/>
          </w:tcPr>
          <w:p>
            <w:pPr>
              <w:spacing w:after="0"/>
              <w:jc w:val="left"/>
            </w:pPr>
            <w:r>
              <w:rPr>
                <w:sz w:val="16"/>
              </w:rPr>
              <w:t>US Drought Monitor D-scale</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3"/>
          </w:tcPr>
          <w:p>
            <w:pPr>
              <w:spacing w:after="0"/>
              <w:jc w:val="left"/>
            </w:pPr>
            <w:r>
              <w:rPr>
                <w:sz w:val="16"/>
              </w:rPr>
              <w:t>Earthquake</w:t>
            </w:r>
          </w:p>
        </w:tc>
        <w:tc>
          <w:tcPr>
            <w:tcW w:type="dxa" w:w="1673"/>
          </w:tcPr>
          <w:p>
            <w:pPr>
              <w:spacing w:after="0"/>
              <w:jc w:val="left"/>
            </w:pPr>
            <w:r>
              <w:rPr>
                <w:sz w:val="16"/>
              </w:rPr>
              <w:t>Modified Mercalli (local data)</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No Storm Events record; local data required (e.g., USGS).</w:t>
            </w:r>
          </w:p>
        </w:tc>
      </w:tr>
      <w:tr>
        <w:trPr>
          <w:cantSplit/>
        </w:trPr>
        <w:tc>
          <w:tcPr>
            <w:tcW w:type="dxa" w:w="1643"/>
          </w:tcPr>
          <w:p>
            <w:pPr>
              <w:spacing w:after="0"/>
              <w:jc w:val="left"/>
            </w:pPr>
            <w:r>
              <w:rPr>
                <w:sz w:val="16"/>
              </w:rPr>
              <w:t>Hail</w:t>
            </w:r>
          </w:p>
        </w:tc>
        <w:tc>
          <w:tcPr>
            <w:tcW w:type="dxa" w:w="1673"/>
          </w:tcPr>
          <w:p>
            <w:pPr>
              <w:spacing w:after="0"/>
              <w:jc w:val="left"/>
            </w:pPr>
            <w:r>
              <w:rPr>
                <w:sz w:val="16"/>
              </w:rPr>
              <w:t>hail size (inches)</w:t>
            </w:r>
          </w:p>
        </w:tc>
        <w:tc>
          <w:tcPr>
            <w:tcW w:type="dxa" w:w="1479"/>
          </w:tcPr>
          <w:p>
            <w:pPr>
              <w:spacing w:after="0"/>
              <w:jc w:val="right"/>
            </w:pPr>
            <w:r>
              <w:rPr>
                <w:sz w:val="16"/>
              </w:rPr>
              <w:t>64, 1955 to 2026</w:t>
            </w:r>
          </w:p>
        </w:tc>
        <w:tc>
          <w:tcPr>
            <w:tcW w:type="dxa" w:w="1713"/>
          </w:tcPr>
          <w:p>
            <w:pPr>
              <w:spacing w:after="0"/>
              <w:jc w:val="left"/>
            </w:pPr>
            <w:r>
              <w:rPr>
                <w:sz w:val="16"/>
              </w:rPr>
              <w:t>0.75 in to 1.75 in (median 0.88 in); 63 with a recorded value</w:t>
            </w:r>
          </w:p>
        </w:tc>
        <w:tc>
          <w:tcPr>
            <w:tcW w:type="dxa" w:w="2147"/>
          </w:tcPr>
          <w:p>
            <w:pPr>
              <w:spacing w:after="0"/>
              <w:jc w:val="left"/>
            </w:pPr>
            <w:r>
              <w:rPr>
                <w:sz w:val="16"/>
              </w:rPr>
              <w:t>1.75 in hail, 2012-05-29; same size also recorded on 1955-07-23, 1975-08-03, 1980-08-01, 2012-05-28</w:t>
            </w:r>
          </w:p>
        </w:tc>
        <w:tc>
          <w:tcPr>
            <w:tcW w:type="dxa" w:w="1545"/>
          </w:tcPr>
          <w:p>
            <w:pPr>
              <w:spacing w:after="0"/>
              <w:jc w:val="left"/>
            </w:pPr>
            <w:r>
              <w:rPr>
                <w:sz w:val="16"/>
              </w:rPr>
              <w:t>Hail, 2017-07-17, $5,000 property; $0 crops (2017 dollars)</w:t>
            </w:r>
          </w:p>
        </w:tc>
        <w:tc>
          <w:tcPr>
            <w:tcW w:type="dxa" w:w="1813"/>
          </w:tcPr>
          <w:p>
            <w:pPr>
              <w:spacing w:after="0"/>
              <w:jc w:val="left"/>
            </w:pPr>
            <w:r>
              <w:rPr>
                <w:sz w:val="16"/>
              </w:rPr>
              <w:t>Event records naming places in the county (county page list): Ludlow town (6 records), Ludlow village (6 records), Springfield town (6 records), Bethel town (4 records), Barnard town (3 records), Hartland town (3 records), Woodstock town (3 records), Norwich town (2 records), Pomfret town (2 records), Reading town (2 records); and 10 more places (see the XLSX file).</w:t>
            </w:r>
          </w:p>
        </w:tc>
        <w:tc>
          <w:tcPr>
            <w:tcW w:type="dxa" w:w="2100"/>
          </w:tcPr>
          <w:p>
            <w:pPr>
              <w:spacing w:after="0"/>
              <w:jc w:val="left"/>
            </w:pPr>
          </w:p>
        </w:tc>
      </w:tr>
      <w:tr>
        <w:trPr>
          <w:cantSplit/>
        </w:trPr>
        <w:tc>
          <w:tcPr>
            <w:tcW w:type="dxa" w:w="1643"/>
          </w:tcPr>
          <w:p>
            <w:pPr>
              <w:spacing w:after="0"/>
              <w:jc w:val="left"/>
            </w:pPr>
            <w:r>
              <w:rPr>
                <w:sz w:val="16"/>
              </w:rPr>
              <w:t>Excessive Heat, Heat</w:t>
            </w:r>
          </w:p>
        </w:tc>
        <w:tc>
          <w:tcPr>
            <w:tcW w:type="dxa" w:w="1673"/>
          </w:tcPr>
          <w:p>
            <w:pPr>
              <w:spacing w:after="0"/>
              <w:jc w:val="left"/>
            </w:pPr>
            <w:r>
              <w:rPr>
                <w:sz w:val="16"/>
              </w:rPr>
              <w:t>heat index (narratives)</w:t>
            </w:r>
          </w:p>
        </w:tc>
        <w:tc>
          <w:tcPr>
            <w:tcW w:type="dxa" w:w="1479"/>
          </w:tcPr>
          <w:p>
            <w:pPr>
              <w:spacing w:after="0"/>
              <w:jc w:val="right"/>
            </w:pPr>
            <w:r>
              <w:rPr>
                <w:sz w:val="16"/>
              </w:rPr>
              <w:t>7, 2006 to 2025 (7 zone-level)</w:t>
            </w:r>
          </w:p>
        </w:tc>
        <w:tc>
          <w:tcPr>
            <w:tcW w:type="dxa" w:w="1713"/>
          </w:tcPr>
          <w:p>
            <w:pPr>
              <w:spacing w:after="0"/>
              <w:jc w:val="left"/>
            </w:pPr>
            <w:r>
              <w:rPr>
                <w:sz w:val="16"/>
              </w:rPr>
              <w:t>1 day to 6 days (median 2 days); 5 with a recorded value</w:t>
            </w:r>
          </w:p>
        </w:tc>
        <w:tc>
          <w:tcPr>
            <w:tcW w:type="dxa" w:w="2147"/>
          </w:tcPr>
          <w:p>
            <w:pPr>
              <w:spacing w:after="0"/>
              <w:jc w:val="left"/>
            </w:pPr>
            <w:r>
              <w:rPr>
                <w:sz w:val="16"/>
              </w:rPr>
              <w:t>6 consecutive days, 2020-06-18 to 2020-06-23, zone-level</w:t>
            </w:r>
          </w:p>
        </w:tc>
        <w:tc>
          <w:tcPr>
            <w:tcW w:type="dxa" w:w="1545"/>
          </w:tcPr>
          <w:p>
            <w:pPr>
              <w:spacing w:after="0"/>
              <w:jc w:val="left"/>
            </w:pPr>
            <w:r>
              <w:rPr>
                <w:sz w:val="16"/>
              </w:rPr>
              <w:t>Heat, 2012-03-17, $0 property; $1,000,000 crops, reported for the zone (2012 dollars)</w:t>
            </w: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43"/>
          </w:tcPr>
          <w:p>
            <w:pPr>
              <w:spacing w:after="0"/>
              <w:jc w:val="left"/>
            </w:pPr>
            <w:r>
              <w:rPr>
                <w:sz w:val="16"/>
              </w:rPr>
              <w:t>Hurricane, Tropical Storm, Tropical Depression</w:t>
            </w:r>
          </w:p>
        </w:tc>
        <w:tc>
          <w:tcPr>
            <w:tcW w:type="dxa" w:w="1673"/>
          </w:tcPr>
          <w:p>
            <w:pPr>
              <w:spacing w:after="0"/>
              <w:jc w:val="left"/>
            </w:pPr>
            <w:r>
              <w:rPr>
                <w:sz w:val="16"/>
              </w:rPr>
              <w:t>Saffir-Simpson</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3"/>
          </w:tcPr>
          <w:p>
            <w:pPr>
              <w:spacing w:after="0"/>
              <w:jc w:val="left"/>
            </w:pPr>
            <w:r>
              <w:rPr>
                <w:sz w:val="16"/>
              </w:rPr>
              <w:t>Ice Storm</w:t>
            </w:r>
          </w:p>
        </w:tc>
        <w:tc>
          <w:tcPr>
            <w:tcW w:type="dxa" w:w="1673"/>
          </w:tcPr>
          <w:p>
            <w:pPr>
              <w:spacing w:after="0"/>
              <w:jc w:val="left"/>
            </w:pPr>
            <w:r>
              <w:rPr>
                <w:sz w:val="16"/>
              </w:rPr>
              <w:t>Sperry-Piltz (local data)</w:t>
            </w:r>
          </w:p>
        </w:tc>
        <w:tc>
          <w:tcPr>
            <w:tcW w:type="dxa" w:w="1479"/>
          </w:tcPr>
          <w:p>
            <w:pPr>
              <w:spacing w:after="0"/>
              <w:jc w:val="right"/>
            </w:pPr>
            <w:r>
              <w:rPr>
                <w:sz w:val="16"/>
              </w:rPr>
              <w:t>2, 1998 to 2025 (2 zone-level)</w:t>
            </w:r>
          </w:p>
        </w:tc>
        <w:tc>
          <w:tcPr>
            <w:tcW w:type="dxa" w:w="1713"/>
          </w:tcPr>
          <w:p>
            <w:pPr>
              <w:spacing w:after="0"/>
              <w:jc w:val="left"/>
            </w:pPr>
          </w:p>
        </w:tc>
        <w:tc>
          <w:tcPr>
            <w:tcW w:type="dxa" w:w="2147"/>
          </w:tcPr>
          <w:p>
            <w:pPr>
              <w:spacing w:after="0"/>
              <w:jc w:val="left"/>
            </w:pPr>
            <w:r>
              <w:rPr>
                <w:sz w:val="16"/>
              </w:rPr>
              <w:t>Ice Storm, 1998-01-06, $80,000 property; crops not reported, reported for the zone (1998 dollars); NWS zone VTZ012 (WINDSOR), zone-level: may include parts of neighboring counties</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Ice thickness: in event narratives only; local data required.</w:t>
            </w:r>
          </w:p>
        </w:tc>
      </w:tr>
      <w:tr>
        <w:trPr>
          <w:cantSplit/>
        </w:trPr>
        <w:tc>
          <w:tcPr>
            <w:tcW w:type="dxa" w:w="1643"/>
          </w:tcPr>
          <w:p>
            <w:pPr>
              <w:spacing w:after="0"/>
              <w:jc w:val="left"/>
            </w:pPr>
            <w:r>
              <w:rPr>
                <w:sz w:val="16"/>
              </w:rPr>
              <w:t>Flash Flood, Flood, Lakeshore Flood</w:t>
            </w:r>
          </w:p>
        </w:tc>
        <w:tc>
          <w:tcPr>
            <w:tcW w:type="dxa" w:w="1673"/>
          </w:tcPr>
          <w:p>
            <w:pPr>
              <w:spacing w:after="0"/>
              <w:jc w:val="left"/>
            </w:pPr>
            <w:r>
              <w:rPr>
                <w:sz w:val="16"/>
              </w:rPr>
              <w:t>damage and flood days (FIRM for depth)</w:t>
            </w:r>
          </w:p>
        </w:tc>
        <w:tc>
          <w:tcPr>
            <w:tcW w:type="dxa" w:w="1479"/>
          </w:tcPr>
          <w:p>
            <w:pPr>
              <w:spacing w:after="0"/>
              <w:jc w:val="right"/>
            </w:pPr>
            <w:r>
              <w:rPr>
                <w:sz w:val="16"/>
              </w:rPr>
              <w:t>65, 1996 to 2025 (10 zone-level)</w:t>
            </w:r>
          </w:p>
        </w:tc>
        <w:tc>
          <w:tcPr>
            <w:tcW w:type="dxa" w:w="1713"/>
          </w:tcPr>
          <w:p>
            <w:pPr>
              <w:spacing w:after="0"/>
              <w:jc w:val="left"/>
            </w:pPr>
          </w:p>
        </w:tc>
        <w:tc>
          <w:tcPr>
            <w:tcW w:type="dxa" w:w="2147"/>
          </w:tcPr>
          <w:p>
            <w:pPr>
              <w:spacing w:after="0"/>
              <w:jc w:val="left"/>
            </w:pPr>
            <w:r>
              <w:rPr>
                <w:sz w:val="16"/>
              </w:rPr>
              <w:t>Flash Flood, 2011-08-28, $100,000,000 property; $5,000,000 crops (2011 dollars)</w:t>
            </w:r>
          </w:p>
        </w:tc>
        <w:tc>
          <w:tcPr>
            <w:tcW w:type="dxa" w:w="1545"/>
          </w:tcPr>
          <w:p>
            <w:pPr>
              <w:spacing w:after="0"/>
              <w:jc w:val="left"/>
            </w:pPr>
          </w:p>
        </w:tc>
        <w:tc>
          <w:tcPr>
            <w:tcW w:type="dxa" w:w="1813"/>
          </w:tcPr>
          <w:p>
            <w:pPr>
              <w:spacing w:after="0"/>
              <w:jc w:val="left"/>
            </w:pPr>
            <w:r>
              <w:rPr>
                <w:sz w:val="16"/>
              </w:rPr>
              <w:t>Event records naming places in the county (county page list): Chester town (10 records), Bethel town (3 records), Ludlow town (3 records), Ludlow village (3 records), Rochester town (3 records), Springfield town (3 records), Stockbridge town (3 records), Sharon town (2 records), Weston town (2 records), Windsor town (2 records); and 5 more places (see the XLSX file). Zone-level records (10) apply countywide.</w:t>
            </w:r>
          </w:p>
        </w:tc>
        <w:tc>
          <w:tcPr>
            <w:tcW w:type="dxa" w:w="210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3"/>
          </w:tcPr>
          <w:p>
            <w:pPr>
              <w:spacing w:after="0"/>
              <w:jc w:val="left"/>
            </w:pPr>
            <w:r>
              <w:rPr>
                <w:sz w:val="16"/>
              </w:rPr>
              <w:t>Debris Flow</w:t>
            </w:r>
          </w:p>
        </w:tc>
        <w:tc>
          <w:tcPr>
            <w:tcW w:type="dxa" w:w="1673"/>
          </w:tcPr>
          <w:p>
            <w:pPr>
              <w:spacing w:after="0"/>
              <w:jc w:val="left"/>
            </w:pPr>
            <w:r>
              <w:rPr>
                <w:sz w:val="16"/>
              </w:rPr>
              <w:t>none (count and damage)</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Lightning</w:t>
            </w:r>
          </w:p>
        </w:tc>
        <w:tc>
          <w:tcPr>
            <w:tcW w:type="dxa" w:w="1673"/>
          </w:tcPr>
          <w:p>
            <w:pPr>
              <w:spacing w:after="0"/>
              <w:jc w:val="left"/>
            </w:pPr>
            <w:r>
              <w:rPr>
                <w:sz w:val="16"/>
              </w:rPr>
              <w:t>annualized frequency (the measure FEMA's Local Mitigation Planning Handbook names)</w:t>
            </w:r>
          </w:p>
        </w:tc>
        <w:tc>
          <w:tcPr>
            <w:tcW w:type="dxa" w:w="1479"/>
          </w:tcPr>
          <w:p>
            <w:pPr>
              <w:spacing w:after="0"/>
              <w:jc w:val="right"/>
            </w:pPr>
            <w:r>
              <w:rPr>
                <w:sz w:val="16"/>
              </w:rPr>
              <w:t>7, 2000 to 2007</w:t>
            </w:r>
          </w:p>
        </w:tc>
        <w:tc>
          <w:tcPr>
            <w:tcW w:type="dxa" w:w="1713"/>
          </w:tcPr>
          <w:p>
            <w:pPr>
              <w:spacing w:after="0"/>
              <w:jc w:val="left"/>
            </w:pPr>
          </w:p>
        </w:tc>
        <w:tc>
          <w:tcPr>
            <w:tcW w:type="dxa" w:w="2147"/>
          </w:tcPr>
          <w:p>
            <w:pPr>
              <w:spacing w:after="0"/>
              <w:jc w:val="left"/>
            </w:pPr>
            <w:r>
              <w:rPr>
                <w:sz w:val="16"/>
              </w:rPr>
              <w:t>Lightning, 2002-07-04, damage not reported, 1 direct death</w:t>
            </w:r>
          </w:p>
        </w:tc>
        <w:tc>
          <w:tcPr>
            <w:tcW w:type="dxa" w:w="1545"/>
          </w:tcPr>
          <w:p>
            <w:pPr>
              <w:spacing w:after="0"/>
              <w:jc w:val="left"/>
            </w:pPr>
            <w:r>
              <w:rPr>
                <w:sz w:val="16"/>
              </w:rPr>
              <w:t>Lightning, 2002-06-27, $50,000 property; crops not reported (2002 dollars)</w:t>
            </w:r>
          </w:p>
        </w:tc>
        <w:tc>
          <w:tcPr>
            <w:tcW w:type="dxa" w:w="1813"/>
          </w:tcPr>
          <w:p>
            <w:pPr>
              <w:spacing w:after="0"/>
              <w:jc w:val="left"/>
            </w:pPr>
            <w:r>
              <w:rPr>
                <w:sz w:val="16"/>
              </w:rPr>
              <w:t>Event records naming places in the county (county page list): Springfield town (2 records), Hartland town (1 record), Sharon town (1 record), Stockbridge town (1 record), Windsor town (1 record), Woodstock town (1 record), Woodstock village (1 record).</w:t>
            </w:r>
          </w:p>
        </w:tc>
        <w:tc>
          <w:tcPr>
            <w:tcW w:type="dxa" w:w="2100"/>
          </w:tcPr>
          <w:p>
            <w:pPr>
              <w:spacing w:after="0"/>
              <w:jc w:val="left"/>
            </w:pPr>
            <w:r>
              <w:rPr>
                <w:sz w:val="16"/>
              </w:rPr>
              <w:t>Storm Events lists lightning with damage or casualties; physical measure in event narratives only; local data required.</w:t>
            </w:r>
          </w:p>
        </w:tc>
      </w:tr>
      <w:tr>
        <w:trPr>
          <w:cantSplit/>
        </w:trPr>
        <w:tc>
          <w:tcPr>
            <w:tcW w:type="dxa" w:w="1643"/>
          </w:tcPr>
          <w:p>
            <w:pPr>
              <w:spacing w:after="0"/>
              <w:jc w:val="left"/>
            </w:pPr>
            <w:r>
              <w:rPr>
                <w:sz w:val="16"/>
              </w:rPr>
              <w:t>High Wind and Strong Wind (outside NRI Strong Wind definition)</w:t>
            </w:r>
          </w:p>
        </w:tc>
        <w:tc>
          <w:tcPr>
            <w:tcW w:type="dxa" w:w="1673"/>
          </w:tcPr>
          <w:p>
            <w:pPr>
              <w:spacing w:after="0"/>
              <w:jc w:val="left"/>
            </w:pPr>
            <w:r>
              <w:rPr>
                <w:sz w:val="16"/>
              </w:rPr>
              <w:t>wind speed (kt and mph)</w:t>
            </w:r>
          </w:p>
        </w:tc>
        <w:tc>
          <w:tcPr>
            <w:tcW w:type="dxa" w:w="1479"/>
          </w:tcPr>
          <w:p>
            <w:pPr>
              <w:spacing w:after="0"/>
              <w:jc w:val="right"/>
            </w:pPr>
            <w:r>
              <w:rPr>
                <w:sz w:val="16"/>
              </w:rPr>
              <w:t>41, 1996 to 2026 (41 zone-level)</w:t>
            </w:r>
          </w:p>
        </w:tc>
        <w:tc>
          <w:tcPr>
            <w:tcW w:type="dxa" w:w="1713"/>
          </w:tcPr>
          <w:p>
            <w:pPr>
              <w:spacing w:after="0"/>
              <w:jc w:val="left"/>
            </w:pPr>
            <w:r>
              <w:rPr>
                <w:sz w:val="16"/>
              </w:rPr>
              <w:t>30 kt (35 mph) to 50 kt (58 mph) (median 41 kt (47 mph)); 38 with a recorded value</w:t>
            </w:r>
          </w:p>
        </w:tc>
        <w:tc>
          <w:tcPr>
            <w:tcW w:type="dxa" w:w="2147"/>
          </w:tcPr>
          <w:p>
            <w:pPr>
              <w:spacing w:after="0"/>
              <w:jc w:val="left"/>
            </w:pPr>
            <w:r>
              <w:rPr>
                <w:sz w:val="16"/>
              </w:rPr>
              <w:t>50 kt (58 mph) estimated gust, High Wind, 2022-12-23; same speed and measurement basis also recorded on 2010-02-26; NWS zone VTZ020 (WESTERN WINDSOR COUNTY), zone-level: may include parts of neighboring counties</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p>
        </w:tc>
      </w:tr>
      <w:tr>
        <w:trPr>
          <w:cantSplit/>
        </w:trPr>
        <w:tc>
          <w:tcPr>
            <w:tcW w:type="dxa" w:w="1643"/>
          </w:tcPr>
          <w:p>
            <w:pPr>
              <w:spacing w:after="0"/>
              <w:jc w:val="left"/>
            </w:pPr>
            <w:r>
              <w:rPr>
                <w:sz w:val="16"/>
              </w:rPr>
              <w:t>Thunderstorm Wind</w:t>
            </w:r>
          </w:p>
        </w:tc>
        <w:tc>
          <w:tcPr>
            <w:tcW w:type="dxa" w:w="1673"/>
          </w:tcPr>
          <w:p>
            <w:pPr>
              <w:spacing w:after="0"/>
              <w:jc w:val="left"/>
            </w:pPr>
            <w:r>
              <w:rPr>
                <w:sz w:val="16"/>
              </w:rPr>
              <w:t>wind speed (kt and mph)</w:t>
            </w:r>
          </w:p>
        </w:tc>
        <w:tc>
          <w:tcPr>
            <w:tcW w:type="dxa" w:w="1479"/>
          </w:tcPr>
          <w:p>
            <w:pPr>
              <w:spacing w:after="0"/>
              <w:jc w:val="right"/>
            </w:pPr>
            <w:r>
              <w:rPr>
                <w:sz w:val="16"/>
              </w:rPr>
              <w:t>196, 1957 to 2026</w:t>
            </w:r>
          </w:p>
        </w:tc>
        <w:tc>
          <w:tcPr>
            <w:tcW w:type="dxa" w:w="1713"/>
          </w:tcPr>
          <w:p>
            <w:pPr>
              <w:spacing w:after="0"/>
              <w:jc w:val="left"/>
            </w:pPr>
            <w:r>
              <w:rPr>
                <w:sz w:val="16"/>
              </w:rPr>
              <w:t>50 kt (58 mph) to 100 kt (115 mph) (median 50 kt (58 mph)); 135 with a recorded value</w:t>
            </w:r>
          </w:p>
        </w:tc>
        <w:tc>
          <w:tcPr>
            <w:tcW w:type="dxa" w:w="2147"/>
          </w:tcPr>
          <w:p>
            <w:pPr>
              <w:spacing w:after="0"/>
              <w:jc w:val="left"/>
            </w:pPr>
            <w:r>
              <w:rPr>
                <w:sz w:val="16"/>
              </w:rPr>
              <w:t>100 kt (115 mph) estimated gust, Thunderstorm Wind, 2003-07-21, 1 direct injury</w:t>
            </w:r>
          </w:p>
        </w:tc>
        <w:tc>
          <w:tcPr>
            <w:tcW w:type="dxa" w:w="1545"/>
          </w:tcPr>
          <w:p>
            <w:pPr>
              <w:spacing w:after="0"/>
              <w:jc w:val="left"/>
            </w:pPr>
            <w:r>
              <w:rPr>
                <w:sz w:val="16"/>
              </w:rPr>
              <w:t>Thunderstorm Wind, 2021-06-30, $150,000 property; $0 crops (2021 dollars)</w:t>
            </w:r>
          </w:p>
        </w:tc>
        <w:tc>
          <w:tcPr>
            <w:tcW w:type="dxa" w:w="1813"/>
          </w:tcPr>
          <w:p>
            <w:pPr>
              <w:spacing w:after="0"/>
              <w:jc w:val="left"/>
            </w:pPr>
            <w:r>
              <w:rPr>
                <w:sz w:val="16"/>
              </w:rPr>
              <w:t>Event records naming places in the county (county page list): Springfield town (14 records), Hartland town (13 records), Chester town (12 records), Woodstock town (12 records), Woodstock village (11 records), Ludlow town (10 records), Ludlow village (10 records), Royalton town (10 records), Bethel town (9 records), Cavendish town (9 records); and 12 more places (see the XLSX file).</w:t>
            </w:r>
          </w:p>
        </w:tc>
        <w:tc>
          <w:tcPr>
            <w:tcW w:type="dxa" w:w="2100"/>
          </w:tcPr>
          <w:p>
            <w:pPr>
              <w:spacing w:after="0"/>
              <w:jc w:val="left"/>
            </w:pPr>
          </w:p>
        </w:tc>
      </w:tr>
      <w:tr>
        <w:trPr>
          <w:cantSplit/>
        </w:trPr>
        <w:tc>
          <w:tcPr>
            <w:tcW w:type="dxa" w:w="1643"/>
          </w:tcPr>
          <w:p>
            <w:pPr>
              <w:spacing w:after="0"/>
              <w:jc w:val="left"/>
            </w:pPr>
            <w:r>
              <w:rPr>
                <w:sz w:val="16"/>
              </w:rPr>
              <w:t>Tornado</w:t>
            </w:r>
          </w:p>
        </w:tc>
        <w:tc>
          <w:tcPr>
            <w:tcW w:type="dxa" w:w="1673"/>
          </w:tcPr>
          <w:p>
            <w:pPr>
              <w:spacing w:after="0"/>
              <w:jc w:val="left"/>
            </w:pPr>
            <w:r>
              <w:rPr>
                <w:sz w:val="16"/>
              </w:rPr>
              <w:t>Enhanced Fujita (F before Feb 2007)</w:t>
            </w:r>
          </w:p>
        </w:tc>
        <w:tc>
          <w:tcPr>
            <w:tcW w:type="dxa" w:w="1479"/>
          </w:tcPr>
          <w:p>
            <w:pPr>
              <w:spacing w:after="0"/>
              <w:jc w:val="right"/>
            </w:pPr>
            <w:r>
              <w:rPr>
                <w:sz w:val="16"/>
              </w:rPr>
              <w:t>5, 1955 to 2026</w:t>
            </w:r>
          </w:p>
        </w:tc>
        <w:tc>
          <w:tcPr>
            <w:tcW w:type="dxa" w:w="1713"/>
          </w:tcPr>
          <w:p>
            <w:pPr>
              <w:spacing w:after="0"/>
              <w:jc w:val="left"/>
            </w:pPr>
            <w:r>
              <w:rPr>
                <w:sz w:val="16"/>
              </w:rPr>
              <w:t>F/EF1 to F/EF2 (median F/EF2); 5 with a recorded value</w:t>
            </w:r>
          </w:p>
        </w:tc>
        <w:tc>
          <w:tcPr>
            <w:tcW w:type="dxa" w:w="2147"/>
          </w:tcPr>
          <w:p>
            <w:pPr>
              <w:spacing w:after="0"/>
              <w:jc w:val="left"/>
            </w:pPr>
            <w:r>
              <w:rPr>
                <w:sz w:val="16"/>
              </w:rPr>
              <w:t>F2 tornado, 1966-08-11, 1 mi path length (records before 1996 may include the whole path; rating and listing come from the county where the tornado began), 33 yd wide, $25,000 property; crops not recorded (1966 dollars); same rating, casualties and property damage also recorded on 1955-10-24, 1962-07-09</w:t>
            </w:r>
          </w:p>
        </w:tc>
        <w:tc>
          <w:tcPr>
            <w:tcW w:type="dxa" w:w="1545"/>
          </w:tcPr>
          <w:p>
            <w:pPr>
              <w:spacing w:after="0"/>
              <w:jc w:val="left"/>
            </w:pPr>
            <w:r>
              <w:rPr>
                <w:sz w:val="16"/>
              </w:rPr>
              <w:t>Tornado, 2026-06-18, $100,000 property; $0 crops (2026 dollars)</w:t>
            </w:r>
          </w:p>
        </w:tc>
        <w:tc>
          <w:tcPr>
            <w:tcW w:type="dxa" w:w="1813"/>
          </w:tcPr>
          <w:p>
            <w:pPr>
              <w:spacing w:after="0"/>
              <w:jc w:val="left"/>
            </w:pPr>
            <w:r>
              <w:rPr>
                <w:sz w:val="16"/>
              </w:rPr>
              <w:t>Event records naming places in the county (county page list): Bridgewater town (1 record), Woodstock town (1 record).</w:t>
            </w:r>
          </w:p>
        </w:tc>
        <w:tc>
          <w:tcPr>
            <w:tcW w:type="dxa" w:w="210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3"/>
          </w:tcPr>
          <w:p>
            <w:pPr>
              <w:spacing w:after="0"/>
              <w:jc w:val="left"/>
            </w:pPr>
            <w:r>
              <w:rPr>
                <w:sz w:val="16"/>
              </w:rPr>
              <w:t>Tsunami</w:t>
            </w:r>
          </w:p>
        </w:tc>
        <w:tc>
          <w:tcPr>
            <w:tcW w:type="dxa" w:w="1673"/>
          </w:tcPr>
          <w:p>
            <w:pPr>
              <w:spacing w:after="0"/>
              <w:jc w:val="left"/>
            </w:pPr>
            <w:r>
              <w:rPr>
                <w:sz w:val="16"/>
              </w:rPr>
              <w:t>none (count and damage)</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Volcanic Ash, Volcanic Ashfall</w:t>
            </w:r>
          </w:p>
        </w:tc>
        <w:tc>
          <w:tcPr>
            <w:tcW w:type="dxa" w:w="1673"/>
          </w:tcPr>
          <w:p>
            <w:pPr>
              <w:spacing w:after="0"/>
              <w:jc w:val="left"/>
            </w:pPr>
            <w:r>
              <w:rPr>
                <w:sz w:val="16"/>
              </w:rPr>
              <w:t>Volcanic Explosivity Index (local data)</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Wildfire</w:t>
            </w:r>
          </w:p>
        </w:tc>
        <w:tc>
          <w:tcPr>
            <w:tcW w:type="dxa" w:w="1673"/>
          </w:tcPr>
          <w:p>
            <w:pPr>
              <w:spacing w:after="0"/>
              <w:jc w:val="left"/>
            </w:pPr>
            <w:r>
              <w:rPr>
                <w:sz w:val="16"/>
              </w:rPr>
              <w:t>acres burned (local data)</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Acres burned: in event narratives only; local data required.</w:t>
            </w:r>
          </w:p>
        </w:tc>
      </w:tr>
      <w:tr>
        <w:trPr>
          <w:cantSplit/>
        </w:trPr>
        <w:tc>
          <w:tcPr>
            <w:tcW w:type="dxa" w:w="1643"/>
          </w:tcPr>
          <w:p>
            <w:pPr>
              <w:spacing w:after="0"/>
              <w:jc w:val="left"/>
            </w:pPr>
            <w:r>
              <w:rPr>
                <w:sz w:val="16"/>
              </w:rPr>
              <w:t>Winter Storm, Heavy Snow, Blizzard, Lake-Effect Snow, Winter Weather, Sleet</w:t>
            </w:r>
          </w:p>
        </w:tc>
        <w:tc>
          <w:tcPr>
            <w:tcW w:type="dxa" w:w="1673"/>
          </w:tcPr>
          <w:p>
            <w:pPr>
              <w:spacing w:after="0"/>
              <w:jc w:val="left"/>
            </w:pPr>
            <w:r>
              <w:rPr>
                <w:sz w:val="16"/>
              </w:rPr>
              <w:t>none in data (snowfall local)</w:t>
            </w:r>
          </w:p>
        </w:tc>
        <w:tc>
          <w:tcPr>
            <w:tcW w:type="dxa" w:w="1479"/>
          </w:tcPr>
          <w:p>
            <w:pPr>
              <w:spacing w:after="0"/>
              <w:jc w:val="right"/>
            </w:pPr>
            <w:r>
              <w:rPr>
                <w:sz w:val="16"/>
              </w:rPr>
              <w:t>273, 1996 to 2026 (273 zone-level)</w:t>
            </w:r>
          </w:p>
        </w:tc>
        <w:tc>
          <w:tcPr>
            <w:tcW w:type="dxa" w:w="1713"/>
          </w:tcPr>
          <w:p>
            <w:pPr>
              <w:spacing w:after="0"/>
              <w:jc w:val="left"/>
            </w:pPr>
          </w:p>
        </w:tc>
        <w:tc>
          <w:tcPr>
            <w:tcW w:type="dxa" w:w="2147"/>
          </w:tcPr>
          <w:p>
            <w:pPr>
              <w:spacing w:after="0"/>
              <w:jc w:val="left"/>
            </w:pPr>
            <w:r>
              <w:rPr>
                <w:sz w:val="16"/>
              </w:rPr>
              <w:t>Winter Storm, 2010-02-23, $1,000,000 property; $0 crops, reported for the zone (2010 dollars); NWS zone VTZ012 (WINDSOR), zone-level: may include parts of neighboring counties</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Windsor County, county-level (county FIPS 50027); scope: declarations, statewide block and Storm Events history.</w:t>
      </w:r>
    </w:p>
    <w:p>
      <w:pPr>
        <w:keepNext/>
        <w:spacing w:after="40" w:before="0"/>
      </w:pPr>
      <w:r>
        <w:rPr>
          <w:b/>
        </w:rPr>
        <w:t xml:space="preserve">Declaration rows: </w:t>
      </w:r>
      <w:r>
        <w:rPr/>
        <w:t>27</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8"/>
        <w:gridCol w:w="1188"/>
        <w:gridCol w:w="1188"/>
        <w:gridCol w:w="1597"/>
        <w:gridCol w:w="2824"/>
        <w:gridCol w:w="2620"/>
        <w:gridCol w:w="1638"/>
        <w:gridCol w:w="845"/>
        <w:gridCol w:w="1024"/>
      </w:tblGrid>
      <w:tr>
        <w:trPr>
          <w:cantSplit/>
          <w:tblHeader/>
        </w:trPr>
        <w:tc>
          <w:tcPr>
            <w:tcW w:type="dxa" w:w="1188"/>
            <w:shd w:val="clear" w:color="auto" w:fill="E8E8E8"/>
          </w:tcPr>
          <w:p>
            <w:pPr>
              <w:spacing w:after="0"/>
              <w:jc w:val="left"/>
            </w:pPr>
            <w:r>
              <w:rPr>
                <w:b/>
                <w:sz w:val="16"/>
              </w:rPr>
              <w:t>Declared</w:t>
            </w:r>
          </w:p>
        </w:tc>
        <w:tc>
          <w:tcPr>
            <w:tcW w:type="dxa" w:w="1188"/>
            <w:shd w:val="clear" w:color="auto" w:fill="E8E8E8"/>
          </w:tcPr>
          <w:p>
            <w:pPr>
              <w:spacing w:after="0"/>
              <w:jc w:val="left"/>
            </w:pPr>
            <w:r>
              <w:rPr>
                <w:b/>
                <w:sz w:val="16"/>
              </w:rPr>
              <w:t>Incident began</w:t>
            </w:r>
          </w:p>
        </w:tc>
        <w:tc>
          <w:tcPr>
            <w:tcW w:type="dxa" w:w="1188"/>
            <w:shd w:val="clear" w:color="auto" w:fill="E8E8E8"/>
          </w:tcPr>
          <w:p>
            <w:pPr>
              <w:spacing w:after="0"/>
              <w:jc w:val="left"/>
            </w:pPr>
            <w:r>
              <w:rPr>
                <w:b/>
                <w:sz w:val="16"/>
              </w:rPr>
              <w:t>FEMA number</w:t>
            </w:r>
          </w:p>
        </w:tc>
        <w:tc>
          <w:tcPr>
            <w:tcW w:type="dxa" w:w="1597"/>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Title</w:t>
            </w:r>
          </w:p>
        </w:tc>
        <w:tc>
          <w:tcPr>
            <w:tcW w:type="dxa" w:w="2620"/>
            <w:shd w:val="clear" w:color="auto" w:fill="E8E8E8"/>
          </w:tcPr>
          <w:p>
            <w:pPr>
              <w:spacing w:after="0"/>
              <w:jc w:val="left"/>
            </w:pPr>
            <w:r>
              <w:rPr>
                <w:b/>
                <w:sz w:val="16"/>
              </w:rPr>
              <w:t>Mapped hazard</w:t>
            </w:r>
          </w:p>
        </w:tc>
        <w:tc>
          <w:tcPr>
            <w:tcW w:type="dxa" w:w="16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45"/>
            <w:shd w:val="clear" w:color="auto" w:fill="E8E8E8"/>
          </w:tcPr>
          <w:p>
            <w:pPr>
              <w:spacing w:after="0"/>
              <w:jc w:val="left"/>
            </w:pPr>
            <w:r>
              <w:rPr>
                <w:b/>
                <w:sz w:val="16"/>
              </w:rPr>
              <w:t>Flags</w:t>
            </w:r>
          </w:p>
        </w:tc>
        <w:tc>
          <w:tcPr>
            <w:tcW w:type="dxa" w:w="1024"/>
            <w:shd w:val="clear" w:color="auto" w:fill="E8E8E8"/>
          </w:tcPr>
          <w:p>
            <w:pPr>
              <w:spacing w:after="0"/>
              <w:jc w:val="left"/>
            </w:pPr>
            <w:r>
              <w:rPr>
                <w:b/>
                <w:sz w:val="16"/>
              </w:rPr>
              <w:t>Notes</w:t>
            </w:r>
          </w:p>
        </w:tc>
      </w:tr>
      <w:tr>
        <w:trPr>
          <w:cantSplit/>
        </w:trPr>
        <w:tc>
          <w:tcPr>
            <w:tcW w:type="dxa" w:w="1188"/>
          </w:tcPr>
          <w:p>
            <w:pPr>
              <w:spacing w:after="0"/>
              <w:jc w:val="left"/>
            </w:pPr>
            <w:r>
              <w:rPr>
                <w:sz w:val="16"/>
              </w:rPr>
              <w:t>2024-08-08</w:t>
            </w:r>
          </w:p>
        </w:tc>
        <w:tc>
          <w:tcPr>
            <w:tcW w:type="dxa" w:w="1188"/>
          </w:tcPr>
          <w:p>
            <w:pPr>
              <w:spacing w:after="0"/>
              <w:jc w:val="left"/>
            </w:pPr>
            <w:r>
              <w:rPr>
                <w:sz w:val="16"/>
              </w:rPr>
              <w:t>2024-08-08</w:t>
            </w:r>
          </w:p>
        </w:tc>
        <w:tc>
          <w:tcPr>
            <w:tcW w:type="dxa" w:w="1188"/>
          </w:tcPr>
          <w:p>
            <w:pPr>
              <w:spacing w:after="0"/>
              <w:jc w:val="left"/>
            </w:pPr>
            <w:r>
              <w:rPr>
                <w:sz w:val="16"/>
              </w:rPr>
              <w:t>EM-3609-VT</w:t>
            </w:r>
          </w:p>
        </w:tc>
        <w:tc>
          <w:tcPr>
            <w:tcW w:type="dxa" w:w="1597"/>
          </w:tcPr>
          <w:p>
            <w:pPr>
              <w:spacing w:after="0"/>
              <w:jc w:val="left"/>
            </w:pPr>
            <w:r>
              <w:rPr>
                <w:sz w:val="16"/>
              </w:rPr>
              <w:t>Emergency</w:t>
            </w:r>
          </w:p>
        </w:tc>
        <w:tc>
          <w:tcPr>
            <w:tcW w:type="dxa" w:w="2824"/>
          </w:tcPr>
          <w:p>
            <w:pPr>
              <w:spacing w:after="0"/>
              <w:jc w:val="left"/>
            </w:pPr>
            <w:r>
              <w:rPr>
                <w:sz w:val="16"/>
              </w:rPr>
              <w:t>TROPICAL DEPRESSION DEBBY</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2024-03-02</w:t>
            </w:r>
          </w:p>
        </w:tc>
        <w:tc>
          <w:tcPr>
            <w:tcW w:type="dxa" w:w="1188"/>
          </w:tcPr>
          <w:p>
            <w:pPr>
              <w:spacing w:after="0"/>
              <w:jc w:val="left"/>
            </w:pPr>
            <w:r>
              <w:rPr>
                <w:sz w:val="16"/>
              </w:rPr>
              <w:t>2023-12-18</w:t>
            </w:r>
          </w:p>
        </w:tc>
        <w:tc>
          <w:tcPr>
            <w:tcW w:type="dxa" w:w="1188"/>
          </w:tcPr>
          <w:p>
            <w:pPr>
              <w:spacing w:after="0"/>
              <w:jc w:val="left"/>
            </w:pPr>
            <w:r>
              <w:rPr>
                <w:sz w:val="16"/>
              </w:rPr>
              <w:t>DR-4762-VT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$2,412,866.27</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2023-07-14</w:t>
            </w:r>
          </w:p>
        </w:tc>
        <w:tc>
          <w:tcPr>
            <w:tcW w:type="dxa" w:w="1188"/>
          </w:tcPr>
          <w:p>
            <w:pPr>
              <w:spacing w:after="0"/>
              <w:jc w:val="left"/>
            </w:pPr>
            <w:r>
              <w:rPr>
                <w:sz w:val="16"/>
              </w:rPr>
              <w:t>2023-07-07</w:t>
            </w:r>
          </w:p>
        </w:tc>
        <w:tc>
          <w:tcPr>
            <w:tcW w:type="dxa" w:w="1188"/>
          </w:tcPr>
          <w:p>
            <w:pPr>
              <w:spacing w:after="0"/>
              <w:jc w:val="left"/>
            </w:pPr>
            <w:r>
              <w:rPr>
                <w:sz w:val="16"/>
              </w:rPr>
              <w:t>DR-4720-VT</w:t>
            </w:r>
          </w:p>
        </w:tc>
        <w:tc>
          <w:tcPr>
            <w:tcW w:type="dxa" w:w="1597"/>
          </w:tcPr>
          <w:p>
            <w:pPr>
              <w:spacing w:after="0"/>
              <w:jc w:val="left"/>
            </w:pPr>
            <w:r>
              <w:rPr>
                <w:sz w:val="16"/>
              </w:rPr>
              <w:t>Major disaster</w:t>
            </w:r>
          </w:p>
        </w:tc>
        <w:tc>
          <w:tcPr>
            <w:tcW w:type="dxa" w:w="2824"/>
          </w:tcPr>
          <w:p>
            <w:pPr>
              <w:spacing w:after="0"/>
              <w:jc w:val="left"/>
            </w:pPr>
            <w:r>
              <w:rPr>
                <w:sz w:val="16"/>
              </w:rPr>
              <w:t>SEVERE STORMS, FLOODING, LANDSLIDES, AND MUDSLIDES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$37,524,698.89</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2023-07-10</w:t>
            </w:r>
          </w:p>
        </w:tc>
        <w:tc>
          <w:tcPr>
            <w:tcW w:type="dxa" w:w="1188"/>
          </w:tcPr>
          <w:p>
            <w:pPr>
              <w:spacing w:after="0"/>
              <w:jc w:val="left"/>
            </w:pPr>
            <w:r>
              <w:rPr>
                <w:sz w:val="16"/>
              </w:rPr>
              <w:t>2023-07-09</w:t>
            </w:r>
          </w:p>
        </w:tc>
        <w:tc>
          <w:tcPr>
            <w:tcW w:type="dxa" w:w="1188"/>
          </w:tcPr>
          <w:p>
            <w:pPr>
              <w:spacing w:after="0"/>
              <w:jc w:val="left"/>
            </w:pPr>
            <w:r>
              <w:rPr>
                <w:sz w:val="16"/>
              </w:rPr>
              <w:t>EM-3595-VT</w:t>
            </w:r>
          </w:p>
        </w:tc>
        <w:tc>
          <w:tcPr>
            <w:tcW w:type="dxa" w:w="1597"/>
          </w:tcPr>
          <w:p>
            <w:pPr>
              <w:spacing w:after="0"/>
              <w:jc w:val="left"/>
            </w:pPr>
            <w:r>
              <w:rPr>
                <w:sz w:val="16"/>
              </w:rPr>
              <w:t>Emergency</w:t>
            </w:r>
          </w:p>
        </w:tc>
        <w:tc>
          <w:tcPr>
            <w:tcW w:type="dxa" w:w="2824"/>
          </w:tcPr>
          <w:p>
            <w:pPr>
              <w:spacing w:after="0"/>
              <w:jc w:val="left"/>
            </w:pPr>
            <w:r>
              <w:rPr>
                <w:sz w:val="16"/>
              </w:rPr>
              <w:t>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r>
              <w:rPr>
                <w:sz w:val="16"/>
              </w:rPr>
              <w:t>same incident as DR-4720</w:t>
            </w:r>
          </w:p>
        </w:tc>
      </w:tr>
      <w:tr>
        <w:trPr>
          <w:cantSplit/>
        </w:trPr>
        <w:tc>
          <w:tcPr>
            <w:tcW w:type="dxa" w:w="1188"/>
          </w:tcPr>
          <w:p>
            <w:pPr>
              <w:spacing w:after="0"/>
              <w:jc w:val="left"/>
            </w:pPr>
            <w:r>
              <w:rPr>
                <w:sz w:val="16"/>
              </w:rPr>
              <w:t>2021-08-22</w:t>
            </w:r>
          </w:p>
        </w:tc>
        <w:tc>
          <w:tcPr>
            <w:tcW w:type="dxa" w:w="1188"/>
          </w:tcPr>
          <w:p>
            <w:pPr>
              <w:spacing w:after="0"/>
              <w:jc w:val="left"/>
            </w:pPr>
            <w:r>
              <w:rPr>
                <w:sz w:val="16"/>
              </w:rPr>
              <w:t>2021-08-22</w:t>
            </w:r>
          </w:p>
        </w:tc>
        <w:tc>
          <w:tcPr>
            <w:tcW w:type="dxa" w:w="1188"/>
          </w:tcPr>
          <w:p>
            <w:pPr>
              <w:spacing w:after="0"/>
              <w:jc w:val="left"/>
            </w:pPr>
            <w:r>
              <w:rPr>
                <w:sz w:val="16"/>
              </w:rPr>
              <w:t>EM-3567-VT</w:t>
            </w:r>
          </w:p>
        </w:tc>
        <w:tc>
          <w:tcPr>
            <w:tcW w:type="dxa" w:w="1597"/>
          </w:tcPr>
          <w:p>
            <w:pPr>
              <w:spacing w:after="0"/>
              <w:jc w:val="left"/>
            </w:pPr>
            <w:r>
              <w:rPr>
                <w:sz w:val="16"/>
              </w:rPr>
              <w:t>Emergency</w:t>
            </w:r>
          </w:p>
        </w:tc>
        <w:tc>
          <w:tcPr>
            <w:tcW w:type="dxa" w:w="2824"/>
          </w:tcPr>
          <w:p>
            <w:pPr>
              <w:spacing w:after="0"/>
              <w:jc w:val="left"/>
            </w:pPr>
            <w:r>
              <w:rPr>
                <w:sz w:val="16"/>
              </w:rPr>
              <w:t>TROPICAL STORM HENRI</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2020-04-08</w:t>
            </w:r>
          </w:p>
        </w:tc>
        <w:tc>
          <w:tcPr>
            <w:tcW w:type="dxa" w:w="1188"/>
          </w:tcPr>
          <w:p>
            <w:pPr>
              <w:spacing w:after="0"/>
              <w:jc w:val="left"/>
            </w:pPr>
            <w:r>
              <w:rPr>
                <w:sz w:val="16"/>
              </w:rPr>
              <w:t>2020-01-20</w:t>
            </w:r>
          </w:p>
        </w:tc>
        <w:tc>
          <w:tcPr>
            <w:tcW w:type="dxa" w:w="1188"/>
          </w:tcPr>
          <w:p>
            <w:pPr>
              <w:spacing w:after="0"/>
              <w:jc w:val="left"/>
            </w:pPr>
            <w:r>
              <w:rPr>
                <w:sz w:val="16"/>
              </w:rPr>
              <w:t>DR-4532-VT</w:t>
            </w:r>
          </w:p>
        </w:tc>
        <w:tc>
          <w:tcPr>
            <w:tcW w:type="dxa" w:w="1597"/>
          </w:tcPr>
          <w:p>
            <w:pPr>
              <w:spacing w:after="0"/>
              <w:jc w:val="left"/>
            </w:pPr>
            <w:r>
              <w:rPr>
                <w:sz w:val="16"/>
              </w:rPr>
              <w:t>Major disaster</w:t>
            </w:r>
          </w:p>
        </w:tc>
        <w:tc>
          <w:tcPr>
            <w:tcW w:type="dxa" w:w="2824"/>
          </w:tcPr>
          <w:p>
            <w:pPr>
              <w:spacing w:after="0"/>
              <w:jc w:val="left"/>
            </w:pPr>
            <w:r>
              <w:rPr>
                <w:sz w:val="16"/>
              </w:rPr>
              <w:t>COVID-19 PANDEMIC</w:t>
            </w:r>
          </w:p>
        </w:tc>
        <w:tc>
          <w:tcPr>
            <w:tcW w:type="dxa" w:w="2620"/>
          </w:tcPr>
          <w:p>
            <w:pPr>
              <w:spacing w:after="0"/>
              <w:jc w:val="left"/>
            </w:pPr>
            <w:r>
              <w:rPr>
                <w:sz w:val="16"/>
              </w:rPr>
              <w:t>Non-natural, not counted</w:t>
            </w:r>
          </w:p>
        </w:tc>
        <w:tc>
          <w:tcPr>
            <w:tcW w:type="dxa" w:w="1638"/>
          </w:tcPr>
          <w:p>
            <w:pPr>
              <w:spacing w:after="0"/>
              <w:jc w:val="right"/>
            </w:pPr>
            <w:r>
              <w:rPr>
                <w:sz w:val="16"/>
              </w:rPr>
              <w:t>$417,039.46</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2020-03-13</w:t>
            </w:r>
          </w:p>
        </w:tc>
        <w:tc>
          <w:tcPr>
            <w:tcW w:type="dxa" w:w="1188"/>
          </w:tcPr>
          <w:p>
            <w:pPr>
              <w:spacing w:after="0"/>
              <w:jc w:val="left"/>
            </w:pPr>
            <w:r>
              <w:rPr>
                <w:sz w:val="16"/>
              </w:rPr>
              <w:t>2020-01-20</w:t>
            </w:r>
          </w:p>
        </w:tc>
        <w:tc>
          <w:tcPr>
            <w:tcW w:type="dxa" w:w="1188"/>
          </w:tcPr>
          <w:p>
            <w:pPr>
              <w:spacing w:after="0"/>
              <w:jc w:val="left"/>
            </w:pPr>
            <w:r>
              <w:rPr>
                <w:sz w:val="16"/>
              </w:rPr>
              <w:t>EM-3437-VT</w:t>
            </w:r>
          </w:p>
        </w:tc>
        <w:tc>
          <w:tcPr>
            <w:tcW w:type="dxa" w:w="1597"/>
          </w:tcPr>
          <w:p>
            <w:pPr>
              <w:spacing w:after="0"/>
              <w:jc w:val="left"/>
            </w:pPr>
            <w:r>
              <w:rPr>
                <w:sz w:val="16"/>
              </w:rPr>
              <w:t>Emergency</w:t>
            </w:r>
          </w:p>
        </w:tc>
        <w:tc>
          <w:tcPr>
            <w:tcW w:type="dxa" w:w="2824"/>
          </w:tcPr>
          <w:p>
            <w:pPr>
              <w:spacing w:after="0"/>
              <w:jc w:val="left"/>
            </w:pPr>
            <w:r>
              <w:rPr>
                <w:sz w:val="16"/>
              </w:rPr>
              <w:t>COVID-19</w:t>
            </w:r>
          </w:p>
        </w:tc>
        <w:tc>
          <w:tcPr>
            <w:tcW w:type="dxa" w:w="2620"/>
          </w:tcPr>
          <w:p>
            <w:pPr>
              <w:spacing w:after="0"/>
              <w:jc w:val="left"/>
            </w:pPr>
            <w:r>
              <w:rPr>
                <w:sz w:val="16"/>
              </w:rPr>
              <w:t>Non-natural, not counted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DR-4532</w:t>
            </w:r>
          </w:p>
        </w:tc>
      </w:tr>
      <w:tr>
        <w:trPr>
          <w:cantSplit/>
        </w:trPr>
        <w:tc>
          <w:tcPr>
            <w:tcW w:type="dxa" w:w="1188"/>
          </w:tcPr>
          <w:p>
            <w:pPr>
              <w:spacing w:after="0"/>
              <w:jc w:val="left"/>
            </w:pPr>
            <w:r>
              <w:rPr>
                <w:sz w:val="16"/>
              </w:rPr>
              <w:t>2019-06-14</w:t>
            </w:r>
          </w:p>
        </w:tc>
        <w:tc>
          <w:tcPr>
            <w:tcW w:type="dxa" w:w="1188"/>
          </w:tcPr>
          <w:p>
            <w:pPr>
              <w:spacing w:after="0"/>
              <w:jc w:val="left"/>
            </w:pPr>
            <w:r>
              <w:rPr>
                <w:sz w:val="16"/>
              </w:rPr>
              <w:t>2019-04-15</w:t>
            </w:r>
          </w:p>
        </w:tc>
        <w:tc>
          <w:tcPr>
            <w:tcW w:type="dxa" w:w="1188"/>
          </w:tcPr>
          <w:p>
            <w:pPr>
              <w:spacing w:after="0"/>
              <w:jc w:val="left"/>
            </w:pPr>
            <w:r>
              <w:rPr>
                <w:sz w:val="16"/>
              </w:rPr>
              <w:t>DR-4445-VT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$2,957,768.62</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2017-08-16</w:t>
            </w:r>
          </w:p>
        </w:tc>
        <w:tc>
          <w:tcPr>
            <w:tcW w:type="dxa" w:w="1188"/>
          </w:tcPr>
          <w:p>
            <w:pPr>
              <w:spacing w:after="0"/>
              <w:jc w:val="left"/>
            </w:pPr>
            <w:r>
              <w:rPr>
                <w:sz w:val="16"/>
              </w:rPr>
              <w:t>2017-06-29</w:t>
            </w:r>
          </w:p>
        </w:tc>
        <w:tc>
          <w:tcPr>
            <w:tcW w:type="dxa" w:w="1188"/>
          </w:tcPr>
          <w:p>
            <w:pPr>
              <w:spacing w:after="0"/>
              <w:jc w:val="left"/>
            </w:pPr>
            <w:r>
              <w:rPr>
                <w:sz w:val="16"/>
              </w:rPr>
              <w:t>DR-4330-VT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$3,018,473.45</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2015-02-03</w:t>
            </w:r>
          </w:p>
        </w:tc>
        <w:tc>
          <w:tcPr>
            <w:tcW w:type="dxa" w:w="1188"/>
          </w:tcPr>
          <w:p>
            <w:pPr>
              <w:spacing w:after="0"/>
              <w:jc w:val="left"/>
            </w:pPr>
            <w:r>
              <w:rPr>
                <w:sz w:val="16"/>
              </w:rPr>
              <w:t>2014-12-09</w:t>
            </w:r>
          </w:p>
        </w:tc>
        <w:tc>
          <w:tcPr>
            <w:tcW w:type="dxa" w:w="1188"/>
          </w:tcPr>
          <w:p>
            <w:pPr>
              <w:spacing w:after="0"/>
              <w:jc w:val="left"/>
            </w:pPr>
            <w:r>
              <w:rPr>
                <w:sz w:val="16"/>
              </w:rPr>
              <w:t>DR-4207-VT</w:t>
            </w:r>
          </w:p>
        </w:tc>
        <w:tc>
          <w:tcPr>
            <w:tcW w:type="dxa" w:w="1597"/>
          </w:tcPr>
          <w:p>
            <w:pPr>
              <w:spacing w:after="0"/>
              <w:jc w:val="left"/>
            </w:pPr>
            <w:r>
              <w:rPr>
                <w:sz w:val="16"/>
              </w:rPr>
              <w:t>Major disaster</w:t>
            </w:r>
          </w:p>
        </w:tc>
        <w:tc>
          <w:tcPr>
            <w:tcW w:type="dxa" w:w="2824"/>
          </w:tcPr>
          <w:p>
            <w:pPr>
              <w:spacing w:after="0"/>
              <w:jc w:val="left"/>
            </w:pPr>
            <w:r>
              <w:rPr>
                <w:sz w:val="16"/>
              </w:rPr>
              <w:t>SEVERE WINTER STORM</w:t>
            </w:r>
          </w:p>
        </w:tc>
        <w:tc>
          <w:tcPr>
            <w:tcW w:type="dxa" w:w="2620"/>
          </w:tcPr>
          <w:p>
            <w:pPr>
              <w:spacing w:after="0"/>
              <w:jc w:val="left"/>
            </w:pPr>
            <w:r>
              <w:rPr>
                <w:sz w:val="16"/>
              </w:rPr>
              <w:t>Winter Weather</w:t>
            </w:r>
          </w:p>
        </w:tc>
        <w:tc>
          <w:tcPr>
            <w:tcW w:type="dxa" w:w="1638"/>
          </w:tcPr>
          <w:p>
            <w:pPr>
              <w:spacing w:after="0"/>
              <w:jc w:val="right"/>
            </w:pPr>
            <w:r>
              <w:rPr>
                <w:sz w:val="16"/>
              </w:rPr>
              <w:t>$182,575.42</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2013-08-02</w:t>
            </w:r>
          </w:p>
        </w:tc>
        <w:tc>
          <w:tcPr>
            <w:tcW w:type="dxa" w:w="1188"/>
          </w:tcPr>
          <w:p>
            <w:pPr>
              <w:spacing w:after="0"/>
              <w:jc w:val="left"/>
            </w:pPr>
            <w:r>
              <w:rPr>
                <w:sz w:val="16"/>
              </w:rPr>
              <w:t>2013-06-25</w:t>
            </w:r>
          </w:p>
        </w:tc>
        <w:tc>
          <w:tcPr>
            <w:tcW w:type="dxa" w:w="1188"/>
          </w:tcPr>
          <w:p>
            <w:pPr>
              <w:spacing w:after="0"/>
              <w:jc w:val="left"/>
            </w:pPr>
            <w:r>
              <w:rPr>
                <w:sz w:val="16"/>
              </w:rPr>
              <w:t>DR-4140-VT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$1,348,367.98</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2011-09-01</w:t>
            </w:r>
          </w:p>
        </w:tc>
        <w:tc>
          <w:tcPr>
            <w:tcW w:type="dxa" w:w="1188"/>
          </w:tcPr>
          <w:p>
            <w:pPr>
              <w:spacing w:after="0"/>
              <w:jc w:val="left"/>
            </w:pPr>
            <w:r>
              <w:rPr>
                <w:sz w:val="16"/>
              </w:rPr>
              <w:t>2011-08-27</w:t>
            </w:r>
          </w:p>
        </w:tc>
        <w:tc>
          <w:tcPr>
            <w:tcW w:type="dxa" w:w="1188"/>
          </w:tcPr>
          <w:p>
            <w:pPr>
              <w:spacing w:after="0"/>
              <w:jc w:val="left"/>
            </w:pPr>
            <w:r>
              <w:rPr>
                <w:sz w:val="16"/>
              </w:rPr>
              <w:t>DR-4022-VT</w:t>
            </w:r>
          </w:p>
        </w:tc>
        <w:tc>
          <w:tcPr>
            <w:tcW w:type="dxa" w:w="1597"/>
          </w:tcPr>
          <w:p>
            <w:pPr>
              <w:spacing w:after="0"/>
              <w:jc w:val="left"/>
            </w:pPr>
            <w:r>
              <w:rPr>
                <w:sz w:val="16"/>
              </w:rPr>
              <w:t>Major disaster</w:t>
            </w:r>
          </w:p>
        </w:tc>
        <w:tc>
          <w:tcPr>
            <w:tcW w:type="dxa" w:w="2824"/>
          </w:tcPr>
          <w:p>
            <w:pPr>
              <w:spacing w:after="0"/>
              <w:jc w:val="left"/>
            </w:pPr>
            <w:r>
              <w:rPr>
                <w:sz w:val="16"/>
              </w:rPr>
              <w:t>TROPICAL STORM IRENE</w:t>
            </w:r>
          </w:p>
        </w:tc>
        <w:tc>
          <w:tcPr>
            <w:tcW w:type="dxa" w:w="2620"/>
          </w:tcPr>
          <w:p>
            <w:pPr>
              <w:spacing w:after="0"/>
              <w:jc w:val="left"/>
            </w:pPr>
            <w:r>
              <w:rPr>
                <w:sz w:val="16"/>
              </w:rPr>
              <w:t>Hurricane</w:t>
            </w:r>
          </w:p>
        </w:tc>
        <w:tc>
          <w:tcPr>
            <w:tcW w:type="dxa" w:w="1638"/>
          </w:tcPr>
          <w:p>
            <w:pPr>
              <w:spacing w:after="0"/>
              <w:jc w:val="right"/>
            </w:pPr>
            <w:r>
              <w:rPr>
                <w:sz w:val="16"/>
              </w:rPr>
              <w:t>$42,659,373.48</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2011-08-29</w:t>
            </w:r>
          </w:p>
        </w:tc>
        <w:tc>
          <w:tcPr>
            <w:tcW w:type="dxa" w:w="1188"/>
          </w:tcPr>
          <w:p>
            <w:pPr>
              <w:spacing w:after="0"/>
              <w:jc w:val="left"/>
            </w:pPr>
            <w:r>
              <w:rPr>
                <w:sz w:val="16"/>
              </w:rPr>
              <w:t>2011-08-26</w:t>
            </w:r>
          </w:p>
        </w:tc>
        <w:tc>
          <w:tcPr>
            <w:tcW w:type="dxa" w:w="1188"/>
          </w:tcPr>
          <w:p>
            <w:pPr>
              <w:spacing w:after="0"/>
              <w:jc w:val="left"/>
            </w:pPr>
            <w:r>
              <w:rPr>
                <w:sz w:val="16"/>
              </w:rPr>
              <w:t>EM-3338-VT</w:t>
            </w:r>
          </w:p>
        </w:tc>
        <w:tc>
          <w:tcPr>
            <w:tcW w:type="dxa" w:w="1597"/>
          </w:tcPr>
          <w:p>
            <w:pPr>
              <w:spacing w:after="0"/>
              <w:jc w:val="left"/>
            </w:pPr>
            <w:r>
              <w:rPr>
                <w:sz w:val="16"/>
              </w:rPr>
              <w:t>Emergency</w:t>
            </w:r>
          </w:p>
        </w:tc>
        <w:tc>
          <w:tcPr>
            <w:tcW w:type="dxa" w:w="2824"/>
          </w:tcPr>
          <w:p>
            <w:pPr>
              <w:spacing w:after="0"/>
              <w:jc w:val="left"/>
            </w:pPr>
            <w:r>
              <w:rPr>
                <w:sz w:val="16"/>
              </w:rPr>
              <w:t>HURRICANE IRENE</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DR-4022</w:t>
            </w:r>
          </w:p>
        </w:tc>
      </w:tr>
      <w:tr>
        <w:trPr>
          <w:cantSplit/>
        </w:trPr>
        <w:tc>
          <w:tcPr>
            <w:tcW w:type="dxa" w:w="1188"/>
          </w:tcPr>
          <w:p>
            <w:pPr>
              <w:spacing w:after="0"/>
              <w:jc w:val="left"/>
            </w:pPr>
            <w:r>
              <w:rPr>
                <w:sz w:val="16"/>
              </w:rPr>
              <w:t>2008-09-12</w:t>
            </w:r>
          </w:p>
        </w:tc>
        <w:tc>
          <w:tcPr>
            <w:tcW w:type="dxa" w:w="1188"/>
          </w:tcPr>
          <w:p>
            <w:pPr>
              <w:spacing w:after="0"/>
              <w:jc w:val="left"/>
            </w:pPr>
            <w:r>
              <w:rPr>
                <w:sz w:val="16"/>
              </w:rPr>
              <w:t>2008-07-21</w:t>
            </w:r>
          </w:p>
        </w:tc>
        <w:tc>
          <w:tcPr>
            <w:tcW w:type="dxa" w:w="1188"/>
          </w:tcPr>
          <w:p>
            <w:pPr>
              <w:spacing w:after="0"/>
              <w:jc w:val="left"/>
            </w:pPr>
            <w:r>
              <w:rPr>
                <w:sz w:val="16"/>
              </w:rPr>
              <w:t>DR-1790-VT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$351,772.10</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2007-08-03</w:t>
            </w:r>
          </w:p>
        </w:tc>
        <w:tc>
          <w:tcPr>
            <w:tcW w:type="dxa" w:w="1188"/>
          </w:tcPr>
          <w:p>
            <w:pPr>
              <w:spacing w:after="0"/>
              <w:jc w:val="left"/>
            </w:pPr>
            <w:r>
              <w:rPr>
                <w:sz w:val="16"/>
              </w:rPr>
              <w:t>2007-07-09</w:t>
            </w:r>
          </w:p>
        </w:tc>
        <w:tc>
          <w:tcPr>
            <w:tcW w:type="dxa" w:w="1188"/>
          </w:tcPr>
          <w:p>
            <w:pPr>
              <w:spacing w:after="0"/>
              <w:jc w:val="left"/>
            </w:pPr>
            <w:r>
              <w:rPr>
                <w:sz w:val="16"/>
              </w:rPr>
              <w:t>DR-1715-VT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$1,188,961.89</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2007-05-04</w:t>
            </w:r>
          </w:p>
        </w:tc>
        <w:tc>
          <w:tcPr>
            <w:tcW w:type="dxa" w:w="1188"/>
          </w:tcPr>
          <w:p>
            <w:pPr>
              <w:spacing w:after="0"/>
              <w:jc w:val="left"/>
            </w:pPr>
            <w:r>
              <w:rPr>
                <w:sz w:val="16"/>
              </w:rPr>
              <w:t>2007-04-15</w:t>
            </w:r>
          </w:p>
        </w:tc>
        <w:tc>
          <w:tcPr>
            <w:tcW w:type="dxa" w:w="1188"/>
          </w:tcPr>
          <w:p>
            <w:pPr>
              <w:spacing w:after="0"/>
              <w:jc w:val="left"/>
            </w:pPr>
            <w:r>
              <w:rPr>
                <w:sz w:val="16"/>
              </w:rPr>
              <w:t>DR-1698-VT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$226,952.79</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2003-09-12</w:t>
            </w:r>
          </w:p>
        </w:tc>
        <w:tc>
          <w:tcPr>
            <w:tcW w:type="dxa" w:w="1188"/>
          </w:tcPr>
          <w:p>
            <w:pPr>
              <w:spacing w:after="0"/>
              <w:jc w:val="left"/>
            </w:pPr>
            <w:r>
              <w:rPr>
                <w:sz w:val="16"/>
              </w:rPr>
              <w:t>2003-07-21</w:t>
            </w:r>
          </w:p>
        </w:tc>
        <w:tc>
          <w:tcPr>
            <w:tcW w:type="dxa" w:w="1188"/>
          </w:tcPr>
          <w:p>
            <w:pPr>
              <w:spacing w:after="0"/>
              <w:jc w:val="left"/>
            </w:pPr>
            <w:r>
              <w:rPr>
                <w:sz w:val="16"/>
              </w:rPr>
              <w:t>DR-1488-VT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$354,818.45</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2001-04-10</w:t>
            </w:r>
          </w:p>
        </w:tc>
        <w:tc>
          <w:tcPr>
            <w:tcW w:type="dxa" w:w="1188"/>
          </w:tcPr>
          <w:p>
            <w:pPr>
              <w:spacing w:after="0"/>
              <w:jc w:val="left"/>
            </w:pPr>
            <w:r>
              <w:rPr>
                <w:sz w:val="16"/>
              </w:rPr>
              <w:t>2001-03-05</w:t>
            </w:r>
          </w:p>
        </w:tc>
        <w:tc>
          <w:tcPr>
            <w:tcW w:type="dxa" w:w="1188"/>
          </w:tcPr>
          <w:p>
            <w:pPr>
              <w:spacing w:after="0"/>
              <w:jc w:val="left"/>
            </w:pPr>
            <w:r>
              <w:rPr>
                <w:sz w:val="16"/>
              </w:rPr>
              <w:t>EM-3167-VT</w:t>
            </w:r>
          </w:p>
        </w:tc>
        <w:tc>
          <w:tcPr>
            <w:tcW w:type="dxa" w:w="1597"/>
          </w:tcPr>
          <w:p>
            <w:pPr>
              <w:spacing w:after="0"/>
              <w:jc w:val="left"/>
            </w:pPr>
            <w:r>
              <w:rPr>
                <w:sz w:val="16"/>
              </w:rPr>
              <w:t>Emergency</w:t>
            </w:r>
          </w:p>
        </w:tc>
        <w:tc>
          <w:tcPr>
            <w:tcW w:type="dxa" w:w="2824"/>
          </w:tcPr>
          <w:p>
            <w:pPr>
              <w:spacing w:after="0"/>
              <w:jc w:val="left"/>
            </w:pPr>
            <w:r>
              <w:rPr>
                <w:sz w:val="16"/>
              </w:rPr>
              <w:t>SNOW</w:t>
            </w:r>
          </w:p>
        </w:tc>
        <w:tc>
          <w:tcPr>
            <w:tcW w:type="dxa" w:w="2620"/>
          </w:tcPr>
          <w:p>
            <w:pPr>
              <w:spacing w:after="0"/>
              <w:jc w:val="left"/>
            </w:pPr>
            <w:r>
              <w:rPr>
                <w:sz w:val="16"/>
              </w:rPr>
              <w:t>Winter Weather</w:t>
            </w:r>
          </w:p>
        </w:tc>
        <w:tc>
          <w:tcPr>
            <w:tcW w:type="dxa" w:w="1638"/>
          </w:tcPr>
          <w:p>
            <w:pPr>
              <w:spacing w:after="0"/>
              <w:jc w:val="right"/>
            </w:pPr>
            <w:r>
              <w:rPr>
                <w:sz w:val="16"/>
              </w:rPr>
              <w:t>$129,061.42</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2000-07-27</w:t>
            </w:r>
          </w:p>
        </w:tc>
        <w:tc>
          <w:tcPr>
            <w:tcW w:type="dxa" w:w="1188"/>
          </w:tcPr>
          <w:p>
            <w:pPr>
              <w:spacing w:after="0"/>
              <w:jc w:val="left"/>
            </w:pPr>
            <w:r>
              <w:rPr>
                <w:sz w:val="16"/>
              </w:rPr>
              <w:t>2000-07-14</w:t>
            </w:r>
          </w:p>
        </w:tc>
        <w:tc>
          <w:tcPr>
            <w:tcW w:type="dxa" w:w="1188"/>
          </w:tcPr>
          <w:p>
            <w:pPr>
              <w:spacing w:after="0"/>
              <w:jc w:val="left"/>
            </w:pPr>
            <w:r>
              <w:rPr>
                <w:sz w:val="16"/>
              </w:rPr>
              <w:t>DR-1336-VT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$418,408.13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1999-11-10</w:t>
            </w:r>
          </w:p>
        </w:tc>
        <w:tc>
          <w:tcPr>
            <w:tcW w:type="dxa" w:w="1188"/>
          </w:tcPr>
          <w:p>
            <w:pPr>
              <w:spacing w:after="0"/>
              <w:jc w:val="left"/>
            </w:pPr>
            <w:r>
              <w:rPr>
                <w:sz w:val="16"/>
              </w:rPr>
              <w:t>1999-09-16</w:t>
            </w:r>
          </w:p>
        </w:tc>
        <w:tc>
          <w:tcPr>
            <w:tcW w:type="dxa" w:w="1188"/>
          </w:tcPr>
          <w:p>
            <w:pPr>
              <w:spacing w:after="0"/>
              <w:jc w:val="left"/>
            </w:pPr>
            <w:r>
              <w:rPr>
                <w:sz w:val="16"/>
              </w:rPr>
              <w:t>DR-1307-VT</w:t>
            </w:r>
          </w:p>
        </w:tc>
        <w:tc>
          <w:tcPr>
            <w:tcW w:type="dxa" w:w="1597"/>
          </w:tcPr>
          <w:p>
            <w:pPr>
              <w:spacing w:after="0"/>
              <w:jc w:val="left"/>
            </w:pPr>
            <w:r>
              <w:rPr>
                <w:sz w:val="16"/>
              </w:rPr>
              <w:t>Major disaster</w:t>
            </w:r>
          </w:p>
        </w:tc>
        <w:tc>
          <w:tcPr>
            <w:tcW w:type="dxa" w:w="2824"/>
          </w:tcPr>
          <w:p>
            <w:pPr>
              <w:spacing w:after="0"/>
              <w:jc w:val="left"/>
            </w:pPr>
            <w:r>
              <w:rPr>
                <w:sz w:val="16"/>
              </w:rPr>
              <w:t>TROPICAL STORM FLOYD</w:t>
            </w:r>
          </w:p>
        </w:tc>
        <w:tc>
          <w:tcPr>
            <w:tcW w:type="dxa" w:w="2620"/>
          </w:tcPr>
          <w:p>
            <w:pPr>
              <w:spacing w:after="0"/>
              <w:jc w:val="left"/>
            </w:pPr>
            <w:r>
              <w:rPr>
                <w:sz w:val="16"/>
              </w:rPr>
              <w:t>Hurricane; Inland Flooding</w:t>
            </w:r>
          </w:p>
        </w:tc>
        <w:tc>
          <w:tcPr>
            <w:tcW w:type="dxa" w:w="1638"/>
          </w:tcPr>
          <w:p>
            <w:pPr>
              <w:spacing w:after="0"/>
              <w:jc w:val="right"/>
            </w:pPr>
            <w:r>
              <w:rPr>
                <w:sz w:val="16"/>
              </w:rPr>
              <w:t>$75,095.32</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1998-06-30</w:t>
            </w:r>
          </w:p>
        </w:tc>
        <w:tc>
          <w:tcPr>
            <w:tcW w:type="dxa" w:w="1188"/>
          </w:tcPr>
          <w:p>
            <w:pPr>
              <w:spacing w:after="0"/>
              <w:jc w:val="left"/>
            </w:pPr>
            <w:r>
              <w:rPr>
                <w:sz w:val="16"/>
              </w:rPr>
              <w:t>1998-06-17</w:t>
            </w:r>
          </w:p>
        </w:tc>
        <w:tc>
          <w:tcPr>
            <w:tcW w:type="dxa" w:w="1188"/>
          </w:tcPr>
          <w:p>
            <w:pPr>
              <w:spacing w:after="0"/>
              <w:jc w:val="left"/>
            </w:pPr>
            <w:r>
              <w:rPr>
                <w:sz w:val="16"/>
              </w:rPr>
              <w:t>DR-1228-VT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1998-01-15</w:t>
            </w:r>
          </w:p>
        </w:tc>
        <w:tc>
          <w:tcPr>
            <w:tcW w:type="dxa" w:w="1188"/>
          </w:tcPr>
          <w:p>
            <w:pPr>
              <w:spacing w:after="0"/>
              <w:jc w:val="left"/>
            </w:pPr>
            <w:r>
              <w:rPr>
                <w:sz w:val="16"/>
              </w:rPr>
              <w:t>1998-01-06</w:t>
            </w:r>
          </w:p>
        </w:tc>
        <w:tc>
          <w:tcPr>
            <w:tcW w:type="dxa" w:w="1188"/>
          </w:tcPr>
          <w:p>
            <w:pPr>
              <w:spacing w:after="0"/>
              <w:jc w:val="left"/>
            </w:pPr>
            <w:r>
              <w:rPr>
                <w:sz w:val="16"/>
              </w:rPr>
              <w:t>DR-1201-VT</w:t>
            </w:r>
          </w:p>
        </w:tc>
        <w:tc>
          <w:tcPr>
            <w:tcW w:type="dxa" w:w="1597"/>
          </w:tcPr>
          <w:p>
            <w:pPr>
              <w:spacing w:after="0"/>
              <w:jc w:val="left"/>
            </w:pPr>
            <w:r>
              <w:rPr>
                <w:sz w:val="16"/>
              </w:rPr>
              <w:t>Major disaster</w:t>
            </w:r>
          </w:p>
        </w:tc>
        <w:tc>
          <w:tcPr>
            <w:tcW w:type="dxa" w:w="2824"/>
          </w:tcPr>
          <w:p>
            <w:pPr>
              <w:spacing w:after="0"/>
              <w:jc w:val="left"/>
            </w:pPr>
            <w:r>
              <w:rPr>
                <w:sz w:val="16"/>
              </w:rPr>
              <w:t>SEVERE ICE STORMS, RAIN, HIGH WINDS AND FLOODING</w:t>
            </w:r>
          </w:p>
        </w:tc>
        <w:tc>
          <w:tcPr>
            <w:tcW w:type="dxa" w:w="2620"/>
          </w:tcPr>
          <w:p>
            <w:pPr>
              <w:spacing w:after="0"/>
              <w:jc w:val="left"/>
            </w:pPr>
            <w:r>
              <w:rPr>
                <w:sz w:val="16"/>
              </w:rPr>
              <w:t>Ice Storm; Inland Flooding; Strong Wind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1996-02-13</w:t>
            </w:r>
          </w:p>
        </w:tc>
        <w:tc>
          <w:tcPr>
            <w:tcW w:type="dxa" w:w="1188"/>
          </w:tcPr>
          <w:p>
            <w:pPr>
              <w:spacing w:after="0"/>
              <w:jc w:val="left"/>
            </w:pPr>
            <w:r>
              <w:rPr>
                <w:sz w:val="16"/>
              </w:rPr>
              <w:t>1996-01-19</w:t>
            </w:r>
          </w:p>
        </w:tc>
        <w:tc>
          <w:tcPr>
            <w:tcW w:type="dxa" w:w="1188"/>
          </w:tcPr>
          <w:p>
            <w:pPr>
              <w:spacing w:after="0"/>
              <w:jc w:val="left"/>
            </w:pPr>
            <w:r>
              <w:rPr>
                <w:sz w:val="16"/>
              </w:rPr>
              <w:t>DR-1101-VT</w:t>
            </w:r>
          </w:p>
        </w:tc>
        <w:tc>
          <w:tcPr>
            <w:tcW w:type="dxa" w:w="1597"/>
          </w:tcPr>
          <w:p>
            <w:pPr>
              <w:spacing w:after="0"/>
              <w:jc w:val="left"/>
            </w:pPr>
            <w:r>
              <w:rPr>
                <w:sz w:val="16"/>
              </w:rPr>
              <w:t>Major disaster</w:t>
            </w:r>
          </w:p>
        </w:tc>
        <w:tc>
          <w:tcPr>
            <w:tcW w:type="dxa" w:w="2824"/>
          </w:tcPr>
          <w:p>
            <w:pPr>
              <w:spacing w:after="0"/>
              <w:jc w:val="left"/>
            </w:pPr>
            <w:r>
              <w:rPr>
                <w:sz w:val="16"/>
              </w:rPr>
              <w:t>ICE JAMS AND FLOODING</w:t>
            </w:r>
          </w:p>
        </w:tc>
        <w:tc>
          <w:tcPr>
            <w:tcW w:type="dxa" w:w="2620"/>
          </w:tcPr>
          <w:p>
            <w:pPr>
              <w:spacing w:after="0"/>
              <w:jc w:val="left"/>
            </w:pPr>
            <w:r>
              <w:rPr>
                <w:sz w:val="16"/>
              </w:rPr>
              <w:t>Inland Flooding (primary); also designated: Winter Weather</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1992-03-18</w:t>
            </w:r>
          </w:p>
        </w:tc>
        <w:tc>
          <w:tcPr>
            <w:tcW w:type="dxa" w:w="1188"/>
          </w:tcPr>
          <w:p>
            <w:pPr>
              <w:spacing w:after="0"/>
              <w:jc w:val="left"/>
            </w:pPr>
            <w:r>
              <w:rPr>
                <w:sz w:val="16"/>
              </w:rPr>
              <w:t>1992-03-11</w:t>
            </w:r>
          </w:p>
        </w:tc>
        <w:tc>
          <w:tcPr>
            <w:tcW w:type="dxa" w:w="1188"/>
          </w:tcPr>
          <w:p>
            <w:pPr>
              <w:spacing w:after="0"/>
              <w:jc w:val="left"/>
            </w:pPr>
            <w:r>
              <w:rPr>
                <w:sz w:val="16"/>
              </w:rPr>
              <w:t>DR-938-VT</w:t>
            </w:r>
          </w:p>
        </w:tc>
        <w:tc>
          <w:tcPr>
            <w:tcW w:type="dxa" w:w="1597"/>
          </w:tcPr>
          <w:p>
            <w:pPr>
              <w:spacing w:after="0"/>
              <w:jc w:val="left"/>
            </w:pPr>
            <w:r>
              <w:rPr>
                <w:sz w:val="16"/>
              </w:rPr>
              <w:t>Major disaster</w:t>
            </w:r>
          </w:p>
        </w:tc>
        <w:tc>
          <w:tcPr>
            <w:tcW w:type="dxa" w:w="2824"/>
          </w:tcPr>
          <w:p>
            <w:pPr>
              <w:spacing w:after="0"/>
              <w:jc w:val="left"/>
            </w:pPr>
            <w:r>
              <w:rPr>
                <w:sz w:val="16"/>
              </w:rPr>
              <w:t>HEAVY RAINS, ICE JAMS &amp;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1976-08-05</w:t>
            </w:r>
          </w:p>
        </w:tc>
        <w:tc>
          <w:tcPr>
            <w:tcW w:type="dxa" w:w="1188"/>
          </w:tcPr>
          <w:p>
            <w:pPr>
              <w:spacing w:after="0"/>
              <w:jc w:val="left"/>
            </w:pPr>
            <w:r>
              <w:rPr>
                <w:sz w:val="16"/>
              </w:rPr>
              <w:t>1976-08-05</w:t>
            </w:r>
          </w:p>
        </w:tc>
        <w:tc>
          <w:tcPr>
            <w:tcW w:type="dxa" w:w="1188"/>
          </w:tcPr>
          <w:p>
            <w:pPr>
              <w:spacing w:after="0"/>
              <w:jc w:val="left"/>
            </w:pPr>
            <w:r>
              <w:rPr>
                <w:sz w:val="16"/>
              </w:rPr>
              <w:t>DR-518-VT</w:t>
            </w:r>
          </w:p>
        </w:tc>
        <w:tc>
          <w:tcPr>
            <w:tcW w:type="dxa" w:w="1597"/>
          </w:tcPr>
          <w:p>
            <w:pPr>
              <w:spacing w:after="0"/>
              <w:jc w:val="left"/>
            </w:pPr>
            <w:r>
              <w:rPr>
                <w:sz w:val="16"/>
              </w:rPr>
              <w:t>Major disaster</w:t>
            </w:r>
          </w:p>
        </w:tc>
        <w:tc>
          <w:tcPr>
            <w:tcW w:type="dxa" w:w="2824"/>
          </w:tcPr>
          <w:p>
            <w:pPr>
              <w:spacing w:after="0"/>
              <w:jc w:val="left"/>
            </w:pPr>
            <w:r>
              <w:rPr>
                <w:sz w:val="16"/>
              </w:rPr>
              <w:t>SEVERE STORMS, HIGH WINDS &amp; FLOODING</w:t>
            </w:r>
          </w:p>
        </w:tc>
        <w:tc>
          <w:tcPr>
            <w:tcW w:type="dxa" w:w="2620"/>
          </w:tcPr>
          <w:p>
            <w:pPr>
              <w:spacing w:after="0"/>
              <w:jc w:val="left"/>
            </w:pPr>
            <w:r>
              <w:rPr>
                <w:sz w:val="16"/>
              </w:rPr>
              <w:t>Inland Flooding (primary); also designated: Strong Wind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1973-07-06</w:t>
            </w:r>
          </w:p>
        </w:tc>
        <w:tc>
          <w:tcPr>
            <w:tcW w:type="dxa" w:w="1188"/>
          </w:tcPr>
          <w:p>
            <w:pPr>
              <w:spacing w:after="0"/>
              <w:jc w:val="left"/>
            </w:pPr>
            <w:r>
              <w:rPr>
                <w:sz w:val="16"/>
              </w:rPr>
              <w:t>1973-07-06</w:t>
            </w:r>
          </w:p>
        </w:tc>
        <w:tc>
          <w:tcPr>
            <w:tcW w:type="dxa" w:w="1188"/>
          </w:tcPr>
          <w:p>
            <w:pPr>
              <w:spacing w:after="0"/>
              <w:jc w:val="left"/>
            </w:pPr>
            <w:r>
              <w:rPr>
                <w:sz w:val="16"/>
              </w:rPr>
              <w:t>DR-397-VT</w:t>
            </w:r>
          </w:p>
        </w:tc>
        <w:tc>
          <w:tcPr>
            <w:tcW w:type="dxa" w:w="1597"/>
          </w:tcPr>
          <w:p>
            <w:pPr>
              <w:spacing w:after="0"/>
              <w:jc w:val="left"/>
            </w:pPr>
            <w:r>
              <w:rPr>
                <w:sz w:val="16"/>
              </w:rPr>
              <w:t>Major disaster</w:t>
            </w:r>
          </w:p>
        </w:tc>
        <w:tc>
          <w:tcPr>
            <w:tcW w:type="dxa" w:w="2824"/>
          </w:tcPr>
          <w:p>
            <w:pPr>
              <w:spacing w:after="0"/>
              <w:jc w:val="left"/>
            </w:pPr>
            <w:r>
              <w:rPr>
                <w:sz w:val="16"/>
              </w:rPr>
              <w:t>SEVERE STORMS, FLOODING, &amp; LANDSLIDES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1969-08-30</w:t>
            </w:r>
          </w:p>
        </w:tc>
        <w:tc>
          <w:tcPr>
            <w:tcW w:type="dxa" w:w="1188"/>
          </w:tcPr>
          <w:p>
            <w:pPr>
              <w:spacing w:after="0"/>
              <w:jc w:val="left"/>
            </w:pPr>
            <w:r>
              <w:rPr>
                <w:sz w:val="16"/>
              </w:rPr>
              <w:t>1969-08-30</w:t>
            </w:r>
          </w:p>
        </w:tc>
        <w:tc>
          <w:tcPr>
            <w:tcW w:type="dxa" w:w="1188"/>
          </w:tcPr>
          <w:p>
            <w:pPr>
              <w:spacing w:after="0"/>
              <w:jc w:val="left"/>
            </w:pPr>
            <w:r>
              <w:rPr>
                <w:sz w:val="16"/>
              </w:rPr>
              <w:t>DR-277-VT</w:t>
            </w:r>
          </w:p>
        </w:tc>
        <w:tc>
          <w:tcPr>
            <w:tcW w:type="dxa" w:w="1597"/>
          </w:tcPr>
          <w:p>
            <w:pPr>
              <w:spacing w:after="0"/>
              <w:jc w:val="left"/>
            </w:pPr>
            <w:r>
              <w:rPr>
                <w:sz w:val="16"/>
              </w:rPr>
              <w:t>Major disaster</w:t>
            </w:r>
          </w:p>
        </w:tc>
        <w:tc>
          <w:tcPr>
            <w:tcW w:type="dxa" w:w="2824"/>
          </w:tcPr>
          <w:p>
            <w:pPr>
              <w:spacing w:after="0"/>
              <w:jc w:val="left"/>
            </w:pPr>
            <w:r>
              <w:rPr>
                <w:sz w:val="16"/>
              </w:rPr>
              <w:t>SEVERE STORMS &amp;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28</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65</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10</w:t>
            </w:r>
          </w:p>
        </w:tc>
        <w:tc>
          <w:tcPr>
            <w:tcW w:type="dxa" w:w="1356"/>
          </w:tcPr>
          <w:p>
            <w:pPr>
              <w:spacing w:after="0"/>
              <w:jc w:val="right"/>
            </w:pPr>
            <w:r>
              <w:rPr>
                <w:sz w:val="16"/>
              </w:rPr>
              <w:t>18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237</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26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and 32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273</w:t>
            </w:r>
          </w:p>
        </w:tc>
        <w:tc>
          <w:tcPr>
            <w:tcW w:type="dxa" w:w="1422"/>
          </w:tcPr>
          <w:p>
            <w:pPr>
              <w:spacing w:after="0"/>
              <w:jc w:val="right"/>
            </w:pPr>
            <w:r>
              <w:rPr>
                <w:sz w:val="16"/>
              </w:rPr>
              <w:t>0</w:t>
            </w:r>
          </w:p>
        </w:tc>
        <w:tc>
          <w:tcPr>
            <w:tcW w:type="dxa" w:w="1356"/>
          </w:tcPr>
          <w:p>
            <w:pPr>
              <w:spacing w:after="0"/>
              <w:jc w:val="right"/>
            </w:pPr>
            <w:r>
              <w:rPr>
                <w:sz w:val="16"/>
              </w:rPr>
              <w:t>11</w:t>
            </w:r>
          </w:p>
        </w:tc>
        <w:tc>
          <w:tcPr>
            <w:tcW w:type="dxa" w:w="963"/>
          </w:tcPr>
          <w:p>
            <w:pPr>
              <w:spacing w:after="0"/>
              <w:jc w:val="right"/>
            </w:pPr>
            <w:r>
              <w:rPr>
                <w:sz w:val="16"/>
              </w:rPr>
              <w:t>42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25"/>
        <w:gridCol w:w="1692"/>
        <w:gridCol w:w="1144"/>
        <w:gridCol w:w="1899"/>
        <w:gridCol w:w="712"/>
        <w:gridCol w:w="338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25"/>
            <w:shd w:val="clear" w:color="auto" w:fill="E8E8E8"/>
          </w:tcPr>
          <w:p>
            <w:pPr>
              <w:spacing w:after="0"/>
              <w:jc w:val="left"/>
            </w:pPr>
            <w:r>
              <w:rPr>
                <w:b/>
                <w:sz w:val="16"/>
              </w:rPr>
              <w:t>Magnitude or extent</w:t>
            </w:r>
          </w:p>
        </w:tc>
        <w:tc>
          <w:tcPr>
            <w:tcW w:type="dxa" w:w="1692"/>
            <w:shd w:val="clear" w:color="auto" w:fill="E8E8E8"/>
          </w:tcPr>
          <w:p>
            <w:pPr>
              <w:spacing w:after="0"/>
              <w:jc w:val="left"/>
            </w:pPr>
            <w:r>
              <w:rPr>
                <w:b/>
                <w:sz w:val="16"/>
              </w:rPr>
              <w:t>Damage</w:t>
            </w:r>
          </w:p>
          <w:p>
            <w:pPr>
              <w:spacing w:after="0"/>
              <w:jc w:val="left"/>
            </w:pPr>
            <w:r>
              <w:rPr>
                <w:i/>
                <w:color w:val="555555"/>
                <w:sz w:val="14"/>
              </w:rPr>
              <w:t>nominal dollars</w:t>
            </w:r>
          </w:p>
        </w:tc>
        <w:tc>
          <w:tcPr>
            <w:tcW w:type="dxa" w:w="114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99"/>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338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2023-07-10</w:t>
            </w:r>
          </w:p>
        </w:tc>
        <w:tc>
          <w:tcPr>
            <w:tcW w:type="dxa" w:w="1215"/>
          </w:tcPr>
          <w:p>
            <w:pPr>
              <w:spacing w:after="0"/>
              <w:jc w:val="left"/>
            </w:pPr>
            <w:r>
              <w:rPr>
                <w:sz w:val="16"/>
              </w:rPr>
              <w:t>Flash Flood</w:t>
            </w:r>
          </w:p>
        </w:tc>
        <w:tc>
          <w:tcPr>
            <w:tcW w:type="dxa" w:w="3025"/>
          </w:tcPr>
          <w:p>
            <w:pPr>
              <w:spacing w:after="0"/>
              <w:jc w:val="left"/>
            </w:pPr>
          </w:p>
        </w:tc>
        <w:tc>
          <w:tcPr>
            <w:tcW w:type="dxa" w:w="1692"/>
          </w:tcPr>
          <w:p>
            <w:pPr>
              <w:spacing w:after="0"/>
              <w:jc w:val="left"/>
            </w:pPr>
            <w:r>
              <w:rPr>
                <w:sz w:val="16"/>
              </w:rPr>
              <w:t>$25,000,000 property; $0 crops (2023 dollars)</w:t>
            </w:r>
          </w:p>
        </w:tc>
        <w:tc>
          <w:tcPr>
            <w:tcW w:type="dxa" w:w="1144"/>
          </w:tcPr>
          <w:p>
            <w:pPr>
              <w:spacing w:after="0"/>
              <w:jc w:val="right"/>
            </w:pPr>
            <w:r>
              <w:rPr>
                <w:sz w:val="16"/>
              </w:rPr>
              <w:t>1, 0</w:t>
            </w:r>
          </w:p>
        </w:tc>
        <w:tc>
          <w:tcPr>
            <w:tcW w:type="dxa" w:w="1899"/>
          </w:tcPr>
          <w:p>
            <w:pPr>
              <w:spacing w:after="0"/>
              <w:jc w:val="left"/>
            </w:pPr>
            <w:r>
              <w:rPr>
                <w:sz w:val="16"/>
              </w:rPr>
              <w:t>CHESTER to EAST BETHEL</w:t>
            </w:r>
          </w:p>
        </w:tc>
        <w:tc>
          <w:tcPr>
            <w:tcW w:type="dxa" w:w="712"/>
          </w:tcPr>
          <w:p>
            <w:pPr>
              <w:spacing w:after="0"/>
              <w:jc w:val="left"/>
            </w:pPr>
            <w:r>
              <w:rPr>
                <w:sz w:val="16"/>
              </w:rPr>
              <w:t>within last 5 years</w:t>
            </w:r>
          </w:p>
        </w:tc>
        <w:tc>
          <w:tcPr>
            <w:tcW w:type="dxa" w:w="3387"/>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3025"/>
          </w:tcPr>
          <w:p>
            <w:pPr>
              <w:spacing w:after="0"/>
              <w:jc w:val="left"/>
            </w:pPr>
          </w:p>
        </w:tc>
        <w:tc>
          <w:tcPr>
            <w:tcW w:type="dxa" w:w="1692"/>
          </w:tcPr>
          <w:p>
            <w:pPr>
              <w:spacing w:after="0"/>
              <w:jc w:val="left"/>
            </w:pPr>
            <w:r>
              <w:rPr>
                <w:sz w:val="16"/>
              </w:rPr>
              <w:t>$0 property; $1,000,000 crops, reported for the zone (2023 dollars)</w:t>
            </w:r>
          </w:p>
        </w:tc>
        <w:tc>
          <w:tcPr>
            <w:tcW w:type="dxa" w:w="1144"/>
          </w:tcPr>
          <w:p>
            <w:pPr>
              <w:spacing w:after="0"/>
              <w:jc w:val="right"/>
            </w:pPr>
            <w:r>
              <w:rPr>
                <w:sz w:val="16"/>
              </w:rPr>
              <w:t>0, 0</w:t>
            </w:r>
          </w:p>
        </w:tc>
        <w:tc>
          <w:tcPr>
            <w:tcW w:type="dxa" w:w="1899"/>
          </w:tcPr>
          <w:p>
            <w:pPr>
              <w:spacing w:after="0"/>
              <w:jc w:val="left"/>
            </w:pPr>
            <w:r>
              <w:rPr>
                <w:sz w:val="16"/>
              </w:rPr>
              <w:t>NWS zone VTZ021 (EASTERN WINDSOR COUNTY), zone-level: may include parts of neighboring counties</w:t>
            </w:r>
          </w:p>
        </w:tc>
        <w:tc>
          <w:tcPr>
            <w:tcW w:type="dxa" w:w="712"/>
          </w:tcPr>
          <w:p>
            <w:pPr>
              <w:spacing w:after="0"/>
              <w:jc w:val="left"/>
            </w:pPr>
            <w:r>
              <w:rPr>
                <w:sz w:val="16"/>
              </w:rPr>
              <w:t>within last 5 years</w:t>
            </w:r>
          </w:p>
        </w:tc>
        <w:tc>
          <w:tcPr>
            <w:tcW w:type="dxa" w:w="3387"/>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3025"/>
          </w:tcPr>
          <w:p>
            <w:pPr>
              <w:spacing w:after="0"/>
              <w:jc w:val="left"/>
            </w:pPr>
            <w:r>
              <w:rPr>
                <w:sz w:val="16"/>
              </w:rPr>
              <w:t>50 kt (58 mph) estimated gust</w:t>
            </w:r>
          </w:p>
        </w:tc>
        <w:tc>
          <w:tcPr>
            <w:tcW w:type="dxa" w:w="1692"/>
          </w:tcPr>
          <w:p>
            <w:pPr>
              <w:spacing w:after="0"/>
              <w:jc w:val="left"/>
            </w:pPr>
            <w:r>
              <w:rPr>
                <w:sz w:val="16"/>
              </w:rPr>
              <w:t>$150,000 property; $0 crops, reported for the zone (2022 dollars)</w:t>
            </w:r>
          </w:p>
        </w:tc>
        <w:tc>
          <w:tcPr>
            <w:tcW w:type="dxa" w:w="1144"/>
          </w:tcPr>
          <w:p>
            <w:pPr>
              <w:spacing w:after="0"/>
              <w:jc w:val="right"/>
            </w:pPr>
            <w:r>
              <w:rPr>
                <w:sz w:val="16"/>
              </w:rPr>
              <w:t>0, 0</w:t>
            </w:r>
          </w:p>
        </w:tc>
        <w:tc>
          <w:tcPr>
            <w:tcW w:type="dxa" w:w="1899"/>
          </w:tcPr>
          <w:p>
            <w:pPr>
              <w:spacing w:after="0"/>
              <w:jc w:val="left"/>
            </w:pPr>
            <w:r>
              <w:rPr>
                <w:sz w:val="16"/>
              </w:rPr>
              <w:t>NWS zone VTZ020 (WESTERN WINDSOR COUNTY), zone-level: may include parts of neighboring counties</w:t>
            </w:r>
          </w:p>
        </w:tc>
        <w:tc>
          <w:tcPr>
            <w:tcW w:type="dxa" w:w="712"/>
          </w:tcPr>
          <w:p>
            <w:pPr>
              <w:spacing w:after="0"/>
              <w:jc w:val="left"/>
            </w:pPr>
            <w:r>
              <w:rPr>
                <w:sz w:val="16"/>
              </w:rPr>
              <w:t>within last 5 years</w:t>
            </w:r>
          </w:p>
        </w:tc>
        <w:tc>
          <w:tcPr>
            <w:tcW w:type="dxa" w:w="338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3025"/>
          </w:tcPr>
          <w:p>
            <w:pPr>
              <w:spacing w:after="0"/>
              <w:jc w:val="left"/>
            </w:pPr>
          </w:p>
        </w:tc>
        <w:tc>
          <w:tcPr>
            <w:tcW w:type="dxa" w:w="1692"/>
          </w:tcPr>
          <w:p>
            <w:pPr>
              <w:spacing w:after="0"/>
              <w:jc w:val="left"/>
            </w:pPr>
            <w:r>
              <w:rPr>
                <w:sz w:val="16"/>
              </w:rPr>
              <w:t>$0 property; $0 crops, reported for the zone (2020 dollars)</w:t>
            </w:r>
          </w:p>
        </w:tc>
        <w:tc>
          <w:tcPr>
            <w:tcW w:type="dxa" w:w="1144"/>
          </w:tcPr>
          <w:p>
            <w:pPr>
              <w:spacing w:after="0"/>
              <w:jc w:val="right"/>
            </w:pPr>
            <w:r>
              <w:rPr>
                <w:sz w:val="16"/>
              </w:rPr>
              <w:t>0, 0</w:t>
            </w:r>
          </w:p>
        </w:tc>
        <w:tc>
          <w:tcPr>
            <w:tcW w:type="dxa" w:w="1899"/>
          </w:tcPr>
          <w:p>
            <w:pPr>
              <w:spacing w:after="0"/>
              <w:jc w:val="left"/>
            </w:pPr>
            <w:r>
              <w:rPr>
                <w:sz w:val="16"/>
              </w:rPr>
              <w:t>NWS zone VTZ012 (WINDSOR), zone-level: may include parts of neighboring counties</w:t>
            </w:r>
          </w:p>
        </w:tc>
        <w:tc>
          <w:tcPr>
            <w:tcW w:type="dxa" w:w="712"/>
          </w:tcPr>
          <w:p>
            <w:pPr>
              <w:spacing w:after="0"/>
              <w:jc w:val="left"/>
            </w:pPr>
          </w:p>
        </w:tc>
        <w:tc>
          <w:tcPr>
            <w:tcW w:type="dxa" w:w="3387"/>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3025"/>
          </w:tcPr>
          <w:p>
            <w:pPr>
              <w:spacing w:after="0"/>
              <w:jc w:val="left"/>
            </w:pPr>
          </w:p>
        </w:tc>
        <w:tc>
          <w:tcPr>
            <w:tcW w:type="dxa" w:w="1692"/>
          </w:tcPr>
          <w:p>
            <w:pPr>
              <w:spacing w:after="0"/>
              <w:jc w:val="left"/>
            </w:pPr>
            <w:r>
              <w:rPr>
                <w:sz w:val="16"/>
              </w:rPr>
              <w:t>$0 property; $0 crops, reported for the zone (2015 dollars)</w:t>
            </w:r>
          </w:p>
        </w:tc>
        <w:tc>
          <w:tcPr>
            <w:tcW w:type="dxa" w:w="1144"/>
          </w:tcPr>
          <w:p>
            <w:pPr>
              <w:spacing w:after="0"/>
              <w:jc w:val="right"/>
            </w:pPr>
            <w:r>
              <w:rPr>
                <w:sz w:val="16"/>
              </w:rPr>
              <w:t>0, 0</w:t>
            </w:r>
          </w:p>
        </w:tc>
        <w:tc>
          <w:tcPr>
            <w:tcW w:type="dxa" w:w="1899"/>
          </w:tcPr>
          <w:p>
            <w:pPr>
              <w:spacing w:after="0"/>
              <w:jc w:val="left"/>
            </w:pPr>
            <w:r>
              <w:rPr>
                <w:sz w:val="16"/>
              </w:rPr>
              <w:t>NWS zone VTZ012 (WINDSOR), zone-level: may include parts of neighboring counties</w:t>
            </w:r>
          </w:p>
        </w:tc>
        <w:tc>
          <w:tcPr>
            <w:tcW w:type="dxa" w:w="712"/>
          </w:tcPr>
          <w:p>
            <w:pPr>
              <w:spacing w:after="0"/>
              <w:jc w:val="left"/>
            </w:pPr>
          </w:p>
        </w:tc>
        <w:tc>
          <w:tcPr>
            <w:tcW w:type="dxa" w:w="338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3025"/>
          </w:tcPr>
          <w:p>
            <w:pPr>
              <w:spacing w:after="0"/>
              <w:jc w:val="left"/>
            </w:pPr>
          </w:p>
        </w:tc>
        <w:tc>
          <w:tcPr>
            <w:tcW w:type="dxa" w:w="1692"/>
          </w:tcPr>
          <w:p>
            <w:pPr>
              <w:spacing w:after="0"/>
              <w:jc w:val="left"/>
            </w:pPr>
            <w:r>
              <w:rPr>
                <w:sz w:val="16"/>
              </w:rPr>
              <w:t>$100,000,000 property; $5,000,000 crops (2011 dollars)</w:t>
            </w:r>
          </w:p>
        </w:tc>
        <w:tc>
          <w:tcPr>
            <w:tcW w:type="dxa" w:w="1144"/>
          </w:tcPr>
          <w:p>
            <w:pPr>
              <w:spacing w:after="0"/>
              <w:jc w:val="right"/>
            </w:pPr>
            <w:r>
              <w:rPr>
                <w:sz w:val="16"/>
              </w:rPr>
              <w:t>0, 0</w:t>
            </w:r>
          </w:p>
        </w:tc>
        <w:tc>
          <w:tcPr>
            <w:tcW w:type="dxa" w:w="1899"/>
          </w:tcPr>
          <w:p>
            <w:pPr>
              <w:spacing w:after="0"/>
              <w:jc w:val="left"/>
            </w:pPr>
            <w:r>
              <w:rPr>
                <w:sz w:val="16"/>
              </w:rPr>
              <w:t>GOULDS MILL to POMPANOOSUC</w:t>
            </w:r>
          </w:p>
        </w:tc>
        <w:tc>
          <w:tcPr>
            <w:tcW w:type="dxa" w:w="712"/>
          </w:tcPr>
          <w:p>
            <w:pPr>
              <w:spacing w:after="0"/>
              <w:jc w:val="left"/>
            </w:pPr>
          </w:p>
        </w:tc>
        <w:tc>
          <w:tcPr>
            <w:tcW w:type="dxa" w:w="338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2011-07-21</w:t>
            </w:r>
          </w:p>
        </w:tc>
        <w:tc>
          <w:tcPr>
            <w:tcW w:type="dxa" w:w="1215"/>
          </w:tcPr>
          <w:p>
            <w:pPr>
              <w:spacing w:after="0"/>
              <w:jc w:val="left"/>
            </w:pPr>
            <w:r>
              <w:rPr>
                <w:sz w:val="16"/>
              </w:rPr>
              <w:t>Heat</w:t>
            </w:r>
          </w:p>
        </w:tc>
        <w:tc>
          <w:tcPr>
            <w:tcW w:type="dxa" w:w="3025"/>
          </w:tcPr>
          <w:p>
            <w:pPr>
              <w:spacing w:after="0"/>
              <w:jc w:val="left"/>
            </w:pPr>
          </w:p>
        </w:tc>
        <w:tc>
          <w:tcPr>
            <w:tcW w:type="dxa" w:w="1692"/>
          </w:tcPr>
          <w:p>
            <w:pPr>
              <w:spacing w:after="0"/>
              <w:jc w:val="left"/>
            </w:pPr>
            <w:r>
              <w:rPr>
                <w:sz w:val="16"/>
              </w:rPr>
              <w:t>$0 property; $0 crops, reported for the zone (2011 dollars)</w:t>
            </w:r>
          </w:p>
        </w:tc>
        <w:tc>
          <w:tcPr>
            <w:tcW w:type="dxa" w:w="1144"/>
          </w:tcPr>
          <w:p>
            <w:pPr>
              <w:spacing w:after="0"/>
              <w:jc w:val="right"/>
            </w:pPr>
            <w:r>
              <w:rPr>
                <w:sz w:val="16"/>
              </w:rPr>
              <w:t>1, 0</w:t>
            </w:r>
          </w:p>
        </w:tc>
        <w:tc>
          <w:tcPr>
            <w:tcW w:type="dxa" w:w="1899"/>
          </w:tcPr>
          <w:p>
            <w:pPr>
              <w:spacing w:after="0"/>
              <w:jc w:val="left"/>
            </w:pPr>
            <w:r>
              <w:rPr>
                <w:sz w:val="16"/>
              </w:rPr>
              <w:t>NWS zone VTZ012 (WINDSOR), zone-level: may include parts of neighboring counties</w:t>
            </w:r>
          </w:p>
        </w:tc>
        <w:tc>
          <w:tcPr>
            <w:tcW w:type="dxa" w:w="712"/>
          </w:tcPr>
          <w:p>
            <w:pPr>
              <w:spacing w:after="0"/>
              <w:jc w:val="left"/>
            </w:pPr>
          </w:p>
        </w:tc>
        <w:tc>
          <w:tcPr>
            <w:tcW w:type="dxa" w:w="3387"/>
          </w:tcPr>
          <w:p>
            <w:pPr>
              <w:spacing w:after="0"/>
              <w:jc w:val="left"/>
            </w:pPr>
            <w:r>
              <w:rPr>
                <w:sz w:val="16"/>
              </w:rPr>
              <w:t>deaths or injuries recorded</w:t>
            </w:r>
          </w:p>
        </w:tc>
      </w:tr>
      <w:tr>
        <w:trPr>
          <w:cantSplit/>
        </w:trPr>
        <w:tc>
          <w:tcPr>
            <w:tcW w:type="dxa" w:w="1037"/>
          </w:tcPr>
          <w:p>
            <w:pPr>
              <w:spacing w:after="0"/>
              <w:jc w:val="left"/>
            </w:pPr>
            <w:r>
              <w:rPr>
                <w:sz w:val="16"/>
              </w:rPr>
              <w:t>2003-07-21</w:t>
            </w:r>
          </w:p>
        </w:tc>
        <w:tc>
          <w:tcPr>
            <w:tcW w:type="dxa" w:w="1215"/>
          </w:tcPr>
          <w:p>
            <w:pPr>
              <w:spacing w:after="0"/>
              <w:jc w:val="left"/>
            </w:pPr>
            <w:r>
              <w:rPr>
                <w:sz w:val="16"/>
              </w:rPr>
              <w:t>Thunderstorm Wind</w:t>
            </w:r>
          </w:p>
        </w:tc>
        <w:tc>
          <w:tcPr>
            <w:tcW w:type="dxa" w:w="3025"/>
          </w:tcPr>
          <w:p>
            <w:pPr>
              <w:spacing w:after="0"/>
              <w:jc w:val="left"/>
            </w:pPr>
            <w:r>
              <w:rPr>
                <w:sz w:val="16"/>
              </w:rPr>
              <w:t>100 kt (115 mph) estimated gust</w:t>
            </w:r>
          </w:p>
        </w:tc>
        <w:tc>
          <w:tcPr>
            <w:tcW w:type="dxa" w:w="1692"/>
          </w:tcPr>
          <w:p>
            <w:pPr>
              <w:spacing w:after="0"/>
              <w:jc w:val="left"/>
            </w:pPr>
            <w:r>
              <w:rPr>
                <w:sz w:val="16"/>
              </w:rPr>
              <w:t>$100,000 property; crops not reported (2003 dollars)</w:t>
            </w:r>
          </w:p>
        </w:tc>
        <w:tc>
          <w:tcPr>
            <w:tcW w:type="dxa" w:w="1144"/>
          </w:tcPr>
          <w:p>
            <w:pPr>
              <w:spacing w:after="0"/>
              <w:jc w:val="right"/>
            </w:pPr>
            <w:r>
              <w:rPr>
                <w:sz w:val="16"/>
              </w:rPr>
              <w:t>0, 1</w:t>
            </w:r>
          </w:p>
        </w:tc>
        <w:tc>
          <w:tcPr>
            <w:tcW w:type="dxa" w:w="1899"/>
          </w:tcPr>
          <w:p>
            <w:pPr>
              <w:spacing w:after="0"/>
              <w:jc w:val="left"/>
            </w:pPr>
            <w:r>
              <w:rPr>
                <w:sz w:val="16"/>
              </w:rPr>
              <w:t>CAVENDISH</w:t>
            </w:r>
          </w:p>
        </w:tc>
        <w:tc>
          <w:tcPr>
            <w:tcW w:type="dxa" w:w="712"/>
          </w:tcPr>
          <w:p>
            <w:pPr>
              <w:spacing w:after="0"/>
              <w:jc w:val="left"/>
            </w:pPr>
          </w:p>
        </w:tc>
        <w:tc>
          <w:tcPr>
            <w:tcW w:type="dxa" w:w="3387"/>
          </w:tcPr>
          <w:p>
            <w:pPr>
              <w:spacing w:after="0"/>
              <w:jc w:val="left"/>
            </w:pPr>
            <w:r>
              <w:rPr>
                <w:sz w:val="16"/>
              </w:rPr>
              <w:t>B1-c worst recorded: Thunderstorm Wind</w:t>
            </w:r>
          </w:p>
        </w:tc>
      </w:tr>
      <w:tr>
        <w:trPr>
          <w:cantSplit/>
        </w:trPr>
        <w:tc>
          <w:tcPr>
            <w:tcW w:type="dxa" w:w="1037"/>
          </w:tcPr>
          <w:p>
            <w:pPr>
              <w:spacing w:after="0"/>
              <w:jc w:val="left"/>
            </w:pPr>
            <w:r>
              <w:rPr>
                <w:sz w:val="16"/>
              </w:rPr>
              <w:t>2002-07-04</w:t>
            </w:r>
          </w:p>
        </w:tc>
        <w:tc>
          <w:tcPr>
            <w:tcW w:type="dxa" w:w="1215"/>
          </w:tcPr>
          <w:p>
            <w:pPr>
              <w:spacing w:after="0"/>
              <w:jc w:val="left"/>
            </w:pPr>
            <w:r>
              <w:rPr>
                <w:sz w:val="16"/>
              </w:rPr>
              <w:t>Lightning</w:t>
            </w:r>
          </w:p>
        </w:tc>
        <w:tc>
          <w:tcPr>
            <w:tcW w:type="dxa" w:w="3025"/>
          </w:tcPr>
          <w:p>
            <w:pPr>
              <w:spacing w:after="0"/>
              <w:jc w:val="left"/>
            </w:pPr>
          </w:p>
        </w:tc>
        <w:tc>
          <w:tcPr>
            <w:tcW w:type="dxa" w:w="1692"/>
          </w:tcPr>
          <w:p>
            <w:pPr>
              <w:spacing w:after="0"/>
              <w:jc w:val="left"/>
            </w:pPr>
            <w:r>
              <w:rPr>
                <w:sz w:val="16"/>
              </w:rPr>
              <w:t>damage not reported</w:t>
            </w:r>
          </w:p>
        </w:tc>
        <w:tc>
          <w:tcPr>
            <w:tcW w:type="dxa" w:w="1144"/>
          </w:tcPr>
          <w:p>
            <w:pPr>
              <w:spacing w:after="0"/>
              <w:jc w:val="right"/>
            </w:pPr>
            <w:r>
              <w:rPr>
                <w:sz w:val="16"/>
              </w:rPr>
              <w:t>1, 0</w:t>
            </w:r>
          </w:p>
        </w:tc>
        <w:tc>
          <w:tcPr>
            <w:tcW w:type="dxa" w:w="1899"/>
          </w:tcPr>
          <w:p>
            <w:pPr>
              <w:spacing w:after="0"/>
              <w:jc w:val="left"/>
            </w:pPr>
            <w:r>
              <w:rPr>
                <w:sz w:val="16"/>
              </w:rPr>
              <w:t>WOODSTOCK</w:t>
            </w:r>
          </w:p>
        </w:tc>
        <w:tc>
          <w:tcPr>
            <w:tcW w:type="dxa" w:w="712"/>
          </w:tcPr>
          <w:p>
            <w:pPr>
              <w:spacing w:after="0"/>
              <w:jc w:val="left"/>
            </w:pPr>
          </w:p>
        </w:tc>
        <w:tc>
          <w:tcPr>
            <w:tcW w:type="dxa" w:w="3387"/>
          </w:tcPr>
          <w:p>
            <w:pPr>
              <w:spacing w:after="0"/>
              <w:jc w:val="left"/>
            </w:pPr>
            <w:r>
              <w:rPr>
                <w:sz w:val="16"/>
              </w:rPr>
              <w:t>B1-c worst recorded: Lightning</w:t>
            </w:r>
          </w:p>
        </w:tc>
      </w:tr>
      <w:tr>
        <w:trPr>
          <w:cantSplit/>
        </w:trPr>
        <w:tc>
          <w:tcPr>
            <w:tcW w:type="dxa" w:w="1037"/>
          </w:tcPr>
          <w:p>
            <w:pPr>
              <w:spacing w:after="0"/>
              <w:jc w:val="left"/>
            </w:pPr>
            <w:r>
              <w:rPr>
                <w:sz w:val="16"/>
              </w:rPr>
              <w:t>2000-01-07</w:t>
            </w:r>
          </w:p>
        </w:tc>
        <w:tc>
          <w:tcPr>
            <w:tcW w:type="dxa" w:w="1215"/>
          </w:tcPr>
          <w:p>
            <w:pPr>
              <w:spacing w:after="0"/>
              <w:jc w:val="left"/>
            </w:pPr>
            <w:r>
              <w:rPr>
                <w:sz w:val="16"/>
              </w:rPr>
              <w:t>Winter Weather</w:t>
            </w:r>
          </w:p>
        </w:tc>
        <w:tc>
          <w:tcPr>
            <w:tcW w:type="dxa" w:w="3025"/>
          </w:tcPr>
          <w:p>
            <w:pPr>
              <w:spacing w:after="0"/>
              <w:jc w:val="left"/>
            </w:pPr>
          </w:p>
        </w:tc>
        <w:tc>
          <w:tcPr>
            <w:tcW w:type="dxa" w:w="1692"/>
          </w:tcPr>
          <w:p>
            <w:pPr>
              <w:spacing w:after="0"/>
              <w:jc w:val="left"/>
            </w:pPr>
            <w:r>
              <w:rPr>
                <w:sz w:val="16"/>
              </w:rPr>
              <w:t>$50,000 property; crops not reported, reported for the zone (2000 dollars)</w:t>
            </w:r>
          </w:p>
        </w:tc>
        <w:tc>
          <w:tcPr>
            <w:tcW w:type="dxa" w:w="1144"/>
          </w:tcPr>
          <w:p>
            <w:pPr>
              <w:spacing w:after="0"/>
              <w:jc w:val="right"/>
            </w:pPr>
            <w:r>
              <w:rPr>
                <w:sz w:val="16"/>
              </w:rPr>
              <w:t>1, 2</w:t>
            </w:r>
          </w:p>
        </w:tc>
        <w:tc>
          <w:tcPr>
            <w:tcW w:type="dxa" w:w="1899"/>
          </w:tcPr>
          <w:p>
            <w:pPr>
              <w:spacing w:after="0"/>
              <w:jc w:val="left"/>
            </w:pPr>
            <w:r>
              <w:rPr>
                <w:sz w:val="16"/>
              </w:rPr>
              <w:t>NWS zone VTZ012 (WINDSOR), zone-level: may include parts of neighboring counties</w:t>
            </w:r>
          </w:p>
        </w:tc>
        <w:tc>
          <w:tcPr>
            <w:tcW w:type="dxa" w:w="712"/>
          </w:tcPr>
          <w:p>
            <w:pPr>
              <w:spacing w:after="0"/>
              <w:jc w:val="left"/>
            </w:pPr>
          </w:p>
        </w:tc>
        <w:tc>
          <w:tcPr>
            <w:tcW w:type="dxa" w:w="3387"/>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3025"/>
          </w:tcPr>
          <w:p>
            <w:pPr>
              <w:spacing w:after="0"/>
              <w:jc w:val="left"/>
            </w:pPr>
          </w:p>
        </w:tc>
        <w:tc>
          <w:tcPr>
            <w:tcW w:type="dxa" w:w="1692"/>
          </w:tcPr>
          <w:p>
            <w:pPr>
              <w:spacing w:after="0"/>
              <w:jc w:val="left"/>
            </w:pPr>
            <w:r>
              <w:rPr>
                <w:sz w:val="16"/>
              </w:rPr>
              <w:t>$80,000 property; crops not reported, reported for the zone (1998 dollars)</w:t>
            </w:r>
          </w:p>
        </w:tc>
        <w:tc>
          <w:tcPr>
            <w:tcW w:type="dxa" w:w="1144"/>
          </w:tcPr>
          <w:p>
            <w:pPr>
              <w:spacing w:after="0"/>
              <w:jc w:val="right"/>
            </w:pPr>
            <w:r>
              <w:rPr>
                <w:sz w:val="16"/>
              </w:rPr>
              <w:t>0, 0</w:t>
            </w:r>
          </w:p>
        </w:tc>
        <w:tc>
          <w:tcPr>
            <w:tcW w:type="dxa" w:w="1899"/>
          </w:tcPr>
          <w:p>
            <w:pPr>
              <w:spacing w:after="0"/>
              <w:jc w:val="left"/>
            </w:pPr>
            <w:r>
              <w:rPr>
                <w:sz w:val="16"/>
              </w:rPr>
              <w:t>NWS zone VTZ012 (WINDSOR), zone-level: may include parts of neighboring counties</w:t>
            </w:r>
          </w:p>
        </w:tc>
        <w:tc>
          <w:tcPr>
            <w:tcW w:type="dxa" w:w="712"/>
          </w:tcPr>
          <w:p>
            <w:pPr>
              <w:spacing w:after="0"/>
              <w:jc w:val="left"/>
            </w:pPr>
          </w:p>
        </w:tc>
        <w:tc>
          <w:tcPr>
            <w:tcW w:type="dxa" w:w="3387"/>
          </w:tcPr>
          <w:p>
            <w:pPr>
              <w:spacing w:after="0"/>
              <w:jc w:val="left"/>
            </w:pPr>
            <w:r>
              <w:rPr>
                <w:sz w:val="16"/>
              </w:rPr>
              <w:t>B1-c worst recorded: Ice Storm</w:t>
            </w:r>
          </w:p>
        </w:tc>
      </w:tr>
      <w:tr>
        <w:trPr>
          <w:cantSplit/>
        </w:trPr>
        <w:tc>
          <w:tcPr>
            <w:tcW w:type="dxa" w:w="1037"/>
          </w:tcPr>
          <w:p>
            <w:pPr>
              <w:spacing w:after="0"/>
              <w:jc w:val="left"/>
            </w:pPr>
            <w:r>
              <w:rPr>
                <w:sz w:val="16"/>
              </w:rPr>
              <w:t>1966-08-11</w:t>
            </w:r>
          </w:p>
        </w:tc>
        <w:tc>
          <w:tcPr>
            <w:tcW w:type="dxa" w:w="1215"/>
          </w:tcPr>
          <w:p>
            <w:pPr>
              <w:spacing w:after="0"/>
              <w:jc w:val="left"/>
            </w:pPr>
            <w:r>
              <w:rPr>
                <w:sz w:val="16"/>
              </w:rPr>
              <w:t>Tornado</w:t>
            </w:r>
          </w:p>
        </w:tc>
        <w:tc>
          <w:tcPr>
            <w:tcW w:type="dxa" w:w="3025"/>
          </w:tcPr>
          <w:p>
            <w:pPr>
              <w:spacing w:after="0"/>
              <w:jc w:val="left"/>
            </w:pPr>
            <w:r>
              <w:rPr>
                <w:sz w:val="16"/>
              </w:rPr>
              <w:t>F2, 1 mi path length (records before 1996 may include the whole path; rating and listing come from the county where the tornado began), 33 yd wide</w:t>
            </w:r>
          </w:p>
        </w:tc>
        <w:tc>
          <w:tcPr>
            <w:tcW w:type="dxa" w:w="1692"/>
          </w:tcPr>
          <w:p>
            <w:pPr>
              <w:spacing w:after="0"/>
              <w:jc w:val="left"/>
            </w:pPr>
            <w:r>
              <w:rPr>
                <w:sz w:val="16"/>
              </w:rPr>
              <w:t>$25,000 property; crops not recorded (1966 dollars)</w:t>
            </w:r>
          </w:p>
        </w:tc>
        <w:tc>
          <w:tcPr>
            <w:tcW w:type="dxa" w:w="1144"/>
          </w:tcPr>
          <w:p>
            <w:pPr>
              <w:spacing w:after="0"/>
              <w:jc w:val="right"/>
            </w:pPr>
            <w:r>
              <w:rPr>
                <w:sz w:val="16"/>
              </w:rPr>
              <w:t>0, 0</w:t>
            </w:r>
          </w:p>
        </w:tc>
        <w:tc>
          <w:tcPr>
            <w:tcW w:type="dxa" w:w="1899"/>
          </w:tcPr>
          <w:p>
            <w:pPr>
              <w:spacing w:after="0"/>
              <w:jc w:val="left"/>
            </w:pPr>
            <w:r>
              <w:rPr>
                <w:sz w:val="16"/>
              </w:rPr>
              <w:t>location not recorded</w:t>
            </w:r>
          </w:p>
        </w:tc>
        <w:tc>
          <w:tcPr>
            <w:tcW w:type="dxa" w:w="712"/>
          </w:tcPr>
          <w:p>
            <w:pPr>
              <w:spacing w:after="0"/>
              <w:jc w:val="left"/>
            </w:pPr>
          </w:p>
        </w:tc>
        <w:tc>
          <w:tcPr>
            <w:tcW w:type="dxa" w:w="338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(688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Windsor County, county-level (county FIPS 50027);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3.06</w:t>
            </w:r>
          </w:p>
        </w:tc>
        <w:tc>
          <w:tcPr>
            <w:tcW w:type="dxa" w:w="1435"/>
          </w:tcPr>
          <w:p>
            <w:pPr>
              <w:spacing w:after="0"/>
              <w:jc w:val="left"/>
            </w:pPr>
            <w:r>
              <w:rPr>
                <w:sz w:val="16"/>
              </w:rPr>
              <w:t>event-days per year</w:t>
            </w:r>
          </w:p>
        </w:tc>
        <w:tc>
          <w:tcPr>
            <w:tcW w:type="dxa" w:w="1556"/>
          </w:tcPr>
          <w:p>
            <w:pPr>
              <w:spacing w:after="0"/>
              <w:jc w:val="left"/>
            </w:pPr>
            <w:r>
              <w:rPr>
                <w:sz w:val="16"/>
              </w:rPr>
              <w:t>about 3.06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58.2</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3.06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0.00116</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0.116%</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1.82</w:t>
            </w:r>
          </w:p>
        </w:tc>
        <w:tc>
          <w:tcPr>
            <w:tcW w:type="dxa" w:w="1435"/>
          </w:tcPr>
          <w:p>
            <w:pPr>
              <w:spacing w:after="0"/>
              <w:jc w:val="left"/>
            </w:pPr>
            <w:r>
              <w:rPr>
                <w:sz w:val="16"/>
              </w:rPr>
              <w:t>events per year</w:t>
            </w:r>
          </w:p>
        </w:tc>
        <w:tc>
          <w:tcPr>
            <w:tcW w:type="dxa" w:w="1556"/>
          </w:tcPr>
          <w:p>
            <w:pPr>
              <w:spacing w:after="0"/>
              <w:jc w:val="left"/>
            </w:pPr>
            <w:r>
              <w:rPr>
                <w:sz w:val="16"/>
              </w:rPr>
              <w:t>about 1.82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69.1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1.95</w:t>
            </w:r>
          </w:p>
        </w:tc>
        <w:tc>
          <w:tcPr>
            <w:tcW w:type="dxa" w:w="1435"/>
          </w:tcPr>
          <w:p>
            <w:pPr>
              <w:spacing w:after="0"/>
              <w:jc w:val="left"/>
            </w:pPr>
            <w:r>
              <w:rPr>
                <w:sz w:val="16"/>
              </w:rPr>
              <w:t>event-days per year</w:t>
            </w:r>
          </w:p>
        </w:tc>
        <w:tc>
          <w:tcPr>
            <w:tcW w:type="dxa" w:w="1556"/>
          </w:tcPr>
          <w:p>
            <w:pPr>
              <w:spacing w:after="0"/>
              <w:jc w:val="left"/>
            </w:pPr>
            <w:r>
              <w:rPr>
                <w:sz w:val="16"/>
              </w:rPr>
              <w:t>about 1.95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33.9</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1.95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0.0513</w:t>
            </w:r>
          </w:p>
        </w:tc>
        <w:tc>
          <w:tcPr>
            <w:tcW w:type="dxa" w:w="1435"/>
          </w:tcPr>
          <w:p>
            <w:pPr>
              <w:spacing w:after="0"/>
              <w:jc w:val="left"/>
            </w:pPr>
            <w:r>
              <w:rPr>
                <w:sz w:val="16"/>
              </w:rPr>
              <w:t>events per year</w:t>
            </w:r>
          </w:p>
        </w:tc>
        <w:tc>
          <w:tcPr>
            <w:tcW w:type="dxa" w:w="1556"/>
          </w:tcPr>
          <w:p>
            <w:pPr>
              <w:spacing w:after="0"/>
              <w:jc w:val="left"/>
            </w:pPr>
            <w:r>
              <w:rPr>
                <w:sz w:val="16"/>
              </w:rPr>
              <w:t>about 1 in 19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22</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0.608</w:t>
            </w:r>
          </w:p>
        </w:tc>
        <w:tc>
          <w:tcPr>
            <w:tcW w:type="dxa" w:w="1435"/>
          </w:tcPr>
          <w:p>
            <w:pPr>
              <w:spacing w:after="0"/>
              <w:jc w:val="left"/>
            </w:pPr>
            <w:r>
              <w:rPr>
                <w:sz w:val="16"/>
              </w:rPr>
              <w:t>event-days per year</w:t>
            </w:r>
          </w:p>
        </w:tc>
        <w:tc>
          <w:tcPr>
            <w:tcW w:type="dxa" w:w="1556"/>
          </w:tcPr>
          <w:p>
            <w:pPr>
              <w:spacing w:after="0"/>
              <w:jc w:val="left"/>
            </w:pPr>
            <w:r>
              <w:rPr>
                <w:sz w:val="16"/>
              </w:rPr>
              <w:t>about 0.608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41</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1.36</w:t>
            </w:r>
          </w:p>
        </w:tc>
        <w:tc>
          <w:tcPr>
            <w:tcW w:type="dxa" w:w="1435"/>
          </w:tcPr>
          <w:p>
            <w:pPr>
              <w:spacing w:after="0"/>
              <w:jc w:val="left"/>
            </w:pPr>
            <w:r>
              <w:rPr>
                <w:sz w:val="16"/>
              </w:rPr>
              <w:t>event-days per year</w:t>
            </w:r>
          </w:p>
        </w:tc>
        <w:tc>
          <w:tcPr>
            <w:tcW w:type="dxa" w:w="1556"/>
          </w:tcPr>
          <w:p>
            <w:pPr>
              <w:spacing w:after="0"/>
              <w:jc w:val="left"/>
            </w:pPr>
            <w:r>
              <w:rPr>
                <w:sz w:val="16"/>
              </w:rPr>
              <w:t>about 1.36 days per year</w:t>
            </w:r>
          </w:p>
        </w:tc>
        <w:tc>
          <w:tcPr>
            <w:tcW w:type="dxa" w:w="1037"/>
          </w:tcPr>
          <w:p>
            <w:pPr>
              <w:spacing w:after="0"/>
              <w:jc w:val="left"/>
            </w:pPr>
            <w:r>
              <w:rPr>
                <w:sz w:val="16"/>
              </w:rPr>
              <w:t>Likely</w:t>
            </w:r>
          </w:p>
        </w:tc>
        <w:tc>
          <w:tcPr>
            <w:tcW w:type="dxa" w:w="1695"/>
          </w:tcPr>
          <w:p>
            <w:pPr>
              <w:spacing w:after="0"/>
              <w:jc w:val="left"/>
            </w:pPr>
            <w:r>
              <w:rPr>
                <w:sz w:val="16"/>
              </w:rPr>
              <w:t>event-days in 19 of 30 years, 1996 to 2025 (63.3%)</w:t>
            </w:r>
          </w:p>
        </w:tc>
        <w:tc>
          <w:tcPr>
            <w:tcW w:type="dxa" w:w="1515"/>
          </w:tcPr>
          <w:p>
            <w:pPr>
              <w:spacing w:after="0"/>
              <w:jc w:val="right"/>
            </w:pPr>
            <w:r>
              <w:rPr>
                <w:sz w:val="16"/>
              </w:rPr>
              <w:t>38</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2.06</w:t>
            </w:r>
          </w:p>
        </w:tc>
        <w:tc>
          <w:tcPr>
            <w:tcW w:type="dxa" w:w="1435"/>
          </w:tcPr>
          <w:p>
            <w:pPr>
              <w:spacing w:after="0"/>
              <w:jc w:val="left"/>
            </w:pPr>
            <w:r>
              <w:rPr>
                <w:sz w:val="16"/>
              </w:rPr>
              <w:t>events per year (modeled)</w:t>
            </w:r>
          </w:p>
        </w:tc>
        <w:tc>
          <w:tcPr>
            <w:tcW w:type="dxa" w:w="1556"/>
          </w:tcPr>
          <w:p>
            <w:pPr>
              <w:spacing w:after="0"/>
              <w:jc w:val="left"/>
            </w:pPr>
            <w:r>
              <w:rPr>
                <w:sz w:val="16"/>
              </w:rPr>
              <w:t>about 2.06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21.1</w:t>
            </w:r>
          </w:p>
        </w:tc>
        <w:tc>
          <w:tcPr>
            <w:tcW w:type="dxa" w:w="1435"/>
          </w:tcPr>
          <w:p>
            <w:pPr>
              <w:spacing w:after="0"/>
              <w:jc w:val="left"/>
            </w:pPr>
            <w:r>
              <w:rPr>
                <w:sz w:val="16"/>
              </w:rPr>
              <w:t>days per year with a strike</w:t>
            </w:r>
          </w:p>
        </w:tc>
        <w:tc>
          <w:tcPr>
            <w:tcW w:type="dxa" w:w="1556"/>
          </w:tcPr>
          <w:p>
            <w:pPr>
              <w:spacing w:after="0"/>
              <w:jc w:val="left"/>
            </w:pPr>
            <w:r>
              <w:rPr>
                <w:sz w:val="16"/>
              </w:rPr>
              <w:t>about 21.1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1.04</w:t>
            </w:r>
          </w:p>
        </w:tc>
        <w:tc>
          <w:tcPr>
            <w:tcW w:type="dxa" w:w="1435"/>
          </w:tcPr>
          <w:p>
            <w:pPr>
              <w:spacing w:after="0"/>
              <w:jc w:val="left"/>
            </w:pPr>
            <w:r>
              <w:rPr>
                <w:sz w:val="16"/>
              </w:rPr>
              <w:t>events per year</w:t>
            </w:r>
          </w:p>
        </w:tc>
        <w:tc>
          <w:tcPr>
            <w:tcW w:type="dxa" w:w="1556"/>
          </w:tcPr>
          <w:p>
            <w:pPr>
              <w:spacing w:after="0"/>
              <w:jc w:val="left"/>
            </w:pPr>
            <w:r>
              <w:rPr>
                <w:sz w:val="16"/>
              </w:rPr>
              <w:t>about 1.04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40</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0.11</w:t>
            </w:r>
          </w:p>
        </w:tc>
        <w:tc>
          <w:tcPr>
            <w:tcW w:type="dxa" w:w="1435"/>
          </w:tcPr>
          <w:p>
            <w:pPr>
              <w:spacing w:after="0"/>
              <w:jc w:val="left"/>
            </w:pPr>
            <w:r>
              <w:rPr>
                <w:sz w:val="16"/>
              </w:rPr>
              <w:t>events per year</w:t>
            </w:r>
          </w:p>
        </w:tc>
        <w:tc>
          <w:tcPr>
            <w:tcW w:type="dxa" w:w="1556"/>
          </w:tcPr>
          <w:p>
            <w:pPr>
              <w:spacing w:after="0"/>
              <w:jc w:val="left"/>
            </w:pPr>
            <w:r>
              <w:rPr>
                <w:sz w:val="16"/>
              </w:rPr>
              <w:t>about 1 in 9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0.0000167</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0.00167%</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20.3</w:t>
            </w:r>
          </w:p>
        </w:tc>
        <w:tc>
          <w:tcPr>
            <w:tcW w:type="dxa" w:w="1435"/>
          </w:tcPr>
          <w:p>
            <w:pPr>
              <w:spacing w:after="0"/>
              <w:jc w:val="left"/>
            </w:pPr>
            <w:r>
              <w:rPr>
                <w:sz w:val="16"/>
              </w:rPr>
              <w:t>event-days per year</w:t>
            </w:r>
          </w:p>
        </w:tc>
        <w:tc>
          <w:tcPr>
            <w:tcW w:type="dxa" w:w="1556"/>
          </w:tcPr>
          <w:p>
            <w:pPr>
              <w:spacing w:after="0"/>
              <w:jc w:val="left"/>
            </w:pPr>
            <w:r>
              <w:rPr>
                <w:sz w:val="16"/>
              </w:rPr>
              <w:t>about 20.3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386</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128</w:t>
            </w:r>
          </w:p>
        </w:tc>
        <w:tc>
          <w:tcPr>
            <w:tcW w:type="dxa" w:w="1476"/>
          </w:tcPr>
          <w:p>
            <w:pPr>
              <w:spacing w:after="0"/>
              <w:jc w:val="right"/>
            </w:pPr>
            <w:r>
              <w:rPr>
                <w:sz w:val="16"/>
              </w:rPr>
              <w:t>30</w:t>
            </w:r>
          </w:p>
        </w:tc>
        <w:tc>
          <w:tcPr>
            <w:tcW w:type="dxa" w:w="1476"/>
          </w:tcPr>
          <w:p>
            <w:pPr>
              <w:spacing w:after="0"/>
              <w:jc w:val="right"/>
            </w:pPr>
            <w:r>
              <w:rPr>
                <w:sz w:val="16"/>
              </w:rPr>
              <w:t>4.27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14 of 19</w:t>
            </w:r>
          </w:p>
        </w:tc>
        <w:tc>
          <w:tcPr>
            <w:tcW w:type="dxa" w:w="874"/>
          </w:tcPr>
          <w:p>
            <w:pPr>
              <w:spacing w:after="0"/>
              <w:jc w:val="right"/>
            </w:pPr>
            <w:r>
              <w:rPr>
                <w:sz w:val="16"/>
              </w:rPr>
              <w:t>43.8</w:t>
            </w:r>
          </w:p>
        </w:tc>
        <w:tc>
          <w:tcPr>
            <w:tcW w:type="dxa" w:w="680"/>
          </w:tcPr>
          <w:p>
            <w:pPr>
              <w:spacing w:after="0"/>
              <w:jc w:val="right"/>
            </w:pPr>
            <w:r>
              <w:rPr>
                <w:sz w:val="16"/>
              </w:rPr>
              <w:t>46.3</w:t>
            </w:r>
          </w:p>
        </w:tc>
        <w:tc>
          <w:tcPr>
            <w:tcW w:type="dxa" w:w="648"/>
          </w:tcPr>
          <w:p>
            <w:pPr>
              <w:spacing w:after="0"/>
              <w:jc w:val="right"/>
            </w:pPr>
            <w:r>
              <w:rPr>
                <w:sz w:val="16"/>
              </w:rPr>
              <w:t>49.8</w:t>
            </w:r>
          </w:p>
        </w:tc>
        <w:tc>
          <w:tcPr>
            <w:tcW w:type="dxa" w:w="3577"/>
          </w:tcPr>
          <w:p>
            <w:pPr>
              <w:spacing w:after="0"/>
              <w:jc w:val="left"/>
            </w:pPr>
            <w:r>
              <w:rPr>
                <w:sz w:val="16"/>
              </w:rPr>
              <w:t>Very Low 14, Not Applicable 5</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19 of 19</w:t>
            </w:r>
          </w:p>
        </w:tc>
        <w:tc>
          <w:tcPr>
            <w:tcW w:type="dxa" w:w="874"/>
          </w:tcPr>
          <w:p>
            <w:pPr>
              <w:spacing w:after="0"/>
              <w:jc w:val="right"/>
            </w:pPr>
            <w:r>
              <w:rPr>
                <w:sz w:val="16"/>
              </w:rPr>
              <w:t>33.9</w:t>
            </w:r>
          </w:p>
        </w:tc>
        <w:tc>
          <w:tcPr>
            <w:tcW w:type="dxa" w:w="680"/>
          </w:tcPr>
          <w:p>
            <w:pPr>
              <w:spacing w:after="0"/>
              <w:jc w:val="right"/>
            </w:pPr>
            <w:r>
              <w:rPr>
                <w:sz w:val="16"/>
              </w:rPr>
              <w:t>59.6</w:t>
            </w:r>
          </w:p>
        </w:tc>
        <w:tc>
          <w:tcPr>
            <w:tcW w:type="dxa" w:w="648"/>
          </w:tcPr>
          <w:p>
            <w:pPr>
              <w:spacing w:after="0"/>
              <w:jc w:val="right"/>
            </w:pPr>
            <w:r>
              <w:rPr>
                <w:sz w:val="16"/>
              </w:rPr>
              <w:t>73.6</w:t>
            </w:r>
          </w:p>
        </w:tc>
        <w:tc>
          <w:tcPr>
            <w:tcW w:type="dxa" w:w="3577"/>
          </w:tcPr>
          <w:p>
            <w:pPr>
              <w:spacing w:after="0"/>
              <w:jc w:val="left"/>
            </w:pPr>
            <w:r>
              <w:rPr>
                <w:sz w:val="16"/>
              </w:rPr>
              <w:t>Relatively Moderate 15, Relatively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19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19 of 19</w:t>
            </w:r>
          </w:p>
        </w:tc>
        <w:tc>
          <w:tcPr>
            <w:tcW w:type="dxa" w:w="874"/>
          </w:tcPr>
          <w:p>
            <w:pPr>
              <w:spacing w:after="0"/>
              <w:jc w:val="right"/>
            </w:pPr>
            <w:r>
              <w:rPr>
                <w:sz w:val="16"/>
              </w:rPr>
              <w:t>21.6</w:t>
            </w:r>
          </w:p>
        </w:tc>
        <w:tc>
          <w:tcPr>
            <w:tcW w:type="dxa" w:w="680"/>
          </w:tcPr>
          <w:p>
            <w:pPr>
              <w:spacing w:after="0"/>
              <w:jc w:val="right"/>
            </w:pPr>
            <w:r>
              <w:rPr>
                <w:sz w:val="16"/>
              </w:rPr>
              <w:t>40.0</w:t>
            </w:r>
          </w:p>
        </w:tc>
        <w:tc>
          <w:tcPr>
            <w:tcW w:type="dxa" w:w="648"/>
          </w:tcPr>
          <w:p>
            <w:pPr>
              <w:spacing w:after="0"/>
              <w:jc w:val="right"/>
            </w:pPr>
            <w:r>
              <w:rPr>
                <w:sz w:val="16"/>
              </w:rPr>
              <w:t>58.6</w:t>
            </w:r>
          </w:p>
        </w:tc>
        <w:tc>
          <w:tcPr>
            <w:tcW w:type="dxa" w:w="3577"/>
          </w:tcPr>
          <w:p>
            <w:pPr>
              <w:spacing w:after="0"/>
              <w:jc w:val="left"/>
            </w:pPr>
            <w:r>
              <w:rPr>
                <w:sz w:val="16"/>
              </w:rPr>
              <w:t>Relatively Low 7, Very Low 12</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19 of 19</w:t>
            </w:r>
          </w:p>
        </w:tc>
        <w:tc>
          <w:tcPr>
            <w:tcW w:type="dxa" w:w="874"/>
          </w:tcPr>
          <w:p>
            <w:pPr>
              <w:spacing w:after="0"/>
              <w:jc w:val="right"/>
            </w:pPr>
            <w:r>
              <w:rPr>
                <w:sz w:val="16"/>
              </w:rPr>
              <w:t>32.5</w:t>
            </w:r>
          </w:p>
        </w:tc>
        <w:tc>
          <w:tcPr>
            <w:tcW w:type="dxa" w:w="680"/>
          </w:tcPr>
          <w:p>
            <w:pPr>
              <w:spacing w:after="0"/>
              <w:jc w:val="right"/>
            </w:pPr>
            <w:r>
              <w:rPr>
                <w:sz w:val="16"/>
              </w:rPr>
              <w:t>46.0</w:t>
            </w:r>
          </w:p>
        </w:tc>
        <w:tc>
          <w:tcPr>
            <w:tcW w:type="dxa" w:w="648"/>
          </w:tcPr>
          <w:p>
            <w:pPr>
              <w:spacing w:after="0"/>
              <w:jc w:val="right"/>
            </w:pPr>
            <w:r>
              <w:rPr>
                <w:sz w:val="16"/>
              </w:rPr>
              <w:t>60.4</w:t>
            </w:r>
          </w:p>
        </w:tc>
        <w:tc>
          <w:tcPr>
            <w:tcW w:type="dxa" w:w="3577"/>
          </w:tcPr>
          <w:p>
            <w:pPr>
              <w:spacing w:after="0"/>
              <w:jc w:val="left"/>
            </w:pPr>
            <w:r>
              <w:rPr>
                <w:sz w:val="16"/>
              </w:rPr>
              <w:t>Relatively Low 15, Very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19 of 19</w:t>
            </w:r>
          </w:p>
        </w:tc>
        <w:tc>
          <w:tcPr>
            <w:tcW w:type="dxa" w:w="874"/>
          </w:tcPr>
          <w:p>
            <w:pPr>
              <w:spacing w:after="0"/>
              <w:jc w:val="right"/>
            </w:pPr>
            <w:r>
              <w:rPr>
                <w:sz w:val="16"/>
              </w:rPr>
              <w:t>21.2</w:t>
            </w:r>
          </w:p>
        </w:tc>
        <w:tc>
          <w:tcPr>
            <w:tcW w:type="dxa" w:w="680"/>
          </w:tcPr>
          <w:p>
            <w:pPr>
              <w:spacing w:after="0"/>
              <w:jc w:val="right"/>
            </w:pPr>
            <w:r>
              <w:rPr>
                <w:sz w:val="16"/>
              </w:rPr>
              <w:t>59.7</w:t>
            </w:r>
          </w:p>
        </w:tc>
        <w:tc>
          <w:tcPr>
            <w:tcW w:type="dxa" w:w="648"/>
          </w:tcPr>
          <w:p>
            <w:pPr>
              <w:spacing w:after="0"/>
              <w:jc w:val="right"/>
            </w:pPr>
            <w:r>
              <w:rPr>
                <w:sz w:val="16"/>
              </w:rPr>
              <w:t>79.8</w:t>
            </w:r>
          </w:p>
        </w:tc>
        <w:tc>
          <w:tcPr>
            <w:tcW w:type="dxa" w:w="3577"/>
          </w:tcPr>
          <w:p>
            <w:pPr>
              <w:spacing w:after="0"/>
              <w:jc w:val="left"/>
            </w:pPr>
            <w:r>
              <w:rPr>
                <w:sz w:val="16"/>
              </w:rPr>
              <w:t>Relatively Moderate 14, Relatively Low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19 of 19</w:t>
            </w:r>
          </w:p>
        </w:tc>
        <w:tc>
          <w:tcPr>
            <w:tcW w:type="dxa" w:w="874"/>
          </w:tcPr>
          <w:p>
            <w:pPr>
              <w:spacing w:after="0"/>
              <w:jc w:val="right"/>
            </w:pPr>
            <w:r>
              <w:rPr>
                <w:sz w:val="16"/>
              </w:rPr>
              <w:t>57.9</w:t>
            </w:r>
          </w:p>
        </w:tc>
        <w:tc>
          <w:tcPr>
            <w:tcW w:type="dxa" w:w="680"/>
          </w:tcPr>
          <w:p>
            <w:pPr>
              <w:spacing w:after="0"/>
              <w:jc w:val="right"/>
            </w:pPr>
            <w:r>
              <w:rPr>
                <w:sz w:val="16"/>
              </w:rPr>
              <w:t>66.8</w:t>
            </w:r>
          </w:p>
        </w:tc>
        <w:tc>
          <w:tcPr>
            <w:tcW w:type="dxa" w:w="648"/>
          </w:tcPr>
          <w:p>
            <w:pPr>
              <w:spacing w:after="0"/>
              <w:jc w:val="right"/>
            </w:pPr>
            <w:r>
              <w:rPr>
                <w:sz w:val="16"/>
              </w:rPr>
              <w:t>76.1</w:t>
            </w:r>
          </w:p>
        </w:tc>
        <w:tc>
          <w:tcPr>
            <w:tcW w:type="dxa" w:w="3577"/>
          </w:tcPr>
          <w:p>
            <w:pPr>
              <w:spacing w:after="0"/>
              <w:jc w:val="left"/>
            </w:pPr>
            <w:r>
              <w:rPr>
                <w:sz w:val="16"/>
              </w:rPr>
              <w:t>Relatively Low 19</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19 of 19</w:t>
            </w:r>
          </w:p>
        </w:tc>
        <w:tc>
          <w:tcPr>
            <w:tcW w:type="dxa" w:w="874"/>
          </w:tcPr>
          <w:p>
            <w:pPr>
              <w:spacing w:after="0"/>
              <w:jc w:val="right"/>
            </w:pPr>
            <w:r>
              <w:rPr>
                <w:sz w:val="16"/>
              </w:rPr>
              <w:t>53.3</w:t>
            </w:r>
          </w:p>
        </w:tc>
        <w:tc>
          <w:tcPr>
            <w:tcW w:type="dxa" w:w="680"/>
          </w:tcPr>
          <w:p>
            <w:pPr>
              <w:spacing w:after="0"/>
              <w:jc w:val="right"/>
            </w:pPr>
            <w:r>
              <w:rPr>
                <w:sz w:val="16"/>
              </w:rPr>
              <w:t>71.7</w:t>
            </w:r>
          </w:p>
        </w:tc>
        <w:tc>
          <w:tcPr>
            <w:tcW w:type="dxa" w:w="648"/>
          </w:tcPr>
          <w:p>
            <w:pPr>
              <w:spacing w:after="0"/>
              <w:jc w:val="right"/>
            </w:pPr>
            <w:r>
              <w:rPr>
                <w:sz w:val="16"/>
              </w:rPr>
              <w:t>91.9</w:t>
            </w:r>
          </w:p>
        </w:tc>
        <w:tc>
          <w:tcPr>
            <w:tcW w:type="dxa" w:w="3577"/>
          </w:tcPr>
          <w:p>
            <w:pPr>
              <w:spacing w:after="0"/>
              <w:jc w:val="left"/>
            </w:pPr>
            <w:r>
              <w:rPr>
                <w:sz w:val="16"/>
              </w:rPr>
              <w:t>Relatively High 1, Relatively Moderate 11, Relatively Low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19 of 19</w:t>
            </w:r>
          </w:p>
        </w:tc>
        <w:tc>
          <w:tcPr>
            <w:tcW w:type="dxa" w:w="874"/>
          </w:tcPr>
          <w:p>
            <w:pPr>
              <w:spacing w:after="0"/>
              <w:jc w:val="right"/>
            </w:pPr>
            <w:r>
              <w:rPr>
                <w:sz w:val="16"/>
              </w:rPr>
              <w:t>28.2</w:t>
            </w:r>
          </w:p>
        </w:tc>
        <w:tc>
          <w:tcPr>
            <w:tcW w:type="dxa" w:w="680"/>
          </w:tcPr>
          <w:p>
            <w:pPr>
              <w:spacing w:after="0"/>
              <w:jc w:val="right"/>
            </w:pPr>
            <w:r>
              <w:rPr>
                <w:sz w:val="16"/>
              </w:rPr>
              <w:t>70.3</w:t>
            </w:r>
          </w:p>
        </w:tc>
        <w:tc>
          <w:tcPr>
            <w:tcW w:type="dxa" w:w="648"/>
          </w:tcPr>
          <w:p>
            <w:pPr>
              <w:spacing w:after="0"/>
              <w:jc w:val="right"/>
            </w:pPr>
            <w:r>
              <w:rPr>
                <w:sz w:val="16"/>
              </w:rPr>
              <w:t>94.1</w:t>
            </w:r>
          </w:p>
        </w:tc>
        <w:tc>
          <w:tcPr>
            <w:tcW w:type="dxa" w:w="3577"/>
          </w:tcPr>
          <w:p>
            <w:pPr>
              <w:spacing w:after="0"/>
              <w:jc w:val="left"/>
            </w:pPr>
            <w:r>
              <w:rPr>
                <w:sz w:val="16"/>
              </w:rPr>
              <w:t>Relatively High 6, Relatively Moderate 12, Relatively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19 of 19</w:t>
            </w:r>
          </w:p>
        </w:tc>
        <w:tc>
          <w:tcPr>
            <w:tcW w:type="dxa" w:w="874"/>
          </w:tcPr>
          <w:p>
            <w:pPr>
              <w:spacing w:after="0"/>
              <w:jc w:val="right"/>
            </w:pPr>
            <w:r>
              <w:rPr>
                <w:sz w:val="16"/>
              </w:rPr>
              <w:t>79.8</w:t>
            </w:r>
          </w:p>
        </w:tc>
        <w:tc>
          <w:tcPr>
            <w:tcW w:type="dxa" w:w="680"/>
          </w:tcPr>
          <w:p>
            <w:pPr>
              <w:spacing w:after="0"/>
              <w:jc w:val="right"/>
            </w:pPr>
            <w:r>
              <w:rPr>
                <w:sz w:val="16"/>
              </w:rPr>
              <w:t>93.8</w:t>
            </w:r>
          </w:p>
        </w:tc>
        <w:tc>
          <w:tcPr>
            <w:tcW w:type="dxa" w:w="648"/>
          </w:tcPr>
          <w:p>
            <w:pPr>
              <w:spacing w:after="0"/>
              <w:jc w:val="right"/>
            </w:pPr>
            <w:r>
              <w:rPr>
                <w:sz w:val="16"/>
              </w:rPr>
              <w:t>98.8</w:t>
            </w:r>
          </w:p>
        </w:tc>
        <w:tc>
          <w:tcPr>
            <w:tcW w:type="dxa" w:w="3577"/>
          </w:tcPr>
          <w:p>
            <w:pPr>
              <w:spacing w:after="0"/>
              <w:jc w:val="left"/>
            </w:pPr>
            <w:r>
              <w:rPr>
                <w:sz w:val="16"/>
              </w:rPr>
              <w:t>Relatively Moderate 4, Relatively Low 14, Very Low 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19 of 19</w:t>
            </w:r>
          </w:p>
        </w:tc>
        <w:tc>
          <w:tcPr>
            <w:tcW w:type="dxa" w:w="874"/>
          </w:tcPr>
          <w:p>
            <w:pPr>
              <w:spacing w:after="0"/>
              <w:jc w:val="right"/>
            </w:pPr>
            <w:r>
              <w:rPr>
                <w:sz w:val="16"/>
              </w:rPr>
              <w:t>44.3</w:t>
            </w:r>
          </w:p>
        </w:tc>
        <w:tc>
          <w:tcPr>
            <w:tcW w:type="dxa" w:w="680"/>
          </w:tcPr>
          <w:p>
            <w:pPr>
              <w:spacing w:after="0"/>
              <w:jc w:val="right"/>
            </w:pPr>
            <w:r>
              <w:rPr>
                <w:sz w:val="16"/>
              </w:rPr>
              <w:t>76.0</w:t>
            </w:r>
          </w:p>
        </w:tc>
        <w:tc>
          <w:tcPr>
            <w:tcW w:type="dxa" w:w="648"/>
          </w:tcPr>
          <w:p>
            <w:pPr>
              <w:spacing w:after="0"/>
              <w:jc w:val="right"/>
            </w:pPr>
            <w:r>
              <w:rPr>
                <w:sz w:val="16"/>
              </w:rPr>
              <w:t>92.1</w:t>
            </w:r>
          </w:p>
        </w:tc>
        <w:tc>
          <w:tcPr>
            <w:tcW w:type="dxa" w:w="3577"/>
          </w:tcPr>
          <w:p>
            <w:pPr>
              <w:spacing w:after="0"/>
              <w:jc w:val="left"/>
            </w:pPr>
            <w:r>
              <w:rPr>
                <w:sz w:val="16"/>
              </w:rPr>
              <w:t>Relatively High 6, Relatively Moderate 11, Relatively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19 of 19</w:t>
            </w:r>
          </w:p>
        </w:tc>
        <w:tc>
          <w:tcPr>
            <w:tcW w:type="dxa" w:w="874"/>
          </w:tcPr>
          <w:p>
            <w:pPr>
              <w:spacing w:after="0"/>
              <w:jc w:val="right"/>
            </w:pPr>
            <w:r>
              <w:rPr>
                <w:sz w:val="16"/>
              </w:rPr>
              <w:t>36.6</w:t>
            </w:r>
          </w:p>
        </w:tc>
        <w:tc>
          <w:tcPr>
            <w:tcW w:type="dxa" w:w="680"/>
          </w:tcPr>
          <w:p>
            <w:pPr>
              <w:spacing w:after="0"/>
              <w:jc w:val="right"/>
            </w:pPr>
            <w:r>
              <w:rPr>
                <w:sz w:val="16"/>
              </w:rPr>
              <w:t>55.6</w:t>
            </w:r>
          </w:p>
        </w:tc>
        <w:tc>
          <w:tcPr>
            <w:tcW w:type="dxa" w:w="648"/>
          </w:tcPr>
          <w:p>
            <w:pPr>
              <w:spacing w:after="0"/>
              <w:jc w:val="right"/>
            </w:pPr>
            <w:r>
              <w:rPr>
                <w:sz w:val="16"/>
              </w:rPr>
              <w:t>75.3</w:t>
            </w:r>
          </w:p>
        </w:tc>
        <w:tc>
          <w:tcPr>
            <w:tcW w:type="dxa" w:w="3577"/>
          </w:tcPr>
          <w:p>
            <w:pPr>
              <w:spacing w:after="0"/>
              <w:jc w:val="left"/>
            </w:pPr>
            <w:r>
              <w:rPr>
                <w:sz w:val="16"/>
              </w:rPr>
              <w:t>Relatively Moderate 12, Relatively Low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19 of 19</w:t>
            </w:r>
          </w:p>
        </w:tc>
        <w:tc>
          <w:tcPr>
            <w:tcW w:type="dxa" w:w="874"/>
          </w:tcPr>
          <w:p>
            <w:pPr>
              <w:spacing w:after="0"/>
              <w:jc w:val="right"/>
            </w:pPr>
            <w:r>
              <w:rPr>
                <w:sz w:val="16"/>
              </w:rPr>
              <w:t>24.6</w:t>
            </w:r>
          </w:p>
        </w:tc>
        <w:tc>
          <w:tcPr>
            <w:tcW w:type="dxa" w:w="680"/>
          </w:tcPr>
          <w:p>
            <w:pPr>
              <w:spacing w:after="0"/>
              <w:jc w:val="right"/>
            </w:pPr>
            <w:r>
              <w:rPr>
                <w:sz w:val="16"/>
              </w:rPr>
              <w:t>34.8</w:t>
            </w:r>
          </w:p>
        </w:tc>
        <w:tc>
          <w:tcPr>
            <w:tcW w:type="dxa" w:w="648"/>
          </w:tcPr>
          <w:p>
            <w:pPr>
              <w:spacing w:after="0"/>
              <w:jc w:val="right"/>
            </w:pPr>
            <w:r>
              <w:rPr>
                <w:sz w:val="16"/>
              </w:rPr>
              <w:t>57.2</w:t>
            </w:r>
          </w:p>
        </w:tc>
        <w:tc>
          <w:tcPr>
            <w:tcW w:type="dxa" w:w="3577"/>
          </w:tcPr>
          <w:p>
            <w:pPr>
              <w:spacing w:after="0"/>
              <w:jc w:val="left"/>
            </w:pPr>
            <w:r>
              <w:rPr>
                <w:sz w:val="16"/>
              </w:rPr>
              <w:t>Relatively Moderate 1, Relatively Low 15, Very Low 3</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19 of 19</w:t>
            </w:r>
          </w:p>
        </w:tc>
        <w:tc>
          <w:tcPr>
            <w:tcW w:type="dxa" w:w="874"/>
          </w:tcPr>
          <w:p>
            <w:pPr>
              <w:spacing w:after="0"/>
              <w:jc w:val="right"/>
            </w:pPr>
            <w:r>
              <w:rPr>
                <w:sz w:val="16"/>
              </w:rPr>
              <w:t>55.2</w:t>
            </w:r>
          </w:p>
        </w:tc>
        <w:tc>
          <w:tcPr>
            <w:tcW w:type="dxa" w:w="680"/>
          </w:tcPr>
          <w:p>
            <w:pPr>
              <w:spacing w:after="0"/>
              <w:jc w:val="right"/>
            </w:pPr>
            <w:r>
              <w:rPr>
                <w:sz w:val="16"/>
              </w:rPr>
              <w:t>63.3</w:t>
            </w:r>
          </w:p>
        </w:tc>
        <w:tc>
          <w:tcPr>
            <w:tcW w:type="dxa" w:w="648"/>
          </w:tcPr>
          <w:p>
            <w:pPr>
              <w:spacing w:after="0"/>
              <w:jc w:val="right"/>
            </w:pPr>
            <w:r>
              <w:rPr>
                <w:sz w:val="16"/>
              </w:rPr>
              <w:t>67.6</w:t>
            </w:r>
          </w:p>
        </w:tc>
        <w:tc>
          <w:tcPr>
            <w:tcW w:type="dxa" w:w="3577"/>
          </w:tcPr>
          <w:p>
            <w:pPr>
              <w:spacing w:after="0"/>
              <w:jc w:val="left"/>
            </w:pPr>
            <w:r>
              <w:rPr>
                <w:sz w:val="16"/>
              </w:rPr>
              <w:t>Very Low 19</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19 of 19</w:t>
            </w:r>
          </w:p>
        </w:tc>
        <w:tc>
          <w:tcPr>
            <w:tcW w:type="dxa" w:w="874"/>
          </w:tcPr>
          <w:p>
            <w:pPr>
              <w:spacing w:after="0"/>
              <w:jc w:val="right"/>
            </w:pPr>
            <w:r>
              <w:rPr>
                <w:sz w:val="16"/>
              </w:rPr>
              <w:t>60.2</w:t>
            </w:r>
          </w:p>
        </w:tc>
        <w:tc>
          <w:tcPr>
            <w:tcW w:type="dxa" w:w="680"/>
          </w:tcPr>
          <w:p>
            <w:pPr>
              <w:spacing w:after="0"/>
              <w:jc w:val="right"/>
            </w:pPr>
            <w:r>
              <w:rPr>
                <w:sz w:val="16"/>
              </w:rPr>
              <w:t>82.0</w:t>
            </w:r>
          </w:p>
        </w:tc>
        <w:tc>
          <w:tcPr>
            <w:tcW w:type="dxa" w:w="648"/>
          </w:tcPr>
          <w:p>
            <w:pPr>
              <w:spacing w:after="0"/>
              <w:jc w:val="right"/>
            </w:pPr>
            <w:r>
              <w:rPr>
                <w:sz w:val="16"/>
              </w:rPr>
              <w:t>91.3</w:t>
            </w:r>
          </w:p>
        </w:tc>
        <w:tc>
          <w:tcPr>
            <w:tcW w:type="dxa" w:w="3577"/>
          </w:tcPr>
          <w:p>
            <w:pPr>
              <w:spacing w:after="0"/>
              <w:jc w:val="left"/>
            </w:pPr>
            <w:r>
              <w:rPr>
                <w:sz w:val="16"/>
              </w:rPr>
              <w:t>Relatively High 13, Relatively Moderate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33"/>
        <w:gridCol w:w="852"/>
        <w:gridCol w:w="3477"/>
        <w:gridCol w:w="2773"/>
        <w:gridCol w:w="1951"/>
        <w:gridCol w:w="2373"/>
        <w:gridCol w:w="852"/>
      </w:tblGrid>
      <w:tr>
        <w:trPr>
          <w:cantSplit/>
          <w:tblHeader/>
        </w:trPr>
        <w:tc>
          <w:tcPr>
            <w:tcW w:type="dxa" w:w="1833"/>
            <w:shd w:val="clear" w:color="auto" w:fill="E8E8E8"/>
          </w:tcPr>
          <w:p>
            <w:pPr>
              <w:spacing w:after="0"/>
              <w:jc w:val="left"/>
            </w:pPr>
            <w:r>
              <w:rPr>
                <w:b/>
                <w:sz w:val="16"/>
              </w:rPr>
              <w:t>Member</w:t>
            </w:r>
          </w:p>
        </w:tc>
        <w:tc>
          <w:tcPr>
            <w:tcW w:type="dxa" w:w="852"/>
            <w:shd w:val="clear" w:color="auto" w:fill="E8E8E8"/>
          </w:tcPr>
          <w:p>
            <w:pPr>
              <w:spacing w:after="0"/>
              <w:jc w:val="left"/>
            </w:pPr>
            <w:r>
              <w:rPr>
                <w:b/>
                <w:sz w:val="16"/>
              </w:rPr>
              <w:t>Type</w:t>
            </w:r>
          </w:p>
        </w:tc>
        <w:tc>
          <w:tcPr>
            <w:tcW w:type="dxa" w:w="3477"/>
            <w:shd w:val="clear" w:color="auto" w:fill="E8E8E8"/>
          </w:tcPr>
          <w:p>
            <w:pPr>
              <w:spacing w:after="0"/>
              <w:jc w:val="left"/>
            </w:pPr>
            <w:r>
              <w:rPr>
                <w:b/>
                <w:sz w:val="16"/>
              </w:rPr>
              <w:t>Plan status</w:t>
            </w:r>
          </w:p>
        </w:tc>
        <w:tc>
          <w:tcPr>
            <w:tcW w:type="dxa" w:w="277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5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2"/>
            <w:shd w:val="clear" w:color="auto" w:fill="E8E8E8"/>
          </w:tcPr>
          <w:p>
            <w:pPr>
              <w:spacing w:after="0"/>
              <w:jc w:val="left"/>
            </w:pPr>
            <w:r>
              <w:rPr>
                <w:b/>
                <w:sz w:val="16"/>
              </w:rPr>
              <w:t>Notes</w:t>
            </w:r>
          </w:p>
        </w:tc>
      </w:tr>
      <w:tr>
        <w:trPr>
          <w:cantSplit/>
        </w:trPr>
        <w:tc>
          <w:tcPr>
            <w:tcW w:type="dxa" w:w="1833"/>
          </w:tcPr>
          <w:p>
            <w:pPr>
              <w:spacing w:after="0"/>
              <w:jc w:val="left"/>
            </w:pPr>
            <w:r>
              <w:rPr>
                <w:sz w:val="16"/>
              </w:rPr>
              <w:t>Rochester town</w:t>
            </w:r>
          </w:p>
        </w:tc>
        <w:tc>
          <w:tcPr>
            <w:tcW w:type="dxa" w:w="852"/>
          </w:tcPr>
          <w:p>
            <w:pPr>
              <w:spacing w:after="0"/>
              <w:jc w:val="left"/>
            </w:pPr>
            <w:r>
              <w:rPr>
                <w:sz w:val="16"/>
              </w:rPr>
              <w:t>Town</w:t>
            </w:r>
          </w:p>
        </w:tc>
        <w:tc>
          <w:tcPr>
            <w:tcW w:type="dxa" w:w="3477"/>
          </w:tcPr>
          <w:p>
            <w:pPr>
              <w:spacing w:after="0"/>
              <w:jc w:val="left"/>
            </w:pPr>
            <w:r>
              <w:rPr>
                <w:sz w:val="16"/>
              </w:rPr>
              <w:t>Approved, expires 2031-03-12</w:t>
            </w:r>
          </w:p>
        </w:tc>
        <w:tc>
          <w:tcPr>
            <w:tcW w:type="dxa" w:w="2773"/>
          </w:tcPr>
          <w:p>
            <w:pPr>
              <w:spacing w:after="0"/>
              <w:jc w:val="right"/>
            </w:pPr>
            <w:r>
              <w:rPr>
                <w:sz w:val="16"/>
              </w:rPr>
              <w:t>FMA RL 0, SRL 0; any 0</w:t>
            </w:r>
          </w:p>
        </w:tc>
        <w:tc>
          <w:tcPr>
            <w:tcW w:type="dxa" w:w="1951"/>
          </w:tcPr>
          <w:p>
            <w:pPr>
              <w:spacing w:after="0"/>
              <w:jc w:val="right"/>
            </w:pPr>
            <w:r>
              <w:rPr>
                <w:sz w:val="16"/>
              </w:rPr>
              <w:t>$3,463,093.80</w:t>
            </w:r>
          </w:p>
        </w:tc>
        <w:tc>
          <w:tcPr>
            <w:tcW w:type="dxa" w:w="2373"/>
          </w:tcPr>
          <w:p>
            <w:pPr>
              <w:spacing w:after="0"/>
              <w:jc w:val="right"/>
            </w:pPr>
            <w:r>
              <w:rPr>
                <w:sz w:val="16"/>
              </w:rPr>
              <w:t>6; 1</w:t>
            </w:r>
          </w:p>
        </w:tc>
        <w:tc>
          <w:tcPr>
            <w:tcW w:type="dxa" w:w="85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Windsor County, county-level (county FIPS 50027);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Windsor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indsor County, county-level"/>
        <w:tblDescription w:val="Hazard Plain table b2ab"/>
      </w:tblPr>
      <w:tblGrid>
        <w:gridCol w:w="1037"/>
        <w:gridCol w:w="1483"/>
        <w:gridCol w:w="1142"/>
        <w:gridCol w:w="1050"/>
        <w:gridCol w:w="1126"/>
        <w:gridCol w:w="1126"/>
        <w:gridCol w:w="1200"/>
        <w:gridCol w:w="1061"/>
        <w:gridCol w:w="1281"/>
        <w:gridCol w:w="1145"/>
        <w:gridCol w:w="1145"/>
        <w:gridCol w:w="13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1"/>
            <w:shd w:val="clear" w:color="auto" w:fill="E8E8E8"/>
          </w:tcPr>
          <w:p>
            <w:pPr>
              <w:spacing w:after="0"/>
              <w:jc w:val="right"/>
            </w:pPr>
            <w:r>
              <w:rPr>
                <w:b/>
                <w:sz w:val="16"/>
              </w:rPr>
              <w:t>Storm Events damage since 2026-03-13</w:t>
            </w:r>
          </w:p>
          <w:p>
            <w:pPr>
              <w:spacing w:after="0"/>
              <w:jc w:val="right"/>
            </w:pPr>
            <w:r>
              <w:rPr>
                <w:i/>
                <w:color w:val="555555"/>
                <w:sz w:val="14"/>
              </w:rPr>
              <w:t>county-coded records, property plus crops, nominal dollars</w:t>
            </w:r>
          </w:p>
        </w:tc>
        <w:tc>
          <w:tcPr>
            <w:tcW w:type="dxa" w:w="114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$1,150,134</w:t>
            </w:r>
          </w:p>
        </w:tc>
        <w:tc>
          <w:tcPr>
            <w:tcW w:type="dxa" w:w="1142"/>
          </w:tcPr>
          <w:p>
            <w:pPr>
              <w:spacing w:after="0"/>
              <w:jc w:val="right"/>
            </w:pPr>
          </w:p>
        </w:tc>
        <w:tc>
          <w:tcPr>
            <w:tcW w:type="dxa" w:w="1050"/>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200"/>
          </w:tcPr>
          <w:p>
            <w:pPr>
              <w:spacing w:after="0"/>
              <w:jc w:val="right"/>
            </w:pPr>
            <w:r>
              <w:rPr>
                <w:sz w:val="16"/>
              </w:rPr>
              <w:t>$1,074</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$16,602,581,761</w:t>
            </w:r>
          </w:p>
        </w:tc>
        <w:tc>
          <w:tcPr>
            <w:tcW w:type="dxa" w:w="1142"/>
          </w:tcPr>
          <w:p>
            <w:pPr>
              <w:spacing w:after="0"/>
              <w:jc w:val="right"/>
            </w:pPr>
            <w:r>
              <w:rPr>
                <w:sz w:val="16"/>
              </w:rPr>
              <w:t>$32,259,803</w:t>
            </w:r>
          </w:p>
        </w:tc>
        <w:tc>
          <w:tcPr>
            <w:tcW w:type="dxa" w:w="1050"/>
          </w:tcPr>
          <w:p>
            <w:pPr>
              <w:spacing w:after="0"/>
              <w:jc w:val="right"/>
            </w:pPr>
            <w:r>
              <w:rPr>
                <w:sz w:val="16"/>
              </w:rPr>
              <w:t>57,706</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200"/>
          </w:tcPr>
          <w:p>
            <w:pPr>
              <w:spacing w:after="0"/>
              <w:jc w:val="right"/>
            </w:pPr>
            <w:r>
              <w:rPr>
                <w:sz w:val="16"/>
              </w:rPr>
              <w:t>$1,300,166</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2"/>
          </w:tcPr>
          <w:p>
            <w:pPr>
              <w:spacing w:after="0"/>
              <w:jc w:val="right"/>
            </w:pPr>
            <w:r>
              <w:rPr>
                <w:sz w:val="16"/>
              </w:rPr>
              <w:t>$0</w:t>
            </w:r>
          </w:p>
        </w:tc>
        <w:tc>
          <w:tcPr>
            <w:tcW w:type="dxa" w:w="105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$27,846,855,123</w:t>
            </w:r>
          </w:p>
        </w:tc>
        <w:tc>
          <w:tcPr>
            <w:tcW w:type="dxa" w:w="1142"/>
          </w:tcPr>
          <w:p>
            <w:pPr>
              <w:spacing w:after="0"/>
              <w:jc w:val="right"/>
            </w:pPr>
          </w:p>
        </w:tc>
        <w:tc>
          <w:tcPr>
            <w:tcW w:type="dxa" w:w="1050"/>
          </w:tcPr>
          <w:p>
            <w:pPr>
              <w:spacing w:after="0"/>
              <w:jc w:val="right"/>
            </w:pPr>
            <w:r>
              <w:rPr>
                <w:sz w:val="16"/>
              </w:rPr>
              <w:t>57,753</w:t>
            </w:r>
          </w:p>
        </w:tc>
        <w:tc>
          <w:tcPr>
            <w:tcW w:type="dxa" w:w="1126"/>
          </w:tcPr>
          <w:p>
            <w:pPr>
              <w:spacing w:after="0"/>
              <w:jc w:val="right"/>
            </w:pPr>
            <w:r>
              <w:rPr>
                <w:sz w:val="16"/>
              </w:rPr>
              <w:t>$338,018</w:t>
            </w:r>
          </w:p>
        </w:tc>
        <w:tc>
          <w:tcPr>
            <w:tcW w:type="dxa" w:w="1126"/>
          </w:tcPr>
          <w:p>
            <w:pPr>
              <w:spacing w:after="0"/>
              <w:jc w:val="right"/>
            </w:pPr>
          </w:p>
        </w:tc>
        <w:tc>
          <w:tcPr>
            <w:tcW w:type="dxa" w:w="1200"/>
          </w:tcPr>
          <w:p>
            <w:pPr>
              <w:spacing w:after="0"/>
              <w:jc w:val="right"/>
            </w:pPr>
            <w:r>
              <w:rPr>
                <w:sz w:val="16"/>
              </w:rPr>
              <w:t>$42,029</w:t>
            </w:r>
          </w:p>
        </w:tc>
        <w:tc>
          <w:tcPr>
            <w:tcW w:type="dxa" w:w="1061"/>
          </w:tcPr>
          <w:p>
            <w:pPr>
              <w:spacing w:after="0"/>
              <w:jc w:val="right"/>
            </w:pPr>
            <w:r>
              <w:rPr>
                <w:sz w:val="16"/>
              </w:rPr>
              <w:t>0.00121%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$16,602,595,068</w:t>
            </w:r>
          </w:p>
        </w:tc>
        <w:tc>
          <w:tcPr>
            <w:tcW w:type="dxa" w:w="1142"/>
          </w:tcPr>
          <w:p>
            <w:pPr>
              <w:spacing w:after="0"/>
              <w:jc w:val="right"/>
            </w:pPr>
            <w:r>
              <w:rPr>
                <w:sz w:val="16"/>
              </w:rPr>
              <w:t>$32,259,803</w:t>
            </w:r>
          </w:p>
        </w:tc>
        <w:tc>
          <w:tcPr>
            <w:tcW w:type="dxa" w:w="1050"/>
          </w:tcPr>
          <w:p>
            <w:pPr>
              <w:spacing w:after="0"/>
              <w:jc w:val="right"/>
            </w:pPr>
            <w:r>
              <w:rPr>
                <w:sz w:val="16"/>
              </w:rPr>
              <w:t>57,706</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200"/>
          </w:tcPr>
          <w:p>
            <w:pPr>
              <w:spacing w:after="0"/>
              <w:jc w:val="right"/>
            </w:pPr>
            <w:r>
              <w:rPr>
                <w:sz w:val="16"/>
              </w:rPr>
              <w:t>$95,518</w:t>
            </w:r>
          </w:p>
        </w:tc>
        <w:tc>
          <w:tcPr>
            <w:tcW w:type="dxa" w:w="1061"/>
          </w:tcPr>
          <w:p>
            <w:pPr>
              <w:spacing w:after="0"/>
              <w:jc w:val="right"/>
            </w:pPr>
            <w:r>
              <w:rPr>
                <w:sz w:val="16"/>
              </w:rPr>
              <w:t>under 0.0001%</w:t>
            </w:r>
          </w:p>
        </w:tc>
        <w:tc>
          <w:tcPr>
            <w:tcW w:type="dxa" w:w="1281"/>
          </w:tcPr>
          <w:p>
            <w:pPr>
              <w:spacing w:after="0"/>
              <w:jc w:val="right"/>
            </w:pPr>
            <w:r>
              <w:rPr>
                <w:sz w:val="16"/>
              </w:rPr>
              <w:t>$0</w:t>
            </w: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$16,602,581,761</w:t>
            </w:r>
          </w:p>
        </w:tc>
        <w:tc>
          <w:tcPr>
            <w:tcW w:type="dxa" w:w="1142"/>
          </w:tcPr>
          <w:p>
            <w:pPr>
              <w:spacing w:after="0"/>
              <w:jc w:val="right"/>
            </w:pPr>
            <w:r>
              <w:rPr>
                <w:sz w:val="16"/>
              </w:rPr>
              <w:t>$32,259,803</w:t>
            </w:r>
          </w:p>
        </w:tc>
        <w:tc>
          <w:tcPr>
            <w:tcW w:type="dxa" w:w="1050"/>
          </w:tcPr>
          <w:p>
            <w:pPr>
              <w:spacing w:after="0"/>
              <w:jc w:val="right"/>
            </w:pPr>
            <w:r>
              <w:rPr>
                <w:sz w:val="16"/>
              </w:rPr>
              <w:t>57,706</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200"/>
          </w:tcPr>
          <w:p>
            <w:pPr>
              <w:spacing w:after="0"/>
              <w:jc w:val="right"/>
            </w:pPr>
            <w:r>
              <w:rPr>
                <w:sz w:val="16"/>
              </w:rPr>
              <w:t>$977,288</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$16,601,879,146</w:t>
            </w:r>
          </w:p>
        </w:tc>
        <w:tc>
          <w:tcPr>
            <w:tcW w:type="dxa" w:w="1142"/>
          </w:tcPr>
          <w:p>
            <w:pPr>
              <w:spacing w:after="0"/>
              <w:jc w:val="right"/>
            </w:pPr>
            <w:r>
              <w:rPr>
                <w:sz w:val="16"/>
              </w:rPr>
              <w:t>$32,259,803</w:t>
            </w:r>
          </w:p>
        </w:tc>
        <w:tc>
          <w:tcPr>
            <w:tcW w:type="dxa" w:w="1050"/>
          </w:tcPr>
          <w:p>
            <w:pPr>
              <w:spacing w:after="0"/>
              <w:jc w:val="right"/>
            </w:pPr>
            <w:r>
              <w:rPr>
                <w:sz w:val="16"/>
              </w:rPr>
              <w:t>57,702</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200"/>
          </w:tcPr>
          <w:p>
            <w:pPr>
              <w:spacing w:after="0"/>
              <w:jc w:val="right"/>
            </w:pPr>
            <w:r>
              <w:rPr>
                <w:sz w:val="16"/>
              </w:rPr>
              <w:t>$29,560</w:t>
            </w:r>
          </w:p>
        </w:tc>
        <w:tc>
          <w:tcPr>
            <w:tcW w:type="dxa" w:w="1061"/>
          </w:tcPr>
          <w:p>
            <w:pPr>
              <w:spacing w:after="0"/>
              <w:jc w:val="right"/>
            </w:pPr>
            <w:r>
              <w:rPr>
                <w:sz w:val="16"/>
              </w:rPr>
              <w:t>0.00486%</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$16,602,112,719</w:t>
            </w:r>
          </w:p>
        </w:tc>
        <w:tc>
          <w:tcPr>
            <w:tcW w:type="dxa" w:w="1142"/>
          </w:tcPr>
          <w:p>
            <w:pPr>
              <w:spacing w:after="0"/>
              <w:jc w:val="right"/>
            </w:pPr>
          </w:p>
        </w:tc>
        <w:tc>
          <w:tcPr>
            <w:tcW w:type="dxa" w:w="1050"/>
          </w:tcPr>
          <w:p>
            <w:pPr>
              <w:spacing w:after="0"/>
              <w:jc w:val="right"/>
            </w:pPr>
            <w:r>
              <w:rPr>
                <w:sz w:val="16"/>
              </w:rPr>
              <w:t>57,705</w:t>
            </w:r>
          </w:p>
        </w:tc>
        <w:tc>
          <w:tcPr>
            <w:tcW w:type="dxa" w:w="1126"/>
          </w:tcPr>
          <w:p>
            <w:pPr>
              <w:spacing w:after="0"/>
              <w:jc w:val="right"/>
            </w:pPr>
            <w:r>
              <w:rPr>
                <w:sz w:val="16"/>
              </w:rPr>
              <w:t>$240,156</w:t>
            </w:r>
          </w:p>
        </w:tc>
        <w:tc>
          <w:tcPr>
            <w:tcW w:type="dxa" w:w="1126"/>
          </w:tcPr>
          <w:p>
            <w:pPr>
              <w:spacing w:after="0"/>
              <w:jc w:val="right"/>
            </w:pPr>
          </w:p>
        </w:tc>
        <w:tc>
          <w:tcPr>
            <w:tcW w:type="dxa" w:w="1200"/>
          </w:tcPr>
          <w:p>
            <w:pPr>
              <w:spacing w:after="0"/>
              <w:jc w:val="right"/>
            </w:pPr>
            <w:r>
              <w:rPr>
                <w:sz w:val="16"/>
              </w:rPr>
              <w:t>$16,091</w:t>
            </w:r>
          </w:p>
        </w:tc>
        <w:tc>
          <w:tcPr>
            <w:tcW w:type="dxa" w:w="1061"/>
          </w:tcPr>
          <w:p>
            <w:pPr>
              <w:spacing w:after="0"/>
              <w:jc w:val="right"/>
            </w:pPr>
            <w:r>
              <w:rPr>
                <w:sz w:val="16"/>
              </w:rPr>
              <w:t>0.00145%</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$16,551,110,223</w:t>
            </w:r>
          </w:p>
        </w:tc>
        <w:tc>
          <w:tcPr>
            <w:tcW w:type="dxa" w:w="1142"/>
          </w:tcPr>
          <w:p>
            <w:pPr>
              <w:spacing w:after="0"/>
              <w:jc w:val="right"/>
            </w:pPr>
            <w:r>
              <w:rPr>
                <w:sz w:val="16"/>
              </w:rPr>
              <w:t>$7,652,330</w:t>
            </w:r>
          </w:p>
        </w:tc>
        <w:tc>
          <w:tcPr>
            <w:tcW w:type="dxa" w:w="1050"/>
          </w:tcPr>
          <w:p>
            <w:pPr>
              <w:spacing w:after="0"/>
              <w:jc w:val="right"/>
            </w:pPr>
            <w:r>
              <w:rPr>
                <w:sz w:val="16"/>
              </w:rPr>
              <w:t>2,765</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200"/>
          </w:tcPr>
          <w:p>
            <w:pPr>
              <w:spacing w:after="0"/>
              <w:jc w:val="right"/>
            </w:pPr>
            <w:r>
              <w:rPr>
                <w:sz w:val="16"/>
              </w:rPr>
              <w:t>$458,753</w:t>
            </w:r>
          </w:p>
        </w:tc>
        <w:tc>
          <w:tcPr>
            <w:tcW w:type="dxa" w:w="1061"/>
          </w:tcPr>
          <w:p>
            <w:pPr>
              <w:spacing w:after="0"/>
              <w:jc w:val="right"/>
            </w:pPr>
            <w:r>
              <w:rPr>
                <w:sz w:val="16"/>
              </w:rPr>
              <w:t>n/a (see note)</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$1,986,936,816</w:t>
            </w:r>
          </w:p>
        </w:tc>
        <w:tc>
          <w:tcPr>
            <w:tcW w:type="dxa" w:w="1142"/>
          </w:tcPr>
          <w:p>
            <w:pPr>
              <w:spacing w:after="0"/>
              <w:jc w:val="right"/>
            </w:pPr>
          </w:p>
        </w:tc>
        <w:tc>
          <w:tcPr>
            <w:tcW w:type="dxa" w:w="1050"/>
          </w:tcPr>
          <w:p>
            <w:pPr>
              <w:spacing w:after="0"/>
              <w:jc w:val="right"/>
            </w:pPr>
            <w:r>
              <w:rPr>
                <w:sz w:val="16"/>
              </w:rPr>
              <w:t>7,382</w:t>
            </w:r>
          </w:p>
        </w:tc>
        <w:tc>
          <w:tcPr>
            <w:tcW w:type="dxa" w:w="1126"/>
          </w:tcPr>
          <w:p>
            <w:pPr>
              <w:spacing w:after="0"/>
              <w:jc w:val="right"/>
            </w:pPr>
            <w:r>
              <w:rPr>
                <w:sz w:val="16"/>
              </w:rPr>
              <w:t>$44,413</w:t>
            </w:r>
          </w:p>
        </w:tc>
        <w:tc>
          <w:tcPr>
            <w:tcW w:type="dxa" w:w="1126"/>
          </w:tcPr>
          <w:p>
            <w:pPr>
              <w:spacing w:after="0"/>
              <w:jc w:val="right"/>
            </w:pPr>
          </w:p>
        </w:tc>
        <w:tc>
          <w:tcPr>
            <w:tcW w:type="dxa" w:w="1200"/>
          </w:tcPr>
          <w:p>
            <w:pPr>
              <w:spacing w:after="0"/>
              <w:jc w:val="right"/>
            </w:pPr>
            <w:r>
              <w:rPr>
                <w:sz w:val="16"/>
              </w:rPr>
              <w:t>$22,574</w:t>
            </w:r>
          </w:p>
        </w:tc>
        <w:tc>
          <w:tcPr>
            <w:tcW w:type="dxa" w:w="1061"/>
          </w:tcPr>
          <w:p>
            <w:pPr>
              <w:spacing w:after="0"/>
              <w:jc w:val="right"/>
            </w:pPr>
            <w:r>
              <w:rPr>
                <w:sz w:val="16"/>
              </w:rPr>
              <w:t>0.00224%</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$16,602,595,068</w:t>
            </w:r>
          </w:p>
        </w:tc>
        <w:tc>
          <w:tcPr>
            <w:tcW w:type="dxa" w:w="1142"/>
          </w:tcPr>
          <w:p>
            <w:pPr>
              <w:spacing w:after="0"/>
              <w:jc w:val="right"/>
            </w:pPr>
          </w:p>
        </w:tc>
        <w:tc>
          <w:tcPr>
            <w:tcW w:type="dxa" w:w="1050"/>
          </w:tcPr>
          <w:p>
            <w:pPr>
              <w:spacing w:after="0"/>
              <w:jc w:val="right"/>
            </w:pPr>
            <w:r>
              <w:rPr>
                <w:sz w:val="16"/>
              </w:rPr>
              <w:t>57,706</w:t>
            </w:r>
          </w:p>
        </w:tc>
        <w:tc>
          <w:tcPr>
            <w:tcW w:type="dxa" w:w="1126"/>
          </w:tcPr>
          <w:p>
            <w:pPr>
              <w:spacing w:after="0"/>
              <w:jc w:val="right"/>
            </w:pPr>
            <w:r>
              <w:rPr>
                <w:sz w:val="16"/>
              </w:rPr>
              <w:t>$35,087</w:t>
            </w:r>
          </w:p>
        </w:tc>
        <w:tc>
          <w:tcPr>
            <w:tcW w:type="dxa" w:w="1126"/>
          </w:tcPr>
          <w:p>
            <w:pPr>
              <w:spacing w:after="0"/>
              <w:jc w:val="right"/>
            </w:pPr>
          </w:p>
        </w:tc>
        <w:tc>
          <w:tcPr>
            <w:tcW w:type="dxa" w:w="1200"/>
          </w:tcPr>
          <w:p>
            <w:pPr>
              <w:spacing w:after="0"/>
              <w:jc w:val="right"/>
            </w:pPr>
            <w:r>
              <w:rPr>
                <w:sz w:val="16"/>
              </w:rPr>
              <w:t>$447,802</w:t>
            </w:r>
          </w:p>
        </w:tc>
        <w:tc>
          <w:tcPr>
            <w:tcW w:type="dxa" w:w="1061"/>
          </w:tcPr>
          <w:p>
            <w:pPr>
              <w:spacing w:after="0"/>
              <w:jc w:val="right"/>
            </w:pPr>
            <w:r>
              <w:rPr>
                <w:sz w:val="16"/>
              </w:rPr>
              <w:t>0.000211%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$16,602,595,068</w:t>
            </w:r>
          </w:p>
        </w:tc>
        <w:tc>
          <w:tcPr>
            <w:tcW w:type="dxa" w:w="1142"/>
          </w:tcPr>
          <w:p>
            <w:pPr>
              <w:spacing w:after="0"/>
              <w:jc w:val="right"/>
            </w:pPr>
            <w:r>
              <w:rPr>
                <w:sz w:val="16"/>
              </w:rPr>
              <w:t>$32,259,803</w:t>
            </w:r>
          </w:p>
        </w:tc>
        <w:tc>
          <w:tcPr>
            <w:tcW w:type="dxa" w:w="1050"/>
          </w:tcPr>
          <w:p>
            <w:pPr>
              <w:spacing w:after="0"/>
              <w:jc w:val="right"/>
            </w:pPr>
            <w:r>
              <w:rPr>
                <w:sz w:val="16"/>
              </w:rPr>
              <w:t>57,706</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200"/>
          </w:tcPr>
          <w:p>
            <w:pPr>
              <w:spacing w:after="0"/>
              <w:jc w:val="right"/>
            </w:pPr>
            <w:r>
              <w:rPr>
                <w:sz w:val="16"/>
              </w:rPr>
              <w:t>$130,484</w:t>
            </w:r>
          </w:p>
        </w:tc>
        <w:tc>
          <w:tcPr>
            <w:tcW w:type="dxa" w:w="1061"/>
          </w:tcPr>
          <w:p>
            <w:pPr>
              <w:spacing w:after="0"/>
              <w:jc w:val="right"/>
            </w:pPr>
            <w:r>
              <w:rPr>
                <w:sz w:val="16"/>
              </w:rPr>
              <w:t>0.00163%</w:t>
            </w:r>
          </w:p>
        </w:tc>
        <w:tc>
          <w:tcPr>
            <w:tcW w:type="dxa" w:w="1281"/>
          </w:tcPr>
          <w:p>
            <w:pPr>
              <w:spacing w:after="0"/>
              <w:jc w:val="right"/>
            </w:pPr>
            <w:r>
              <w:rPr>
                <w:sz w:val="16"/>
              </w:rPr>
              <w:t>$75,000</w:t>
            </w:r>
          </w:p>
        </w:tc>
        <w:tc>
          <w:tcPr>
            <w:tcW w:type="dxa" w:w="1145"/>
          </w:tcPr>
          <w:p>
            <w:pPr>
              <w:spacing w:after="0"/>
              <w:jc w:val="right"/>
            </w:pPr>
            <w:r>
              <w:rPr>
                <w:sz w:val="16"/>
              </w:rPr>
              <w:t>$10,000</w:t>
            </w:r>
          </w:p>
        </w:tc>
        <w:tc>
          <w:tcPr>
            <w:tcW w:type="dxa" w:w="1145"/>
          </w:tcPr>
          <w:p>
            <w:pPr>
              <w:spacing w:after="0"/>
              <w:jc w:val="right"/>
            </w:pPr>
          </w:p>
        </w:tc>
        <w:tc>
          <w:tcPr>
            <w:tcW w:type="dxa" w:w="1316"/>
          </w:tcPr>
          <w:p>
            <w:pPr>
              <w:spacing w:after="0"/>
              <w:jc w:val="left"/>
            </w:pPr>
            <w:r>
              <w:rPr>
                <w:sz w:val="16"/>
              </w:rPr>
              <w:t>Storm Events damage since the plan includes 1 zone-level Strong Wind record ($10,000),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$16,602,595,068</w:t>
            </w:r>
          </w:p>
        </w:tc>
        <w:tc>
          <w:tcPr>
            <w:tcW w:type="dxa" w:w="1142"/>
          </w:tcPr>
          <w:p>
            <w:pPr>
              <w:spacing w:after="0"/>
              <w:jc w:val="right"/>
            </w:pPr>
            <w:r>
              <w:rPr>
                <w:sz w:val="16"/>
              </w:rPr>
              <w:t>$32,259,803</w:t>
            </w:r>
          </w:p>
        </w:tc>
        <w:tc>
          <w:tcPr>
            <w:tcW w:type="dxa" w:w="1050"/>
          </w:tcPr>
          <w:p>
            <w:pPr>
              <w:spacing w:after="0"/>
              <w:jc w:val="right"/>
            </w:pPr>
            <w:r>
              <w:rPr>
                <w:sz w:val="16"/>
              </w:rPr>
              <w:t>57,706</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200"/>
          </w:tcPr>
          <w:p>
            <w:pPr>
              <w:spacing w:after="0"/>
              <w:jc w:val="right"/>
            </w:pPr>
            <w:r>
              <w:rPr>
                <w:sz w:val="16"/>
              </w:rPr>
              <w:t>$292,651</w:t>
            </w:r>
          </w:p>
        </w:tc>
        <w:tc>
          <w:tcPr>
            <w:tcW w:type="dxa" w:w="1061"/>
          </w:tcPr>
          <w:p>
            <w:pPr>
              <w:spacing w:after="0"/>
              <w:jc w:val="right"/>
            </w:pPr>
            <w:r>
              <w:rPr>
                <w:sz w:val="16"/>
              </w:rPr>
              <w:t>0.00176%</w:t>
            </w:r>
          </w:p>
        </w:tc>
        <w:tc>
          <w:tcPr>
            <w:tcW w:type="dxa" w:w="1281"/>
          </w:tcPr>
          <w:p>
            <w:pPr>
              <w:spacing w:after="0"/>
              <w:jc w:val="right"/>
            </w:pPr>
            <w:r>
              <w:rPr>
                <w:sz w:val="16"/>
              </w:rPr>
              <w:t>$100,000</w:t>
            </w: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$10,828,620,522</w:t>
            </w:r>
          </w:p>
        </w:tc>
        <w:tc>
          <w:tcPr>
            <w:tcW w:type="dxa" w:w="1142"/>
          </w:tcPr>
          <w:p>
            <w:pPr>
              <w:spacing w:after="0"/>
              <w:jc w:val="right"/>
            </w:pPr>
            <w:r>
              <w:rPr>
                <w:sz w:val="16"/>
              </w:rPr>
              <w:t>$23,236,684</w:t>
            </w:r>
          </w:p>
        </w:tc>
        <w:tc>
          <w:tcPr>
            <w:tcW w:type="dxa" w:w="1050"/>
          </w:tcPr>
          <w:p>
            <w:pPr>
              <w:spacing w:after="0"/>
              <w:jc w:val="right"/>
            </w:pPr>
            <w:r>
              <w:rPr>
                <w:sz w:val="16"/>
              </w:rPr>
              <w:t>38,850</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200"/>
          </w:tcPr>
          <w:p>
            <w:pPr>
              <w:spacing w:after="0"/>
              <w:jc w:val="right"/>
            </w:pPr>
            <w:r>
              <w:rPr>
                <w:sz w:val="16"/>
              </w:rPr>
              <w:t>$1,139</w:t>
            </w:r>
          </w:p>
        </w:tc>
        <w:tc>
          <w:tcPr>
            <w:tcW w:type="dxa" w:w="1061"/>
          </w:tcPr>
          <w:p>
            <w:pPr>
              <w:spacing w:after="0"/>
              <w:jc w:val="right"/>
            </w:pPr>
            <w:r>
              <w:rPr>
                <w:sz w:val="16"/>
              </w:rPr>
              <w:t>0.000114%</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$16,602,581,761</w:t>
            </w:r>
          </w:p>
        </w:tc>
        <w:tc>
          <w:tcPr>
            <w:tcW w:type="dxa" w:w="1142"/>
          </w:tcPr>
          <w:p>
            <w:pPr>
              <w:spacing w:after="0"/>
              <w:jc w:val="right"/>
            </w:pPr>
            <w:r>
              <w:rPr>
                <w:sz w:val="16"/>
              </w:rPr>
              <w:t>$32,259,803</w:t>
            </w:r>
          </w:p>
        </w:tc>
        <w:tc>
          <w:tcPr>
            <w:tcW w:type="dxa" w:w="1050"/>
          </w:tcPr>
          <w:p>
            <w:pPr>
              <w:spacing w:after="0"/>
              <w:jc w:val="right"/>
            </w:pPr>
            <w:r>
              <w:rPr>
                <w:sz w:val="16"/>
              </w:rPr>
              <w:t>57,706</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200"/>
          </w:tcPr>
          <w:p>
            <w:pPr>
              <w:spacing w:after="0"/>
              <w:jc w:val="right"/>
            </w:pPr>
            <w:r>
              <w:rPr>
                <w:sz w:val="16"/>
              </w:rPr>
              <w:t>$99,504</w:t>
            </w:r>
          </w:p>
        </w:tc>
        <w:tc>
          <w:tcPr>
            <w:tcW w:type="dxa" w:w="1061"/>
          </w:tcPr>
          <w:p>
            <w:pPr>
              <w:spacing w:after="0"/>
              <w:jc w:val="right"/>
            </w:pPr>
            <w:r>
              <w:rPr>
                <w:sz w:val="16"/>
              </w:rPr>
              <w:t>0.000529%</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2026-03-13 (Storm Events through 2026-06-30): 4 county-coded records, 4 with a damage value recorded (including $0), $175,000; 1 zone-level records, 1 with a damage value recorded (including $0), $10,000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Windsor County, county-level (county FIPS 50027);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57,706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$16,602,595,068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$32,259,803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$21,219,621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$3,914,633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Windsor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indsor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4</w:t>
            </w:r>
          </w:p>
        </w:tc>
        <w:tc>
          <w:tcPr>
            <w:tcW w:type="dxa" w:w="1575"/>
          </w:tcPr>
          <w:p>
            <w:pPr>
              <w:spacing w:after="0"/>
              <w:jc w:val="right"/>
            </w:pPr>
            <w:r>
              <w:rPr>
                <w:sz w:val="16"/>
              </w:rPr>
              <w:t>1</w:t>
            </w:r>
          </w:p>
        </w:tc>
        <w:tc>
          <w:tcPr>
            <w:tcW w:type="dxa" w:w="1575"/>
          </w:tcPr>
          <w:p>
            <w:pPr>
              <w:spacing w:after="0"/>
              <w:jc w:val="right"/>
            </w:pPr>
            <w:r>
              <w:rPr>
                <w:sz w:val="16"/>
              </w:rPr>
              <w:t>14</w:t>
            </w:r>
          </w:p>
        </w:tc>
        <w:tc>
          <w:tcPr>
            <w:tcW w:type="dxa" w:w="1575"/>
          </w:tcPr>
          <w:p>
            <w:pPr>
              <w:spacing w:after="0"/>
              <w:jc w:val="right"/>
            </w:pPr>
            <w:r>
              <w:rPr>
                <w:sz w:val="16"/>
              </w:rPr>
              <w:t>0</w:t>
            </w:r>
          </w:p>
        </w:tc>
        <w:tc>
          <w:tcPr>
            <w:tcW w:type="dxa" w:w="1575"/>
          </w:tcPr>
          <w:p>
            <w:pPr>
              <w:spacing w:after="0"/>
              <w:jc w:val="right"/>
            </w:pPr>
            <w:r>
              <w:rPr>
                <w:sz w:val="16"/>
              </w:rPr>
              <w:t>18</w:t>
            </w:r>
          </w:p>
        </w:tc>
        <w:tc>
          <w:tcPr>
            <w:tcW w:type="dxa" w:w="1575"/>
          </w:tcPr>
          <w:p>
            <w:pPr>
              <w:spacing w:after="0"/>
              <w:jc w:val="right"/>
            </w:pPr>
            <w:r>
              <w:rPr>
                <w:sz w:val="16"/>
              </w:rPr>
              <w:t>0</w:t>
            </w:r>
          </w:p>
        </w:tc>
        <w:tc>
          <w:tcPr>
            <w:tcW w:type="dxa" w:w="1753"/>
          </w:tcPr>
          <w:p>
            <w:pPr>
              <w:spacing w:after="0"/>
              <w:jc w:val="right"/>
            </w:pPr>
            <w:r>
              <w:rPr>
                <w:sz w:val="16"/>
              </w:rPr>
              <w:t>7</w:t>
            </w:r>
          </w:p>
        </w:tc>
      </w:tr>
      <w:tr>
        <w:trPr>
          <w:cantSplit/>
        </w:trPr>
        <w:tc>
          <w:tcPr>
            <w:tcW w:type="dxa" w:w="2910"/>
          </w:tcPr>
          <w:p>
            <w:pPr>
              <w:spacing w:after="0"/>
              <w:jc w:val="left"/>
            </w:pPr>
            <w:r>
              <w:rPr>
                <w:sz w:val="16"/>
              </w:rPr>
              <w:t>BRIDGEWATER,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CHESTER,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4</w:t>
            </w:r>
          </w:p>
        </w:tc>
        <w:tc>
          <w:tcPr>
            <w:tcW w:type="dxa" w:w="1575"/>
          </w:tcPr>
          <w:p>
            <w:pPr>
              <w:spacing w:after="0"/>
              <w:jc w:val="right"/>
            </w:pPr>
            <w:r>
              <w:rPr>
                <w:sz w:val="16"/>
              </w:rPr>
              <w:t>0</w:t>
            </w:r>
          </w:p>
        </w:tc>
        <w:tc>
          <w:tcPr>
            <w:tcW w:type="dxa" w:w="1575"/>
          </w:tcPr>
          <w:p>
            <w:pPr>
              <w:spacing w:after="0"/>
              <w:jc w:val="right"/>
            </w:pPr>
            <w:r>
              <w:rPr>
                <w:sz w:val="16"/>
              </w:rPr>
              <w:t>4</w:t>
            </w:r>
          </w:p>
        </w:tc>
        <w:tc>
          <w:tcPr>
            <w:tcW w:type="dxa" w:w="1575"/>
          </w:tcPr>
          <w:p>
            <w:pPr>
              <w:spacing w:after="0"/>
              <w:jc w:val="right"/>
            </w:pPr>
            <w:r>
              <w:rPr>
                <w:sz w:val="16"/>
              </w:rPr>
              <w:t>0</w:t>
            </w:r>
          </w:p>
        </w:tc>
        <w:tc>
          <w:tcPr>
            <w:tcW w:type="dxa" w:w="1753"/>
          </w:tcPr>
          <w:p>
            <w:pPr>
              <w:spacing w:after="0"/>
              <w:jc w:val="right"/>
            </w:pPr>
            <w:r>
              <w:rPr>
                <w:sz w:val="16"/>
              </w:rPr>
              <w:t>3</w:t>
            </w:r>
          </w:p>
        </w:tc>
      </w:tr>
      <w:tr>
        <w:trPr>
          <w:cantSplit/>
        </w:trPr>
        <w:tc>
          <w:tcPr>
            <w:tcW w:type="dxa" w:w="2910"/>
          </w:tcPr>
          <w:p>
            <w:pPr>
              <w:spacing w:after="0"/>
              <w:jc w:val="left"/>
            </w:pPr>
            <w:r>
              <w:rPr>
                <w:sz w:val="16"/>
              </w:rPr>
              <w:t>LUDLOW, TOWN OF</w:t>
            </w:r>
          </w:p>
        </w:tc>
        <w:tc>
          <w:tcPr>
            <w:tcW w:type="dxa" w:w="1575"/>
          </w:tcPr>
          <w:p>
            <w:pPr>
              <w:spacing w:after="0"/>
              <w:jc w:val="right"/>
            </w:pPr>
            <w:r>
              <w:rPr>
                <w:sz w:val="16"/>
              </w:rPr>
              <w:t>2</w:t>
            </w:r>
          </w:p>
        </w:tc>
        <w:tc>
          <w:tcPr>
            <w:tcW w:type="dxa" w:w="1575"/>
          </w:tcPr>
          <w:p>
            <w:pPr>
              <w:spacing w:after="0"/>
              <w:jc w:val="right"/>
            </w:pPr>
            <w:r>
              <w:rPr>
                <w:sz w:val="16"/>
              </w:rPr>
              <w:t>1</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PLYMOUTH, TOWN OF</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ROYALTON,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STOCKBRIDGE,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WESTON,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WINDSOR,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WOODSTOCK, TOWN OF</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LUDLOW, VILLAGE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Rochester town</w:t>
            </w:r>
          </w:p>
        </w:tc>
        <w:tc>
          <w:tcPr>
            <w:tcW w:type="dxa" w:w="1513"/>
          </w:tcPr>
          <w:p>
            <w:pPr>
              <w:spacing w:after="0"/>
              <w:jc w:val="left"/>
            </w:pPr>
            <w:r>
              <w:rPr>
                <w:sz w:val="16"/>
              </w:rPr>
              <w:t>500299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Rochester town, VT: risk-assessment baseline packet, release 2026-10 (data as of 2026-09-28; Vermont town 5002760100).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hazard-plain_2026-10_VT_5002760100.docx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Rochester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Rochester town, VT: Risk-assessment baseline packet</dc:title>
  <dc:subject>Hazard Plain release 2026-10, as of 2026-09-28. Preview: automated baseline</dc:subject>
  <dc:creator>Hazard Plain</dc:creator>
  <cp:keywords>Hazard Plain; hazard mitigation; risk assessment; 5002760100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