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Baltimore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5002702575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2029-05-19</w:t>
      </w:r>
    </w:p>
    <w:p>
      <w:pPr>
        <w:keepNext/>
        <w:spacing w:after="40" w:before="0"/>
      </w:pPr>
      <w:r>
        <w:rPr>
          <w:b/>
        </w:rPr>
        <w:t xml:space="preserve">Plan: </w:t>
      </w:r>
      <w:r>
        <w:rPr/>
        <w:t>Town of Baltimore Local Hazard Mitigation Plan 2023-2028 (FEMA plan 109842)</w:t>
      </w:r>
    </w:p>
    <w:p>
      <w:pPr>
        <w:keepNext/>
        <w:spacing w:after="40" w:before="0"/>
      </w:pPr>
      <w:r>
        <w:rPr>
          <w:b/>
        </w:rPr>
        <w:t xml:space="preserve">Approved: </w:t>
      </w:r>
      <w:r>
        <w:rPr/>
        <w:t>2024-05-20</w:t>
      </w:r>
    </w:p>
    <w:p>
      <w:pPr>
        <w:keepNext/>
        <w:spacing w:after="40" w:before="0"/>
      </w:pPr>
      <w:r>
        <w:rPr>
          <w:b/>
        </w:rPr>
        <w:t xml:space="preserve">Expires: </w:t>
      </w:r>
      <w:r>
        <w:rPr/>
        <w:t>2029-05-19</w:t>
      </w:r>
    </w:p>
    <w:p>
      <w:pPr>
        <w:keepNext/>
        <w:spacing w:after="40" w:before="0"/>
      </w:pPr>
      <w:r>
        <w:rPr>
          <w:b/>
        </w:rPr>
        <w:t xml:space="preserve">As of: </w:t>
      </w:r>
      <w:r>
        <w:rPr/>
        <w:t>2026-09-28</w:t>
      </w:r>
    </w:p>
    <w:p>
      <w:pPr>
        <w:keepNext/>
        <w:spacing w:after="40" w:before="0"/>
      </w:pPr>
      <w:r>
        <w:rPr>
          <w:b/>
        </w:rPr>
        <w:t xml:space="preserve">Days: </w:t>
      </w:r>
      <w:r>
        <w:rPr/>
        <w:t>964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92"/>
        <w:gridCol w:w="787"/>
        <w:gridCol w:w="3209"/>
        <w:gridCol w:w="2884"/>
        <w:gridCol w:w="1259"/>
        <w:gridCol w:w="1259"/>
        <w:gridCol w:w="1085"/>
        <w:gridCol w:w="1150"/>
        <w:gridCol w:w="787"/>
      </w:tblGrid>
      <w:tr>
        <w:trPr>
          <w:cantSplit/>
          <w:tblHeader/>
        </w:trPr>
        <w:tc>
          <w:tcPr>
            <w:tcW w:type="dxa" w:w="1692"/>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Status</w:t>
            </w:r>
          </w:p>
        </w:tc>
        <w:tc>
          <w:tcPr>
            <w:tcW w:type="dxa" w:w="2884"/>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259"/>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0"/>
            <w:shd w:val="clear" w:color="auto" w:fill="E8E8E8"/>
          </w:tcPr>
          <w:p>
            <w:pPr>
              <w:spacing w:after="0"/>
              <w:jc w:val="left"/>
            </w:pPr>
            <w:r>
              <w:rPr>
                <w:b/>
                <w:sz w:val="16"/>
              </w:rPr>
              <w:t>Update underway</w:t>
            </w:r>
          </w:p>
        </w:tc>
        <w:tc>
          <w:tcPr>
            <w:tcW w:type="dxa" w:w="787"/>
            <w:shd w:val="clear" w:color="auto" w:fill="E8E8E8"/>
          </w:tcPr>
          <w:p>
            <w:pPr>
              <w:spacing w:after="0"/>
              <w:jc w:val="left"/>
            </w:pPr>
            <w:r>
              <w:rPr>
                <w:b/>
                <w:sz w:val="16"/>
              </w:rPr>
              <w:t>Notes</w:t>
            </w:r>
          </w:p>
        </w:tc>
      </w:tr>
      <w:tr>
        <w:trPr>
          <w:cantSplit/>
        </w:trPr>
        <w:tc>
          <w:tcPr>
            <w:tcW w:type="dxa" w:w="1692"/>
          </w:tcPr>
          <w:p>
            <w:pPr>
              <w:spacing w:after="0"/>
              <w:jc w:val="left"/>
            </w:pPr>
            <w:r>
              <w:rPr>
                <w:sz w:val="16"/>
              </w:rPr>
              <w:t>Baltimore town</w:t>
            </w:r>
          </w:p>
        </w:tc>
        <w:tc>
          <w:tcPr>
            <w:tcW w:type="dxa" w:w="787"/>
          </w:tcPr>
          <w:p>
            <w:pPr>
              <w:spacing w:after="0"/>
              <w:jc w:val="left"/>
            </w:pPr>
            <w:r>
              <w:rPr>
                <w:sz w:val="16"/>
              </w:rPr>
              <w:t>Town</w:t>
            </w:r>
          </w:p>
        </w:tc>
        <w:tc>
          <w:tcPr>
            <w:tcW w:type="dxa" w:w="3209"/>
          </w:tcPr>
          <w:p>
            <w:pPr>
              <w:spacing w:after="0"/>
              <w:jc w:val="left"/>
            </w:pPr>
            <w:r>
              <w:rPr>
                <w:sz w:val="16"/>
              </w:rPr>
              <w:t>Approved, expires 2029-05-19</w:t>
            </w:r>
          </w:p>
        </w:tc>
        <w:tc>
          <w:tcPr>
            <w:tcW w:type="dxa" w:w="2884"/>
          </w:tcPr>
          <w:p>
            <w:pPr>
              <w:spacing w:after="0"/>
              <w:jc w:val="left"/>
            </w:pPr>
            <w:r>
              <w:rPr>
                <w:sz w:val="16"/>
              </w:rPr>
              <w:t>Town of Baltimore Local Hazard Mitigation Plan 2023-2028 (FEMA plan 109842)</w:t>
            </w:r>
          </w:p>
        </w:tc>
        <w:tc>
          <w:tcPr>
            <w:tcW w:type="dxa" w:w="1259"/>
          </w:tcPr>
          <w:p>
            <w:pPr>
              <w:spacing w:after="0"/>
              <w:jc w:val="left"/>
            </w:pPr>
            <w:r>
              <w:rPr>
                <w:sz w:val="16"/>
              </w:rPr>
              <w:t>2024-05-20</w:t>
            </w:r>
          </w:p>
        </w:tc>
        <w:tc>
          <w:tcPr>
            <w:tcW w:type="dxa" w:w="1259"/>
          </w:tcPr>
          <w:p>
            <w:pPr>
              <w:spacing w:after="0"/>
              <w:jc w:val="left"/>
            </w:pPr>
            <w:r>
              <w:rPr>
                <w:sz w:val="16"/>
              </w:rPr>
              <w:t>2029-05-19</w:t>
            </w:r>
          </w:p>
        </w:tc>
        <w:tc>
          <w:tcPr>
            <w:tcW w:type="dxa" w:w="1085"/>
          </w:tcPr>
          <w:p>
            <w:pPr>
              <w:spacing w:after="0"/>
              <w:jc w:val="right"/>
            </w:pPr>
            <w:r>
              <w:rPr>
                <w:sz w:val="16"/>
              </w:rPr>
              <w:t>964</w:t>
            </w:r>
          </w:p>
        </w:tc>
        <w:tc>
          <w:tcPr>
            <w:tcW w:type="dxa" w:w="1150"/>
          </w:tcPr>
          <w:p>
            <w:pPr>
              <w:spacing w:after="0"/>
              <w:jc w:val="left"/>
            </w:pPr>
          </w:p>
        </w:tc>
        <w:tc>
          <w:tcPr>
            <w:tcW w:type="dxa" w:w="78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$2,412,866.27</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$37,524,698.89</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$417,039.46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$2,957,768.62</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$3,018,473.45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$182,575.42</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$1,348,367.98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$42,659,373.48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$351,772.10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$1,188,961.89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$226,952.79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$354,818.45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$129,061.42</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$418,408.13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$75,095.32</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80"/>
          </w:tcPr>
          <w:p>
            <w:pPr>
              <w:spacing w:after="0"/>
              <w:jc w:val="left"/>
            </w:pPr>
            <w:r>
              <w:rPr>
                <w:sz w:val="16"/>
              </w:rPr>
              <w:t>Major disaster</w:t>
            </w:r>
          </w:p>
        </w:tc>
        <w:tc>
          <w:tcPr>
            <w:tcW w:type="dxa" w:w="2425"/>
          </w:tcPr>
          <w:p>
            <w:pPr>
              <w:spacing w:after="0"/>
              <w:jc w:val="left"/>
            </w:pPr>
            <w:r>
              <w:rPr>
                <w:sz w:val="16"/>
              </w:rPr>
              <w:t>SEVERE ICE STORMS, RAIN, HIGH WINDS AND FLOODING</w:t>
            </w:r>
          </w:p>
        </w:tc>
        <w:tc>
          <w:tcPr>
            <w:tcW w:type="dxa" w:w="2254"/>
          </w:tcPr>
          <w:p>
            <w:pPr>
              <w:spacing w:after="0"/>
              <w:jc w:val="left"/>
            </w:pPr>
            <w:r>
              <w:rPr>
                <w:sz w:val="16"/>
              </w:rPr>
              <w:t>Ice Storm; Inland Flooding;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80"/>
          </w:tcPr>
          <w:p>
            <w:pPr>
              <w:spacing w:after="0"/>
              <w:jc w:val="left"/>
            </w:pPr>
            <w:r>
              <w:rPr>
                <w:sz w:val="16"/>
              </w:rPr>
              <w:t>Major disaster</w:t>
            </w:r>
          </w:p>
        </w:tc>
        <w:tc>
          <w:tcPr>
            <w:tcW w:type="dxa" w:w="2425"/>
          </w:tcPr>
          <w:p>
            <w:pPr>
              <w:spacing w:after="0"/>
              <w:jc w:val="left"/>
            </w:pPr>
            <w:r>
              <w:rPr>
                <w:sz w:val="16"/>
              </w:rPr>
              <w:t>HEAVY RAINS, ICE JAMS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80"/>
          </w:tcPr>
          <w:p>
            <w:pPr>
              <w:spacing w:after="0"/>
              <w:jc w:val="left"/>
            </w:pPr>
            <w:r>
              <w:rPr>
                <w:sz w:val="16"/>
              </w:rPr>
              <w:t>Major disaster</w:t>
            </w:r>
          </w:p>
        </w:tc>
        <w:tc>
          <w:tcPr>
            <w:tcW w:type="dxa" w:w="2425"/>
          </w:tcPr>
          <w:p>
            <w:pPr>
              <w:spacing w:after="0"/>
              <w:jc w:val="left"/>
            </w:pPr>
            <w:r>
              <w:rPr>
                <w:sz w:val="16"/>
              </w:rPr>
              <w:t>SEVERE STORMS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3</w:t>
            </w:r>
          </w:p>
        </w:tc>
        <w:tc>
          <w:tcPr>
            <w:tcW w:type="dxa" w:w="1356"/>
          </w:tcPr>
          <w:p>
            <w:pPr>
              <w:spacing w:after="0"/>
              <w:jc w:val="right"/>
            </w:pPr>
            <w:r>
              <w:rPr>
                <w:sz w:val="16"/>
              </w:rPr>
              <w:t>7</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18</w:t>
            </w:r>
          </w:p>
        </w:tc>
        <w:tc>
          <w:tcPr>
            <w:tcW w:type="dxa" w:w="1356"/>
          </w:tcPr>
          <w:p>
            <w:pPr>
              <w:spacing w:after="0"/>
              <w:jc w:val="right"/>
            </w:pPr>
            <w:r>
              <w:rPr>
                <w:sz w:val="16"/>
              </w:rPr>
              <w:t>10</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3"/>
        <w:gridCol w:w="1612"/>
        <w:gridCol w:w="1096"/>
        <w:gridCol w:w="1768"/>
        <w:gridCol w:w="1692"/>
        <w:gridCol w:w="30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3"/>
            <w:shd w:val="clear" w:color="auto" w:fill="E8E8E8"/>
          </w:tcPr>
          <w:p>
            <w:pPr>
              <w:spacing w:after="0"/>
              <w:jc w:val="left"/>
            </w:pPr>
            <w:r>
              <w:rPr>
                <w:b/>
                <w:sz w:val="16"/>
              </w:rPr>
              <w:t>Magnitude or extent</w:t>
            </w:r>
          </w:p>
        </w:tc>
        <w:tc>
          <w:tcPr>
            <w:tcW w:type="dxa" w:w="16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1692"/>
            <w:shd w:val="clear" w:color="auto" w:fill="E8E8E8"/>
          </w:tcPr>
          <w:p>
            <w:pPr>
              <w:spacing w:after="0"/>
              <w:jc w:val="left"/>
            </w:pPr>
            <w:r>
              <w:rPr>
                <w:b/>
                <w:sz w:val="16"/>
              </w:rPr>
              <w:t>Flags</w:t>
            </w:r>
          </w:p>
        </w:tc>
        <w:tc>
          <w:tcPr>
            <w:tcW w:type="dxa" w:w="30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673"/>
          </w:tcPr>
          <w:p>
            <w:pPr>
              <w:spacing w:after="0"/>
              <w:jc w:val="left"/>
            </w:pPr>
          </w:p>
        </w:tc>
        <w:tc>
          <w:tcPr>
            <w:tcW w:type="dxa" w:w="1612"/>
          </w:tcPr>
          <w:p>
            <w:pPr>
              <w:spacing w:after="0"/>
              <w:jc w:val="left"/>
            </w:pPr>
            <w:r>
              <w:rPr>
                <w:sz w:val="16"/>
              </w:rPr>
              <w:t>$25,000,000 property; $0 crops (2023 dollars)</w:t>
            </w:r>
          </w:p>
        </w:tc>
        <w:tc>
          <w:tcPr>
            <w:tcW w:type="dxa" w:w="1096"/>
          </w:tcPr>
          <w:p>
            <w:pPr>
              <w:spacing w:after="0"/>
              <w:jc w:val="right"/>
            </w:pPr>
            <w:r>
              <w:rPr>
                <w:sz w:val="16"/>
              </w:rPr>
              <w:t>1, 0</w:t>
            </w:r>
          </w:p>
        </w:tc>
        <w:tc>
          <w:tcPr>
            <w:tcW w:type="dxa" w:w="1768"/>
          </w:tcPr>
          <w:p>
            <w:pPr>
              <w:spacing w:after="0"/>
              <w:jc w:val="left"/>
            </w:pPr>
            <w:r>
              <w:rPr>
                <w:sz w:val="16"/>
              </w:rPr>
              <w:t>CHESTER to EAST BETHEL</w:t>
            </w:r>
          </w:p>
        </w:tc>
        <w:tc>
          <w:tcPr>
            <w:tcW w:type="dxa" w:w="1692"/>
          </w:tcPr>
          <w:p>
            <w:pPr>
              <w:spacing w:after="0"/>
              <w:jc w:val="left"/>
            </w:pPr>
            <w:r>
              <w:rPr>
                <w:sz w:val="16"/>
              </w:rPr>
              <w:t>during plan review, check whether your last plan included it; within last 5 years</w:t>
            </w: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673"/>
          </w:tcPr>
          <w:p>
            <w:pPr>
              <w:spacing w:after="0"/>
              <w:jc w:val="left"/>
            </w:pPr>
          </w:p>
        </w:tc>
        <w:tc>
          <w:tcPr>
            <w:tcW w:type="dxa" w:w="1612"/>
          </w:tcPr>
          <w:p>
            <w:pPr>
              <w:spacing w:after="0"/>
              <w:jc w:val="left"/>
            </w:pPr>
            <w:r>
              <w:rPr>
                <w:sz w:val="16"/>
              </w:rPr>
              <w:t>$0 property; $1,000,000 crops, reported for the zone (2023 dollars)</w:t>
            </w:r>
          </w:p>
        </w:tc>
        <w:tc>
          <w:tcPr>
            <w:tcW w:type="dxa" w:w="1096"/>
          </w:tcPr>
          <w:p>
            <w:pPr>
              <w:spacing w:after="0"/>
              <w:jc w:val="right"/>
            </w:pPr>
            <w:r>
              <w:rPr>
                <w:sz w:val="16"/>
              </w:rPr>
              <w:t>0, 0</w:t>
            </w:r>
          </w:p>
        </w:tc>
        <w:tc>
          <w:tcPr>
            <w:tcW w:type="dxa" w:w="1768"/>
          </w:tcPr>
          <w:p>
            <w:pPr>
              <w:spacing w:after="0"/>
              <w:jc w:val="left"/>
            </w:pPr>
            <w:r>
              <w:rPr>
                <w:sz w:val="16"/>
              </w:rPr>
              <w:t>NWS zone VTZ021 (EASTERN WINDSOR COUNTY), zone-level: may include parts of neighboring counties</w:t>
            </w:r>
          </w:p>
        </w:tc>
        <w:tc>
          <w:tcPr>
            <w:tcW w:type="dxa" w:w="1692"/>
          </w:tcPr>
          <w:p>
            <w:pPr>
              <w:spacing w:after="0"/>
              <w:jc w:val="left"/>
            </w:pPr>
            <w:r>
              <w:rPr>
                <w:sz w:val="16"/>
              </w:rPr>
              <w:t>within last 5 years</w:t>
            </w:r>
          </w:p>
        </w:tc>
        <w:tc>
          <w:tcPr>
            <w:tcW w:type="dxa" w:w="301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673"/>
          </w:tcPr>
          <w:p>
            <w:pPr>
              <w:spacing w:after="0"/>
              <w:jc w:val="left"/>
            </w:pPr>
            <w:r>
              <w:rPr>
                <w:sz w:val="16"/>
              </w:rPr>
              <w:t>50 kt (58 mph) estimated gust</w:t>
            </w:r>
          </w:p>
        </w:tc>
        <w:tc>
          <w:tcPr>
            <w:tcW w:type="dxa" w:w="1612"/>
          </w:tcPr>
          <w:p>
            <w:pPr>
              <w:spacing w:after="0"/>
              <w:jc w:val="left"/>
            </w:pPr>
            <w:r>
              <w:rPr>
                <w:sz w:val="16"/>
              </w:rPr>
              <w:t>$150,000 property; $0 crops, reported for the zone (2022 dollars)</w:t>
            </w:r>
          </w:p>
        </w:tc>
        <w:tc>
          <w:tcPr>
            <w:tcW w:type="dxa" w:w="1096"/>
          </w:tcPr>
          <w:p>
            <w:pPr>
              <w:spacing w:after="0"/>
              <w:jc w:val="right"/>
            </w:pPr>
            <w:r>
              <w:rPr>
                <w:sz w:val="16"/>
              </w:rPr>
              <w:t>0, 0</w:t>
            </w:r>
          </w:p>
        </w:tc>
        <w:tc>
          <w:tcPr>
            <w:tcW w:type="dxa" w:w="1768"/>
          </w:tcPr>
          <w:p>
            <w:pPr>
              <w:spacing w:after="0"/>
              <w:jc w:val="left"/>
            </w:pPr>
            <w:r>
              <w:rPr>
                <w:sz w:val="16"/>
              </w:rPr>
              <w:t>NWS zone VTZ020 (WESTERN WINDSOR COUNTY), zone-level: may include parts of neighboring counties</w:t>
            </w:r>
          </w:p>
        </w:tc>
        <w:tc>
          <w:tcPr>
            <w:tcW w:type="dxa" w:w="1692"/>
          </w:tcPr>
          <w:p>
            <w:pPr>
              <w:spacing w:after="0"/>
              <w:jc w:val="left"/>
            </w:pPr>
            <w:r>
              <w:rPr>
                <w:sz w:val="16"/>
              </w:rPr>
              <w:t>within last 5 years</w:t>
            </w:r>
          </w:p>
        </w:tc>
        <w:tc>
          <w:tcPr>
            <w:tcW w:type="dxa" w:w="30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673"/>
          </w:tcPr>
          <w:p>
            <w:pPr>
              <w:spacing w:after="0"/>
              <w:jc w:val="left"/>
            </w:pPr>
          </w:p>
        </w:tc>
        <w:tc>
          <w:tcPr>
            <w:tcW w:type="dxa" w:w="1612"/>
          </w:tcPr>
          <w:p>
            <w:pPr>
              <w:spacing w:after="0"/>
              <w:jc w:val="left"/>
            </w:pPr>
            <w:r>
              <w:rPr>
                <w:sz w:val="16"/>
              </w:rPr>
              <w:t>$0 property; $0 crops, reported for the zone (2020 dollars)</w:t>
            </w:r>
          </w:p>
        </w:tc>
        <w:tc>
          <w:tcPr>
            <w:tcW w:type="dxa" w:w="1096"/>
          </w:tcPr>
          <w:p>
            <w:pPr>
              <w:spacing w:after="0"/>
              <w:jc w:val="right"/>
            </w:pPr>
            <w:r>
              <w:rPr>
                <w:sz w:val="16"/>
              </w:rPr>
              <w:t>0, 0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673"/>
          </w:tcPr>
          <w:p>
            <w:pPr>
              <w:spacing w:after="0"/>
              <w:jc w:val="left"/>
            </w:pPr>
          </w:p>
        </w:tc>
        <w:tc>
          <w:tcPr>
            <w:tcW w:type="dxa" w:w="1612"/>
          </w:tcPr>
          <w:p>
            <w:pPr>
              <w:spacing w:after="0"/>
              <w:jc w:val="left"/>
            </w:pPr>
            <w:r>
              <w:rPr>
                <w:sz w:val="16"/>
              </w:rPr>
              <w:t>$0 property; $0 crops, reported for the zone (2015 dollars)</w:t>
            </w:r>
          </w:p>
        </w:tc>
        <w:tc>
          <w:tcPr>
            <w:tcW w:type="dxa" w:w="1096"/>
          </w:tcPr>
          <w:p>
            <w:pPr>
              <w:spacing w:after="0"/>
              <w:jc w:val="right"/>
            </w:pPr>
            <w:r>
              <w:rPr>
                <w:sz w:val="16"/>
              </w:rPr>
              <w:t>0, 0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673"/>
          </w:tcPr>
          <w:p>
            <w:pPr>
              <w:spacing w:after="0"/>
              <w:jc w:val="left"/>
            </w:pPr>
          </w:p>
        </w:tc>
        <w:tc>
          <w:tcPr>
            <w:tcW w:type="dxa" w:w="1612"/>
          </w:tcPr>
          <w:p>
            <w:pPr>
              <w:spacing w:after="0"/>
              <w:jc w:val="left"/>
            </w:pPr>
            <w:r>
              <w:rPr>
                <w:sz w:val="16"/>
              </w:rPr>
              <w:t>$100,000,000 property; $5,000,000 crops (2011 dollars)</w:t>
            </w:r>
          </w:p>
        </w:tc>
        <w:tc>
          <w:tcPr>
            <w:tcW w:type="dxa" w:w="1096"/>
          </w:tcPr>
          <w:p>
            <w:pPr>
              <w:spacing w:after="0"/>
              <w:jc w:val="right"/>
            </w:pPr>
            <w:r>
              <w:rPr>
                <w:sz w:val="16"/>
              </w:rPr>
              <w:t>0, 0</w:t>
            </w:r>
          </w:p>
        </w:tc>
        <w:tc>
          <w:tcPr>
            <w:tcW w:type="dxa" w:w="1768"/>
          </w:tcPr>
          <w:p>
            <w:pPr>
              <w:spacing w:after="0"/>
              <w:jc w:val="left"/>
            </w:pPr>
            <w:r>
              <w:rPr>
                <w:sz w:val="16"/>
              </w:rPr>
              <w:t>GOULDS MILL to POMPANOOSUC</w:t>
            </w:r>
          </w:p>
        </w:tc>
        <w:tc>
          <w:tcPr>
            <w:tcW w:type="dxa" w:w="1692"/>
          </w:tcPr>
          <w:p>
            <w:pPr>
              <w:spacing w:after="0"/>
              <w:jc w:val="left"/>
            </w:pPr>
          </w:p>
        </w:tc>
        <w:tc>
          <w:tcPr>
            <w:tcW w:type="dxa" w:w="30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673"/>
          </w:tcPr>
          <w:p>
            <w:pPr>
              <w:spacing w:after="0"/>
              <w:jc w:val="left"/>
            </w:pPr>
          </w:p>
        </w:tc>
        <w:tc>
          <w:tcPr>
            <w:tcW w:type="dxa" w:w="1612"/>
          </w:tcPr>
          <w:p>
            <w:pPr>
              <w:spacing w:after="0"/>
              <w:jc w:val="left"/>
            </w:pPr>
            <w:r>
              <w:rPr>
                <w:sz w:val="16"/>
              </w:rPr>
              <w:t>$0 property; $0 crops, reported for the zone (2011 dollars)</w:t>
            </w:r>
          </w:p>
        </w:tc>
        <w:tc>
          <w:tcPr>
            <w:tcW w:type="dxa" w:w="1096"/>
          </w:tcPr>
          <w:p>
            <w:pPr>
              <w:spacing w:after="0"/>
              <w:jc w:val="right"/>
            </w:pPr>
            <w:r>
              <w:rPr>
                <w:sz w:val="16"/>
              </w:rPr>
              <w:t>1, 0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673"/>
          </w:tcPr>
          <w:p>
            <w:pPr>
              <w:spacing w:after="0"/>
              <w:jc w:val="left"/>
            </w:pPr>
            <w:r>
              <w:rPr>
                <w:sz w:val="16"/>
              </w:rPr>
              <w:t>100 kt (115 mph) estimated gust</w:t>
            </w:r>
          </w:p>
        </w:tc>
        <w:tc>
          <w:tcPr>
            <w:tcW w:type="dxa" w:w="1612"/>
          </w:tcPr>
          <w:p>
            <w:pPr>
              <w:spacing w:after="0"/>
              <w:jc w:val="left"/>
            </w:pPr>
            <w:r>
              <w:rPr>
                <w:sz w:val="16"/>
              </w:rPr>
              <w:t>$100,000 property; crops not reported (2003 dollars)</w:t>
            </w:r>
          </w:p>
        </w:tc>
        <w:tc>
          <w:tcPr>
            <w:tcW w:type="dxa" w:w="1096"/>
          </w:tcPr>
          <w:p>
            <w:pPr>
              <w:spacing w:after="0"/>
              <w:jc w:val="right"/>
            </w:pPr>
            <w:r>
              <w:rPr>
                <w:sz w:val="16"/>
              </w:rPr>
              <w:t>0, 1</w:t>
            </w:r>
          </w:p>
        </w:tc>
        <w:tc>
          <w:tcPr>
            <w:tcW w:type="dxa" w:w="1768"/>
          </w:tcPr>
          <w:p>
            <w:pPr>
              <w:spacing w:after="0"/>
              <w:jc w:val="left"/>
            </w:pPr>
            <w:r>
              <w:rPr>
                <w:sz w:val="16"/>
              </w:rPr>
              <w:t>CAVENDISH</w:t>
            </w:r>
          </w:p>
        </w:tc>
        <w:tc>
          <w:tcPr>
            <w:tcW w:type="dxa" w:w="1692"/>
          </w:tcPr>
          <w:p>
            <w:pPr>
              <w:spacing w:after="0"/>
              <w:jc w:val="left"/>
            </w:pPr>
          </w:p>
        </w:tc>
        <w:tc>
          <w:tcPr>
            <w:tcW w:type="dxa" w:w="301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673"/>
          </w:tcPr>
          <w:p>
            <w:pPr>
              <w:spacing w:after="0"/>
              <w:jc w:val="left"/>
            </w:pPr>
          </w:p>
        </w:tc>
        <w:tc>
          <w:tcPr>
            <w:tcW w:type="dxa" w:w="1612"/>
          </w:tcPr>
          <w:p>
            <w:pPr>
              <w:spacing w:after="0"/>
              <w:jc w:val="left"/>
            </w:pPr>
            <w:r>
              <w:rPr>
                <w:sz w:val="16"/>
              </w:rPr>
              <w:t>damage not reported</w:t>
            </w:r>
          </w:p>
        </w:tc>
        <w:tc>
          <w:tcPr>
            <w:tcW w:type="dxa" w:w="1096"/>
          </w:tcPr>
          <w:p>
            <w:pPr>
              <w:spacing w:after="0"/>
              <w:jc w:val="right"/>
            </w:pPr>
            <w:r>
              <w:rPr>
                <w:sz w:val="16"/>
              </w:rPr>
              <w:t>1, 0</w:t>
            </w:r>
          </w:p>
        </w:tc>
        <w:tc>
          <w:tcPr>
            <w:tcW w:type="dxa" w:w="1768"/>
          </w:tcPr>
          <w:p>
            <w:pPr>
              <w:spacing w:after="0"/>
              <w:jc w:val="left"/>
            </w:pPr>
            <w:r>
              <w:rPr>
                <w:sz w:val="16"/>
              </w:rPr>
              <w:t>WOODSTOCK</w:t>
            </w:r>
          </w:p>
        </w:tc>
        <w:tc>
          <w:tcPr>
            <w:tcW w:type="dxa" w:w="1692"/>
          </w:tcPr>
          <w:p>
            <w:pPr>
              <w:spacing w:after="0"/>
              <w:jc w:val="left"/>
            </w:pPr>
          </w:p>
        </w:tc>
        <w:tc>
          <w:tcPr>
            <w:tcW w:type="dxa" w:w="301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673"/>
          </w:tcPr>
          <w:p>
            <w:pPr>
              <w:spacing w:after="0"/>
              <w:jc w:val="left"/>
            </w:pPr>
          </w:p>
        </w:tc>
        <w:tc>
          <w:tcPr>
            <w:tcW w:type="dxa" w:w="1612"/>
          </w:tcPr>
          <w:p>
            <w:pPr>
              <w:spacing w:after="0"/>
              <w:jc w:val="left"/>
            </w:pPr>
            <w:r>
              <w:rPr>
                <w:sz w:val="16"/>
              </w:rPr>
              <w:t>$50,000 property; crops not reported, reported for the zone (2000 dollars)</w:t>
            </w:r>
          </w:p>
        </w:tc>
        <w:tc>
          <w:tcPr>
            <w:tcW w:type="dxa" w:w="1096"/>
          </w:tcPr>
          <w:p>
            <w:pPr>
              <w:spacing w:after="0"/>
              <w:jc w:val="right"/>
            </w:pPr>
            <w:r>
              <w:rPr>
                <w:sz w:val="16"/>
              </w:rPr>
              <w:t>1, 2</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673"/>
          </w:tcPr>
          <w:p>
            <w:pPr>
              <w:spacing w:after="0"/>
              <w:jc w:val="left"/>
            </w:pPr>
          </w:p>
        </w:tc>
        <w:tc>
          <w:tcPr>
            <w:tcW w:type="dxa" w:w="1612"/>
          </w:tcPr>
          <w:p>
            <w:pPr>
              <w:spacing w:after="0"/>
              <w:jc w:val="left"/>
            </w:pPr>
            <w:r>
              <w:rPr>
                <w:sz w:val="16"/>
              </w:rPr>
              <w:t>$80,000 property; crops not reported, reported for the zone (1998 dollars)</w:t>
            </w:r>
          </w:p>
        </w:tc>
        <w:tc>
          <w:tcPr>
            <w:tcW w:type="dxa" w:w="1096"/>
          </w:tcPr>
          <w:p>
            <w:pPr>
              <w:spacing w:after="0"/>
              <w:jc w:val="right"/>
            </w:pPr>
            <w:r>
              <w:rPr>
                <w:sz w:val="16"/>
              </w:rPr>
              <w:t>0, 0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673"/>
          </w:tcPr>
          <w:p>
            <w:pPr>
              <w:spacing w:after="0"/>
              <w:jc w:val="left"/>
            </w:pPr>
            <w:r>
              <w:rPr>
                <w:sz w:val="16"/>
              </w:rPr>
              <w:t>F2, 1 mi path length (records before 1996 may include the whole path; rating and listing come from the county where the tornado began), 33 yd wide</w:t>
            </w:r>
          </w:p>
        </w:tc>
        <w:tc>
          <w:tcPr>
            <w:tcW w:type="dxa" w:w="1612"/>
          </w:tcPr>
          <w:p>
            <w:pPr>
              <w:spacing w:after="0"/>
              <w:jc w:val="left"/>
            </w:pPr>
            <w:r>
              <w:rPr>
                <w:sz w:val="16"/>
              </w:rPr>
              <w:t>$25,000 property; crops not recorded (1966 dollars)</w:t>
            </w:r>
          </w:p>
        </w:tc>
        <w:tc>
          <w:tcPr>
            <w:tcW w:type="dxa" w:w="1096"/>
          </w:tcPr>
          <w:p>
            <w:pPr>
              <w:spacing w:after="0"/>
              <w:jc w:val="right"/>
            </w:pPr>
            <w:r>
              <w:rPr>
                <w:sz w:val="16"/>
              </w:rPr>
              <w:t>0, 0</w:t>
            </w:r>
          </w:p>
        </w:tc>
        <w:tc>
          <w:tcPr>
            <w:tcW w:type="dxa" w:w="1768"/>
          </w:tcPr>
          <w:p>
            <w:pPr>
              <w:spacing w:after="0"/>
              <w:jc w:val="left"/>
            </w:pPr>
            <w:r>
              <w:rPr>
                <w:sz w:val="16"/>
              </w:rPr>
              <w:t>location not recorded</w:t>
            </w:r>
          </w:p>
        </w:tc>
        <w:tc>
          <w:tcPr>
            <w:tcW w:type="dxa" w:w="1692"/>
          </w:tcPr>
          <w:p>
            <w:pPr>
              <w:spacing w:after="0"/>
              <w:jc w:val="left"/>
            </w:pPr>
          </w:p>
        </w:tc>
        <w:tc>
          <w:tcPr>
            <w:tcW w:type="dxa" w:w="301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Baltimore town</w:t>
            </w:r>
          </w:p>
        </w:tc>
        <w:tc>
          <w:tcPr>
            <w:tcW w:type="dxa" w:w="852"/>
          </w:tcPr>
          <w:p>
            <w:pPr>
              <w:spacing w:after="0"/>
              <w:jc w:val="left"/>
            </w:pPr>
            <w:r>
              <w:rPr>
                <w:sz w:val="16"/>
              </w:rPr>
              <w:t>Town</w:t>
            </w:r>
          </w:p>
        </w:tc>
        <w:tc>
          <w:tcPr>
            <w:tcW w:type="dxa" w:w="3477"/>
          </w:tcPr>
          <w:p>
            <w:pPr>
              <w:spacing w:after="0"/>
              <w:jc w:val="left"/>
            </w:pPr>
            <w:r>
              <w:rPr>
                <w:sz w:val="16"/>
              </w:rPr>
              <w:t>Approved, expires 2029-05-19</w:t>
            </w:r>
          </w:p>
        </w:tc>
        <w:tc>
          <w:tcPr>
            <w:tcW w:type="dxa" w:w="2773"/>
          </w:tcPr>
          <w:p>
            <w:pPr>
              <w:spacing w:after="0"/>
              <w:jc w:val="right"/>
            </w:pPr>
            <w:r>
              <w:rPr>
                <w:sz w:val="16"/>
              </w:rPr>
              <w:t>FMA RL 0, SRL 0; any 0</w:t>
            </w:r>
          </w:p>
        </w:tc>
        <w:tc>
          <w:tcPr>
            <w:tcW w:type="dxa" w:w="1951"/>
          </w:tcPr>
          <w:p>
            <w:pPr>
              <w:spacing w:after="0"/>
              <w:jc w:val="right"/>
            </w:pPr>
            <w:r>
              <w:rPr>
                <w:sz w:val="16"/>
              </w:rPr>
              <w:t>$23,088.21</w:t>
            </w:r>
          </w:p>
        </w:tc>
        <w:tc>
          <w:tcPr>
            <w:tcW w:type="dxa" w:w="2373"/>
          </w:tcPr>
          <w:p>
            <w:pPr>
              <w:spacing w:after="0"/>
              <w:jc w:val="right"/>
            </w:pPr>
            <w:r>
              <w:rPr>
                <w:sz w:val="16"/>
              </w:rPr>
              <w:t>0;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2024-05-20</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9"/>
          </w:tcPr>
          <w:p>
            <w:pPr>
              <w:spacing w:after="0"/>
              <w:jc w:val="right"/>
            </w:pPr>
          </w:p>
        </w:tc>
        <w:tc>
          <w:tcPr>
            <w:tcW w:type="dxa" w:w="1047"/>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$1,074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9"/>
          </w:tcPr>
          <w:p>
            <w:pPr>
              <w:spacing w:after="0"/>
              <w:jc w:val="right"/>
            </w:pPr>
            <w:r>
              <w:rPr>
                <w:sz w:val="16"/>
              </w:rPr>
              <w:t>$32,259,803</w:t>
            </w:r>
          </w:p>
        </w:tc>
        <w:tc>
          <w:tcPr>
            <w:tcW w:type="dxa" w:w="1047"/>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84"/>
          </w:tcPr>
          <w:p>
            <w:pPr>
              <w:spacing w:after="0"/>
              <w:jc w:val="right"/>
            </w:pPr>
            <w:r>
              <w:rPr>
                <w:sz w:val="16"/>
              </w:rPr>
              <w:t>$1,300,166</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9"/>
          </w:tcPr>
          <w:p>
            <w:pPr>
              <w:spacing w:after="0"/>
              <w:jc w:val="right"/>
            </w:pPr>
          </w:p>
        </w:tc>
        <w:tc>
          <w:tcPr>
            <w:tcW w:type="dxa" w:w="1047"/>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84"/>
          </w:tcPr>
          <w:p>
            <w:pPr>
              <w:spacing w:after="0"/>
              <w:jc w:val="right"/>
            </w:pPr>
            <w:r>
              <w:rPr>
                <w:sz w:val="16"/>
              </w:rPr>
              <w:t>$42,029</w:t>
            </w:r>
          </w:p>
        </w:tc>
        <w:tc>
          <w:tcPr>
            <w:tcW w:type="dxa" w:w="1054"/>
          </w:tcPr>
          <w:p>
            <w:pPr>
              <w:spacing w:after="0"/>
              <w:jc w:val="right"/>
            </w:pPr>
            <w:r>
              <w:rPr>
                <w:sz w:val="16"/>
              </w:rPr>
              <w:t>0.00121%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9"/>
          </w:tcPr>
          <w:p>
            <w:pPr>
              <w:spacing w:after="0"/>
              <w:jc w:val="right"/>
            </w:pPr>
            <w:r>
              <w:rPr>
                <w:sz w:val="16"/>
              </w:rPr>
              <w:t>$32,259,803</w:t>
            </w:r>
          </w:p>
        </w:tc>
        <w:tc>
          <w:tcPr>
            <w:tcW w:type="dxa" w:w="1047"/>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84"/>
          </w:tcPr>
          <w:p>
            <w:pPr>
              <w:spacing w:after="0"/>
              <w:jc w:val="right"/>
            </w:pPr>
            <w:r>
              <w:rPr>
                <w:sz w:val="16"/>
              </w:rPr>
              <w:t>$95,518</w:t>
            </w:r>
          </w:p>
        </w:tc>
        <w:tc>
          <w:tcPr>
            <w:tcW w:type="dxa" w:w="1054"/>
          </w:tcPr>
          <w:p>
            <w:pPr>
              <w:spacing w:after="0"/>
              <w:jc w:val="right"/>
            </w:pPr>
            <w:r>
              <w:rPr>
                <w:sz w:val="16"/>
              </w:rPr>
              <w:t>under 0.0001%</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9"/>
          </w:tcPr>
          <w:p>
            <w:pPr>
              <w:spacing w:after="0"/>
              <w:jc w:val="right"/>
            </w:pPr>
            <w:r>
              <w:rPr>
                <w:sz w:val="16"/>
              </w:rPr>
              <w:t>$32,259,803</w:t>
            </w:r>
          </w:p>
        </w:tc>
        <w:tc>
          <w:tcPr>
            <w:tcW w:type="dxa" w:w="1047"/>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84"/>
          </w:tcPr>
          <w:p>
            <w:pPr>
              <w:spacing w:after="0"/>
              <w:jc w:val="right"/>
            </w:pPr>
            <w:r>
              <w:rPr>
                <w:sz w:val="16"/>
              </w:rPr>
              <w:t>$977,288</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9"/>
          </w:tcPr>
          <w:p>
            <w:pPr>
              <w:spacing w:after="0"/>
              <w:jc w:val="right"/>
            </w:pPr>
            <w:r>
              <w:rPr>
                <w:sz w:val="16"/>
              </w:rPr>
              <w:t>$32,259,803</w:t>
            </w:r>
          </w:p>
        </w:tc>
        <w:tc>
          <w:tcPr>
            <w:tcW w:type="dxa" w:w="1047"/>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84"/>
          </w:tcPr>
          <w:p>
            <w:pPr>
              <w:spacing w:after="0"/>
              <w:jc w:val="right"/>
            </w:pPr>
            <w:r>
              <w:rPr>
                <w:sz w:val="16"/>
              </w:rPr>
              <w:t>$29,560</w:t>
            </w:r>
          </w:p>
        </w:tc>
        <w:tc>
          <w:tcPr>
            <w:tcW w:type="dxa" w:w="1054"/>
          </w:tcPr>
          <w:p>
            <w:pPr>
              <w:spacing w:after="0"/>
              <w:jc w:val="right"/>
            </w:pPr>
            <w:r>
              <w:rPr>
                <w:sz w:val="16"/>
              </w:rPr>
              <w:t>0.00486%</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9"/>
          </w:tcPr>
          <w:p>
            <w:pPr>
              <w:spacing w:after="0"/>
              <w:jc w:val="right"/>
            </w:pPr>
          </w:p>
        </w:tc>
        <w:tc>
          <w:tcPr>
            <w:tcW w:type="dxa" w:w="1047"/>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84"/>
          </w:tcPr>
          <w:p>
            <w:pPr>
              <w:spacing w:after="0"/>
              <w:jc w:val="right"/>
            </w:pPr>
            <w:r>
              <w:rPr>
                <w:sz w:val="16"/>
              </w:rPr>
              <w:t>$16,091</w:t>
            </w:r>
          </w:p>
        </w:tc>
        <w:tc>
          <w:tcPr>
            <w:tcW w:type="dxa" w:w="1054"/>
          </w:tcPr>
          <w:p>
            <w:pPr>
              <w:spacing w:after="0"/>
              <w:jc w:val="right"/>
            </w:pPr>
            <w:r>
              <w:rPr>
                <w:sz w:val="16"/>
              </w:rPr>
              <w:t>0.00145%</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9"/>
          </w:tcPr>
          <w:p>
            <w:pPr>
              <w:spacing w:after="0"/>
              <w:jc w:val="right"/>
            </w:pPr>
            <w:r>
              <w:rPr>
                <w:sz w:val="16"/>
              </w:rPr>
              <w:t>$7,652,330</w:t>
            </w:r>
          </w:p>
        </w:tc>
        <w:tc>
          <w:tcPr>
            <w:tcW w:type="dxa" w:w="1047"/>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84"/>
          </w:tcPr>
          <w:p>
            <w:pPr>
              <w:spacing w:after="0"/>
              <w:jc w:val="right"/>
            </w:pPr>
            <w:r>
              <w:rPr>
                <w:sz w:val="16"/>
              </w:rPr>
              <w:t>$458,753</w:t>
            </w:r>
          </w:p>
        </w:tc>
        <w:tc>
          <w:tcPr>
            <w:tcW w:type="dxa" w:w="1054"/>
          </w:tcPr>
          <w:p>
            <w:pPr>
              <w:spacing w:after="0"/>
              <w:jc w:val="right"/>
            </w:pPr>
            <w:r>
              <w:rPr>
                <w:sz w:val="16"/>
              </w:rPr>
              <w:t>n/a (see note)</w:t>
            </w:r>
          </w:p>
        </w:tc>
        <w:tc>
          <w:tcPr>
            <w:tcW w:type="dxa" w:w="1244"/>
          </w:tcPr>
          <w:p>
            <w:pPr>
              <w:spacing w:after="0"/>
              <w:jc w:val="right"/>
            </w:pPr>
            <w:r>
              <w:rPr>
                <w:sz w:val="16"/>
              </w:rPr>
              <w:t>$300,000</w:t>
            </w: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9"/>
          </w:tcPr>
          <w:p>
            <w:pPr>
              <w:spacing w:after="0"/>
              <w:jc w:val="right"/>
            </w:pPr>
          </w:p>
        </w:tc>
        <w:tc>
          <w:tcPr>
            <w:tcW w:type="dxa" w:w="1047"/>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84"/>
          </w:tcPr>
          <w:p>
            <w:pPr>
              <w:spacing w:after="0"/>
              <w:jc w:val="right"/>
            </w:pPr>
            <w:r>
              <w:rPr>
                <w:sz w:val="16"/>
              </w:rPr>
              <w:t>$22,574</w:t>
            </w:r>
          </w:p>
        </w:tc>
        <w:tc>
          <w:tcPr>
            <w:tcW w:type="dxa" w:w="1054"/>
          </w:tcPr>
          <w:p>
            <w:pPr>
              <w:spacing w:after="0"/>
              <w:jc w:val="right"/>
            </w:pPr>
            <w:r>
              <w:rPr>
                <w:sz w:val="16"/>
              </w:rPr>
              <w:t>0.00224%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9"/>
          </w:tcPr>
          <w:p>
            <w:pPr>
              <w:spacing w:after="0"/>
              <w:jc w:val="right"/>
            </w:pPr>
          </w:p>
        </w:tc>
        <w:tc>
          <w:tcPr>
            <w:tcW w:type="dxa" w:w="1047"/>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84"/>
          </w:tcPr>
          <w:p>
            <w:pPr>
              <w:spacing w:after="0"/>
              <w:jc w:val="right"/>
            </w:pPr>
            <w:r>
              <w:rPr>
                <w:sz w:val="16"/>
              </w:rPr>
              <w:t>$447,802</w:t>
            </w:r>
          </w:p>
        </w:tc>
        <w:tc>
          <w:tcPr>
            <w:tcW w:type="dxa" w:w="1054"/>
          </w:tcPr>
          <w:p>
            <w:pPr>
              <w:spacing w:after="0"/>
              <w:jc w:val="right"/>
            </w:pPr>
            <w:r>
              <w:rPr>
                <w:sz w:val="16"/>
              </w:rPr>
              <w:t>0.000211%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9"/>
          </w:tcPr>
          <w:p>
            <w:pPr>
              <w:spacing w:after="0"/>
              <w:jc w:val="right"/>
            </w:pPr>
            <w:r>
              <w:rPr>
                <w:sz w:val="16"/>
              </w:rPr>
              <w:t>$32,259,803</w:t>
            </w:r>
          </w:p>
        </w:tc>
        <w:tc>
          <w:tcPr>
            <w:tcW w:type="dxa" w:w="1047"/>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84"/>
          </w:tcPr>
          <w:p>
            <w:pPr>
              <w:spacing w:after="0"/>
              <w:jc w:val="right"/>
            </w:pPr>
            <w:r>
              <w:rPr>
                <w:sz w:val="16"/>
              </w:rPr>
              <w:t>$130,484</w:t>
            </w:r>
          </w:p>
        </w:tc>
        <w:tc>
          <w:tcPr>
            <w:tcW w:type="dxa" w:w="1054"/>
          </w:tcPr>
          <w:p>
            <w:pPr>
              <w:spacing w:after="0"/>
              <w:jc w:val="right"/>
            </w:pPr>
            <w:r>
              <w:rPr>
                <w:sz w:val="16"/>
              </w:rPr>
              <w:t>0.00163%</w:t>
            </w:r>
          </w:p>
        </w:tc>
        <w:tc>
          <w:tcPr>
            <w:tcW w:type="dxa" w:w="1244"/>
          </w:tcPr>
          <w:p>
            <w:pPr>
              <w:spacing w:after="0"/>
              <w:jc w:val="right"/>
            </w:pPr>
            <w:r>
              <w:rPr>
                <w:sz w:val="16"/>
              </w:rPr>
              <w:t>$182,000</w:t>
            </w:r>
          </w:p>
        </w:tc>
        <w:tc>
          <w:tcPr>
            <w:tcW w:type="dxa" w:w="1122"/>
          </w:tcPr>
          <w:p>
            <w:pPr>
              <w:spacing w:after="0"/>
              <w:jc w:val="right"/>
            </w:pPr>
            <w:r>
              <w:rPr>
                <w:sz w:val="16"/>
              </w:rPr>
              <w:t>$10,000</w:t>
            </w:r>
          </w:p>
        </w:tc>
        <w:tc>
          <w:tcPr>
            <w:tcW w:type="dxa" w:w="1276"/>
          </w:tcPr>
          <w:p>
            <w:pPr>
              <w:spacing w:after="0"/>
              <w:jc w:val="right"/>
            </w:pPr>
          </w:p>
        </w:tc>
        <w:tc>
          <w:tcPr>
            <w:tcW w:type="dxa" w:w="1275"/>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9"/>
          </w:tcPr>
          <w:p>
            <w:pPr>
              <w:spacing w:after="0"/>
              <w:jc w:val="right"/>
            </w:pPr>
            <w:r>
              <w:rPr>
                <w:sz w:val="16"/>
              </w:rPr>
              <w:t>$32,259,803</w:t>
            </w:r>
          </w:p>
        </w:tc>
        <w:tc>
          <w:tcPr>
            <w:tcW w:type="dxa" w:w="1047"/>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84"/>
          </w:tcPr>
          <w:p>
            <w:pPr>
              <w:spacing w:after="0"/>
              <w:jc w:val="right"/>
            </w:pPr>
            <w:r>
              <w:rPr>
                <w:sz w:val="16"/>
              </w:rPr>
              <w:t>$292,651</w:t>
            </w:r>
          </w:p>
        </w:tc>
        <w:tc>
          <w:tcPr>
            <w:tcW w:type="dxa" w:w="1054"/>
          </w:tcPr>
          <w:p>
            <w:pPr>
              <w:spacing w:after="0"/>
              <w:jc w:val="right"/>
            </w:pPr>
            <w:r>
              <w:rPr>
                <w:sz w:val="16"/>
              </w:rPr>
              <w:t>0.00176%</w:t>
            </w:r>
          </w:p>
        </w:tc>
        <w:tc>
          <w:tcPr>
            <w:tcW w:type="dxa" w:w="1244"/>
          </w:tcPr>
          <w:p>
            <w:pPr>
              <w:spacing w:after="0"/>
              <w:jc w:val="right"/>
            </w:pPr>
            <w:r>
              <w:rPr>
                <w:sz w:val="16"/>
              </w:rPr>
              <w:t>$100,000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9"/>
          </w:tcPr>
          <w:p>
            <w:pPr>
              <w:spacing w:after="0"/>
              <w:jc w:val="right"/>
            </w:pPr>
            <w:r>
              <w:rPr>
                <w:sz w:val="16"/>
              </w:rPr>
              <w:t>$23,236,684</w:t>
            </w:r>
          </w:p>
        </w:tc>
        <w:tc>
          <w:tcPr>
            <w:tcW w:type="dxa" w:w="1047"/>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84"/>
          </w:tcPr>
          <w:p>
            <w:pPr>
              <w:spacing w:after="0"/>
              <w:jc w:val="right"/>
            </w:pPr>
            <w:r>
              <w:rPr>
                <w:sz w:val="16"/>
              </w:rPr>
              <w:t>$1,139</w:t>
            </w:r>
          </w:p>
        </w:tc>
        <w:tc>
          <w:tcPr>
            <w:tcW w:type="dxa" w:w="1054"/>
          </w:tcPr>
          <w:p>
            <w:pPr>
              <w:spacing w:after="0"/>
              <w:jc w:val="right"/>
            </w:pPr>
            <w:r>
              <w:rPr>
                <w:sz w:val="16"/>
              </w:rPr>
              <w:t>0.000114%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9"/>
          </w:tcPr>
          <w:p>
            <w:pPr>
              <w:spacing w:after="0"/>
              <w:jc w:val="right"/>
            </w:pPr>
            <w:r>
              <w:rPr>
                <w:sz w:val="16"/>
              </w:rPr>
              <w:t>$32,259,803</w:t>
            </w:r>
          </w:p>
        </w:tc>
        <w:tc>
          <w:tcPr>
            <w:tcW w:type="dxa" w:w="1047"/>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84"/>
          </w:tcPr>
          <w:p>
            <w:pPr>
              <w:spacing w:after="0"/>
              <w:jc w:val="right"/>
            </w:pPr>
            <w:r>
              <w:rPr>
                <w:sz w:val="16"/>
              </w:rPr>
              <w:t>$99,504</w:t>
            </w:r>
          </w:p>
        </w:tc>
        <w:tc>
          <w:tcPr>
            <w:tcW w:type="dxa" w:w="1054"/>
          </w:tcPr>
          <w:p>
            <w:pPr>
              <w:spacing w:after="0"/>
              <w:jc w:val="right"/>
            </w:pPr>
            <w:r>
              <w:rPr>
                <w:sz w:val="16"/>
              </w:rPr>
              <w:t>0.000529%</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2024-05-20 (Storm Events through 2026-06-30): 11 county-coded records, 11 with a damage value recorded (including $0), $582,000; 25 zone-level records, 25 with a damage value recorded (including $0), $10,000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Baltimore town</w:t>
            </w:r>
          </w:p>
        </w:tc>
        <w:tc>
          <w:tcPr>
            <w:tcW w:type="dxa" w:w="1513"/>
          </w:tcPr>
          <w:p>
            <w:pPr>
              <w:spacing w:after="0"/>
              <w:jc w:val="left"/>
            </w:pPr>
            <w:r>
              <w:rPr>
                <w:sz w:val="16"/>
              </w:rPr>
              <w:t>500298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Baltimore town, VT: risk-assessment baseline packet, release 2026-10 (data as of 2026-09-28; Vermont town 5002702575).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hazard-plain_2026-10_VT_5002702575.docx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Baltimore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Baltimore town, VT: Risk-assessment baseline packet</dc:title>
  <dc:subject>Hazard Plain release 2026-10, as of 2026-09-28. Preview: automated baseline</dc:subject>
  <dc:creator>Hazard Plain</dc:creator>
  <cp:keywords>Hazard Plain; hazard mitigation; risk assessment; 5002702575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