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Londonderry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5002540225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2027-05-31. Plan: Town of Londonderry Local Hazard Mitigation Plan (FEMA plan 108326), approved 2022-06-01.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Windham County data (county FIPS 50025; each heading says so); the plan clock, B1-f and B2-c are for Londonderry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2022-06-01: 4 new hazard declarations (3 incidents) and 150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5002540225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2027-05-31</w:t>
      </w:r>
    </w:p>
    <w:p>
      <w:pPr>
        <w:keepNext/>
        <w:spacing w:after="40" w:before="0"/>
      </w:pPr>
      <w:r>
        <w:rPr>
          <w:b/>
        </w:rPr>
        <w:t xml:space="preserve">Plan: </w:t>
      </w:r>
      <w:r>
        <w:rPr/>
        <w:t>Town of Londonderry Local Hazard Mitigation Plan (FEMA plan 108326)</w:t>
      </w:r>
    </w:p>
    <w:p>
      <w:pPr>
        <w:keepNext/>
        <w:spacing w:after="40" w:before="0"/>
      </w:pPr>
      <w:r>
        <w:rPr>
          <w:b/>
        </w:rPr>
        <w:t xml:space="preserve">Approved: </w:t>
      </w:r>
      <w:r>
        <w:rPr/>
        <w:t>2022-06-01</w:t>
      </w:r>
    </w:p>
    <w:p>
      <w:pPr>
        <w:keepNext/>
        <w:spacing w:after="40" w:before="0"/>
      </w:pPr>
      <w:r>
        <w:rPr>
          <w:b/>
        </w:rPr>
        <w:t xml:space="preserve">Days to expiry: </w:t>
      </w:r>
      <w:r>
        <w:rPr/>
        <w:t>243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150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226"/>
        <w:gridCol w:w="917"/>
        <w:gridCol w:w="3742"/>
        <w:gridCol w:w="3026"/>
        <w:gridCol w:w="1468"/>
        <w:gridCol w:w="1468"/>
        <w:gridCol w:w="1265"/>
      </w:tblGrid>
      <w:tr>
        <w:trPr>
          <w:cantSplit/>
          <w:tblHeader/>
        </w:trPr>
        <w:tc>
          <w:tcPr>
            <w:tcW w:type="dxa" w:w="2226"/>
            <w:shd w:val="clear" w:color="auto" w:fill="E8E8E8"/>
          </w:tcPr>
          <w:p>
            <w:pPr>
              <w:spacing w:after="0"/>
              <w:jc w:val="left"/>
            </w:pPr>
            <w:r>
              <w:rPr>
                <w:b/>
                <w:sz w:val="16"/>
              </w:rPr>
              <w:t>Jurisdiction</w:t>
            </w:r>
          </w:p>
        </w:tc>
        <w:tc>
          <w:tcPr>
            <w:tcW w:type="dxa" w:w="917"/>
            <w:shd w:val="clear" w:color="auto" w:fill="E8E8E8"/>
          </w:tcPr>
          <w:p>
            <w:pPr>
              <w:spacing w:after="0"/>
              <w:jc w:val="left"/>
            </w:pPr>
            <w:r>
              <w:rPr>
                <w:b/>
                <w:sz w:val="16"/>
              </w:rPr>
              <w:t>Type</w:t>
            </w:r>
          </w:p>
        </w:tc>
        <w:tc>
          <w:tcPr>
            <w:tcW w:type="dxa" w:w="3742"/>
            <w:shd w:val="clear" w:color="auto" w:fill="E8E8E8"/>
          </w:tcPr>
          <w:p>
            <w:pPr>
              <w:spacing w:after="0"/>
              <w:jc w:val="left"/>
            </w:pPr>
            <w:r>
              <w:rPr>
                <w:b/>
                <w:sz w:val="16"/>
              </w:rPr>
              <w:t>Status</w:t>
            </w:r>
          </w:p>
        </w:tc>
        <w:tc>
          <w:tcPr>
            <w:tcW w:type="dxa" w:w="3026"/>
            <w:shd w:val="clear" w:color="auto" w:fill="E8E8E8"/>
          </w:tcPr>
          <w:p>
            <w:pPr>
              <w:spacing w:after="0"/>
              <w:jc w:val="left"/>
            </w:pPr>
            <w:r>
              <w:rPr>
                <w:b/>
                <w:sz w:val="16"/>
              </w:rPr>
              <w:t>Plan</w:t>
            </w:r>
          </w:p>
        </w:tc>
        <w:tc>
          <w:tcPr>
            <w:tcW w:type="dxa" w:w="1468"/>
            <w:shd w:val="clear" w:color="auto" w:fill="E8E8E8"/>
          </w:tcPr>
          <w:p>
            <w:pPr>
              <w:spacing w:after="0"/>
              <w:jc w:val="left"/>
            </w:pPr>
            <w:r>
              <w:rPr>
                <w:b/>
                <w:sz w:val="16"/>
              </w:rPr>
              <w:t>Approved</w:t>
            </w:r>
          </w:p>
        </w:tc>
        <w:tc>
          <w:tcPr>
            <w:tcW w:type="dxa" w:w="1468"/>
            <w:shd w:val="clear" w:color="auto" w:fill="E8E8E8"/>
          </w:tcPr>
          <w:p>
            <w:pPr>
              <w:spacing w:after="0"/>
              <w:jc w:val="left"/>
            </w:pPr>
            <w:r>
              <w:rPr>
                <w:b/>
                <w:sz w:val="16"/>
              </w:rPr>
              <w:t>Expires</w:t>
            </w:r>
          </w:p>
        </w:tc>
        <w:tc>
          <w:tcPr>
            <w:tcW w:type="dxa" w:w="12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26"/>
          </w:tcPr>
          <w:p>
            <w:pPr>
              <w:spacing w:after="0"/>
              <w:jc w:val="left"/>
            </w:pPr>
            <w:r>
              <w:rPr>
                <w:sz w:val="16"/>
              </w:rPr>
              <w:t>Londonderry town</w:t>
            </w:r>
          </w:p>
        </w:tc>
        <w:tc>
          <w:tcPr>
            <w:tcW w:type="dxa" w:w="917"/>
          </w:tcPr>
          <w:p>
            <w:pPr>
              <w:spacing w:after="0"/>
              <w:jc w:val="left"/>
            </w:pPr>
            <w:r>
              <w:rPr>
                <w:sz w:val="16"/>
              </w:rPr>
              <w:t>Town</w:t>
            </w:r>
          </w:p>
        </w:tc>
        <w:tc>
          <w:tcPr>
            <w:tcW w:type="dxa" w:w="3742"/>
          </w:tcPr>
          <w:p>
            <w:pPr>
              <w:spacing w:after="0"/>
              <w:jc w:val="left"/>
            </w:pPr>
            <w:r>
              <w:rPr>
                <w:sz w:val="16"/>
              </w:rPr>
              <w:t>Approved, expires 2027-05-31</w:t>
            </w:r>
          </w:p>
        </w:tc>
        <w:tc>
          <w:tcPr>
            <w:tcW w:type="dxa" w:w="3026"/>
          </w:tcPr>
          <w:p>
            <w:pPr>
              <w:spacing w:after="0"/>
              <w:jc w:val="left"/>
            </w:pPr>
            <w:r>
              <w:rPr>
                <w:sz w:val="16"/>
              </w:rPr>
              <w:t>Town of Londonderry Local Hazard Mitigation Plan (FEMA plan 108326)</w:t>
            </w:r>
          </w:p>
        </w:tc>
        <w:tc>
          <w:tcPr>
            <w:tcW w:type="dxa" w:w="1468"/>
          </w:tcPr>
          <w:p>
            <w:pPr>
              <w:spacing w:after="0"/>
              <w:jc w:val="left"/>
            </w:pPr>
            <w:r>
              <w:rPr>
                <w:sz w:val="16"/>
              </w:rPr>
              <w:t>2022-06-01</w:t>
            </w:r>
          </w:p>
        </w:tc>
        <w:tc>
          <w:tcPr>
            <w:tcW w:type="dxa" w:w="1468"/>
          </w:tcPr>
          <w:p>
            <w:pPr>
              <w:spacing w:after="0"/>
              <w:jc w:val="left"/>
            </w:pPr>
            <w:r>
              <w:rPr>
                <w:sz w:val="16"/>
              </w:rPr>
              <w:t>2027-05-31</w:t>
            </w:r>
          </w:p>
        </w:tc>
        <w:tc>
          <w:tcPr>
            <w:tcW w:type="dxa" w:w="1265"/>
          </w:tcPr>
          <w:p>
            <w:pPr>
              <w:spacing w:after="0"/>
              <w:jc w:val="right"/>
            </w:pPr>
            <w:r>
              <w:rPr>
                <w:sz w:val="16"/>
              </w:rPr>
              <w:t>243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Windham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Windham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Windham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714"/>
        <w:gridCol w:w="1852"/>
        <w:gridCol w:w="1614"/>
        <w:gridCol w:w="1590"/>
        <w:gridCol w:w="1885"/>
        <w:gridCol w:w="1852"/>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85"/>
            <w:shd w:val="clear" w:color="auto" w:fill="E8E8E8"/>
          </w:tcPr>
          <w:p>
            <w:pPr>
              <w:spacing w:after="0"/>
              <w:jc w:val="left"/>
            </w:pPr>
            <w:r>
              <w:rPr>
                <w:b/>
                <w:sz w:val="16"/>
              </w:rPr>
              <w:t>Where in the county</w:t>
            </w:r>
          </w:p>
        </w:tc>
        <w:tc>
          <w:tcPr>
            <w:tcW w:type="dxa" w:w="185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60 records, 2000 to 2026 (60 zone-level)</w:t>
            </w:r>
          </w:p>
        </w:tc>
        <w:tc>
          <w:tcPr>
            <w:tcW w:type="dxa" w:w="1852"/>
          </w:tcPr>
          <w:p>
            <w:pPr>
              <w:spacing w:after="0"/>
              <w:jc w:val="left"/>
            </w:pPr>
            <w:r>
              <w:rPr>
                <w:sz w:val="16"/>
              </w:rPr>
              <w:t>1 day to 4 days (median 2 days); 46 with a recorded value</w:t>
            </w:r>
          </w:p>
        </w:tc>
        <w:tc>
          <w:tcPr>
            <w:tcW w:type="dxa" w:w="1614"/>
          </w:tcPr>
          <w:p>
            <w:pPr>
              <w:spacing w:after="0"/>
              <w:jc w:val="left"/>
            </w:pPr>
            <w:r>
              <w:rPr>
                <w:sz w:val="16"/>
              </w:rPr>
              <w:t>4 consecutive days, 2026-01-29 to 2026-02-01,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18 records, 2002 to 2023 (18 zone-level)</w:t>
            </w:r>
          </w:p>
        </w:tc>
        <w:tc>
          <w:tcPr>
            <w:tcW w:type="dxa" w:w="1852"/>
          </w:tcPr>
          <w:p>
            <w:pPr>
              <w:spacing w:after="0"/>
              <w:jc w:val="left"/>
            </w:pPr>
          </w:p>
        </w:tc>
        <w:tc>
          <w:tcPr>
            <w:tcW w:type="dxa" w:w="1614"/>
          </w:tcPr>
          <w:p>
            <w:pPr>
              <w:spacing w:after="0"/>
              <w:jc w:val="left"/>
            </w:pPr>
            <w:r>
              <w:rPr>
                <w:sz w:val="16"/>
              </w:rPr>
              <w:t>No crop damage reported in 18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8 records, 1999 to 2025 (8 zone-level)</w:t>
            </w:r>
          </w:p>
        </w:tc>
        <w:tc>
          <w:tcPr>
            <w:tcW w:type="dxa" w:w="1852"/>
          </w:tcPr>
          <w:p>
            <w:pPr>
              <w:spacing w:after="0"/>
              <w:jc w:val="left"/>
            </w:pPr>
            <w:r>
              <w:rPr>
                <w:sz w:val="16"/>
              </w:rPr>
              <w:t>30 days to 50 days (median 46.5 days); 4 with a recorded value</w:t>
            </w:r>
          </w:p>
        </w:tc>
        <w:tc>
          <w:tcPr>
            <w:tcW w:type="dxa" w:w="1614"/>
          </w:tcPr>
          <w:p>
            <w:pPr>
              <w:spacing w:after="0"/>
              <w:jc w:val="left"/>
            </w:pPr>
            <w:r>
              <w:rPr>
                <w:sz w:val="16"/>
              </w:rPr>
              <w:t>50 days (about 1.6 months), 2025-09-23 to 2025-11-11, a run of 3 consecutive Storm Events drought records,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34 records, 1958 to 2023</w:t>
            </w:r>
          </w:p>
        </w:tc>
        <w:tc>
          <w:tcPr>
            <w:tcW w:type="dxa" w:w="1852"/>
          </w:tcPr>
          <w:p>
            <w:pPr>
              <w:spacing w:after="0"/>
              <w:jc w:val="left"/>
            </w:pPr>
            <w:r>
              <w:rPr>
                <w:sz w:val="16"/>
              </w:rPr>
              <w:t>0.75 in to 2 in (median 1 in); 34 with a recorded value</w:t>
            </w:r>
          </w:p>
        </w:tc>
        <w:tc>
          <w:tcPr>
            <w:tcW w:type="dxa" w:w="1614"/>
          </w:tcPr>
          <w:p>
            <w:pPr>
              <w:spacing w:after="0"/>
              <w:jc w:val="left"/>
            </w:pPr>
            <w:r>
              <w:rPr>
                <w:sz w:val="16"/>
              </w:rPr>
              <w:t>2 in hail, 2012-05-29; same size also recorded on 2011-06-01</w:t>
            </w:r>
          </w:p>
        </w:tc>
        <w:tc>
          <w:tcPr>
            <w:tcW w:type="dxa" w:w="1590"/>
          </w:tcPr>
          <w:p>
            <w:pPr>
              <w:spacing w:after="0"/>
              <w:jc w:val="left"/>
            </w:pPr>
            <w:r>
              <w:rPr>
                <w:sz w:val="16"/>
              </w:rPr>
              <w:t>Hail, 1994-07-25, $50,000 property; crops not recorded (1994 dollars)</w:t>
            </w:r>
          </w:p>
        </w:tc>
        <w:tc>
          <w:tcPr>
            <w:tcW w:type="dxa" w:w="1885"/>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852"/>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39 records, 1998 to 2026 (39 zone-level)</w:t>
            </w:r>
          </w:p>
        </w:tc>
        <w:tc>
          <w:tcPr>
            <w:tcW w:type="dxa" w:w="1852"/>
          </w:tcPr>
          <w:p>
            <w:pPr>
              <w:spacing w:after="0"/>
              <w:jc w:val="left"/>
            </w:pPr>
            <w:r>
              <w:rPr>
                <w:sz w:val="16"/>
              </w:rPr>
              <w:t>1 day to 5 days (median 2 days); 28 with a recorded value</w:t>
            </w:r>
          </w:p>
        </w:tc>
        <w:tc>
          <w:tcPr>
            <w:tcW w:type="dxa" w:w="1614"/>
          </w:tcPr>
          <w:p>
            <w:pPr>
              <w:spacing w:after="0"/>
              <w:jc w:val="left"/>
            </w:pPr>
            <w:r>
              <w:rPr>
                <w:sz w:val="16"/>
              </w:rPr>
              <w:t>5 consecutive days, 2018-07-01 to 2018-07-05,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1 record, 2011 (1 zone-level)</w:t>
            </w:r>
          </w:p>
        </w:tc>
        <w:tc>
          <w:tcPr>
            <w:tcW w:type="dxa" w:w="1852"/>
          </w:tcPr>
          <w:p>
            <w:pPr>
              <w:spacing w:after="0"/>
              <w:jc w:val="left"/>
            </w:pPr>
          </w:p>
        </w:tc>
        <w:tc>
          <w:tcPr>
            <w:tcW w:type="dxa" w:w="1614"/>
          </w:tcPr>
          <w:p>
            <w:pPr>
              <w:spacing w:after="0"/>
              <w:jc w:val="left"/>
            </w:pPr>
            <w:r>
              <w:rPr>
                <w:sz w:val="16"/>
              </w:rPr>
              <w:t>Strongest recorded: Tropical Storm record, 2011-08-28, $0 property; $0 crops (2011 dollars); NWS zone VTZ015</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714"/>
          </w:tcPr>
          <w:p>
            <w:pPr>
              <w:spacing w:after="0"/>
              <w:jc w:val="right"/>
            </w:pPr>
            <w:r>
              <w:rPr>
                <w:sz w:val="16"/>
              </w:rPr>
              <w:t>5 records, 2007 to 2025 (5 zone-level)</w:t>
            </w:r>
          </w:p>
        </w:tc>
        <w:tc>
          <w:tcPr>
            <w:tcW w:type="dxa" w:w="1852"/>
          </w:tcPr>
          <w:p>
            <w:pPr>
              <w:spacing w:after="0"/>
              <w:jc w:val="left"/>
            </w:pPr>
          </w:p>
        </w:tc>
        <w:tc>
          <w:tcPr>
            <w:tcW w:type="dxa" w:w="1614"/>
          </w:tcPr>
          <w:p>
            <w:pPr>
              <w:spacing w:after="0"/>
              <w:jc w:val="left"/>
            </w:pPr>
            <w:r>
              <w:rPr>
                <w:sz w:val="16"/>
              </w:rPr>
              <w:t>No damage reported in 5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127 records, 1996 to 2025 (10 zone-level)</w:t>
            </w:r>
          </w:p>
        </w:tc>
        <w:tc>
          <w:tcPr>
            <w:tcW w:type="dxa" w:w="1852"/>
          </w:tcPr>
          <w:p>
            <w:pPr>
              <w:spacing w:after="0"/>
              <w:jc w:val="left"/>
            </w:pPr>
          </w:p>
        </w:tc>
        <w:tc>
          <w:tcPr>
            <w:tcW w:type="dxa" w:w="1614"/>
          </w:tcPr>
          <w:p>
            <w:pPr>
              <w:spacing w:after="0"/>
              <w:jc w:val="left"/>
            </w:pPr>
            <w:r>
              <w:rPr>
                <w:sz w:val="16"/>
              </w:rPr>
              <w:t>Flash Flood, 2021-07-29, $1,000,000 property; $0 crops (2021 dollars)</w:t>
            </w:r>
          </w:p>
        </w:tc>
        <w:tc>
          <w:tcPr>
            <w:tcW w:type="dxa" w:w="1590"/>
          </w:tcPr>
          <w:p>
            <w:pPr>
              <w:spacing w:after="0"/>
              <w:jc w:val="left"/>
            </w:pPr>
          </w:p>
        </w:tc>
        <w:tc>
          <w:tcPr>
            <w:tcW w:type="dxa" w:w="1885"/>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2004 to 2019</w:t>
            </w:r>
          </w:p>
        </w:tc>
        <w:tc>
          <w:tcPr>
            <w:tcW w:type="dxa" w:w="1852"/>
          </w:tcPr>
          <w:p>
            <w:pPr>
              <w:spacing w:after="0"/>
              <w:jc w:val="left"/>
            </w:pPr>
          </w:p>
        </w:tc>
        <w:tc>
          <w:tcPr>
            <w:tcW w:type="dxa" w:w="1614"/>
          </w:tcPr>
          <w:p>
            <w:pPr>
              <w:spacing w:after="0"/>
              <w:jc w:val="left"/>
            </w:pPr>
            <w:r>
              <w:rPr>
                <w:sz w:val="16"/>
              </w:rPr>
              <w:t>Lightning, 2007-08-03, $250,000 property; $0 crops (2007 dollars)</w:t>
            </w:r>
          </w:p>
        </w:tc>
        <w:tc>
          <w:tcPr>
            <w:tcW w:type="dxa" w:w="1590"/>
          </w:tcPr>
          <w:p>
            <w:pPr>
              <w:spacing w:after="0"/>
              <w:jc w:val="left"/>
            </w:pPr>
          </w:p>
        </w:tc>
        <w:tc>
          <w:tcPr>
            <w:tcW w:type="dxa" w:w="1885"/>
          </w:tcPr>
          <w:p>
            <w:pPr>
              <w:spacing w:after="0"/>
              <w:jc w:val="left"/>
            </w:pPr>
            <w:r>
              <w:rPr>
                <w:sz w:val="16"/>
              </w:rPr>
              <w:t>Event records naming places in the county: Brattleboro town (3 records), Guilford town (1 record).</w:t>
            </w:r>
          </w:p>
        </w:tc>
        <w:tc>
          <w:tcPr>
            <w:tcW w:type="dxa" w:w="1852"/>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90 records, 1996 to 2026 (90 zone-level)</w:t>
            </w:r>
          </w:p>
        </w:tc>
        <w:tc>
          <w:tcPr>
            <w:tcW w:type="dxa" w:w="1852"/>
          </w:tcPr>
          <w:p>
            <w:pPr>
              <w:spacing w:after="0"/>
              <w:jc w:val="left"/>
            </w:pPr>
            <w:r>
              <w:rPr>
                <w:sz w:val="16"/>
              </w:rPr>
              <w:t>28 kt (32 mph) to 124.3 kt (143 mph) (median 45 kt (52 mph)); 75 with a recorded value</w:t>
            </w:r>
          </w:p>
        </w:tc>
        <w:tc>
          <w:tcPr>
            <w:tcW w:type="dxa" w:w="1614"/>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590"/>
          </w:tcPr>
          <w:p>
            <w:pPr>
              <w:spacing w:after="0"/>
              <w:jc w:val="left"/>
            </w:pPr>
            <w:r>
              <w:rPr>
                <w:sz w:val="16"/>
              </w:rPr>
              <w:t>High Wind, 1999-09-16, $175,000 property; crops not reported (zone total, 1999 dollars)</w:t>
            </w: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183 records, 1957 to 2026</w:t>
            </w:r>
          </w:p>
        </w:tc>
        <w:tc>
          <w:tcPr>
            <w:tcW w:type="dxa" w:w="1852"/>
          </w:tcPr>
          <w:p>
            <w:pPr>
              <w:spacing w:after="0"/>
              <w:jc w:val="left"/>
            </w:pPr>
            <w:r>
              <w:rPr>
                <w:sz w:val="16"/>
              </w:rPr>
              <w:t>50 kt (58 mph) to 70 kt (81 mph) (median 50 kt (58 mph)); 123 with a recorded value</w:t>
            </w:r>
          </w:p>
        </w:tc>
        <w:tc>
          <w:tcPr>
            <w:tcW w:type="dxa" w:w="1614"/>
          </w:tcPr>
          <w:p>
            <w:pPr>
              <w:spacing w:after="0"/>
              <w:jc w:val="left"/>
            </w:pPr>
            <w:r>
              <w:rPr>
                <w:sz w:val="16"/>
              </w:rPr>
              <w:t>70 kt (81 mph) estimated gust, Thunderstorm Wind, 2022-05-16</w:t>
            </w:r>
          </w:p>
        </w:tc>
        <w:tc>
          <w:tcPr>
            <w:tcW w:type="dxa" w:w="1590"/>
          </w:tcPr>
          <w:p>
            <w:pPr>
              <w:spacing w:after="0"/>
              <w:jc w:val="left"/>
            </w:pPr>
            <w:r>
              <w:rPr>
                <w:sz w:val="16"/>
              </w:rPr>
              <w:t>Thunderstorm Wind, 1999-07-06, $150,000 property; crops not reported (1999 dollars)</w:t>
            </w:r>
          </w:p>
        </w:tc>
        <w:tc>
          <w:tcPr>
            <w:tcW w:type="dxa" w:w="1885"/>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852"/>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5 records, 1957 to 2019</w:t>
            </w:r>
          </w:p>
        </w:tc>
        <w:tc>
          <w:tcPr>
            <w:tcW w:type="dxa" w:w="1852"/>
          </w:tcPr>
          <w:p>
            <w:pPr>
              <w:spacing w:after="0"/>
              <w:jc w:val="left"/>
            </w:pPr>
            <w:r>
              <w:rPr>
                <w:sz w:val="16"/>
              </w:rPr>
              <w:t>F/EF0 to F/EF2 (median F/EF1); 5 with a recorded value</w:t>
            </w:r>
          </w:p>
        </w:tc>
        <w:tc>
          <w:tcPr>
            <w:tcW w:type="dxa" w:w="1614"/>
          </w:tcPr>
          <w:p>
            <w:pPr>
              <w:spacing w:after="0"/>
              <w:jc w:val="left"/>
            </w:pPr>
            <w:r>
              <w:rPr>
                <w:sz w:val="16"/>
              </w:rPr>
              <w:t>F2 tornado, 2002-06-05, 0.1 mi within this county, 150 yd wide, $75,000 property; crops not reported (2002 dollars)</w:t>
            </w:r>
          </w:p>
        </w:tc>
        <w:tc>
          <w:tcPr>
            <w:tcW w:type="dxa" w:w="1590"/>
          </w:tcPr>
          <w:p>
            <w:pPr>
              <w:spacing w:after="0"/>
              <w:jc w:val="left"/>
            </w:pPr>
            <w:r>
              <w:rPr>
                <w:sz w:val="16"/>
              </w:rPr>
              <w:t>Tornado, 1988-07-14, $250,000 property; crops not recorded (1988 dollars)</w:t>
            </w:r>
          </w:p>
        </w:tc>
        <w:tc>
          <w:tcPr>
            <w:tcW w:type="dxa" w:w="1885"/>
          </w:tcPr>
          <w:p>
            <w:pPr>
              <w:spacing w:after="0"/>
              <w:jc w:val="left"/>
            </w:pPr>
            <w:r>
              <w:rPr>
                <w:sz w:val="16"/>
              </w:rPr>
              <w:t>Event records naming places in the county: Windham town (2 records), Stratton town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1 record, 2002 (1 zone-level)</w:t>
            </w:r>
          </w:p>
        </w:tc>
        <w:tc>
          <w:tcPr>
            <w:tcW w:type="dxa" w:w="1852"/>
          </w:tcPr>
          <w:p>
            <w:pPr>
              <w:spacing w:after="0"/>
              <w:jc w:val="left"/>
            </w:pPr>
          </w:p>
        </w:tc>
        <w:tc>
          <w:tcPr>
            <w:tcW w:type="dxa" w:w="1614"/>
          </w:tcPr>
          <w:p>
            <w:pPr>
              <w:spacing w:after="0"/>
              <w:jc w:val="left"/>
            </w:pPr>
            <w:r>
              <w:rPr>
                <w:sz w:val="16"/>
              </w:rPr>
              <w:t>No damage reported in 1 record.</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275 records, 1996 to 2026 (275 zone-level)</w:t>
            </w:r>
          </w:p>
        </w:tc>
        <w:tc>
          <w:tcPr>
            <w:tcW w:type="dxa" w:w="1852"/>
          </w:tcPr>
          <w:p>
            <w:pPr>
              <w:spacing w:after="0"/>
              <w:jc w:val="left"/>
            </w:pPr>
          </w:p>
        </w:tc>
        <w:tc>
          <w:tcPr>
            <w:tcW w:type="dxa" w:w="1614"/>
          </w:tcPr>
          <w:p>
            <w:pPr>
              <w:spacing w:after="0"/>
              <w:jc w:val="left"/>
            </w:pPr>
            <w:r>
              <w:rPr>
                <w:sz w:val="16"/>
              </w:rPr>
              <w:t>Winter Storm, 1997-03-31, $750,000 property; crops not reported (1997 dollars); NWS zone VTZ014</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Windham County (federal declarations, statewide declarations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8"/>
          </w:tcPr>
          <w:p>
            <w:pPr>
              <w:spacing w:after="0"/>
              <w:jc w:val="left"/>
            </w:pPr>
            <w:r>
              <w:rPr>
                <w:sz w:val="16"/>
              </w:rPr>
              <w:t>Emergency</w:t>
            </w:r>
          </w:p>
        </w:tc>
        <w:tc>
          <w:tcPr>
            <w:tcW w:type="dxa" w:w="2419"/>
          </w:tcPr>
          <w:p>
            <w:pPr>
              <w:spacing w:after="0"/>
              <w:jc w:val="left"/>
            </w:pPr>
            <w:r>
              <w:rPr>
                <w:sz w:val="16"/>
              </w:rPr>
              <w:t>Tropical Depression Debby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$637,779.66</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$8,687,960.12</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8"/>
          </w:tcPr>
          <w:p>
            <w:pPr>
              <w:spacing w:after="0"/>
              <w:jc w:val="left"/>
            </w:pPr>
            <w:r>
              <w:rPr>
                <w:sz w:val="16"/>
              </w:rPr>
              <w:t>Emergency</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$5,307,379.77</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8"/>
          </w:tcPr>
          <w:p>
            <w:pPr>
              <w:spacing w:after="0"/>
              <w:jc w:val="left"/>
            </w:pPr>
            <w:r>
              <w:rPr>
                <w:sz w:val="16"/>
              </w:rPr>
              <w:t>Emergency</w:t>
            </w:r>
          </w:p>
        </w:tc>
        <w:tc>
          <w:tcPr>
            <w:tcW w:type="dxa" w:w="2419"/>
          </w:tcPr>
          <w:p>
            <w:pPr>
              <w:spacing w:after="0"/>
              <w:jc w:val="left"/>
            </w:pPr>
            <w:r>
              <w:rPr>
                <w:sz w:val="16"/>
              </w:rPr>
              <w:t>Tropical Storm Henri</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$2,084,258.16</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$1,075,219.83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$105,280.23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8"/>
          </w:tcPr>
          <w:p>
            <w:pPr>
              <w:spacing w:after="0"/>
              <w:jc w:val="left"/>
            </w:pPr>
            <w:r>
              <w:rPr>
                <w:sz w:val="16"/>
              </w:rPr>
              <w:t>Major disaster</w:t>
            </w:r>
          </w:p>
        </w:tc>
        <w:tc>
          <w:tcPr>
            <w:tcW w:type="dxa" w:w="2419"/>
          </w:tcPr>
          <w:p>
            <w:pPr>
              <w:spacing w:after="0"/>
              <w:jc w:val="left"/>
            </w:pPr>
            <w:r>
              <w:rPr>
                <w:sz w:val="16"/>
              </w:rPr>
              <w:t>Tropical Storm Irene</w:t>
            </w:r>
          </w:p>
        </w:tc>
        <w:tc>
          <w:tcPr>
            <w:tcW w:type="dxa" w:w="2250"/>
          </w:tcPr>
          <w:p>
            <w:pPr>
              <w:spacing w:after="0"/>
              <w:jc w:val="left"/>
            </w:pPr>
            <w:r>
              <w:rPr>
                <w:sz w:val="16"/>
              </w:rPr>
              <w:t>Hurricane</w:t>
            </w:r>
          </w:p>
        </w:tc>
        <w:tc>
          <w:tcPr>
            <w:tcW w:type="dxa" w:w="2687"/>
          </w:tcPr>
          <w:p>
            <w:pPr>
              <w:spacing w:after="0"/>
              <w:jc w:val="right"/>
            </w:pPr>
            <w:r>
              <w:rPr>
                <w:sz w:val="16"/>
              </w:rPr>
              <w:t>$26,650,386.33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78"/>
          </w:tcPr>
          <w:p>
            <w:pPr>
              <w:spacing w:after="0"/>
              <w:jc w:val="left"/>
            </w:pPr>
            <w:r>
              <w:rPr>
                <w:sz w:val="16"/>
              </w:rPr>
              <w:t>Major disaster</w:t>
            </w:r>
          </w:p>
        </w:tc>
        <w:tc>
          <w:tcPr>
            <w:tcW w:type="dxa" w:w="2419"/>
          </w:tcPr>
          <w:p>
            <w:pPr>
              <w:spacing w:after="0"/>
              <w:jc w:val="left"/>
            </w:pPr>
            <w:r>
              <w:rPr>
                <w:sz w:val="16"/>
              </w:rPr>
              <w:t>Severe Winter Storm</w:t>
            </w:r>
          </w:p>
        </w:tc>
        <w:tc>
          <w:tcPr>
            <w:tcW w:type="dxa" w:w="2250"/>
          </w:tcPr>
          <w:p>
            <w:pPr>
              <w:spacing w:after="0"/>
              <w:jc w:val="left"/>
            </w:pPr>
            <w:r>
              <w:rPr>
                <w:sz w:val="16"/>
              </w:rPr>
              <w:t>Ice Storm</w:t>
            </w:r>
          </w:p>
        </w:tc>
        <w:tc>
          <w:tcPr>
            <w:tcW w:type="dxa" w:w="2687"/>
          </w:tcPr>
          <w:p>
            <w:pPr>
              <w:spacing w:after="0"/>
              <w:jc w:val="right"/>
            </w:pPr>
            <w:r>
              <w:rPr>
                <w:sz w:val="16"/>
              </w:rPr>
              <w:t>$1,160,432.78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$2,063,625.53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$314,234.97</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$331,699.06</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8"/>
          </w:tcPr>
          <w:p>
            <w:pPr>
              <w:spacing w:after="0"/>
              <w:jc w:val="left"/>
            </w:pPr>
            <w:r>
              <w:rPr>
                <w:sz w:val="16"/>
              </w:rPr>
              <w:t>Emergency</w:t>
            </w:r>
          </w:p>
        </w:tc>
        <w:tc>
          <w:tcPr>
            <w:tcW w:type="dxa" w:w="2419"/>
          </w:tcPr>
          <w:p>
            <w:pPr>
              <w:spacing w:after="0"/>
              <w:jc w:val="left"/>
            </w:pPr>
            <w:r>
              <w:rPr>
                <w:sz w:val="16"/>
              </w:rPr>
              <w:t>Snow</w:t>
            </w:r>
          </w:p>
        </w:tc>
        <w:tc>
          <w:tcPr>
            <w:tcW w:type="dxa" w:w="2250"/>
          </w:tcPr>
          <w:p>
            <w:pPr>
              <w:spacing w:after="0"/>
              <w:jc w:val="left"/>
            </w:pPr>
            <w:r>
              <w:rPr>
                <w:sz w:val="16"/>
              </w:rPr>
              <w:t>Winter Weather</w:t>
            </w:r>
          </w:p>
        </w:tc>
        <w:tc>
          <w:tcPr>
            <w:tcW w:type="dxa" w:w="2687"/>
          </w:tcPr>
          <w:p>
            <w:pPr>
              <w:spacing w:after="0"/>
              <w:jc w:val="right"/>
            </w:pPr>
            <w:r>
              <w:rPr>
                <w:sz w:val="16"/>
              </w:rPr>
              <w:t>$129,237.37</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$1,083,695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8"/>
          </w:tcPr>
          <w:p>
            <w:pPr>
              <w:spacing w:after="0"/>
              <w:jc w:val="left"/>
            </w:pPr>
            <w:r>
              <w:rPr>
                <w:sz w:val="16"/>
              </w:rPr>
              <w:t>Major disaster</w:t>
            </w:r>
          </w:p>
        </w:tc>
        <w:tc>
          <w:tcPr>
            <w:tcW w:type="dxa" w:w="2419"/>
          </w:tcPr>
          <w:p>
            <w:pPr>
              <w:spacing w:after="0"/>
              <w:jc w:val="left"/>
            </w:pPr>
            <w:r>
              <w:rPr>
                <w:sz w:val="16"/>
              </w:rPr>
              <w:t>Tropical Storm Floyd</w:t>
            </w:r>
          </w:p>
        </w:tc>
        <w:tc>
          <w:tcPr>
            <w:tcW w:type="dxa" w:w="2250"/>
          </w:tcPr>
          <w:p>
            <w:pPr>
              <w:spacing w:after="0"/>
              <w:jc w:val="left"/>
            </w:pPr>
            <w:r>
              <w:rPr>
                <w:sz w:val="16"/>
              </w:rPr>
              <w:t>Hurricane; Inland Flooding</w:t>
            </w:r>
          </w:p>
        </w:tc>
        <w:tc>
          <w:tcPr>
            <w:tcW w:type="dxa" w:w="2687"/>
          </w:tcPr>
          <w:p>
            <w:pPr>
              <w:spacing w:after="0"/>
              <w:jc w:val="right"/>
            </w:pPr>
            <w:r>
              <w:rPr>
                <w:sz w:val="16"/>
              </w:rPr>
              <w:t>$158,758.75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78"/>
          </w:tcPr>
          <w:p>
            <w:pPr>
              <w:spacing w:after="0"/>
              <w:jc w:val="left"/>
            </w:pPr>
            <w:r>
              <w:rPr>
                <w:sz w:val="16"/>
              </w:rPr>
              <w:t>Major disaster</w:t>
            </w:r>
          </w:p>
        </w:tc>
        <w:tc>
          <w:tcPr>
            <w:tcW w:type="dxa" w:w="2419"/>
          </w:tcPr>
          <w:p>
            <w:pPr>
              <w:spacing w:after="0"/>
              <w:jc w:val="left"/>
            </w:pPr>
            <w:r>
              <w:rPr>
                <w:sz w:val="16"/>
              </w:rPr>
              <w:t>Extreme Rainfall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8"/>
          </w:tcPr>
          <w:p>
            <w:pPr>
              <w:spacing w:after="0"/>
              <w:jc w:val="left"/>
            </w:pPr>
            <w:r>
              <w:rPr>
                <w:sz w:val="16"/>
              </w:rPr>
              <w:t>Major disaster</w:t>
            </w:r>
          </w:p>
        </w:tc>
        <w:tc>
          <w:tcPr>
            <w:tcW w:type="dxa" w:w="2419"/>
          </w:tcPr>
          <w:p>
            <w:pPr>
              <w:spacing w:after="0"/>
              <w:jc w:val="left"/>
            </w:pPr>
            <w:r>
              <w:rPr>
                <w:sz w:val="16"/>
              </w:rPr>
              <w:t>Ice Jams and Flooding</w:t>
            </w:r>
          </w:p>
        </w:tc>
        <w:tc>
          <w:tcPr>
            <w:tcW w:type="dxa" w:w="2250"/>
          </w:tcPr>
          <w:p>
            <w:pPr>
              <w:spacing w:after="0"/>
              <w:jc w:val="left"/>
            </w:pPr>
            <w:r>
              <w:rPr>
                <w:sz w:val="16"/>
              </w:rPr>
              <w:t>Inland Flooding (primary); also designated: Winter Weather</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8"/>
          </w:tcPr>
          <w:p>
            <w:pPr>
              <w:spacing w:after="0"/>
              <w:jc w:val="left"/>
            </w:pPr>
            <w:r>
              <w:rPr>
                <w:sz w:val="16"/>
              </w:rPr>
              <w:t>Major disaster</w:t>
            </w:r>
          </w:p>
        </w:tc>
        <w:tc>
          <w:tcPr>
            <w:tcW w:type="dxa" w:w="2419"/>
          </w:tcPr>
          <w:p>
            <w:pPr>
              <w:spacing w:after="0"/>
              <w:jc w:val="left"/>
            </w:pPr>
            <w:r>
              <w:rPr>
                <w:sz w:val="16"/>
              </w:rPr>
              <w:t>Severe Storms, High Winds &amp; Flooding</w:t>
            </w:r>
          </w:p>
        </w:tc>
        <w:tc>
          <w:tcPr>
            <w:tcW w:type="dxa" w:w="2250"/>
          </w:tcPr>
          <w:p>
            <w:pPr>
              <w:spacing w:after="0"/>
              <w:jc w:val="left"/>
            </w:pPr>
            <w:r>
              <w:rPr>
                <w:sz w:val="16"/>
              </w:rPr>
              <w:t>Inland Flooding (primary); also designated: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8"/>
          </w:tcPr>
          <w:p>
            <w:pPr>
              <w:spacing w:after="0"/>
              <w:jc w:val="left"/>
            </w:pPr>
            <w:r>
              <w:rPr>
                <w:sz w:val="16"/>
              </w:rPr>
              <w:t>Major disaster</w:t>
            </w:r>
          </w:p>
        </w:tc>
        <w:tc>
          <w:tcPr>
            <w:tcW w:type="dxa" w:w="2419"/>
          </w:tcPr>
          <w:p>
            <w:pPr>
              <w:spacing w:after="0"/>
              <w:jc w:val="left"/>
            </w:pPr>
            <w:r>
              <w:rPr>
                <w:sz w:val="16"/>
              </w:rPr>
              <w:t>Severe Storms, Flooding, &amp; Landslides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8"/>
          </w:tcPr>
          <w:p>
            <w:pPr>
              <w:spacing w:after="0"/>
              <w:jc w:val="left"/>
            </w:pPr>
            <w:r>
              <w:rPr>
                <w:sz w:val="16"/>
              </w:rPr>
              <w:t>Major disaster</w:t>
            </w:r>
          </w:p>
        </w:tc>
        <w:tc>
          <w:tcPr>
            <w:tcW w:type="dxa" w:w="2419"/>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14</w:t>
            </w:r>
          </w:p>
        </w:tc>
        <w:tc>
          <w:tcPr>
            <w:tcW w:type="dxa" w:w="1912"/>
          </w:tcPr>
          <w:p>
            <w:pPr>
              <w:spacing w:after="0"/>
              <w:jc w:val="right"/>
            </w:pPr>
            <w:r>
              <w:rPr>
                <w:sz w:val="16"/>
              </w:rPr>
              <w:t>5</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17</w:t>
            </w:r>
          </w:p>
        </w:tc>
        <w:tc>
          <w:tcPr>
            <w:tcW w:type="dxa" w:w="1912"/>
          </w:tcPr>
          <w:p>
            <w:pPr>
              <w:spacing w:after="0"/>
              <w:jc w:val="right"/>
            </w:pPr>
            <w:r>
              <w:rPr>
                <w:sz w:val="16"/>
              </w:rPr>
              <w:t>3</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29</w:t>
            </w:r>
          </w:p>
        </w:tc>
        <w:tc>
          <w:tcPr>
            <w:tcW w:type="dxa" w:w="1912"/>
          </w:tcPr>
          <w:p>
            <w:pPr>
              <w:spacing w:after="0"/>
              <w:jc w:val="right"/>
            </w:pPr>
            <w:r>
              <w:rPr>
                <w:sz w:val="16"/>
              </w:rPr>
              <w:t>23</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39</w:t>
            </w:r>
          </w:p>
        </w:tc>
        <w:tc>
          <w:tcPr>
            <w:tcW w:type="dxa" w:w="1912"/>
          </w:tcPr>
          <w:p>
            <w:pPr>
              <w:spacing w:after="0"/>
              <w:jc w:val="right"/>
            </w:pPr>
            <w:r>
              <w:rPr>
                <w:sz w:val="16"/>
              </w:rPr>
              <w:t>20</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42</w:t>
            </w:r>
          </w:p>
        </w:tc>
        <w:tc>
          <w:tcPr>
            <w:tcW w:type="dxa" w:w="1912"/>
          </w:tcPr>
          <w:p>
            <w:pPr>
              <w:spacing w:after="0"/>
              <w:jc w:val="right"/>
            </w:pPr>
            <w:r>
              <w:rPr>
                <w:sz w:val="16"/>
              </w:rPr>
              <w:t>11</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185"/>
        <w:gridCol w:w="2372"/>
        <w:gridCol w:w="925"/>
        <w:gridCol w:w="2545"/>
        <w:gridCol w:w="2116"/>
        <w:gridCol w:w="2634"/>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185"/>
            <w:shd w:val="clear" w:color="auto" w:fill="E8E8E8"/>
          </w:tcPr>
          <w:p>
            <w:pPr>
              <w:spacing w:after="0"/>
              <w:jc w:val="left"/>
            </w:pPr>
            <w:r>
              <w:rPr>
                <w:b/>
                <w:sz w:val="16"/>
              </w:rPr>
              <w:t>Magnitude or extent</w:t>
            </w:r>
          </w:p>
        </w:tc>
        <w:tc>
          <w:tcPr>
            <w:tcW w:type="dxa" w:w="2372"/>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5"/>
            <w:shd w:val="clear" w:color="auto" w:fill="E8E8E8"/>
          </w:tcPr>
          <w:p>
            <w:pPr>
              <w:spacing w:after="0"/>
              <w:jc w:val="left"/>
            </w:pPr>
            <w:r>
              <w:rPr>
                <w:b/>
                <w:sz w:val="16"/>
              </w:rPr>
              <w:t>Location</w:t>
            </w:r>
          </w:p>
        </w:tc>
        <w:tc>
          <w:tcPr>
            <w:tcW w:type="dxa" w:w="2116"/>
            <w:shd w:val="clear" w:color="auto" w:fill="E8E8E8"/>
          </w:tcPr>
          <w:p>
            <w:pPr>
              <w:spacing w:after="0"/>
              <w:jc w:val="left"/>
            </w:pPr>
            <w:r>
              <w:rPr>
                <w:b/>
                <w:sz w:val="16"/>
              </w:rPr>
              <w:t>Flags</w:t>
            </w:r>
          </w:p>
        </w:tc>
        <w:tc>
          <w:tcPr>
            <w:tcW w:type="dxa" w:w="26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9"/>
          </w:tcPr>
          <w:p>
            <w:pPr>
              <w:spacing w:after="0"/>
              <w:jc w:val="left"/>
            </w:pPr>
            <w:r>
              <w:rPr>
                <w:sz w:val="16"/>
              </w:rPr>
              <w:t>Cold/Wind Chill</w:t>
            </w:r>
          </w:p>
        </w:tc>
        <w:tc>
          <w:tcPr>
            <w:tcW w:type="dxa" w:w="1185"/>
          </w:tcPr>
          <w:p>
            <w:pPr>
              <w:spacing w:after="0"/>
              <w:jc w:val="left"/>
            </w:pPr>
          </w:p>
        </w:tc>
        <w:tc>
          <w:tcPr>
            <w:tcW w:type="dxa" w:w="2372"/>
          </w:tcPr>
          <w:p>
            <w:pPr>
              <w:spacing w:after="0"/>
              <w:jc w:val="left"/>
            </w:pPr>
            <w:r>
              <w:rPr>
                <w:sz w:val="16"/>
              </w:rPr>
              <w:t>damage not reported</w:t>
            </w:r>
          </w:p>
        </w:tc>
        <w:tc>
          <w:tcPr>
            <w:tcW w:type="dxa" w:w="925"/>
          </w:tcPr>
          <w:p>
            <w:pPr>
              <w:spacing w:after="0"/>
              <w:jc w:val="right"/>
            </w:pPr>
            <w:r>
              <w:rPr>
                <w:sz w:val="16"/>
              </w:rPr>
              <w:t>0, 0</w:t>
            </w:r>
          </w:p>
        </w:tc>
        <w:tc>
          <w:tcPr>
            <w:tcW w:type="dxa" w:w="2545"/>
          </w:tcPr>
          <w:p>
            <w:pPr>
              <w:spacing w:after="0"/>
              <w:jc w:val="left"/>
            </w:pPr>
            <w:r>
              <w:rPr>
                <w:sz w:val="16"/>
              </w:rPr>
              <w:t>NWS zone VTZ015 (EASTERN WINDHAM), zone-level</w:t>
            </w:r>
          </w:p>
        </w:tc>
        <w:tc>
          <w:tcPr>
            <w:tcW w:type="dxa" w:w="2116"/>
          </w:tcPr>
          <w:p>
            <w:pPr>
              <w:spacing w:after="0"/>
              <w:jc w:val="left"/>
            </w:pPr>
            <w:r>
              <w:rPr>
                <w:sz w:val="16"/>
              </w:rPr>
              <w:t>new since last plan; within last 5 years</w:t>
            </w:r>
          </w:p>
        </w:tc>
        <w:tc>
          <w:tcPr>
            <w:tcW w:type="dxa" w:w="26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299"/>
          </w:tcPr>
          <w:p>
            <w:pPr>
              <w:spacing w:after="0"/>
              <w:jc w:val="left"/>
            </w:pPr>
            <w:r>
              <w:rPr>
                <w:sz w:val="16"/>
              </w:rPr>
              <w:t>Thunderstorm Wind</w:t>
            </w:r>
          </w:p>
        </w:tc>
        <w:tc>
          <w:tcPr>
            <w:tcW w:type="dxa" w:w="1185"/>
          </w:tcPr>
          <w:p>
            <w:pPr>
              <w:spacing w:after="0"/>
              <w:jc w:val="left"/>
            </w:pPr>
            <w:r>
              <w:rPr>
                <w:sz w:val="16"/>
              </w:rPr>
              <w:t>70 kt (81 mph) estimated gust</w:t>
            </w:r>
          </w:p>
        </w:tc>
        <w:tc>
          <w:tcPr>
            <w:tcW w:type="dxa" w:w="2372"/>
          </w:tcPr>
          <w:p>
            <w:pPr>
              <w:spacing w:after="0"/>
              <w:jc w:val="left"/>
            </w:pPr>
            <w:r>
              <w:rPr>
                <w:sz w:val="16"/>
              </w:rPr>
              <w:t>damage not reported</w:t>
            </w:r>
          </w:p>
        </w:tc>
        <w:tc>
          <w:tcPr>
            <w:tcW w:type="dxa" w:w="925"/>
          </w:tcPr>
          <w:p>
            <w:pPr>
              <w:spacing w:after="0"/>
              <w:jc w:val="right"/>
            </w:pPr>
            <w:r>
              <w:rPr>
                <w:sz w:val="16"/>
              </w:rPr>
              <w:t>0, 0</w:t>
            </w:r>
          </w:p>
        </w:tc>
        <w:tc>
          <w:tcPr>
            <w:tcW w:type="dxa" w:w="2545"/>
          </w:tcPr>
          <w:p>
            <w:pPr>
              <w:spacing w:after="0"/>
              <w:jc w:val="left"/>
            </w:pPr>
            <w:r>
              <w:rPr>
                <w:sz w:val="16"/>
              </w:rPr>
              <w:t>WARDSBORO</w:t>
            </w:r>
          </w:p>
        </w:tc>
        <w:tc>
          <w:tcPr>
            <w:tcW w:type="dxa" w:w="2116"/>
          </w:tcPr>
          <w:p>
            <w:pPr>
              <w:spacing w:after="0"/>
              <w:jc w:val="left"/>
            </w:pPr>
            <w:r>
              <w:rPr>
                <w:sz w:val="16"/>
              </w:rPr>
              <w:t>in the 12 months before plan approval; within last 5 years</w:t>
            </w:r>
          </w:p>
        </w:tc>
        <w:tc>
          <w:tcPr>
            <w:tcW w:type="dxa" w:w="2634"/>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299"/>
          </w:tcPr>
          <w:p>
            <w:pPr>
              <w:spacing w:after="0"/>
              <w:jc w:val="left"/>
            </w:pPr>
            <w:r>
              <w:rPr>
                <w:sz w:val="16"/>
              </w:rPr>
              <w:t>Flash Flood</w:t>
            </w:r>
          </w:p>
        </w:tc>
        <w:tc>
          <w:tcPr>
            <w:tcW w:type="dxa" w:w="1185"/>
          </w:tcPr>
          <w:p>
            <w:pPr>
              <w:spacing w:after="0"/>
              <w:jc w:val="left"/>
            </w:pPr>
          </w:p>
        </w:tc>
        <w:tc>
          <w:tcPr>
            <w:tcW w:type="dxa" w:w="2372"/>
          </w:tcPr>
          <w:p>
            <w:pPr>
              <w:spacing w:after="0"/>
              <w:jc w:val="left"/>
            </w:pPr>
            <w:r>
              <w:rPr>
                <w:sz w:val="16"/>
              </w:rPr>
              <w:t>$1,000,000 property; $0 crops (2021 dollars)</w:t>
            </w:r>
          </w:p>
        </w:tc>
        <w:tc>
          <w:tcPr>
            <w:tcW w:type="dxa" w:w="925"/>
          </w:tcPr>
          <w:p>
            <w:pPr>
              <w:spacing w:after="0"/>
              <w:jc w:val="right"/>
            </w:pPr>
            <w:r>
              <w:rPr>
                <w:sz w:val="16"/>
              </w:rPr>
              <w:t>0, 0</w:t>
            </w:r>
          </w:p>
        </w:tc>
        <w:tc>
          <w:tcPr>
            <w:tcW w:type="dxa" w:w="2545"/>
          </w:tcPr>
          <w:p>
            <w:pPr>
              <w:spacing w:after="0"/>
              <w:jc w:val="left"/>
            </w:pPr>
            <w:r>
              <w:rPr>
                <w:sz w:val="16"/>
              </w:rPr>
              <w:t>NEWFANE to BROOKLINE</w:t>
            </w:r>
          </w:p>
        </w:tc>
        <w:tc>
          <w:tcPr>
            <w:tcW w:type="dxa" w:w="2116"/>
          </w:tcPr>
          <w:p>
            <w:pPr>
              <w:spacing w:after="0"/>
              <w:jc w:val="left"/>
            </w:pPr>
            <w:r>
              <w:rPr>
                <w:sz w:val="16"/>
              </w:rPr>
              <w:t>in the 12 months before plan approval</w:t>
            </w:r>
          </w:p>
        </w:tc>
        <w:tc>
          <w:tcPr>
            <w:tcW w:type="dxa" w:w="26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299"/>
          </w:tcPr>
          <w:p>
            <w:pPr>
              <w:spacing w:after="0"/>
              <w:jc w:val="left"/>
            </w:pPr>
            <w:r>
              <w:rPr>
                <w:sz w:val="16"/>
              </w:rPr>
              <w:t>Flash Flood</w:t>
            </w:r>
          </w:p>
        </w:tc>
        <w:tc>
          <w:tcPr>
            <w:tcW w:type="dxa" w:w="1185"/>
          </w:tcPr>
          <w:p>
            <w:pPr>
              <w:spacing w:after="0"/>
              <w:jc w:val="left"/>
            </w:pPr>
          </w:p>
        </w:tc>
        <w:tc>
          <w:tcPr>
            <w:tcW w:type="dxa" w:w="2372"/>
          </w:tcPr>
          <w:p>
            <w:pPr>
              <w:spacing w:after="0"/>
              <w:jc w:val="left"/>
            </w:pPr>
            <w:r>
              <w:rPr>
                <w:sz w:val="16"/>
              </w:rPr>
              <w:t>$600,000 property; $0 crops (2021 dollars)</w:t>
            </w:r>
          </w:p>
        </w:tc>
        <w:tc>
          <w:tcPr>
            <w:tcW w:type="dxa" w:w="925"/>
          </w:tcPr>
          <w:p>
            <w:pPr>
              <w:spacing w:after="0"/>
              <w:jc w:val="right"/>
            </w:pPr>
            <w:r>
              <w:rPr>
                <w:sz w:val="16"/>
              </w:rPr>
              <w:t>0, 1</w:t>
            </w:r>
          </w:p>
        </w:tc>
        <w:tc>
          <w:tcPr>
            <w:tcW w:type="dxa" w:w="2545"/>
          </w:tcPr>
          <w:p>
            <w:pPr>
              <w:spacing w:after="0"/>
              <w:jc w:val="left"/>
            </w:pPr>
            <w:r>
              <w:rPr>
                <w:sz w:val="16"/>
              </w:rPr>
              <w:t>ATHENS to BROOKLINE</w:t>
            </w:r>
          </w:p>
        </w:tc>
        <w:tc>
          <w:tcPr>
            <w:tcW w:type="dxa" w:w="2116"/>
          </w:tcPr>
          <w:p>
            <w:pPr>
              <w:spacing w:after="0"/>
              <w:jc w:val="left"/>
            </w:pPr>
            <w:r>
              <w:rPr>
                <w:sz w:val="16"/>
              </w:rPr>
              <w:t>in the 12 months before plan approval</w:t>
            </w: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99"/>
          </w:tcPr>
          <w:p>
            <w:pPr>
              <w:spacing w:after="0"/>
              <w:jc w:val="left"/>
            </w:pPr>
            <w:r>
              <w:rPr>
                <w:sz w:val="16"/>
              </w:rPr>
              <w:t>Excessive Heat</w:t>
            </w:r>
          </w:p>
        </w:tc>
        <w:tc>
          <w:tcPr>
            <w:tcW w:type="dxa" w:w="1185"/>
          </w:tcPr>
          <w:p>
            <w:pPr>
              <w:spacing w:after="0"/>
              <w:jc w:val="left"/>
            </w:pPr>
          </w:p>
        </w:tc>
        <w:tc>
          <w:tcPr>
            <w:tcW w:type="dxa" w:w="2372"/>
          </w:tcPr>
          <w:p>
            <w:pPr>
              <w:spacing w:after="0"/>
              <w:jc w:val="left"/>
            </w:pPr>
            <w:r>
              <w:rPr>
                <w:sz w:val="16"/>
              </w:rPr>
              <w:t>damage not reported</w:t>
            </w:r>
          </w:p>
        </w:tc>
        <w:tc>
          <w:tcPr>
            <w:tcW w:type="dxa" w:w="925"/>
          </w:tcPr>
          <w:p>
            <w:pPr>
              <w:spacing w:after="0"/>
              <w:jc w:val="right"/>
            </w:pPr>
            <w:r>
              <w:rPr>
                <w:sz w:val="16"/>
              </w:rPr>
              <w:t>0, 0</w:t>
            </w:r>
          </w:p>
        </w:tc>
        <w:tc>
          <w:tcPr>
            <w:tcW w:type="dxa" w:w="2545"/>
          </w:tcPr>
          <w:p>
            <w:pPr>
              <w:spacing w:after="0"/>
              <w:jc w:val="left"/>
            </w:pPr>
            <w:r>
              <w:rPr>
                <w:sz w:val="16"/>
              </w:rPr>
              <w:t>NWS zone VTZ015 (EASTERN WINDHAM), zone-level</w:t>
            </w:r>
          </w:p>
        </w:tc>
        <w:tc>
          <w:tcPr>
            <w:tcW w:type="dxa" w:w="2116"/>
          </w:tcPr>
          <w:p>
            <w:pPr>
              <w:spacing w:after="0"/>
              <w:jc w:val="left"/>
            </w:pPr>
          </w:p>
        </w:tc>
        <w:tc>
          <w:tcPr>
            <w:tcW w:type="dxa" w:w="2634"/>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299"/>
          </w:tcPr>
          <w:p>
            <w:pPr>
              <w:spacing w:after="0"/>
              <w:jc w:val="left"/>
            </w:pPr>
            <w:r>
              <w:rPr>
                <w:sz w:val="16"/>
              </w:rPr>
              <w:t>Lightning</w:t>
            </w:r>
          </w:p>
        </w:tc>
        <w:tc>
          <w:tcPr>
            <w:tcW w:type="dxa" w:w="1185"/>
          </w:tcPr>
          <w:p>
            <w:pPr>
              <w:spacing w:after="0"/>
              <w:jc w:val="left"/>
            </w:pPr>
          </w:p>
        </w:tc>
        <w:tc>
          <w:tcPr>
            <w:tcW w:type="dxa" w:w="2372"/>
          </w:tcPr>
          <w:p>
            <w:pPr>
              <w:spacing w:after="0"/>
              <w:jc w:val="left"/>
            </w:pPr>
            <w:r>
              <w:rPr>
                <w:sz w:val="16"/>
              </w:rPr>
              <w:t>$0 property; $0 crops (2014 dollars)</w:t>
            </w:r>
          </w:p>
        </w:tc>
        <w:tc>
          <w:tcPr>
            <w:tcW w:type="dxa" w:w="925"/>
          </w:tcPr>
          <w:p>
            <w:pPr>
              <w:spacing w:after="0"/>
              <w:jc w:val="right"/>
            </w:pPr>
            <w:r>
              <w:rPr>
                <w:sz w:val="16"/>
              </w:rPr>
              <w:t>0, 7</w:t>
            </w:r>
          </w:p>
        </w:tc>
        <w:tc>
          <w:tcPr>
            <w:tcW w:type="dxa" w:w="2545"/>
          </w:tcPr>
          <w:p>
            <w:pPr>
              <w:spacing w:after="0"/>
              <w:jc w:val="left"/>
            </w:pPr>
            <w:r>
              <w:rPr>
                <w:sz w:val="16"/>
              </w:rPr>
              <w:t>GUILFORD</w:t>
            </w:r>
          </w:p>
        </w:tc>
        <w:tc>
          <w:tcPr>
            <w:tcW w:type="dxa" w:w="2116"/>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299"/>
          </w:tcPr>
          <w:p>
            <w:pPr>
              <w:spacing w:after="0"/>
              <w:jc w:val="left"/>
            </w:pPr>
            <w:r>
              <w:rPr>
                <w:sz w:val="16"/>
              </w:rPr>
              <w:t>Hail</w:t>
            </w:r>
          </w:p>
        </w:tc>
        <w:tc>
          <w:tcPr>
            <w:tcW w:type="dxa" w:w="1185"/>
          </w:tcPr>
          <w:p>
            <w:pPr>
              <w:spacing w:after="0"/>
              <w:jc w:val="left"/>
            </w:pPr>
            <w:r>
              <w:rPr>
                <w:sz w:val="16"/>
              </w:rPr>
              <w:t>2 in</w:t>
            </w:r>
          </w:p>
        </w:tc>
        <w:tc>
          <w:tcPr>
            <w:tcW w:type="dxa" w:w="2372"/>
          </w:tcPr>
          <w:p>
            <w:pPr>
              <w:spacing w:after="0"/>
              <w:jc w:val="left"/>
            </w:pPr>
            <w:r>
              <w:rPr>
                <w:sz w:val="16"/>
              </w:rPr>
              <w:t>damage not reported</w:t>
            </w:r>
          </w:p>
        </w:tc>
        <w:tc>
          <w:tcPr>
            <w:tcW w:type="dxa" w:w="925"/>
          </w:tcPr>
          <w:p>
            <w:pPr>
              <w:spacing w:after="0"/>
              <w:jc w:val="right"/>
            </w:pPr>
            <w:r>
              <w:rPr>
                <w:sz w:val="16"/>
              </w:rPr>
              <w:t>0, 0</w:t>
            </w:r>
          </w:p>
        </w:tc>
        <w:tc>
          <w:tcPr>
            <w:tcW w:type="dxa" w:w="2545"/>
          </w:tcPr>
          <w:p>
            <w:pPr>
              <w:spacing w:after="0"/>
              <w:jc w:val="left"/>
            </w:pPr>
            <w:r>
              <w:rPr>
                <w:sz w:val="16"/>
              </w:rPr>
              <w:t>BELLOWS FALLS</w:t>
            </w:r>
          </w:p>
        </w:tc>
        <w:tc>
          <w:tcPr>
            <w:tcW w:type="dxa" w:w="2116"/>
          </w:tcPr>
          <w:p>
            <w:pPr>
              <w:spacing w:after="0"/>
              <w:jc w:val="left"/>
            </w:pPr>
          </w:p>
        </w:tc>
        <w:tc>
          <w:tcPr>
            <w:tcW w:type="dxa" w:w="2634"/>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299"/>
          </w:tcPr>
          <w:p>
            <w:pPr>
              <w:spacing w:after="0"/>
              <w:jc w:val="left"/>
            </w:pPr>
            <w:r>
              <w:rPr>
                <w:sz w:val="16"/>
              </w:rPr>
              <w:t>Flash Flood</w:t>
            </w:r>
          </w:p>
        </w:tc>
        <w:tc>
          <w:tcPr>
            <w:tcW w:type="dxa" w:w="1185"/>
          </w:tcPr>
          <w:p>
            <w:pPr>
              <w:spacing w:after="0"/>
              <w:jc w:val="left"/>
            </w:pPr>
          </w:p>
        </w:tc>
        <w:tc>
          <w:tcPr>
            <w:tcW w:type="dxa" w:w="2372"/>
          </w:tcPr>
          <w:p>
            <w:pPr>
              <w:spacing w:after="0"/>
              <w:jc w:val="left"/>
            </w:pPr>
            <w:r>
              <w:rPr>
                <w:sz w:val="16"/>
              </w:rPr>
              <w:t>$0 property; $0 crops (2011 dollars)</w:t>
            </w:r>
          </w:p>
        </w:tc>
        <w:tc>
          <w:tcPr>
            <w:tcW w:type="dxa" w:w="925"/>
          </w:tcPr>
          <w:p>
            <w:pPr>
              <w:spacing w:after="0"/>
              <w:jc w:val="right"/>
            </w:pPr>
            <w:r>
              <w:rPr>
                <w:sz w:val="16"/>
              </w:rPr>
              <w:t>1, 0</w:t>
            </w:r>
          </w:p>
        </w:tc>
        <w:tc>
          <w:tcPr>
            <w:tcW w:type="dxa" w:w="2545"/>
          </w:tcPr>
          <w:p>
            <w:pPr>
              <w:spacing w:after="0"/>
              <w:jc w:val="left"/>
            </w:pPr>
            <w:r>
              <w:rPr>
                <w:sz w:val="16"/>
              </w:rPr>
              <w:t>WHITINGHAM to RAWSONVILLE</w:t>
            </w:r>
          </w:p>
        </w:tc>
        <w:tc>
          <w:tcPr>
            <w:tcW w:type="dxa" w:w="2116"/>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99"/>
          </w:tcPr>
          <w:p>
            <w:pPr>
              <w:spacing w:after="0"/>
              <w:jc w:val="left"/>
            </w:pPr>
            <w:r>
              <w:rPr>
                <w:sz w:val="16"/>
              </w:rPr>
              <w:t>Tropical Storm</w:t>
            </w:r>
          </w:p>
        </w:tc>
        <w:tc>
          <w:tcPr>
            <w:tcW w:type="dxa" w:w="1185"/>
          </w:tcPr>
          <w:p>
            <w:pPr>
              <w:spacing w:after="0"/>
              <w:jc w:val="left"/>
            </w:pPr>
          </w:p>
        </w:tc>
        <w:tc>
          <w:tcPr>
            <w:tcW w:type="dxa" w:w="2372"/>
          </w:tcPr>
          <w:p>
            <w:pPr>
              <w:spacing w:after="0"/>
              <w:jc w:val="left"/>
            </w:pPr>
            <w:r>
              <w:rPr>
                <w:sz w:val="16"/>
              </w:rPr>
              <w:t>$0 property; $0 crops (zone total, 2011 dollars)</w:t>
            </w:r>
          </w:p>
        </w:tc>
        <w:tc>
          <w:tcPr>
            <w:tcW w:type="dxa" w:w="925"/>
          </w:tcPr>
          <w:p>
            <w:pPr>
              <w:spacing w:after="0"/>
              <w:jc w:val="right"/>
            </w:pPr>
            <w:r>
              <w:rPr>
                <w:sz w:val="16"/>
              </w:rPr>
              <w:t>0, 0</w:t>
            </w:r>
          </w:p>
        </w:tc>
        <w:tc>
          <w:tcPr>
            <w:tcW w:type="dxa" w:w="2545"/>
          </w:tcPr>
          <w:p>
            <w:pPr>
              <w:spacing w:after="0"/>
              <w:jc w:val="left"/>
            </w:pPr>
            <w:r>
              <w:rPr>
                <w:sz w:val="16"/>
              </w:rPr>
              <w:t>NWS zone VTZ015 (EASTERN WINDHAM), zone-level</w:t>
            </w:r>
          </w:p>
        </w:tc>
        <w:tc>
          <w:tcPr>
            <w:tcW w:type="dxa" w:w="2116"/>
          </w:tcPr>
          <w:p>
            <w:pPr>
              <w:spacing w:after="0"/>
              <w:jc w:val="left"/>
            </w:pPr>
          </w:p>
        </w:tc>
        <w:tc>
          <w:tcPr>
            <w:tcW w:type="dxa" w:w="26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299"/>
          </w:tcPr>
          <w:p>
            <w:pPr>
              <w:spacing w:after="0"/>
              <w:jc w:val="left"/>
            </w:pPr>
            <w:r>
              <w:rPr>
                <w:sz w:val="16"/>
              </w:rPr>
              <w:t>Lightning</w:t>
            </w:r>
          </w:p>
        </w:tc>
        <w:tc>
          <w:tcPr>
            <w:tcW w:type="dxa" w:w="1185"/>
          </w:tcPr>
          <w:p>
            <w:pPr>
              <w:spacing w:after="0"/>
              <w:jc w:val="left"/>
            </w:pPr>
          </w:p>
        </w:tc>
        <w:tc>
          <w:tcPr>
            <w:tcW w:type="dxa" w:w="2372"/>
          </w:tcPr>
          <w:p>
            <w:pPr>
              <w:spacing w:after="0"/>
              <w:jc w:val="left"/>
            </w:pPr>
            <w:r>
              <w:rPr>
                <w:sz w:val="16"/>
              </w:rPr>
              <w:t>$250,000 property; $0 crops (2007 dollars)</w:t>
            </w:r>
          </w:p>
        </w:tc>
        <w:tc>
          <w:tcPr>
            <w:tcW w:type="dxa" w:w="925"/>
          </w:tcPr>
          <w:p>
            <w:pPr>
              <w:spacing w:after="0"/>
              <w:jc w:val="right"/>
            </w:pPr>
            <w:r>
              <w:rPr>
                <w:sz w:val="16"/>
              </w:rPr>
              <w:t>0, 0</w:t>
            </w:r>
          </w:p>
        </w:tc>
        <w:tc>
          <w:tcPr>
            <w:tcW w:type="dxa" w:w="2545"/>
          </w:tcPr>
          <w:p>
            <w:pPr>
              <w:spacing w:after="0"/>
              <w:jc w:val="left"/>
            </w:pPr>
            <w:r>
              <w:rPr>
                <w:sz w:val="16"/>
              </w:rPr>
              <w:t>BRATTLEBORO</w:t>
            </w:r>
          </w:p>
        </w:tc>
        <w:tc>
          <w:tcPr>
            <w:tcW w:type="dxa" w:w="2116"/>
          </w:tcPr>
          <w:p>
            <w:pPr>
              <w:spacing w:after="0"/>
              <w:jc w:val="left"/>
            </w:pPr>
          </w:p>
        </w:tc>
        <w:tc>
          <w:tcPr>
            <w:tcW w:type="dxa" w:w="2634"/>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99"/>
          </w:tcPr>
          <w:p>
            <w:pPr>
              <w:spacing w:after="0"/>
              <w:jc w:val="left"/>
            </w:pPr>
            <w:r>
              <w:rPr>
                <w:sz w:val="16"/>
              </w:rPr>
              <w:t>High Wind</w:t>
            </w:r>
          </w:p>
        </w:tc>
        <w:tc>
          <w:tcPr>
            <w:tcW w:type="dxa" w:w="1185"/>
          </w:tcPr>
          <w:p>
            <w:pPr>
              <w:spacing w:after="0"/>
              <w:jc w:val="left"/>
            </w:pPr>
            <w:r>
              <w:rPr>
                <w:sz w:val="16"/>
              </w:rPr>
              <w:t>124.3 kt (143 mph) measured gust</w:t>
            </w:r>
          </w:p>
        </w:tc>
        <w:tc>
          <w:tcPr>
            <w:tcW w:type="dxa" w:w="2372"/>
          </w:tcPr>
          <w:p>
            <w:pPr>
              <w:spacing w:after="0"/>
              <w:jc w:val="left"/>
            </w:pPr>
            <w:r>
              <w:rPr>
                <w:sz w:val="16"/>
              </w:rPr>
              <w:t>damage not reported</w:t>
            </w:r>
          </w:p>
        </w:tc>
        <w:tc>
          <w:tcPr>
            <w:tcW w:type="dxa" w:w="925"/>
          </w:tcPr>
          <w:p>
            <w:pPr>
              <w:spacing w:after="0"/>
              <w:jc w:val="right"/>
            </w:pPr>
            <w:r>
              <w:rPr>
                <w:sz w:val="16"/>
              </w:rPr>
              <w:t>0, 0</w:t>
            </w:r>
          </w:p>
        </w:tc>
        <w:tc>
          <w:tcPr>
            <w:tcW w:type="dxa" w:w="2545"/>
          </w:tcPr>
          <w:p>
            <w:pPr>
              <w:spacing w:after="0"/>
              <w:jc w:val="left"/>
            </w:pPr>
            <w:r>
              <w:rPr>
                <w:sz w:val="16"/>
              </w:rPr>
              <w:t>NWS zone VTZ014 (WESTERN WINDHAM), zone-level</w:t>
            </w:r>
          </w:p>
        </w:tc>
        <w:tc>
          <w:tcPr>
            <w:tcW w:type="dxa" w:w="2116"/>
          </w:tcPr>
          <w:p>
            <w:pPr>
              <w:spacing w:after="0"/>
              <w:jc w:val="left"/>
            </w:pPr>
          </w:p>
        </w:tc>
        <w:tc>
          <w:tcPr>
            <w:tcW w:type="dxa" w:w="2634"/>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299"/>
          </w:tcPr>
          <w:p>
            <w:pPr>
              <w:spacing w:after="0"/>
              <w:jc w:val="left"/>
            </w:pPr>
            <w:r>
              <w:rPr>
                <w:sz w:val="16"/>
              </w:rPr>
              <w:t>Tornado</w:t>
            </w:r>
          </w:p>
        </w:tc>
        <w:tc>
          <w:tcPr>
            <w:tcW w:type="dxa" w:w="1185"/>
          </w:tcPr>
          <w:p>
            <w:pPr>
              <w:spacing w:after="0"/>
              <w:jc w:val="left"/>
            </w:pPr>
            <w:r>
              <w:rPr>
                <w:sz w:val="16"/>
              </w:rPr>
              <w:t>F2, 0.1 mi within this county, 150 yd wide</w:t>
            </w:r>
          </w:p>
        </w:tc>
        <w:tc>
          <w:tcPr>
            <w:tcW w:type="dxa" w:w="2372"/>
          </w:tcPr>
          <w:p>
            <w:pPr>
              <w:spacing w:after="0"/>
              <w:jc w:val="left"/>
            </w:pPr>
            <w:r>
              <w:rPr>
                <w:sz w:val="16"/>
              </w:rPr>
              <w:t>$75,000 property; crops not reported (2002 dollars)</w:t>
            </w:r>
          </w:p>
        </w:tc>
        <w:tc>
          <w:tcPr>
            <w:tcW w:type="dxa" w:w="925"/>
          </w:tcPr>
          <w:p>
            <w:pPr>
              <w:spacing w:after="0"/>
              <w:jc w:val="right"/>
            </w:pPr>
            <w:r>
              <w:rPr>
                <w:sz w:val="16"/>
              </w:rPr>
              <w:t>0, 0</w:t>
            </w:r>
          </w:p>
        </w:tc>
        <w:tc>
          <w:tcPr>
            <w:tcW w:type="dxa" w:w="2545"/>
          </w:tcPr>
          <w:p>
            <w:pPr>
              <w:spacing w:after="0"/>
              <w:jc w:val="left"/>
            </w:pPr>
            <w:r>
              <w:rPr>
                <w:sz w:val="16"/>
              </w:rPr>
              <w:t>WINDHAM</w:t>
            </w:r>
          </w:p>
        </w:tc>
        <w:tc>
          <w:tcPr>
            <w:tcW w:type="dxa" w:w="2116"/>
          </w:tcPr>
          <w:p>
            <w:pPr>
              <w:spacing w:after="0"/>
              <w:jc w:val="left"/>
            </w:pPr>
          </w:p>
        </w:tc>
        <w:tc>
          <w:tcPr>
            <w:tcW w:type="dxa" w:w="263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Windham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3.82</w:t>
            </w:r>
          </w:p>
        </w:tc>
        <w:tc>
          <w:tcPr>
            <w:tcW w:type="dxa" w:w="1361"/>
          </w:tcPr>
          <w:p>
            <w:pPr>
              <w:spacing w:after="0"/>
              <w:jc w:val="left"/>
            </w:pPr>
            <w:r>
              <w:rPr>
                <w:sz w:val="16"/>
              </w:rPr>
              <w:t>event-days per year</w:t>
            </w:r>
          </w:p>
        </w:tc>
        <w:tc>
          <w:tcPr>
            <w:tcW w:type="dxa" w:w="1787"/>
          </w:tcPr>
          <w:p>
            <w:pPr>
              <w:spacing w:after="0"/>
              <w:jc w:val="left"/>
            </w:pPr>
            <w:r>
              <w:rPr>
                <w:sz w:val="16"/>
              </w:rPr>
              <w:t>about 3.82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17 of 30 years, 1996 to 2025 (56.7%)</w:t>
            </w:r>
          </w:p>
        </w:tc>
        <w:tc>
          <w:tcPr>
            <w:tcW w:type="dxa" w:w="1593"/>
          </w:tcPr>
          <w:p>
            <w:pPr>
              <w:spacing w:after="0"/>
              <w:jc w:val="right"/>
            </w:pPr>
            <w:r>
              <w:rPr>
                <w:sz w:val="16"/>
              </w:rPr>
              <w:t>72.7</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0.000934</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0.0934%</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87"/>
          </w:tcPr>
          <w:p>
            <w:pPr>
              <w:spacing w:after="0"/>
              <w:jc w:val="left"/>
            </w:pPr>
            <w:r>
              <w:rPr>
                <w:sz w:val="16"/>
              </w:rPr>
              <w:t>about 2.58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98.1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1.31</w:t>
            </w:r>
          </w:p>
        </w:tc>
        <w:tc>
          <w:tcPr>
            <w:tcW w:type="dxa" w:w="1361"/>
          </w:tcPr>
          <w:p>
            <w:pPr>
              <w:spacing w:after="0"/>
              <w:jc w:val="left"/>
            </w:pPr>
            <w:r>
              <w:rPr>
                <w:sz w:val="16"/>
              </w:rPr>
              <w:t>event-days per year</w:t>
            </w:r>
          </w:p>
        </w:tc>
        <w:tc>
          <w:tcPr>
            <w:tcW w:type="dxa" w:w="1787"/>
          </w:tcPr>
          <w:p>
            <w:pPr>
              <w:spacing w:after="0"/>
              <w:jc w:val="left"/>
            </w:pPr>
            <w:r>
              <w:rPr>
                <w:sz w:val="16"/>
              </w:rPr>
              <w:t>about 1.31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14 of 30 years, 1996 to 2025 (46.7%)</w:t>
            </w:r>
          </w:p>
        </w:tc>
        <w:tc>
          <w:tcPr>
            <w:tcW w:type="dxa" w:w="1593"/>
          </w:tcPr>
          <w:p>
            <w:pPr>
              <w:spacing w:after="0"/>
              <w:jc w:val="right"/>
            </w:pPr>
            <w:r>
              <w:rPr>
                <w:sz w:val="16"/>
              </w:rPr>
              <w:t>23.9</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0.0627</w:t>
            </w:r>
          </w:p>
        </w:tc>
        <w:tc>
          <w:tcPr>
            <w:tcW w:type="dxa" w:w="1361"/>
          </w:tcPr>
          <w:p>
            <w:pPr>
              <w:spacing w:after="0"/>
              <w:jc w:val="left"/>
            </w:pPr>
            <w:r>
              <w:rPr>
                <w:sz w:val="16"/>
              </w:rPr>
              <w:t>events per year</w:t>
            </w:r>
          </w:p>
        </w:tc>
        <w:tc>
          <w:tcPr>
            <w:tcW w:type="dxa" w:w="1787"/>
          </w:tcPr>
          <w:p>
            <w:pPr>
              <w:spacing w:after="0"/>
              <w:jc w:val="left"/>
            </w:pPr>
            <w:r>
              <w:rPr>
                <w:sz w:val="16"/>
              </w:rPr>
              <w:t>about 1 in 16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24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1.16</w:t>
            </w:r>
          </w:p>
        </w:tc>
        <w:tc>
          <w:tcPr>
            <w:tcW w:type="dxa" w:w="1361"/>
          </w:tcPr>
          <w:p>
            <w:pPr>
              <w:spacing w:after="0"/>
              <w:jc w:val="left"/>
            </w:pPr>
            <w:r>
              <w:rPr>
                <w:sz w:val="16"/>
              </w:rPr>
              <w:t>event-days per year</w:t>
            </w:r>
          </w:p>
        </w:tc>
        <w:tc>
          <w:tcPr>
            <w:tcW w:type="dxa" w:w="1787"/>
          </w:tcPr>
          <w:p>
            <w:pPr>
              <w:spacing w:after="0"/>
              <w:jc w:val="left"/>
            </w:pPr>
            <w:r>
              <w:rPr>
                <w:sz w:val="16"/>
              </w:rPr>
              <w:t>about 1.16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78</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1.89</w:t>
            </w:r>
          </w:p>
        </w:tc>
        <w:tc>
          <w:tcPr>
            <w:tcW w:type="dxa" w:w="1361"/>
          </w:tcPr>
          <w:p>
            <w:pPr>
              <w:spacing w:after="0"/>
              <w:jc w:val="left"/>
            </w:pPr>
            <w:r>
              <w:rPr>
                <w:sz w:val="16"/>
              </w:rPr>
              <w:t>event-days per year</w:t>
            </w:r>
          </w:p>
        </w:tc>
        <w:tc>
          <w:tcPr>
            <w:tcW w:type="dxa" w:w="1787"/>
          </w:tcPr>
          <w:p>
            <w:pPr>
              <w:spacing w:after="0"/>
              <w:jc w:val="left"/>
            </w:pPr>
            <w:r>
              <w:rPr>
                <w:sz w:val="16"/>
              </w:rPr>
              <w:t>about 1.89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24 of 30 years, 1996 to 2025 (80%)</w:t>
            </w:r>
          </w:p>
        </w:tc>
        <w:tc>
          <w:tcPr>
            <w:tcW w:type="dxa" w:w="1593"/>
          </w:tcPr>
          <w:p>
            <w:pPr>
              <w:spacing w:after="0"/>
              <w:jc w:val="right"/>
            </w:pPr>
            <w:r>
              <w:rPr>
                <w:sz w:val="16"/>
              </w:rPr>
              <w:t>53</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1.64</w:t>
            </w:r>
          </w:p>
        </w:tc>
        <w:tc>
          <w:tcPr>
            <w:tcW w:type="dxa" w:w="1361"/>
          </w:tcPr>
          <w:p>
            <w:pPr>
              <w:spacing w:after="0"/>
              <w:jc w:val="left"/>
            </w:pPr>
            <w:r>
              <w:rPr>
                <w:sz w:val="16"/>
              </w:rPr>
              <w:t>events per year (modeled)</w:t>
            </w:r>
          </w:p>
        </w:tc>
        <w:tc>
          <w:tcPr>
            <w:tcW w:type="dxa" w:w="1787"/>
          </w:tcPr>
          <w:p>
            <w:pPr>
              <w:spacing w:after="0"/>
              <w:jc w:val="left"/>
            </w:pPr>
            <w:r>
              <w:rPr>
                <w:sz w:val="16"/>
              </w:rPr>
              <w:t>about 1.64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22.9</w:t>
            </w:r>
          </w:p>
        </w:tc>
        <w:tc>
          <w:tcPr>
            <w:tcW w:type="dxa" w:w="1361"/>
          </w:tcPr>
          <w:p>
            <w:pPr>
              <w:spacing w:after="0"/>
              <w:jc w:val="left"/>
            </w:pPr>
            <w:r>
              <w:rPr>
                <w:sz w:val="16"/>
              </w:rPr>
              <w:t>days per year with a strike</w:t>
            </w:r>
          </w:p>
        </w:tc>
        <w:tc>
          <w:tcPr>
            <w:tcW w:type="dxa" w:w="1787"/>
          </w:tcPr>
          <w:p>
            <w:pPr>
              <w:spacing w:after="0"/>
              <w:jc w:val="left"/>
            </w:pPr>
            <w:r>
              <w:rPr>
                <w:sz w:val="16"/>
              </w:rPr>
              <w:t>about 22.9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1.29</w:t>
            </w:r>
          </w:p>
        </w:tc>
        <w:tc>
          <w:tcPr>
            <w:tcW w:type="dxa" w:w="1361"/>
          </w:tcPr>
          <w:p>
            <w:pPr>
              <w:spacing w:after="0"/>
              <w:jc w:val="left"/>
            </w:pPr>
            <w:r>
              <w:rPr>
                <w:sz w:val="16"/>
              </w:rPr>
              <w:t>events per year</w:t>
            </w:r>
          </w:p>
        </w:tc>
        <w:tc>
          <w:tcPr>
            <w:tcW w:type="dxa" w:w="1787"/>
          </w:tcPr>
          <w:p>
            <w:pPr>
              <w:spacing w:after="0"/>
              <w:jc w:val="left"/>
            </w:pPr>
            <w:r>
              <w:rPr>
                <w:sz w:val="16"/>
              </w:rPr>
              <w:t>about 1.29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50</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0.154</w:t>
            </w:r>
          </w:p>
        </w:tc>
        <w:tc>
          <w:tcPr>
            <w:tcW w:type="dxa" w:w="1361"/>
          </w:tcPr>
          <w:p>
            <w:pPr>
              <w:spacing w:after="0"/>
              <w:jc w:val="left"/>
            </w:pPr>
            <w:r>
              <w:rPr>
                <w:sz w:val="16"/>
              </w:rPr>
              <w:t>events per year</w:t>
            </w:r>
          </w:p>
        </w:tc>
        <w:tc>
          <w:tcPr>
            <w:tcW w:type="dxa" w:w="1787"/>
          </w:tcPr>
          <w:p>
            <w:pPr>
              <w:spacing w:after="0"/>
              <w:jc w:val="left"/>
            </w:pPr>
            <w:r>
              <w:rPr>
                <w:sz w:val="16"/>
              </w:rPr>
              <w:t>about 1 in 7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0.0000176</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0.00176%</w:t>
            </w:r>
          </w:p>
        </w:tc>
        <w:tc>
          <w:tcPr>
            <w:tcW w:type="dxa" w:w="1125"/>
          </w:tcPr>
          <w:p>
            <w:pPr>
              <w:spacing w:after="0"/>
              <w:jc w:val="left"/>
            </w:pPr>
            <w:r>
              <w:rPr>
                <w:sz w:val="16"/>
              </w:rPr>
              <w:t>Possible</w:t>
            </w:r>
          </w:p>
        </w:tc>
        <w:tc>
          <w:tcPr>
            <w:tcW w:type="dxa" w:w="1340"/>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23.4</w:t>
            </w:r>
          </w:p>
        </w:tc>
        <w:tc>
          <w:tcPr>
            <w:tcW w:type="dxa" w:w="1361"/>
          </w:tcPr>
          <w:p>
            <w:pPr>
              <w:spacing w:after="0"/>
              <w:jc w:val="left"/>
            </w:pPr>
            <w:r>
              <w:rPr>
                <w:sz w:val="16"/>
              </w:rPr>
              <w:t>event-days per year</w:t>
            </w:r>
          </w:p>
        </w:tc>
        <w:tc>
          <w:tcPr>
            <w:tcW w:type="dxa" w:w="1787"/>
          </w:tcPr>
          <w:p>
            <w:pPr>
              <w:spacing w:after="0"/>
              <w:jc w:val="left"/>
            </w:pPr>
            <w:r>
              <w:rPr>
                <w:sz w:val="16"/>
              </w:rPr>
              <w:t>about 23.4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30 of 30 years, 1996 to 2025 (100%)</w:t>
            </w:r>
          </w:p>
        </w:tc>
        <w:tc>
          <w:tcPr>
            <w:tcW w:type="dxa" w:w="1593"/>
          </w:tcPr>
          <w:p>
            <w:pPr>
              <w:spacing w:after="0"/>
              <w:jc w:val="right"/>
            </w:pPr>
            <w:r>
              <w:rPr>
                <w:sz w:val="16"/>
              </w:rPr>
              <w:t>444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9"/>
        <w:gridCol w:w="648"/>
        <w:gridCol w:w="2629"/>
        <w:gridCol w:w="2100"/>
        <w:gridCol w:w="2172"/>
        <w:gridCol w:w="2450"/>
        <w:gridCol w:w="2543"/>
      </w:tblGrid>
      <w:tr>
        <w:trPr>
          <w:cantSplit/>
          <w:tblHeader/>
        </w:trPr>
        <w:tc>
          <w:tcPr>
            <w:tcW w:type="dxa" w:w="1569"/>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Plan status</w:t>
            </w:r>
          </w:p>
        </w:tc>
        <w:tc>
          <w:tcPr>
            <w:tcW w:type="dxa" w:w="21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3"/>
            <w:shd w:val="clear" w:color="auto" w:fill="E8E8E8"/>
          </w:tcPr>
          <w:p>
            <w:pPr>
              <w:spacing w:after="0"/>
              <w:jc w:val="left"/>
            </w:pPr>
            <w:r>
              <w:rPr>
                <w:b/>
                <w:sz w:val="16"/>
              </w:rPr>
              <w:t>Notes</w:t>
            </w:r>
          </w:p>
        </w:tc>
      </w:tr>
      <w:tr>
        <w:trPr>
          <w:cantSplit/>
        </w:trPr>
        <w:tc>
          <w:tcPr>
            <w:tcW w:type="dxa" w:w="1569"/>
          </w:tcPr>
          <w:p>
            <w:pPr>
              <w:spacing w:after="0"/>
              <w:jc w:val="left"/>
            </w:pPr>
            <w:r>
              <w:rPr>
                <w:sz w:val="16"/>
              </w:rPr>
              <w:t>Londonderry town</w:t>
            </w:r>
          </w:p>
        </w:tc>
        <w:tc>
          <w:tcPr>
            <w:tcW w:type="dxa" w:w="648"/>
          </w:tcPr>
          <w:p>
            <w:pPr>
              <w:spacing w:after="0"/>
              <w:jc w:val="left"/>
            </w:pPr>
            <w:r>
              <w:rPr>
                <w:sz w:val="16"/>
              </w:rPr>
              <w:t>Town</w:t>
            </w:r>
          </w:p>
        </w:tc>
        <w:tc>
          <w:tcPr>
            <w:tcW w:type="dxa" w:w="2629"/>
          </w:tcPr>
          <w:p>
            <w:pPr>
              <w:spacing w:after="0"/>
              <w:jc w:val="left"/>
            </w:pPr>
            <w:r>
              <w:rPr>
                <w:sz w:val="16"/>
              </w:rPr>
              <w:t>Approved, expires 2027-05-31</w:t>
            </w:r>
          </w:p>
        </w:tc>
        <w:tc>
          <w:tcPr>
            <w:tcW w:type="dxa" w:w="2100"/>
          </w:tcPr>
          <w:p>
            <w:pPr>
              <w:spacing w:after="0"/>
              <w:jc w:val="right"/>
            </w:pPr>
            <w:r>
              <w:rPr>
                <w:sz w:val="16"/>
              </w:rPr>
              <w:t>FMA RL 0, SRL 1; any 2</w:t>
            </w:r>
          </w:p>
        </w:tc>
        <w:tc>
          <w:tcPr>
            <w:tcW w:type="dxa" w:w="2172"/>
          </w:tcPr>
          <w:p>
            <w:pPr>
              <w:spacing w:after="0"/>
              <w:jc w:val="right"/>
            </w:pPr>
            <w:r>
              <w:rPr>
                <w:sz w:val="16"/>
              </w:rPr>
              <w:t>$1,889,911.03</w:t>
            </w:r>
          </w:p>
        </w:tc>
        <w:tc>
          <w:tcPr>
            <w:tcW w:type="dxa" w:w="2450"/>
          </w:tcPr>
          <w:p>
            <w:pPr>
              <w:spacing w:after="0"/>
              <w:jc w:val="right"/>
            </w:pPr>
            <w:r>
              <w:rPr>
                <w:sz w:val="16"/>
              </w:rPr>
              <w:t>17 total; 3 since its plan</w:t>
            </w:r>
          </w:p>
        </w:tc>
        <w:tc>
          <w:tcPr>
            <w:tcW w:type="dxa" w:w="2543"/>
          </w:tcPr>
          <w:p>
            <w:pPr>
              <w:spacing w:after="0"/>
              <w:jc w:val="left"/>
            </w:pPr>
            <w:r>
              <w:rPr>
                <w:sz w:val="16"/>
              </w:rPr>
              <w:t>Includes $7,794.39 for declarations not counted as hazard incidents (DR-4532-VT).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Windham County (National Risk Index exposure and expected annual loss; since-plan counts use Londonderry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27"/>
        <w:gridCol w:w="1038"/>
        <w:gridCol w:w="1126"/>
        <w:gridCol w:w="1126"/>
        <w:gridCol w:w="1050"/>
        <w:gridCol w:w="1031"/>
        <w:gridCol w:w="1120"/>
        <w:gridCol w:w="1044"/>
        <w:gridCol w:w="1309"/>
        <w:gridCol w:w="162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0"/>
            <w:shd w:val="clear" w:color="auto" w:fill="E8E8E8"/>
          </w:tcPr>
          <w:p>
            <w:pPr>
              <w:spacing w:after="0"/>
              <w:jc w:val="right"/>
            </w:pPr>
            <w:r>
              <w:rPr>
                <w:b/>
                <w:sz w:val="16"/>
              </w:rPr>
              <w:t>Storm Events damage since 2022-06-01</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27"/>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50"/>
          </w:tcPr>
          <w:p>
            <w:pPr>
              <w:spacing w:after="0"/>
              <w:jc w:val="right"/>
            </w:pPr>
            <w:r>
              <w:rPr>
                <w:sz w:val="16"/>
              </w:rPr>
              <w:t>$417</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050"/>
          </w:tcPr>
          <w:p>
            <w:pPr>
              <w:spacing w:after="0"/>
              <w:jc w:val="right"/>
            </w:pPr>
            <w:r>
              <w:rPr>
                <w:sz w:val="16"/>
              </w:rPr>
              <w:t>$2,111,877</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50"/>
          </w:tcPr>
          <w:p>
            <w:pPr>
              <w:spacing w:after="0"/>
              <w:jc w:val="right"/>
            </w:pPr>
            <w:r>
              <w:rPr>
                <w:sz w:val="16"/>
              </w:rPr>
              <w:t>n/a</w:t>
            </w:r>
          </w:p>
        </w:tc>
        <w:tc>
          <w:tcPr>
            <w:tcW w:type="dxa" w:w="1031"/>
          </w:tcPr>
          <w:p>
            <w:pPr>
              <w:spacing w:after="0"/>
              <w:jc w:val="right"/>
            </w:pP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27"/>
          </w:tcPr>
          <w:p>
            <w:pPr>
              <w:spacing w:after="0"/>
              <w:jc w:val="right"/>
            </w:pPr>
            <w:r>
              <w:rPr>
                <w:sz w:val="16"/>
              </w:rPr>
              <w:t>n/a</w:t>
            </w:r>
          </w:p>
        </w:tc>
        <w:tc>
          <w:tcPr>
            <w:tcW w:type="dxa" w:w="1038"/>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050"/>
          </w:tcPr>
          <w:p>
            <w:pPr>
              <w:spacing w:after="0"/>
              <w:jc w:val="right"/>
            </w:pPr>
            <w:r>
              <w:rPr>
                <w:sz w:val="16"/>
              </w:rPr>
              <w:t>$35,013</w:t>
            </w:r>
          </w:p>
        </w:tc>
        <w:tc>
          <w:tcPr>
            <w:tcW w:type="dxa" w:w="1031"/>
          </w:tcPr>
          <w:p>
            <w:pPr>
              <w:spacing w:after="0"/>
              <w:jc w:val="right"/>
            </w:pPr>
            <w:r>
              <w:rPr>
                <w:sz w:val="16"/>
              </w:rPr>
              <w:t>0.00107%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050"/>
          </w:tcPr>
          <w:p>
            <w:pPr>
              <w:spacing w:after="0"/>
              <w:jc w:val="right"/>
            </w:pPr>
            <w:r>
              <w:rPr>
                <w:sz w:val="16"/>
              </w:rPr>
              <w:t>$112,029</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050"/>
          </w:tcPr>
          <w:p>
            <w:pPr>
              <w:spacing w:after="0"/>
              <w:jc w:val="right"/>
            </w:pPr>
            <w:r>
              <w:rPr>
                <w:sz w:val="16"/>
              </w:rPr>
              <w:t>$210,575</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27"/>
          </w:tcPr>
          <w:p>
            <w:pPr>
              <w:spacing w:after="0"/>
              <w:jc w:val="right"/>
            </w:pPr>
            <w:r>
              <w:rPr>
                <w:sz w:val="16"/>
              </w:rPr>
              <w:t>$36,806,490</w:t>
            </w:r>
          </w:p>
        </w:tc>
        <w:tc>
          <w:tcPr>
            <w:tcW w:type="dxa" w:w="1038"/>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050"/>
          </w:tcPr>
          <w:p>
            <w:pPr>
              <w:spacing w:after="0"/>
              <w:jc w:val="right"/>
            </w:pPr>
            <w:r>
              <w:rPr>
                <w:sz w:val="16"/>
              </w:rPr>
              <w:t>$30,204</w:t>
            </w:r>
          </w:p>
        </w:tc>
        <w:tc>
          <w:tcPr>
            <w:tcW w:type="dxa" w:w="1031"/>
          </w:tcPr>
          <w:p>
            <w:pPr>
              <w:spacing w:after="0"/>
              <w:jc w:val="right"/>
            </w:pPr>
            <w:r>
              <w:rPr>
                <w:sz w:val="16"/>
              </w:rPr>
              <w:t>0.00645%</w:t>
            </w:r>
          </w:p>
        </w:tc>
        <w:tc>
          <w:tcPr>
            <w:tcW w:type="dxa" w:w="1120"/>
          </w:tcPr>
          <w:p>
            <w:pPr>
              <w:spacing w:after="0"/>
              <w:jc w:val="right"/>
            </w:pPr>
          </w:p>
        </w:tc>
        <w:tc>
          <w:tcPr>
            <w:tcW w:type="dxa" w:w="1044"/>
          </w:tcPr>
          <w:p>
            <w:pPr>
              <w:spacing w:after="0"/>
              <w:jc w:val="right"/>
            </w:pPr>
          </w:p>
        </w:tc>
        <w:tc>
          <w:tcPr>
            <w:tcW w:type="dxa" w:w="1309"/>
          </w:tcPr>
          <w:p>
            <w:pPr>
              <w:spacing w:after="0"/>
              <w:jc w:val="right"/>
            </w:pPr>
            <w:r>
              <w:rPr>
                <w:sz w:val="16"/>
              </w:rPr>
              <w:t>no Public Assistance recorded (1 declaration)</w:t>
            </w:r>
          </w:p>
        </w:tc>
        <w:tc>
          <w:tcPr>
            <w:tcW w:type="dxa" w:w="162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27"/>
          </w:tcPr>
          <w:p>
            <w:pPr>
              <w:spacing w:after="0"/>
              <w:jc w:val="right"/>
            </w:pPr>
            <w:r>
              <w:rPr>
                <w:sz w:val="16"/>
              </w:rPr>
              <w:t>n/a</w:t>
            </w:r>
          </w:p>
        </w:tc>
        <w:tc>
          <w:tcPr>
            <w:tcW w:type="dxa" w:w="1038"/>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050"/>
          </w:tcPr>
          <w:p>
            <w:pPr>
              <w:spacing w:after="0"/>
              <w:jc w:val="right"/>
            </w:pPr>
            <w:r>
              <w:rPr>
                <w:sz w:val="16"/>
              </w:rPr>
              <w:t>$4,380</w:t>
            </w:r>
          </w:p>
        </w:tc>
        <w:tc>
          <w:tcPr>
            <w:tcW w:type="dxa" w:w="1031"/>
          </w:tcPr>
          <w:p>
            <w:pPr>
              <w:spacing w:after="0"/>
              <w:jc w:val="right"/>
            </w:pPr>
            <w:r>
              <w:rPr>
                <w:sz w:val="16"/>
              </w:rPr>
              <w:t>0.00187%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27"/>
          </w:tcPr>
          <w:p>
            <w:pPr>
              <w:spacing w:after="0"/>
              <w:jc w:val="right"/>
            </w:pPr>
            <w:r>
              <w:rPr>
                <w:sz w:val="16"/>
              </w:rPr>
              <w:t>$8,072,048</w:t>
            </w:r>
          </w:p>
        </w:tc>
        <w:tc>
          <w:tcPr>
            <w:tcW w:type="dxa" w:w="1038"/>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050"/>
          </w:tcPr>
          <w:p>
            <w:pPr>
              <w:spacing w:after="0"/>
              <w:jc w:val="right"/>
            </w:pPr>
            <w:r>
              <w:rPr>
                <w:sz w:val="16"/>
              </w:rPr>
              <w:t>$436,580</w:t>
            </w:r>
          </w:p>
        </w:tc>
        <w:tc>
          <w:tcPr>
            <w:tcW w:type="dxa" w:w="1031"/>
          </w:tcPr>
          <w:p>
            <w:pPr>
              <w:spacing w:after="0"/>
              <w:jc w:val="right"/>
            </w:pPr>
            <w:r>
              <w:rPr>
                <w:sz w:val="16"/>
              </w:rPr>
              <w:t>n/a (see note)</w:t>
            </w:r>
          </w:p>
        </w:tc>
        <w:tc>
          <w:tcPr>
            <w:tcW w:type="dxa" w:w="1120"/>
          </w:tcPr>
          <w:p>
            <w:pPr>
              <w:spacing w:after="0"/>
              <w:jc w:val="right"/>
            </w:pPr>
            <w:r>
              <w:rPr>
                <w:sz w:val="16"/>
              </w:rPr>
              <w:t>$1,663,000</w:t>
            </w:r>
          </w:p>
        </w:tc>
        <w:tc>
          <w:tcPr>
            <w:tcW w:type="dxa" w:w="1044"/>
          </w:tcPr>
          <w:p>
            <w:pPr>
              <w:spacing w:after="0"/>
              <w:jc w:val="right"/>
            </w:pPr>
          </w:p>
        </w:tc>
        <w:tc>
          <w:tcPr>
            <w:tcW w:type="dxa" w:w="1309"/>
          </w:tcPr>
          <w:p>
            <w:pPr>
              <w:spacing w:after="0"/>
              <w:jc w:val="right"/>
            </w:pPr>
            <w:r>
              <w:rPr>
                <w:sz w:val="16"/>
              </w:rPr>
              <w:t>$9,325,739.78</w:t>
            </w:r>
          </w:p>
        </w:tc>
        <w:tc>
          <w:tcPr>
            <w:tcW w:type="dxa" w:w="162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27"/>
          </w:tcPr>
          <w:p>
            <w:pPr>
              <w:spacing w:after="0"/>
              <w:jc w:val="right"/>
            </w:pPr>
            <w:r>
              <w:rPr>
                <w:sz w:val="16"/>
              </w:rPr>
              <w:t>n/a</w:t>
            </w:r>
          </w:p>
        </w:tc>
        <w:tc>
          <w:tcPr>
            <w:tcW w:type="dxa" w:w="1038"/>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050"/>
          </w:tcPr>
          <w:p>
            <w:pPr>
              <w:spacing w:after="0"/>
              <w:jc w:val="right"/>
            </w:pPr>
            <w:r>
              <w:rPr>
                <w:sz w:val="16"/>
              </w:rPr>
              <w:t>$10,636</w:t>
            </w:r>
          </w:p>
        </w:tc>
        <w:tc>
          <w:tcPr>
            <w:tcW w:type="dxa" w:w="1031"/>
          </w:tcPr>
          <w:p>
            <w:pPr>
              <w:spacing w:after="0"/>
              <w:jc w:val="right"/>
            </w:pPr>
            <w:r>
              <w:rPr>
                <w:sz w:val="16"/>
              </w:rPr>
              <w:t>0.00178%</w:t>
            </w:r>
          </w:p>
        </w:tc>
        <w:tc>
          <w:tcPr>
            <w:tcW w:type="dxa" w:w="1120"/>
          </w:tcPr>
          <w:p>
            <w:pPr>
              <w:spacing w:after="0"/>
              <w:jc w:val="right"/>
            </w:pPr>
          </w:p>
        </w:tc>
        <w:tc>
          <w:tcPr>
            <w:tcW w:type="dxa" w:w="1044"/>
          </w:tcPr>
          <w:p>
            <w:pPr>
              <w:spacing w:after="0"/>
              <w:jc w:val="right"/>
            </w:pPr>
          </w:p>
        </w:tc>
        <w:tc>
          <w:tcPr>
            <w:tcW w:type="dxa" w:w="1309"/>
          </w:tcPr>
          <w:p>
            <w:pPr>
              <w:spacing w:after="0"/>
              <w:jc w:val="right"/>
            </w:pPr>
            <w:r>
              <w:rPr>
                <w:sz w:val="16"/>
              </w:rPr>
              <w:t>$8,687,960.12</w:t>
            </w:r>
          </w:p>
        </w:tc>
        <w:tc>
          <w:tcPr>
            <w:tcW w:type="dxa" w:w="162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27"/>
          </w:tcPr>
          <w:p>
            <w:pPr>
              <w:spacing w:after="0"/>
              <w:jc w:val="right"/>
            </w:pPr>
            <w:r>
              <w:rPr>
                <w:sz w:val="16"/>
              </w:rPr>
              <w:t>n/a</w:t>
            </w:r>
          </w:p>
        </w:tc>
        <w:tc>
          <w:tcPr>
            <w:tcW w:type="dxa" w:w="1038"/>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050"/>
          </w:tcPr>
          <w:p>
            <w:pPr>
              <w:spacing w:after="0"/>
              <w:jc w:val="right"/>
            </w:pPr>
            <w:r>
              <w:rPr>
                <w:sz w:val="16"/>
              </w:rPr>
              <w:t>$342,500</w:t>
            </w:r>
          </w:p>
        </w:tc>
        <w:tc>
          <w:tcPr>
            <w:tcW w:type="dxa" w:w="1031"/>
          </w:tcPr>
          <w:p>
            <w:pPr>
              <w:spacing w:after="0"/>
              <w:jc w:val="right"/>
            </w:pPr>
            <w:r>
              <w:rPr>
                <w:sz w:val="16"/>
              </w:rPr>
              <w:t>0.000192%</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050"/>
          </w:tcPr>
          <w:p>
            <w:pPr>
              <w:spacing w:after="0"/>
              <w:jc w:val="right"/>
            </w:pPr>
            <w:r>
              <w:rPr>
                <w:sz w:val="16"/>
              </w:rPr>
              <w:t>$141,801</w:t>
            </w:r>
          </w:p>
        </w:tc>
        <w:tc>
          <w:tcPr>
            <w:tcW w:type="dxa" w:w="1031"/>
          </w:tcPr>
          <w:p>
            <w:pPr>
              <w:spacing w:after="0"/>
              <w:jc w:val="right"/>
            </w:pPr>
            <w:r>
              <w:rPr>
                <w:sz w:val="16"/>
              </w:rPr>
              <w:t>0.000631%</w:t>
            </w:r>
          </w:p>
        </w:tc>
        <w:tc>
          <w:tcPr>
            <w:tcW w:type="dxa" w:w="1120"/>
          </w:tcPr>
          <w:p>
            <w:pPr>
              <w:spacing w:after="0"/>
              <w:jc w:val="right"/>
            </w:pPr>
          </w:p>
        </w:tc>
        <w:tc>
          <w:tcPr>
            <w:tcW w:type="dxa" w:w="1044"/>
          </w:tcPr>
          <w:p>
            <w:pPr>
              <w:spacing w:after="0"/>
              <w:jc w:val="right"/>
            </w:pPr>
            <w:r>
              <w:rPr>
                <w:sz w:val="16"/>
              </w:rPr>
              <w:t>$500</w:t>
            </w:r>
          </w:p>
        </w:tc>
        <w:tc>
          <w:tcPr>
            <w:tcW w:type="dxa" w:w="1309"/>
          </w:tcPr>
          <w:p>
            <w:pPr>
              <w:spacing w:after="0"/>
              <w:jc w:val="right"/>
            </w:pPr>
          </w:p>
        </w:tc>
        <w:tc>
          <w:tcPr>
            <w:tcW w:type="dxa" w:w="1621"/>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050"/>
          </w:tcPr>
          <w:p>
            <w:pPr>
              <w:spacing w:after="0"/>
              <w:jc w:val="right"/>
            </w:pPr>
            <w:r>
              <w:rPr>
                <w:sz w:val="16"/>
              </w:rPr>
              <w:t>$444,698</w:t>
            </w:r>
          </w:p>
        </w:tc>
        <w:tc>
          <w:tcPr>
            <w:tcW w:type="dxa" w:w="1031"/>
          </w:tcPr>
          <w:p>
            <w:pPr>
              <w:spacing w:after="0"/>
              <w:jc w:val="right"/>
            </w:pPr>
            <w:r>
              <w:rPr>
                <w:sz w:val="16"/>
              </w:rPr>
              <w:t>0.00339%</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27"/>
          </w:tcPr>
          <w:p>
            <w:pPr>
              <w:spacing w:after="0"/>
              <w:jc w:val="right"/>
            </w:pPr>
            <w:r>
              <w:rPr>
                <w:sz w:val="16"/>
              </w:rPr>
              <w:t>$15,161,078</w:t>
            </w:r>
          </w:p>
        </w:tc>
        <w:tc>
          <w:tcPr>
            <w:tcW w:type="dxa" w:w="1038"/>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050"/>
          </w:tcPr>
          <w:p>
            <w:pPr>
              <w:spacing w:after="0"/>
              <w:jc w:val="right"/>
            </w:pPr>
            <w:r>
              <w:rPr>
                <w:sz w:val="16"/>
              </w:rPr>
              <w:t>$696</w:t>
            </w:r>
          </w:p>
        </w:tc>
        <w:tc>
          <w:tcPr>
            <w:tcW w:type="dxa" w:w="1031"/>
          </w:tcPr>
          <w:p>
            <w:pPr>
              <w:spacing w:after="0"/>
              <w:jc w:val="right"/>
            </w:pPr>
            <w:r>
              <w:rPr>
                <w:sz w:val="16"/>
              </w:rPr>
              <w:t>0.000137%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050"/>
          </w:tcPr>
          <w:p>
            <w:pPr>
              <w:spacing w:after="0"/>
              <w:jc w:val="right"/>
            </w:pPr>
            <w:r>
              <w:rPr>
                <w:sz w:val="16"/>
              </w:rPr>
              <w:t>$32,227</w:t>
            </w:r>
          </w:p>
        </w:tc>
        <w:tc>
          <w:tcPr>
            <w:tcW w:type="dxa" w:w="1031"/>
          </w:tcPr>
          <w:p>
            <w:pPr>
              <w:spacing w:after="0"/>
              <w:jc w:val="right"/>
            </w:pPr>
            <w:r>
              <w:rPr>
                <w:sz w:val="16"/>
              </w:rPr>
              <w:t>0.000243%</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2022-06-01 (Storm Events through 2026-06-30): 49 county-coded records, 29 with a damage value recorded (including $0), $1,663,000; 101 zone-level records, 8 with a damage value recorded (including $0), $500 reported for the zone; Public Assistance: $9,325,739.78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Windham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Londonderry town</w:t>
            </w:r>
          </w:p>
        </w:tc>
        <w:tc>
          <w:tcPr>
            <w:tcW w:type="dxa" w:w="1589"/>
          </w:tcPr>
          <w:p>
            <w:pPr>
              <w:spacing w:after="0"/>
              <w:jc w:val="left"/>
            </w:pPr>
            <w:r>
              <w:rPr>
                <w:sz w:val="16"/>
              </w:rPr>
              <w:t>500132</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Londonderry town, VT: risk-assessment baseline packet, release 2026-10 (data as of 2026-09-30; Town FIPS 5002540225). Automated baseline. </w:t>
      </w:r>
      <w:hyperlink r:id="rId16">
        <w:r>
          <w:rPr>
            <w:color w:val="1F4E99"/>
            <w:sz w:val="17"/>
            <w:u w:val="single"/>
          </w:rPr>
          <w:t>https://hazardplain.org/vt/5002540225/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hazard-plain_2026-10_VT_5002540225.docx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Londonderry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402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Londonderry town, VT: Risk-assessment baseline packet</dc:title>
  <dc:subject>Hazard Plain release 2026-10, as of 2026-09-30. Automated baseline</dc:subject>
  <dc:creator>Hazard Plain</dc:creator>
  <cp:keywords>Hazard Plain; hazard mitigation; risk assessment; 5002540225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