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Waterbury town, VT</w:t>
      </w:r>
    </w:p>
    <w:p>
      <w:pPr>
        <w:spacing w:after="120" w:before="0"/>
      </w:pPr>
      <w:r>
        <w:rPr>
          <w:color w:val="555555"/>
          <w:sz w:val="24"/>
        </w:rPr>
        <w:t>Risk-assessment baseline packet (county-level sections from Washington County)</w:t>
      </w:r>
    </w:p>
    <w:p>
      <w:pPr>
        <w:spacing w:after="120" w:before="0"/>
      </w:pPr>
      <w:r>
        <w:rPr>
          <w:b/>
          <w:sz w:val="18"/>
        </w:rPr>
        <w:t xml:space="preserve">Town FIPS: </w:t>
      </w:r>
      <w:r>
        <w:rPr>
          <w:sz w:val="18"/>
        </w:rPr>
        <w:t>5002376975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2029-12-03. Plan: Waterbury, Vermont 2024 Local Hazard Mitigation Plan (FEMA plan 110174), approved 2024-12-04.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2024-12-04: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(county-level): 33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($17,631,361 a year), Cold Wave ($1,020,212) and Lightning ($679,616).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(this town): FMA RL 2, SRL 5 (44 CFR 77.2); any definition: 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5002376975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2029-12-03</w:t>
      </w:r>
    </w:p>
    <w:p>
      <w:pPr>
        <w:keepNext/>
        <w:spacing w:after="40" w:before="0"/>
      </w:pPr>
      <w:r>
        <w:rPr>
          <w:b/>
        </w:rPr>
        <w:t xml:space="preserve">Plan: </w:t>
      </w:r>
      <w:r>
        <w:rPr/>
        <w:t>Waterbury, Vermont 2024 Local Hazard Mitigation Plan (FEMA plan 110174)</w:t>
      </w:r>
    </w:p>
    <w:p>
      <w:pPr>
        <w:keepNext/>
        <w:spacing w:after="40" w:before="0"/>
      </w:pPr>
      <w:r>
        <w:rPr>
          <w:b/>
        </w:rPr>
        <w:t xml:space="preserve">Approved: </w:t>
      </w:r>
      <w:r>
        <w:rPr/>
        <w:t>2024-12-04</w:t>
      </w:r>
    </w:p>
    <w:p>
      <w:pPr>
        <w:keepNext/>
        <w:spacing w:after="40" w:before="0"/>
      </w:pPr>
      <w:r>
        <w:rPr>
          <w:b/>
        </w:rPr>
        <w:t xml:space="preserve">Days to expiry: </w:t>
      </w:r>
      <w:r>
        <w:rPr/>
        <w:t>1,160</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2024-12-04)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(Washington County, county-level): </w:t>
      </w:r>
      <w:r>
        <w:rPr/>
        <w:t>33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2, SRL 5 (44 CFR 77.2); any definition: 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985"/>
        <w:gridCol w:w="923"/>
        <w:gridCol w:w="3765"/>
        <w:gridCol w:w="3214"/>
        <w:gridCol w:w="1476"/>
        <w:gridCol w:w="1476"/>
        <w:gridCol w:w="1273"/>
      </w:tblGrid>
      <w:tr>
        <w:trPr>
          <w:cantSplit/>
          <w:tblHeader/>
        </w:trPr>
        <w:tc>
          <w:tcPr>
            <w:tcW w:type="dxa" w:w="1985"/>
            <w:shd w:val="clear" w:color="auto" w:fill="E8E8E8"/>
          </w:tcPr>
          <w:p>
            <w:pPr>
              <w:spacing w:after="0"/>
              <w:jc w:val="left"/>
            </w:pPr>
            <w:r>
              <w:rPr>
                <w:b/>
                <w:sz w:val="16"/>
              </w:rPr>
              <w:t>Jurisdiction</w:t>
            </w:r>
          </w:p>
        </w:tc>
        <w:tc>
          <w:tcPr>
            <w:tcW w:type="dxa" w:w="923"/>
            <w:shd w:val="clear" w:color="auto" w:fill="E8E8E8"/>
          </w:tcPr>
          <w:p>
            <w:pPr>
              <w:spacing w:after="0"/>
              <w:jc w:val="left"/>
            </w:pPr>
            <w:r>
              <w:rPr>
                <w:b/>
                <w:sz w:val="16"/>
              </w:rPr>
              <w:t>Type</w:t>
            </w:r>
          </w:p>
        </w:tc>
        <w:tc>
          <w:tcPr>
            <w:tcW w:type="dxa" w:w="3765"/>
            <w:shd w:val="clear" w:color="auto" w:fill="E8E8E8"/>
          </w:tcPr>
          <w:p>
            <w:pPr>
              <w:spacing w:after="0"/>
              <w:jc w:val="left"/>
            </w:pPr>
            <w:r>
              <w:rPr>
                <w:b/>
                <w:sz w:val="16"/>
              </w:rPr>
              <w:t>Status</w:t>
            </w:r>
          </w:p>
        </w:tc>
        <w:tc>
          <w:tcPr>
            <w:tcW w:type="dxa" w:w="3214"/>
            <w:shd w:val="clear" w:color="auto" w:fill="E8E8E8"/>
          </w:tcPr>
          <w:p>
            <w:pPr>
              <w:spacing w:after="0"/>
              <w:jc w:val="left"/>
            </w:pPr>
            <w:r>
              <w:rPr>
                <w:b/>
                <w:sz w:val="16"/>
              </w:rPr>
              <w:t>Plan</w:t>
            </w:r>
          </w:p>
        </w:tc>
        <w:tc>
          <w:tcPr>
            <w:tcW w:type="dxa" w:w="1476"/>
            <w:shd w:val="clear" w:color="auto" w:fill="E8E8E8"/>
          </w:tcPr>
          <w:p>
            <w:pPr>
              <w:spacing w:after="0"/>
              <w:jc w:val="left"/>
            </w:pPr>
            <w:r>
              <w:rPr>
                <w:b/>
                <w:sz w:val="16"/>
              </w:rPr>
              <w:t>Approved</w:t>
            </w:r>
          </w:p>
        </w:tc>
        <w:tc>
          <w:tcPr>
            <w:tcW w:type="dxa" w:w="1476"/>
            <w:shd w:val="clear" w:color="auto" w:fill="E8E8E8"/>
          </w:tcPr>
          <w:p>
            <w:pPr>
              <w:spacing w:after="0"/>
              <w:jc w:val="left"/>
            </w:pPr>
            <w:r>
              <w:rPr>
                <w:b/>
                <w:sz w:val="16"/>
              </w:rPr>
              <w:t>Expires</w:t>
            </w:r>
          </w:p>
        </w:tc>
        <w:tc>
          <w:tcPr>
            <w:tcW w:type="dxa" w:w="127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85"/>
          </w:tcPr>
          <w:p>
            <w:pPr>
              <w:spacing w:after="0"/>
              <w:jc w:val="left"/>
            </w:pPr>
            <w:r>
              <w:rPr>
                <w:sz w:val="16"/>
              </w:rPr>
              <w:t>Waterbury town</w:t>
            </w:r>
          </w:p>
        </w:tc>
        <w:tc>
          <w:tcPr>
            <w:tcW w:type="dxa" w:w="923"/>
          </w:tcPr>
          <w:p>
            <w:pPr>
              <w:spacing w:after="0"/>
              <w:jc w:val="left"/>
            </w:pPr>
            <w:r>
              <w:rPr>
                <w:sz w:val="16"/>
              </w:rPr>
              <w:t>Town</w:t>
            </w:r>
          </w:p>
        </w:tc>
        <w:tc>
          <w:tcPr>
            <w:tcW w:type="dxa" w:w="3765"/>
          </w:tcPr>
          <w:p>
            <w:pPr>
              <w:spacing w:after="0"/>
              <w:jc w:val="left"/>
            </w:pPr>
            <w:r>
              <w:rPr>
                <w:sz w:val="16"/>
              </w:rPr>
              <w:t>Approved, expires 2029-12-03</w:t>
            </w:r>
          </w:p>
        </w:tc>
        <w:tc>
          <w:tcPr>
            <w:tcW w:type="dxa" w:w="3214"/>
          </w:tcPr>
          <w:p>
            <w:pPr>
              <w:spacing w:after="0"/>
              <w:jc w:val="left"/>
            </w:pPr>
            <w:r>
              <w:rPr>
                <w:sz w:val="16"/>
              </w:rPr>
              <w:t>Waterbury, Vermont 2024 Local Hazard Mitigation Plan (FEMA plan 110174)</w:t>
            </w:r>
          </w:p>
        </w:tc>
        <w:tc>
          <w:tcPr>
            <w:tcW w:type="dxa" w:w="1476"/>
          </w:tcPr>
          <w:p>
            <w:pPr>
              <w:spacing w:after="0"/>
              <w:jc w:val="left"/>
            </w:pPr>
            <w:r>
              <w:rPr>
                <w:sz w:val="16"/>
              </w:rPr>
              <w:t>2024-12-04</w:t>
            </w:r>
          </w:p>
        </w:tc>
        <w:tc>
          <w:tcPr>
            <w:tcW w:type="dxa" w:w="1476"/>
          </w:tcPr>
          <w:p>
            <w:pPr>
              <w:spacing w:after="0"/>
              <w:jc w:val="left"/>
            </w:pPr>
            <w:r>
              <w:rPr>
                <w:sz w:val="16"/>
              </w:rPr>
              <w:t>2029-12-03</w:t>
            </w:r>
          </w:p>
        </w:tc>
        <w:tc>
          <w:tcPr>
            <w:tcW w:type="dxa" w:w="1273"/>
          </w:tcPr>
          <w:p>
            <w:pPr>
              <w:spacing w:after="0"/>
              <w:jc w:val="right"/>
            </w:pPr>
            <w:r>
              <w:rPr>
                <w:sz w:val="16"/>
              </w:rPr>
              <w:t>1,160</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Inherited from Washington County, county-level (county FIPS 50023); scope: whole section.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311"/>
        <w:gridCol w:w="1654"/>
        <w:gridCol w:w="1126"/>
        <w:gridCol w:w="1126"/>
        <w:gridCol w:w="1832"/>
        <w:gridCol w:w="1195"/>
        <w:gridCol w:w="1997"/>
        <w:gridCol w:w="2121"/>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1"/>
            <w:shd w:val="clear" w:color="auto" w:fill="E8E8E8"/>
          </w:tcPr>
          <w:p>
            <w:pPr>
              <w:spacing w:after="0"/>
              <w:jc w:val="left"/>
            </w:pPr>
            <w:r>
              <w:rPr>
                <w:b/>
                <w:sz w:val="16"/>
              </w:rPr>
              <w:t>NRI risk rating</w:t>
            </w:r>
          </w:p>
        </w:tc>
        <w:tc>
          <w:tcPr>
            <w:tcW w:type="dxa" w:w="16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9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21"/>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Inland Flooding</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$17,072,085</w:t>
            </w:r>
          </w:p>
        </w:tc>
        <w:tc>
          <w:tcPr>
            <w:tcW w:type="dxa" w:w="1126"/>
          </w:tcPr>
          <w:p>
            <w:pPr>
              <w:spacing w:after="0"/>
              <w:jc w:val="right"/>
            </w:pPr>
            <w:r>
              <w:rPr>
                <w:sz w:val="16"/>
              </w:rPr>
              <w:t>$81,512</w:t>
            </w:r>
          </w:p>
        </w:tc>
        <w:tc>
          <w:tcPr>
            <w:tcW w:type="dxa" w:w="1832"/>
          </w:tcPr>
          <w:p>
            <w:pPr>
              <w:spacing w:after="0"/>
              <w:jc w:val="right"/>
            </w:pPr>
            <w:r>
              <w:rPr>
                <w:sz w:val="16"/>
              </w:rPr>
              <w:t>$477,764</w:t>
            </w:r>
          </w:p>
        </w:tc>
        <w:tc>
          <w:tcPr>
            <w:tcW w:type="dxa" w:w="1195"/>
          </w:tcPr>
          <w:p>
            <w:pPr>
              <w:spacing w:after="0"/>
              <w:jc w:val="right"/>
            </w:pPr>
            <w:r>
              <w:rPr>
                <w:sz w:val="16"/>
              </w:rPr>
              <w:t>$17,631,361</w:t>
            </w:r>
          </w:p>
        </w:tc>
        <w:tc>
          <w:tcPr>
            <w:tcW w:type="dxa" w:w="1997"/>
          </w:tcPr>
          <w:p>
            <w:pPr>
              <w:spacing w:after="0"/>
              <w:jc w:val="right"/>
            </w:pPr>
            <w:r>
              <w:rPr>
                <w:sz w:val="16"/>
              </w:rPr>
              <w:t>84</w:t>
            </w:r>
          </w:p>
        </w:tc>
        <w:tc>
          <w:tcPr>
            <w:tcW w:type="dxa" w:w="2121"/>
          </w:tcPr>
          <w:p>
            <w:pPr>
              <w:spacing w:after="0"/>
              <w:jc w:val="left"/>
            </w:pPr>
          </w:p>
        </w:tc>
      </w:tr>
      <w:tr>
        <w:trPr>
          <w:cantSplit/>
        </w:trPr>
        <w:tc>
          <w:tcPr>
            <w:tcW w:type="dxa" w:w="713"/>
          </w:tcPr>
          <w:p>
            <w:pPr>
              <w:spacing w:after="0"/>
              <w:jc w:val="right"/>
            </w:pPr>
            <w:r>
              <w:rPr>
                <w:sz w:val="16"/>
              </w:rPr>
              <w:t>2</w:t>
            </w:r>
          </w:p>
        </w:tc>
        <w:tc>
          <w:tcPr>
            <w:tcW w:type="dxa" w:w="1037"/>
          </w:tcPr>
          <w:p>
            <w:pPr>
              <w:spacing w:after="0"/>
              <w:jc w:val="left"/>
            </w:pPr>
            <w:r>
              <w:rPr>
                <w:sz w:val="16"/>
              </w:rPr>
              <w:t>Cold Wave</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$385</w:t>
            </w:r>
          </w:p>
        </w:tc>
        <w:tc>
          <w:tcPr>
            <w:tcW w:type="dxa" w:w="1126"/>
          </w:tcPr>
          <w:p>
            <w:pPr>
              <w:spacing w:after="0"/>
              <w:jc w:val="right"/>
            </w:pPr>
            <w:r>
              <w:rPr>
                <w:sz w:val="16"/>
              </w:rPr>
              <w:t>$15,338</w:t>
            </w:r>
          </w:p>
        </w:tc>
        <w:tc>
          <w:tcPr>
            <w:tcW w:type="dxa" w:w="1832"/>
          </w:tcPr>
          <w:p>
            <w:pPr>
              <w:spacing w:after="0"/>
              <w:jc w:val="right"/>
            </w:pPr>
            <w:r>
              <w:rPr>
                <w:sz w:val="16"/>
              </w:rPr>
              <w:t>$1,004,489</w:t>
            </w:r>
          </w:p>
        </w:tc>
        <w:tc>
          <w:tcPr>
            <w:tcW w:type="dxa" w:w="1195"/>
          </w:tcPr>
          <w:p>
            <w:pPr>
              <w:spacing w:after="0"/>
              <w:jc w:val="right"/>
            </w:pPr>
            <w:r>
              <w:rPr>
                <w:sz w:val="16"/>
              </w:rPr>
              <w:t>$1,020,212</w:t>
            </w:r>
          </w:p>
        </w:tc>
        <w:tc>
          <w:tcPr>
            <w:tcW w:type="dxa" w:w="1997"/>
          </w:tcPr>
          <w:p>
            <w:pPr>
              <w:spacing w:after="0"/>
              <w:jc w:val="right"/>
            </w:pPr>
            <w:r>
              <w:rPr>
                <w:sz w:val="16"/>
              </w:rPr>
              <w:t>30</w:t>
            </w:r>
          </w:p>
        </w:tc>
        <w:tc>
          <w:tcPr>
            <w:tcW w:type="dxa" w:w="2121"/>
          </w:tcPr>
          <w:p>
            <w:pPr>
              <w:spacing w:after="0"/>
              <w:jc w:val="left"/>
            </w:pPr>
            <w:r>
              <w:rPr>
                <w:sz w:val="16"/>
              </w:rPr>
              <w:t>Includes 3 Frost/Freeze records (outside NRI's Cold Wave definition; counted in this table and in B1-d, not in the B1-e descriptor).</w:t>
            </w:r>
          </w:p>
        </w:tc>
      </w:tr>
      <w:tr>
        <w:trPr>
          <w:cantSplit/>
        </w:trPr>
        <w:tc>
          <w:tcPr>
            <w:tcW w:type="dxa" w:w="713"/>
          </w:tcPr>
          <w:p>
            <w:pPr>
              <w:spacing w:after="0"/>
              <w:jc w:val="right"/>
            </w:pPr>
            <w:r>
              <w:rPr>
                <w:sz w:val="16"/>
              </w:rPr>
              <w:t>3</w:t>
            </w:r>
          </w:p>
        </w:tc>
        <w:tc>
          <w:tcPr>
            <w:tcW w:type="dxa" w:w="1037"/>
          </w:tcPr>
          <w:p>
            <w:pPr>
              <w:spacing w:after="0"/>
              <w:jc w:val="left"/>
            </w:pPr>
            <w:r>
              <w:rPr>
                <w:sz w:val="16"/>
              </w:rPr>
              <w:t>Lightning</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$43,545</w:t>
            </w:r>
          </w:p>
        </w:tc>
        <w:tc>
          <w:tcPr>
            <w:tcW w:type="dxa" w:w="1126"/>
          </w:tcPr>
          <w:p>
            <w:pPr>
              <w:spacing w:after="0"/>
              <w:jc w:val="right"/>
            </w:pPr>
            <w:r>
              <w:rPr>
                <w:sz w:val="16"/>
              </w:rPr>
              <w:t>n/a</w:t>
            </w:r>
          </w:p>
        </w:tc>
        <w:tc>
          <w:tcPr>
            <w:tcW w:type="dxa" w:w="1832"/>
          </w:tcPr>
          <w:p>
            <w:pPr>
              <w:spacing w:after="0"/>
              <w:jc w:val="right"/>
            </w:pPr>
            <w:r>
              <w:rPr>
                <w:sz w:val="16"/>
              </w:rPr>
              <w:t>$636,071</w:t>
            </w:r>
          </w:p>
        </w:tc>
        <w:tc>
          <w:tcPr>
            <w:tcW w:type="dxa" w:w="1195"/>
          </w:tcPr>
          <w:p>
            <w:pPr>
              <w:spacing w:after="0"/>
              <w:jc w:val="right"/>
            </w:pPr>
            <w:r>
              <w:rPr>
                <w:sz w:val="16"/>
              </w:rPr>
              <w:t>$679,616</w:t>
            </w:r>
          </w:p>
        </w:tc>
        <w:tc>
          <w:tcPr>
            <w:tcW w:type="dxa" w:w="1997"/>
          </w:tcPr>
          <w:p>
            <w:pPr>
              <w:spacing w:after="0"/>
              <w:jc w:val="right"/>
            </w:pPr>
            <w:r>
              <w:rPr>
                <w:sz w:val="16"/>
              </w:rPr>
              <w:t>8</w:t>
            </w:r>
          </w:p>
        </w:tc>
        <w:tc>
          <w:tcPr>
            <w:tcW w:type="dxa" w:w="2121"/>
          </w:tcPr>
          <w:p>
            <w:pPr>
              <w:spacing w:after="0"/>
              <w:jc w:val="left"/>
            </w:pPr>
          </w:p>
        </w:tc>
      </w:tr>
      <w:tr>
        <w:trPr>
          <w:cantSplit/>
        </w:trPr>
        <w:tc>
          <w:tcPr>
            <w:tcW w:type="dxa" w:w="713"/>
          </w:tcPr>
          <w:p>
            <w:pPr>
              <w:spacing w:after="0"/>
              <w:jc w:val="right"/>
            </w:pPr>
            <w:r>
              <w:rPr>
                <w:sz w:val="16"/>
              </w:rPr>
              <w:t>4</w:t>
            </w:r>
          </w:p>
        </w:tc>
        <w:tc>
          <w:tcPr>
            <w:tcW w:type="dxa" w:w="1037"/>
          </w:tcPr>
          <w:p>
            <w:pPr>
              <w:spacing w:after="0"/>
              <w:jc w:val="left"/>
            </w:pPr>
            <w:r>
              <w:rPr>
                <w:sz w:val="16"/>
              </w:rPr>
              <w:t>Heat Wave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832"/>
          </w:tcPr>
          <w:p>
            <w:pPr>
              <w:spacing w:after="0"/>
              <w:jc w:val="right"/>
            </w:pPr>
            <w:r>
              <w:rPr>
                <w:sz w:val="16"/>
              </w:rPr>
              <w:t>$586,578</w:t>
            </w:r>
          </w:p>
        </w:tc>
        <w:tc>
          <w:tcPr>
            <w:tcW w:type="dxa" w:w="1195"/>
          </w:tcPr>
          <w:p>
            <w:pPr>
              <w:spacing w:after="0"/>
              <w:jc w:val="right"/>
            </w:pPr>
            <w:r>
              <w:rPr>
                <w:sz w:val="16"/>
              </w:rPr>
              <w:t>$636,827</w:t>
            </w:r>
          </w:p>
        </w:tc>
        <w:tc>
          <w:tcPr>
            <w:tcW w:type="dxa" w:w="1997"/>
          </w:tcPr>
          <w:p>
            <w:pPr>
              <w:spacing w:after="0"/>
              <w:jc w:val="right"/>
            </w:pPr>
            <w:r>
              <w:rPr>
                <w:sz w:val="16"/>
              </w:rPr>
              <w:t>8</w:t>
            </w:r>
          </w:p>
        </w:tc>
        <w:tc>
          <w:tcPr>
            <w:tcW w:type="dxa" w:w="2121"/>
          </w:tcPr>
          <w:p>
            <w:pPr>
              <w:spacing w:after="0"/>
              <w:jc w:val="left"/>
            </w:pPr>
          </w:p>
        </w:tc>
      </w:tr>
      <w:tr>
        <w:trPr>
          <w:cantSplit/>
        </w:trPr>
        <w:tc>
          <w:tcPr>
            <w:tcW w:type="dxa" w:w="713"/>
          </w:tcPr>
          <w:p>
            <w:pPr>
              <w:spacing w:after="0"/>
              <w:jc w:val="right"/>
            </w:pPr>
            <w:r>
              <w:rPr>
                <w:sz w:val="16"/>
              </w:rPr>
              <w:t>5</w:t>
            </w:r>
          </w:p>
        </w:tc>
        <w:tc>
          <w:tcPr>
            <w:tcW w:type="dxa" w:w="1037"/>
          </w:tcPr>
          <w:p>
            <w:pPr>
              <w:spacing w:after="0"/>
              <w:jc w:val="left"/>
            </w:pPr>
            <w:r>
              <w:rPr>
                <w:sz w:val="16"/>
              </w:rPr>
              <w:t>Hurricane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$536,131</w:t>
            </w:r>
          </w:p>
        </w:tc>
        <w:tc>
          <w:tcPr>
            <w:tcW w:type="dxa" w:w="1126"/>
          </w:tcPr>
          <w:p>
            <w:pPr>
              <w:spacing w:after="0"/>
              <w:jc w:val="right"/>
            </w:pPr>
            <w:r>
              <w:rPr>
                <w:sz w:val="16"/>
              </w:rPr>
              <w:t>$40,851</w:t>
            </w:r>
          </w:p>
        </w:tc>
        <w:tc>
          <w:tcPr>
            <w:tcW w:type="dxa" w:w="1832"/>
          </w:tcPr>
          <w:p>
            <w:pPr>
              <w:spacing w:after="0"/>
              <w:jc w:val="right"/>
            </w:pPr>
            <w:r>
              <w:rPr>
                <w:sz w:val="16"/>
              </w:rPr>
              <w:t>$24,340</w:t>
            </w:r>
          </w:p>
        </w:tc>
        <w:tc>
          <w:tcPr>
            <w:tcW w:type="dxa" w:w="1195"/>
          </w:tcPr>
          <w:p>
            <w:pPr>
              <w:spacing w:after="0"/>
              <w:jc w:val="right"/>
            </w:pPr>
            <w:r>
              <w:rPr>
                <w:sz w:val="16"/>
              </w:rPr>
              <w:t>$601,321</w:t>
            </w:r>
          </w:p>
        </w:tc>
        <w:tc>
          <w:tcPr>
            <w:tcW w:type="dxa" w:w="1997"/>
          </w:tcPr>
          <w:p>
            <w:pPr>
              <w:spacing w:after="0"/>
              <w:jc w:val="right"/>
            </w:pPr>
            <w:r>
              <w:rPr>
                <w:sz w:val="16"/>
              </w:rPr>
              <w:t>0</w:t>
            </w:r>
          </w:p>
        </w:tc>
        <w:tc>
          <w:tcPr>
            <w:tcW w:type="dxa" w:w="2121"/>
          </w:tcPr>
          <w:p>
            <w:pPr>
              <w:spacing w:after="0"/>
              <w:jc w:val="left"/>
            </w:pPr>
            <w:r>
              <w:rPr>
                <w:sz w:val="16"/>
              </w:rPr>
              <w:t>Declared 4 times; no Storm Events record of this type.</w:t>
            </w:r>
          </w:p>
        </w:tc>
      </w:tr>
      <w:tr>
        <w:trPr>
          <w:cantSplit/>
        </w:trPr>
        <w:tc>
          <w:tcPr>
            <w:tcW w:type="dxa" w:w="713"/>
          </w:tcPr>
          <w:p>
            <w:pPr>
              <w:spacing w:after="0"/>
              <w:jc w:val="right"/>
            </w:pPr>
            <w:r>
              <w:rPr>
                <w:sz w:val="16"/>
              </w:rPr>
              <w:t>6</w:t>
            </w:r>
          </w:p>
        </w:tc>
        <w:tc>
          <w:tcPr>
            <w:tcW w:type="dxa" w:w="1037"/>
          </w:tcPr>
          <w:p>
            <w:pPr>
              <w:spacing w:after="0"/>
              <w:jc w:val="left"/>
            </w:pPr>
            <w:r>
              <w:rPr>
                <w:sz w:val="16"/>
              </w:rPr>
              <w:t>Earthquake</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$343,022</w:t>
            </w:r>
          </w:p>
        </w:tc>
        <w:tc>
          <w:tcPr>
            <w:tcW w:type="dxa" w:w="1126"/>
          </w:tcPr>
          <w:p>
            <w:pPr>
              <w:spacing w:after="0"/>
              <w:jc w:val="right"/>
            </w:pPr>
            <w:r>
              <w:rPr>
                <w:sz w:val="16"/>
              </w:rPr>
              <w:t>n/a</w:t>
            </w:r>
          </w:p>
        </w:tc>
        <w:tc>
          <w:tcPr>
            <w:tcW w:type="dxa" w:w="1832"/>
          </w:tcPr>
          <w:p>
            <w:pPr>
              <w:spacing w:after="0"/>
              <w:jc w:val="right"/>
            </w:pPr>
            <w:r>
              <w:rPr>
                <w:sz w:val="16"/>
              </w:rPr>
              <w:t>$60,884</w:t>
            </w:r>
          </w:p>
        </w:tc>
        <w:tc>
          <w:tcPr>
            <w:tcW w:type="dxa" w:w="1195"/>
          </w:tcPr>
          <w:p>
            <w:pPr>
              <w:spacing w:after="0"/>
              <w:jc w:val="right"/>
            </w:pPr>
            <w:r>
              <w:rPr>
                <w:sz w:val="16"/>
              </w:rPr>
              <w:t>$403,906</w:t>
            </w:r>
          </w:p>
        </w:tc>
        <w:tc>
          <w:tcPr>
            <w:tcW w:type="dxa" w:w="1997"/>
          </w:tcPr>
          <w:p>
            <w:pPr>
              <w:spacing w:after="0"/>
              <w:jc w:val="right"/>
            </w:pPr>
          </w:p>
        </w:tc>
        <w:tc>
          <w:tcPr>
            <w:tcW w:type="dxa" w:w="2121"/>
          </w:tcPr>
          <w:p>
            <w:pPr>
              <w:spacing w:after="0"/>
              <w:jc w:val="left"/>
            </w:pPr>
            <w:r>
              <w:rPr>
                <w:sz w:val="16"/>
              </w:rPr>
              <w:t>Storm Events does not record earthquakes.</w:t>
            </w:r>
          </w:p>
        </w:tc>
      </w:tr>
      <w:tr>
        <w:trPr>
          <w:cantSplit/>
        </w:trPr>
        <w:tc>
          <w:tcPr>
            <w:tcW w:type="dxa" w:w="713"/>
          </w:tcPr>
          <w:p>
            <w:pPr>
              <w:spacing w:after="0"/>
              <w:jc w:val="right"/>
            </w:pPr>
            <w:r>
              <w:rPr>
                <w:sz w:val="16"/>
              </w:rPr>
              <w:t>7</w:t>
            </w:r>
          </w:p>
        </w:tc>
        <w:tc>
          <w:tcPr>
            <w:tcW w:type="dxa" w:w="1037"/>
          </w:tcPr>
          <w:p>
            <w:pPr>
              <w:spacing w:after="0"/>
              <w:jc w:val="left"/>
            </w:pPr>
            <w:r>
              <w:rPr>
                <w:sz w:val="16"/>
              </w:rPr>
              <w:t>Landslide</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$23,839</w:t>
            </w:r>
          </w:p>
        </w:tc>
        <w:tc>
          <w:tcPr>
            <w:tcW w:type="dxa" w:w="1126"/>
          </w:tcPr>
          <w:p>
            <w:pPr>
              <w:spacing w:after="0"/>
              <w:jc w:val="right"/>
            </w:pPr>
            <w:r>
              <w:rPr>
                <w:sz w:val="16"/>
              </w:rPr>
              <w:t>n/a</w:t>
            </w:r>
          </w:p>
        </w:tc>
        <w:tc>
          <w:tcPr>
            <w:tcW w:type="dxa" w:w="1832"/>
          </w:tcPr>
          <w:p>
            <w:pPr>
              <w:spacing w:after="0"/>
              <w:jc w:val="right"/>
            </w:pPr>
            <w:r>
              <w:rPr>
                <w:sz w:val="16"/>
              </w:rPr>
              <w:t>$342,500</w:t>
            </w:r>
          </w:p>
        </w:tc>
        <w:tc>
          <w:tcPr>
            <w:tcW w:type="dxa" w:w="1195"/>
          </w:tcPr>
          <w:p>
            <w:pPr>
              <w:spacing w:after="0"/>
              <w:jc w:val="right"/>
            </w:pPr>
            <w:r>
              <w:rPr>
                <w:sz w:val="16"/>
              </w:rPr>
              <w:t>$366,339</w:t>
            </w:r>
          </w:p>
        </w:tc>
        <w:tc>
          <w:tcPr>
            <w:tcW w:type="dxa" w:w="1997"/>
          </w:tcPr>
          <w:p>
            <w:pPr>
              <w:spacing w:after="0"/>
              <w:jc w:val="right"/>
            </w:pPr>
            <w:r>
              <w:rPr>
                <w:sz w:val="16"/>
              </w:rPr>
              <w:t>0</w:t>
            </w:r>
          </w:p>
        </w:tc>
        <w:tc>
          <w:tcPr>
            <w:tcW w:type="dxa" w:w="2121"/>
          </w:tcPr>
          <w:p>
            <w:pPr>
              <w:spacing w:after="0"/>
              <w:jc w:val="left"/>
            </w:pPr>
            <w:r>
              <w:rPr>
                <w:sz w:val="16"/>
              </w:rPr>
              <w:t>Declared 3 times; no Storm Events record of this type.</w:t>
            </w:r>
          </w:p>
        </w:tc>
      </w:tr>
      <w:tr>
        <w:trPr>
          <w:cantSplit/>
        </w:trPr>
        <w:tc>
          <w:tcPr>
            <w:tcW w:type="dxa" w:w="713"/>
          </w:tcPr>
          <w:p>
            <w:pPr>
              <w:spacing w:after="0"/>
              <w:jc w:val="right"/>
            </w:pPr>
            <w:r>
              <w:rPr>
                <w:sz w:val="16"/>
              </w:rPr>
              <w:t>8</w:t>
            </w:r>
          </w:p>
        </w:tc>
        <w:tc>
          <w:tcPr>
            <w:tcW w:type="dxa" w:w="1037"/>
          </w:tcPr>
          <w:p>
            <w:pPr>
              <w:spacing w:after="0"/>
              <w:jc w:val="left"/>
            </w:pPr>
            <w:r>
              <w:rPr>
                <w:sz w:val="16"/>
              </w:rPr>
              <w:t>Strong Wind</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$139,150</w:t>
            </w:r>
          </w:p>
        </w:tc>
        <w:tc>
          <w:tcPr>
            <w:tcW w:type="dxa" w:w="1126"/>
          </w:tcPr>
          <w:p>
            <w:pPr>
              <w:spacing w:after="0"/>
              <w:jc w:val="right"/>
            </w:pPr>
            <w:r>
              <w:rPr>
                <w:sz w:val="16"/>
              </w:rPr>
              <w:t>$2,334</w:t>
            </w:r>
          </w:p>
        </w:tc>
        <w:tc>
          <w:tcPr>
            <w:tcW w:type="dxa" w:w="1832"/>
          </w:tcPr>
          <w:p>
            <w:pPr>
              <w:spacing w:after="0"/>
              <w:jc w:val="right"/>
            </w:pPr>
            <w:r>
              <w:rPr>
                <w:sz w:val="16"/>
              </w:rPr>
              <w:t>$144,246</w:t>
            </w:r>
          </w:p>
        </w:tc>
        <w:tc>
          <w:tcPr>
            <w:tcW w:type="dxa" w:w="1195"/>
          </w:tcPr>
          <w:p>
            <w:pPr>
              <w:spacing w:after="0"/>
              <w:jc w:val="right"/>
            </w:pPr>
            <w:r>
              <w:rPr>
                <w:sz w:val="16"/>
              </w:rPr>
              <w:t>$285,730</w:t>
            </w:r>
          </w:p>
        </w:tc>
        <w:tc>
          <w:tcPr>
            <w:tcW w:type="dxa" w:w="1997"/>
          </w:tcPr>
          <w:p>
            <w:pPr>
              <w:spacing w:after="0"/>
              <w:jc w:val="right"/>
            </w:pPr>
            <w:r>
              <w:rPr>
                <w:sz w:val="16"/>
              </w:rPr>
              <w:t>205</w:t>
            </w:r>
          </w:p>
        </w:tc>
        <w:tc>
          <w:tcPr>
            <w:tcW w:type="dxa" w:w="2121"/>
          </w:tcPr>
          <w:p>
            <w:pPr>
              <w:spacing w:after="0"/>
              <w:jc w:val="left"/>
            </w:pPr>
            <w:r>
              <w:rPr>
                <w:sz w:val="16"/>
              </w:rPr>
              <w:t>Includes 16 High Wind and 34 Strong Wind records (NOAA non-thunderstorm wind types, outside NRI's Strong Wind definition).</w:t>
            </w:r>
          </w:p>
        </w:tc>
      </w:tr>
      <w:tr>
        <w:trPr>
          <w:cantSplit/>
        </w:trPr>
        <w:tc>
          <w:tcPr>
            <w:tcW w:type="dxa" w:w="713"/>
          </w:tcPr>
          <w:p>
            <w:pPr>
              <w:spacing w:after="0"/>
              <w:jc w:val="right"/>
            </w:pPr>
            <w:r>
              <w:rPr>
                <w:sz w:val="16"/>
              </w:rPr>
              <w:t>9</w:t>
            </w:r>
          </w:p>
        </w:tc>
        <w:tc>
          <w:tcPr>
            <w:tcW w:type="dxa" w:w="1037"/>
          </w:tcPr>
          <w:p>
            <w:pPr>
              <w:spacing w:after="0"/>
              <w:jc w:val="left"/>
            </w:pPr>
            <w:r>
              <w:rPr>
                <w:sz w:val="16"/>
              </w:rPr>
              <w:t>Winter Weather</w:t>
            </w:r>
          </w:p>
        </w:tc>
        <w:tc>
          <w:tcPr>
            <w:tcW w:type="dxa" w:w="1311"/>
          </w:tcPr>
          <w:p>
            <w:pPr>
              <w:spacing w:after="0"/>
              <w:jc w:val="left"/>
            </w:pPr>
            <w:r>
              <w:rPr>
                <w:sz w:val="16"/>
              </w:rPr>
              <w:t>Relatively Moderate</w:t>
            </w:r>
          </w:p>
        </w:tc>
        <w:tc>
          <w:tcPr>
            <w:tcW w:type="dxa" w:w="1654"/>
          </w:tcPr>
          <w:p>
            <w:pPr>
              <w:spacing w:after="0"/>
              <w:jc w:val="left"/>
            </w:pPr>
            <w:r>
              <w:rPr>
                <w:sz w:val="16"/>
              </w:rPr>
              <w:t>Relatively High</w:t>
            </w:r>
          </w:p>
        </w:tc>
        <w:tc>
          <w:tcPr>
            <w:tcW w:type="dxa" w:w="1126"/>
          </w:tcPr>
          <w:p>
            <w:pPr>
              <w:spacing w:after="0"/>
              <w:jc w:val="right"/>
            </w:pPr>
            <w:r>
              <w:rPr>
                <w:sz w:val="16"/>
              </w:rPr>
              <w:t>$130,541</w:t>
            </w:r>
          </w:p>
        </w:tc>
        <w:tc>
          <w:tcPr>
            <w:tcW w:type="dxa" w:w="1126"/>
          </w:tcPr>
          <w:p>
            <w:pPr>
              <w:spacing w:after="0"/>
              <w:jc w:val="right"/>
            </w:pPr>
            <w:r>
              <w:rPr>
                <w:sz w:val="16"/>
              </w:rPr>
              <w:t>$66</w:t>
            </w:r>
          </w:p>
        </w:tc>
        <w:tc>
          <w:tcPr>
            <w:tcW w:type="dxa" w:w="1832"/>
          </w:tcPr>
          <w:p>
            <w:pPr>
              <w:spacing w:after="0"/>
              <w:jc w:val="right"/>
            </w:pPr>
            <w:r>
              <w:rPr>
                <w:sz w:val="16"/>
              </w:rPr>
              <w:t>$144,853</w:t>
            </w:r>
          </w:p>
        </w:tc>
        <w:tc>
          <w:tcPr>
            <w:tcW w:type="dxa" w:w="1195"/>
          </w:tcPr>
          <w:p>
            <w:pPr>
              <w:spacing w:after="0"/>
              <w:jc w:val="right"/>
            </w:pPr>
            <w:r>
              <w:rPr>
                <w:sz w:val="16"/>
              </w:rPr>
              <w:t>$275,460</w:t>
            </w:r>
          </w:p>
        </w:tc>
        <w:tc>
          <w:tcPr>
            <w:tcW w:type="dxa" w:w="1997"/>
          </w:tcPr>
          <w:p>
            <w:pPr>
              <w:spacing w:after="0"/>
              <w:jc w:val="right"/>
            </w:pPr>
            <w:r>
              <w:rPr>
                <w:sz w:val="16"/>
              </w:rPr>
              <w:t>317</w:t>
            </w:r>
          </w:p>
        </w:tc>
        <w:tc>
          <w:tcPr>
            <w:tcW w:type="dxa" w:w="2121"/>
          </w:tcPr>
          <w:p>
            <w:pPr>
              <w:spacing w:after="0"/>
              <w:jc w:val="left"/>
            </w:pPr>
          </w:p>
        </w:tc>
      </w:tr>
      <w:tr>
        <w:trPr>
          <w:cantSplit/>
        </w:trPr>
        <w:tc>
          <w:tcPr>
            <w:tcW w:type="dxa" w:w="713"/>
          </w:tcPr>
          <w:p>
            <w:pPr>
              <w:spacing w:after="0"/>
              <w:jc w:val="right"/>
            </w:pPr>
            <w:r>
              <w:rPr>
                <w:sz w:val="16"/>
              </w:rPr>
              <w:t>10</w:t>
            </w:r>
          </w:p>
        </w:tc>
        <w:tc>
          <w:tcPr>
            <w:tcW w:type="dxa" w:w="1037"/>
          </w:tcPr>
          <w:p>
            <w:pPr>
              <w:spacing w:after="0"/>
              <w:jc w:val="left"/>
            </w:pPr>
            <w:r>
              <w:rPr>
                <w:sz w:val="16"/>
              </w:rPr>
              <w:t>Tornado</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$30,416</w:t>
            </w:r>
          </w:p>
        </w:tc>
        <w:tc>
          <w:tcPr>
            <w:tcW w:type="dxa" w:w="1126"/>
          </w:tcPr>
          <w:p>
            <w:pPr>
              <w:spacing w:after="0"/>
              <w:jc w:val="right"/>
            </w:pPr>
            <w:r>
              <w:rPr>
                <w:sz w:val="16"/>
              </w:rPr>
              <w:t>$122</w:t>
            </w:r>
          </w:p>
        </w:tc>
        <w:tc>
          <w:tcPr>
            <w:tcW w:type="dxa" w:w="1832"/>
          </w:tcPr>
          <w:p>
            <w:pPr>
              <w:spacing w:after="0"/>
              <w:jc w:val="right"/>
            </w:pPr>
            <w:r>
              <w:rPr>
                <w:sz w:val="16"/>
              </w:rPr>
              <w:t>$127,612</w:t>
            </w:r>
          </w:p>
        </w:tc>
        <w:tc>
          <w:tcPr>
            <w:tcW w:type="dxa" w:w="1195"/>
          </w:tcPr>
          <w:p>
            <w:pPr>
              <w:spacing w:after="0"/>
              <w:jc w:val="right"/>
            </w:pPr>
            <w:r>
              <w:rPr>
                <w:sz w:val="16"/>
              </w:rPr>
              <w:t>$158,150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11</w:t>
            </w:r>
          </w:p>
        </w:tc>
        <w:tc>
          <w:tcPr>
            <w:tcW w:type="dxa" w:w="1037"/>
          </w:tcPr>
          <w:p>
            <w:pPr>
              <w:spacing w:after="0"/>
              <w:jc w:val="left"/>
            </w:pPr>
            <w:r>
              <w:rPr>
                <w:sz w:val="16"/>
              </w:rPr>
              <w:t>Ice Storm</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$101,712</w:t>
            </w:r>
          </w:p>
        </w:tc>
        <w:tc>
          <w:tcPr>
            <w:tcW w:type="dxa" w:w="1126"/>
          </w:tcPr>
          <w:p>
            <w:pPr>
              <w:spacing w:after="0"/>
              <w:jc w:val="right"/>
            </w:pPr>
            <w:r>
              <w:rPr>
                <w:sz w:val="16"/>
              </w:rPr>
              <w:t>n/a</w:t>
            </w:r>
          </w:p>
        </w:tc>
        <w:tc>
          <w:tcPr>
            <w:tcW w:type="dxa" w:w="1832"/>
          </w:tcPr>
          <w:p>
            <w:pPr>
              <w:spacing w:after="0"/>
              <w:jc w:val="right"/>
            </w:pPr>
            <w:r>
              <w:rPr>
                <w:sz w:val="16"/>
              </w:rPr>
              <w:t>$12,305</w:t>
            </w:r>
          </w:p>
        </w:tc>
        <w:tc>
          <w:tcPr>
            <w:tcW w:type="dxa" w:w="1195"/>
          </w:tcPr>
          <w:p>
            <w:pPr>
              <w:spacing w:after="0"/>
              <w:jc w:val="right"/>
            </w:pPr>
            <w:r>
              <w:rPr>
                <w:sz w:val="16"/>
              </w:rPr>
              <w:t>$114,017</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12</w:t>
            </w:r>
          </w:p>
        </w:tc>
        <w:tc>
          <w:tcPr>
            <w:tcW w:type="dxa" w:w="1037"/>
          </w:tcPr>
          <w:p>
            <w:pPr>
              <w:spacing w:after="0"/>
              <w:jc w:val="left"/>
            </w:pPr>
            <w:r>
              <w:rPr>
                <w:sz w:val="16"/>
              </w:rPr>
              <w:t>Hail</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$5,254</w:t>
            </w:r>
          </w:p>
        </w:tc>
        <w:tc>
          <w:tcPr>
            <w:tcW w:type="dxa" w:w="1126"/>
          </w:tcPr>
          <w:p>
            <w:pPr>
              <w:spacing w:after="0"/>
              <w:jc w:val="right"/>
            </w:pPr>
            <w:r>
              <w:rPr>
                <w:sz w:val="16"/>
              </w:rPr>
              <w:t>$4,238</w:t>
            </w:r>
          </w:p>
        </w:tc>
        <w:tc>
          <w:tcPr>
            <w:tcW w:type="dxa" w:w="1832"/>
          </w:tcPr>
          <w:p>
            <w:pPr>
              <w:spacing w:after="0"/>
              <w:jc w:val="right"/>
            </w:pPr>
            <w:r>
              <w:rPr>
                <w:sz w:val="16"/>
              </w:rPr>
              <w:t>$39,889</w:t>
            </w:r>
          </w:p>
        </w:tc>
        <w:tc>
          <w:tcPr>
            <w:tcW w:type="dxa" w:w="1195"/>
          </w:tcPr>
          <w:p>
            <w:pPr>
              <w:spacing w:after="0"/>
              <w:jc w:val="right"/>
            </w:pPr>
            <w:r>
              <w:rPr>
                <w:sz w:val="16"/>
              </w:rPr>
              <w:t>$49,381</w:t>
            </w:r>
          </w:p>
        </w:tc>
        <w:tc>
          <w:tcPr>
            <w:tcW w:type="dxa" w:w="1997"/>
          </w:tcPr>
          <w:p>
            <w:pPr>
              <w:spacing w:after="0"/>
              <w:jc w:val="right"/>
            </w:pPr>
            <w:r>
              <w:rPr>
                <w:sz w:val="16"/>
              </w:rPr>
              <w:t>55</w:t>
            </w:r>
          </w:p>
        </w:tc>
        <w:tc>
          <w:tcPr>
            <w:tcW w:type="dxa" w:w="2121"/>
          </w:tcPr>
          <w:p>
            <w:pPr>
              <w:spacing w:after="0"/>
              <w:jc w:val="left"/>
            </w:pPr>
          </w:p>
        </w:tc>
      </w:tr>
      <w:tr>
        <w:trPr>
          <w:cantSplit/>
        </w:trPr>
        <w:tc>
          <w:tcPr>
            <w:tcW w:type="dxa" w:w="713"/>
          </w:tcPr>
          <w:p>
            <w:pPr>
              <w:spacing w:after="0"/>
              <w:jc w:val="right"/>
            </w:pPr>
            <w:r>
              <w:rPr>
                <w:sz w:val="16"/>
              </w:rPr>
              <w:t>13</w:t>
            </w:r>
          </w:p>
        </w:tc>
        <w:tc>
          <w:tcPr>
            <w:tcW w:type="dxa" w:w="1037"/>
          </w:tcPr>
          <w:p>
            <w:pPr>
              <w:spacing w:after="0"/>
              <w:jc w:val="left"/>
            </w:pPr>
            <w:r>
              <w:rPr>
                <w:sz w:val="16"/>
              </w:rPr>
              <w:t>Wildfire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$8,414</w:t>
            </w:r>
          </w:p>
        </w:tc>
        <w:tc>
          <w:tcPr>
            <w:tcW w:type="dxa" w:w="1126"/>
          </w:tcPr>
          <w:p>
            <w:pPr>
              <w:spacing w:after="0"/>
              <w:jc w:val="right"/>
            </w:pPr>
            <w:r>
              <w:rPr>
                <w:sz w:val="16"/>
              </w:rPr>
              <w:t>$3</w:t>
            </w:r>
          </w:p>
        </w:tc>
        <w:tc>
          <w:tcPr>
            <w:tcW w:type="dxa" w:w="1832"/>
          </w:tcPr>
          <w:p>
            <w:pPr>
              <w:spacing w:after="0"/>
              <w:jc w:val="right"/>
            </w:pPr>
            <w:r>
              <w:rPr>
                <w:sz w:val="16"/>
              </w:rPr>
              <w:t>$788</w:t>
            </w:r>
          </w:p>
        </w:tc>
        <w:tc>
          <w:tcPr>
            <w:tcW w:type="dxa" w:w="1195"/>
          </w:tcPr>
          <w:p>
            <w:pPr>
              <w:spacing w:after="0"/>
              <w:jc w:val="right"/>
            </w:pPr>
            <w:r>
              <w:rPr>
                <w:sz w:val="16"/>
              </w:rPr>
              <w:t>$9,205</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14</w:t>
            </w:r>
          </w:p>
        </w:tc>
        <w:tc>
          <w:tcPr>
            <w:tcW w:type="dxa" w:w="1037"/>
          </w:tcPr>
          <w:p>
            <w:pPr>
              <w:spacing w:after="0"/>
              <w:jc w:val="left"/>
            </w:pPr>
            <w:r>
              <w:rPr>
                <w:sz w:val="16"/>
              </w:rPr>
              <w:t>Avalanche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832"/>
          </w:tcPr>
          <w:p>
            <w:pPr>
              <w:spacing w:after="0"/>
              <w:jc w:val="right"/>
            </w:pPr>
            <w:r>
              <w:rPr>
                <w:sz w:val="16"/>
              </w:rPr>
              <w:t>$537</w:t>
            </w:r>
          </w:p>
        </w:tc>
        <w:tc>
          <w:tcPr>
            <w:tcW w:type="dxa" w:w="1195"/>
          </w:tcPr>
          <w:p>
            <w:pPr>
              <w:spacing w:after="0"/>
              <w:jc w:val="right"/>
            </w:pPr>
            <w:r>
              <w:rPr>
                <w:sz w:val="16"/>
              </w:rPr>
              <w:t>$537</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15</w:t>
            </w:r>
          </w:p>
        </w:tc>
        <w:tc>
          <w:tcPr>
            <w:tcW w:type="dxa" w:w="1037"/>
          </w:tcPr>
          <w:p>
            <w:pPr>
              <w:spacing w:after="0"/>
              <w:jc w:val="left"/>
            </w:pPr>
            <w:r>
              <w:rPr>
                <w:sz w:val="16"/>
              </w:rPr>
              <w:t>Drought</w:t>
            </w:r>
          </w:p>
        </w:tc>
        <w:tc>
          <w:tcPr>
            <w:tcW w:type="dxa" w:w="1311"/>
          </w:tcPr>
          <w:p>
            <w:pPr>
              <w:spacing w:after="0"/>
              <w:jc w:val="left"/>
            </w:pPr>
            <w:r>
              <w:rPr>
                <w:sz w:val="16"/>
              </w:rPr>
              <w:t>No Rating</w:t>
            </w:r>
          </w:p>
        </w:tc>
        <w:tc>
          <w:tcPr>
            <w:tcW w:type="dxa" w:w="165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32"/>
          </w:tcPr>
          <w:p>
            <w:pPr>
              <w:spacing w:after="0"/>
              <w:jc w:val="right"/>
            </w:pPr>
            <w:r>
              <w:rPr>
                <w:sz w:val="16"/>
              </w:rPr>
              <w:t>n/a</w:t>
            </w:r>
          </w:p>
        </w:tc>
        <w:tc>
          <w:tcPr>
            <w:tcW w:type="dxa" w:w="1195"/>
          </w:tcPr>
          <w:p>
            <w:pPr>
              <w:spacing w:after="0"/>
              <w:jc w:val="right"/>
            </w:pPr>
            <w:r>
              <w:rPr>
                <w:sz w:val="16"/>
              </w:rPr>
              <w:t>$0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Inherited from Washington County, county-level (county FIPS 50023); scope: whole section.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9541 (Very Low, 38.4); tract 9540 (Very Low, 38.3); tract 9543 (Very Low, 37.4)</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9545 (Relatively Low, 59.1); tract 9543 (Relatively Low, 57.3); tract 9552 (Relatively Low, 53.5)</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9545 (Relatively Low, 68.5); tract 9552 (Relatively Low, 67.4); tract 9543 (Relatively Low, 67.1)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9544 (Relatively High, 99.4); tract 9555.02 (Relatively High, 99.3); tract 9542 (Relatively Moderate, 99.2)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9552 (Very Low, 26.4); tract 9543 (Very Low, 24.5); tract 9555.02 (Very Low, 24.2)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9540 (Very Low, 68.5); tract 9543 (Very Low, 68.1); tract 9541 (Very Low, 61.9)</w:t>
            </w:r>
          </w:p>
        </w:tc>
      </w:tr>
    </w:tbl>
    <w:p>
      <w:pPr>
        <w:spacing w:after="40" w:before="60"/>
      </w:pPr>
      <w:r>
        <w:rPr>
          <w:sz w:val="15"/>
        </w:rPr>
        <w:t xml:space="preserve">Up to 3 census tracts per hazard, highest National Risk Index rating first, then highest score; a tract number is the Census tract number (for example 9541 is Census Tract 9541).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Inherited from Washington County, county-level (county FIPS 50023); scope: whole section.</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1"/>
        <w:gridCol w:w="1826"/>
        <w:gridCol w:w="1681"/>
        <w:gridCol w:w="1845"/>
        <w:gridCol w:w="1551"/>
        <w:gridCol w:w="1580"/>
        <w:gridCol w:w="1840"/>
        <w:gridCol w:w="1997"/>
      </w:tblGrid>
      <w:tr>
        <w:trPr>
          <w:cantSplit/>
          <w:tblHeader/>
        </w:trPr>
        <w:tc>
          <w:tcPr>
            <w:tcW w:type="dxa" w:w="1791"/>
            <w:shd w:val="clear" w:color="auto" w:fill="E8E8E8"/>
          </w:tcPr>
          <w:p>
            <w:pPr>
              <w:spacing w:after="0"/>
              <w:jc w:val="left"/>
            </w:pPr>
            <w:r>
              <w:rPr>
                <w:b/>
                <w:sz w:val="16"/>
              </w:rPr>
              <w:t>Hazard</w:t>
            </w:r>
          </w:p>
        </w:tc>
        <w:tc>
          <w:tcPr>
            <w:tcW w:type="dxa" w:w="1826"/>
            <w:shd w:val="clear" w:color="auto" w:fill="E8E8E8"/>
          </w:tcPr>
          <w:p>
            <w:pPr>
              <w:spacing w:after="0"/>
              <w:jc w:val="left"/>
            </w:pPr>
            <w:r>
              <w:rPr>
                <w:b/>
                <w:sz w:val="16"/>
              </w:rPr>
              <w:t>Scale</w:t>
            </w:r>
          </w:p>
        </w:tc>
        <w:tc>
          <w:tcPr>
            <w:tcW w:type="dxa" w:w="168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45"/>
            <w:shd w:val="clear" w:color="auto" w:fill="E8E8E8"/>
          </w:tcPr>
          <w:p>
            <w:pPr>
              <w:spacing w:after="0"/>
              <w:jc w:val="left"/>
            </w:pPr>
            <w:r>
              <w:rPr>
                <w:b/>
                <w:sz w:val="16"/>
              </w:rPr>
              <w:t>Observed range</w:t>
            </w:r>
          </w:p>
        </w:tc>
        <w:tc>
          <w:tcPr>
            <w:tcW w:type="dxa" w:w="1551"/>
            <w:shd w:val="clear" w:color="auto" w:fill="E8E8E8"/>
          </w:tcPr>
          <w:p>
            <w:pPr>
              <w:spacing w:after="0"/>
              <w:jc w:val="left"/>
            </w:pPr>
            <w:r>
              <w:rPr>
                <w:b/>
                <w:sz w:val="16"/>
              </w:rPr>
              <w:t>Worst recorded event</w:t>
            </w:r>
          </w:p>
        </w:tc>
        <w:tc>
          <w:tcPr>
            <w:tcW w:type="dxa" w:w="1580"/>
            <w:shd w:val="clear" w:color="auto" w:fill="E8E8E8"/>
          </w:tcPr>
          <w:p>
            <w:pPr>
              <w:spacing w:after="0"/>
              <w:jc w:val="left"/>
            </w:pPr>
            <w:r>
              <w:rPr>
                <w:b/>
                <w:sz w:val="16"/>
              </w:rPr>
              <w:t>Most damaging (when different)</w:t>
            </w:r>
          </w:p>
        </w:tc>
        <w:tc>
          <w:tcPr>
            <w:tcW w:type="dxa" w:w="1840"/>
            <w:shd w:val="clear" w:color="auto" w:fill="E8E8E8"/>
          </w:tcPr>
          <w:p>
            <w:pPr>
              <w:spacing w:after="0"/>
              <w:jc w:val="left"/>
            </w:pPr>
            <w:r>
              <w:rPr>
                <w:b/>
                <w:sz w:val="16"/>
              </w:rPr>
              <w:t>Where in the county</w:t>
            </w:r>
          </w:p>
        </w:tc>
        <w:tc>
          <w:tcPr>
            <w:tcW w:type="dxa" w:w="1997"/>
            <w:shd w:val="clear" w:color="auto" w:fill="E8E8E8"/>
          </w:tcPr>
          <w:p>
            <w:pPr>
              <w:spacing w:after="0"/>
              <w:jc w:val="left"/>
            </w:pPr>
            <w:r>
              <w:rPr>
                <w:b/>
                <w:sz w:val="16"/>
              </w:rPr>
              <w:t>Note</w:t>
            </w:r>
          </w:p>
        </w:tc>
      </w:tr>
      <w:tr>
        <w:trPr>
          <w:cantSplit/>
        </w:trPr>
        <w:tc>
          <w:tcPr>
            <w:tcW w:type="dxa" w:w="1791"/>
          </w:tcPr>
          <w:p>
            <w:pPr>
              <w:spacing w:after="0"/>
              <w:jc w:val="left"/>
            </w:pPr>
            <w:r>
              <w:rPr>
                <w:sz w:val="16"/>
              </w:rPr>
              <w:t>Avalanche</w:t>
            </w:r>
          </w:p>
        </w:tc>
        <w:tc>
          <w:tcPr>
            <w:tcW w:type="dxa" w:w="1826"/>
          </w:tcPr>
          <w:p>
            <w:pPr>
              <w:spacing w:after="0"/>
              <w:jc w:val="left"/>
            </w:pPr>
            <w:r>
              <w:rPr>
                <w:sz w:val="16"/>
              </w:rPr>
              <w:t>none (count and damage only)</w:t>
            </w:r>
          </w:p>
        </w:tc>
        <w:tc>
          <w:tcPr>
            <w:tcW w:type="dxa" w:w="1681"/>
          </w:tcPr>
          <w:p>
            <w:pPr>
              <w:spacing w:after="0"/>
              <w:jc w:val="right"/>
            </w:pPr>
            <w:r>
              <w:rPr>
                <w:sz w:val="16"/>
              </w:rPr>
              <w:t>0</w:t>
            </w:r>
          </w:p>
        </w:tc>
        <w:tc>
          <w:tcPr>
            <w:tcW w:type="dxa" w:w="1845"/>
          </w:tcPr>
          <w:p>
            <w:pPr>
              <w:spacing w:after="0"/>
              <w:jc w:val="left"/>
            </w:pPr>
          </w:p>
        </w:tc>
        <w:tc>
          <w:tcPr>
            <w:tcW w:type="dxa" w:w="1551"/>
          </w:tcPr>
          <w:p>
            <w:pPr>
              <w:spacing w:after="0"/>
              <w:jc w:val="left"/>
            </w:pPr>
          </w:p>
        </w:tc>
        <w:tc>
          <w:tcPr>
            <w:tcW w:type="dxa" w:w="1580"/>
          </w:tcPr>
          <w:p>
            <w:pPr>
              <w:spacing w:after="0"/>
              <w:jc w:val="left"/>
            </w:pPr>
          </w:p>
        </w:tc>
        <w:tc>
          <w:tcPr>
            <w:tcW w:type="dxa" w:w="1840"/>
          </w:tcPr>
          <w:p>
            <w:pPr>
              <w:spacing w:after="0"/>
              <w:jc w:val="left"/>
            </w:pPr>
          </w:p>
        </w:tc>
        <w:tc>
          <w:tcPr>
            <w:tcW w:type="dxa" w:w="1997"/>
          </w:tcPr>
          <w:p>
            <w:pPr>
              <w:spacing w:after="0"/>
              <w:jc w:val="left"/>
            </w:pPr>
            <w:r>
              <w:rPr>
                <w:sz w:val="16"/>
              </w:rPr>
              <w:t>Physical measure: in event narratives only (local data needed).</w:t>
            </w:r>
          </w:p>
        </w:tc>
      </w:tr>
      <w:tr>
        <w:trPr>
          <w:cantSplit/>
        </w:trPr>
        <w:tc>
          <w:tcPr>
            <w:tcW w:type="dxa" w:w="1791"/>
          </w:tcPr>
          <w:p>
            <w:pPr>
              <w:spacing w:after="0"/>
              <w:jc w:val="left"/>
            </w:pPr>
            <w:r>
              <w:rPr>
                <w:sz w:val="16"/>
              </w:rPr>
              <w:t>Cold/Wind Chill, Extreme Cold/Wind Chill</w:t>
            </w:r>
          </w:p>
        </w:tc>
        <w:tc>
          <w:tcPr>
            <w:tcW w:type="dxa" w:w="1826"/>
          </w:tcPr>
          <w:p>
            <w:pPr>
              <w:spacing w:after="0"/>
              <w:jc w:val="left"/>
            </w:pPr>
            <w:r>
              <w:rPr>
                <w:sz w:val="16"/>
              </w:rPr>
              <w:t>wind chill</w:t>
            </w:r>
          </w:p>
        </w:tc>
        <w:tc>
          <w:tcPr>
            <w:tcW w:type="dxa" w:w="1681"/>
          </w:tcPr>
          <w:p>
            <w:pPr>
              <w:spacing w:after="0"/>
              <w:jc w:val="right"/>
            </w:pPr>
            <w:r>
              <w:rPr>
                <w:sz w:val="16"/>
              </w:rPr>
              <w:t>27 records, 1996 to 2026 (27 zone-level)</w:t>
            </w:r>
          </w:p>
        </w:tc>
        <w:tc>
          <w:tcPr>
            <w:tcW w:type="dxa" w:w="1845"/>
          </w:tcPr>
          <w:p>
            <w:pPr>
              <w:spacing w:after="0"/>
              <w:jc w:val="left"/>
            </w:pPr>
            <w:r>
              <w:rPr>
                <w:sz w:val="16"/>
              </w:rPr>
              <w:t>1 day to 28 days (median 2 days); 26 with a recorded value</w:t>
            </w:r>
          </w:p>
        </w:tc>
        <w:tc>
          <w:tcPr>
            <w:tcW w:type="dxa" w:w="1551"/>
          </w:tcPr>
          <w:p>
            <w:pPr>
              <w:spacing w:after="0"/>
              <w:jc w:val="left"/>
            </w:pPr>
            <w:r>
              <w:rPr>
                <w:sz w:val="16"/>
              </w:rPr>
              <w:t>February 2015 (1 monthly summary record), zone-level</w:t>
            </w:r>
          </w:p>
        </w:tc>
        <w:tc>
          <w:tcPr>
            <w:tcW w:type="dxa" w:w="1580"/>
          </w:tcPr>
          <w:p>
            <w:pPr>
              <w:spacing w:after="0"/>
              <w:jc w:val="left"/>
            </w:pPr>
          </w:p>
        </w:tc>
        <w:tc>
          <w:tcPr>
            <w:tcW w:type="dxa" w:w="1840"/>
          </w:tcPr>
          <w:p>
            <w:pPr>
              <w:spacing w:after="0"/>
              <w:jc w:val="left"/>
            </w:pPr>
            <w:r>
              <w:rPr>
                <w:sz w:val="16"/>
              </w:rPr>
              <w:t>Countywide (zone-level records).</w:t>
            </w:r>
          </w:p>
        </w:tc>
        <w:tc>
          <w:tcPr>
            <w:tcW w:type="dxa" w:w="1997"/>
          </w:tcPr>
          <w:p>
            <w:pPr>
              <w:spacing w:after="0"/>
              <w:jc w:val="left"/>
            </w:pPr>
            <w:r>
              <w:rPr>
                <w:sz w:val="16"/>
              </w:rPr>
              <w:t>Wind chill: in event narratives only (local data needed).</w:t>
            </w:r>
          </w:p>
        </w:tc>
      </w:tr>
      <w:tr>
        <w:trPr>
          <w:cantSplit/>
        </w:trPr>
        <w:tc>
          <w:tcPr>
            <w:tcW w:type="dxa" w:w="1791"/>
          </w:tcPr>
          <w:p>
            <w:pPr>
              <w:spacing w:after="0"/>
              <w:jc w:val="left"/>
            </w:pPr>
            <w:r>
              <w:rPr>
                <w:sz w:val="16"/>
              </w:rPr>
              <w:t>Frost/Freeze (outside NRI's Cold Wave definition)</w:t>
            </w:r>
          </w:p>
        </w:tc>
        <w:tc>
          <w:tcPr>
            <w:tcW w:type="dxa" w:w="1826"/>
          </w:tcPr>
          <w:p>
            <w:pPr>
              <w:spacing w:after="0"/>
              <w:jc w:val="left"/>
            </w:pPr>
            <w:r>
              <w:rPr>
                <w:sz w:val="16"/>
              </w:rPr>
              <w:t>crop damage</w:t>
            </w:r>
          </w:p>
        </w:tc>
        <w:tc>
          <w:tcPr>
            <w:tcW w:type="dxa" w:w="1681"/>
          </w:tcPr>
          <w:p>
            <w:pPr>
              <w:spacing w:after="0"/>
              <w:jc w:val="right"/>
            </w:pPr>
            <w:r>
              <w:rPr>
                <w:sz w:val="16"/>
              </w:rPr>
              <w:t>3 records, 2005 to 2023 (3 zone-level)</w:t>
            </w:r>
          </w:p>
        </w:tc>
        <w:tc>
          <w:tcPr>
            <w:tcW w:type="dxa" w:w="1845"/>
          </w:tcPr>
          <w:p>
            <w:pPr>
              <w:spacing w:after="0"/>
              <w:jc w:val="left"/>
            </w:pPr>
          </w:p>
        </w:tc>
        <w:tc>
          <w:tcPr>
            <w:tcW w:type="dxa" w:w="1551"/>
          </w:tcPr>
          <w:p>
            <w:pPr>
              <w:spacing w:after="0"/>
              <w:jc w:val="left"/>
            </w:pPr>
            <w:r>
              <w:rPr>
                <w:sz w:val="16"/>
              </w:rPr>
              <w:t>Frost/Freeze, 2023-05-18, $300,000 crop damage (2023 dollars); NWS zone VTZ008</w:t>
            </w:r>
          </w:p>
        </w:tc>
        <w:tc>
          <w:tcPr>
            <w:tcW w:type="dxa" w:w="1580"/>
          </w:tcPr>
          <w:p>
            <w:pPr>
              <w:spacing w:after="0"/>
              <w:jc w:val="left"/>
            </w:pPr>
          </w:p>
        </w:tc>
        <w:tc>
          <w:tcPr>
            <w:tcW w:type="dxa" w:w="1840"/>
          </w:tcPr>
          <w:p>
            <w:pPr>
              <w:spacing w:after="0"/>
              <w:jc w:val="left"/>
            </w:pPr>
            <w:r>
              <w:rPr>
                <w:sz w:val="16"/>
              </w:rPr>
              <w:t>Countywide (zone-level records).</w:t>
            </w:r>
          </w:p>
        </w:tc>
        <w:tc>
          <w:tcPr>
            <w:tcW w:type="dxa" w:w="1997"/>
          </w:tcPr>
          <w:p>
            <w:pPr>
              <w:spacing w:after="0"/>
              <w:jc w:val="left"/>
            </w:pPr>
            <w:r>
              <w:rPr>
                <w:sz w:val="16"/>
              </w:rPr>
              <w:t>Temperature: in event narratives only (local data needed).</w:t>
            </w:r>
          </w:p>
        </w:tc>
      </w:tr>
      <w:tr>
        <w:trPr>
          <w:cantSplit/>
        </w:trPr>
        <w:tc>
          <w:tcPr>
            <w:tcW w:type="dxa" w:w="1791"/>
          </w:tcPr>
          <w:p>
            <w:pPr>
              <w:spacing w:after="0"/>
              <w:jc w:val="left"/>
            </w:pPr>
            <w:r>
              <w:rPr>
                <w:sz w:val="16"/>
              </w:rPr>
              <w:t>Drought</w:t>
            </w:r>
          </w:p>
        </w:tc>
        <w:tc>
          <w:tcPr>
            <w:tcW w:type="dxa" w:w="1826"/>
          </w:tcPr>
          <w:p>
            <w:pPr>
              <w:spacing w:after="0"/>
              <w:jc w:val="left"/>
            </w:pPr>
            <w:r>
              <w:rPr>
                <w:sz w:val="16"/>
              </w:rPr>
              <w:t>U.S. Drought Monitor scale (D0 to D4)</w:t>
            </w:r>
          </w:p>
        </w:tc>
        <w:tc>
          <w:tcPr>
            <w:tcW w:type="dxa" w:w="1681"/>
          </w:tcPr>
          <w:p>
            <w:pPr>
              <w:spacing w:after="0"/>
              <w:jc w:val="right"/>
            </w:pPr>
            <w:r>
              <w:rPr>
                <w:sz w:val="16"/>
              </w:rPr>
              <w:t>0</w:t>
            </w:r>
          </w:p>
        </w:tc>
        <w:tc>
          <w:tcPr>
            <w:tcW w:type="dxa" w:w="1845"/>
          </w:tcPr>
          <w:p>
            <w:pPr>
              <w:spacing w:after="0"/>
              <w:jc w:val="left"/>
            </w:pPr>
          </w:p>
        </w:tc>
        <w:tc>
          <w:tcPr>
            <w:tcW w:type="dxa" w:w="1551"/>
          </w:tcPr>
          <w:p>
            <w:pPr>
              <w:spacing w:after="0"/>
              <w:jc w:val="left"/>
            </w:pPr>
          </w:p>
        </w:tc>
        <w:tc>
          <w:tcPr>
            <w:tcW w:type="dxa" w:w="1580"/>
          </w:tcPr>
          <w:p>
            <w:pPr>
              <w:spacing w:after="0"/>
              <w:jc w:val="left"/>
            </w:pPr>
          </w:p>
        </w:tc>
        <w:tc>
          <w:tcPr>
            <w:tcW w:type="dxa" w:w="1840"/>
          </w:tcPr>
          <w:p>
            <w:pPr>
              <w:spacing w:after="0"/>
              <w:jc w:val="left"/>
            </w:pPr>
          </w:p>
        </w:tc>
        <w:tc>
          <w:tcPr>
            <w:tcW w:type="dxa" w:w="199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1"/>
          </w:tcPr>
          <w:p>
            <w:pPr>
              <w:spacing w:after="0"/>
              <w:jc w:val="left"/>
            </w:pPr>
            <w:r>
              <w:rPr>
                <w:sz w:val="16"/>
              </w:rPr>
              <w:t>Earthquake</w:t>
            </w:r>
          </w:p>
        </w:tc>
        <w:tc>
          <w:tcPr>
            <w:tcW w:type="dxa" w:w="1826"/>
          </w:tcPr>
          <w:p>
            <w:pPr>
              <w:spacing w:after="0"/>
              <w:jc w:val="left"/>
            </w:pPr>
            <w:r>
              <w:rPr>
                <w:sz w:val="16"/>
              </w:rPr>
              <w:t>Modified Mercalli (local data)</w:t>
            </w:r>
          </w:p>
        </w:tc>
        <w:tc>
          <w:tcPr>
            <w:tcW w:type="dxa" w:w="1681"/>
          </w:tcPr>
          <w:p>
            <w:pPr>
              <w:spacing w:after="0"/>
              <w:jc w:val="right"/>
            </w:pPr>
            <w:r>
              <w:rPr>
                <w:sz w:val="16"/>
              </w:rPr>
              <w:t>0</w:t>
            </w:r>
          </w:p>
        </w:tc>
        <w:tc>
          <w:tcPr>
            <w:tcW w:type="dxa" w:w="1845"/>
          </w:tcPr>
          <w:p>
            <w:pPr>
              <w:spacing w:after="0"/>
              <w:jc w:val="left"/>
            </w:pPr>
          </w:p>
        </w:tc>
        <w:tc>
          <w:tcPr>
            <w:tcW w:type="dxa" w:w="1551"/>
          </w:tcPr>
          <w:p>
            <w:pPr>
              <w:spacing w:after="0"/>
              <w:jc w:val="left"/>
            </w:pPr>
          </w:p>
        </w:tc>
        <w:tc>
          <w:tcPr>
            <w:tcW w:type="dxa" w:w="1580"/>
          </w:tcPr>
          <w:p>
            <w:pPr>
              <w:spacing w:after="0"/>
              <w:jc w:val="left"/>
            </w:pPr>
          </w:p>
        </w:tc>
        <w:tc>
          <w:tcPr>
            <w:tcW w:type="dxa" w:w="1840"/>
          </w:tcPr>
          <w:p>
            <w:pPr>
              <w:spacing w:after="0"/>
              <w:jc w:val="left"/>
            </w:pPr>
          </w:p>
        </w:tc>
        <w:tc>
          <w:tcPr>
            <w:tcW w:type="dxa" w:w="1997"/>
          </w:tcPr>
          <w:p>
            <w:pPr>
              <w:spacing w:after="0"/>
              <w:jc w:val="left"/>
            </w:pPr>
            <w:r>
              <w:rPr>
                <w:sz w:val="16"/>
              </w:rPr>
              <w:t>Storm Events does not record earthquakes; the USGS earthquake catalog is the source.</w:t>
            </w:r>
          </w:p>
        </w:tc>
      </w:tr>
      <w:tr>
        <w:trPr>
          <w:cantSplit/>
        </w:trPr>
        <w:tc>
          <w:tcPr>
            <w:tcW w:type="dxa" w:w="1791"/>
          </w:tcPr>
          <w:p>
            <w:pPr>
              <w:spacing w:after="0"/>
              <w:jc w:val="left"/>
            </w:pPr>
            <w:r>
              <w:rPr>
                <w:sz w:val="16"/>
              </w:rPr>
              <w:t>Hail</w:t>
            </w:r>
          </w:p>
        </w:tc>
        <w:tc>
          <w:tcPr>
            <w:tcW w:type="dxa" w:w="1826"/>
          </w:tcPr>
          <w:p>
            <w:pPr>
              <w:spacing w:after="0"/>
              <w:jc w:val="left"/>
            </w:pPr>
            <w:r>
              <w:rPr>
                <w:sz w:val="16"/>
              </w:rPr>
              <w:t>hail size (inches)</w:t>
            </w:r>
          </w:p>
        </w:tc>
        <w:tc>
          <w:tcPr>
            <w:tcW w:type="dxa" w:w="1681"/>
          </w:tcPr>
          <w:p>
            <w:pPr>
              <w:spacing w:after="0"/>
              <w:jc w:val="right"/>
            </w:pPr>
            <w:r>
              <w:rPr>
                <w:sz w:val="16"/>
              </w:rPr>
              <w:t>64 records, 1961 to 2025</w:t>
            </w:r>
          </w:p>
        </w:tc>
        <w:tc>
          <w:tcPr>
            <w:tcW w:type="dxa" w:w="1845"/>
          </w:tcPr>
          <w:p>
            <w:pPr>
              <w:spacing w:after="0"/>
              <w:jc w:val="left"/>
            </w:pPr>
            <w:r>
              <w:rPr>
                <w:sz w:val="16"/>
              </w:rPr>
              <w:t>0.25 in to 2.75 in (median 1 in); 63 with a recorded value</w:t>
            </w:r>
          </w:p>
        </w:tc>
        <w:tc>
          <w:tcPr>
            <w:tcW w:type="dxa" w:w="1551"/>
          </w:tcPr>
          <w:p>
            <w:pPr>
              <w:spacing w:after="0"/>
              <w:jc w:val="left"/>
            </w:pPr>
            <w:r>
              <w:rPr>
                <w:sz w:val="16"/>
              </w:rPr>
              <w:t>2.75 in hail, 2007-07-09</w:t>
            </w:r>
          </w:p>
        </w:tc>
        <w:tc>
          <w:tcPr>
            <w:tcW w:type="dxa" w:w="1580"/>
          </w:tcPr>
          <w:p>
            <w:pPr>
              <w:spacing w:after="0"/>
              <w:jc w:val="left"/>
            </w:pPr>
            <w:r>
              <w:rPr>
                <w:sz w:val="16"/>
              </w:rPr>
              <w:t>Hail, 2010-07-21, $20,000 property; $0 crops (2010 dollars)</w:t>
            </w:r>
          </w:p>
        </w:tc>
        <w:tc>
          <w:tcPr>
            <w:tcW w:type="dxa" w:w="1840"/>
          </w:tcPr>
          <w:p>
            <w:pPr>
              <w:spacing w:after="0"/>
              <w:jc w:val="left"/>
            </w:pPr>
            <w:r>
              <w:rPr>
                <w:sz w:val="16"/>
              </w:rPr>
              <w:t>Event records naming places in the county: Northfield town (7 records), East Montpelier town (4 records), Fayston town (4 records), Waitsfield town (4 records), Warren town (4 records), Duxbury town (3 records), Waterbury town (3 records), Barre town (2 records), Berlin town (2 records), Cabot town (2 records); and 8 more places (see the Excel file).</w:t>
            </w:r>
          </w:p>
        </w:tc>
        <w:tc>
          <w:tcPr>
            <w:tcW w:type="dxa" w:w="1997"/>
          </w:tcPr>
          <w:p>
            <w:pPr>
              <w:spacing w:after="0"/>
              <w:jc w:val="left"/>
            </w:pPr>
          </w:p>
        </w:tc>
      </w:tr>
      <w:tr>
        <w:trPr>
          <w:cantSplit/>
        </w:trPr>
        <w:tc>
          <w:tcPr>
            <w:tcW w:type="dxa" w:w="1791"/>
          </w:tcPr>
          <w:p>
            <w:pPr>
              <w:spacing w:after="0"/>
              <w:jc w:val="left"/>
            </w:pPr>
            <w:r>
              <w:rPr>
                <w:sz w:val="16"/>
              </w:rPr>
              <w:t>Excessive Heat, Heat</w:t>
            </w:r>
          </w:p>
        </w:tc>
        <w:tc>
          <w:tcPr>
            <w:tcW w:type="dxa" w:w="1826"/>
          </w:tcPr>
          <w:p>
            <w:pPr>
              <w:spacing w:after="0"/>
              <w:jc w:val="left"/>
            </w:pPr>
            <w:r>
              <w:rPr>
                <w:sz w:val="16"/>
              </w:rPr>
              <w:t>heat index (in event narratives)</w:t>
            </w:r>
          </w:p>
        </w:tc>
        <w:tc>
          <w:tcPr>
            <w:tcW w:type="dxa" w:w="1681"/>
          </w:tcPr>
          <w:p>
            <w:pPr>
              <w:spacing w:after="0"/>
              <w:jc w:val="right"/>
            </w:pPr>
            <w:r>
              <w:rPr>
                <w:sz w:val="16"/>
              </w:rPr>
              <w:t>8 records, 1998 to 2025 (8 zone-level)</w:t>
            </w:r>
          </w:p>
        </w:tc>
        <w:tc>
          <w:tcPr>
            <w:tcW w:type="dxa" w:w="1845"/>
          </w:tcPr>
          <w:p>
            <w:pPr>
              <w:spacing w:after="0"/>
              <w:jc w:val="left"/>
            </w:pPr>
            <w:r>
              <w:rPr>
                <w:sz w:val="16"/>
              </w:rPr>
              <w:t>1 day to 6 days (median 2 days); 4 with a recorded value</w:t>
            </w:r>
          </w:p>
        </w:tc>
        <w:tc>
          <w:tcPr>
            <w:tcW w:type="dxa" w:w="1551"/>
          </w:tcPr>
          <w:p>
            <w:pPr>
              <w:spacing w:after="0"/>
              <w:jc w:val="left"/>
            </w:pPr>
            <w:r>
              <w:rPr>
                <w:sz w:val="16"/>
              </w:rPr>
              <w:t>6 consecutive days, 2018-07-01 to 2018-07-06, 1 direct death, zone-level</w:t>
            </w:r>
          </w:p>
        </w:tc>
        <w:tc>
          <w:tcPr>
            <w:tcW w:type="dxa" w:w="1580"/>
          </w:tcPr>
          <w:p>
            <w:pPr>
              <w:spacing w:after="0"/>
              <w:jc w:val="left"/>
            </w:pPr>
            <w:r>
              <w:rPr>
                <w:sz w:val="16"/>
              </w:rPr>
              <w:t>Heat, 2012-03-17, $0 property; $1,000,000 crops, reported for the zone (2012 dollars)</w:t>
            </w:r>
          </w:p>
        </w:tc>
        <w:tc>
          <w:tcPr>
            <w:tcW w:type="dxa" w:w="1840"/>
          </w:tcPr>
          <w:p>
            <w:pPr>
              <w:spacing w:after="0"/>
              <w:jc w:val="left"/>
            </w:pPr>
            <w:r>
              <w:rPr>
                <w:sz w:val="16"/>
              </w:rPr>
              <w:t>Countywide (zone-level records).</w:t>
            </w:r>
          </w:p>
        </w:tc>
        <w:tc>
          <w:tcPr>
            <w:tcW w:type="dxa" w:w="1997"/>
          </w:tcPr>
          <w:p>
            <w:pPr>
              <w:spacing w:after="0"/>
              <w:jc w:val="left"/>
            </w:pPr>
            <w:r>
              <w:rPr>
                <w:sz w:val="16"/>
              </w:rPr>
              <w:t>Heat index: in event narratives only (local data needed). Heat records from November to March (unseasonable warmth, not a heat wave) are counted but not used for the longest run.</w:t>
            </w:r>
          </w:p>
        </w:tc>
      </w:tr>
      <w:tr>
        <w:trPr>
          <w:cantSplit/>
        </w:trPr>
        <w:tc>
          <w:tcPr>
            <w:tcW w:type="dxa" w:w="1791"/>
          </w:tcPr>
          <w:p>
            <w:pPr>
              <w:spacing w:after="0"/>
              <w:jc w:val="left"/>
            </w:pPr>
            <w:r>
              <w:rPr>
                <w:sz w:val="16"/>
              </w:rPr>
              <w:t>Hurricane, Tropical Storm, Tropical Depression</w:t>
            </w:r>
          </w:p>
        </w:tc>
        <w:tc>
          <w:tcPr>
            <w:tcW w:type="dxa" w:w="1826"/>
          </w:tcPr>
          <w:p>
            <w:pPr>
              <w:spacing w:after="0"/>
              <w:jc w:val="left"/>
            </w:pPr>
            <w:r>
              <w:rPr>
                <w:sz w:val="16"/>
              </w:rPr>
              <w:t>Saffir-Simpson</w:t>
            </w:r>
          </w:p>
        </w:tc>
        <w:tc>
          <w:tcPr>
            <w:tcW w:type="dxa" w:w="1681"/>
          </w:tcPr>
          <w:p>
            <w:pPr>
              <w:spacing w:after="0"/>
              <w:jc w:val="right"/>
            </w:pPr>
            <w:r>
              <w:rPr>
                <w:sz w:val="16"/>
              </w:rPr>
              <w:t>0</w:t>
            </w:r>
          </w:p>
        </w:tc>
        <w:tc>
          <w:tcPr>
            <w:tcW w:type="dxa" w:w="1845"/>
          </w:tcPr>
          <w:p>
            <w:pPr>
              <w:spacing w:after="0"/>
              <w:jc w:val="left"/>
            </w:pPr>
          </w:p>
        </w:tc>
        <w:tc>
          <w:tcPr>
            <w:tcW w:type="dxa" w:w="1551"/>
          </w:tcPr>
          <w:p>
            <w:pPr>
              <w:spacing w:after="0"/>
              <w:jc w:val="left"/>
            </w:pPr>
          </w:p>
        </w:tc>
        <w:tc>
          <w:tcPr>
            <w:tcW w:type="dxa" w:w="1580"/>
          </w:tcPr>
          <w:p>
            <w:pPr>
              <w:spacing w:after="0"/>
              <w:jc w:val="left"/>
            </w:pPr>
          </w:p>
        </w:tc>
        <w:tc>
          <w:tcPr>
            <w:tcW w:type="dxa" w:w="1840"/>
          </w:tcPr>
          <w:p>
            <w:pPr>
              <w:spacing w:after="0"/>
              <w:jc w:val="left"/>
            </w:pPr>
          </w:p>
        </w:tc>
        <w:tc>
          <w:tcPr>
            <w:tcW w:type="dxa" w:w="199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1"/>
          </w:tcPr>
          <w:p>
            <w:pPr>
              <w:spacing w:after="0"/>
              <w:jc w:val="left"/>
            </w:pPr>
            <w:r>
              <w:rPr>
                <w:sz w:val="16"/>
              </w:rPr>
              <w:t>Ice Storm</w:t>
            </w:r>
          </w:p>
        </w:tc>
        <w:tc>
          <w:tcPr>
            <w:tcW w:type="dxa" w:w="1826"/>
          </w:tcPr>
          <w:p>
            <w:pPr>
              <w:spacing w:after="0"/>
              <w:jc w:val="left"/>
            </w:pPr>
            <w:r>
              <w:rPr>
                <w:sz w:val="16"/>
              </w:rPr>
              <w:t>Sperry-Piltz ice scale (local data)</w:t>
            </w:r>
          </w:p>
        </w:tc>
        <w:tc>
          <w:tcPr>
            <w:tcW w:type="dxa" w:w="1681"/>
          </w:tcPr>
          <w:p>
            <w:pPr>
              <w:spacing w:after="0"/>
              <w:jc w:val="right"/>
            </w:pPr>
            <w:r>
              <w:rPr>
                <w:sz w:val="16"/>
              </w:rPr>
              <w:t>0</w:t>
            </w:r>
          </w:p>
        </w:tc>
        <w:tc>
          <w:tcPr>
            <w:tcW w:type="dxa" w:w="1845"/>
          </w:tcPr>
          <w:p>
            <w:pPr>
              <w:spacing w:after="0"/>
              <w:jc w:val="left"/>
            </w:pPr>
          </w:p>
        </w:tc>
        <w:tc>
          <w:tcPr>
            <w:tcW w:type="dxa" w:w="1551"/>
          </w:tcPr>
          <w:p>
            <w:pPr>
              <w:spacing w:after="0"/>
              <w:jc w:val="left"/>
            </w:pPr>
          </w:p>
        </w:tc>
        <w:tc>
          <w:tcPr>
            <w:tcW w:type="dxa" w:w="1580"/>
          </w:tcPr>
          <w:p>
            <w:pPr>
              <w:spacing w:after="0"/>
              <w:jc w:val="left"/>
            </w:pPr>
          </w:p>
        </w:tc>
        <w:tc>
          <w:tcPr>
            <w:tcW w:type="dxa" w:w="1840"/>
          </w:tcPr>
          <w:p>
            <w:pPr>
              <w:spacing w:after="0"/>
              <w:jc w:val="left"/>
            </w:pPr>
          </w:p>
        </w:tc>
        <w:tc>
          <w:tcPr>
            <w:tcW w:type="dxa" w:w="1997"/>
          </w:tcPr>
          <w:p>
            <w:pPr>
              <w:spacing w:after="0"/>
              <w:jc w:val="left"/>
            </w:pPr>
            <w:r>
              <w:rPr>
                <w:sz w:val="16"/>
              </w:rPr>
              <w:t>Ice thickness: in event narratives only (local data needed).</w:t>
            </w:r>
          </w:p>
        </w:tc>
      </w:tr>
      <w:tr>
        <w:trPr>
          <w:cantSplit/>
        </w:trPr>
        <w:tc>
          <w:tcPr>
            <w:tcW w:type="dxa" w:w="1791"/>
          </w:tcPr>
          <w:p>
            <w:pPr>
              <w:spacing w:after="0"/>
              <w:jc w:val="left"/>
            </w:pPr>
            <w:r>
              <w:rPr>
                <w:sz w:val="16"/>
              </w:rPr>
              <w:t>Flash Flood, Flood, Lakeshore Flood</w:t>
            </w:r>
          </w:p>
        </w:tc>
        <w:tc>
          <w:tcPr>
            <w:tcW w:type="dxa" w:w="1826"/>
          </w:tcPr>
          <w:p>
            <w:pPr>
              <w:spacing w:after="0"/>
              <w:jc w:val="left"/>
            </w:pPr>
            <w:r>
              <w:rPr>
                <w:sz w:val="16"/>
              </w:rPr>
              <w:t>damage and flood days (flood depth: FIRM)</w:t>
            </w:r>
          </w:p>
        </w:tc>
        <w:tc>
          <w:tcPr>
            <w:tcW w:type="dxa" w:w="1681"/>
          </w:tcPr>
          <w:p>
            <w:pPr>
              <w:spacing w:after="0"/>
              <w:jc w:val="right"/>
            </w:pPr>
            <w:r>
              <w:rPr>
                <w:sz w:val="16"/>
              </w:rPr>
              <w:t>84 records, 1996 to 2025 (9 zone-level)</w:t>
            </w:r>
          </w:p>
        </w:tc>
        <w:tc>
          <w:tcPr>
            <w:tcW w:type="dxa" w:w="1845"/>
          </w:tcPr>
          <w:p>
            <w:pPr>
              <w:spacing w:after="0"/>
              <w:jc w:val="left"/>
            </w:pPr>
          </w:p>
        </w:tc>
        <w:tc>
          <w:tcPr>
            <w:tcW w:type="dxa" w:w="1551"/>
          </w:tcPr>
          <w:p>
            <w:pPr>
              <w:spacing w:after="0"/>
              <w:jc w:val="left"/>
            </w:pPr>
            <w:r>
              <w:rPr>
                <w:sz w:val="16"/>
              </w:rPr>
              <w:t>Flash Flood, 2023-07-11, $100,000,000 property; $0 crops (2023 dollars), 1 direct death</w:t>
            </w:r>
          </w:p>
        </w:tc>
        <w:tc>
          <w:tcPr>
            <w:tcW w:type="dxa" w:w="1580"/>
          </w:tcPr>
          <w:p>
            <w:pPr>
              <w:spacing w:after="0"/>
              <w:jc w:val="left"/>
            </w:pPr>
          </w:p>
        </w:tc>
        <w:tc>
          <w:tcPr>
            <w:tcW w:type="dxa" w:w="1840"/>
          </w:tcPr>
          <w:p>
            <w:pPr>
              <w:spacing w:after="0"/>
              <w:jc w:val="left"/>
            </w:pPr>
            <w:r>
              <w:rPr>
                <w:sz w:val="16"/>
              </w:rPr>
              <w:t>Event records naming places in the county: Middlesex town (9 records), Barre town (7 records), Duxbury town (6 records), Fayston town (6 records), Montpelier city (6 records), Northfield town (6 records), Warren town (4 records), Woodbury town (4 records), Roxbury town (3 records), Waitsfield town (3 records); and 9 more places (see the Excel file). Zone-level records (9) apply countywide.</w:t>
            </w:r>
          </w:p>
        </w:tc>
        <w:tc>
          <w:tcPr>
            <w:tcW w:type="dxa" w:w="199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1"/>
          </w:tcPr>
          <w:p>
            <w:pPr>
              <w:spacing w:after="0"/>
              <w:jc w:val="left"/>
            </w:pPr>
            <w:r>
              <w:rPr>
                <w:sz w:val="16"/>
              </w:rPr>
              <w:t>Debris Flow</w:t>
            </w:r>
          </w:p>
        </w:tc>
        <w:tc>
          <w:tcPr>
            <w:tcW w:type="dxa" w:w="1826"/>
          </w:tcPr>
          <w:p>
            <w:pPr>
              <w:spacing w:after="0"/>
              <w:jc w:val="left"/>
            </w:pPr>
            <w:r>
              <w:rPr>
                <w:sz w:val="16"/>
              </w:rPr>
              <w:t>none (count and damage only)</w:t>
            </w:r>
          </w:p>
        </w:tc>
        <w:tc>
          <w:tcPr>
            <w:tcW w:type="dxa" w:w="1681"/>
          </w:tcPr>
          <w:p>
            <w:pPr>
              <w:spacing w:after="0"/>
              <w:jc w:val="right"/>
            </w:pPr>
            <w:r>
              <w:rPr>
                <w:sz w:val="16"/>
              </w:rPr>
              <w:t>0</w:t>
            </w:r>
          </w:p>
        </w:tc>
        <w:tc>
          <w:tcPr>
            <w:tcW w:type="dxa" w:w="1845"/>
          </w:tcPr>
          <w:p>
            <w:pPr>
              <w:spacing w:after="0"/>
              <w:jc w:val="left"/>
            </w:pPr>
          </w:p>
        </w:tc>
        <w:tc>
          <w:tcPr>
            <w:tcW w:type="dxa" w:w="1551"/>
          </w:tcPr>
          <w:p>
            <w:pPr>
              <w:spacing w:after="0"/>
              <w:jc w:val="left"/>
            </w:pPr>
          </w:p>
        </w:tc>
        <w:tc>
          <w:tcPr>
            <w:tcW w:type="dxa" w:w="1580"/>
          </w:tcPr>
          <w:p>
            <w:pPr>
              <w:spacing w:after="0"/>
              <w:jc w:val="left"/>
            </w:pPr>
          </w:p>
        </w:tc>
        <w:tc>
          <w:tcPr>
            <w:tcW w:type="dxa" w:w="1840"/>
          </w:tcPr>
          <w:p>
            <w:pPr>
              <w:spacing w:after="0"/>
              <w:jc w:val="left"/>
            </w:pPr>
          </w:p>
        </w:tc>
        <w:tc>
          <w:tcPr>
            <w:tcW w:type="dxa" w:w="1997"/>
          </w:tcPr>
          <w:p>
            <w:pPr>
              <w:spacing w:after="0"/>
              <w:jc w:val="left"/>
            </w:pPr>
            <w:r>
              <w:rPr>
                <w:sz w:val="16"/>
              </w:rPr>
              <w:t>Physical measure: in event narratives only (local data needed).</w:t>
            </w:r>
          </w:p>
        </w:tc>
      </w:tr>
      <w:tr>
        <w:trPr>
          <w:cantSplit/>
        </w:trPr>
        <w:tc>
          <w:tcPr>
            <w:tcW w:type="dxa" w:w="1791"/>
          </w:tcPr>
          <w:p>
            <w:pPr>
              <w:spacing w:after="0"/>
              <w:jc w:val="left"/>
            </w:pPr>
            <w:r>
              <w:rPr>
                <w:sz w:val="16"/>
              </w:rPr>
              <w:t>Lightning</w:t>
            </w:r>
          </w:p>
        </w:tc>
        <w:tc>
          <w:tcPr>
            <w:tcW w:type="dxa" w:w="1826"/>
          </w:tcPr>
          <w:p>
            <w:pPr>
              <w:spacing w:after="0"/>
              <w:jc w:val="left"/>
            </w:pPr>
            <w:r>
              <w:rPr>
                <w:sz w:val="16"/>
              </w:rPr>
              <w:t>annualized frequency (the measure FEMA's Local Mitigation Planning Handbook names)</w:t>
            </w:r>
          </w:p>
        </w:tc>
        <w:tc>
          <w:tcPr>
            <w:tcW w:type="dxa" w:w="1681"/>
          </w:tcPr>
          <w:p>
            <w:pPr>
              <w:spacing w:after="0"/>
              <w:jc w:val="right"/>
            </w:pPr>
            <w:r>
              <w:rPr>
                <w:sz w:val="16"/>
              </w:rPr>
              <w:t>8 records, 1996 to 2013</w:t>
            </w:r>
          </w:p>
        </w:tc>
        <w:tc>
          <w:tcPr>
            <w:tcW w:type="dxa" w:w="1845"/>
          </w:tcPr>
          <w:p>
            <w:pPr>
              <w:spacing w:after="0"/>
              <w:jc w:val="left"/>
            </w:pPr>
          </w:p>
        </w:tc>
        <w:tc>
          <w:tcPr>
            <w:tcW w:type="dxa" w:w="1551"/>
          </w:tcPr>
          <w:p>
            <w:pPr>
              <w:spacing w:after="0"/>
              <w:jc w:val="left"/>
            </w:pPr>
            <w:r>
              <w:rPr>
                <w:sz w:val="16"/>
              </w:rPr>
              <w:t>Lightning, 1996-06-12, damage not reported, 1 direct death, 1 direct injury</w:t>
            </w:r>
          </w:p>
        </w:tc>
        <w:tc>
          <w:tcPr>
            <w:tcW w:type="dxa" w:w="1580"/>
          </w:tcPr>
          <w:p>
            <w:pPr>
              <w:spacing w:after="0"/>
              <w:jc w:val="left"/>
            </w:pPr>
            <w:r>
              <w:rPr>
                <w:sz w:val="16"/>
              </w:rPr>
              <w:t>Lightning, 2012-05-29, $150,000 property; $0 crops (2012 dollars)</w:t>
            </w:r>
          </w:p>
        </w:tc>
        <w:tc>
          <w:tcPr>
            <w:tcW w:type="dxa" w:w="1840"/>
          </w:tcPr>
          <w:p>
            <w:pPr>
              <w:spacing w:after="0"/>
              <w:jc w:val="left"/>
            </w:pPr>
            <w:r>
              <w:rPr>
                <w:sz w:val="16"/>
              </w:rPr>
              <w:t>Event records naming places in the county: Barre city (3 records), Barre town (3 records), Montpelier city (2 records), Cabot town (1 record), Marshfield town (1 record), Marshfield village (1 record), Waitsfield town (1 record).</w:t>
            </w:r>
          </w:p>
        </w:tc>
        <w:tc>
          <w:tcPr>
            <w:tcW w:type="dxa" w:w="1997"/>
          </w:tcPr>
          <w:p>
            <w:pPr>
              <w:spacing w:after="0"/>
              <w:jc w:val="left"/>
            </w:pPr>
            <w:r>
              <w:rPr>
                <w:sz w:val="16"/>
              </w:rPr>
              <w:t>Storm Events lists lightning with damage or casualties; physical measure in event narratives only (local data needed).</w:t>
            </w:r>
          </w:p>
        </w:tc>
      </w:tr>
      <w:tr>
        <w:trPr>
          <w:cantSplit/>
        </w:trPr>
        <w:tc>
          <w:tcPr>
            <w:tcW w:type="dxa" w:w="1791"/>
          </w:tcPr>
          <w:p>
            <w:pPr>
              <w:spacing w:after="0"/>
              <w:jc w:val="left"/>
            </w:pPr>
            <w:r>
              <w:rPr>
                <w:sz w:val="16"/>
              </w:rPr>
              <w:t>High Wind and Strong Wind (outside NRI's Strong Wind definition)</w:t>
            </w:r>
          </w:p>
        </w:tc>
        <w:tc>
          <w:tcPr>
            <w:tcW w:type="dxa" w:w="1826"/>
          </w:tcPr>
          <w:p>
            <w:pPr>
              <w:spacing w:after="0"/>
              <w:jc w:val="left"/>
            </w:pPr>
            <w:r>
              <w:rPr>
                <w:sz w:val="16"/>
              </w:rPr>
              <w:t>wind speed (kt and mph)</w:t>
            </w:r>
          </w:p>
        </w:tc>
        <w:tc>
          <w:tcPr>
            <w:tcW w:type="dxa" w:w="1681"/>
          </w:tcPr>
          <w:p>
            <w:pPr>
              <w:spacing w:after="0"/>
              <w:jc w:val="right"/>
            </w:pPr>
            <w:r>
              <w:rPr>
                <w:sz w:val="16"/>
              </w:rPr>
              <w:t>50 records, 1996 to 2026 (49 zone-level)</w:t>
            </w:r>
          </w:p>
        </w:tc>
        <w:tc>
          <w:tcPr>
            <w:tcW w:type="dxa" w:w="1845"/>
          </w:tcPr>
          <w:p>
            <w:pPr>
              <w:spacing w:after="0"/>
              <w:jc w:val="left"/>
            </w:pPr>
            <w:r>
              <w:rPr>
                <w:sz w:val="16"/>
              </w:rPr>
              <w:t>35 kt (40 mph) to 52 kt (60 mph) (median 41.5 kt (48 mph)); 42 with a recorded value</w:t>
            </w:r>
          </w:p>
        </w:tc>
        <w:tc>
          <w:tcPr>
            <w:tcW w:type="dxa" w:w="1551"/>
          </w:tcPr>
          <w:p>
            <w:pPr>
              <w:spacing w:after="0"/>
              <w:jc w:val="left"/>
            </w:pPr>
            <w:r>
              <w:rPr>
                <w:sz w:val="16"/>
              </w:rPr>
              <w:t>52 kt (60 mph) estimated gust, High Wind, 2022-12-23; NWS zone VTZ008</w:t>
            </w:r>
          </w:p>
        </w:tc>
        <w:tc>
          <w:tcPr>
            <w:tcW w:type="dxa" w:w="1580"/>
          </w:tcPr>
          <w:p>
            <w:pPr>
              <w:spacing w:after="0"/>
              <w:jc w:val="left"/>
            </w:pPr>
          </w:p>
        </w:tc>
        <w:tc>
          <w:tcPr>
            <w:tcW w:type="dxa" w:w="1840"/>
          </w:tcPr>
          <w:p>
            <w:pPr>
              <w:spacing w:after="0"/>
              <w:jc w:val="left"/>
            </w:pPr>
            <w:r>
              <w:rPr>
                <w:sz w:val="16"/>
              </w:rPr>
              <w:t>Event records naming places in the county: Worcester town (1 record). Zone-level records (49) apply countywide.</w:t>
            </w:r>
          </w:p>
        </w:tc>
        <w:tc>
          <w:tcPr>
            <w:tcW w:type="dxa" w:w="1997"/>
          </w:tcPr>
          <w:p>
            <w:pPr>
              <w:spacing w:after="0"/>
              <w:jc w:val="left"/>
            </w:pPr>
          </w:p>
        </w:tc>
      </w:tr>
      <w:tr>
        <w:trPr>
          <w:cantSplit/>
        </w:trPr>
        <w:tc>
          <w:tcPr>
            <w:tcW w:type="dxa" w:w="1791"/>
          </w:tcPr>
          <w:p>
            <w:pPr>
              <w:spacing w:after="0"/>
              <w:jc w:val="left"/>
            </w:pPr>
            <w:r>
              <w:rPr>
                <w:sz w:val="16"/>
              </w:rPr>
              <w:t>Thunderstorm Wind</w:t>
            </w:r>
          </w:p>
        </w:tc>
        <w:tc>
          <w:tcPr>
            <w:tcW w:type="dxa" w:w="1826"/>
          </w:tcPr>
          <w:p>
            <w:pPr>
              <w:spacing w:after="0"/>
              <w:jc w:val="left"/>
            </w:pPr>
            <w:r>
              <w:rPr>
                <w:sz w:val="16"/>
              </w:rPr>
              <w:t>wind speed (kt and mph)</w:t>
            </w:r>
          </w:p>
        </w:tc>
        <w:tc>
          <w:tcPr>
            <w:tcW w:type="dxa" w:w="1681"/>
          </w:tcPr>
          <w:p>
            <w:pPr>
              <w:spacing w:after="0"/>
              <w:jc w:val="right"/>
            </w:pPr>
            <w:r>
              <w:rPr>
                <w:sz w:val="16"/>
              </w:rPr>
              <w:t>179 records, 1964 to 2026</w:t>
            </w:r>
          </w:p>
        </w:tc>
        <w:tc>
          <w:tcPr>
            <w:tcW w:type="dxa" w:w="1845"/>
          </w:tcPr>
          <w:p>
            <w:pPr>
              <w:spacing w:after="0"/>
              <w:jc w:val="left"/>
            </w:pPr>
            <w:r>
              <w:rPr>
                <w:sz w:val="16"/>
              </w:rPr>
              <w:t>40 kt (46 mph) to 85 kt (98 mph) (median 50 kt (58 mph)); 135 with a recorded value</w:t>
            </w:r>
          </w:p>
        </w:tc>
        <w:tc>
          <w:tcPr>
            <w:tcW w:type="dxa" w:w="1551"/>
          </w:tcPr>
          <w:p>
            <w:pPr>
              <w:spacing w:after="0"/>
              <w:jc w:val="left"/>
            </w:pPr>
            <w:r>
              <w:rPr>
                <w:sz w:val="16"/>
              </w:rPr>
              <w:t>85 kt (98 mph) estimated gust, Thunderstorm Wind, 2004-11-25, 1 direct injury</w:t>
            </w:r>
          </w:p>
        </w:tc>
        <w:tc>
          <w:tcPr>
            <w:tcW w:type="dxa" w:w="1580"/>
          </w:tcPr>
          <w:p>
            <w:pPr>
              <w:spacing w:after="0"/>
              <w:jc w:val="left"/>
            </w:pPr>
            <w:r>
              <w:rPr>
                <w:sz w:val="16"/>
              </w:rPr>
              <w:t>Thunderstorm Wind, 2018-06-18, $100,000 property; $0 crops (2018 dollars)</w:t>
            </w:r>
          </w:p>
        </w:tc>
        <w:tc>
          <w:tcPr>
            <w:tcW w:type="dxa" w:w="1840"/>
          </w:tcPr>
          <w:p>
            <w:pPr>
              <w:spacing w:after="0"/>
              <w:jc w:val="left"/>
            </w:pPr>
            <w:r>
              <w:rPr>
                <w:sz w:val="16"/>
              </w:rPr>
              <w:t>Event records naming places in the county: Barre town (14 records), Duxbury town (13 records), Northfield town (13 records), Barre city (12 records), Plainfield town (9 records), Berlin town (8 records), Warren town (8 records), Woodbury town (8 records), Calais town (7 records), Marshfield town (7 records); and 10 more places (see the Excel file).</w:t>
            </w:r>
          </w:p>
        </w:tc>
        <w:tc>
          <w:tcPr>
            <w:tcW w:type="dxa" w:w="1997"/>
          </w:tcPr>
          <w:p>
            <w:pPr>
              <w:spacing w:after="0"/>
              <w:jc w:val="left"/>
            </w:pPr>
          </w:p>
        </w:tc>
      </w:tr>
      <w:tr>
        <w:trPr>
          <w:cantSplit/>
        </w:trPr>
        <w:tc>
          <w:tcPr>
            <w:tcW w:type="dxa" w:w="1791"/>
          </w:tcPr>
          <w:p>
            <w:pPr>
              <w:spacing w:after="0"/>
              <w:jc w:val="left"/>
            </w:pPr>
            <w:r>
              <w:rPr>
                <w:sz w:val="16"/>
              </w:rPr>
              <w:t>Tornado</w:t>
            </w:r>
          </w:p>
        </w:tc>
        <w:tc>
          <w:tcPr>
            <w:tcW w:type="dxa" w:w="1826"/>
          </w:tcPr>
          <w:p>
            <w:pPr>
              <w:spacing w:after="0"/>
              <w:jc w:val="left"/>
            </w:pPr>
            <w:r>
              <w:rPr>
                <w:sz w:val="16"/>
              </w:rPr>
              <w:t>Enhanced Fujita (Fujita before Feb 2007)</w:t>
            </w:r>
          </w:p>
        </w:tc>
        <w:tc>
          <w:tcPr>
            <w:tcW w:type="dxa" w:w="1681"/>
          </w:tcPr>
          <w:p>
            <w:pPr>
              <w:spacing w:after="0"/>
              <w:jc w:val="right"/>
            </w:pPr>
            <w:r>
              <w:rPr>
                <w:sz w:val="16"/>
              </w:rPr>
              <w:t>0</w:t>
            </w:r>
          </w:p>
        </w:tc>
        <w:tc>
          <w:tcPr>
            <w:tcW w:type="dxa" w:w="1845"/>
          </w:tcPr>
          <w:p>
            <w:pPr>
              <w:spacing w:after="0"/>
              <w:jc w:val="left"/>
            </w:pPr>
          </w:p>
        </w:tc>
        <w:tc>
          <w:tcPr>
            <w:tcW w:type="dxa" w:w="1551"/>
          </w:tcPr>
          <w:p>
            <w:pPr>
              <w:spacing w:after="0"/>
              <w:jc w:val="left"/>
            </w:pPr>
          </w:p>
        </w:tc>
        <w:tc>
          <w:tcPr>
            <w:tcW w:type="dxa" w:w="1580"/>
          </w:tcPr>
          <w:p>
            <w:pPr>
              <w:spacing w:after="0"/>
              <w:jc w:val="left"/>
            </w:pPr>
          </w:p>
        </w:tc>
        <w:tc>
          <w:tcPr>
            <w:tcW w:type="dxa" w:w="1840"/>
          </w:tcPr>
          <w:p>
            <w:pPr>
              <w:spacing w:after="0"/>
              <w:jc w:val="left"/>
            </w:pPr>
          </w:p>
        </w:tc>
        <w:tc>
          <w:tcPr>
            <w:tcW w:type="dxa" w:w="199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1"/>
          </w:tcPr>
          <w:p>
            <w:pPr>
              <w:spacing w:after="0"/>
              <w:jc w:val="left"/>
            </w:pPr>
            <w:r>
              <w:rPr>
                <w:sz w:val="16"/>
              </w:rPr>
              <w:t>Wildfire</w:t>
            </w:r>
          </w:p>
        </w:tc>
        <w:tc>
          <w:tcPr>
            <w:tcW w:type="dxa" w:w="1826"/>
          </w:tcPr>
          <w:p>
            <w:pPr>
              <w:spacing w:after="0"/>
              <w:jc w:val="left"/>
            </w:pPr>
            <w:r>
              <w:rPr>
                <w:sz w:val="16"/>
              </w:rPr>
              <w:t>acres burned (local data)</w:t>
            </w:r>
          </w:p>
        </w:tc>
        <w:tc>
          <w:tcPr>
            <w:tcW w:type="dxa" w:w="1681"/>
          </w:tcPr>
          <w:p>
            <w:pPr>
              <w:spacing w:after="0"/>
              <w:jc w:val="right"/>
            </w:pPr>
            <w:r>
              <w:rPr>
                <w:sz w:val="16"/>
              </w:rPr>
              <w:t>0</w:t>
            </w:r>
          </w:p>
        </w:tc>
        <w:tc>
          <w:tcPr>
            <w:tcW w:type="dxa" w:w="1845"/>
          </w:tcPr>
          <w:p>
            <w:pPr>
              <w:spacing w:after="0"/>
              <w:jc w:val="left"/>
            </w:pPr>
          </w:p>
        </w:tc>
        <w:tc>
          <w:tcPr>
            <w:tcW w:type="dxa" w:w="1551"/>
          </w:tcPr>
          <w:p>
            <w:pPr>
              <w:spacing w:after="0"/>
              <w:jc w:val="left"/>
            </w:pPr>
          </w:p>
        </w:tc>
        <w:tc>
          <w:tcPr>
            <w:tcW w:type="dxa" w:w="1580"/>
          </w:tcPr>
          <w:p>
            <w:pPr>
              <w:spacing w:after="0"/>
              <w:jc w:val="left"/>
            </w:pPr>
          </w:p>
        </w:tc>
        <w:tc>
          <w:tcPr>
            <w:tcW w:type="dxa" w:w="1840"/>
          </w:tcPr>
          <w:p>
            <w:pPr>
              <w:spacing w:after="0"/>
              <w:jc w:val="left"/>
            </w:pPr>
          </w:p>
        </w:tc>
        <w:tc>
          <w:tcPr>
            <w:tcW w:type="dxa" w:w="1997"/>
          </w:tcPr>
          <w:p>
            <w:pPr>
              <w:spacing w:after="0"/>
              <w:jc w:val="left"/>
            </w:pPr>
            <w:r>
              <w:rPr>
                <w:sz w:val="16"/>
              </w:rPr>
              <w:t>Acres burned: in event narratives only (local data needed).</w:t>
            </w:r>
          </w:p>
        </w:tc>
      </w:tr>
      <w:tr>
        <w:trPr>
          <w:cantSplit/>
        </w:trPr>
        <w:tc>
          <w:tcPr>
            <w:tcW w:type="dxa" w:w="1791"/>
          </w:tcPr>
          <w:p>
            <w:pPr>
              <w:spacing w:after="0"/>
              <w:jc w:val="left"/>
            </w:pPr>
            <w:r>
              <w:rPr>
                <w:sz w:val="16"/>
              </w:rPr>
              <w:t>Winter Storm, Heavy Snow, Blizzard, Lake-Effect Snow, Winter Weather, Sleet</w:t>
            </w:r>
          </w:p>
        </w:tc>
        <w:tc>
          <w:tcPr>
            <w:tcW w:type="dxa" w:w="1826"/>
          </w:tcPr>
          <w:p>
            <w:pPr>
              <w:spacing w:after="0"/>
              <w:jc w:val="left"/>
            </w:pPr>
            <w:r>
              <w:rPr>
                <w:sz w:val="16"/>
              </w:rPr>
              <w:t>none in data (snowfall: local data)</w:t>
            </w:r>
          </w:p>
        </w:tc>
        <w:tc>
          <w:tcPr>
            <w:tcW w:type="dxa" w:w="1681"/>
          </w:tcPr>
          <w:p>
            <w:pPr>
              <w:spacing w:after="0"/>
              <w:jc w:val="right"/>
            </w:pPr>
            <w:r>
              <w:rPr>
                <w:sz w:val="16"/>
              </w:rPr>
              <w:t>317 records, 1996 to 2026 (317 zone-level)</w:t>
            </w:r>
          </w:p>
        </w:tc>
        <w:tc>
          <w:tcPr>
            <w:tcW w:type="dxa" w:w="1845"/>
          </w:tcPr>
          <w:p>
            <w:pPr>
              <w:spacing w:after="0"/>
              <w:jc w:val="left"/>
            </w:pPr>
          </w:p>
        </w:tc>
        <w:tc>
          <w:tcPr>
            <w:tcW w:type="dxa" w:w="1551"/>
          </w:tcPr>
          <w:p>
            <w:pPr>
              <w:spacing w:after="0"/>
              <w:jc w:val="left"/>
            </w:pPr>
            <w:r>
              <w:rPr>
                <w:sz w:val="16"/>
              </w:rPr>
              <w:t>Heavy Snow, 2007-02-14, $300,000 property; $0 crops (2007 dollars); NWS zone VTZ008</w:t>
            </w:r>
          </w:p>
        </w:tc>
        <w:tc>
          <w:tcPr>
            <w:tcW w:type="dxa" w:w="1580"/>
          </w:tcPr>
          <w:p>
            <w:pPr>
              <w:spacing w:after="0"/>
              <w:jc w:val="left"/>
            </w:pPr>
          </w:p>
        </w:tc>
        <w:tc>
          <w:tcPr>
            <w:tcW w:type="dxa" w:w="1840"/>
          </w:tcPr>
          <w:p>
            <w:pPr>
              <w:spacing w:after="0"/>
              <w:jc w:val="left"/>
            </w:pPr>
            <w:r>
              <w:rPr>
                <w:sz w:val="16"/>
              </w:rPr>
              <w:t>Countywide (zone-level records).</w:t>
            </w:r>
          </w:p>
        </w:tc>
        <w:tc>
          <w:tcPr>
            <w:tcW w:type="dxa" w:w="1997"/>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Inherited from Washington County, county-level (county FIPS 50023); scope: declarations, statewide block and Storm Events history.</w:t>
      </w:r>
    </w:p>
    <w:p>
      <w:pPr>
        <w:keepNext/>
        <w:spacing w:after="80" w:before="0"/>
      </w:pPr>
      <w:r>
        <w:rPr/>
        <w:t>Federal declarations for this county: 33 declarations covering 29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7"/>
        <w:gridCol w:w="2355"/>
        <w:gridCol w:w="1895"/>
        <w:gridCol w:w="2630"/>
        <w:gridCol w:w="1873"/>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7"/>
            <w:shd w:val="clear" w:color="auto" w:fill="E8E8E8"/>
          </w:tcPr>
          <w:p>
            <w:pPr>
              <w:spacing w:after="0"/>
              <w:jc w:val="left"/>
            </w:pPr>
            <w:r>
              <w:rPr>
                <w:b/>
                <w:sz w:val="16"/>
              </w:rPr>
              <w:t>Type</w:t>
            </w:r>
          </w:p>
        </w:tc>
        <w:tc>
          <w:tcPr>
            <w:tcW w:type="dxa" w:w="2355"/>
            <w:shd w:val="clear" w:color="auto" w:fill="E8E8E8"/>
          </w:tcPr>
          <w:p>
            <w:pPr>
              <w:spacing w:after="0"/>
              <w:jc w:val="left"/>
            </w:pPr>
            <w:r>
              <w:rPr>
                <w:b/>
                <w:sz w:val="16"/>
              </w:rPr>
              <w:t>Title</w:t>
            </w:r>
          </w:p>
        </w:tc>
        <w:tc>
          <w:tcPr>
            <w:tcW w:type="dxa" w:w="1895"/>
            <w:shd w:val="clear" w:color="auto" w:fill="E8E8E8"/>
          </w:tcPr>
          <w:p>
            <w:pPr>
              <w:spacing w:after="0"/>
              <w:jc w:val="left"/>
            </w:pPr>
            <w:r>
              <w:rPr>
                <w:b/>
                <w:sz w:val="16"/>
              </w:rPr>
              <w:t>Mapped hazard</w:t>
            </w:r>
          </w:p>
        </w:tc>
        <w:tc>
          <w:tcPr>
            <w:tcW w:type="dxa" w:w="263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73"/>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57"/>
          </w:tcPr>
          <w:p>
            <w:pPr>
              <w:spacing w:after="0"/>
              <w:jc w:val="left"/>
            </w:pPr>
            <w:r>
              <w:rPr>
                <w:sz w:val="16"/>
              </w:rPr>
              <w:t>Major disaster</w:t>
            </w:r>
          </w:p>
        </w:tc>
        <w:tc>
          <w:tcPr>
            <w:tcW w:type="dxa" w:w="2355"/>
          </w:tcPr>
          <w:p>
            <w:pPr>
              <w:spacing w:after="0"/>
              <w:jc w:val="left"/>
            </w:pPr>
            <w:r>
              <w:rPr>
                <w:sz w:val="16"/>
              </w:rPr>
              <w:t>Severe Storm, Flooding, Landslides, and Mudslides</w:t>
            </w:r>
          </w:p>
        </w:tc>
        <w:tc>
          <w:tcPr>
            <w:tcW w:type="dxa" w:w="1895"/>
          </w:tcPr>
          <w:p>
            <w:pPr>
              <w:spacing w:after="0"/>
              <w:jc w:val="left"/>
            </w:pPr>
            <w:r>
              <w:rPr>
                <w:sz w:val="16"/>
              </w:rPr>
              <w:t>Inland Flooding; Landslide</w:t>
            </w:r>
          </w:p>
        </w:tc>
        <w:tc>
          <w:tcPr>
            <w:tcW w:type="dxa" w:w="2630"/>
          </w:tcPr>
          <w:p>
            <w:pPr>
              <w:spacing w:after="0"/>
              <w:jc w:val="right"/>
            </w:pPr>
            <w:r>
              <w:rPr>
                <w:sz w:val="16"/>
              </w:rPr>
              <w:t>$27,686,889.61</w:t>
            </w:r>
          </w:p>
        </w:tc>
        <w:tc>
          <w:tcPr>
            <w:tcW w:type="dxa" w:w="1873"/>
          </w:tcPr>
          <w:p>
            <w:pPr>
              <w:spacing w:after="0"/>
              <w:jc w:val="left"/>
            </w:pPr>
            <w:r>
              <w:rPr>
                <w:sz w:val="16"/>
              </w:rPr>
              <w:t>in the 12 months before plan approval; within last 5 years</w:t>
            </w:r>
          </w:p>
        </w:tc>
        <w:tc>
          <w:tcPr>
            <w:tcW w:type="dxa" w:w="891"/>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57"/>
          </w:tcPr>
          <w:p>
            <w:pPr>
              <w:spacing w:after="0"/>
              <w:jc w:val="left"/>
            </w:pPr>
            <w:r>
              <w:rPr>
                <w:sz w:val="16"/>
              </w:rPr>
              <w:t>Emergency</w:t>
            </w:r>
          </w:p>
        </w:tc>
        <w:tc>
          <w:tcPr>
            <w:tcW w:type="dxa" w:w="2355"/>
          </w:tcPr>
          <w:p>
            <w:pPr>
              <w:spacing w:after="0"/>
              <w:jc w:val="left"/>
            </w:pPr>
            <w:r>
              <w:rPr>
                <w:sz w:val="16"/>
              </w:rPr>
              <w:t>Tropical Depression Debby</w:t>
            </w:r>
          </w:p>
        </w:tc>
        <w:tc>
          <w:tcPr>
            <w:tcW w:type="dxa" w:w="1895"/>
          </w:tcPr>
          <w:p>
            <w:pPr>
              <w:spacing w:after="0"/>
              <w:jc w:val="left"/>
            </w:pPr>
            <w:r>
              <w:rPr>
                <w:sz w:val="16"/>
              </w:rPr>
              <w:t>Hurricane</w:t>
            </w:r>
          </w:p>
        </w:tc>
        <w:tc>
          <w:tcPr>
            <w:tcW w:type="dxa" w:w="2630"/>
          </w:tcPr>
          <w:p>
            <w:pPr>
              <w:spacing w:after="0"/>
              <w:jc w:val="right"/>
            </w:pPr>
            <w:r>
              <w:rPr>
                <w:sz w:val="16"/>
              </w:rPr>
              <w:t>no Public Assistance recorded</w:t>
            </w:r>
          </w:p>
        </w:tc>
        <w:tc>
          <w:tcPr>
            <w:tcW w:type="dxa" w:w="1873"/>
          </w:tcPr>
          <w:p>
            <w:pPr>
              <w:spacing w:after="0"/>
              <w:jc w:val="left"/>
            </w:pPr>
            <w:r>
              <w:rPr>
                <w:sz w:val="16"/>
              </w:rPr>
              <w:t>in the 12 months before plan approval; within last 5 years</w:t>
            </w:r>
          </w:p>
        </w:tc>
        <w:tc>
          <w:tcPr>
            <w:tcW w:type="dxa" w:w="891"/>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57"/>
          </w:tcPr>
          <w:p>
            <w:pPr>
              <w:spacing w:after="0"/>
              <w:jc w:val="left"/>
            </w:pPr>
            <w:r>
              <w:rPr>
                <w:sz w:val="16"/>
              </w:rPr>
              <w:t>Major disaster</w:t>
            </w:r>
          </w:p>
        </w:tc>
        <w:tc>
          <w:tcPr>
            <w:tcW w:type="dxa" w:w="2355"/>
          </w:tcPr>
          <w:p>
            <w:pPr>
              <w:spacing w:after="0"/>
              <w:jc w:val="left"/>
            </w:pPr>
            <w:r>
              <w:rPr>
                <w:sz w:val="16"/>
              </w:rPr>
              <w:t>Severe Storms, Flooding, Landslides, and Mudslides</w:t>
            </w:r>
          </w:p>
        </w:tc>
        <w:tc>
          <w:tcPr>
            <w:tcW w:type="dxa" w:w="1895"/>
          </w:tcPr>
          <w:p>
            <w:pPr>
              <w:spacing w:after="0"/>
              <w:jc w:val="left"/>
            </w:pPr>
            <w:r>
              <w:rPr>
                <w:sz w:val="16"/>
              </w:rPr>
              <w:t>Inland Flooding (primary); also designated: Landslide</w:t>
            </w:r>
          </w:p>
        </w:tc>
        <w:tc>
          <w:tcPr>
            <w:tcW w:type="dxa" w:w="2630"/>
          </w:tcPr>
          <w:p>
            <w:pPr>
              <w:spacing w:after="0"/>
              <w:jc w:val="right"/>
            </w:pPr>
            <w:r>
              <w:rPr>
                <w:sz w:val="16"/>
              </w:rPr>
              <w:t>$133,022,376.46</w:t>
            </w:r>
          </w:p>
        </w:tc>
        <w:tc>
          <w:tcPr>
            <w:tcW w:type="dxa" w:w="187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57"/>
          </w:tcPr>
          <w:p>
            <w:pPr>
              <w:spacing w:after="0"/>
              <w:jc w:val="left"/>
            </w:pPr>
            <w:r>
              <w:rPr>
                <w:sz w:val="16"/>
              </w:rPr>
              <w:t>Emergency</w:t>
            </w:r>
          </w:p>
        </w:tc>
        <w:tc>
          <w:tcPr>
            <w:tcW w:type="dxa" w:w="2355"/>
          </w:tcPr>
          <w:p>
            <w:pPr>
              <w:spacing w:after="0"/>
              <w:jc w:val="left"/>
            </w:pPr>
            <w:r>
              <w:rPr>
                <w:sz w:val="16"/>
              </w:rPr>
              <w:t>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r>
              <w:rPr>
                <w:sz w:val="16"/>
              </w:rPr>
              <w:t>within last 5 years</w:t>
            </w:r>
          </w:p>
        </w:tc>
        <w:tc>
          <w:tcPr>
            <w:tcW w:type="dxa" w:w="891"/>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57"/>
          </w:tcPr>
          <w:p>
            <w:pPr>
              <w:spacing w:after="0"/>
              <w:jc w:val="left"/>
            </w:pPr>
            <w:r>
              <w:rPr>
                <w:sz w:val="16"/>
              </w:rPr>
              <w:t>Major disaster</w:t>
            </w:r>
          </w:p>
        </w:tc>
        <w:tc>
          <w:tcPr>
            <w:tcW w:type="dxa" w:w="2355"/>
          </w:tcPr>
          <w:p>
            <w:pPr>
              <w:spacing w:after="0"/>
              <w:jc w:val="left"/>
            </w:pPr>
            <w:r>
              <w:rPr>
                <w:sz w:val="16"/>
              </w:rPr>
              <w:t>Severe Storm and Flooding</w:t>
            </w:r>
          </w:p>
        </w:tc>
        <w:tc>
          <w:tcPr>
            <w:tcW w:type="dxa" w:w="1895"/>
          </w:tcPr>
          <w:p>
            <w:pPr>
              <w:spacing w:after="0"/>
              <w:jc w:val="left"/>
            </w:pPr>
            <w:r>
              <w:rPr>
                <w:sz w:val="16"/>
              </w:rPr>
              <w:t>Inland Flooding</w:t>
            </w:r>
          </w:p>
        </w:tc>
        <w:tc>
          <w:tcPr>
            <w:tcW w:type="dxa" w:w="2630"/>
          </w:tcPr>
          <w:p>
            <w:pPr>
              <w:spacing w:after="0"/>
              <w:jc w:val="right"/>
            </w:pPr>
            <w:r>
              <w:rPr>
                <w:sz w:val="16"/>
              </w:rPr>
              <w:t>$1,404,124.35</w:t>
            </w:r>
          </w:p>
        </w:tc>
        <w:tc>
          <w:tcPr>
            <w:tcW w:type="dxa" w:w="187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57"/>
          </w:tcPr>
          <w:p>
            <w:pPr>
              <w:spacing w:after="0"/>
              <w:jc w:val="left"/>
            </w:pPr>
            <w:r>
              <w:rPr>
                <w:sz w:val="16"/>
              </w:rPr>
              <w:t>Emergency</w:t>
            </w:r>
          </w:p>
        </w:tc>
        <w:tc>
          <w:tcPr>
            <w:tcW w:type="dxa" w:w="2355"/>
          </w:tcPr>
          <w:p>
            <w:pPr>
              <w:spacing w:after="0"/>
              <w:jc w:val="left"/>
            </w:pPr>
            <w:r>
              <w:rPr>
                <w:sz w:val="16"/>
              </w:rPr>
              <w:t>Tropical Storm Henri</w:t>
            </w:r>
          </w:p>
        </w:tc>
        <w:tc>
          <w:tcPr>
            <w:tcW w:type="dxa" w:w="1895"/>
          </w:tcPr>
          <w:p>
            <w:pPr>
              <w:spacing w:after="0"/>
              <w:jc w:val="left"/>
            </w:pPr>
            <w:r>
              <w:rPr>
                <w:sz w:val="16"/>
              </w:rPr>
              <w:t>Hurricane</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57"/>
          </w:tcPr>
          <w:p>
            <w:pPr>
              <w:spacing w:after="0"/>
              <w:jc w:val="left"/>
            </w:pPr>
            <w:r>
              <w:rPr>
                <w:sz w:val="16"/>
              </w:rPr>
              <w:t>Major disaster</w:t>
            </w:r>
          </w:p>
        </w:tc>
        <w:tc>
          <w:tcPr>
            <w:tcW w:type="dxa" w:w="2355"/>
          </w:tcPr>
          <w:p>
            <w:pPr>
              <w:spacing w:after="0"/>
              <w:jc w:val="left"/>
            </w:pPr>
            <w:r>
              <w:rPr>
                <w:sz w:val="16"/>
              </w:rPr>
              <w:t>COVID-19 Pandemic</w:t>
            </w:r>
          </w:p>
        </w:tc>
        <w:tc>
          <w:tcPr>
            <w:tcW w:type="dxa" w:w="1895"/>
          </w:tcPr>
          <w:p>
            <w:pPr>
              <w:spacing w:after="0"/>
              <w:jc w:val="left"/>
            </w:pPr>
            <w:r>
              <w:rPr>
                <w:sz w:val="16"/>
              </w:rPr>
              <w:t>Non-natural, not counted</w:t>
            </w:r>
          </w:p>
        </w:tc>
        <w:tc>
          <w:tcPr>
            <w:tcW w:type="dxa" w:w="2630"/>
          </w:tcPr>
          <w:p>
            <w:pPr>
              <w:spacing w:after="0"/>
              <w:jc w:val="right"/>
            </w:pPr>
            <w:r>
              <w:rPr>
                <w:sz w:val="16"/>
              </w:rPr>
              <w:t>$344,375,933.51</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57"/>
          </w:tcPr>
          <w:p>
            <w:pPr>
              <w:spacing w:after="0"/>
              <w:jc w:val="left"/>
            </w:pPr>
            <w:r>
              <w:rPr>
                <w:sz w:val="16"/>
              </w:rPr>
              <w:t>Emergency</w:t>
            </w:r>
          </w:p>
        </w:tc>
        <w:tc>
          <w:tcPr>
            <w:tcW w:type="dxa" w:w="2355"/>
          </w:tcPr>
          <w:p>
            <w:pPr>
              <w:spacing w:after="0"/>
              <w:jc w:val="left"/>
            </w:pPr>
            <w:r>
              <w:rPr>
                <w:sz w:val="16"/>
              </w:rPr>
              <w:t>COVID-19</w:t>
            </w:r>
          </w:p>
        </w:tc>
        <w:tc>
          <w:tcPr>
            <w:tcW w:type="dxa" w:w="1895"/>
          </w:tcPr>
          <w:p>
            <w:pPr>
              <w:spacing w:after="0"/>
              <w:jc w:val="left"/>
            </w:pPr>
            <w:r>
              <w:rPr>
                <w:sz w:val="16"/>
              </w:rPr>
              <w:t>Non-natural, not counted</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57"/>
          </w:tcPr>
          <w:p>
            <w:pPr>
              <w:spacing w:after="0"/>
              <w:jc w:val="left"/>
            </w:pPr>
            <w:r>
              <w:rPr>
                <w:sz w:val="16"/>
              </w:rPr>
              <w:t>Major disaster</w:t>
            </w:r>
          </w:p>
        </w:tc>
        <w:tc>
          <w:tcPr>
            <w:tcW w:type="dxa" w:w="2355"/>
          </w:tcPr>
          <w:p>
            <w:pPr>
              <w:spacing w:after="0"/>
              <w:jc w:val="left"/>
            </w:pPr>
            <w:r>
              <w:rPr>
                <w:sz w:val="16"/>
              </w:rPr>
              <w:t>Severe Storm and Flooding</w:t>
            </w:r>
          </w:p>
        </w:tc>
        <w:tc>
          <w:tcPr>
            <w:tcW w:type="dxa" w:w="1895"/>
          </w:tcPr>
          <w:p>
            <w:pPr>
              <w:spacing w:after="0"/>
              <w:jc w:val="left"/>
            </w:pPr>
            <w:r>
              <w:rPr>
                <w:sz w:val="16"/>
              </w:rPr>
              <w:t>Inland Flooding</w:t>
            </w:r>
          </w:p>
        </w:tc>
        <w:tc>
          <w:tcPr>
            <w:tcW w:type="dxa" w:w="2630"/>
          </w:tcPr>
          <w:p>
            <w:pPr>
              <w:spacing w:after="0"/>
              <w:jc w:val="right"/>
            </w:pPr>
            <w:r>
              <w:rPr>
                <w:sz w:val="16"/>
              </w:rPr>
              <w:t>$1,856,573.71</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$2,886,301.79</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57"/>
          </w:tcPr>
          <w:p>
            <w:pPr>
              <w:spacing w:after="0"/>
              <w:jc w:val="left"/>
            </w:pPr>
            <w:r>
              <w:rPr>
                <w:sz w:val="16"/>
              </w:rPr>
              <w:t>Major disaster</w:t>
            </w:r>
          </w:p>
        </w:tc>
        <w:tc>
          <w:tcPr>
            <w:tcW w:type="dxa" w:w="2355"/>
          </w:tcPr>
          <w:p>
            <w:pPr>
              <w:spacing w:after="0"/>
              <w:jc w:val="left"/>
            </w:pPr>
            <w:r>
              <w:rPr>
                <w:sz w:val="16"/>
              </w:rPr>
              <w:t>Severe Storm and Flooding</w:t>
            </w:r>
          </w:p>
        </w:tc>
        <w:tc>
          <w:tcPr>
            <w:tcW w:type="dxa" w:w="1895"/>
          </w:tcPr>
          <w:p>
            <w:pPr>
              <w:spacing w:after="0"/>
              <w:jc w:val="left"/>
            </w:pPr>
            <w:r>
              <w:rPr>
                <w:sz w:val="16"/>
              </w:rPr>
              <w:t>Inland Flooding</w:t>
            </w:r>
          </w:p>
        </w:tc>
        <w:tc>
          <w:tcPr>
            <w:tcW w:type="dxa" w:w="2630"/>
          </w:tcPr>
          <w:p>
            <w:pPr>
              <w:spacing w:after="0"/>
              <w:jc w:val="right"/>
            </w:pPr>
            <w:r>
              <w:rPr>
                <w:sz w:val="16"/>
              </w:rPr>
              <w:t>$797,556.42</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$5,315,972.38</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57"/>
          </w:tcPr>
          <w:p>
            <w:pPr>
              <w:spacing w:after="0"/>
              <w:jc w:val="left"/>
            </w:pPr>
            <w:r>
              <w:rPr>
                <w:sz w:val="16"/>
              </w:rPr>
              <w:t>Major disaster</w:t>
            </w:r>
          </w:p>
        </w:tc>
        <w:tc>
          <w:tcPr>
            <w:tcW w:type="dxa" w:w="2355"/>
          </w:tcPr>
          <w:p>
            <w:pPr>
              <w:spacing w:after="0"/>
              <w:jc w:val="left"/>
            </w:pPr>
            <w:r>
              <w:rPr>
                <w:sz w:val="16"/>
              </w:rPr>
              <w:t>Severe Winter Storm</w:t>
            </w:r>
          </w:p>
        </w:tc>
        <w:tc>
          <w:tcPr>
            <w:tcW w:type="dxa" w:w="1895"/>
          </w:tcPr>
          <w:p>
            <w:pPr>
              <w:spacing w:after="0"/>
              <w:jc w:val="left"/>
            </w:pPr>
            <w:r>
              <w:rPr>
                <w:sz w:val="16"/>
              </w:rPr>
              <w:t>Winter Weather</w:t>
            </w:r>
          </w:p>
        </w:tc>
        <w:tc>
          <w:tcPr>
            <w:tcW w:type="dxa" w:w="2630"/>
          </w:tcPr>
          <w:p>
            <w:pPr>
              <w:spacing w:after="0"/>
              <w:jc w:val="right"/>
            </w:pPr>
            <w:r>
              <w:rPr>
                <w:sz w:val="16"/>
              </w:rPr>
              <w:t>$683,998.41</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$740,567.97</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$2,113,577.50</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2011-11-08</w:t>
            </w:r>
          </w:p>
        </w:tc>
        <w:tc>
          <w:tcPr>
            <w:tcW w:type="dxa" w:w="1037"/>
          </w:tcPr>
          <w:p>
            <w:pPr>
              <w:spacing w:after="0"/>
              <w:jc w:val="left"/>
            </w:pPr>
            <w:r>
              <w:rPr>
                <w:sz w:val="16"/>
              </w:rPr>
              <w:t>2011-05-20</w:t>
            </w:r>
          </w:p>
        </w:tc>
        <w:tc>
          <w:tcPr>
            <w:tcW w:type="dxa" w:w="1037"/>
          </w:tcPr>
          <w:p>
            <w:pPr>
              <w:spacing w:after="0"/>
              <w:jc w:val="left"/>
            </w:pPr>
            <w:r>
              <w:rPr>
                <w:sz w:val="16"/>
              </w:rPr>
              <w:t>DR-4043-VT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$241,066.93</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57"/>
          </w:tcPr>
          <w:p>
            <w:pPr>
              <w:spacing w:after="0"/>
              <w:jc w:val="left"/>
            </w:pPr>
            <w:r>
              <w:rPr>
                <w:sz w:val="16"/>
              </w:rPr>
              <w:t>Major disaster</w:t>
            </w:r>
          </w:p>
        </w:tc>
        <w:tc>
          <w:tcPr>
            <w:tcW w:type="dxa" w:w="2355"/>
          </w:tcPr>
          <w:p>
            <w:pPr>
              <w:spacing w:after="0"/>
              <w:jc w:val="left"/>
            </w:pPr>
            <w:r>
              <w:rPr>
                <w:sz w:val="16"/>
              </w:rPr>
              <w:t>Tropical Storm Irene</w:t>
            </w:r>
          </w:p>
        </w:tc>
        <w:tc>
          <w:tcPr>
            <w:tcW w:type="dxa" w:w="1895"/>
          </w:tcPr>
          <w:p>
            <w:pPr>
              <w:spacing w:after="0"/>
              <w:jc w:val="left"/>
            </w:pPr>
            <w:r>
              <w:rPr>
                <w:sz w:val="16"/>
              </w:rPr>
              <w:t>Hurricane</w:t>
            </w:r>
          </w:p>
        </w:tc>
        <w:tc>
          <w:tcPr>
            <w:tcW w:type="dxa" w:w="2630"/>
          </w:tcPr>
          <w:p>
            <w:pPr>
              <w:spacing w:after="0"/>
              <w:jc w:val="right"/>
            </w:pPr>
            <w:r>
              <w:rPr>
                <w:sz w:val="16"/>
              </w:rPr>
              <w:t>$39,503,827.61</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57"/>
          </w:tcPr>
          <w:p>
            <w:pPr>
              <w:spacing w:after="0"/>
              <w:jc w:val="left"/>
            </w:pPr>
            <w:r>
              <w:rPr>
                <w:sz w:val="16"/>
              </w:rPr>
              <w:t>Emergency</w:t>
            </w:r>
          </w:p>
        </w:tc>
        <w:tc>
          <w:tcPr>
            <w:tcW w:type="dxa" w:w="2355"/>
          </w:tcPr>
          <w:p>
            <w:pPr>
              <w:spacing w:after="0"/>
              <w:jc w:val="left"/>
            </w:pPr>
            <w:r>
              <w:rPr>
                <w:sz w:val="16"/>
              </w:rPr>
              <w:t>Hurricane Irene</w:t>
            </w:r>
          </w:p>
        </w:tc>
        <w:tc>
          <w:tcPr>
            <w:tcW w:type="dxa" w:w="1895"/>
          </w:tcPr>
          <w:p>
            <w:pPr>
              <w:spacing w:after="0"/>
              <w:jc w:val="left"/>
            </w:pPr>
            <w:r>
              <w:rPr>
                <w:sz w:val="16"/>
              </w:rPr>
              <w:t>Hurricane</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r>
              <w:rPr>
                <w:sz w:val="16"/>
              </w:rPr>
              <w:t>same incident as DR-4022</w:t>
            </w:r>
          </w:p>
        </w:tc>
      </w:tr>
      <w:tr>
        <w:trPr>
          <w:cantSplit/>
        </w:trPr>
        <w:tc>
          <w:tcPr>
            <w:tcW w:type="dxa" w:w="1037"/>
          </w:tcPr>
          <w:p>
            <w:pPr>
              <w:spacing w:after="0"/>
              <w:jc w:val="left"/>
            </w:pPr>
            <w:r>
              <w:rPr>
                <w:sz w:val="16"/>
              </w:rPr>
              <w:t>2011-07-08</w:t>
            </w:r>
          </w:p>
        </w:tc>
        <w:tc>
          <w:tcPr>
            <w:tcW w:type="dxa" w:w="1037"/>
          </w:tcPr>
          <w:p>
            <w:pPr>
              <w:spacing w:after="0"/>
              <w:jc w:val="left"/>
            </w:pPr>
            <w:r>
              <w:rPr>
                <w:sz w:val="16"/>
              </w:rPr>
              <w:t>2011-05-26</w:t>
            </w:r>
          </w:p>
        </w:tc>
        <w:tc>
          <w:tcPr>
            <w:tcW w:type="dxa" w:w="1037"/>
          </w:tcPr>
          <w:p>
            <w:pPr>
              <w:spacing w:after="0"/>
              <w:jc w:val="left"/>
            </w:pPr>
            <w:r>
              <w:rPr>
                <w:sz w:val="16"/>
              </w:rPr>
              <w:t>DR-4001-VT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$5,634,948.61</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$7,837,564.51</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$741,767.08</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$1,097,752.82</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57"/>
          </w:tcPr>
          <w:p>
            <w:pPr>
              <w:spacing w:after="0"/>
              <w:jc w:val="left"/>
            </w:pPr>
            <w:r>
              <w:rPr>
                <w:sz w:val="16"/>
              </w:rPr>
              <w:t>Major disaster</w:t>
            </w:r>
          </w:p>
        </w:tc>
        <w:tc>
          <w:tcPr>
            <w:tcW w:type="dxa" w:w="2355"/>
          </w:tcPr>
          <w:p>
            <w:pPr>
              <w:spacing w:after="0"/>
              <w:jc w:val="left"/>
            </w:pPr>
            <w:r>
              <w:rPr>
                <w:sz w:val="16"/>
              </w:rPr>
              <w:t>Tropical Storm Floyd</w:t>
            </w:r>
          </w:p>
        </w:tc>
        <w:tc>
          <w:tcPr>
            <w:tcW w:type="dxa" w:w="1895"/>
          </w:tcPr>
          <w:p>
            <w:pPr>
              <w:spacing w:after="0"/>
              <w:jc w:val="left"/>
            </w:pPr>
            <w:r>
              <w:rPr>
                <w:sz w:val="16"/>
              </w:rPr>
              <w:t>Hurricane; Inland Flooding</w:t>
            </w:r>
          </w:p>
        </w:tc>
        <w:tc>
          <w:tcPr>
            <w:tcW w:type="dxa" w:w="2630"/>
          </w:tcPr>
          <w:p>
            <w:pPr>
              <w:spacing w:after="0"/>
              <w:jc w:val="right"/>
            </w:pPr>
            <w:r>
              <w:rPr>
                <w:sz w:val="16"/>
              </w:rPr>
              <w:t>$111,969.48</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1997-07-15</w:t>
            </w:r>
          </w:p>
        </w:tc>
        <w:tc>
          <w:tcPr>
            <w:tcW w:type="dxa" w:w="1037"/>
          </w:tcPr>
          <w:p>
            <w:pPr>
              <w:spacing w:after="0"/>
              <w:jc w:val="left"/>
            </w:pPr>
            <w:r>
              <w:rPr>
                <w:sz w:val="16"/>
              </w:rPr>
              <w:t>DR-1184-VT</w:t>
            </w:r>
          </w:p>
        </w:tc>
        <w:tc>
          <w:tcPr>
            <w:tcW w:type="dxa" w:w="1357"/>
          </w:tcPr>
          <w:p>
            <w:pPr>
              <w:spacing w:after="0"/>
              <w:jc w:val="left"/>
            </w:pPr>
            <w:r>
              <w:rPr>
                <w:sz w:val="16"/>
              </w:rPr>
              <w:t>Major disaster</w:t>
            </w:r>
          </w:p>
        </w:tc>
        <w:tc>
          <w:tcPr>
            <w:tcW w:type="dxa" w:w="2355"/>
          </w:tcPr>
          <w:p>
            <w:pPr>
              <w:spacing w:after="0"/>
              <w:jc w:val="left"/>
            </w:pPr>
            <w:r>
              <w:rPr>
                <w:sz w:val="16"/>
              </w:rPr>
              <w:t>Excessive Rainfall, High Winds, and 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57"/>
          </w:tcPr>
          <w:p>
            <w:pPr>
              <w:spacing w:after="0"/>
              <w:jc w:val="left"/>
            </w:pPr>
            <w:r>
              <w:rPr>
                <w:sz w:val="16"/>
              </w:rPr>
              <w:t>Major disaster</w:t>
            </w:r>
          </w:p>
        </w:tc>
        <w:tc>
          <w:tcPr>
            <w:tcW w:type="dxa" w:w="2355"/>
          </w:tcPr>
          <w:p>
            <w:pPr>
              <w:spacing w:after="0"/>
              <w:jc w:val="left"/>
            </w:pPr>
            <w:r>
              <w:rPr>
                <w:sz w:val="16"/>
              </w:rPr>
              <w:t>Ice Jams and Flooding</w:t>
            </w:r>
          </w:p>
        </w:tc>
        <w:tc>
          <w:tcPr>
            <w:tcW w:type="dxa" w:w="1895"/>
          </w:tcPr>
          <w:p>
            <w:pPr>
              <w:spacing w:after="0"/>
              <w:jc w:val="left"/>
            </w:pPr>
            <w:r>
              <w:rPr>
                <w:sz w:val="16"/>
              </w:rPr>
              <w:t>Inland Flooding (primary); also designated: Winter Weather</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57"/>
          </w:tcPr>
          <w:p>
            <w:pPr>
              <w:spacing w:after="0"/>
              <w:jc w:val="left"/>
            </w:pPr>
            <w:r>
              <w:rPr>
                <w:sz w:val="16"/>
              </w:rPr>
              <w:t>Major disaster</w:t>
            </w:r>
          </w:p>
        </w:tc>
        <w:tc>
          <w:tcPr>
            <w:tcW w:type="dxa" w:w="2355"/>
          </w:tcPr>
          <w:p>
            <w:pPr>
              <w:spacing w:after="0"/>
              <w:jc w:val="left"/>
            </w:pPr>
            <w:r>
              <w:rPr>
                <w:sz w:val="16"/>
              </w:rPr>
              <w:t>Excessive Rainfall, 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57"/>
          </w:tcPr>
          <w:p>
            <w:pPr>
              <w:spacing w:after="0"/>
              <w:jc w:val="left"/>
            </w:pPr>
            <w:r>
              <w:rPr>
                <w:sz w:val="16"/>
              </w:rPr>
              <w:t>Major disaster</w:t>
            </w:r>
          </w:p>
        </w:tc>
        <w:tc>
          <w:tcPr>
            <w:tcW w:type="dxa" w:w="2355"/>
          </w:tcPr>
          <w:p>
            <w:pPr>
              <w:spacing w:after="0"/>
              <w:jc w:val="left"/>
            </w:pPr>
            <w:r>
              <w:rPr>
                <w:sz w:val="16"/>
              </w:rPr>
              <w:t>Heavy Rains, Ice Jams &amp; 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1990-07-25</w:t>
            </w:r>
          </w:p>
        </w:tc>
        <w:tc>
          <w:tcPr>
            <w:tcW w:type="dxa" w:w="1037"/>
          </w:tcPr>
          <w:p>
            <w:pPr>
              <w:spacing w:after="0"/>
              <w:jc w:val="left"/>
            </w:pPr>
            <w:r>
              <w:rPr>
                <w:sz w:val="16"/>
              </w:rPr>
              <w:t>1990-07-04</w:t>
            </w:r>
          </w:p>
        </w:tc>
        <w:tc>
          <w:tcPr>
            <w:tcW w:type="dxa" w:w="1037"/>
          </w:tcPr>
          <w:p>
            <w:pPr>
              <w:spacing w:after="0"/>
              <w:jc w:val="left"/>
            </w:pPr>
            <w:r>
              <w:rPr>
                <w:sz w:val="16"/>
              </w:rPr>
              <w:t>DR-875-VT</w:t>
            </w:r>
          </w:p>
        </w:tc>
        <w:tc>
          <w:tcPr>
            <w:tcW w:type="dxa" w:w="1357"/>
          </w:tcPr>
          <w:p>
            <w:pPr>
              <w:spacing w:after="0"/>
              <w:jc w:val="left"/>
            </w:pPr>
            <w:r>
              <w:rPr>
                <w:sz w:val="16"/>
              </w:rPr>
              <w:t>Major disaster</w:t>
            </w:r>
          </w:p>
        </w:tc>
        <w:tc>
          <w:tcPr>
            <w:tcW w:type="dxa" w:w="2355"/>
          </w:tcPr>
          <w:p>
            <w:pPr>
              <w:spacing w:after="0"/>
              <w:jc w:val="left"/>
            </w:pPr>
            <w:r>
              <w:rPr>
                <w:sz w:val="16"/>
              </w:rPr>
              <w:t>Severe Storms &amp; 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1989-09-11</w:t>
            </w:r>
          </w:p>
        </w:tc>
        <w:tc>
          <w:tcPr>
            <w:tcW w:type="dxa" w:w="1037"/>
          </w:tcPr>
          <w:p>
            <w:pPr>
              <w:spacing w:after="0"/>
              <w:jc w:val="left"/>
            </w:pPr>
            <w:r>
              <w:rPr>
                <w:sz w:val="16"/>
              </w:rPr>
              <w:t>1989-08-04</w:t>
            </w:r>
          </w:p>
        </w:tc>
        <w:tc>
          <w:tcPr>
            <w:tcW w:type="dxa" w:w="1037"/>
          </w:tcPr>
          <w:p>
            <w:pPr>
              <w:spacing w:after="0"/>
              <w:jc w:val="left"/>
            </w:pPr>
            <w:r>
              <w:rPr>
                <w:sz w:val="16"/>
              </w:rPr>
              <w:t>DR-840-VT</w:t>
            </w:r>
          </w:p>
        </w:tc>
        <w:tc>
          <w:tcPr>
            <w:tcW w:type="dxa" w:w="1357"/>
          </w:tcPr>
          <w:p>
            <w:pPr>
              <w:spacing w:after="0"/>
              <w:jc w:val="left"/>
            </w:pPr>
            <w:r>
              <w:rPr>
                <w:sz w:val="16"/>
              </w:rPr>
              <w:t>Major disaster</w:t>
            </w:r>
          </w:p>
        </w:tc>
        <w:tc>
          <w:tcPr>
            <w:tcW w:type="dxa" w:w="2355"/>
          </w:tcPr>
          <w:p>
            <w:pPr>
              <w:spacing w:after="0"/>
              <w:jc w:val="left"/>
            </w:pPr>
            <w:r>
              <w:rPr>
                <w:sz w:val="16"/>
              </w:rPr>
              <w:t>Severe Storms &amp; 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1984-06-18</w:t>
            </w:r>
          </w:p>
        </w:tc>
        <w:tc>
          <w:tcPr>
            <w:tcW w:type="dxa" w:w="1037"/>
          </w:tcPr>
          <w:p>
            <w:pPr>
              <w:spacing w:after="0"/>
              <w:jc w:val="left"/>
            </w:pPr>
            <w:r>
              <w:rPr>
                <w:sz w:val="16"/>
              </w:rPr>
              <w:t>1984-06-06</w:t>
            </w:r>
          </w:p>
        </w:tc>
        <w:tc>
          <w:tcPr>
            <w:tcW w:type="dxa" w:w="1037"/>
          </w:tcPr>
          <w:p>
            <w:pPr>
              <w:spacing w:after="0"/>
              <w:jc w:val="left"/>
            </w:pPr>
            <w:r>
              <w:rPr>
                <w:sz w:val="16"/>
              </w:rPr>
              <w:t>DR-712-VT</w:t>
            </w:r>
          </w:p>
        </w:tc>
        <w:tc>
          <w:tcPr>
            <w:tcW w:type="dxa" w:w="1357"/>
          </w:tcPr>
          <w:p>
            <w:pPr>
              <w:spacing w:after="0"/>
              <w:jc w:val="left"/>
            </w:pPr>
            <w:r>
              <w:rPr>
                <w:sz w:val="16"/>
              </w:rPr>
              <w:t>Major disaster</w:t>
            </w:r>
          </w:p>
        </w:tc>
        <w:tc>
          <w:tcPr>
            <w:tcW w:type="dxa" w:w="2355"/>
          </w:tcPr>
          <w:p>
            <w:pPr>
              <w:spacing w:after="0"/>
              <w:jc w:val="left"/>
            </w:pPr>
            <w:r>
              <w:rPr>
                <w:sz w:val="16"/>
              </w:rPr>
              <w:t>Severe Storms &amp; 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57"/>
          </w:tcPr>
          <w:p>
            <w:pPr>
              <w:spacing w:after="0"/>
              <w:jc w:val="left"/>
            </w:pPr>
            <w:r>
              <w:rPr>
                <w:sz w:val="16"/>
              </w:rPr>
              <w:t>Major disaster</w:t>
            </w:r>
          </w:p>
        </w:tc>
        <w:tc>
          <w:tcPr>
            <w:tcW w:type="dxa" w:w="2355"/>
          </w:tcPr>
          <w:p>
            <w:pPr>
              <w:spacing w:after="0"/>
              <w:jc w:val="left"/>
            </w:pPr>
            <w:r>
              <w:rPr>
                <w:sz w:val="16"/>
              </w:rPr>
              <w:t>Severe Storms, High Winds &amp; Flooding</w:t>
            </w:r>
          </w:p>
        </w:tc>
        <w:tc>
          <w:tcPr>
            <w:tcW w:type="dxa" w:w="1895"/>
          </w:tcPr>
          <w:p>
            <w:pPr>
              <w:spacing w:after="0"/>
              <w:jc w:val="left"/>
            </w:pPr>
            <w:r>
              <w:rPr>
                <w:sz w:val="16"/>
              </w:rPr>
              <w:t>Inland Flooding (primary); also designated: Strong Wind</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57"/>
          </w:tcPr>
          <w:p>
            <w:pPr>
              <w:spacing w:after="0"/>
              <w:jc w:val="left"/>
            </w:pPr>
            <w:r>
              <w:rPr>
                <w:sz w:val="16"/>
              </w:rPr>
              <w:t>Major disaster</w:t>
            </w:r>
          </w:p>
        </w:tc>
        <w:tc>
          <w:tcPr>
            <w:tcW w:type="dxa" w:w="2355"/>
          </w:tcPr>
          <w:p>
            <w:pPr>
              <w:spacing w:after="0"/>
              <w:jc w:val="left"/>
            </w:pPr>
            <w:r>
              <w:rPr>
                <w:sz w:val="16"/>
              </w:rPr>
              <w:t>Severe Storms, Flooding, &amp; Landslides</w:t>
            </w:r>
          </w:p>
        </w:tc>
        <w:tc>
          <w:tcPr>
            <w:tcW w:type="dxa" w:w="1895"/>
          </w:tcPr>
          <w:p>
            <w:pPr>
              <w:spacing w:after="0"/>
              <w:jc w:val="left"/>
            </w:pPr>
            <w:r>
              <w:rPr>
                <w:sz w:val="16"/>
              </w:rPr>
              <w:t>Inland Flooding (primary); also designated: Landslide</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bl>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23 rows, $2,494,258.50</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3 rows, $2,494,258.50"/>
        <w:tblDescription w:val="Hazard Plain table b1d_pa_other"/>
      </w:tblPr>
      <w:tblGrid>
        <w:gridCol w:w="1638"/>
        <w:gridCol w:w="1638"/>
        <w:gridCol w:w="3894"/>
        <w:gridCol w:w="4740"/>
        <w:gridCol w:w="2202"/>
      </w:tblGrid>
      <w:tr>
        <w:trPr>
          <w:cantSplit/>
          <w:tblHeader/>
        </w:trPr>
        <w:tc>
          <w:tcPr>
            <w:tcW w:type="dxa" w:w="1638"/>
            <w:shd w:val="clear" w:color="auto" w:fill="E8E8E8"/>
          </w:tcPr>
          <w:p>
            <w:pPr>
              <w:spacing w:after="0"/>
              <w:jc w:val="left"/>
            </w:pPr>
            <w:r>
              <w:rPr>
                <w:b/>
                <w:sz w:val="16"/>
              </w:rPr>
              <w:t>FEMA number</w:t>
            </w:r>
          </w:p>
        </w:tc>
        <w:tc>
          <w:tcPr>
            <w:tcW w:type="dxa" w:w="1638"/>
            <w:shd w:val="clear" w:color="auto" w:fill="E8E8E8"/>
          </w:tcPr>
          <w:p>
            <w:pPr>
              <w:spacing w:after="0"/>
              <w:jc w:val="left"/>
            </w:pPr>
            <w:r>
              <w:rPr>
                <w:b/>
                <w:sz w:val="16"/>
              </w:rPr>
              <w:t>Declared</w:t>
            </w:r>
          </w:p>
        </w:tc>
        <w:tc>
          <w:tcPr>
            <w:tcW w:type="dxa" w:w="3894"/>
            <w:shd w:val="clear" w:color="auto" w:fill="E8E8E8"/>
          </w:tcPr>
          <w:p>
            <w:pPr>
              <w:spacing w:after="0"/>
              <w:jc w:val="left"/>
            </w:pPr>
            <w:r>
              <w:rPr>
                <w:b/>
                <w:sz w:val="16"/>
              </w:rPr>
              <w:t>Title</w:t>
            </w:r>
          </w:p>
        </w:tc>
        <w:tc>
          <w:tcPr>
            <w:tcW w:type="dxa" w:w="4740"/>
            <w:shd w:val="clear" w:color="auto" w:fill="E8E8E8"/>
          </w:tcPr>
          <w:p>
            <w:pPr>
              <w:spacing w:after="0"/>
              <w:jc w:val="left"/>
            </w:pPr>
            <w:r>
              <w:rPr>
                <w:b/>
                <w:sz w:val="16"/>
              </w:rPr>
              <w:t>Applicant</w:t>
            </w:r>
          </w:p>
        </w:tc>
        <w:tc>
          <w:tcPr>
            <w:tcW w:type="dxa" w:w="220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38"/>
          </w:tcPr>
          <w:p>
            <w:pPr>
              <w:spacing w:after="0"/>
              <w:jc w:val="left"/>
            </w:pPr>
            <w:r>
              <w:rPr>
                <w:sz w:val="16"/>
              </w:rPr>
              <w:t>DR-4826-VT</w:t>
            </w:r>
          </w:p>
        </w:tc>
        <w:tc>
          <w:tcPr>
            <w:tcW w:type="dxa" w:w="1638"/>
          </w:tcPr>
          <w:p>
            <w:pPr>
              <w:spacing w:after="0"/>
              <w:jc w:val="left"/>
            </w:pPr>
            <w:r>
              <w:rPr>
                <w:sz w:val="16"/>
              </w:rPr>
              <w:t>2024-09-26</w:t>
            </w:r>
          </w:p>
        </w:tc>
        <w:tc>
          <w:tcPr>
            <w:tcW w:type="dxa" w:w="3894"/>
          </w:tcPr>
          <w:p>
            <w:pPr>
              <w:spacing w:after="0"/>
              <w:jc w:val="left"/>
            </w:pPr>
            <w:r>
              <w:rPr>
                <w:sz w:val="16"/>
              </w:rPr>
              <w:t>Severe Storms, Flooding, Landslides, and Mudslides</w:t>
            </w:r>
          </w:p>
        </w:tc>
        <w:tc>
          <w:tcPr>
            <w:tcW w:type="dxa" w:w="4740"/>
          </w:tcPr>
          <w:p>
            <w:pPr>
              <w:spacing w:after="0"/>
              <w:jc w:val="left"/>
            </w:pPr>
            <w:r>
              <w:rPr>
                <w:sz w:val="16"/>
              </w:rPr>
              <w:t>Vermont Agency of Transportation</w:t>
            </w:r>
          </w:p>
        </w:tc>
        <w:tc>
          <w:tcPr>
            <w:tcW w:type="dxa" w:w="2202"/>
          </w:tcPr>
          <w:p>
            <w:pPr>
              <w:spacing w:after="0"/>
              <w:jc w:val="right"/>
            </w:pPr>
            <w:r>
              <w:rPr>
                <w:sz w:val="16"/>
              </w:rPr>
              <w:t>$368,977.97</w:t>
            </w:r>
          </w:p>
        </w:tc>
      </w:tr>
      <w:tr>
        <w:trPr>
          <w:cantSplit/>
        </w:trPr>
        <w:tc>
          <w:tcPr>
            <w:tcW w:type="dxa" w:w="1638"/>
          </w:tcPr>
          <w:p>
            <w:pPr>
              <w:spacing w:after="0"/>
              <w:jc w:val="left"/>
            </w:pPr>
            <w:r>
              <w:rPr>
                <w:sz w:val="16"/>
              </w:rPr>
              <w:t>DR-4770-VT</w:t>
            </w:r>
          </w:p>
        </w:tc>
        <w:tc>
          <w:tcPr>
            <w:tcW w:type="dxa" w:w="1638"/>
          </w:tcPr>
          <w:p>
            <w:pPr>
              <w:spacing w:after="0"/>
              <w:jc w:val="left"/>
            </w:pPr>
            <w:r>
              <w:rPr>
                <w:sz w:val="16"/>
              </w:rPr>
              <w:t>2024-04-19</w:t>
            </w:r>
          </w:p>
        </w:tc>
        <w:tc>
          <w:tcPr>
            <w:tcW w:type="dxa" w:w="3894"/>
          </w:tcPr>
          <w:p>
            <w:pPr>
              <w:spacing w:after="0"/>
              <w:jc w:val="left"/>
            </w:pPr>
            <w:r>
              <w:rPr>
                <w:sz w:val="16"/>
              </w:rPr>
              <w:t>Severe Winter Storm</w:t>
            </w:r>
          </w:p>
        </w:tc>
        <w:tc>
          <w:tcPr>
            <w:tcW w:type="dxa" w:w="4740"/>
          </w:tcPr>
          <w:p>
            <w:pPr>
              <w:spacing w:after="0"/>
              <w:jc w:val="left"/>
            </w:pPr>
            <w:r>
              <w:rPr>
                <w:sz w:val="16"/>
              </w:rPr>
              <w:t>Vermont Agency of Transportation</w:t>
            </w:r>
          </w:p>
        </w:tc>
        <w:tc>
          <w:tcPr>
            <w:tcW w:type="dxa" w:w="2202"/>
          </w:tcPr>
          <w:p>
            <w:pPr>
              <w:spacing w:after="0"/>
              <w:jc w:val="right"/>
            </w:pPr>
            <w:r>
              <w:rPr>
                <w:sz w:val="16"/>
              </w:rPr>
              <w:t>$40,319.07</w:t>
            </w:r>
          </w:p>
        </w:tc>
      </w:tr>
      <w:tr>
        <w:trPr>
          <w:cantSplit/>
        </w:trPr>
        <w:tc>
          <w:tcPr>
            <w:tcW w:type="dxa" w:w="1638"/>
          </w:tcPr>
          <w:p>
            <w:pPr>
              <w:spacing w:after="0"/>
              <w:jc w:val="left"/>
            </w:pPr>
            <w:r>
              <w:rPr>
                <w:sz w:val="16"/>
              </w:rPr>
              <w:t>DR-4762-VT</w:t>
            </w:r>
          </w:p>
        </w:tc>
        <w:tc>
          <w:tcPr>
            <w:tcW w:type="dxa" w:w="1638"/>
          </w:tcPr>
          <w:p>
            <w:pPr>
              <w:spacing w:after="0"/>
              <w:jc w:val="left"/>
            </w:pPr>
            <w:r>
              <w:rPr>
                <w:sz w:val="16"/>
              </w:rPr>
              <w:t>2024-03-02</w:t>
            </w:r>
          </w:p>
        </w:tc>
        <w:tc>
          <w:tcPr>
            <w:tcW w:type="dxa" w:w="3894"/>
          </w:tcPr>
          <w:p>
            <w:pPr>
              <w:spacing w:after="0"/>
              <w:jc w:val="left"/>
            </w:pPr>
            <w:r>
              <w:rPr>
                <w:sz w:val="16"/>
              </w:rPr>
              <w:t>Severe Storm and Flooding</w:t>
            </w:r>
          </w:p>
        </w:tc>
        <w:tc>
          <w:tcPr>
            <w:tcW w:type="dxa" w:w="4740"/>
          </w:tcPr>
          <w:p>
            <w:pPr>
              <w:spacing w:after="0"/>
              <w:jc w:val="left"/>
            </w:pPr>
            <w:r>
              <w:rPr>
                <w:sz w:val="16"/>
              </w:rPr>
              <w:t>Washington Electric COOP INC</w:t>
            </w:r>
          </w:p>
        </w:tc>
        <w:tc>
          <w:tcPr>
            <w:tcW w:type="dxa" w:w="2202"/>
          </w:tcPr>
          <w:p>
            <w:pPr>
              <w:spacing w:after="0"/>
              <w:jc w:val="right"/>
            </w:pPr>
            <w:r>
              <w:rPr>
                <w:sz w:val="16"/>
              </w:rPr>
              <w:t>$19,411.08</w:t>
            </w:r>
          </w:p>
        </w:tc>
      </w:tr>
      <w:tr>
        <w:trPr>
          <w:cantSplit/>
        </w:trPr>
        <w:tc>
          <w:tcPr>
            <w:tcW w:type="dxa" w:w="1638"/>
          </w:tcPr>
          <w:p>
            <w:pPr>
              <w:spacing w:after="0"/>
              <w:jc w:val="left"/>
            </w:pPr>
            <w:r>
              <w:rPr>
                <w:sz w:val="16"/>
              </w:rPr>
              <w:t>DR-4762-VT</w:t>
            </w:r>
          </w:p>
        </w:tc>
        <w:tc>
          <w:tcPr>
            <w:tcW w:type="dxa" w:w="1638"/>
          </w:tcPr>
          <w:p>
            <w:pPr>
              <w:spacing w:after="0"/>
              <w:jc w:val="left"/>
            </w:pPr>
            <w:r>
              <w:rPr>
                <w:sz w:val="16"/>
              </w:rPr>
              <w:t>2024-03-02</w:t>
            </w:r>
          </w:p>
        </w:tc>
        <w:tc>
          <w:tcPr>
            <w:tcW w:type="dxa" w:w="3894"/>
          </w:tcPr>
          <w:p>
            <w:pPr>
              <w:spacing w:after="0"/>
              <w:jc w:val="left"/>
            </w:pPr>
            <w:r>
              <w:rPr>
                <w:sz w:val="16"/>
              </w:rPr>
              <w:t>Severe Storm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$149,740.79</w:t>
            </w:r>
          </w:p>
        </w:tc>
      </w:tr>
      <w:tr>
        <w:trPr>
          <w:cantSplit/>
        </w:trPr>
        <w:tc>
          <w:tcPr>
            <w:tcW w:type="dxa" w:w="1638"/>
          </w:tcPr>
          <w:p>
            <w:pPr>
              <w:spacing w:after="0"/>
              <w:jc w:val="left"/>
            </w:pPr>
            <w:r>
              <w:rPr>
                <w:sz w:val="16"/>
              </w:rPr>
              <w:t>DR-4744-VT</w:t>
            </w:r>
          </w:p>
        </w:tc>
        <w:tc>
          <w:tcPr>
            <w:tcW w:type="dxa" w:w="1638"/>
          </w:tcPr>
          <w:p>
            <w:pPr>
              <w:spacing w:after="0"/>
              <w:jc w:val="left"/>
            </w:pPr>
            <w:r>
              <w:rPr>
                <w:sz w:val="16"/>
              </w:rPr>
              <w:t>2023-10-06</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$52,535.65</w:t>
            </w:r>
          </w:p>
        </w:tc>
      </w:tr>
      <w:tr>
        <w:trPr>
          <w:cantSplit/>
        </w:trPr>
        <w:tc>
          <w:tcPr>
            <w:tcW w:type="dxa" w:w="1638"/>
          </w:tcPr>
          <w:p>
            <w:pPr>
              <w:spacing w:after="0"/>
              <w:jc w:val="left"/>
            </w:pPr>
            <w:r>
              <w:rPr>
                <w:sz w:val="16"/>
              </w:rPr>
              <w:t>DR-4621-VT</w:t>
            </w:r>
          </w:p>
        </w:tc>
        <w:tc>
          <w:tcPr>
            <w:tcW w:type="dxa" w:w="1638"/>
          </w:tcPr>
          <w:p>
            <w:pPr>
              <w:spacing w:after="0"/>
              <w:jc w:val="left"/>
            </w:pPr>
            <w:r>
              <w:rPr>
                <w:sz w:val="16"/>
              </w:rPr>
              <w:t>2021-09-29</w:t>
            </w:r>
          </w:p>
        </w:tc>
        <w:tc>
          <w:tcPr>
            <w:tcW w:type="dxa" w:w="3894"/>
          </w:tcPr>
          <w:p>
            <w:pPr>
              <w:spacing w:after="0"/>
              <w:jc w:val="left"/>
            </w:pPr>
            <w:r>
              <w:rPr>
                <w:sz w:val="16"/>
              </w:rPr>
              <w:t>Severe Storm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$226,075.16</w:t>
            </w:r>
          </w:p>
        </w:tc>
      </w:tr>
      <w:tr>
        <w:trPr>
          <w:cantSplit/>
        </w:trPr>
        <w:tc>
          <w:tcPr>
            <w:tcW w:type="dxa" w:w="1638"/>
          </w:tcPr>
          <w:p>
            <w:pPr>
              <w:spacing w:after="0"/>
              <w:jc w:val="left"/>
            </w:pPr>
            <w:r>
              <w:rPr>
                <w:sz w:val="16"/>
              </w:rPr>
              <w:t>DR-4380-VT</w:t>
            </w:r>
          </w:p>
        </w:tc>
        <w:tc>
          <w:tcPr>
            <w:tcW w:type="dxa" w:w="1638"/>
          </w:tcPr>
          <w:p>
            <w:pPr>
              <w:spacing w:after="0"/>
              <w:jc w:val="left"/>
            </w:pPr>
            <w:r>
              <w:rPr>
                <w:sz w:val="16"/>
              </w:rPr>
              <w:t>2018-07-30</w:t>
            </w:r>
          </w:p>
        </w:tc>
        <w:tc>
          <w:tcPr>
            <w:tcW w:type="dxa" w:w="3894"/>
          </w:tcPr>
          <w:p>
            <w:pPr>
              <w:spacing w:after="0"/>
              <w:jc w:val="left"/>
            </w:pPr>
            <w:r>
              <w:rPr>
                <w:sz w:val="16"/>
              </w:rPr>
              <w:t>Severe Storm and Flooding</w:t>
            </w:r>
          </w:p>
        </w:tc>
        <w:tc>
          <w:tcPr>
            <w:tcW w:type="dxa" w:w="4740"/>
          </w:tcPr>
          <w:p>
            <w:pPr>
              <w:spacing w:after="0"/>
              <w:jc w:val="left"/>
            </w:pPr>
            <w:r>
              <w:rPr>
                <w:sz w:val="16"/>
              </w:rPr>
              <w:t>Washington Electric COOP INC</w:t>
            </w:r>
          </w:p>
        </w:tc>
        <w:tc>
          <w:tcPr>
            <w:tcW w:type="dxa" w:w="2202"/>
          </w:tcPr>
          <w:p>
            <w:pPr>
              <w:spacing w:after="0"/>
              <w:jc w:val="right"/>
            </w:pPr>
            <w:r>
              <w:rPr>
                <w:sz w:val="16"/>
              </w:rPr>
              <w:t>$115,962.72</w:t>
            </w:r>
          </w:p>
        </w:tc>
      </w:tr>
      <w:tr>
        <w:trPr>
          <w:cantSplit/>
        </w:trPr>
        <w:tc>
          <w:tcPr>
            <w:tcW w:type="dxa" w:w="1638"/>
          </w:tcPr>
          <w:p>
            <w:pPr>
              <w:spacing w:after="0"/>
              <w:jc w:val="left"/>
            </w:pPr>
            <w:r>
              <w:rPr>
                <w:sz w:val="16"/>
              </w:rPr>
              <w:t>DR-4232-VT</w:t>
            </w:r>
          </w:p>
        </w:tc>
        <w:tc>
          <w:tcPr>
            <w:tcW w:type="dxa" w:w="1638"/>
          </w:tcPr>
          <w:p>
            <w:pPr>
              <w:spacing w:after="0"/>
              <w:jc w:val="left"/>
            </w:pPr>
            <w:r>
              <w:rPr>
                <w:sz w:val="16"/>
              </w:rPr>
              <w:t>2015-07-29</w:t>
            </w:r>
          </w:p>
        </w:tc>
        <w:tc>
          <w:tcPr>
            <w:tcW w:type="dxa" w:w="3894"/>
          </w:tcPr>
          <w:p>
            <w:pPr>
              <w:spacing w:after="0"/>
              <w:jc w:val="left"/>
            </w:pPr>
            <w:r>
              <w:rPr>
                <w:sz w:val="16"/>
              </w:rPr>
              <w:t>Severe Storm and Flooding</w:t>
            </w:r>
          </w:p>
        </w:tc>
        <w:tc>
          <w:tcPr>
            <w:tcW w:type="dxa" w:w="4740"/>
          </w:tcPr>
          <w:p>
            <w:pPr>
              <w:spacing w:after="0"/>
              <w:jc w:val="left"/>
            </w:pPr>
            <w:r>
              <w:rPr>
                <w:sz w:val="16"/>
              </w:rPr>
              <w:t>BOLTON (TOWN OF)</w:t>
            </w:r>
          </w:p>
        </w:tc>
        <w:tc>
          <w:tcPr>
            <w:tcW w:type="dxa" w:w="2202"/>
          </w:tcPr>
          <w:p>
            <w:pPr>
              <w:spacing w:after="0"/>
              <w:jc w:val="right"/>
            </w:pPr>
            <w:r>
              <w:rPr>
                <w:sz w:val="16"/>
              </w:rPr>
              <w:t>$201,355.07</w:t>
            </w:r>
          </w:p>
        </w:tc>
      </w:tr>
      <w:tr>
        <w:trPr>
          <w:cantSplit/>
        </w:trPr>
        <w:tc>
          <w:tcPr>
            <w:tcW w:type="dxa" w:w="1638"/>
          </w:tcPr>
          <w:p>
            <w:pPr>
              <w:spacing w:after="0"/>
              <w:jc w:val="left"/>
            </w:pPr>
            <w:r>
              <w:rPr>
                <w:sz w:val="16"/>
              </w:rPr>
              <w:t>DR-4163-VT</w:t>
            </w:r>
          </w:p>
        </w:tc>
        <w:tc>
          <w:tcPr>
            <w:tcW w:type="dxa" w:w="1638"/>
          </w:tcPr>
          <w:p>
            <w:pPr>
              <w:spacing w:after="0"/>
              <w:jc w:val="left"/>
            </w:pPr>
            <w:r>
              <w:rPr>
                <w:sz w:val="16"/>
              </w:rPr>
              <w:t>2014-01-29</w:t>
            </w:r>
          </w:p>
        </w:tc>
        <w:tc>
          <w:tcPr>
            <w:tcW w:type="dxa" w:w="3894"/>
          </w:tcPr>
          <w:p>
            <w:pPr>
              <w:spacing w:after="0"/>
              <w:jc w:val="left"/>
            </w:pPr>
            <w:r>
              <w:rPr>
                <w:sz w:val="16"/>
              </w:rPr>
              <w:t>Severe Winter Storms</w:t>
            </w:r>
          </w:p>
        </w:tc>
        <w:tc>
          <w:tcPr>
            <w:tcW w:type="dxa" w:w="4740"/>
          </w:tcPr>
          <w:p>
            <w:pPr>
              <w:spacing w:after="0"/>
              <w:jc w:val="left"/>
            </w:pPr>
            <w:r>
              <w:rPr>
                <w:sz w:val="16"/>
              </w:rPr>
              <w:t>Vermont Agency of Transportation</w:t>
            </w:r>
          </w:p>
        </w:tc>
        <w:tc>
          <w:tcPr>
            <w:tcW w:type="dxa" w:w="2202"/>
          </w:tcPr>
          <w:p>
            <w:pPr>
              <w:spacing w:after="0"/>
              <w:jc w:val="right"/>
            </w:pPr>
            <w:r>
              <w:rPr>
                <w:sz w:val="16"/>
              </w:rPr>
              <w:t>$717,163.88</w:t>
            </w:r>
          </w:p>
        </w:tc>
      </w:tr>
      <w:tr>
        <w:trPr>
          <w:cantSplit/>
        </w:trPr>
        <w:tc>
          <w:tcPr>
            <w:tcW w:type="dxa" w:w="1638"/>
          </w:tcPr>
          <w:p>
            <w:pPr>
              <w:spacing w:after="0"/>
              <w:jc w:val="left"/>
            </w:pPr>
            <w:r>
              <w:rPr>
                <w:sz w:val="16"/>
              </w:rPr>
              <w:t>DR-4120-VT</w:t>
            </w:r>
          </w:p>
        </w:tc>
        <w:tc>
          <w:tcPr>
            <w:tcW w:type="dxa" w:w="1638"/>
          </w:tcPr>
          <w:p>
            <w:pPr>
              <w:spacing w:after="0"/>
              <w:jc w:val="left"/>
            </w:pPr>
            <w:r>
              <w:rPr>
                <w:sz w:val="16"/>
              </w:rPr>
              <w:t>2013-06-13</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$44,018.30</w:t>
            </w:r>
          </w:p>
        </w:tc>
      </w:tr>
      <w:tr>
        <w:trPr>
          <w:cantSplit/>
        </w:trPr>
        <w:tc>
          <w:tcPr>
            <w:tcW w:type="dxa" w:w="1638"/>
          </w:tcPr>
          <w:p>
            <w:pPr>
              <w:spacing w:after="0"/>
              <w:jc w:val="left"/>
            </w:pPr>
            <w:r>
              <w:rPr>
                <w:sz w:val="16"/>
              </w:rPr>
              <w:t>DR-4066-VT</w:t>
            </w:r>
          </w:p>
        </w:tc>
        <w:tc>
          <w:tcPr>
            <w:tcW w:type="dxa" w:w="1638"/>
          </w:tcPr>
          <w:p>
            <w:pPr>
              <w:spacing w:after="0"/>
              <w:jc w:val="left"/>
            </w:pPr>
            <w:r>
              <w:rPr>
                <w:sz w:val="16"/>
              </w:rPr>
              <w:t>2012-06-22</w:t>
            </w:r>
          </w:p>
        </w:tc>
        <w:tc>
          <w:tcPr>
            <w:tcW w:type="dxa" w:w="3894"/>
          </w:tcPr>
          <w:p>
            <w:pPr>
              <w:spacing w:after="0"/>
              <w:jc w:val="left"/>
            </w:pPr>
            <w:r>
              <w:rPr>
                <w:sz w:val="16"/>
              </w:rPr>
              <w:t>Severe Storm, Tornado,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$22,132.80</w:t>
            </w:r>
          </w:p>
        </w:tc>
      </w:tr>
      <w:tr>
        <w:trPr>
          <w:cantSplit/>
        </w:trPr>
        <w:tc>
          <w:tcPr>
            <w:tcW w:type="dxa" w:w="1638"/>
          </w:tcPr>
          <w:p>
            <w:pPr>
              <w:spacing w:after="0"/>
              <w:jc w:val="left"/>
            </w:pPr>
            <w:r>
              <w:rPr>
                <w:sz w:val="16"/>
              </w:rPr>
              <w:t>DR-1951-VT</w:t>
            </w:r>
          </w:p>
        </w:tc>
        <w:tc>
          <w:tcPr>
            <w:tcW w:type="dxa" w:w="1638"/>
          </w:tcPr>
          <w:p>
            <w:pPr>
              <w:spacing w:after="0"/>
              <w:jc w:val="left"/>
            </w:pPr>
            <w:r>
              <w:rPr>
                <w:sz w:val="16"/>
              </w:rPr>
              <w:t>2010-12-22</w:t>
            </w:r>
          </w:p>
        </w:tc>
        <w:tc>
          <w:tcPr>
            <w:tcW w:type="dxa" w:w="3894"/>
          </w:tcPr>
          <w:p>
            <w:pPr>
              <w:spacing w:after="0"/>
              <w:jc w:val="left"/>
            </w:pPr>
            <w:r>
              <w:rPr>
                <w:sz w:val="16"/>
              </w:rPr>
              <w:t>Severe Storm</w:t>
            </w:r>
          </w:p>
        </w:tc>
        <w:tc>
          <w:tcPr>
            <w:tcW w:type="dxa" w:w="4740"/>
          </w:tcPr>
          <w:p>
            <w:pPr>
              <w:spacing w:after="0"/>
              <w:jc w:val="left"/>
            </w:pPr>
            <w:r>
              <w:rPr>
                <w:sz w:val="16"/>
              </w:rPr>
              <w:t>Vermont Agency of Transportation</w:t>
            </w:r>
          </w:p>
        </w:tc>
        <w:tc>
          <w:tcPr>
            <w:tcW w:type="dxa" w:w="2202"/>
          </w:tcPr>
          <w:p>
            <w:pPr>
              <w:spacing w:after="0"/>
              <w:jc w:val="right"/>
            </w:pPr>
            <w:r>
              <w:rPr>
                <w:sz w:val="16"/>
              </w:rPr>
              <w:t>$28,204.83</w:t>
            </w:r>
          </w:p>
        </w:tc>
      </w:tr>
      <w:tr>
        <w:trPr>
          <w:cantSplit/>
        </w:trPr>
        <w:tc>
          <w:tcPr>
            <w:tcW w:type="dxa" w:w="1638"/>
          </w:tcPr>
          <w:p>
            <w:pPr>
              <w:spacing w:after="0"/>
              <w:jc w:val="left"/>
            </w:pPr>
            <w:r>
              <w:rPr>
                <w:sz w:val="16"/>
              </w:rPr>
              <w:t>DR-1816-VT</w:t>
            </w:r>
          </w:p>
        </w:tc>
        <w:tc>
          <w:tcPr>
            <w:tcW w:type="dxa" w:w="1638"/>
          </w:tcPr>
          <w:p>
            <w:pPr>
              <w:spacing w:after="0"/>
              <w:jc w:val="left"/>
            </w:pPr>
            <w:r>
              <w:rPr>
                <w:sz w:val="16"/>
              </w:rPr>
              <w:t>2009-01-14</w:t>
            </w:r>
          </w:p>
        </w:tc>
        <w:tc>
          <w:tcPr>
            <w:tcW w:type="dxa" w:w="3894"/>
          </w:tcPr>
          <w:p>
            <w:pPr>
              <w:spacing w:after="0"/>
              <w:jc w:val="left"/>
            </w:pPr>
            <w:r>
              <w:rPr>
                <w:sz w:val="16"/>
              </w:rPr>
              <w:t>Severe Winter Storm</w:t>
            </w:r>
          </w:p>
        </w:tc>
        <w:tc>
          <w:tcPr>
            <w:tcW w:type="dxa" w:w="4740"/>
          </w:tcPr>
          <w:p>
            <w:pPr>
              <w:spacing w:after="0"/>
              <w:jc w:val="left"/>
            </w:pPr>
            <w:r>
              <w:rPr>
                <w:sz w:val="16"/>
              </w:rPr>
              <w:t>Vermont Agency of Transportation</w:t>
            </w:r>
          </w:p>
        </w:tc>
        <w:tc>
          <w:tcPr>
            <w:tcW w:type="dxa" w:w="2202"/>
          </w:tcPr>
          <w:p>
            <w:pPr>
              <w:spacing w:after="0"/>
              <w:jc w:val="right"/>
            </w:pPr>
            <w:r>
              <w:rPr>
                <w:sz w:val="16"/>
              </w:rPr>
              <w:t>$34,846.03</w:t>
            </w:r>
          </w:p>
        </w:tc>
      </w:tr>
      <w:tr>
        <w:trPr>
          <w:cantSplit/>
        </w:trPr>
        <w:tc>
          <w:tcPr>
            <w:tcW w:type="dxa" w:w="1638"/>
          </w:tcPr>
          <w:p>
            <w:pPr>
              <w:spacing w:after="0"/>
              <w:jc w:val="left"/>
            </w:pPr>
            <w:r>
              <w:rPr>
                <w:sz w:val="16"/>
              </w:rPr>
              <w:t>DR-1784-VT</w:t>
            </w:r>
          </w:p>
        </w:tc>
        <w:tc>
          <w:tcPr>
            <w:tcW w:type="dxa" w:w="1638"/>
          </w:tcPr>
          <w:p>
            <w:pPr>
              <w:spacing w:after="0"/>
              <w:jc w:val="left"/>
            </w:pPr>
            <w:r>
              <w:rPr>
                <w:sz w:val="16"/>
              </w:rPr>
              <w:t>2008-08-15</w:t>
            </w:r>
          </w:p>
        </w:tc>
        <w:tc>
          <w:tcPr>
            <w:tcW w:type="dxa" w:w="3894"/>
          </w:tcPr>
          <w:p>
            <w:pPr>
              <w:spacing w:after="0"/>
              <w:jc w:val="left"/>
            </w:pPr>
            <w:r>
              <w:rPr>
                <w:sz w:val="16"/>
              </w:rPr>
              <w:t>Severe Storms, a Tornado,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$14,170.83</w:t>
            </w:r>
          </w:p>
        </w:tc>
      </w:tr>
      <w:tr>
        <w:trPr>
          <w:cantSplit/>
        </w:trPr>
        <w:tc>
          <w:tcPr>
            <w:tcW w:type="dxa" w:w="1638"/>
          </w:tcPr>
          <w:p>
            <w:pPr>
              <w:spacing w:after="0"/>
              <w:jc w:val="left"/>
            </w:pPr>
            <w:r>
              <w:rPr>
                <w:sz w:val="16"/>
              </w:rPr>
              <w:t>DR-1778-VT</w:t>
            </w:r>
          </w:p>
        </w:tc>
        <w:tc>
          <w:tcPr>
            <w:tcW w:type="dxa" w:w="1638"/>
          </w:tcPr>
          <w:p>
            <w:pPr>
              <w:spacing w:after="0"/>
              <w:jc w:val="left"/>
            </w:pPr>
            <w:r>
              <w:rPr>
                <w:sz w:val="16"/>
              </w:rPr>
              <w:t>2008-07-15</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$5,924.02</w:t>
            </w:r>
          </w:p>
        </w:tc>
      </w:tr>
      <w:tr>
        <w:trPr>
          <w:cantSplit/>
        </w:trPr>
        <w:tc>
          <w:tcPr>
            <w:tcW w:type="dxa" w:w="1638"/>
          </w:tcPr>
          <w:p>
            <w:pPr>
              <w:spacing w:after="0"/>
              <w:jc w:val="left"/>
            </w:pPr>
            <w:r>
              <w:rPr>
                <w:sz w:val="16"/>
              </w:rPr>
              <w:t>DR-1698-VT</w:t>
            </w:r>
          </w:p>
        </w:tc>
        <w:tc>
          <w:tcPr>
            <w:tcW w:type="dxa" w:w="1638"/>
          </w:tcPr>
          <w:p>
            <w:pPr>
              <w:spacing w:after="0"/>
              <w:jc w:val="left"/>
            </w:pPr>
            <w:r>
              <w:rPr>
                <w:sz w:val="16"/>
              </w:rPr>
              <w:t>2007-05-04</w:t>
            </w:r>
          </w:p>
        </w:tc>
        <w:tc>
          <w:tcPr>
            <w:tcW w:type="dxa" w:w="3894"/>
          </w:tcPr>
          <w:p>
            <w:pPr>
              <w:spacing w:after="0"/>
              <w:jc w:val="left"/>
            </w:pPr>
            <w:r>
              <w:rPr>
                <w:sz w:val="16"/>
              </w:rPr>
              <w:t>Severe Storms and Flooding</w:t>
            </w:r>
          </w:p>
        </w:tc>
        <w:tc>
          <w:tcPr>
            <w:tcW w:type="dxa" w:w="4740"/>
          </w:tcPr>
          <w:p>
            <w:pPr>
              <w:spacing w:after="0"/>
              <w:jc w:val="left"/>
            </w:pPr>
            <w:r>
              <w:rPr>
                <w:sz w:val="16"/>
              </w:rPr>
              <w:t>WASHINGTON ELECTRIC COOPERATIVE</w:t>
            </w:r>
          </w:p>
        </w:tc>
        <w:tc>
          <w:tcPr>
            <w:tcW w:type="dxa" w:w="2202"/>
          </w:tcPr>
          <w:p>
            <w:pPr>
              <w:spacing w:after="0"/>
              <w:jc w:val="right"/>
            </w:pPr>
            <w:r>
              <w:rPr>
                <w:sz w:val="16"/>
              </w:rPr>
              <w:t>$78,936.49</w:t>
            </w:r>
          </w:p>
        </w:tc>
      </w:tr>
      <w:tr>
        <w:trPr>
          <w:cantSplit/>
        </w:trPr>
        <w:tc>
          <w:tcPr>
            <w:tcW w:type="dxa" w:w="1638"/>
          </w:tcPr>
          <w:p>
            <w:pPr>
              <w:spacing w:after="0"/>
              <w:jc w:val="left"/>
            </w:pPr>
            <w:r>
              <w:rPr>
                <w:sz w:val="16"/>
              </w:rPr>
              <w:t>DR-1698-VT</w:t>
            </w:r>
          </w:p>
        </w:tc>
        <w:tc>
          <w:tcPr>
            <w:tcW w:type="dxa" w:w="1638"/>
          </w:tcPr>
          <w:p>
            <w:pPr>
              <w:spacing w:after="0"/>
              <w:jc w:val="left"/>
            </w:pPr>
            <w:r>
              <w:rPr>
                <w:sz w:val="16"/>
              </w:rPr>
              <w:t>2007-05-04</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-$4,117.42 (net of deobligations)</w:t>
            </w:r>
          </w:p>
        </w:tc>
      </w:tr>
      <w:tr>
        <w:trPr>
          <w:cantSplit/>
        </w:trPr>
        <w:tc>
          <w:tcPr>
            <w:tcW w:type="dxa" w:w="1638"/>
          </w:tcPr>
          <w:p>
            <w:pPr>
              <w:spacing w:after="0"/>
              <w:jc w:val="left"/>
            </w:pPr>
            <w:r>
              <w:rPr>
                <w:sz w:val="16"/>
              </w:rPr>
              <w:t>DR-1559-VT</w:t>
            </w:r>
          </w:p>
        </w:tc>
        <w:tc>
          <w:tcPr>
            <w:tcW w:type="dxa" w:w="1638"/>
          </w:tcPr>
          <w:p>
            <w:pPr>
              <w:spacing w:after="0"/>
              <w:jc w:val="left"/>
            </w:pPr>
            <w:r>
              <w:rPr>
                <w:sz w:val="16"/>
              </w:rPr>
              <w:t>2004-09-23</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-$8,785.87 (net of deobligations)</w:t>
            </w:r>
          </w:p>
        </w:tc>
      </w:tr>
      <w:tr>
        <w:trPr>
          <w:cantSplit/>
        </w:trPr>
        <w:tc>
          <w:tcPr>
            <w:tcW w:type="dxa" w:w="1638"/>
          </w:tcPr>
          <w:p>
            <w:pPr>
              <w:spacing w:after="0"/>
              <w:jc w:val="left"/>
            </w:pPr>
            <w:r>
              <w:rPr>
                <w:sz w:val="16"/>
              </w:rPr>
              <w:t>DR-1488-VT</w:t>
            </w:r>
          </w:p>
        </w:tc>
        <w:tc>
          <w:tcPr>
            <w:tcW w:type="dxa" w:w="1638"/>
          </w:tcPr>
          <w:p>
            <w:pPr>
              <w:spacing w:after="0"/>
              <w:jc w:val="left"/>
            </w:pPr>
            <w:r>
              <w:rPr>
                <w:sz w:val="16"/>
              </w:rPr>
              <w:t>2003-09-12</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-$3,807.77 (net of deobligations)</w:t>
            </w:r>
          </w:p>
        </w:tc>
      </w:tr>
      <w:tr>
        <w:trPr>
          <w:cantSplit/>
        </w:trPr>
        <w:tc>
          <w:tcPr>
            <w:tcW w:type="dxa" w:w="1638"/>
          </w:tcPr>
          <w:p>
            <w:pPr>
              <w:spacing w:after="0"/>
              <w:jc w:val="left"/>
            </w:pPr>
            <w:r>
              <w:rPr>
                <w:sz w:val="16"/>
              </w:rPr>
              <w:t>DR-1428-VT</w:t>
            </w:r>
          </w:p>
        </w:tc>
        <w:tc>
          <w:tcPr>
            <w:tcW w:type="dxa" w:w="1638"/>
          </w:tcPr>
          <w:p>
            <w:pPr>
              <w:spacing w:after="0"/>
              <w:jc w:val="left"/>
            </w:pPr>
            <w:r>
              <w:rPr>
                <w:sz w:val="16"/>
              </w:rPr>
              <w:t>2002-07-12</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$15,114.34</w:t>
            </w:r>
          </w:p>
        </w:tc>
      </w:tr>
      <w:tr>
        <w:trPr>
          <w:cantSplit/>
        </w:trPr>
        <w:tc>
          <w:tcPr>
            <w:tcW w:type="dxa" w:w="1638"/>
          </w:tcPr>
          <w:p>
            <w:pPr>
              <w:spacing w:after="0"/>
              <w:jc w:val="left"/>
            </w:pPr>
            <w:r>
              <w:rPr>
                <w:sz w:val="16"/>
              </w:rPr>
              <w:t>EM-3167-VT</w:t>
            </w:r>
          </w:p>
        </w:tc>
        <w:tc>
          <w:tcPr>
            <w:tcW w:type="dxa" w:w="1638"/>
          </w:tcPr>
          <w:p>
            <w:pPr>
              <w:spacing w:after="0"/>
              <w:jc w:val="left"/>
            </w:pPr>
            <w:r>
              <w:rPr>
                <w:sz w:val="16"/>
              </w:rPr>
              <w:t>2001-04-10</w:t>
            </w:r>
          </w:p>
        </w:tc>
        <w:tc>
          <w:tcPr>
            <w:tcW w:type="dxa" w:w="3894"/>
          </w:tcPr>
          <w:p>
            <w:pPr>
              <w:spacing w:after="0"/>
              <w:jc w:val="left"/>
            </w:pPr>
            <w:r>
              <w:rPr>
                <w:sz w:val="16"/>
              </w:rPr>
              <w:t>Snow</w:t>
            </w:r>
          </w:p>
        </w:tc>
        <w:tc>
          <w:tcPr>
            <w:tcW w:type="dxa" w:w="4740"/>
          </w:tcPr>
          <w:p>
            <w:pPr>
              <w:spacing w:after="0"/>
              <w:jc w:val="left"/>
            </w:pPr>
            <w:r>
              <w:rPr>
                <w:sz w:val="16"/>
              </w:rPr>
              <w:t>Vermont Agency of Transportation</w:t>
            </w:r>
          </w:p>
        </w:tc>
        <w:tc>
          <w:tcPr>
            <w:tcW w:type="dxa" w:w="2202"/>
          </w:tcPr>
          <w:p>
            <w:pPr>
              <w:spacing w:after="0"/>
              <w:jc w:val="right"/>
            </w:pPr>
            <w:r>
              <w:rPr>
                <w:sz w:val="16"/>
              </w:rPr>
              <w:t>$328,114.37</w:t>
            </w:r>
          </w:p>
        </w:tc>
      </w:tr>
      <w:tr>
        <w:trPr>
          <w:cantSplit/>
        </w:trPr>
        <w:tc>
          <w:tcPr>
            <w:tcW w:type="dxa" w:w="1638"/>
          </w:tcPr>
          <w:p>
            <w:pPr>
              <w:spacing w:after="0"/>
              <w:jc w:val="left"/>
            </w:pPr>
            <w:r>
              <w:rPr>
                <w:sz w:val="16"/>
              </w:rPr>
              <w:t>DR-1358-VT</w:t>
            </w:r>
          </w:p>
        </w:tc>
        <w:tc>
          <w:tcPr>
            <w:tcW w:type="dxa" w:w="1638"/>
          </w:tcPr>
          <w:p>
            <w:pPr>
              <w:spacing w:after="0"/>
              <w:jc w:val="left"/>
            </w:pPr>
            <w:r>
              <w:rPr>
                <w:sz w:val="16"/>
              </w:rPr>
              <w:t>2001-01-18</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$28,452.60</w:t>
            </w:r>
          </w:p>
        </w:tc>
      </w:tr>
      <w:tr>
        <w:trPr>
          <w:cantSplit/>
        </w:trPr>
        <w:tc>
          <w:tcPr>
            <w:tcW w:type="dxa" w:w="1638"/>
          </w:tcPr>
          <w:p>
            <w:pPr>
              <w:spacing w:after="0"/>
              <w:jc w:val="left"/>
            </w:pPr>
            <w:r>
              <w:rPr>
                <w:sz w:val="16"/>
              </w:rPr>
              <w:t>DR-1336-VT</w:t>
            </w:r>
          </w:p>
        </w:tc>
        <w:tc>
          <w:tcPr>
            <w:tcW w:type="dxa" w:w="1638"/>
          </w:tcPr>
          <w:p>
            <w:pPr>
              <w:spacing w:after="0"/>
              <w:jc w:val="left"/>
            </w:pPr>
            <w:r>
              <w:rPr>
                <w:sz w:val="16"/>
              </w:rPr>
              <w:t>2000-07-27</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$19,513.56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84</w:t>
            </w:r>
          </w:p>
        </w:tc>
        <w:tc>
          <w:tcPr>
            <w:tcW w:type="dxa" w:w="1159"/>
          </w:tcPr>
          <w:p>
            <w:pPr>
              <w:spacing w:after="0"/>
              <w:jc w:val="right"/>
            </w:pPr>
            <w:r>
              <w:rPr>
                <w:sz w:val="16"/>
              </w:rPr>
              <w:t>2</w:t>
            </w:r>
          </w:p>
        </w:tc>
        <w:tc>
          <w:tcPr>
            <w:tcW w:type="dxa" w:w="2116"/>
          </w:tcPr>
          <w:p>
            <w:pPr>
              <w:spacing w:after="0"/>
              <w:jc w:val="right"/>
            </w:pPr>
            <w:r>
              <w:rPr>
                <w:sz w:val="16"/>
              </w:rPr>
              <w:t>5</w:t>
            </w:r>
          </w:p>
        </w:tc>
        <w:tc>
          <w:tcPr>
            <w:tcW w:type="dxa" w:w="786"/>
          </w:tcPr>
          <w:p>
            <w:pPr>
              <w:spacing w:after="0"/>
              <w:jc w:val="right"/>
            </w:pPr>
            <w:r>
              <w:rPr>
                <w:sz w:val="16"/>
              </w:rPr>
              <w:t>13</w:t>
            </w:r>
          </w:p>
        </w:tc>
        <w:tc>
          <w:tcPr>
            <w:tcW w:type="dxa" w:w="1692"/>
          </w:tcPr>
          <w:p>
            <w:pPr>
              <w:spacing w:after="0"/>
              <w:jc w:val="right"/>
            </w:pPr>
            <w:r>
              <w:rPr>
                <w:sz w:val="16"/>
              </w:rPr>
              <w:t>25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229</w:t>
            </w:r>
          </w:p>
        </w:tc>
        <w:tc>
          <w:tcPr>
            <w:tcW w:type="dxa" w:w="1159"/>
          </w:tcPr>
          <w:p>
            <w:pPr>
              <w:spacing w:after="0"/>
              <w:jc w:val="right"/>
            </w:pPr>
            <w:r>
              <w:rPr>
                <w:sz w:val="16"/>
              </w:rPr>
              <w:t>8</w:t>
            </w:r>
          </w:p>
        </w:tc>
        <w:tc>
          <w:tcPr>
            <w:tcW w:type="dxa" w:w="2116"/>
          </w:tcPr>
          <w:p>
            <w:pPr>
              <w:spacing w:after="0"/>
              <w:jc w:val="right"/>
            </w:pPr>
            <w:r>
              <w:rPr>
                <w:sz w:val="16"/>
              </w:rPr>
              <w:t>6</w:t>
            </w:r>
          </w:p>
        </w:tc>
        <w:tc>
          <w:tcPr>
            <w:tcW w:type="dxa" w:w="786"/>
          </w:tcPr>
          <w:p>
            <w:pPr>
              <w:spacing w:after="0"/>
              <w:jc w:val="right"/>
            </w:pPr>
            <w:r>
              <w:rPr>
                <w:sz w:val="16"/>
              </w:rPr>
              <w:t>27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16 High Wind and 34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317</w:t>
            </w:r>
          </w:p>
        </w:tc>
        <w:tc>
          <w:tcPr>
            <w:tcW w:type="dxa" w:w="1159"/>
          </w:tcPr>
          <w:p>
            <w:pPr>
              <w:spacing w:after="0"/>
              <w:jc w:val="right"/>
            </w:pPr>
            <w:r>
              <w:rPr>
                <w:sz w:val="16"/>
              </w:rPr>
              <w:t>18</w:t>
            </w:r>
          </w:p>
        </w:tc>
        <w:tc>
          <w:tcPr>
            <w:tcW w:type="dxa" w:w="2116"/>
          </w:tcPr>
          <w:p>
            <w:pPr>
              <w:spacing w:after="0"/>
              <w:jc w:val="right"/>
            </w:pPr>
            <w:r>
              <w:rPr>
                <w:sz w:val="16"/>
              </w:rPr>
              <w:t>9</w:t>
            </w:r>
          </w:p>
        </w:tc>
        <w:tc>
          <w:tcPr>
            <w:tcW w:type="dxa" w:w="786"/>
          </w:tcPr>
          <w:p>
            <w:pPr>
              <w:spacing w:after="0"/>
              <w:jc w:val="right"/>
            </w:pPr>
            <w:r>
              <w:rPr>
                <w:sz w:val="16"/>
              </w:rPr>
              <w:t>45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143"/>
        <w:gridCol w:w="2002"/>
        <w:gridCol w:w="988"/>
        <w:gridCol w:w="3501"/>
        <w:gridCol w:w="733"/>
        <w:gridCol w:w="349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143"/>
            <w:shd w:val="clear" w:color="auto" w:fill="E8E8E8"/>
          </w:tcPr>
          <w:p>
            <w:pPr>
              <w:spacing w:after="0"/>
              <w:jc w:val="left"/>
            </w:pPr>
            <w:r>
              <w:rPr>
                <w:b/>
                <w:sz w:val="16"/>
              </w:rPr>
              <w:t>Magnitude or extent</w:t>
            </w:r>
          </w:p>
        </w:tc>
        <w:tc>
          <w:tcPr>
            <w:tcW w:type="dxa" w:w="2002"/>
            <w:shd w:val="clear" w:color="auto" w:fill="E8E8E8"/>
          </w:tcPr>
          <w:p>
            <w:pPr>
              <w:spacing w:after="0"/>
              <w:jc w:val="left"/>
            </w:pPr>
            <w:r>
              <w:rPr>
                <w:b/>
                <w:sz w:val="16"/>
              </w:rPr>
              <w:t>Damage</w:t>
            </w:r>
          </w:p>
          <w:p>
            <w:pPr>
              <w:spacing w:after="0"/>
              <w:jc w:val="left"/>
            </w:pPr>
            <w:r>
              <w:rPr>
                <w:i/>
                <w:color w:val="555555"/>
                <w:sz w:val="14"/>
              </w:rPr>
              <w:t>nominal dollars</w:t>
            </w:r>
          </w:p>
        </w:tc>
        <w:tc>
          <w:tcPr>
            <w:tcW w:type="dxa" w:w="98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501"/>
            <w:shd w:val="clear" w:color="auto" w:fill="E8E8E8"/>
          </w:tcPr>
          <w:p>
            <w:pPr>
              <w:spacing w:after="0"/>
              <w:jc w:val="left"/>
            </w:pPr>
            <w:r>
              <w:rPr>
                <w:b/>
                <w:sz w:val="16"/>
              </w:rPr>
              <w:t>Location</w:t>
            </w:r>
          </w:p>
        </w:tc>
        <w:tc>
          <w:tcPr>
            <w:tcW w:type="dxa" w:w="733"/>
            <w:shd w:val="clear" w:color="auto" w:fill="E8E8E8"/>
          </w:tcPr>
          <w:p>
            <w:pPr>
              <w:spacing w:after="0"/>
              <w:jc w:val="left"/>
            </w:pPr>
            <w:r>
              <w:rPr>
                <w:b/>
                <w:sz w:val="16"/>
              </w:rPr>
              <w:t>Flags</w:t>
            </w:r>
          </w:p>
        </w:tc>
        <w:tc>
          <w:tcPr>
            <w:tcW w:type="dxa" w:w="349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2023-07-11</w:t>
            </w:r>
          </w:p>
        </w:tc>
        <w:tc>
          <w:tcPr>
            <w:tcW w:type="dxa" w:w="1215"/>
          </w:tcPr>
          <w:p>
            <w:pPr>
              <w:spacing w:after="0"/>
              <w:jc w:val="left"/>
            </w:pPr>
            <w:r>
              <w:rPr>
                <w:sz w:val="16"/>
              </w:rPr>
              <w:t>Flash Flood</w:t>
            </w:r>
          </w:p>
        </w:tc>
        <w:tc>
          <w:tcPr>
            <w:tcW w:type="dxa" w:w="1143"/>
          </w:tcPr>
          <w:p>
            <w:pPr>
              <w:spacing w:after="0"/>
              <w:jc w:val="left"/>
            </w:pPr>
          </w:p>
        </w:tc>
        <w:tc>
          <w:tcPr>
            <w:tcW w:type="dxa" w:w="2002"/>
          </w:tcPr>
          <w:p>
            <w:pPr>
              <w:spacing w:after="0"/>
              <w:jc w:val="left"/>
            </w:pPr>
            <w:r>
              <w:rPr>
                <w:sz w:val="16"/>
              </w:rPr>
              <w:t>$100,000,000 property; $0 crops (2023 dollars)</w:t>
            </w:r>
          </w:p>
        </w:tc>
        <w:tc>
          <w:tcPr>
            <w:tcW w:type="dxa" w:w="988"/>
          </w:tcPr>
          <w:p>
            <w:pPr>
              <w:spacing w:after="0"/>
              <w:jc w:val="right"/>
            </w:pPr>
            <w:r>
              <w:rPr>
                <w:sz w:val="16"/>
              </w:rPr>
              <w:t>1, 0</w:t>
            </w:r>
          </w:p>
        </w:tc>
        <w:tc>
          <w:tcPr>
            <w:tcW w:type="dxa" w:w="3501"/>
          </w:tcPr>
          <w:p>
            <w:pPr>
              <w:spacing w:after="0"/>
              <w:jc w:val="left"/>
            </w:pPr>
            <w:r>
              <w:rPr>
                <w:sz w:val="16"/>
              </w:rPr>
              <w:t>MONTPELIER JCT to SOUTH BARRE</w:t>
            </w:r>
          </w:p>
        </w:tc>
        <w:tc>
          <w:tcPr>
            <w:tcW w:type="dxa" w:w="733"/>
          </w:tcPr>
          <w:p>
            <w:pPr>
              <w:spacing w:after="0"/>
              <w:jc w:val="left"/>
            </w:pPr>
            <w:r>
              <w:rPr>
                <w:sz w:val="16"/>
              </w:rPr>
              <w:t>within last 5 years</w:t>
            </w:r>
          </w:p>
        </w:tc>
        <w:tc>
          <w:tcPr>
            <w:tcW w:type="dxa" w:w="3493"/>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143"/>
          </w:tcPr>
          <w:p>
            <w:pPr>
              <w:spacing w:after="0"/>
              <w:jc w:val="left"/>
            </w:pPr>
          </w:p>
        </w:tc>
        <w:tc>
          <w:tcPr>
            <w:tcW w:type="dxa" w:w="2002"/>
          </w:tcPr>
          <w:p>
            <w:pPr>
              <w:spacing w:after="0"/>
              <w:jc w:val="left"/>
            </w:pPr>
            <w:r>
              <w:rPr>
                <w:sz w:val="16"/>
              </w:rPr>
              <w:t>$0 property; $300,000 crops, reported for the zone (2023 dollars)</w:t>
            </w:r>
          </w:p>
        </w:tc>
        <w:tc>
          <w:tcPr>
            <w:tcW w:type="dxa" w:w="988"/>
          </w:tcPr>
          <w:p>
            <w:pPr>
              <w:spacing w:after="0"/>
              <w:jc w:val="right"/>
            </w:pPr>
            <w:r>
              <w:rPr>
                <w:sz w:val="16"/>
              </w:rPr>
              <w:t>0, 0</w:t>
            </w:r>
          </w:p>
        </w:tc>
        <w:tc>
          <w:tcPr>
            <w:tcW w:type="dxa" w:w="3501"/>
          </w:tcPr>
          <w:p>
            <w:pPr>
              <w:spacing w:after="0"/>
              <w:jc w:val="left"/>
            </w:pPr>
            <w:r>
              <w:rPr>
                <w:sz w:val="16"/>
              </w:rPr>
              <w:t>NWS zone VTZ008 (WASHINGTON), zone-level</w:t>
            </w:r>
          </w:p>
        </w:tc>
        <w:tc>
          <w:tcPr>
            <w:tcW w:type="dxa" w:w="733"/>
          </w:tcPr>
          <w:p>
            <w:pPr>
              <w:spacing w:after="0"/>
              <w:jc w:val="left"/>
            </w:pPr>
            <w:r>
              <w:rPr>
                <w:sz w:val="16"/>
              </w:rPr>
              <w:t>within last 5 years</w:t>
            </w:r>
          </w:p>
        </w:tc>
        <w:tc>
          <w:tcPr>
            <w:tcW w:type="dxa" w:w="3493"/>
          </w:tcPr>
          <w:p>
            <w:pPr>
              <w:spacing w:after="0"/>
              <w:jc w:val="left"/>
            </w:pPr>
            <w:r>
              <w:rPr>
                <w:sz w:val="16"/>
              </w:rPr>
              <w:t>B1-c worst recorded: Frost/Freeze</w:t>
            </w:r>
          </w:p>
        </w:tc>
      </w:tr>
      <w:tr>
        <w:trPr>
          <w:cantSplit/>
        </w:trPr>
        <w:tc>
          <w:tcPr>
            <w:tcW w:type="dxa" w:w="1037"/>
          </w:tcPr>
          <w:p>
            <w:pPr>
              <w:spacing w:after="0"/>
              <w:jc w:val="left"/>
            </w:pPr>
            <w:r>
              <w:rPr>
                <w:sz w:val="16"/>
              </w:rPr>
              <w:t>2022-12-23</w:t>
            </w:r>
          </w:p>
        </w:tc>
        <w:tc>
          <w:tcPr>
            <w:tcW w:type="dxa" w:w="1215"/>
          </w:tcPr>
          <w:p>
            <w:pPr>
              <w:spacing w:after="0"/>
              <w:jc w:val="left"/>
            </w:pPr>
            <w:r>
              <w:rPr>
                <w:sz w:val="16"/>
              </w:rPr>
              <w:t>High Wind</w:t>
            </w:r>
          </w:p>
        </w:tc>
        <w:tc>
          <w:tcPr>
            <w:tcW w:type="dxa" w:w="1143"/>
          </w:tcPr>
          <w:p>
            <w:pPr>
              <w:spacing w:after="0"/>
              <w:jc w:val="left"/>
            </w:pPr>
            <w:r>
              <w:rPr>
                <w:sz w:val="16"/>
              </w:rPr>
              <w:t>52 kt (60 mph) estimated gust</w:t>
            </w:r>
          </w:p>
        </w:tc>
        <w:tc>
          <w:tcPr>
            <w:tcW w:type="dxa" w:w="2002"/>
          </w:tcPr>
          <w:p>
            <w:pPr>
              <w:spacing w:after="0"/>
              <w:jc w:val="left"/>
            </w:pPr>
            <w:r>
              <w:rPr>
                <w:sz w:val="16"/>
              </w:rPr>
              <w:t>$450,000 property; $0 crops, reported for the zone (2022 dollars)</w:t>
            </w:r>
          </w:p>
        </w:tc>
        <w:tc>
          <w:tcPr>
            <w:tcW w:type="dxa" w:w="988"/>
          </w:tcPr>
          <w:p>
            <w:pPr>
              <w:spacing w:after="0"/>
              <w:jc w:val="right"/>
            </w:pPr>
            <w:r>
              <w:rPr>
                <w:sz w:val="16"/>
              </w:rPr>
              <w:t>0, 0</w:t>
            </w:r>
          </w:p>
        </w:tc>
        <w:tc>
          <w:tcPr>
            <w:tcW w:type="dxa" w:w="3501"/>
          </w:tcPr>
          <w:p>
            <w:pPr>
              <w:spacing w:after="0"/>
              <w:jc w:val="left"/>
            </w:pPr>
            <w:r>
              <w:rPr>
                <w:sz w:val="16"/>
              </w:rPr>
              <w:t>NWS zone VTZ008 (WASHINGTON), zone-level</w:t>
            </w:r>
          </w:p>
        </w:tc>
        <w:tc>
          <w:tcPr>
            <w:tcW w:type="dxa" w:w="733"/>
          </w:tcPr>
          <w:p>
            <w:pPr>
              <w:spacing w:after="0"/>
              <w:jc w:val="left"/>
            </w:pPr>
            <w:r>
              <w:rPr>
                <w:sz w:val="16"/>
              </w:rPr>
              <w:t>within last 5 years</w:t>
            </w:r>
          </w:p>
        </w:tc>
        <w:tc>
          <w:tcPr>
            <w:tcW w:type="dxa" w:w="3493"/>
          </w:tcPr>
          <w:p>
            <w:pPr>
              <w:spacing w:after="0"/>
              <w:jc w:val="left"/>
            </w:pPr>
            <w:r>
              <w:rPr>
                <w:sz w:val="16"/>
              </w:rPr>
              <w:t>B1-c worst recorded: High Wind and Strong Wind</w:t>
            </w:r>
          </w:p>
        </w:tc>
      </w:tr>
      <w:tr>
        <w:trPr>
          <w:cantSplit/>
        </w:trPr>
        <w:tc>
          <w:tcPr>
            <w:tcW w:type="dxa" w:w="1037"/>
          </w:tcPr>
          <w:p>
            <w:pPr>
              <w:spacing w:after="0"/>
              <w:jc w:val="left"/>
            </w:pPr>
            <w:r>
              <w:rPr>
                <w:sz w:val="16"/>
              </w:rPr>
              <w:t>2018-07-01</w:t>
            </w:r>
          </w:p>
        </w:tc>
        <w:tc>
          <w:tcPr>
            <w:tcW w:type="dxa" w:w="1215"/>
          </w:tcPr>
          <w:p>
            <w:pPr>
              <w:spacing w:after="0"/>
              <w:jc w:val="left"/>
            </w:pPr>
            <w:r>
              <w:rPr>
                <w:sz w:val="16"/>
              </w:rPr>
              <w:t>Heat</w:t>
            </w:r>
          </w:p>
        </w:tc>
        <w:tc>
          <w:tcPr>
            <w:tcW w:type="dxa" w:w="1143"/>
          </w:tcPr>
          <w:p>
            <w:pPr>
              <w:spacing w:after="0"/>
              <w:jc w:val="left"/>
            </w:pPr>
          </w:p>
        </w:tc>
        <w:tc>
          <w:tcPr>
            <w:tcW w:type="dxa" w:w="2002"/>
          </w:tcPr>
          <w:p>
            <w:pPr>
              <w:spacing w:after="0"/>
              <w:jc w:val="left"/>
            </w:pPr>
            <w:r>
              <w:rPr>
                <w:sz w:val="16"/>
              </w:rPr>
              <w:t>$0 property; $0 crops, reported for the zone (2018 dollars)</w:t>
            </w:r>
          </w:p>
        </w:tc>
        <w:tc>
          <w:tcPr>
            <w:tcW w:type="dxa" w:w="988"/>
          </w:tcPr>
          <w:p>
            <w:pPr>
              <w:spacing w:after="0"/>
              <w:jc w:val="right"/>
            </w:pPr>
            <w:r>
              <w:rPr>
                <w:sz w:val="16"/>
              </w:rPr>
              <w:t>1, 0</w:t>
            </w:r>
          </w:p>
        </w:tc>
        <w:tc>
          <w:tcPr>
            <w:tcW w:type="dxa" w:w="3501"/>
          </w:tcPr>
          <w:p>
            <w:pPr>
              <w:spacing w:after="0"/>
              <w:jc w:val="left"/>
            </w:pPr>
            <w:r>
              <w:rPr>
                <w:sz w:val="16"/>
              </w:rPr>
              <w:t>NWS zone VTZ008 (WASHINGTON), zone-level</w:t>
            </w:r>
          </w:p>
        </w:tc>
        <w:tc>
          <w:tcPr>
            <w:tcW w:type="dxa" w:w="733"/>
          </w:tcPr>
          <w:p>
            <w:pPr>
              <w:spacing w:after="0"/>
              <w:jc w:val="left"/>
            </w:pPr>
          </w:p>
        </w:tc>
        <w:tc>
          <w:tcPr>
            <w:tcW w:type="dxa" w:w="3493"/>
          </w:tcPr>
          <w:p>
            <w:pPr>
              <w:spacing w:after="0"/>
              <w:jc w:val="left"/>
            </w:pPr>
            <w:r>
              <w:rPr>
                <w:sz w:val="16"/>
              </w:rPr>
              <w:t>deaths or injuries recorded</w:t>
            </w:r>
          </w:p>
        </w:tc>
      </w:tr>
      <w:tr>
        <w:trPr>
          <w:cantSplit/>
        </w:trPr>
        <w:tc>
          <w:tcPr>
            <w:tcW w:type="dxa" w:w="1037"/>
          </w:tcPr>
          <w:p>
            <w:pPr>
              <w:spacing w:after="0"/>
              <w:jc w:val="left"/>
            </w:pPr>
            <w:r>
              <w:rPr>
                <w:sz w:val="16"/>
              </w:rPr>
              <w:t>2018-06-18</w:t>
            </w:r>
          </w:p>
        </w:tc>
        <w:tc>
          <w:tcPr>
            <w:tcW w:type="dxa" w:w="1215"/>
          </w:tcPr>
          <w:p>
            <w:pPr>
              <w:spacing w:after="0"/>
              <w:jc w:val="left"/>
            </w:pPr>
            <w:r>
              <w:rPr>
                <w:sz w:val="16"/>
              </w:rPr>
              <w:t>Thunderstorm Wind</w:t>
            </w:r>
          </w:p>
        </w:tc>
        <w:tc>
          <w:tcPr>
            <w:tcW w:type="dxa" w:w="1143"/>
          </w:tcPr>
          <w:p>
            <w:pPr>
              <w:spacing w:after="0"/>
              <w:jc w:val="left"/>
            </w:pPr>
            <w:r>
              <w:rPr>
                <w:sz w:val="16"/>
              </w:rPr>
              <w:t>70 kt (81 mph) estimated gust</w:t>
            </w:r>
          </w:p>
        </w:tc>
        <w:tc>
          <w:tcPr>
            <w:tcW w:type="dxa" w:w="2002"/>
          </w:tcPr>
          <w:p>
            <w:pPr>
              <w:spacing w:after="0"/>
              <w:jc w:val="left"/>
            </w:pPr>
            <w:r>
              <w:rPr>
                <w:sz w:val="16"/>
              </w:rPr>
              <w:t>$100,000 property; $0 crops (2018 dollars)</w:t>
            </w:r>
          </w:p>
        </w:tc>
        <w:tc>
          <w:tcPr>
            <w:tcW w:type="dxa" w:w="988"/>
          </w:tcPr>
          <w:p>
            <w:pPr>
              <w:spacing w:after="0"/>
              <w:jc w:val="right"/>
            </w:pPr>
            <w:r>
              <w:rPr>
                <w:sz w:val="16"/>
              </w:rPr>
              <w:t>0, 0</w:t>
            </w:r>
          </w:p>
        </w:tc>
        <w:tc>
          <w:tcPr>
            <w:tcW w:type="dxa" w:w="3501"/>
          </w:tcPr>
          <w:p>
            <w:pPr>
              <w:spacing w:after="0"/>
              <w:jc w:val="left"/>
            </w:pPr>
            <w:r>
              <w:rPr>
                <w:sz w:val="16"/>
              </w:rPr>
              <w:t>WAITSFIELD</w:t>
            </w:r>
          </w:p>
        </w:tc>
        <w:tc>
          <w:tcPr>
            <w:tcW w:type="dxa" w:w="733"/>
          </w:tcPr>
          <w:p>
            <w:pPr>
              <w:spacing w:after="0"/>
              <w:jc w:val="left"/>
            </w:pPr>
          </w:p>
        </w:tc>
        <w:tc>
          <w:tcPr>
            <w:tcW w:type="dxa" w:w="3493"/>
          </w:tcPr>
          <w:p>
            <w:pPr>
              <w:spacing w:after="0"/>
              <w:jc w:val="left"/>
            </w:pPr>
            <w:r>
              <w:rPr>
                <w:sz w:val="16"/>
              </w:rPr>
              <w:t>B1-c most damaging: Thunderstorm Wind</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143"/>
          </w:tcPr>
          <w:p>
            <w:pPr>
              <w:spacing w:after="0"/>
              <w:jc w:val="left"/>
            </w:pPr>
          </w:p>
        </w:tc>
        <w:tc>
          <w:tcPr>
            <w:tcW w:type="dxa" w:w="2002"/>
          </w:tcPr>
          <w:p>
            <w:pPr>
              <w:spacing w:after="0"/>
              <w:jc w:val="left"/>
            </w:pPr>
            <w:r>
              <w:rPr>
                <w:sz w:val="16"/>
              </w:rPr>
              <w:t>$0 property; $0 crops, reported for the zone (2015 dollars)</w:t>
            </w:r>
          </w:p>
        </w:tc>
        <w:tc>
          <w:tcPr>
            <w:tcW w:type="dxa" w:w="988"/>
          </w:tcPr>
          <w:p>
            <w:pPr>
              <w:spacing w:after="0"/>
              <w:jc w:val="right"/>
            </w:pPr>
            <w:r>
              <w:rPr>
                <w:sz w:val="16"/>
              </w:rPr>
              <w:t>0, 0</w:t>
            </w:r>
          </w:p>
        </w:tc>
        <w:tc>
          <w:tcPr>
            <w:tcW w:type="dxa" w:w="3501"/>
          </w:tcPr>
          <w:p>
            <w:pPr>
              <w:spacing w:after="0"/>
              <w:jc w:val="left"/>
            </w:pPr>
            <w:r>
              <w:rPr>
                <w:sz w:val="16"/>
              </w:rPr>
              <w:t>NWS zone VTZ008 (WASHINGTON), zone-level</w:t>
            </w:r>
          </w:p>
        </w:tc>
        <w:tc>
          <w:tcPr>
            <w:tcW w:type="dxa" w:w="733"/>
          </w:tcPr>
          <w:p>
            <w:pPr>
              <w:spacing w:after="0"/>
              <w:jc w:val="left"/>
            </w:pPr>
          </w:p>
        </w:tc>
        <w:tc>
          <w:tcPr>
            <w:tcW w:type="dxa" w:w="349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2012-05-29</w:t>
            </w:r>
          </w:p>
        </w:tc>
        <w:tc>
          <w:tcPr>
            <w:tcW w:type="dxa" w:w="1215"/>
          </w:tcPr>
          <w:p>
            <w:pPr>
              <w:spacing w:after="0"/>
              <w:jc w:val="left"/>
            </w:pPr>
            <w:r>
              <w:rPr>
                <w:sz w:val="16"/>
              </w:rPr>
              <w:t>Lightning</w:t>
            </w:r>
          </w:p>
        </w:tc>
        <w:tc>
          <w:tcPr>
            <w:tcW w:type="dxa" w:w="1143"/>
          </w:tcPr>
          <w:p>
            <w:pPr>
              <w:spacing w:after="0"/>
              <w:jc w:val="left"/>
            </w:pPr>
          </w:p>
        </w:tc>
        <w:tc>
          <w:tcPr>
            <w:tcW w:type="dxa" w:w="2002"/>
          </w:tcPr>
          <w:p>
            <w:pPr>
              <w:spacing w:after="0"/>
              <w:jc w:val="left"/>
            </w:pPr>
            <w:r>
              <w:rPr>
                <w:sz w:val="16"/>
              </w:rPr>
              <w:t>$150,000 property; $0 crops (2012 dollars)</w:t>
            </w:r>
          </w:p>
        </w:tc>
        <w:tc>
          <w:tcPr>
            <w:tcW w:type="dxa" w:w="988"/>
          </w:tcPr>
          <w:p>
            <w:pPr>
              <w:spacing w:after="0"/>
              <w:jc w:val="right"/>
            </w:pPr>
            <w:r>
              <w:rPr>
                <w:sz w:val="16"/>
              </w:rPr>
              <w:t>0, 0</w:t>
            </w:r>
          </w:p>
        </w:tc>
        <w:tc>
          <w:tcPr>
            <w:tcW w:type="dxa" w:w="3501"/>
          </w:tcPr>
          <w:p>
            <w:pPr>
              <w:spacing w:after="0"/>
              <w:jc w:val="left"/>
            </w:pPr>
            <w:r>
              <w:rPr>
                <w:sz w:val="16"/>
              </w:rPr>
              <w:t>CABOT</w:t>
            </w:r>
          </w:p>
        </w:tc>
        <w:tc>
          <w:tcPr>
            <w:tcW w:type="dxa" w:w="733"/>
          </w:tcPr>
          <w:p>
            <w:pPr>
              <w:spacing w:after="0"/>
              <w:jc w:val="left"/>
            </w:pPr>
          </w:p>
        </w:tc>
        <w:tc>
          <w:tcPr>
            <w:tcW w:type="dxa" w:w="3493"/>
          </w:tcPr>
          <w:p>
            <w:pPr>
              <w:spacing w:after="0"/>
              <w:jc w:val="left"/>
            </w:pPr>
            <w:r>
              <w:rPr>
                <w:sz w:val="16"/>
              </w:rPr>
              <w:t>B1-c most damaging: Lightning</w:t>
            </w:r>
          </w:p>
        </w:tc>
      </w:tr>
      <w:tr>
        <w:trPr>
          <w:cantSplit/>
        </w:trPr>
        <w:tc>
          <w:tcPr>
            <w:tcW w:type="dxa" w:w="1037"/>
          </w:tcPr>
          <w:p>
            <w:pPr>
              <w:spacing w:after="0"/>
              <w:jc w:val="left"/>
            </w:pPr>
            <w:r>
              <w:rPr>
                <w:sz w:val="16"/>
              </w:rPr>
              <w:t>2012-03-17</w:t>
            </w:r>
          </w:p>
        </w:tc>
        <w:tc>
          <w:tcPr>
            <w:tcW w:type="dxa" w:w="1215"/>
          </w:tcPr>
          <w:p>
            <w:pPr>
              <w:spacing w:after="0"/>
              <w:jc w:val="left"/>
            </w:pPr>
            <w:r>
              <w:rPr>
                <w:sz w:val="16"/>
              </w:rPr>
              <w:t>Heat</w:t>
            </w:r>
          </w:p>
        </w:tc>
        <w:tc>
          <w:tcPr>
            <w:tcW w:type="dxa" w:w="1143"/>
          </w:tcPr>
          <w:p>
            <w:pPr>
              <w:spacing w:after="0"/>
              <w:jc w:val="left"/>
            </w:pPr>
          </w:p>
        </w:tc>
        <w:tc>
          <w:tcPr>
            <w:tcW w:type="dxa" w:w="2002"/>
          </w:tcPr>
          <w:p>
            <w:pPr>
              <w:spacing w:after="0"/>
              <w:jc w:val="left"/>
            </w:pPr>
            <w:r>
              <w:rPr>
                <w:sz w:val="16"/>
              </w:rPr>
              <w:t>$0 property; $1,000,000 crops, reported for the zone (2012 dollars)</w:t>
            </w:r>
          </w:p>
        </w:tc>
        <w:tc>
          <w:tcPr>
            <w:tcW w:type="dxa" w:w="988"/>
          </w:tcPr>
          <w:p>
            <w:pPr>
              <w:spacing w:after="0"/>
              <w:jc w:val="right"/>
            </w:pPr>
            <w:r>
              <w:rPr>
                <w:sz w:val="16"/>
              </w:rPr>
              <w:t>0, 0</w:t>
            </w:r>
          </w:p>
        </w:tc>
        <w:tc>
          <w:tcPr>
            <w:tcW w:type="dxa" w:w="3501"/>
          </w:tcPr>
          <w:p>
            <w:pPr>
              <w:spacing w:after="0"/>
              <w:jc w:val="left"/>
            </w:pPr>
            <w:r>
              <w:rPr>
                <w:sz w:val="16"/>
              </w:rPr>
              <w:t>NWS zone VTZ008 (WASHINGTON), zone-level</w:t>
            </w:r>
          </w:p>
        </w:tc>
        <w:tc>
          <w:tcPr>
            <w:tcW w:type="dxa" w:w="733"/>
          </w:tcPr>
          <w:p>
            <w:pPr>
              <w:spacing w:after="0"/>
              <w:jc w:val="left"/>
            </w:pPr>
          </w:p>
        </w:tc>
        <w:tc>
          <w:tcPr>
            <w:tcW w:type="dxa" w:w="3493"/>
          </w:tcPr>
          <w:p>
            <w:pPr>
              <w:spacing w:after="0"/>
              <w:jc w:val="left"/>
            </w:pPr>
            <w:r>
              <w:rPr>
                <w:sz w:val="16"/>
              </w:rPr>
              <w:t>B1-c most damaging: Excessive Heat, Heat</w:t>
            </w:r>
          </w:p>
        </w:tc>
      </w:tr>
      <w:tr>
        <w:trPr>
          <w:cantSplit/>
        </w:trPr>
        <w:tc>
          <w:tcPr>
            <w:tcW w:type="dxa" w:w="1037"/>
          </w:tcPr>
          <w:p>
            <w:pPr>
              <w:spacing w:after="0"/>
              <w:jc w:val="left"/>
            </w:pPr>
            <w:r>
              <w:rPr>
                <w:sz w:val="16"/>
              </w:rPr>
              <w:t>2007-07-09</w:t>
            </w:r>
          </w:p>
        </w:tc>
        <w:tc>
          <w:tcPr>
            <w:tcW w:type="dxa" w:w="1215"/>
          </w:tcPr>
          <w:p>
            <w:pPr>
              <w:spacing w:after="0"/>
              <w:jc w:val="left"/>
            </w:pPr>
            <w:r>
              <w:rPr>
                <w:sz w:val="16"/>
              </w:rPr>
              <w:t>Hail</w:t>
            </w:r>
          </w:p>
        </w:tc>
        <w:tc>
          <w:tcPr>
            <w:tcW w:type="dxa" w:w="1143"/>
          </w:tcPr>
          <w:p>
            <w:pPr>
              <w:spacing w:after="0"/>
              <w:jc w:val="left"/>
            </w:pPr>
            <w:r>
              <w:rPr>
                <w:sz w:val="16"/>
              </w:rPr>
              <w:t>2.75 in</w:t>
            </w:r>
          </w:p>
        </w:tc>
        <w:tc>
          <w:tcPr>
            <w:tcW w:type="dxa" w:w="2002"/>
          </w:tcPr>
          <w:p>
            <w:pPr>
              <w:spacing w:after="0"/>
              <w:jc w:val="left"/>
            </w:pPr>
            <w:r>
              <w:rPr>
                <w:sz w:val="16"/>
              </w:rPr>
              <w:t>$20,000 property; $0 crops (2007 dollars)</w:t>
            </w:r>
          </w:p>
        </w:tc>
        <w:tc>
          <w:tcPr>
            <w:tcW w:type="dxa" w:w="988"/>
          </w:tcPr>
          <w:p>
            <w:pPr>
              <w:spacing w:after="0"/>
              <w:jc w:val="right"/>
            </w:pPr>
            <w:r>
              <w:rPr>
                <w:sz w:val="16"/>
              </w:rPr>
              <w:t>0, 0</w:t>
            </w:r>
          </w:p>
        </w:tc>
        <w:tc>
          <w:tcPr>
            <w:tcW w:type="dxa" w:w="3501"/>
          </w:tcPr>
          <w:p>
            <w:pPr>
              <w:spacing w:after="0"/>
              <w:jc w:val="left"/>
            </w:pPr>
            <w:r>
              <w:rPr>
                <w:sz w:val="16"/>
              </w:rPr>
              <w:t>DUXBURY</w:t>
            </w:r>
          </w:p>
        </w:tc>
        <w:tc>
          <w:tcPr>
            <w:tcW w:type="dxa" w:w="733"/>
          </w:tcPr>
          <w:p>
            <w:pPr>
              <w:spacing w:after="0"/>
              <w:jc w:val="left"/>
            </w:pPr>
          </w:p>
        </w:tc>
        <w:tc>
          <w:tcPr>
            <w:tcW w:type="dxa" w:w="3493"/>
          </w:tcPr>
          <w:p>
            <w:pPr>
              <w:spacing w:after="0"/>
              <w:jc w:val="left"/>
            </w:pPr>
            <w:r>
              <w:rPr>
                <w:sz w:val="16"/>
              </w:rPr>
              <w:t>B1-c worst recorded: Hail</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143"/>
          </w:tcPr>
          <w:p>
            <w:pPr>
              <w:spacing w:after="0"/>
              <w:jc w:val="left"/>
            </w:pPr>
          </w:p>
        </w:tc>
        <w:tc>
          <w:tcPr>
            <w:tcW w:type="dxa" w:w="2002"/>
          </w:tcPr>
          <w:p>
            <w:pPr>
              <w:spacing w:after="0"/>
              <w:jc w:val="left"/>
            </w:pPr>
            <w:r>
              <w:rPr>
                <w:sz w:val="16"/>
              </w:rPr>
              <w:t>$300,000 property; $0 crops, reported for the zone (2007 dollars)</w:t>
            </w:r>
          </w:p>
        </w:tc>
        <w:tc>
          <w:tcPr>
            <w:tcW w:type="dxa" w:w="988"/>
          </w:tcPr>
          <w:p>
            <w:pPr>
              <w:spacing w:after="0"/>
              <w:jc w:val="right"/>
            </w:pPr>
            <w:r>
              <w:rPr>
                <w:sz w:val="16"/>
              </w:rPr>
              <w:t>0, 0</w:t>
            </w:r>
          </w:p>
        </w:tc>
        <w:tc>
          <w:tcPr>
            <w:tcW w:type="dxa" w:w="3501"/>
          </w:tcPr>
          <w:p>
            <w:pPr>
              <w:spacing w:after="0"/>
              <w:jc w:val="left"/>
            </w:pPr>
            <w:r>
              <w:rPr>
                <w:sz w:val="16"/>
              </w:rPr>
              <w:t>NWS zone VTZ008 (WASHINGTON), zone-level</w:t>
            </w:r>
          </w:p>
        </w:tc>
        <w:tc>
          <w:tcPr>
            <w:tcW w:type="dxa" w:w="733"/>
          </w:tcPr>
          <w:p>
            <w:pPr>
              <w:spacing w:after="0"/>
              <w:jc w:val="left"/>
            </w:pPr>
          </w:p>
        </w:tc>
        <w:tc>
          <w:tcPr>
            <w:tcW w:type="dxa" w:w="349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2004-11-25</w:t>
            </w:r>
          </w:p>
        </w:tc>
        <w:tc>
          <w:tcPr>
            <w:tcW w:type="dxa" w:w="1215"/>
          </w:tcPr>
          <w:p>
            <w:pPr>
              <w:spacing w:after="0"/>
              <w:jc w:val="left"/>
            </w:pPr>
            <w:r>
              <w:rPr>
                <w:sz w:val="16"/>
              </w:rPr>
              <w:t>Thunderstorm Wind</w:t>
            </w:r>
          </w:p>
        </w:tc>
        <w:tc>
          <w:tcPr>
            <w:tcW w:type="dxa" w:w="1143"/>
          </w:tcPr>
          <w:p>
            <w:pPr>
              <w:spacing w:after="0"/>
              <w:jc w:val="left"/>
            </w:pPr>
            <w:r>
              <w:rPr>
                <w:sz w:val="16"/>
              </w:rPr>
              <w:t>85 kt (98 mph) estimated gust</w:t>
            </w:r>
          </w:p>
        </w:tc>
        <w:tc>
          <w:tcPr>
            <w:tcW w:type="dxa" w:w="2002"/>
          </w:tcPr>
          <w:p>
            <w:pPr>
              <w:spacing w:after="0"/>
              <w:jc w:val="left"/>
            </w:pPr>
            <w:r>
              <w:rPr>
                <w:sz w:val="16"/>
              </w:rPr>
              <w:t>$20,000 property; crops not reported (2004 dollars)</w:t>
            </w:r>
          </w:p>
        </w:tc>
        <w:tc>
          <w:tcPr>
            <w:tcW w:type="dxa" w:w="988"/>
          </w:tcPr>
          <w:p>
            <w:pPr>
              <w:spacing w:after="0"/>
              <w:jc w:val="right"/>
            </w:pPr>
            <w:r>
              <w:rPr>
                <w:sz w:val="16"/>
              </w:rPr>
              <w:t>0, 1</w:t>
            </w:r>
          </w:p>
        </w:tc>
        <w:tc>
          <w:tcPr>
            <w:tcW w:type="dxa" w:w="3501"/>
          </w:tcPr>
          <w:p>
            <w:pPr>
              <w:spacing w:after="0"/>
              <w:jc w:val="left"/>
            </w:pPr>
            <w:r>
              <w:rPr>
                <w:sz w:val="16"/>
              </w:rPr>
              <w:t>MARSHFIELD</w:t>
            </w:r>
          </w:p>
        </w:tc>
        <w:tc>
          <w:tcPr>
            <w:tcW w:type="dxa" w:w="733"/>
          </w:tcPr>
          <w:p>
            <w:pPr>
              <w:spacing w:after="0"/>
              <w:jc w:val="left"/>
            </w:pPr>
          </w:p>
        </w:tc>
        <w:tc>
          <w:tcPr>
            <w:tcW w:type="dxa" w:w="3493"/>
          </w:tcPr>
          <w:p>
            <w:pPr>
              <w:spacing w:after="0"/>
              <w:jc w:val="left"/>
            </w:pPr>
            <w:r>
              <w:rPr>
                <w:sz w:val="16"/>
              </w:rPr>
              <w:t>B1-c worst recorded: Thunderstorm Wind</w:t>
            </w:r>
          </w:p>
        </w:tc>
      </w:tr>
      <w:tr>
        <w:trPr>
          <w:cantSplit/>
        </w:trPr>
        <w:tc>
          <w:tcPr>
            <w:tcW w:type="dxa" w:w="1037"/>
          </w:tcPr>
          <w:p>
            <w:pPr>
              <w:spacing w:after="0"/>
              <w:jc w:val="left"/>
            </w:pPr>
            <w:r>
              <w:rPr>
                <w:sz w:val="16"/>
              </w:rPr>
              <w:t>1996-06-12</w:t>
            </w:r>
          </w:p>
        </w:tc>
        <w:tc>
          <w:tcPr>
            <w:tcW w:type="dxa" w:w="1215"/>
          </w:tcPr>
          <w:p>
            <w:pPr>
              <w:spacing w:after="0"/>
              <w:jc w:val="left"/>
            </w:pPr>
            <w:r>
              <w:rPr>
                <w:sz w:val="16"/>
              </w:rPr>
              <w:t>Lightning</w:t>
            </w:r>
          </w:p>
        </w:tc>
        <w:tc>
          <w:tcPr>
            <w:tcW w:type="dxa" w:w="1143"/>
          </w:tcPr>
          <w:p>
            <w:pPr>
              <w:spacing w:after="0"/>
              <w:jc w:val="left"/>
            </w:pPr>
          </w:p>
        </w:tc>
        <w:tc>
          <w:tcPr>
            <w:tcW w:type="dxa" w:w="2002"/>
          </w:tcPr>
          <w:p>
            <w:pPr>
              <w:spacing w:after="0"/>
              <w:jc w:val="left"/>
            </w:pPr>
            <w:r>
              <w:rPr>
                <w:sz w:val="16"/>
              </w:rPr>
              <w:t>damage not reported</w:t>
            </w:r>
          </w:p>
        </w:tc>
        <w:tc>
          <w:tcPr>
            <w:tcW w:type="dxa" w:w="988"/>
          </w:tcPr>
          <w:p>
            <w:pPr>
              <w:spacing w:after="0"/>
              <w:jc w:val="right"/>
            </w:pPr>
            <w:r>
              <w:rPr>
                <w:sz w:val="16"/>
              </w:rPr>
              <w:t>1, 1</w:t>
            </w:r>
          </w:p>
        </w:tc>
        <w:tc>
          <w:tcPr>
            <w:tcW w:type="dxa" w:w="3501"/>
          </w:tcPr>
          <w:p>
            <w:pPr>
              <w:spacing w:after="0"/>
              <w:jc w:val="left"/>
            </w:pPr>
            <w:r>
              <w:rPr>
                <w:sz w:val="16"/>
              </w:rPr>
              <w:t>BARRE</w:t>
            </w:r>
          </w:p>
        </w:tc>
        <w:tc>
          <w:tcPr>
            <w:tcW w:type="dxa" w:w="733"/>
          </w:tcPr>
          <w:p>
            <w:pPr>
              <w:spacing w:after="0"/>
              <w:jc w:val="left"/>
            </w:pPr>
          </w:p>
        </w:tc>
        <w:tc>
          <w:tcPr>
            <w:tcW w:type="dxa" w:w="3493"/>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(740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Inherited from Washington County, county-level (county FIPS 50023); scope: whole section.</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8"/>
        <w:gridCol w:w="1309"/>
        <w:gridCol w:w="1653"/>
        <w:gridCol w:w="1200"/>
        <w:gridCol w:w="1882"/>
        <w:gridCol w:w="1549"/>
        <w:gridCol w:w="1608"/>
        <w:gridCol w:w="1037"/>
        <w:gridCol w:w="1549"/>
      </w:tblGrid>
      <w:tr>
        <w:trPr>
          <w:cantSplit/>
          <w:tblHeader/>
        </w:trPr>
        <w:tc>
          <w:tcPr>
            <w:tcW w:type="dxa" w:w="1037"/>
            <w:shd w:val="clear" w:color="auto" w:fill="E8E8E8"/>
          </w:tcPr>
          <w:p>
            <w:pPr>
              <w:spacing w:after="0"/>
              <w:jc w:val="left"/>
            </w:pPr>
            <w:r>
              <w:rPr>
                <w:b/>
                <w:sz w:val="16"/>
              </w:rPr>
              <w:t>Hazard</w:t>
            </w:r>
          </w:p>
        </w:tc>
        <w:tc>
          <w:tcPr>
            <w:tcW w:type="dxa" w:w="128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9"/>
            <w:shd w:val="clear" w:color="auto" w:fill="E8E8E8"/>
          </w:tcPr>
          <w:p>
            <w:pPr>
              <w:spacing w:after="0"/>
              <w:jc w:val="left"/>
            </w:pPr>
            <w:r>
              <w:rPr>
                <w:b/>
                <w:sz w:val="16"/>
              </w:rPr>
              <w:t>Unit</w:t>
            </w:r>
          </w:p>
        </w:tc>
        <w:tc>
          <w:tcPr>
            <w:tcW w:type="dxa" w:w="1653"/>
            <w:shd w:val="clear" w:color="auto" w:fill="E8E8E8"/>
          </w:tcPr>
          <w:p>
            <w:pPr>
              <w:spacing w:after="0"/>
              <w:jc w:val="left"/>
            </w:pPr>
            <w:r>
              <w:rPr>
                <w:b/>
                <w:sz w:val="16"/>
              </w:rPr>
              <w:t>In plain terms</w:t>
            </w:r>
          </w:p>
        </w:tc>
        <w:tc>
          <w:tcPr>
            <w:tcW w:type="dxa" w:w="1200"/>
            <w:shd w:val="clear" w:color="auto" w:fill="E8E8E8"/>
          </w:tcPr>
          <w:p>
            <w:pPr>
              <w:spacing w:after="0"/>
              <w:jc w:val="left"/>
            </w:pPr>
            <w:r>
              <w:rPr>
                <w:b/>
                <w:sz w:val="16"/>
              </w:rPr>
              <w:t>Descriptor</w:t>
            </w:r>
          </w:p>
        </w:tc>
        <w:tc>
          <w:tcPr>
            <w:tcW w:type="dxa" w:w="1882"/>
            <w:shd w:val="clear" w:color="auto" w:fill="E8E8E8"/>
          </w:tcPr>
          <w:p>
            <w:pPr>
              <w:spacing w:after="0"/>
              <w:jc w:val="left"/>
            </w:pPr>
            <w:r>
              <w:rPr>
                <w:b/>
                <w:sz w:val="16"/>
              </w:rPr>
              <w:t>Descriptor basis</w:t>
            </w:r>
          </w:p>
        </w:tc>
        <w:tc>
          <w:tcPr>
            <w:tcW w:type="dxa" w:w="1549"/>
            <w:shd w:val="clear" w:color="auto" w:fill="E8E8E8"/>
          </w:tcPr>
          <w:p>
            <w:pPr>
              <w:spacing w:after="0"/>
              <w:jc w:val="right"/>
            </w:pPr>
            <w:r>
              <w:rPr>
                <w:b/>
                <w:sz w:val="16"/>
              </w:rPr>
              <w:t>NRI events or days in its record period (hail, wind and tornado are area-weighted, so can be fractional)</w:t>
            </w:r>
          </w:p>
        </w:tc>
        <w:tc>
          <w:tcPr>
            <w:tcW w:type="dxa" w:w="160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88"/>
          </w:tcPr>
          <w:p>
            <w:pPr>
              <w:spacing w:after="0"/>
              <w:jc w:val="right"/>
            </w:pPr>
            <w:r>
              <w:rPr>
                <w:sz w:val="16"/>
              </w:rPr>
              <w:t>0.01</w:t>
            </w:r>
          </w:p>
        </w:tc>
        <w:tc>
          <w:tcPr>
            <w:tcW w:type="dxa" w:w="1309"/>
          </w:tcPr>
          <w:p>
            <w:pPr>
              <w:spacing w:after="0"/>
              <w:jc w:val="left"/>
            </w:pPr>
            <w:r>
              <w:rPr>
                <w:sz w:val="16"/>
              </w:rPr>
              <w:t>events per year</w:t>
            </w:r>
          </w:p>
        </w:tc>
        <w:tc>
          <w:tcPr>
            <w:tcW w:type="dxa" w:w="1653"/>
          </w:tcPr>
          <w:p>
            <w:pPr>
              <w:spacing w:after="0"/>
              <w:jc w:val="left"/>
            </w:pPr>
            <w:r>
              <w:rPr>
                <w:sz w:val="16"/>
              </w:rPr>
              <w:t>about 1 in 100 years</w:t>
            </w:r>
          </w:p>
        </w:tc>
        <w:tc>
          <w:tcPr>
            <w:tcW w:type="dxa" w:w="1200"/>
          </w:tcPr>
          <w:p>
            <w:pPr>
              <w:spacing w:after="0"/>
              <w:jc w:val="left"/>
            </w:pPr>
            <w:r>
              <w:rPr>
                <w:sz w:val="16"/>
              </w:rPr>
              <w:t>Possible</w:t>
            </w:r>
          </w:p>
        </w:tc>
        <w:tc>
          <w:tcPr>
            <w:tcW w:type="dxa" w:w="1882"/>
          </w:tcPr>
          <w:p>
            <w:pPr>
              <w:spacing w:after="0"/>
              <w:jc w:val="left"/>
            </w:pPr>
            <w:r>
              <w:rPr>
                <w:sz w:val="16"/>
              </w:rPr>
              <w:t>FEMA annualized frequency (modeled)</w:t>
            </w:r>
          </w:p>
        </w:tc>
        <w:tc>
          <w:tcPr>
            <w:tcW w:type="dxa" w:w="1549"/>
          </w:tcPr>
          <w:p>
            <w:pPr>
              <w:spacing w:after="0"/>
              <w:jc w:val="right"/>
            </w:pPr>
            <w:r>
              <w:rPr>
                <w:sz w:val="16"/>
              </w:rPr>
              <w:t>0</w:t>
            </w:r>
          </w:p>
        </w:tc>
        <w:tc>
          <w:tcPr>
            <w:tcW w:type="dxa" w:w="1608"/>
          </w:tcPr>
          <w:p>
            <w:pPr>
              <w:spacing w:after="0"/>
              <w:jc w:val="left"/>
            </w:pPr>
            <w:r>
              <w:rPr>
                <w:sz w:val="16"/>
              </w:rPr>
              <w:t>1994 to 2023 (30 years)</w:t>
            </w:r>
          </w:p>
        </w:tc>
        <w:tc>
          <w:tcPr>
            <w:tcW w:type="dxa" w:w="1037"/>
          </w:tcPr>
          <w:p>
            <w:pPr>
              <w:spacing w:after="0"/>
              <w:jc w:val="left"/>
            </w:pPr>
            <w:r>
              <w:rPr>
                <w:sz w:val="16"/>
              </w:rPr>
              <w:t>see B1-f</w:t>
            </w:r>
          </w:p>
        </w:tc>
        <w:tc>
          <w:tcPr>
            <w:tcW w:type="dxa" w:w="154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88"/>
          </w:tcPr>
          <w:p>
            <w:pPr>
              <w:spacing w:after="0"/>
              <w:jc w:val="right"/>
            </w:pPr>
            <w:r>
              <w:rPr>
                <w:sz w:val="16"/>
              </w:rPr>
              <w:t>4.26</w:t>
            </w:r>
          </w:p>
        </w:tc>
        <w:tc>
          <w:tcPr>
            <w:tcW w:type="dxa" w:w="1309"/>
          </w:tcPr>
          <w:p>
            <w:pPr>
              <w:spacing w:after="0"/>
              <w:jc w:val="left"/>
            </w:pPr>
            <w:r>
              <w:rPr>
                <w:sz w:val="16"/>
              </w:rPr>
              <w:t>event-days per year</w:t>
            </w:r>
          </w:p>
        </w:tc>
        <w:tc>
          <w:tcPr>
            <w:tcW w:type="dxa" w:w="1653"/>
          </w:tcPr>
          <w:p>
            <w:pPr>
              <w:spacing w:after="0"/>
              <w:jc w:val="left"/>
            </w:pPr>
            <w:r>
              <w:rPr>
                <w:sz w:val="16"/>
              </w:rPr>
              <w:t>about 4.26 days per year</w:t>
            </w:r>
          </w:p>
        </w:tc>
        <w:tc>
          <w:tcPr>
            <w:tcW w:type="dxa" w:w="1200"/>
          </w:tcPr>
          <w:p>
            <w:pPr>
              <w:spacing w:after="0"/>
              <w:jc w:val="left"/>
            </w:pPr>
            <w:r>
              <w:rPr>
                <w:sz w:val="16"/>
              </w:rPr>
              <w:t>Likely (from Storm Events: 12 of 30 years)</w:t>
            </w:r>
          </w:p>
        </w:tc>
        <w:tc>
          <w:tcPr>
            <w:tcW w:type="dxa" w:w="1882"/>
          </w:tcPr>
          <w:p>
            <w:pPr>
              <w:spacing w:after="0"/>
              <w:jc w:val="left"/>
            </w:pPr>
            <w:r>
              <w:rPr>
                <w:sz w:val="16"/>
              </w:rPr>
              <w:t>event-days in 12 of 30 years, 1996 to 2025 (40%)</w:t>
            </w:r>
          </w:p>
        </w:tc>
        <w:tc>
          <w:tcPr>
            <w:tcW w:type="dxa" w:w="1549"/>
          </w:tcPr>
          <w:p>
            <w:pPr>
              <w:spacing w:after="0"/>
              <w:jc w:val="right"/>
            </w:pPr>
            <w:r>
              <w:rPr>
                <w:sz w:val="16"/>
              </w:rPr>
              <w:t>81</w:t>
            </w:r>
          </w:p>
        </w:tc>
        <w:tc>
          <w:tcPr>
            <w:tcW w:type="dxa" w:w="1608"/>
          </w:tcPr>
          <w:p>
            <w:pPr>
              <w:spacing w:after="0"/>
              <w:jc w:val="left"/>
            </w:pPr>
            <w:r>
              <w:rPr>
                <w:sz w:val="16"/>
              </w:rPr>
              <w:t>2005-11-12 to 2024-11-12 (19 years)</w:t>
            </w:r>
          </w:p>
        </w:tc>
        <w:tc>
          <w:tcPr>
            <w:tcW w:type="dxa" w:w="1037"/>
          </w:tcPr>
          <w:p>
            <w:pPr>
              <w:spacing w:after="0"/>
              <w:jc w:val="left"/>
            </w:pPr>
            <w:r>
              <w:rPr>
                <w:sz w:val="16"/>
              </w:rPr>
              <w:t>countywide</w:t>
            </w:r>
          </w:p>
        </w:tc>
        <w:tc>
          <w:tcPr>
            <w:tcW w:type="dxa" w:w="1549"/>
          </w:tcPr>
          <w:p>
            <w:pPr>
              <w:spacing w:after="0"/>
              <w:jc w:val="left"/>
            </w:pPr>
          </w:p>
        </w:tc>
      </w:tr>
      <w:tr>
        <w:trPr>
          <w:cantSplit/>
        </w:trPr>
        <w:tc>
          <w:tcPr>
            <w:tcW w:type="dxa" w:w="1037"/>
          </w:tcPr>
          <w:p>
            <w:pPr>
              <w:spacing w:after="0"/>
              <w:jc w:val="left"/>
            </w:pPr>
            <w:r>
              <w:rPr>
                <w:sz w:val="16"/>
              </w:rPr>
              <w:t>Drought</w:t>
            </w:r>
          </w:p>
        </w:tc>
        <w:tc>
          <w:tcPr>
            <w:tcW w:type="dxa" w:w="1288"/>
          </w:tcPr>
          <w:p>
            <w:pPr>
              <w:spacing w:after="0"/>
              <w:jc w:val="right"/>
            </w:pPr>
            <w:r>
              <w:rPr>
                <w:sz w:val="16"/>
              </w:rPr>
              <w:t>0</w:t>
            </w:r>
          </w:p>
        </w:tc>
        <w:tc>
          <w:tcPr>
            <w:tcW w:type="dxa" w:w="1309"/>
          </w:tcPr>
          <w:p>
            <w:pPr>
              <w:spacing w:after="0"/>
              <w:jc w:val="left"/>
            </w:pPr>
            <w:r>
              <w:rPr>
                <w:sz w:val="16"/>
              </w:rPr>
              <w:t>event-days per year</w:t>
            </w:r>
          </w:p>
        </w:tc>
        <w:tc>
          <w:tcPr>
            <w:tcW w:type="dxa" w:w="1653"/>
          </w:tcPr>
          <w:p>
            <w:pPr>
              <w:spacing w:after="0"/>
              <w:jc w:val="left"/>
            </w:pPr>
            <w:r>
              <w:rPr>
                <w:sz w:val="16"/>
              </w:rPr>
              <w:t>none modeled</w:t>
            </w:r>
          </w:p>
        </w:tc>
        <w:tc>
          <w:tcPr>
            <w:tcW w:type="dxa" w:w="1200"/>
          </w:tcPr>
          <w:p>
            <w:pPr>
              <w:spacing w:after="0"/>
              <w:jc w:val="left"/>
            </w:pPr>
          </w:p>
        </w:tc>
        <w:tc>
          <w:tcPr>
            <w:tcW w:type="dxa" w:w="1882"/>
          </w:tcPr>
          <w:p>
            <w:pPr>
              <w:spacing w:after="0"/>
              <w:jc w:val="left"/>
            </w:pPr>
            <w:r>
              <w:rPr>
                <w:sz w:val="16"/>
              </w:rPr>
              <w:t>event-days in 0 of 30 years, 1996 to 2025 (0%)</w:t>
            </w:r>
          </w:p>
        </w:tc>
        <w:tc>
          <w:tcPr>
            <w:tcW w:type="dxa" w:w="1549"/>
          </w:tcPr>
          <w:p>
            <w:pPr>
              <w:spacing w:after="0"/>
              <w:jc w:val="right"/>
            </w:pPr>
            <w:r>
              <w:rPr>
                <w:sz w:val="16"/>
              </w:rPr>
              <w:t>0</w:t>
            </w:r>
          </w:p>
        </w:tc>
        <w:tc>
          <w:tcPr>
            <w:tcW w:type="dxa" w:w="160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9"/>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88"/>
          </w:tcPr>
          <w:p>
            <w:pPr>
              <w:spacing w:after="0"/>
              <w:jc w:val="right"/>
            </w:pPr>
            <w:r>
              <w:rPr>
                <w:sz w:val="16"/>
              </w:rPr>
              <w:t>0.00133</w:t>
            </w:r>
          </w:p>
        </w:tc>
        <w:tc>
          <w:tcPr>
            <w:tcW w:type="dxa" w:w="1309"/>
          </w:tcPr>
          <w:p>
            <w:pPr>
              <w:spacing w:after="0"/>
              <w:jc w:val="left"/>
            </w:pPr>
            <w:r>
              <w:rPr>
                <w:sz w:val="16"/>
              </w:rPr>
              <w:t>annual probability at a location</w:t>
            </w:r>
          </w:p>
        </w:tc>
        <w:tc>
          <w:tcPr>
            <w:tcW w:type="dxa" w:w="1653"/>
          </w:tcPr>
          <w:p>
            <w:pPr>
              <w:spacing w:after="0"/>
              <w:jc w:val="left"/>
            </w:pPr>
            <w:r>
              <w:rPr>
                <w:sz w:val="16"/>
              </w:rPr>
              <w:t>chance a given location in the county has at least minor-damage shaking in a year: 0.133%</w:t>
            </w:r>
          </w:p>
        </w:tc>
        <w:tc>
          <w:tcPr>
            <w:tcW w:type="dxa" w:w="1200"/>
          </w:tcPr>
          <w:p>
            <w:pPr>
              <w:spacing w:after="0"/>
              <w:jc w:val="left"/>
            </w:pPr>
          </w:p>
        </w:tc>
        <w:tc>
          <w:tcPr>
            <w:tcW w:type="dxa" w:w="1882"/>
          </w:tcPr>
          <w:p>
            <w:pPr>
              <w:spacing w:after="0"/>
              <w:jc w:val="left"/>
            </w:pPr>
          </w:p>
        </w:tc>
        <w:tc>
          <w:tcPr>
            <w:tcW w:type="dxa" w:w="1549"/>
          </w:tcPr>
          <w:p>
            <w:pPr>
              <w:spacing w:after="0"/>
              <w:jc w:val="right"/>
            </w:pPr>
            <w:r>
              <w:rPr>
                <w:sz w:val="16"/>
              </w:rPr>
              <w:t>not shown</w:t>
            </w:r>
          </w:p>
        </w:tc>
        <w:tc>
          <w:tcPr>
            <w:tcW w:type="dxa" w:w="1608"/>
          </w:tcPr>
          <w:p>
            <w:pPr>
              <w:spacing w:after="0"/>
              <w:jc w:val="left"/>
            </w:pPr>
            <w:r>
              <w:rPr>
                <w:sz w:val="16"/>
              </w:rPr>
              <w:t>modeled</w:t>
            </w:r>
          </w:p>
        </w:tc>
        <w:tc>
          <w:tcPr>
            <w:tcW w:type="dxa" w:w="1037"/>
          </w:tcPr>
          <w:p>
            <w:pPr>
              <w:spacing w:after="0"/>
              <w:jc w:val="left"/>
            </w:pPr>
            <w:r>
              <w:rPr>
                <w:sz w:val="16"/>
              </w:rPr>
              <w:t>see B1-f</w:t>
            </w:r>
          </w:p>
        </w:tc>
        <w:tc>
          <w:tcPr>
            <w:tcW w:type="dxa" w:w="154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8"/>
          </w:tcPr>
          <w:p>
            <w:pPr>
              <w:spacing w:after="0"/>
              <w:jc w:val="right"/>
            </w:pPr>
            <w:r>
              <w:rPr>
                <w:sz w:val="16"/>
              </w:rPr>
              <w:t>1.35</w:t>
            </w:r>
          </w:p>
        </w:tc>
        <w:tc>
          <w:tcPr>
            <w:tcW w:type="dxa" w:w="1309"/>
          </w:tcPr>
          <w:p>
            <w:pPr>
              <w:spacing w:after="0"/>
              <w:jc w:val="left"/>
            </w:pPr>
            <w:r>
              <w:rPr>
                <w:sz w:val="16"/>
              </w:rPr>
              <w:t>events per year</w:t>
            </w:r>
          </w:p>
        </w:tc>
        <w:tc>
          <w:tcPr>
            <w:tcW w:type="dxa" w:w="1653"/>
          </w:tcPr>
          <w:p>
            <w:pPr>
              <w:spacing w:after="0"/>
              <w:jc w:val="left"/>
            </w:pPr>
            <w:r>
              <w:rPr>
                <w:sz w:val="16"/>
              </w:rPr>
              <w:t>about 1.35 per year</w:t>
            </w:r>
          </w:p>
        </w:tc>
        <w:tc>
          <w:tcPr>
            <w:tcW w:type="dxa" w:w="1200"/>
          </w:tcPr>
          <w:p>
            <w:pPr>
              <w:spacing w:after="0"/>
              <w:jc w:val="left"/>
            </w:pPr>
            <w:r>
              <w:rPr>
                <w:sz w:val="16"/>
              </w:rPr>
              <w:t>Highly likely</w:t>
            </w:r>
          </w:p>
        </w:tc>
        <w:tc>
          <w:tcPr>
            <w:tcW w:type="dxa" w:w="1882"/>
          </w:tcPr>
          <w:p>
            <w:pPr>
              <w:spacing w:after="0"/>
              <w:jc w:val="left"/>
            </w:pPr>
            <w:r>
              <w:rPr>
                <w:sz w:val="16"/>
              </w:rPr>
              <w:t>FEMA annualized frequency (modeled)</w:t>
            </w:r>
          </w:p>
        </w:tc>
        <w:tc>
          <w:tcPr>
            <w:tcW w:type="dxa" w:w="1549"/>
          </w:tcPr>
          <w:p>
            <w:pPr>
              <w:spacing w:after="0"/>
              <w:jc w:val="right"/>
            </w:pPr>
            <w:r>
              <w:rPr>
                <w:sz w:val="16"/>
              </w:rPr>
              <w:t>51.2 (modeled)</w:t>
            </w:r>
          </w:p>
        </w:tc>
        <w:tc>
          <w:tcPr>
            <w:tcW w:type="dxa" w:w="1608"/>
          </w:tcPr>
          <w:p>
            <w:pPr>
              <w:spacing w:after="0"/>
              <w:jc w:val="left"/>
            </w:pPr>
            <w:r>
              <w:rPr>
                <w:sz w:val="16"/>
              </w:rPr>
              <w:t>1986 to 2023 (38 years)</w:t>
            </w:r>
          </w:p>
        </w:tc>
        <w:tc>
          <w:tcPr>
            <w:tcW w:type="dxa" w:w="1037"/>
          </w:tcPr>
          <w:p>
            <w:pPr>
              <w:spacing w:after="0"/>
              <w:jc w:val="left"/>
            </w:pPr>
            <w:r>
              <w:rPr>
                <w:sz w:val="16"/>
              </w:rPr>
              <w:t>countywide</w:t>
            </w:r>
          </w:p>
        </w:tc>
        <w:tc>
          <w:tcPr>
            <w:tcW w:type="dxa" w:w="1549"/>
          </w:tcPr>
          <w:p>
            <w:pPr>
              <w:spacing w:after="0"/>
              <w:jc w:val="left"/>
            </w:pPr>
          </w:p>
        </w:tc>
      </w:tr>
      <w:tr>
        <w:trPr>
          <w:cantSplit/>
        </w:trPr>
        <w:tc>
          <w:tcPr>
            <w:tcW w:type="dxa" w:w="1037"/>
          </w:tcPr>
          <w:p>
            <w:pPr>
              <w:spacing w:after="0"/>
              <w:jc w:val="left"/>
            </w:pPr>
            <w:r>
              <w:rPr>
                <w:sz w:val="16"/>
              </w:rPr>
              <w:t>Heat Wave</w:t>
            </w:r>
          </w:p>
        </w:tc>
        <w:tc>
          <w:tcPr>
            <w:tcW w:type="dxa" w:w="1288"/>
          </w:tcPr>
          <w:p>
            <w:pPr>
              <w:spacing w:after="0"/>
              <w:jc w:val="right"/>
            </w:pPr>
            <w:r>
              <w:rPr>
                <w:sz w:val="16"/>
              </w:rPr>
              <w:t>0.737</w:t>
            </w:r>
          </w:p>
        </w:tc>
        <w:tc>
          <w:tcPr>
            <w:tcW w:type="dxa" w:w="1309"/>
          </w:tcPr>
          <w:p>
            <w:pPr>
              <w:spacing w:after="0"/>
              <w:jc w:val="left"/>
            </w:pPr>
            <w:r>
              <w:rPr>
                <w:sz w:val="16"/>
              </w:rPr>
              <w:t>event-days per year</w:t>
            </w:r>
          </w:p>
        </w:tc>
        <w:tc>
          <w:tcPr>
            <w:tcW w:type="dxa" w:w="1653"/>
          </w:tcPr>
          <w:p>
            <w:pPr>
              <w:spacing w:after="0"/>
              <w:jc w:val="left"/>
            </w:pPr>
            <w:r>
              <w:rPr>
                <w:sz w:val="16"/>
              </w:rPr>
              <w:t>about 0.737 days per year</w:t>
            </w:r>
          </w:p>
        </w:tc>
        <w:tc>
          <w:tcPr>
            <w:tcW w:type="dxa" w:w="1200"/>
          </w:tcPr>
          <w:p>
            <w:pPr>
              <w:spacing w:after="0"/>
              <w:jc w:val="left"/>
            </w:pPr>
            <w:r>
              <w:rPr>
                <w:sz w:val="16"/>
              </w:rPr>
              <w:t>Likely (from Storm Events: 6 of 30 years)</w:t>
            </w:r>
          </w:p>
        </w:tc>
        <w:tc>
          <w:tcPr>
            <w:tcW w:type="dxa" w:w="1882"/>
          </w:tcPr>
          <w:p>
            <w:pPr>
              <w:spacing w:after="0"/>
              <w:jc w:val="left"/>
            </w:pPr>
            <w:r>
              <w:rPr>
                <w:sz w:val="16"/>
              </w:rPr>
              <w:t>event-days in 6 of 30 years, 1996 to 2025 (20%)</w:t>
            </w:r>
          </w:p>
        </w:tc>
        <w:tc>
          <w:tcPr>
            <w:tcW w:type="dxa" w:w="1549"/>
          </w:tcPr>
          <w:p>
            <w:pPr>
              <w:spacing w:after="0"/>
              <w:jc w:val="right"/>
            </w:pPr>
            <w:r>
              <w:rPr>
                <w:sz w:val="16"/>
              </w:rPr>
              <w:t>14</w:t>
            </w:r>
          </w:p>
        </w:tc>
        <w:tc>
          <w:tcPr>
            <w:tcW w:type="dxa" w:w="1608"/>
          </w:tcPr>
          <w:p>
            <w:pPr>
              <w:spacing w:after="0"/>
              <w:jc w:val="left"/>
            </w:pPr>
            <w:r>
              <w:rPr>
                <w:sz w:val="16"/>
              </w:rPr>
              <w:t>2005-11-12 to 2024-11-12 (19 years)</w:t>
            </w:r>
          </w:p>
        </w:tc>
        <w:tc>
          <w:tcPr>
            <w:tcW w:type="dxa" w:w="1037"/>
          </w:tcPr>
          <w:p>
            <w:pPr>
              <w:spacing w:after="0"/>
              <w:jc w:val="left"/>
            </w:pPr>
            <w:r>
              <w:rPr>
                <w:sz w:val="16"/>
              </w:rPr>
              <w:t>countywide</w:t>
            </w:r>
          </w:p>
        </w:tc>
        <w:tc>
          <w:tcPr>
            <w:tcW w:type="dxa" w:w="1549"/>
          </w:tcPr>
          <w:p>
            <w:pPr>
              <w:spacing w:after="0"/>
              <w:jc w:val="left"/>
            </w:pPr>
          </w:p>
        </w:tc>
      </w:tr>
      <w:tr>
        <w:trPr>
          <w:cantSplit/>
        </w:trPr>
        <w:tc>
          <w:tcPr>
            <w:tcW w:type="dxa" w:w="1037"/>
          </w:tcPr>
          <w:p>
            <w:pPr>
              <w:spacing w:after="0"/>
              <w:jc w:val="left"/>
            </w:pPr>
            <w:r>
              <w:rPr>
                <w:sz w:val="16"/>
              </w:rPr>
              <w:t>Hurricane</w:t>
            </w:r>
          </w:p>
        </w:tc>
        <w:tc>
          <w:tcPr>
            <w:tcW w:type="dxa" w:w="1288"/>
          </w:tcPr>
          <w:p>
            <w:pPr>
              <w:spacing w:after="0"/>
              <w:jc w:val="right"/>
            </w:pPr>
            <w:r>
              <w:rPr>
                <w:sz w:val="16"/>
              </w:rPr>
              <w:t>0.0434</w:t>
            </w:r>
          </w:p>
        </w:tc>
        <w:tc>
          <w:tcPr>
            <w:tcW w:type="dxa" w:w="1309"/>
          </w:tcPr>
          <w:p>
            <w:pPr>
              <w:spacing w:after="0"/>
              <w:jc w:val="left"/>
            </w:pPr>
            <w:r>
              <w:rPr>
                <w:sz w:val="16"/>
              </w:rPr>
              <w:t>events per year</w:t>
            </w:r>
          </w:p>
        </w:tc>
        <w:tc>
          <w:tcPr>
            <w:tcW w:type="dxa" w:w="1653"/>
          </w:tcPr>
          <w:p>
            <w:pPr>
              <w:spacing w:after="0"/>
              <w:jc w:val="left"/>
            </w:pPr>
            <w:r>
              <w:rPr>
                <w:sz w:val="16"/>
              </w:rPr>
              <w:t>about 1 in 23 years</w:t>
            </w:r>
          </w:p>
        </w:tc>
        <w:tc>
          <w:tcPr>
            <w:tcW w:type="dxa" w:w="1200"/>
          </w:tcPr>
          <w:p>
            <w:pPr>
              <w:spacing w:after="0"/>
              <w:jc w:val="left"/>
            </w:pPr>
            <w:r>
              <w:rPr>
                <w:sz w:val="16"/>
              </w:rPr>
              <w:t>Possible</w:t>
            </w:r>
          </w:p>
        </w:tc>
        <w:tc>
          <w:tcPr>
            <w:tcW w:type="dxa" w:w="1882"/>
          </w:tcPr>
          <w:p>
            <w:pPr>
              <w:spacing w:after="0"/>
              <w:jc w:val="left"/>
            </w:pPr>
            <w:r>
              <w:rPr>
                <w:sz w:val="16"/>
              </w:rPr>
              <w:t>FEMA annualized frequency (modeled)</w:t>
            </w:r>
          </w:p>
        </w:tc>
        <w:tc>
          <w:tcPr>
            <w:tcW w:type="dxa" w:w="1549"/>
          </w:tcPr>
          <w:p>
            <w:pPr>
              <w:spacing w:after="0"/>
              <w:jc w:val="right"/>
            </w:pPr>
            <w:r>
              <w:rPr>
                <w:sz w:val="16"/>
              </w:rPr>
              <w:t>14</w:t>
            </w:r>
          </w:p>
        </w:tc>
        <w:tc>
          <w:tcPr>
            <w:tcW w:type="dxa" w:w="1608"/>
          </w:tcPr>
          <w:p>
            <w:pPr>
              <w:spacing w:after="0"/>
              <w:jc w:val="left"/>
            </w:pPr>
            <w:r>
              <w:rPr>
                <w:sz w:val="16"/>
              </w:rPr>
              <w:t>1851 to 2024 (Atlantic)</w:t>
            </w:r>
          </w:p>
        </w:tc>
        <w:tc>
          <w:tcPr>
            <w:tcW w:type="dxa" w:w="1037"/>
          </w:tcPr>
          <w:p>
            <w:pPr>
              <w:spacing w:after="0"/>
              <w:jc w:val="left"/>
            </w:pPr>
            <w:r>
              <w:rPr>
                <w:sz w:val="16"/>
              </w:rPr>
              <w:t>see B1-f</w:t>
            </w:r>
          </w:p>
        </w:tc>
        <w:tc>
          <w:tcPr>
            <w:tcW w:type="dxa" w:w="154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88"/>
          </w:tcPr>
          <w:p>
            <w:pPr>
              <w:spacing w:after="0"/>
              <w:jc w:val="right"/>
            </w:pPr>
            <w:r>
              <w:rPr>
                <w:sz w:val="16"/>
              </w:rPr>
              <w:t>0.246</w:t>
            </w:r>
          </w:p>
        </w:tc>
        <w:tc>
          <w:tcPr>
            <w:tcW w:type="dxa" w:w="1309"/>
          </w:tcPr>
          <w:p>
            <w:pPr>
              <w:spacing w:after="0"/>
              <w:jc w:val="left"/>
            </w:pPr>
            <w:r>
              <w:rPr>
                <w:sz w:val="16"/>
              </w:rPr>
              <w:t>event-days per year</w:t>
            </w:r>
          </w:p>
        </w:tc>
        <w:tc>
          <w:tcPr>
            <w:tcW w:type="dxa" w:w="1653"/>
          </w:tcPr>
          <w:p>
            <w:pPr>
              <w:spacing w:after="0"/>
              <w:jc w:val="left"/>
            </w:pPr>
            <w:r>
              <w:rPr>
                <w:sz w:val="16"/>
              </w:rPr>
              <w:t>about 0.246 days per year</w:t>
            </w:r>
          </w:p>
        </w:tc>
        <w:tc>
          <w:tcPr>
            <w:tcW w:type="dxa" w:w="1200"/>
          </w:tcPr>
          <w:p>
            <w:pPr>
              <w:spacing w:after="0"/>
              <w:jc w:val="left"/>
            </w:pPr>
          </w:p>
        </w:tc>
        <w:tc>
          <w:tcPr>
            <w:tcW w:type="dxa" w:w="1882"/>
          </w:tcPr>
          <w:p>
            <w:pPr>
              <w:spacing w:after="0"/>
              <w:jc w:val="left"/>
            </w:pPr>
            <w:r>
              <w:rPr>
                <w:sz w:val="16"/>
              </w:rPr>
              <w:t>event-days in 0 of 30 years, 1996 to 2025 (0%)</w:t>
            </w:r>
          </w:p>
        </w:tc>
        <w:tc>
          <w:tcPr>
            <w:tcW w:type="dxa" w:w="1549"/>
          </w:tcPr>
          <w:p>
            <w:pPr>
              <w:spacing w:after="0"/>
              <w:jc w:val="right"/>
            </w:pPr>
            <w:r>
              <w:rPr>
                <w:sz w:val="16"/>
              </w:rPr>
              <w:t>17</w:t>
            </w:r>
          </w:p>
        </w:tc>
        <w:tc>
          <w:tcPr>
            <w:tcW w:type="dxa" w:w="1608"/>
          </w:tcPr>
          <w:p>
            <w:pPr>
              <w:spacing w:after="0"/>
              <w:jc w:val="left"/>
            </w:pPr>
            <w:r>
              <w:rPr>
                <w:sz w:val="16"/>
              </w:rPr>
              <w:t>1946-12-31 to 2014-02-12 (67 years)</w:t>
            </w:r>
          </w:p>
        </w:tc>
        <w:tc>
          <w:tcPr>
            <w:tcW w:type="dxa" w:w="1037"/>
          </w:tcPr>
          <w:p>
            <w:pPr>
              <w:spacing w:after="0"/>
              <w:jc w:val="left"/>
            </w:pPr>
            <w:r>
              <w:rPr>
                <w:sz w:val="16"/>
              </w:rPr>
              <w:t>countywide</w:t>
            </w:r>
          </w:p>
        </w:tc>
        <w:tc>
          <w:tcPr>
            <w:tcW w:type="dxa" w:w="1549"/>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88"/>
          </w:tcPr>
          <w:p>
            <w:pPr>
              <w:spacing w:after="0"/>
              <w:jc w:val="right"/>
            </w:pPr>
            <w:r>
              <w:rPr>
                <w:sz w:val="16"/>
              </w:rPr>
              <w:t>2.25</w:t>
            </w:r>
          </w:p>
        </w:tc>
        <w:tc>
          <w:tcPr>
            <w:tcW w:type="dxa" w:w="1309"/>
          </w:tcPr>
          <w:p>
            <w:pPr>
              <w:spacing w:after="0"/>
              <w:jc w:val="left"/>
            </w:pPr>
            <w:r>
              <w:rPr>
                <w:sz w:val="16"/>
              </w:rPr>
              <w:t>event-days per year</w:t>
            </w:r>
          </w:p>
        </w:tc>
        <w:tc>
          <w:tcPr>
            <w:tcW w:type="dxa" w:w="1653"/>
          </w:tcPr>
          <w:p>
            <w:pPr>
              <w:spacing w:after="0"/>
              <w:jc w:val="left"/>
            </w:pPr>
            <w:r>
              <w:rPr>
                <w:sz w:val="16"/>
              </w:rPr>
              <w:t>about 2.25 days per year</w:t>
            </w:r>
          </w:p>
        </w:tc>
        <w:tc>
          <w:tcPr>
            <w:tcW w:type="dxa" w:w="1200"/>
          </w:tcPr>
          <w:p>
            <w:pPr>
              <w:spacing w:after="0"/>
              <w:jc w:val="left"/>
            </w:pPr>
            <w:r>
              <w:rPr>
                <w:sz w:val="16"/>
              </w:rPr>
              <w:t>Likely (from Storm Events: 26 of 30 years)</w:t>
            </w:r>
          </w:p>
        </w:tc>
        <w:tc>
          <w:tcPr>
            <w:tcW w:type="dxa" w:w="1882"/>
          </w:tcPr>
          <w:p>
            <w:pPr>
              <w:spacing w:after="0"/>
              <w:jc w:val="left"/>
            </w:pPr>
            <w:r>
              <w:rPr>
                <w:sz w:val="16"/>
              </w:rPr>
              <w:t>event-days in 26 of 30 years, 1996 to 2025 (86.7%)</w:t>
            </w:r>
          </w:p>
        </w:tc>
        <w:tc>
          <w:tcPr>
            <w:tcW w:type="dxa" w:w="1549"/>
          </w:tcPr>
          <w:p>
            <w:pPr>
              <w:spacing w:after="0"/>
              <w:jc w:val="right"/>
            </w:pPr>
            <w:r>
              <w:rPr>
                <w:sz w:val="16"/>
              </w:rPr>
              <w:t>63</w:t>
            </w:r>
          </w:p>
        </w:tc>
        <w:tc>
          <w:tcPr>
            <w:tcW w:type="dxa" w:w="1608"/>
          </w:tcPr>
          <w:p>
            <w:pPr>
              <w:spacing w:after="0"/>
              <w:jc w:val="left"/>
            </w:pPr>
            <w:r>
              <w:rPr>
                <w:sz w:val="16"/>
              </w:rPr>
              <w:t>1996 to 2023 (28 years)</w:t>
            </w:r>
          </w:p>
        </w:tc>
        <w:tc>
          <w:tcPr>
            <w:tcW w:type="dxa" w:w="1037"/>
          </w:tcPr>
          <w:p>
            <w:pPr>
              <w:spacing w:after="0"/>
              <w:jc w:val="left"/>
            </w:pPr>
            <w:r>
              <w:rPr>
                <w:sz w:val="16"/>
              </w:rPr>
              <w:t>see B1-f</w:t>
            </w:r>
          </w:p>
        </w:tc>
        <w:tc>
          <w:tcPr>
            <w:tcW w:type="dxa" w:w="1549"/>
          </w:tcPr>
          <w:p>
            <w:pPr>
              <w:spacing w:after="0"/>
              <w:jc w:val="left"/>
            </w:pPr>
          </w:p>
        </w:tc>
      </w:tr>
      <w:tr>
        <w:trPr>
          <w:cantSplit/>
        </w:trPr>
        <w:tc>
          <w:tcPr>
            <w:tcW w:type="dxa" w:w="1037"/>
          </w:tcPr>
          <w:p>
            <w:pPr>
              <w:spacing w:after="0"/>
              <w:jc w:val="left"/>
            </w:pPr>
            <w:r>
              <w:rPr>
                <w:sz w:val="16"/>
              </w:rPr>
              <w:t>Landslide</w:t>
            </w:r>
          </w:p>
        </w:tc>
        <w:tc>
          <w:tcPr>
            <w:tcW w:type="dxa" w:w="1288"/>
          </w:tcPr>
          <w:p>
            <w:pPr>
              <w:spacing w:after="0"/>
              <w:jc w:val="right"/>
            </w:pPr>
            <w:r>
              <w:rPr>
                <w:sz w:val="16"/>
              </w:rPr>
              <w:t>1.54</w:t>
            </w:r>
          </w:p>
        </w:tc>
        <w:tc>
          <w:tcPr>
            <w:tcW w:type="dxa" w:w="1309"/>
          </w:tcPr>
          <w:p>
            <w:pPr>
              <w:spacing w:after="0"/>
              <w:jc w:val="left"/>
            </w:pPr>
            <w:r>
              <w:rPr>
                <w:sz w:val="16"/>
              </w:rPr>
              <w:t>events per year (modeled)</w:t>
            </w:r>
          </w:p>
        </w:tc>
        <w:tc>
          <w:tcPr>
            <w:tcW w:type="dxa" w:w="1653"/>
          </w:tcPr>
          <w:p>
            <w:pPr>
              <w:spacing w:after="0"/>
              <w:jc w:val="left"/>
            </w:pPr>
            <w:r>
              <w:rPr>
                <w:sz w:val="16"/>
              </w:rPr>
              <w:t>about 1.54 per year</w:t>
            </w:r>
          </w:p>
        </w:tc>
        <w:tc>
          <w:tcPr>
            <w:tcW w:type="dxa" w:w="1200"/>
          </w:tcPr>
          <w:p>
            <w:pPr>
              <w:spacing w:after="0"/>
              <w:jc w:val="left"/>
            </w:pPr>
            <w:r>
              <w:rPr>
                <w:sz w:val="16"/>
              </w:rPr>
              <w:t>Highly likely</w:t>
            </w:r>
          </w:p>
        </w:tc>
        <w:tc>
          <w:tcPr>
            <w:tcW w:type="dxa" w:w="1882"/>
          </w:tcPr>
          <w:p>
            <w:pPr>
              <w:spacing w:after="0"/>
              <w:jc w:val="left"/>
            </w:pPr>
            <w:r>
              <w:rPr>
                <w:sz w:val="16"/>
              </w:rPr>
              <w:t>FEMA annualized frequency (modeled)</w:t>
            </w:r>
          </w:p>
        </w:tc>
        <w:tc>
          <w:tcPr>
            <w:tcW w:type="dxa" w:w="1549"/>
          </w:tcPr>
          <w:p>
            <w:pPr>
              <w:spacing w:after="0"/>
              <w:jc w:val="right"/>
            </w:pPr>
            <w:r>
              <w:rPr>
                <w:sz w:val="16"/>
              </w:rPr>
              <w:t>not shown</w:t>
            </w:r>
          </w:p>
        </w:tc>
        <w:tc>
          <w:tcPr>
            <w:tcW w:type="dxa" w:w="1608"/>
          </w:tcPr>
          <w:p>
            <w:pPr>
              <w:spacing w:after="0"/>
              <w:jc w:val="left"/>
            </w:pPr>
            <w:r>
              <w:rPr>
                <w:sz w:val="16"/>
              </w:rPr>
              <w:t>modeled</w:t>
            </w:r>
          </w:p>
        </w:tc>
        <w:tc>
          <w:tcPr>
            <w:tcW w:type="dxa" w:w="1037"/>
          </w:tcPr>
          <w:p>
            <w:pPr>
              <w:spacing w:after="0"/>
              <w:jc w:val="left"/>
            </w:pPr>
            <w:r>
              <w:rPr>
                <w:sz w:val="16"/>
              </w:rPr>
              <w:t>see B1-f</w:t>
            </w:r>
          </w:p>
        </w:tc>
        <w:tc>
          <w:tcPr>
            <w:tcW w:type="dxa" w:w="1549"/>
          </w:tcPr>
          <w:p>
            <w:pPr>
              <w:spacing w:after="0"/>
              <w:jc w:val="left"/>
            </w:pPr>
          </w:p>
        </w:tc>
      </w:tr>
      <w:tr>
        <w:trPr>
          <w:cantSplit/>
        </w:trPr>
        <w:tc>
          <w:tcPr>
            <w:tcW w:type="dxa" w:w="1037"/>
          </w:tcPr>
          <w:p>
            <w:pPr>
              <w:spacing w:after="0"/>
              <w:jc w:val="left"/>
            </w:pPr>
            <w:r>
              <w:rPr>
                <w:sz w:val="16"/>
              </w:rPr>
              <w:t>Lightning</w:t>
            </w:r>
          </w:p>
        </w:tc>
        <w:tc>
          <w:tcPr>
            <w:tcW w:type="dxa" w:w="1288"/>
          </w:tcPr>
          <w:p>
            <w:pPr>
              <w:spacing w:after="0"/>
              <w:jc w:val="right"/>
            </w:pPr>
            <w:r>
              <w:rPr>
                <w:sz w:val="16"/>
              </w:rPr>
              <w:t>21.8</w:t>
            </w:r>
          </w:p>
        </w:tc>
        <w:tc>
          <w:tcPr>
            <w:tcW w:type="dxa" w:w="1309"/>
          </w:tcPr>
          <w:p>
            <w:pPr>
              <w:spacing w:after="0"/>
              <w:jc w:val="left"/>
            </w:pPr>
            <w:r>
              <w:rPr>
                <w:sz w:val="16"/>
              </w:rPr>
              <w:t>days per year with a strike</w:t>
            </w:r>
          </w:p>
        </w:tc>
        <w:tc>
          <w:tcPr>
            <w:tcW w:type="dxa" w:w="1653"/>
          </w:tcPr>
          <w:p>
            <w:pPr>
              <w:spacing w:after="0"/>
              <w:jc w:val="left"/>
            </w:pPr>
            <w:r>
              <w:rPr>
                <w:sz w:val="16"/>
              </w:rPr>
              <w:t>about 21.8 days per year</w:t>
            </w:r>
          </w:p>
        </w:tc>
        <w:tc>
          <w:tcPr>
            <w:tcW w:type="dxa" w:w="1200"/>
          </w:tcPr>
          <w:p>
            <w:pPr>
              <w:spacing w:after="0"/>
              <w:jc w:val="left"/>
            </w:pPr>
            <w:r>
              <w:rPr>
                <w:sz w:val="16"/>
              </w:rPr>
              <w:t>Highly likely</w:t>
            </w:r>
          </w:p>
        </w:tc>
        <w:tc>
          <w:tcPr>
            <w:tcW w:type="dxa" w:w="1882"/>
          </w:tcPr>
          <w:p>
            <w:pPr>
              <w:spacing w:after="0"/>
              <w:jc w:val="left"/>
            </w:pPr>
            <w:r>
              <w:rPr>
                <w:sz w:val="16"/>
              </w:rPr>
              <w:t>FEMA annualized frequency (modeled)</w:t>
            </w:r>
          </w:p>
        </w:tc>
        <w:tc>
          <w:tcPr>
            <w:tcW w:type="dxa" w:w="1549"/>
          </w:tcPr>
          <w:p>
            <w:pPr>
              <w:spacing w:after="0"/>
              <w:jc w:val="right"/>
            </w:pPr>
            <w:r>
              <w:rPr>
                <w:sz w:val="16"/>
              </w:rPr>
              <w:t>not shown</w:t>
            </w:r>
          </w:p>
        </w:tc>
        <w:tc>
          <w:tcPr>
            <w:tcW w:type="dxa" w:w="1608"/>
          </w:tcPr>
          <w:p>
            <w:pPr>
              <w:spacing w:after="0"/>
              <w:jc w:val="left"/>
            </w:pPr>
            <w:r>
              <w:rPr>
                <w:sz w:val="16"/>
              </w:rPr>
              <w:t>1995 to 2023 (29 years; CONUS)</w:t>
            </w:r>
          </w:p>
        </w:tc>
        <w:tc>
          <w:tcPr>
            <w:tcW w:type="dxa" w:w="1037"/>
          </w:tcPr>
          <w:p>
            <w:pPr>
              <w:spacing w:after="0"/>
              <w:jc w:val="left"/>
            </w:pPr>
            <w:r>
              <w:rPr>
                <w:sz w:val="16"/>
              </w:rPr>
              <w:t>countywide</w:t>
            </w:r>
          </w:p>
        </w:tc>
        <w:tc>
          <w:tcPr>
            <w:tcW w:type="dxa" w:w="1549"/>
          </w:tcPr>
          <w:p>
            <w:pPr>
              <w:spacing w:after="0"/>
              <w:jc w:val="left"/>
            </w:pPr>
          </w:p>
        </w:tc>
      </w:tr>
      <w:tr>
        <w:trPr>
          <w:cantSplit/>
        </w:trPr>
        <w:tc>
          <w:tcPr>
            <w:tcW w:type="dxa" w:w="1037"/>
          </w:tcPr>
          <w:p>
            <w:pPr>
              <w:spacing w:after="0"/>
              <w:jc w:val="left"/>
            </w:pPr>
            <w:r>
              <w:rPr>
                <w:sz w:val="16"/>
              </w:rPr>
              <w:t>Strong Wind</w:t>
            </w:r>
          </w:p>
        </w:tc>
        <w:tc>
          <w:tcPr>
            <w:tcW w:type="dxa" w:w="1288"/>
          </w:tcPr>
          <w:p>
            <w:pPr>
              <w:spacing w:after="0"/>
              <w:jc w:val="right"/>
            </w:pPr>
            <w:r>
              <w:rPr>
                <w:sz w:val="16"/>
              </w:rPr>
              <w:t>0.876</w:t>
            </w:r>
          </w:p>
        </w:tc>
        <w:tc>
          <w:tcPr>
            <w:tcW w:type="dxa" w:w="1309"/>
          </w:tcPr>
          <w:p>
            <w:pPr>
              <w:spacing w:after="0"/>
              <w:jc w:val="left"/>
            </w:pPr>
            <w:r>
              <w:rPr>
                <w:sz w:val="16"/>
              </w:rPr>
              <w:t>events per year</w:t>
            </w:r>
          </w:p>
        </w:tc>
        <w:tc>
          <w:tcPr>
            <w:tcW w:type="dxa" w:w="1653"/>
          </w:tcPr>
          <w:p>
            <w:pPr>
              <w:spacing w:after="0"/>
              <w:jc w:val="left"/>
            </w:pPr>
            <w:r>
              <w:rPr>
                <w:sz w:val="16"/>
              </w:rPr>
              <w:t>about 0.88 per year</w:t>
            </w:r>
          </w:p>
        </w:tc>
        <w:tc>
          <w:tcPr>
            <w:tcW w:type="dxa" w:w="1200"/>
          </w:tcPr>
          <w:p>
            <w:pPr>
              <w:spacing w:after="0"/>
              <w:jc w:val="left"/>
            </w:pPr>
            <w:r>
              <w:rPr>
                <w:sz w:val="16"/>
              </w:rPr>
              <w:t>Likely</w:t>
            </w:r>
          </w:p>
        </w:tc>
        <w:tc>
          <w:tcPr>
            <w:tcW w:type="dxa" w:w="1882"/>
          </w:tcPr>
          <w:p>
            <w:pPr>
              <w:spacing w:after="0"/>
              <w:jc w:val="left"/>
            </w:pPr>
            <w:r>
              <w:rPr>
                <w:sz w:val="16"/>
              </w:rPr>
              <w:t>FEMA annualized frequency (modeled)</w:t>
            </w:r>
          </w:p>
        </w:tc>
        <w:tc>
          <w:tcPr>
            <w:tcW w:type="dxa" w:w="1549"/>
          </w:tcPr>
          <w:p>
            <w:pPr>
              <w:spacing w:after="0"/>
              <w:jc w:val="right"/>
            </w:pPr>
            <w:r>
              <w:rPr>
                <w:sz w:val="16"/>
              </w:rPr>
              <w:t>34</w:t>
            </w:r>
          </w:p>
        </w:tc>
        <w:tc>
          <w:tcPr>
            <w:tcW w:type="dxa" w:w="1608"/>
          </w:tcPr>
          <w:p>
            <w:pPr>
              <w:spacing w:after="0"/>
              <w:jc w:val="left"/>
            </w:pPr>
            <w:r>
              <w:rPr>
                <w:sz w:val="16"/>
              </w:rPr>
              <w:t>1986 to 2023 (38 years)</w:t>
            </w:r>
          </w:p>
        </w:tc>
        <w:tc>
          <w:tcPr>
            <w:tcW w:type="dxa" w:w="1037"/>
          </w:tcPr>
          <w:p>
            <w:pPr>
              <w:spacing w:after="0"/>
              <w:jc w:val="left"/>
            </w:pPr>
            <w:r>
              <w:rPr>
                <w:sz w:val="16"/>
              </w:rPr>
              <w:t>countywide</w:t>
            </w:r>
          </w:p>
        </w:tc>
        <w:tc>
          <w:tcPr>
            <w:tcW w:type="dxa" w:w="1549"/>
          </w:tcPr>
          <w:p>
            <w:pPr>
              <w:spacing w:after="0"/>
              <w:jc w:val="left"/>
            </w:pPr>
          </w:p>
        </w:tc>
      </w:tr>
      <w:tr>
        <w:trPr>
          <w:cantSplit/>
        </w:trPr>
        <w:tc>
          <w:tcPr>
            <w:tcW w:type="dxa" w:w="1037"/>
          </w:tcPr>
          <w:p>
            <w:pPr>
              <w:spacing w:after="0"/>
              <w:jc w:val="left"/>
            </w:pPr>
            <w:r>
              <w:rPr>
                <w:sz w:val="16"/>
              </w:rPr>
              <w:t>Tornado</w:t>
            </w:r>
          </w:p>
        </w:tc>
        <w:tc>
          <w:tcPr>
            <w:tcW w:type="dxa" w:w="1288"/>
          </w:tcPr>
          <w:p>
            <w:pPr>
              <w:spacing w:after="0"/>
              <w:jc w:val="right"/>
            </w:pPr>
            <w:r>
              <w:rPr>
                <w:sz w:val="16"/>
              </w:rPr>
              <w:t>0.0425</w:t>
            </w:r>
          </w:p>
        </w:tc>
        <w:tc>
          <w:tcPr>
            <w:tcW w:type="dxa" w:w="1309"/>
          </w:tcPr>
          <w:p>
            <w:pPr>
              <w:spacing w:after="0"/>
              <w:jc w:val="left"/>
            </w:pPr>
            <w:r>
              <w:rPr>
                <w:sz w:val="16"/>
              </w:rPr>
              <w:t>events per year</w:t>
            </w:r>
          </w:p>
        </w:tc>
        <w:tc>
          <w:tcPr>
            <w:tcW w:type="dxa" w:w="1653"/>
          </w:tcPr>
          <w:p>
            <w:pPr>
              <w:spacing w:after="0"/>
              <w:jc w:val="left"/>
            </w:pPr>
            <w:r>
              <w:rPr>
                <w:sz w:val="16"/>
              </w:rPr>
              <w:t>about 1 in 24 years</w:t>
            </w:r>
          </w:p>
        </w:tc>
        <w:tc>
          <w:tcPr>
            <w:tcW w:type="dxa" w:w="1200"/>
          </w:tcPr>
          <w:p>
            <w:pPr>
              <w:spacing w:after="0"/>
              <w:jc w:val="left"/>
            </w:pPr>
            <w:r>
              <w:rPr>
                <w:sz w:val="16"/>
              </w:rPr>
              <w:t>Possible</w:t>
            </w:r>
          </w:p>
        </w:tc>
        <w:tc>
          <w:tcPr>
            <w:tcW w:type="dxa" w:w="1882"/>
          </w:tcPr>
          <w:p>
            <w:pPr>
              <w:spacing w:after="0"/>
              <w:jc w:val="left"/>
            </w:pPr>
            <w:r>
              <w:rPr>
                <w:sz w:val="16"/>
              </w:rPr>
              <w:t>FEMA annualized frequency (modeled)</w:t>
            </w:r>
          </w:p>
        </w:tc>
        <w:tc>
          <w:tcPr>
            <w:tcW w:type="dxa" w:w="1549"/>
          </w:tcPr>
          <w:p>
            <w:pPr>
              <w:spacing w:after="0"/>
              <w:jc w:val="right"/>
            </w:pPr>
            <w:r>
              <w:rPr>
                <w:sz w:val="16"/>
              </w:rPr>
              <w:t>not shown</w:t>
            </w:r>
          </w:p>
        </w:tc>
        <w:tc>
          <w:tcPr>
            <w:tcW w:type="dxa" w:w="1608"/>
          </w:tcPr>
          <w:p>
            <w:pPr>
              <w:spacing w:after="0"/>
              <w:jc w:val="left"/>
            </w:pPr>
            <w:r>
              <w:rPr>
                <w:sz w:val="16"/>
              </w:rPr>
              <w:t>1950 to 2023 (EF2+); 1986 to 2023 (EF0-1)</w:t>
            </w:r>
          </w:p>
        </w:tc>
        <w:tc>
          <w:tcPr>
            <w:tcW w:type="dxa" w:w="1037"/>
          </w:tcPr>
          <w:p>
            <w:pPr>
              <w:spacing w:after="0"/>
              <w:jc w:val="left"/>
            </w:pPr>
            <w:r>
              <w:rPr>
                <w:sz w:val="16"/>
              </w:rPr>
              <w:t>see B1-f</w:t>
            </w:r>
          </w:p>
        </w:tc>
        <w:tc>
          <w:tcPr>
            <w:tcW w:type="dxa" w:w="1549"/>
          </w:tcPr>
          <w:p>
            <w:pPr>
              <w:spacing w:after="0"/>
              <w:jc w:val="left"/>
            </w:pPr>
          </w:p>
        </w:tc>
      </w:tr>
      <w:tr>
        <w:trPr>
          <w:cantSplit/>
        </w:trPr>
        <w:tc>
          <w:tcPr>
            <w:tcW w:type="dxa" w:w="1037"/>
          </w:tcPr>
          <w:p>
            <w:pPr>
              <w:spacing w:after="0"/>
              <w:jc w:val="left"/>
            </w:pPr>
            <w:r>
              <w:rPr>
                <w:sz w:val="16"/>
              </w:rPr>
              <w:t>Wildfire</w:t>
            </w:r>
          </w:p>
        </w:tc>
        <w:tc>
          <w:tcPr>
            <w:tcW w:type="dxa" w:w="1288"/>
          </w:tcPr>
          <w:p>
            <w:pPr>
              <w:spacing w:after="0"/>
              <w:jc w:val="right"/>
            </w:pPr>
            <w:r>
              <w:rPr>
                <w:sz w:val="16"/>
              </w:rPr>
              <w:t>0.000014</w:t>
            </w:r>
          </w:p>
        </w:tc>
        <w:tc>
          <w:tcPr>
            <w:tcW w:type="dxa" w:w="1309"/>
          </w:tcPr>
          <w:p>
            <w:pPr>
              <w:spacing w:after="0"/>
              <w:jc w:val="left"/>
            </w:pPr>
            <w:r>
              <w:rPr>
                <w:sz w:val="16"/>
              </w:rPr>
              <w:t>annual probability at a location</w:t>
            </w:r>
          </w:p>
        </w:tc>
        <w:tc>
          <w:tcPr>
            <w:tcW w:type="dxa" w:w="1653"/>
          </w:tcPr>
          <w:p>
            <w:pPr>
              <w:spacing w:after="0"/>
              <w:jc w:val="left"/>
            </w:pPr>
            <w:r>
              <w:rPr>
                <w:sz w:val="16"/>
              </w:rPr>
              <w:t>chance a given location in the county burns in a year: 0.0014%</w:t>
            </w:r>
          </w:p>
        </w:tc>
        <w:tc>
          <w:tcPr>
            <w:tcW w:type="dxa" w:w="1200"/>
          </w:tcPr>
          <w:p>
            <w:pPr>
              <w:spacing w:after="0"/>
              <w:jc w:val="left"/>
            </w:pPr>
          </w:p>
        </w:tc>
        <w:tc>
          <w:tcPr>
            <w:tcW w:type="dxa" w:w="1882"/>
          </w:tcPr>
          <w:p>
            <w:pPr>
              <w:spacing w:after="0"/>
              <w:jc w:val="left"/>
            </w:pPr>
            <w:r>
              <w:rPr>
                <w:sz w:val="16"/>
              </w:rPr>
              <w:t>Storm Events records in 0 of 30 years, 1996 to 2025 (0%)</w:t>
            </w:r>
          </w:p>
        </w:tc>
        <w:tc>
          <w:tcPr>
            <w:tcW w:type="dxa" w:w="1549"/>
          </w:tcPr>
          <w:p>
            <w:pPr>
              <w:spacing w:after="0"/>
              <w:jc w:val="right"/>
            </w:pPr>
            <w:r>
              <w:rPr>
                <w:sz w:val="16"/>
              </w:rPr>
              <w:t>not shown</w:t>
            </w:r>
          </w:p>
        </w:tc>
        <w:tc>
          <w:tcPr>
            <w:tcW w:type="dxa" w:w="1608"/>
          </w:tcPr>
          <w:p>
            <w:pPr>
              <w:spacing w:after="0"/>
              <w:jc w:val="left"/>
            </w:pPr>
            <w:r>
              <w:rPr>
                <w:sz w:val="16"/>
              </w:rPr>
              <w:t>modeled</w:t>
            </w:r>
          </w:p>
        </w:tc>
        <w:tc>
          <w:tcPr>
            <w:tcW w:type="dxa" w:w="1037"/>
          </w:tcPr>
          <w:p>
            <w:pPr>
              <w:spacing w:after="0"/>
              <w:jc w:val="left"/>
            </w:pPr>
            <w:r>
              <w:rPr>
                <w:sz w:val="16"/>
              </w:rPr>
              <w:t>see B1-f</w:t>
            </w:r>
          </w:p>
        </w:tc>
        <w:tc>
          <w:tcPr>
            <w:tcW w:type="dxa" w:w="154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8"/>
          </w:tcPr>
          <w:p>
            <w:pPr>
              <w:spacing w:after="0"/>
              <w:jc w:val="right"/>
            </w:pPr>
            <w:r>
              <w:rPr>
                <w:sz w:val="16"/>
              </w:rPr>
              <w:t>22</w:t>
            </w:r>
          </w:p>
        </w:tc>
        <w:tc>
          <w:tcPr>
            <w:tcW w:type="dxa" w:w="1309"/>
          </w:tcPr>
          <w:p>
            <w:pPr>
              <w:spacing w:after="0"/>
              <w:jc w:val="left"/>
            </w:pPr>
            <w:r>
              <w:rPr>
                <w:sz w:val="16"/>
              </w:rPr>
              <w:t>event-days per year</w:t>
            </w:r>
          </w:p>
        </w:tc>
        <w:tc>
          <w:tcPr>
            <w:tcW w:type="dxa" w:w="1653"/>
          </w:tcPr>
          <w:p>
            <w:pPr>
              <w:spacing w:after="0"/>
              <w:jc w:val="left"/>
            </w:pPr>
            <w:r>
              <w:rPr>
                <w:sz w:val="16"/>
              </w:rPr>
              <w:t>about 22 days per year</w:t>
            </w:r>
          </w:p>
        </w:tc>
        <w:tc>
          <w:tcPr>
            <w:tcW w:type="dxa" w:w="1200"/>
          </w:tcPr>
          <w:p>
            <w:pPr>
              <w:spacing w:after="0"/>
              <w:jc w:val="left"/>
            </w:pPr>
            <w:r>
              <w:rPr>
                <w:sz w:val="16"/>
              </w:rPr>
              <w:t>Highly likely (from Storm Events: 30 of 30 years)</w:t>
            </w:r>
          </w:p>
        </w:tc>
        <w:tc>
          <w:tcPr>
            <w:tcW w:type="dxa" w:w="1882"/>
          </w:tcPr>
          <w:p>
            <w:pPr>
              <w:spacing w:after="0"/>
              <w:jc w:val="left"/>
            </w:pPr>
            <w:r>
              <w:rPr>
                <w:sz w:val="16"/>
              </w:rPr>
              <w:t>event-days in 30 of 30 years, 1996 to 2025 (100%)</w:t>
            </w:r>
          </w:p>
        </w:tc>
        <w:tc>
          <w:tcPr>
            <w:tcW w:type="dxa" w:w="1549"/>
          </w:tcPr>
          <w:p>
            <w:pPr>
              <w:spacing w:after="0"/>
              <w:jc w:val="right"/>
            </w:pPr>
            <w:r>
              <w:rPr>
                <w:sz w:val="16"/>
              </w:rPr>
              <w:t>419</w:t>
            </w:r>
          </w:p>
        </w:tc>
        <w:tc>
          <w:tcPr>
            <w:tcW w:type="dxa" w:w="1608"/>
          </w:tcPr>
          <w:p>
            <w:pPr>
              <w:spacing w:after="0"/>
              <w:jc w:val="left"/>
            </w:pPr>
            <w:r>
              <w:rPr>
                <w:sz w:val="16"/>
              </w:rPr>
              <w:t>2005-11-12 to 2024-11-12 (19 years)</w:t>
            </w:r>
          </w:p>
        </w:tc>
        <w:tc>
          <w:tcPr>
            <w:tcW w:type="dxa" w:w="1037"/>
          </w:tcPr>
          <w:p>
            <w:pPr>
              <w:spacing w:after="0"/>
              <w:jc w:val="left"/>
            </w:pPr>
            <w:r>
              <w:rPr>
                <w:sz w:val="16"/>
              </w:rPr>
              <w:t>countywide</w:t>
            </w:r>
          </w:p>
        </w:tc>
        <w:tc>
          <w:tcPr>
            <w:tcW w:type="dxa" w:w="154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128</w:t>
            </w:r>
          </w:p>
        </w:tc>
        <w:tc>
          <w:tcPr>
            <w:tcW w:type="dxa" w:w="1381"/>
          </w:tcPr>
          <w:p>
            <w:pPr>
              <w:spacing w:after="0"/>
              <w:jc w:val="right"/>
            </w:pPr>
            <w:r>
              <w:rPr>
                <w:sz w:val="16"/>
              </w:rPr>
              <w:t>30</w:t>
            </w:r>
          </w:p>
        </w:tc>
        <w:tc>
          <w:tcPr>
            <w:tcW w:type="dxa" w:w="1381"/>
          </w:tcPr>
          <w:p>
            <w:pPr>
              <w:spacing w:after="0"/>
              <w:jc w:val="right"/>
            </w:pPr>
            <w:r>
              <w:rPr>
                <w:sz w:val="16"/>
              </w:rPr>
              <w:t>4.27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8 of 20</w:t>
            </w:r>
          </w:p>
        </w:tc>
        <w:tc>
          <w:tcPr>
            <w:tcW w:type="dxa" w:w="1056"/>
          </w:tcPr>
          <w:p>
            <w:pPr>
              <w:spacing w:after="0"/>
              <w:jc w:val="right"/>
            </w:pPr>
            <w:r>
              <w:rPr>
                <w:sz w:val="16"/>
              </w:rPr>
              <w:t>29.1</w:t>
            </w:r>
          </w:p>
        </w:tc>
        <w:tc>
          <w:tcPr>
            <w:tcW w:type="dxa" w:w="1108"/>
          </w:tcPr>
          <w:p>
            <w:pPr>
              <w:spacing w:after="0"/>
              <w:jc w:val="right"/>
            </w:pPr>
            <w:r>
              <w:rPr>
                <w:sz w:val="16"/>
              </w:rPr>
              <w:t>34.0</w:t>
            </w:r>
          </w:p>
        </w:tc>
        <w:tc>
          <w:tcPr>
            <w:tcW w:type="dxa" w:w="1056"/>
          </w:tcPr>
          <w:p>
            <w:pPr>
              <w:spacing w:after="0"/>
              <w:jc w:val="right"/>
            </w:pPr>
            <w:r>
              <w:rPr>
                <w:sz w:val="16"/>
              </w:rPr>
              <w:t>38.4</w:t>
            </w:r>
          </w:p>
        </w:tc>
        <w:tc>
          <w:tcPr>
            <w:tcW w:type="dxa" w:w="7802"/>
          </w:tcPr>
          <w:p>
            <w:pPr>
              <w:spacing w:after="0"/>
              <w:jc w:val="left"/>
            </w:pPr>
            <w:r>
              <w:rPr>
                <w:sz w:val="16"/>
              </w:rPr>
              <w:t>Very Low 8, Not Applicable 12</w:t>
            </w:r>
          </w:p>
        </w:tc>
      </w:tr>
      <w:tr>
        <w:trPr>
          <w:cantSplit/>
        </w:trPr>
        <w:tc>
          <w:tcPr>
            <w:tcW w:type="dxa" w:w="1690"/>
          </w:tcPr>
          <w:p>
            <w:pPr>
              <w:spacing w:after="0"/>
              <w:jc w:val="left"/>
            </w:pPr>
            <w:r>
              <w:rPr>
                <w:sz w:val="16"/>
              </w:rPr>
              <w:t>Cold Wave</w:t>
            </w:r>
          </w:p>
        </w:tc>
        <w:tc>
          <w:tcPr>
            <w:tcW w:type="dxa" w:w="1399"/>
          </w:tcPr>
          <w:p>
            <w:pPr>
              <w:spacing w:after="0"/>
              <w:jc w:val="right"/>
            </w:pPr>
            <w:r>
              <w:rPr>
                <w:sz w:val="16"/>
              </w:rPr>
              <w:t>20 of 20</w:t>
            </w:r>
          </w:p>
        </w:tc>
        <w:tc>
          <w:tcPr>
            <w:tcW w:type="dxa" w:w="1056"/>
          </w:tcPr>
          <w:p>
            <w:pPr>
              <w:spacing w:after="0"/>
              <w:jc w:val="right"/>
            </w:pPr>
            <w:r>
              <w:rPr>
                <w:sz w:val="16"/>
              </w:rPr>
              <w:t>26.6</w:t>
            </w:r>
          </w:p>
        </w:tc>
        <w:tc>
          <w:tcPr>
            <w:tcW w:type="dxa" w:w="1108"/>
          </w:tcPr>
          <w:p>
            <w:pPr>
              <w:spacing w:after="0"/>
              <w:jc w:val="right"/>
            </w:pPr>
            <w:r>
              <w:rPr>
                <w:sz w:val="16"/>
              </w:rPr>
              <w:t>45.0</w:t>
            </w:r>
          </w:p>
        </w:tc>
        <w:tc>
          <w:tcPr>
            <w:tcW w:type="dxa" w:w="1056"/>
          </w:tcPr>
          <w:p>
            <w:pPr>
              <w:spacing w:after="0"/>
              <w:jc w:val="right"/>
            </w:pPr>
            <w:r>
              <w:rPr>
                <w:sz w:val="16"/>
              </w:rPr>
              <w:t>65.5</w:t>
            </w:r>
          </w:p>
        </w:tc>
        <w:tc>
          <w:tcPr>
            <w:tcW w:type="dxa" w:w="7802"/>
          </w:tcPr>
          <w:p>
            <w:pPr>
              <w:spacing w:after="0"/>
              <w:jc w:val="left"/>
            </w:pPr>
            <w:r>
              <w:rPr>
                <w:sz w:val="16"/>
              </w:rPr>
              <w:t>Relatively Moderate 8, Relatively Low 12</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20</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20</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20 of 20</w:t>
            </w:r>
          </w:p>
        </w:tc>
        <w:tc>
          <w:tcPr>
            <w:tcW w:type="dxa" w:w="1056"/>
          </w:tcPr>
          <w:p>
            <w:pPr>
              <w:spacing w:after="0"/>
              <w:jc w:val="right"/>
            </w:pPr>
            <w:r>
              <w:rPr>
                <w:sz w:val="16"/>
              </w:rPr>
              <w:t>18.8</w:t>
            </w:r>
          </w:p>
        </w:tc>
        <w:tc>
          <w:tcPr>
            <w:tcW w:type="dxa" w:w="1108"/>
          </w:tcPr>
          <w:p>
            <w:pPr>
              <w:spacing w:after="0"/>
              <w:jc w:val="right"/>
            </w:pPr>
            <w:r>
              <w:rPr>
                <w:sz w:val="16"/>
              </w:rPr>
              <w:t>32.6</w:t>
            </w:r>
          </w:p>
        </w:tc>
        <w:tc>
          <w:tcPr>
            <w:tcW w:type="dxa" w:w="1056"/>
          </w:tcPr>
          <w:p>
            <w:pPr>
              <w:spacing w:after="0"/>
              <w:jc w:val="right"/>
            </w:pPr>
            <w:r>
              <w:rPr>
                <w:sz w:val="16"/>
              </w:rPr>
              <w:t>59.1</w:t>
            </w:r>
          </w:p>
        </w:tc>
        <w:tc>
          <w:tcPr>
            <w:tcW w:type="dxa" w:w="7802"/>
          </w:tcPr>
          <w:p>
            <w:pPr>
              <w:spacing w:after="0"/>
              <w:jc w:val="left"/>
            </w:pPr>
            <w:r>
              <w:rPr>
                <w:sz w:val="16"/>
              </w:rPr>
              <w:t>Relatively Low 7, Very Low 13</w:t>
            </w:r>
          </w:p>
        </w:tc>
      </w:tr>
      <w:tr>
        <w:trPr>
          <w:cantSplit/>
        </w:trPr>
        <w:tc>
          <w:tcPr>
            <w:tcW w:type="dxa" w:w="1690"/>
          </w:tcPr>
          <w:p>
            <w:pPr>
              <w:spacing w:after="0"/>
              <w:jc w:val="left"/>
            </w:pPr>
            <w:r>
              <w:rPr>
                <w:sz w:val="16"/>
              </w:rPr>
              <w:t>Hail</w:t>
            </w:r>
          </w:p>
        </w:tc>
        <w:tc>
          <w:tcPr>
            <w:tcW w:type="dxa" w:w="1399"/>
          </w:tcPr>
          <w:p>
            <w:pPr>
              <w:spacing w:after="0"/>
              <w:jc w:val="right"/>
            </w:pPr>
            <w:r>
              <w:rPr>
                <w:sz w:val="16"/>
              </w:rPr>
              <w:t>20 of 20</w:t>
            </w:r>
          </w:p>
        </w:tc>
        <w:tc>
          <w:tcPr>
            <w:tcW w:type="dxa" w:w="1056"/>
          </w:tcPr>
          <w:p>
            <w:pPr>
              <w:spacing w:after="0"/>
              <w:jc w:val="right"/>
            </w:pPr>
            <w:r>
              <w:rPr>
                <w:sz w:val="16"/>
              </w:rPr>
              <w:t>17.5</w:t>
            </w:r>
          </w:p>
        </w:tc>
        <w:tc>
          <w:tcPr>
            <w:tcW w:type="dxa" w:w="1108"/>
          </w:tcPr>
          <w:p>
            <w:pPr>
              <w:spacing w:after="0"/>
              <w:jc w:val="right"/>
            </w:pPr>
            <w:r>
              <w:rPr>
                <w:sz w:val="16"/>
              </w:rPr>
              <w:t>30.1</w:t>
            </w:r>
          </w:p>
        </w:tc>
        <w:tc>
          <w:tcPr>
            <w:tcW w:type="dxa" w:w="1056"/>
          </w:tcPr>
          <w:p>
            <w:pPr>
              <w:spacing w:after="0"/>
              <w:jc w:val="right"/>
            </w:pPr>
            <w:r>
              <w:rPr>
                <w:sz w:val="16"/>
              </w:rPr>
              <w:t>39.6</w:t>
            </w:r>
          </w:p>
        </w:tc>
        <w:tc>
          <w:tcPr>
            <w:tcW w:type="dxa" w:w="7802"/>
          </w:tcPr>
          <w:p>
            <w:pPr>
              <w:spacing w:after="0"/>
              <w:jc w:val="left"/>
            </w:pPr>
            <w:r>
              <w:rPr>
                <w:sz w:val="16"/>
              </w:rPr>
              <w:t>Relatively Low 3, Very Low 17</w:t>
            </w:r>
          </w:p>
        </w:tc>
      </w:tr>
      <w:tr>
        <w:trPr>
          <w:cantSplit/>
        </w:trPr>
        <w:tc>
          <w:tcPr>
            <w:tcW w:type="dxa" w:w="1690"/>
          </w:tcPr>
          <w:p>
            <w:pPr>
              <w:spacing w:after="0"/>
              <w:jc w:val="left"/>
            </w:pPr>
            <w:r>
              <w:rPr>
                <w:sz w:val="16"/>
              </w:rPr>
              <w:t>Heat Wave</w:t>
            </w:r>
          </w:p>
        </w:tc>
        <w:tc>
          <w:tcPr>
            <w:tcW w:type="dxa" w:w="1399"/>
          </w:tcPr>
          <w:p>
            <w:pPr>
              <w:spacing w:after="0"/>
              <w:jc w:val="right"/>
            </w:pPr>
            <w:r>
              <w:rPr>
                <w:sz w:val="16"/>
              </w:rPr>
              <w:t>20 of 20</w:t>
            </w:r>
          </w:p>
        </w:tc>
        <w:tc>
          <w:tcPr>
            <w:tcW w:type="dxa" w:w="1056"/>
          </w:tcPr>
          <w:p>
            <w:pPr>
              <w:spacing w:after="0"/>
              <w:jc w:val="right"/>
            </w:pPr>
            <w:r>
              <w:rPr>
                <w:sz w:val="16"/>
              </w:rPr>
              <w:t>10.3</w:t>
            </w:r>
          </w:p>
        </w:tc>
        <w:tc>
          <w:tcPr>
            <w:tcW w:type="dxa" w:w="1108"/>
          </w:tcPr>
          <w:p>
            <w:pPr>
              <w:spacing w:after="0"/>
              <w:jc w:val="right"/>
            </w:pPr>
            <w:r>
              <w:rPr>
                <w:sz w:val="16"/>
              </w:rPr>
              <w:t>37.6</w:t>
            </w:r>
          </w:p>
        </w:tc>
        <w:tc>
          <w:tcPr>
            <w:tcW w:type="dxa" w:w="1056"/>
          </w:tcPr>
          <w:p>
            <w:pPr>
              <w:spacing w:after="0"/>
              <w:jc w:val="right"/>
            </w:pPr>
            <w:r>
              <w:rPr>
                <w:sz w:val="16"/>
              </w:rPr>
              <w:t>63.0</w:t>
            </w:r>
          </w:p>
        </w:tc>
        <w:tc>
          <w:tcPr>
            <w:tcW w:type="dxa" w:w="7802"/>
          </w:tcPr>
          <w:p>
            <w:pPr>
              <w:spacing w:after="0"/>
              <w:jc w:val="left"/>
            </w:pPr>
            <w:r>
              <w:rPr>
                <w:sz w:val="16"/>
              </w:rPr>
              <w:t>Relatively Moderate 3, Relatively Low 16, Very Low 1</w:t>
            </w:r>
          </w:p>
        </w:tc>
      </w:tr>
      <w:tr>
        <w:trPr>
          <w:cantSplit/>
        </w:trPr>
        <w:tc>
          <w:tcPr>
            <w:tcW w:type="dxa" w:w="1690"/>
          </w:tcPr>
          <w:p>
            <w:pPr>
              <w:spacing w:after="0"/>
              <w:jc w:val="left"/>
            </w:pPr>
            <w:r>
              <w:rPr>
                <w:sz w:val="16"/>
              </w:rPr>
              <w:t>Hurricane</w:t>
            </w:r>
          </w:p>
        </w:tc>
        <w:tc>
          <w:tcPr>
            <w:tcW w:type="dxa" w:w="1399"/>
          </w:tcPr>
          <w:p>
            <w:pPr>
              <w:spacing w:after="0"/>
              <w:jc w:val="right"/>
            </w:pPr>
            <w:r>
              <w:rPr>
                <w:sz w:val="16"/>
              </w:rPr>
              <w:t>20 of 20</w:t>
            </w:r>
          </w:p>
        </w:tc>
        <w:tc>
          <w:tcPr>
            <w:tcW w:type="dxa" w:w="1056"/>
          </w:tcPr>
          <w:p>
            <w:pPr>
              <w:spacing w:after="0"/>
              <w:jc w:val="right"/>
            </w:pPr>
            <w:r>
              <w:rPr>
                <w:sz w:val="16"/>
              </w:rPr>
              <w:t>53.2</w:t>
            </w:r>
          </w:p>
        </w:tc>
        <w:tc>
          <w:tcPr>
            <w:tcW w:type="dxa" w:w="1108"/>
          </w:tcPr>
          <w:p>
            <w:pPr>
              <w:spacing w:after="0"/>
              <w:jc w:val="right"/>
            </w:pPr>
            <w:r>
              <w:rPr>
                <w:sz w:val="16"/>
              </w:rPr>
              <w:t>58.5</w:t>
            </w:r>
          </w:p>
        </w:tc>
        <w:tc>
          <w:tcPr>
            <w:tcW w:type="dxa" w:w="1056"/>
          </w:tcPr>
          <w:p>
            <w:pPr>
              <w:spacing w:after="0"/>
              <w:jc w:val="right"/>
            </w:pPr>
            <w:r>
              <w:rPr>
                <w:sz w:val="16"/>
              </w:rPr>
              <w:t>68.5</w:t>
            </w:r>
          </w:p>
        </w:tc>
        <w:tc>
          <w:tcPr>
            <w:tcW w:type="dxa" w:w="7802"/>
          </w:tcPr>
          <w:p>
            <w:pPr>
              <w:spacing w:after="0"/>
              <w:jc w:val="left"/>
            </w:pPr>
            <w:r>
              <w:rPr>
                <w:sz w:val="16"/>
              </w:rPr>
              <w:t>Relatively Low 20</w:t>
            </w:r>
          </w:p>
        </w:tc>
      </w:tr>
      <w:tr>
        <w:trPr>
          <w:cantSplit/>
        </w:trPr>
        <w:tc>
          <w:tcPr>
            <w:tcW w:type="dxa" w:w="1690"/>
          </w:tcPr>
          <w:p>
            <w:pPr>
              <w:spacing w:after="0"/>
              <w:jc w:val="left"/>
            </w:pPr>
            <w:r>
              <w:rPr>
                <w:sz w:val="16"/>
              </w:rPr>
              <w:t>Ice Storm</w:t>
            </w:r>
          </w:p>
        </w:tc>
        <w:tc>
          <w:tcPr>
            <w:tcW w:type="dxa" w:w="1399"/>
          </w:tcPr>
          <w:p>
            <w:pPr>
              <w:spacing w:after="0"/>
              <w:jc w:val="right"/>
            </w:pPr>
            <w:r>
              <w:rPr>
                <w:sz w:val="16"/>
              </w:rPr>
              <w:t>20 of 20</w:t>
            </w:r>
          </w:p>
        </w:tc>
        <w:tc>
          <w:tcPr>
            <w:tcW w:type="dxa" w:w="1056"/>
          </w:tcPr>
          <w:p>
            <w:pPr>
              <w:spacing w:after="0"/>
              <w:jc w:val="right"/>
            </w:pPr>
            <w:r>
              <w:rPr>
                <w:sz w:val="16"/>
              </w:rPr>
              <w:t>26.4</w:t>
            </w:r>
          </w:p>
        </w:tc>
        <w:tc>
          <w:tcPr>
            <w:tcW w:type="dxa" w:w="1108"/>
          </w:tcPr>
          <w:p>
            <w:pPr>
              <w:spacing w:after="0"/>
              <w:jc w:val="right"/>
            </w:pPr>
            <w:r>
              <w:rPr>
                <w:sz w:val="16"/>
              </w:rPr>
              <w:t>45.5</w:t>
            </w:r>
          </w:p>
        </w:tc>
        <w:tc>
          <w:tcPr>
            <w:tcW w:type="dxa" w:w="1056"/>
          </w:tcPr>
          <w:p>
            <w:pPr>
              <w:spacing w:after="0"/>
              <w:jc w:val="right"/>
            </w:pPr>
            <w:r>
              <w:rPr>
                <w:sz w:val="16"/>
              </w:rPr>
              <w:t>74.3</w:t>
            </w:r>
          </w:p>
        </w:tc>
        <w:tc>
          <w:tcPr>
            <w:tcW w:type="dxa" w:w="7802"/>
          </w:tcPr>
          <w:p>
            <w:pPr>
              <w:spacing w:after="0"/>
              <w:jc w:val="left"/>
            </w:pPr>
            <w:r>
              <w:rPr>
                <w:sz w:val="16"/>
              </w:rPr>
              <w:t>Relatively Moderate 2, Relatively Low 16, Very Low 2</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20 of 20</w:t>
            </w:r>
          </w:p>
        </w:tc>
        <w:tc>
          <w:tcPr>
            <w:tcW w:type="dxa" w:w="1056"/>
          </w:tcPr>
          <w:p>
            <w:pPr>
              <w:spacing w:after="0"/>
              <w:jc w:val="right"/>
            </w:pPr>
            <w:r>
              <w:rPr>
                <w:sz w:val="16"/>
              </w:rPr>
              <w:t>17.6</w:t>
            </w:r>
          </w:p>
        </w:tc>
        <w:tc>
          <w:tcPr>
            <w:tcW w:type="dxa" w:w="1108"/>
          </w:tcPr>
          <w:p>
            <w:pPr>
              <w:spacing w:after="0"/>
              <w:jc w:val="right"/>
            </w:pPr>
            <w:r>
              <w:rPr>
                <w:sz w:val="16"/>
              </w:rPr>
              <w:t>55.0</w:t>
            </w:r>
          </w:p>
        </w:tc>
        <w:tc>
          <w:tcPr>
            <w:tcW w:type="dxa" w:w="1056"/>
          </w:tcPr>
          <w:p>
            <w:pPr>
              <w:spacing w:after="0"/>
              <w:jc w:val="right"/>
            </w:pPr>
            <w:r>
              <w:rPr>
                <w:sz w:val="16"/>
              </w:rPr>
              <w:t>94.5</w:t>
            </w:r>
          </w:p>
        </w:tc>
        <w:tc>
          <w:tcPr>
            <w:tcW w:type="dxa" w:w="7802"/>
          </w:tcPr>
          <w:p>
            <w:pPr>
              <w:spacing w:after="0"/>
              <w:jc w:val="left"/>
            </w:pPr>
            <w:r>
              <w:rPr>
                <w:sz w:val="16"/>
              </w:rPr>
              <w:t>Relatively High 6, Relatively Moderate 6, Relatively Low 8</w:t>
            </w:r>
          </w:p>
        </w:tc>
      </w:tr>
      <w:tr>
        <w:trPr>
          <w:cantSplit/>
        </w:trPr>
        <w:tc>
          <w:tcPr>
            <w:tcW w:type="dxa" w:w="1690"/>
          </w:tcPr>
          <w:p>
            <w:pPr>
              <w:spacing w:after="0"/>
              <w:jc w:val="left"/>
            </w:pPr>
            <w:r>
              <w:rPr>
                <w:sz w:val="16"/>
              </w:rPr>
              <w:t>Landslide</w:t>
            </w:r>
          </w:p>
        </w:tc>
        <w:tc>
          <w:tcPr>
            <w:tcW w:type="dxa" w:w="1399"/>
          </w:tcPr>
          <w:p>
            <w:pPr>
              <w:spacing w:after="0"/>
              <w:jc w:val="right"/>
            </w:pPr>
            <w:r>
              <w:rPr>
                <w:sz w:val="16"/>
              </w:rPr>
              <w:t>20 of 20</w:t>
            </w:r>
          </w:p>
        </w:tc>
        <w:tc>
          <w:tcPr>
            <w:tcW w:type="dxa" w:w="1056"/>
          </w:tcPr>
          <w:p>
            <w:pPr>
              <w:spacing w:after="0"/>
              <w:jc w:val="right"/>
            </w:pPr>
            <w:r>
              <w:rPr>
                <w:sz w:val="16"/>
              </w:rPr>
              <w:t>73.5</w:t>
            </w:r>
          </w:p>
        </w:tc>
        <w:tc>
          <w:tcPr>
            <w:tcW w:type="dxa" w:w="1108"/>
          </w:tcPr>
          <w:p>
            <w:pPr>
              <w:spacing w:after="0"/>
              <w:jc w:val="right"/>
            </w:pPr>
            <w:r>
              <w:rPr>
                <w:sz w:val="16"/>
              </w:rPr>
              <w:t>96.8</w:t>
            </w:r>
          </w:p>
        </w:tc>
        <w:tc>
          <w:tcPr>
            <w:tcW w:type="dxa" w:w="1056"/>
          </w:tcPr>
          <w:p>
            <w:pPr>
              <w:spacing w:after="0"/>
              <w:jc w:val="right"/>
            </w:pPr>
            <w:r>
              <w:rPr>
                <w:sz w:val="16"/>
              </w:rPr>
              <w:t>99.4</w:t>
            </w:r>
          </w:p>
        </w:tc>
        <w:tc>
          <w:tcPr>
            <w:tcW w:type="dxa" w:w="7802"/>
          </w:tcPr>
          <w:p>
            <w:pPr>
              <w:spacing w:after="0"/>
              <w:jc w:val="left"/>
            </w:pPr>
            <w:r>
              <w:rPr>
                <w:sz w:val="16"/>
              </w:rPr>
              <w:t>Relatively High 2, Relatively Moderate 9, Relatively Low 8,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20 of 20</w:t>
            </w:r>
          </w:p>
        </w:tc>
        <w:tc>
          <w:tcPr>
            <w:tcW w:type="dxa" w:w="1056"/>
          </w:tcPr>
          <w:p>
            <w:pPr>
              <w:spacing w:after="0"/>
              <w:jc w:val="right"/>
            </w:pPr>
            <w:r>
              <w:rPr>
                <w:sz w:val="16"/>
              </w:rPr>
              <w:t>44.4</w:t>
            </w:r>
          </w:p>
        </w:tc>
        <w:tc>
          <w:tcPr>
            <w:tcW w:type="dxa" w:w="1108"/>
          </w:tcPr>
          <w:p>
            <w:pPr>
              <w:spacing w:after="0"/>
              <w:jc w:val="right"/>
            </w:pPr>
            <w:r>
              <w:rPr>
                <w:sz w:val="16"/>
              </w:rPr>
              <w:t>79.0</w:t>
            </w:r>
          </w:p>
        </w:tc>
        <w:tc>
          <w:tcPr>
            <w:tcW w:type="dxa" w:w="1056"/>
          </w:tcPr>
          <w:p>
            <w:pPr>
              <w:spacing w:after="0"/>
              <w:jc w:val="right"/>
            </w:pPr>
            <w:r>
              <w:rPr>
                <w:sz w:val="16"/>
              </w:rPr>
              <w:t>95.3</w:t>
            </w:r>
          </w:p>
        </w:tc>
        <w:tc>
          <w:tcPr>
            <w:tcW w:type="dxa" w:w="7802"/>
          </w:tcPr>
          <w:p>
            <w:pPr>
              <w:spacing w:after="0"/>
              <w:jc w:val="left"/>
            </w:pPr>
            <w:r>
              <w:rPr>
                <w:sz w:val="16"/>
              </w:rPr>
              <w:t>Relatively High 11, Relatively Moderate 8, Relatively Low 1</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20 of 20</w:t>
            </w:r>
          </w:p>
        </w:tc>
        <w:tc>
          <w:tcPr>
            <w:tcW w:type="dxa" w:w="1056"/>
          </w:tcPr>
          <w:p>
            <w:pPr>
              <w:spacing w:after="0"/>
              <w:jc w:val="right"/>
            </w:pPr>
            <w:r>
              <w:rPr>
                <w:sz w:val="16"/>
              </w:rPr>
              <w:t>22.1</w:t>
            </w:r>
          </w:p>
        </w:tc>
        <w:tc>
          <w:tcPr>
            <w:tcW w:type="dxa" w:w="1108"/>
          </w:tcPr>
          <w:p>
            <w:pPr>
              <w:spacing w:after="0"/>
              <w:jc w:val="right"/>
            </w:pPr>
            <w:r>
              <w:rPr>
                <w:sz w:val="16"/>
              </w:rPr>
              <w:t>38.7</w:t>
            </w:r>
          </w:p>
        </w:tc>
        <w:tc>
          <w:tcPr>
            <w:tcW w:type="dxa" w:w="1056"/>
          </w:tcPr>
          <w:p>
            <w:pPr>
              <w:spacing w:after="0"/>
              <w:jc w:val="right"/>
            </w:pPr>
            <w:r>
              <w:rPr>
                <w:sz w:val="16"/>
              </w:rPr>
              <w:t>61.0</w:t>
            </w:r>
          </w:p>
        </w:tc>
        <w:tc>
          <w:tcPr>
            <w:tcW w:type="dxa" w:w="7802"/>
          </w:tcPr>
          <w:p>
            <w:pPr>
              <w:spacing w:after="0"/>
              <w:jc w:val="left"/>
            </w:pPr>
            <w:r>
              <w:rPr>
                <w:sz w:val="16"/>
              </w:rPr>
              <w:t>Relatively Moderate 2, Relatively Low 18</w:t>
            </w:r>
          </w:p>
        </w:tc>
      </w:tr>
      <w:tr>
        <w:trPr>
          <w:cantSplit/>
        </w:trPr>
        <w:tc>
          <w:tcPr>
            <w:tcW w:type="dxa" w:w="1690"/>
          </w:tcPr>
          <w:p>
            <w:pPr>
              <w:spacing w:after="0"/>
              <w:jc w:val="left"/>
            </w:pPr>
            <w:r>
              <w:rPr>
                <w:sz w:val="16"/>
              </w:rPr>
              <w:t>Tornado</w:t>
            </w:r>
          </w:p>
        </w:tc>
        <w:tc>
          <w:tcPr>
            <w:tcW w:type="dxa" w:w="1399"/>
          </w:tcPr>
          <w:p>
            <w:pPr>
              <w:spacing w:after="0"/>
              <w:jc w:val="right"/>
            </w:pPr>
            <w:r>
              <w:rPr>
                <w:sz w:val="16"/>
              </w:rPr>
              <w:t>20 of 20</w:t>
            </w:r>
          </w:p>
        </w:tc>
        <w:tc>
          <w:tcPr>
            <w:tcW w:type="dxa" w:w="1056"/>
          </w:tcPr>
          <w:p>
            <w:pPr>
              <w:spacing w:after="0"/>
              <w:jc w:val="right"/>
            </w:pPr>
            <w:r>
              <w:rPr>
                <w:sz w:val="16"/>
              </w:rPr>
              <w:t>5.6</w:t>
            </w:r>
          </w:p>
        </w:tc>
        <w:tc>
          <w:tcPr>
            <w:tcW w:type="dxa" w:w="1108"/>
          </w:tcPr>
          <w:p>
            <w:pPr>
              <w:spacing w:after="0"/>
              <w:jc w:val="right"/>
            </w:pPr>
            <w:r>
              <w:rPr>
                <w:sz w:val="16"/>
              </w:rPr>
              <w:t>15.4</w:t>
            </w:r>
          </w:p>
        </w:tc>
        <w:tc>
          <w:tcPr>
            <w:tcW w:type="dxa" w:w="1056"/>
          </w:tcPr>
          <w:p>
            <w:pPr>
              <w:spacing w:after="0"/>
              <w:jc w:val="right"/>
            </w:pPr>
            <w:r>
              <w:rPr>
                <w:sz w:val="16"/>
              </w:rPr>
              <w:t>26.4</w:t>
            </w:r>
          </w:p>
        </w:tc>
        <w:tc>
          <w:tcPr>
            <w:tcW w:type="dxa" w:w="7802"/>
          </w:tcPr>
          <w:p>
            <w:pPr>
              <w:spacing w:after="0"/>
              <w:jc w:val="left"/>
            </w:pPr>
            <w:r>
              <w:rPr>
                <w:sz w:val="16"/>
              </w:rPr>
              <w:t>Very Low 20</w:t>
            </w:r>
          </w:p>
        </w:tc>
      </w:tr>
      <w:tr>
        <w:trPr>
          <w:cantSplit/>
        </w:trPr>
        <w:tc>
          <w:tcPr>
            <w:tcW w:type="dxa" w:w="1690"/>
          </w:tcPr>
          <w:p>
            <w:pPr>
              <w:spacing w:after="0"/>
              <w:jc w:val="left"/>
            </w:pPr>
            <w:r>
              <w:rPr>
                <w:sz w:val="16"/>
              </w:rPr>
              <w:t>Wildfire</w:t>
            </w:r>
          </w:p>
        </w:tc>
        <w:tc>
          <w:tcPr>
            <w:tcW w:type="dxa" w:w="1399"/>
          </w:tcPr>
          <w:p>
            <w:pPr>
              <w:spacing w:after="0"/>
              <w:jc w:val="right"/>
            </w:pPr>
            <w:r>
              <w:rPr>
                <w:sz w:val="16"/>
              </w:rPr>
              <w:t>20 of 20</w:t>
            </w:r>
          </w:p>
        </w:tc>
        <w:tc>
          <w:tcPr>
            <w:tcW w:type="dxa" w:w="1056"/>
          </w:tcPr>
          <w:p>
            <w:pPr>
              <w:spacing w:after="0"/>
              <w:jc w:val="right"/>
            </w:pPr>
            <w:r>
              <w:rPr>
                <w:sz w:val="16"/>
              </w:rPr>
              <w:t>32.3</w:t>
            </w:r>
          </w:p>
        </w:tc>
        <w:tc>
          <w:tcPr>
            <w:tcW w:type="dxa" w:w="1108"/>
          </w:tcPr>
          <w:p>
            <w:pPr>
              <w:spacing w:after="0"/>
              <w:jc w:val="right"/>
            </w:pPr>
            <w:r>
              <w:rPr>
                <w:sz w:val="16"/>
              </w:rPr>
              <w:t>55.5</w:t>
            </w:r>
          </w:p>
        </w:tc>
        <w:tc>
          <w:tcPr>
            <w:tcW w:type="dxa" w:w="1056"/>
          </w:tcPr>
          <w:p>
            <w:pPr>
              <w:spacing w:after="0"/>
              <w:jc w:val="right"/>
            </w:pPr>
            <w:r>
              <w:rPr>
                <w:sz w:val="16"/>
              </w:rPr>
              <w:t>68.5</w:t>
            </w:r>
          </w:p>
        </w:tc>
        <w:tc>
          <w:tcPr>
            <w:tcW w:type="dxa" w:w="7802"/>
          </w:tcPr>
          <w:p>
            <w:pPr>
              <w:spacing w:after="0"/>
              <w:jc w:val="left"/>
            </w:pPr>
            <w:r>
              <w:rPr>
                <w:sz w:val="16"/>
              </w:rPr>
              <w:t>Very Low 20</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20 of 20</w:t>
            </w:r>
          </w:p>
        </w:tc>
        <w:tc>
          <w:tcPr>
            <w:tcW w:type="dxa" w:w="1056"/>
          </w:tcPr>
          <w:p>
            <w:pPr>
              <w:spacing w:after="0"/>
              <w:jc w:val="right"/>
            </w:pPr>
            <w:r>
              <w:rPr>
                <w:sz w:val="16"/>
              </w:rPr>
              <w:t>62.4</w:t>
            </w:r>
          </w:p>
        </w:tc>
        <w:tc>
          <w:tcPr>
            <w:tcW w:type="dxa" w:w="1108"/>
          </w:tcPr>
          <w:p>
            <w:pPr>
              <w:spacing w:after="0"/>
              <w:jc w:val="right"/>
            </w:pPr>
            <w:r>
              <w:rPr>
                <w:sz w:val="16"/>
              </w:rPr>
              <w:t>83.9</w:t>
            </w:r>
          </w:p>
        </w:tc>
        <w:tc>
          <w:tcPr>
            <w:tcW w:type="dxa" w:w="1056"/>
          </w:tcPr>
          <w:p>
            <w:pPr>
              <w:spacing w:after="0"/>
              <w:jc w:val="right"/>
            </w:pPr>
            <w:r>
              <w:rPr>
                <w:sz w:val="16"/>
              </w:rPr>
              <w:t>95.4</w:t>
            </w:r>
          </w:p>
        </w:tc>
        <w:tc>
          <w:tcPr>
            <w:tcW w:type="dxa" w:w="7802"/>
          </w:tcPr>
          <w:p>
            <w:pPr>
              <w:spacing w:after="0"/>
              <w:jc w:val="left"/>
            </w:pPr>
            <w:r>
              <w:rPr>
                <w:sz w:val="16"/>
              </w:rPr>
              <w:t>Relatively High 15, Relatively Moderate 5</w:t>
            </w:r>
          </w:p>
        </w:tc>
      </w:tr>
    </w:tbl>
    <w:p>
      <w:pPr>
        <w:spacing w:after="40" w:before="60"/>
      </w:pPr>
      <w:r>
        <w:rPr>
          <w:sz w:val="15"/>
        </w:rPr>
        <w:t>Washington County's 20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0"/>
        <w:gridCol w:w="799"/>
        <w:gridCol w:w="3262"/>
        <w:gridCol w:w="2711"/>
        <w:gridCol w:w="2689"/>
        <w:gridCol w:w="2931"/>
      </w:tblGrid>
      <w:tr>
        <w:trPr>
          <w:cantSplit/>
          <w:tblHeader/>
        </w:trPr>
        <w:tc>
          <w:tcPr>
            <w:tcW w:type="dxa" w:w="1720"/>
            <w:shd w:val="clear" w:color="auto" w:fill="E8E8E8"/>
          </w:tcPr>
          <w:p>
            <w:pPr>
              <w:spacing w:after="0"/>
              <w:jc w:val="left"/>
            </w:pPr>
            <w:r>
              <w:rPr>
                <w:b/>
                <w:sz w:val="16"/>
              </w:rPr>
              <w:t>Jurisdiction</w:t>
            </w:r>
          </w:p>
        </w:tc>
        <w:tc>
          <w:tcPr>
            <w:tcW w:type="dxa" w:w="799"/>
            <w:shd w:val="clear" w:color="auto" w:fill="E8E8E8"/>
          </w:tcPr>
          <w:p>
            <w:pPr>
              <w:spacing w:after="0"/>
              <w:jc w:val="left"/>
            </w:pPr>
            <w:r>
              <w:rPr>
                <w:b/>
                <w:sz w:val="16"/>
              </w:rPr>
              <w:t>Type</w:t>
            </w:r>
          </w:p>
        </w:tc>
        <w:tc>
          <w:tcPr>
            <w:tcW w:type="dxa" w:w="3262"/>
            <w:shd w:val="clear" w:color="auto" w:fill="E8E8E8"/>
          </w:tcPr>
          <w:p>
            <w:pPr>
              <w:spacing w:after="0"/>
              <w:jc w:val="left"/>
            </w:pPr>
            <w:r>
              <w:rPr>
                <w:b/>
                <w:sz w:val="16"/>
              </w:rPr>
              <w:t>Plan status</w:t>
            </w:r>
          </w:p>
        </w:tc>
        <w:tc>
          <w:tcPr>
            <w:tcW w:type="dxa" w:w="27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3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20"/>
          </w:tcPr>
          <w:p>
            <w:pPr>
              <w:spacing w:after="0"/>
              <w:jc w:val="left"/>
            </w:pPr>
            <w:r>
              <w:rPr>
                <w:sz w:val="16"/>
              </w:rPr>
              <w:t>Waterbury town</w:t>
            </w:r>
          </w:p>
        </w:tc>
        <w:tc>
          <w:tcPr>
            <w:tcW w:type="dxa" w:w="799"/>
          </w:tcPr>
          <w:p>
            <w:pPr>
              <w:spacing w:after="0"/>
              <w:jc w:val="left"/>
            </w:pPr>
            <w:r>
              <w:rPr>
                <w:sz w:val="16"/>
              </w:rPr>
              <w:t>Town</w:t>
            </w:r>
          </w:p>
        </w:tc>
        <w:tc>
          <w:tcPr>
            <w:tcW w:type="dxa" w:w="3262"/>
          </w:tcPr>
          <w:p>
            <w:pPr>
              <w:spacing w:after="0"/>
              <w:jc w:val="left"/>
            </w:pPr>
            <w:r>
              <w:rPr>
                <w:sz w:val="16"/>
              </w:rPr>
              <w:t>Approved, expires 2029-12-03</w:t>
            </w:r>
          </w:p>
        </w:tc>
        <w:tc>
          <w:tcPr>
            <w:tcW w:type="dxa" w:w="2711"/>
          </w:tcPr>
          <w:p>
            <w:pPr>
              <w:spacing w:after="0"/>
              <w:jc w:val="right"/>
            </w:pPr>
            <w:r>
              <w:rPr>
                <w:sz w:val="16"/>
              </w:rPr>
              <w:t>FMA RL 2, SRL 5; any 12</w:t>
            </w:r>
          </w:p>
        </w:tc>
        <w:tc>
          <w:tcPr>
            <w:tcW w:type="dxa" w:w="2689"/>
          </w:tcPr>
          <w:p>
            <w:pPr>
              <w:spacing w:after="0"/>
              <w:jc w:val="right"/>
            </w:pPr>
            <w:r>
              <w:rPr>
                <w:sz w:val="16"/>
              </w:rPr>
              <w:t>$1,349,996.58</w:t>
            </w:r>
          </w:p>
        </w:tc>
        <w:tc>
          <w:tcPr>
            <w:tcW w:type="dxa" w:w="2931"/>
          </w:tcPr>
          <w:p>
            <w:pPr>
              <w:spacing w:after="0"/>
              <w:jc w:val="right"/>
            </w:pPr>
            <w:r>
              <w:rPr>
                <w:sz w:val="16"/>
              </w:rPr>
              <w:t>9 total; 0 since its plan</w:t>
            </w:r>
          </w:p>
        </w:tc>
      </w:tr>
    </w:tbl>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Inherited from Washington County, county-level (county FIPS 50023); scope: NRI exposure and expected annual loss; since-plan figures use the town's own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(Washington County, county-level)</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ashington County, county-level)"/>
        <w:tblDescription w:val="Hazard Plain table b2ab"/>
      </w:tblPr>
      <w:tblGrid>
        <w:gridCol w:w="1037"/>
        <w:gridCol w:w="1483"/>
        <w:gridCol w:w="1130"/>
        <w:gridCol w:w="1040"/>
        <w:gridCol w:w="1126"/>
        <w:gridCol w:w="1126"/>
        <w:gridCol w:w="1087"/>
        <w:gridCol w:w="1037"/>
        <w:gridCol w:w="1155"/>
        <w:gridCol w:w="1066"/>
        <w:gridCol w:w="1066"/>
        <w:gridCol w:w="175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2024-12-04</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5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0"/>
          </w:tcPr>
          <w:p>
            <w:pPr>
              <w:spacing w:after="0"/>
              <w:jc w:val="right"/>
            </w:pPr>
            <w:r>
              <w:rPr>
                <w:sz w:val="16"/>
              </w:rPr>
              <w:t>n/a</w:t>
            </w:r>
          </w:p>
        </w:tc>
        <w:tc>
          <w:tcPr>
            <w:tcW w:type="dxa" w:w="1040"/>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087"/>
          </w:tcPr>
          <w:p>
            <w:pPr>
              <w:spacing w:after="0"/>
              <w:jc w:val="right"/>
            </w:pPr>
            <w:r>
              <w:rPr>
                <w:sz w:val="16"/>
              </w:rPr>
              <w:t>$537</w:t>
            </w:r>
          </w:p>
        </w:tc>
        <w:tc>
          <w:tcPr>
            <w:tcW w:type="dxa" w:w="1037"/>
          </w:tcPr>
          <w:p>
            <w:pPr>
              <w:spacing w:after="0"/>
              <w:jc w:val="right"/>
            </w:pP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$14,489,142,091</w:t>
            </w:r>
          </w:p>
        </w:tc>
        <w:tc>
          <w:tcPr>
            <w:tcW w:type="dxa" w:w="1130"/>
          </w:tcPr>
          <w:p>
            <w:pPr>
              <w:spacing w:after="0"/>
              <w:jc w:val="right"/>
            </w:pPr>
            <w:r>
              <w:rPr>
                <w:sz w:val="16"/>
              </w:rPr>
              <w:t>$39,567,442</w:t>
            </w:r>
          </w:p>
        </w:tc>
        <w:tc>
          <w:tcPr>
            <w:tcW w:type="dxa" w:w="1040"/>
          </w:tcPr>
          <w:p>
            <w:pPr>
              <w:spacing w:after="0"/>
              <w:jc w:val="right"/>
            </w:pPr>
            <w:r>
              <w:rPr>
                <w:sz w:val="16"/>
              </w:rPr>
              <w:t>59,777</w:t>
            </w:r>
          </w:p>
        </w:tc>
        <w:tc>
          <w:tcPr>
            <w:tcW w:type="dxa" w:w="1126"/>
          </w:tcPr>
          <w:p>
            <w:pPr>
              <w:spacing w:after="0"/>
              <w:jc w:val="right"/>
            </w:pPr>
            <w:r>
              <w:rPr>
                <w:sz w:val="16"/>
              </w:rPr>
              <w:t>$385</w:t>
            </w:r>
          </w:p>
        </w:tc>
        <w:tc>
          <w:tcPr>
            <w:tcW w:type="dxa" w:w="1126"/>
          </w:tcPr>
          <w:p>
            <w:pPr>
              <w:spacing w:after="0"/>
              <w:jc w:val="right"/>
            </w:pPr>
            <w:r>
              <w:rPr>
                <w:sz w:val="16"/>
              </w:rPr>
              <w:t>$15,338</w:t>
            </w:r>
          </w:p>
        </w:tc>
        <w:tc>
          <w:tcPr>
            <w:tcW w:type="dxa" w:w="1087"/>
          </w:tcPr>
          <w:p>
            <w:pPr>
              <w:spacing w:after="0"/>
              <w:jc w:val="right"/>
            </w:pPr>
            <w:r>
              <w:rPr>
                <w:sz w:val="16"/>
              </w:rPr>
              <w:t>$1,004,489</w:t>
            </w:r>
          </w:p>
        </w:tc>
        <w:tc>
          <w:tcPr>
            <w:tcW w:type="dxa" w:w="1037"/>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$0</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87"/>
          </w:tcPr>
          <w:p>
            <w:pPr>
              <w:spacing w:after="0"/>
              <w:jc w:val="right"/>
            </w:pPr>
            <w:r>
              <w:rPr>
                <w:sz w:val="16"/>
              </w:rPr>
              <w:t>n/a</w:t>
            </w:r>
          </w:p>
        </w:tc>
        <w:tc>
          <w:tcPr>
            <w:tcW w:type="dxa" w:w="1037"/>
          </w:tcPr>
          <w:p>
            <w:pPr>
              <w:spacing w:after="0"/>
              <w:jc w:val="right"/>
            </w:pP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$25,275,543,458</w:t>
            </w:r>
          </w:p>
        </w:tc>
        <w:tc>
          <w:tcPr>
            <w:tcW w:type="dxa" w:w="1130"/>
          </w:tcPr>
          <w:p>
            <w:pPr>
              <w:spacing w:after="0"/>
              <w:jc w:val="right"/>
            </w:pPr>
            <w:r>
              <w:rPr>
                <w:sz w:val="16"/>
              </w:rPr>
              <w:t>n/a</w:t>
            </w:r>
          </w:p>
        </w:tc>
        <w:tc>
          <w:tcPr>
            <w:tcW w:type="dxa" w:w="1040"/>
          </w:tcPr>
          <w:p>
            <w:pPr>
              <w:spacing w:after="0"/>
              <w:jc w:val="right"/>
            </w:pPr>
            <w:r>
              <w:rPr>
                <w:sz w:val="16"/>
              </w:rPr>
              <w:t>59,807</w:t>
            </w:r>
          </w:p>
        </w:tc>
        <w:tc>
          <w:tcPr>
            <w:tcW w:type="dxa" w:w="1126"/>
          </w:tcPr>
          <w:p>
            <w:pPr>
              <w:spacing w:after="0"/>
              <w:jc w:val="right"/>
            </w:pPr>
            <w:r>
              <w:rPr>
                <w:sz w:val="16"/>
              </w:rPr>
              <w:t>$343,022</w:t>
            </w:r>
          </w:p>
        </w:tc>
        <w:tc>
          <w:tcPr>
            <w:tcW w:type="dxa" w:w="1126"/>
          </w:tcPr>
          <w:p>
            <w:pPr>
              <w:spacing w:after="0"/>
              <w:jc w:val="right"/>
            </w:pPr>
            <w:r>
              <w:rPr>
                <w:sz w:val="16"/>
              </w:rPr>
              <w:t>n/a</w:t>
            </w:r>
          </w:p>
        </w:tc>
        <w:tc>
          <w:tcPr>
            <w:tcW w:type="dxa" w:w="1087"/>
          </w:tcPr>
          <w:p>
            <w:pPr>
              <w:spacing w:after="0"/>
              <w:jc w:val="right"/>
            </w:pPr>
            <w:r>
              <w:rPr>
                <w:sz w:val="16"/>
              </w:rPr>
              <w:t>$60,884</w:t>
            </w:r>
          </w:p>
        </w:tc>
        <w:tc>
          <w:tcPr>
            <w:tcW w:type="dxa" w:w="1037"/>
          </w:tcPr>
          <w:p>
            <w:pPr>
              <w:spacing w:after="0"/>
              <w:jc w:val="right"/>
            </w:pPr>
            <w:r>
              <w:rPr>
                <w:sz w:val="16"/>
              </w:rPr>
              <w:t>0.00136%</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$14,489,142,091</w:t>
            </w:r>
          </w:p>
        </w:tc>
        <w:tc>
          <w:tcPr>
            <w:tcW w:type="dxa" w:w="1130"/>
          </w:tcPr>
          <w:p>
            <w:pPr>
              <w:spacing w:after="0"/>
              <w:jc w:val="right"/>
            </w:pPr>
            <w:r>
              <w:rPr>
                <w:sz w:val="16"/>
              </w:rPr>
              <w:t>$39,567,442</w:t>
            </w:r>
          </w:p>
        </w:tc>
        <w:tc>
          <w:tcPr>
            <w:tcW w:type="dxa" w:w="1040"/>
          </w:tcPr>
          <w:p>
            <w:pPr>
              <w:spacing w:after="0"/>
              <w:jc w:val="right"/>
            </w:pPr>
            <w:r>
              <w:rPr>
                <w:sz w:val="16"/>
              </w:rPr>
              <w:t>59,777</w:t>
            </w:r>
          </w:p>
        </w:tc>
        <w:tc>
          <w:tcPr>
            <w:tcW w:type="dxa" w:w="1126"/>
          </w:tcPr>
          <w:p>
            <w:pPr>
              <w:spacing w:after="0"/>
              <w:jc w:val="right"/>
            </w:pPr>
            <w:r>
              <w:rPr>
                <w:sz w:val="16"/>
              </w:rPr>
              <w:t>$5,254</w:t>
            </w:r>
          </w:p>
        </w:tc>
        <w:tc>
          <w:tcPr>
            <w:tcW w:type="dxa" w:w="1126"/>
          </w:tcPr>
          <w:p>
            <w:pPr>
              <w:spacing w:after="0"/>
              <w:jc w:val="right"/>
            </w:pPr>
            <w:r>
              <w:rPr>
                <w:sz w:val="16"/>
              </w:rPr>
              <w:t>$4,238</w:t>
            </w:r>
          </w:p>
        </w:tc>
        <w:tc>
          <w:tcPr>
            <w:tcW w:type="dxa" w:w="1087"/>
          </w:tcPr>
          <w:p>
            <w:pPr>
              <w:spacing w:after="0"/>
              <w:jc w:val="right"/>
            </w:pPr>
            <w:r>
              <w:rPr>
                <w:sz w:val="16"/>
              </w:rPr>
              <w:t>$39,889</w:t>
            </w:r>
          </w:p>
        </w:tc>
        <w:tc>
          <w:tcPr>
            <w:tcW w:type="dxa" w:w="1037"/>
          </w:tcPr>
          <w:p>
            <w:pPr>
              <w:spacing w:after="0"/>
              <w:jc w:val="right"/>
            </w:pPr>
            <w:r>
              <w:rPr>
                <w:sz w:val="16"/>
              </w:rPr>
              <w:t>under 0.0001%</w:t>
            </w:r>
          </w:p>
        </w:tc>
        <w:tc>
          <w:tcPr>
            <w:tcW w:type="dxa" w:w="1155"/>
          </w:tcPr>
          <w:p>
            <w:pPr>
              <w:spacing w:after="0"/>
              <w:jc w:val="right"/>
            </w:pPr>
            <w:r>
              <w:rPr>
                <w:sz w:val="16"/>
              </w:rPr>
              <w:t>$0</w:t>
            </w: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$14,489,142,091</w:t>
            </w:r>
          </w:p>
        </w:tc>
        <w:tc>
          <w:tcPr>
            <w:tcW w:type="dxa" w:w="1130"/>
          </w:tcPr>
          <w:p>
            <w:pPr>
              <w:spacing w:after="0"/>
              <w:jc w:val="right"/>
            </w:pPr>
            <w:r>
              <w:rPr>
                <w:sz w:val="16"/>
              </w:rPr>
              <w:t>$39,567,442</w:t>
            </w:r>
          </w:p>
        </w:tc>
        <w:tc>
          <w:tcPr>
            <w:tcW w:type="dxa" w:w="1040"/>
          </w:tcPr>
          <w:p>
            <w:pPr>
              <w:spacing w:after="0"/>
              <w:jc w:val="right"/>
            </w:pPr>
            <w:r>
              <w:rPr>
                <w:sz w:val="16"/>
              </w:rPr>
              <w:t>59,777</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087"/>
          </w:tcPr>
          <w:p>
            <w:pPr>
              <w:spacing w:after="0"/>
              <w:jc w:val="right"/>
            </w:pPr>
            <w:r>
              <w:rPr>
                <w:sz w:val="16"/>
              </w:rPr>
              <w:t>$586,578</w:t>
            </w:r>
          </w:p>
        </w:tc>
        <w:tc>
          <w:tcPr>
            <w:tcW w:type="dxa" w:w="1037"/>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$14,383,850,127</w:t>
            </w:r>
          </w:p>
        </w:tc>
        <w:tc>
          <w:tcPr>
            <w:tcW w:type="dxa" w:w="1130"/>
          </w:tcPr>
          <w:p>
            <w:pPr>
              <w:spacing w:after="0"/>
              <w:jc w:val="right"/>
            </w:pPr>
            <w:r>
              <w:rPr>
                <w:sz w:val="16"/>
              </w:rPr>
              <w:t>$39,317,280</w:t>
            </w:r>
          </w:p>
        </w:tc>
        <w:tc>
          <w:tcPr>
            <w:tcW w:type="dxa" w:w="1040"/>
          </w:tcPr>
          <w:p>
            <w:pPr>
              <w:spacing w:after="0"/>
              <w:jc w:val="right"/>
            </w:pPr>
            <w:r>
              <w:rPr>
                <w:sz w:val="16"/>
              </w:rPr>
              <w:t>59,403</w:t>
            </w:r>
          </w:p>
        </w:tc>
        <w:tc>
          <w:tcPr>
            <w:tcW w:type="dxa" w:w="1126"/>
          </w:tcPr>
          <w:p>
            <w:pPr>
              <w:spacing w:after="0"/>
              <w:jc w:val="right"/>
            </w:pPr>
            <w:r>
              <w:rPr>
                <w:sz w:val="16"/>
              </w:rPr>
              <w:t>$536,131</w:t>
            </w:r>
          </w:p>
        </w:tc>
        <w:tc>
          <w:tcPr>
            <w:tcW w:type="dxa" w:w="1126"/>
          </w:tcPr>
          <w:p>
            <w:pPr>
              <w:spacing w:after="0"/>
              <w:jc w:val="right"/>
            </w:pPr>
            <w:r>
              <w:rPr>
                <w:sz w:val="16"/>
              </w:rPr>
              <w:t>$40,851</w:t>
            </w:r>
          </w:p>
        </w:tc>
        <w:tc>
          <w:tcPr>
            <w:tcW w:type="dxa" w:w="1087"/>
          </w:tcPr>
          <w:p>
            <w:pPr>
              <w:spacing w:after="0"/>
              <w:jc w:val="right"/>
            </w:pPr>
            <w:r>
              <w:rPr>
                <w:sz w:val="16"/>
              </w:rPr>
              <w:t>$24,340</w:t>
            </w:r>
          </w:p>
        </w:tc>
        <w:tc>
          <w:tcPr>
            <w:tcW w:type="dxa" w:w="1037"/>
          </w:tcPr>
          <w:p>
            <w:pPr>
              <w:spacing w:after="0"/>
              <w:jc w:val="right"/>
            </w:pPr>
            <w:r>
              <w:rPr>
                <w:sz w:val="16"/>
              </w:rPr>
              <w:t>0.00373%</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$14,489,142,091</w:t>
            </w:r>
          </w:p>
        </w:tc>
        <w:tc>
          <w:tcPr>
            <w:tcW w:type="dxa" w:w="1130"/>
          </w:tcPr>
          <w:p>
            <w:pPr>
              <w:spacing w:after="0"/>
              <w:jc w:val="right"/>
            </w:pPr>
            <w:r>
              <w:rPr>
                <w:sz w:val="16"/>
              </w:rPr>
              <w:t>n/a</w:t>
            </w:r>
          </w:p>
        </w:tc>
        <w:tc>
          <w:tcPr>
            <w:tcW w:type="dxa" w:w="1040"/>
          </w:tcPr>
          <w:p>
            <w:pPr>
              <w:spacing w:after="0"/>
              <w:jc w:val="right"/>
            </w:pPr>
            <w:r>
              <w:rPr>
                <w:sz w:val="16"/>
              </w:rPr>
              <w:t>59,777</w:t>
            </w:r>
          </w:p>
        </w:tc>
        <w:tc>
          <w:tcPr>
            <w:tcW w:type="dxa" w:w="1126"/>
          </w:tcPr>
          <w:p>
            <w:pPr>
              <w:spacing w:after="0"/>
              <w:jc w:val="right"/>
            </w:pPr>
            <w:r>
              <w:rPr>
                <w:sz w:val="16"/>
              </w:rPr>
              <w:t>$101,712</w:t>
            </w:r>
          </w:p>
        </w:tc>
        <w:tc>
          <w:tcPr>
            <w:tcW w:type="dxa" w:w="1126"/>
          </w:tcPr>
          <w:p>
            <w:pPr>
              <w:spacing w:after="0"/>
              <w:jc w:val="right"/>
            </w:pPr>
            <w:r>
              <w:rPr>
                <w:sz w:val="16"/>
              </w:rPr>
              <w:t>n/a</w:t>
            </w:r>
          </w:p>
        </w:tc>
        <w:tc>
          <w:tcPr>
            <w:tcW w:type="dxa" w:w="1087"/>
          </w:tcPr>
          <w:p>
            <w:pPr>
              <w:spacing w:after="0"/>
              <w:jc w:val="right"/>
            </w:pPr>
            <w:r>
              <w:rPr>
                <w:sz w:val="16"/>
              </w:rPr>
              <w:t>$12,305</w:t>
            </w:r>
          </w:p>
        </w:tc>
        <w:tc>
          <w:tcPr>
            <w:tcW w:type="dxa" w:w="1037"/>
          </w:tcPr>
          <w:p>
            <w:pPr>
              <w:spacing w:after="0"/>
              <w:jc w:val="right"/>
            </w:pPr>
            <w:r>
              <w:rPr>
                <w:sz w:val="16"/>
              </w:rPr>
              <w:t>0.000702%</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$14,417,227,305</w:t>
            </w:r>
          </w:p>
        </w:tc>
        <w:tc>
          <w:tcPr>
            <w:tcW w:type="dxa" w:w="1130"/>
          </w:tcPr>
          <w:p>
            <w:pPr>
              <w:spacing w:after="0"/>
              <w:jc w:val="right"/>
            </w:pPr>
            <w:r>
              <w:rPr>
                <w:sz w:val="16"/>
              </w:rPr>
              <w:t>$4,708,714</w:t>
            </w:r>
          </w:p>
        </w:tc>
        <w:tc>
          <w:tcPr>
            <w:tcW w:type="dxa" w:w="1040"/>
          </w:tcPr>
          <w:p>
            <w:pPr>
              <w:spacing w:after="0"/>
              <w:jc w:val="right"/>
            </w:pPr>
            <w:r>
              <w:rPr>
                <w:sz w:val="16"/>
              </w:rPr>
              <w:t>3,818</w:t>
            </w:r>
          </w:p>
        </w:tc>
        <w:tc>
          <w:tcPr>
            <w:tcW w:type="dxa" w:w="1126"/>
          </w:tcPr>
          <w:p>
            <w:pPr>
              <w:spacing w:after="0"/>
              <w:jc w:val="right"/>
            </w:pPr>
            <w:r>
              <w:rPr>
                <w:sz w:val="16"/>
              </w:rPr>
              <w:t>$17,072,085</w:t>
            </w:r>
          </w:p>
        </w:tc>
        <w:tc>
          <w:tcPr>
            <w:tcW w:type="dxa" w:w="1126"/>
          </w:tcPr>
          <w:p>
            <w:pPr>
              <w:spacing w:after="0"/>
              <w:jc w:val="right"/>
            </w:pPr>
            <w:r>
              <w:rPr>
                <w:sz w:val="16"/>
              </w:rPr>
              <w:t>$81,512</w:t>
            </w:r>
          </w:p>
        </w:tc>
        <w:tc>
          <w:tcPr>
            <w:tcW w:type="dxa" w:w="1087"/>
          </w:tcPr>
          <w:p>
            <w:pPr>
              <w:spacing w:after="0"/>
              <w:jc w:val="right"/>
            </w:pPr>
            <w:r>
              <w:rPr>
                <w:sz w:val="16"/>
              </w:rPr>
              <w:t>$477,764</w:t>
            </w:r>
          </w:p>
        </w:tc>
        <w:tc>
          <w:tcPr>
            <w:tcW w:type="dxa" w:w="1037"/>
          </w:tcPr>
          <w:p>
            <w:pPr>
              <w:spacing w:after="0"/>
              <w:jc w:val="right"/>
            </w:pPr>
            <w:r>
              <w:rPr>
                <w:sz w:val="16"/>
              </w:rPr>
              <w:t>n/a (see note)</w:t>
            </w:r>
          </w:p>
        </w:tc>
        <w:tc>
          <w:tcPr>
            <w:tcW w:type="dxa" w:w="1155"/>
          </w:tcPr>
          <w:p>
            <w:pPr>
              <w:spacing w:after="0"/>
              <w:jc w:val="right"/>
            </w:pPr>
            <w:r>
              <w:rPr>
                <w:sz w:val="16"/>
              </w:rPr>
              <w:t>$325,000</w:t>
            </w:r>
          </w:p>
        </w:tc>
        <w:tc>
          <w:tcPr>
            <w:tcW w:type="dxa" w:w="1066"/>
          </w:tcPr>
          <w:p>
            <w:pPr>
              <w:spacing w:after="0"/>
              <w:jc w:val="right"/>
            </w:pPr>
          </w:p>
        </w:tc>
        <w:tc>
          <w:tcPr>
            <w:tcW w:type="dxa" w:w="1066"/>
          </w:tcPr>
          <w:p>
            <w:pPr>
              <w:spacing w:after="0"/>
              <w:jc w:val="right"/>
            </w:pPr>
          </w:p>
        </w:tc>
        <w:tc>
          <w:tcPr>
            <w:tcW w:type="dxa" w:w="175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$1,425,563,349</w:t>
            </w:r>
          </w:p>
        </w:tc>
        <w:tc>
          <w:tcPr>
            <w:tcW w:type="dxa" w:w="1130"/>
          </w:tcPr>
          <w:p>
            <w:pPr>
              <w:spacing w:after="0"/>
              <w:jc w:val="right"/>
            </w:pPr>
            <w:r>
              <w:rPr>
                <w:sz w:val="16"/>
              </w:rPr>
              <w:t>n/a</w:t>
            </w:r>
          </w:p>
        </w:tc>
        <w:tc>
          <w:tcPr>
            <w:tcW w:type="dxa" w:w="1040"/>
          </w:tcPr>
          <w:p>
            <w:pPr>
              <w:spacing w:after="0"/>
              <w:jc w:val="right"/>
            </w:pPr>
            <w:r>
              <w:rPr>
                <w:sz w:val="16"/>
              </w:rPr>
              <w:t>6,160</w:t>
            </w:r>
          </w:p>
        </w:tc>
        <w:tc>
          <w:tcPr>
            <w:tcW w:type="dxa" w:w="1126"/>
          </w:tcPr>
          <w:p>
            <w:pPr>
              <w:spacing w:after="0"/>
              <w:jc w:val="right"/>
            </w:pPr>
            <w:r>
              <w:rPr>
                <w:sz w:val="16"/>
              </w:rPr>
              <w:t>$23,839</w:t>
            </w:r>
          </w:p>
        </w:tc>
        <w:tc>
          <w:tcPr>
            <w:tcW w:type="dxa" w:w="1126"/>
          </w:tcPr>
          <w:p>
            <w:pPr>
              <w:spacing w:after="0"/>
              <w:jc w:val="right"/>
            </w:pPr>
            <w:r>
              <w:rPr>
                <w:sz w:val="16"/>
              </w:rPr>
              <w:t>n/a</w:t>
            </w:r>
          </w:p>
        </w:tc>
        <w:tc>
          <w:tcPr>
            <w:tcW w:type="dxa" w:w="1087"/>
          </w:tcPr>
          <w:p>
            <w:pPr>
              <w:spacing w:after="0"/>
              <w:jc w:val="right"/>
            </w:pPr>
            <w:r>
              <w:rPr>
                <w:sz w:val="16"/>
              </w:rPr>
              <w:t>$342,500</w:t>
            </w:r>
          </w:p>
        </w:tc>
        <w:tc>
          <w:tcPr>
            <w:tcW w:type="dxa" w:w="1037"/>
          </w:tcPr>
          <w:p>
            <w:pPr>
              <w:spacing w:after="0"/>
              <w:jc w:val="right"/>
            </w:pPr>
            <w:r>
              <w:rPr>
                <w:sz w:val="16"/>
              </w:rPr>
              <w:t>0.00167%</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$14,489,142,091</w:t>
            </w:r>
          </w:p>
        </w:tc>
        <w:tc>
          <w:tcPr>
            <w:tcW w:type="dxa" w:w="1130"/>
          </w:tcPr>
          <w:p>
            <w:pPr>
              <w:spacing w:after="0"/>
              <w:jc w:val="right"/>
            </w:pPr>
            <w:r>
              <w:rPr>
                <w:sz w:val="16"/>
              </w:rPr>
              <w:t>n/a</w:t>
            </w:r>
          </w:p>
        </w:tc>
        <w:tc>
          <w:tcPr>
            <w:tcW w:type="dxa" w:w="1040"/>
          </w:tcPr>
          <w:p>
            <w:pPr>
              <w:spacing w:after="0"/>
              <w:jc w:val="right"/>
            </w:pPr>
            <w:r>
              <w:rPr>
                <w:sz w:val="16"/>
              </w:rPr>
              <w:t>59,777</w:t>
            </w:r>
          </w:p>
        </w:tc>
        <w:tc>
          <w:tcPr>
            <w:tcW w:type="dxa" w:w="1126"/>
          </w:tcPr>
          <w:p>
            <w:pPr>
              <w:spacing w:after="0"/>
              <w:jc w:val="right"/>
            </w:pPr>
            <w:r>
              <w:rPr>
                <w:sz w:val="16"/>
              </w:rPr>
              <w:t>$43,545</w:t>
            </w:r>
          </w:p>
        </w:tc>
        <w:tc>
          <w:tcPr>
            <w:tcW w:type="dxa" w:w="1126"/>
          </w:tcPr>
          <w:p>
            <w:pPr>
              <w:spacing w:after="0"/>
              <w:jc w:val="right"/>
            </w:pPr>
            <w:r>
              <w:rPr>
                <w:sz w:val="16"/>
              </w:rPr>
              <w:t>n/a</w:t>
            </w:r>
          </w:p>
        </w:tc>
        <w:tc>
          <w:tcPr>
            <w:tcW w:type="dxa" w:w="1087"/>
          </w:tcPr>
          <w:p>
            <w:pPr>
              <w:spacing w:after="0"/>
              <w:jc w:val="right"/>
            </w:pPr>
            <w:r>
              <w:rPr>
                <w:sz w:val="16"/>
              </w:rPr>
              <w:t>$636,071</w:t>
            </w:r>
          </w:p>
        </w:tc>
        <w:tc>
          <w:tcPr>
            <w:tcW w:type="dxa" w:w="1037"/>
          </w:tcPr>
          <w:p>
            <w:pPr>
              <w:spacing w:after="0"/>
              <w:jc w:val="right"/>
            </w:pPr>
            <w:r>
              <w:rPr>
                <w:sz w:val="16"/>
              </w:rPr>
              <w:t>0.000301%</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$14,489,142,091</w:t>
            </w:r>
          </w:p>
        </w:tc>
        <w:tc>
          <w:tcPr>
            <w:tcW w:type="dxa" w:w="1130"/>
          </w:tcPr>
          <w:p>
            <w:pPr>
              <w:spacing w:after="0"/>
              <w:jc w:val="right"/>
            </w:pPr>
            <w:r>
              <w:rPr>
                <w:sz w:val="16"/>
              </w:rPr>
              <w:t>$39,567,442</w:t>
            </w:r>
          </w:p>
        </w:tc>
        <w:tc>
          <w:tcPr>
            <w:tcW w:type="dxa" w:w="1040"/>
          </w:tcPr>
          <w:p>
            <w:pPr>
              <w:spacing w:after="0"/>
              <w:jc w:val="right"/>
            </w:pPr>
            <w:r>
              <w:rPr>
                <w:sz w:val="16"/>
              </w:rPr>
              <w:t>59,777</w:t>
            </w:r>
          </w:p>
        </w:tc>
        <w:tc>
          <w:tcPr>
            <w:tcW w:type="dxa" w:w="1126"/>
          </w:tcPr>
          <w:p>
            <w:pPr>
              <w:spacing w:after="0"/>
              <w:jc w:val="right"/>
            </w:pPr>
            <w:r>
              <w:rPr>
                <w:sz w:val="16"/>
              </w:rPr>
              <w:t>$139,150</w:t>
            </w:r>
          </w:p>
        </w:tc>
        <w:tc>
          <w:tcPr>
            <w:tcW w:type="dxa" w:w="1126"/>
          </w:tcPr>
          <w:p>
            <w:pPr>
              <w:spacing w:after="0"/>
              <w:jc w:val="right"/>
            </w:pPr>
            <w:r>
              <w:rPr>
                <w:sz w:val="16"/>
              </w:rPr>
              <w:t>$2,334</w:t>
            </w:r>
          </w:p>
        </w:tc>
        <w:tc>
          <w:tcPr>
            <w:tcW w:type="dxa" w:w="1087"/>
          </w:tcPr>
          <w:p>
            <w:pPr>
              <w:spacing w:after="0"/>
              <w:jc w:val="right"/>
            </w:pPr>
            <w:r>
              <w:rPr>
                <w:sz w:val="16"/>
              </w:rPr>
              <w:t>$144,246</w:t>
            </w:r>
          </w:p>
        </w:tc>
        <w:tc>
          <w:tcPr>
            <w:tcW w:type="dxa" w:w="1037"/>
          </w:tcPr>
          <w:p>
            <w:pPr>
              <w:spacing w:after="0"/>
              <w:jc w:val="right"/>
            </w:pPr>
            <w:r>
              <w:rPr>
                <w:sz w:val="16"/>
              </w:rPr>
              <w:t>0.00096%</w:t>
            </w:r>
          </w:p>
        </w:tc>
        <w:tc>
          <w:tcPr>
            <w:tcW w:type="dxa" w:w="1155"/>
          </w:tcPr>
          <w:p>
            <w:pPr>
              <w:spacing w:after="0"/>
              <w:jc w:val="right"/>
            </w:pPr>
            <w:r>
              <w:rPr>
                <w:sz w:val="16"/>
              </w:rPr>
              <w:t>$57,000</w:t>
            </w:r>
          </w:p>
        </w:tc>
        <w:tc>
          <w:tcPr>
            <w:tcW w:type="dxa" w:w="1066"/>
          </w:tcPr>
          <w:p>
            <w:pPr>
              <w:spacing w:after="0"/>
              <w:jc w:val="right"/>
            </w:pPr>
            <w:r>
              <w:rPr>
                <w:sz w:val="16"/>
              </w:rPr>
              <w:t>$10,000</w:t>
            </w:r>
          </w:p>
        </w:tc>
        <w:tc>
          <w:tcPr>
            <w:tcW w:type="dxa" w:w="1066"/>
          </w:tcPr>
          <w:p>
            <w:pPr>
              <w:spacing w:after="0"/>
              <w:jc w:val="right"/>
            </w:pPr>
          </w:p>
        </w:tc>
        <w:tc>
          <w:tcPr>
            <w:tcW w:type="dxa" w:w="1759"/>
          </w:tcPr>
          <w:p>
            <w:pPr>
              <w:spacing w:after="0"/>
              <w:jc w:val="left"/>
            </w:pPr>
            <w:r>
              <w:rPr>
                <w:sz w:val="16"/>
              </w:rPr>
              <w:t>Storm Events damage since the plan includes 1 zone-level Strong Wind record ($10,000):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$14,489,142,091</w:t>
            </w:r>
          </w:p>
        </w:tc>
        <w:tc>
          <w:tcPr>
            <w:tcW w:type="dxa" w:w="1130"/>
          </w:tcPr>
          <w:p>
            <w:pPr>
              <w:spacing w:after="0"/>
              <w:jc w:val="right"/>
            </w:pPr>
            <w:r>
              <w:rPr>
                <w:sz w:val="16"/>
              </w:rPr>
              <w:t>$39,567,442</w:t>
            </w:r>
          </w:p>
        </w:tc>
        <w:tc>
          <w:tcPr>
            <w:tcW w:type="dxa" w:w="1040"/>
          </w:tcPr>
          <w:p>
            <w:pPr>
              <w:spacing w:after="0"/>
              <w:jc w:val="right"/>
            </w:pPr>
            <w:r>
              <w:rPr>
                <w:sz w:val="16"/>
              </w:rPr>
              <w:t>59,777</w:t>
            </w:r>
          </w:p>
        </w:tc>
        <w:tc>
          <w:tcPr>
            <w:tcW w:type="dxa" w:w="1126"/>
          </w:tcPr>
          <w:p>
            <w:pPr>
              <w:spacing w:after="0"/>
              <w:jc w:val="right"/>
            </w:pPr>
            <w:r>
              <w:rPr>
                <w:sz w:val="16"/>
              </w:rPr>
              <w:t>$30,416</w:t>
            </w:r>
          </w:p>
        </w:tc>
        <w:tc>
          <w:tcPr>
            <w:tcW w:type="dxa" w:w="1126"/>
          </w:tcPr>
          <w:p>
            <w:pPr>
              <w:spacing w:after="0"/>
              <w:jc w:val="right"/>
            </w:pPr>
            <w:r>
              <w:rPr>
                <w:sz w:val="16"/>
              </w:rPr>
              <w:t>$122</w:t>
            </w:r>
          </w:p>
        </w:tc>
        <w:tc>
          <w:tcPr>
            <w:tcW w:type="dxa" w:w="1087"/>
          </w:tcPr>
          <w:p>
            <w:pPr>
              <w:spacing w:after="0"/>
              <w:jc w:val="right"/>
            </w:pPr>
            <w:r>
              <w:rPr>
                <w:sz w:val="16"/>
              </w:rPr>
              <w:t>$127,612</w:t>
            </w:r>
          </w:p>
        </w:tc>
        <w:tc>
          <w:tcPr>
            <w:tcW w:type="dxa" w:w="1037"/>
          </w:tcPr>
          <w:p>
            <w:pPr>
              <w:spacing w:after="0"/>
              <w:jc w:val="right"/>
            </w:pPr>
            <w:r>
              <w:rPr>
                <w:sz w:val="16"/>
              </w:rPr>
              <w:t>0.00021%</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$7,761,152,489</w:t>
            </w:r>
          </w:p>
        </w:tc>
        <w:tc>
          <w:tcPr>
            <w:tcW w:type="dxa" w:w="1130"/>
          </w:tcPr>
          <w:p>
            <w:pPr>
              <w:spacing w:after="0"/>
              <w:jc w:val="right"/>
            </w:pPr>
            <w:r>
              <w:rPr>
                <w:sz w:val="16"/>
              </w:rPr>
              <w:t>$28,327,979</w:t>
            </w:r>
          </w:p>
        </w:tc>
        <w:tc>
          <w:tcPr>
            <w:tcW w:type="dxa" w:w="1040"/>
          </w:tcPr>
          <w:p>
            <w:pPr>
              <w:spacing w:after="0"/>
              <w:jc w:val="right"/>
            </w:pPr>
            <w:r>
              <w:rPr>
                <w:sz w:val="16"/>
              </w:rPr>
              <w:t>32,741</w:t>
            </w:r>
          </w:p>
        </w:tc>
        <w:tc>
          <w:tcPr>
            <w:tcW w:type="dxa" w:w="1126"/>
          </w:tcPr>
          <w:p>
            <w:pPr>
              <w:spacing w:after="0"/>
              <w:jc w:val="right"/>
            </w:pPr>
            <w:r>
              <w:rPr>
                <w:sz w:val="16"/>
              </w:rPr>
              <w:t>$8,414</w:t>
            </w:r>
          </w:p>
        </w:tc>
        <w:tc>
          <w:tcPr>
            <w:tcW w:type="dxa" w:w="1126"/>
          </w:tcPr>
          <w:p>
            <w:pPr>
              <w:spacing w:after="0"/>
              <w:jc w:val="right"/>
            </w:pPr>
            <w:r>
              <w:rPr>
                <w:sz w:val="16"/>
              </w:rPr>
              <w:t>$3</w:t>
            </w:r>
          </w:p>
        </w:tc>
        <w:tc>
          <w:tcPr>
            <w:tcW w:type="dxa" w:w="1087"/>
          </w:tcPr>
          <w:p>
            <w:pPr>
              <w:spacing w:after="0"/>
              <w:jc w:val="right"/>
            </w:pPr>
            <w:r>
              <w:rPr>
                <w:sz w:val="16"/>
              </w:rPr>
              <w:t>$788</w:t>
            </w:r>
          </w:p>
        </w:tc>
        <w:tc>
          <w:tcPr>
            <w:tcW w:type="dxa" w:w="1037"/>
          </w:tcPr>
          <w:p>
            <w:pPr>
              <w:spacing w:after="0"/>
              <w:jc w:val="right"/>
            </w:pPr>
            <w:r>
              <w:rPr>
                <w:sz w:val="16"/>
              </w:rPr>
              <w:t>0.000108%</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$14,489,142,091</w:t>
            </w:r>
          </w:p>
        </w:tc>
        <w:tc>
          <w:tcPr>
            <w:tcW w:type="dxa" w:w="1130"/>
          </w:tcPr>
          <w:p>
            <w:pPr>
              <w:spacing w:after="0"/>
              <w:jc w:val="right"/>
            </w:pPr>
            <w:r>
              <w:rPr>
                <w:sz w:val="16"/>
              </w:rPr>
              <w:t>$39,567,442</w:t>
            </w:r>
          </w:p>
        </w:tc>
        <w:tc>
          <w:tcPr>
            <w:tcW w:type="dxa" w:w="1040"/>
          </w:tcPr>
          <w:p>
            <w:pPr>
              <w:spacing w:after="0"/>
              <w:jc w:val="right"/>
            </w:pPr>
            <w:r>
              <w:rPr>
                <w:sz w:val="16"/>
              </w:rPr>
              <w:t>59,777</w:t>
            </w:r>
          </w:p>
        </w:tc>
        <w:tc>
          <w:tcPr>
            <w:tcW w:type="dxa" w:w="1126"/>
          </w:tcPr>
          <w:p>
            <w:pPr>
              <w:spacing w:after="0"/>
              <w:jc w:val="right"/>
            </w:pPr>
            <w:r>
              <w:rPr>
                <w:sz w:val="16"/>
              </w:rPr>
              <w:t>$130,541</w:t>
            </w:r>
          </w:p>
        </w:tc>
        <w:tc>
          <w:tcPr>
            <w:tcW w:type="dxa" w:w="1126"/>
          </w:tcPr>
          <w:p>
            <w:pPr>
              <w:spacing w:after="0"/>
              <w:jc w:val="right"/>
            </w:pPr>
            <w:r>
              <w:rPr>
                <w:sz w:val="16"/>
              </w:rPr>
              <w:t>$66</w:t>
            </w:r>
          </w:p>
        </w:tc>
        <w:tc>
          <w:tcPr>
            <w:tcW w:type="dxa" w:w="1087"/>
          </w:tcPr>
          <w:p>
            <w:pPr>
              <w:spacing w:after="0"/>
              <w:jc w:val="right"/>
            </w:pPr>
            <w:r>
              <w:rPr>
                <w:sz w:val="16"/>
              </w:rPr>
              <w:t>$144,853</w:t>
            </w:r>
          </w:p>
        </w:tc>
        <w:tc>
          <w:tcPr>
            <w:tcW w:type="dxa" w:w="1037"/>
          </w:tcPr>
          <w:p>
            <w:pPr>
              <w:spacing w:after="0"/>
              <w:jc w:val="right"/>
            </w:pPr>
            <w:r>
              <w:rPr>
                <w:sz w:val="16"/>
              </w:rPr>
              <w:t>0.000901%</w:t>
            </w:r>
          </w:p>
        </w:tc>
        <w:tc>
          <w:tcPr>
            <w:tcW w:type="dxa" w:w="1155"/>
          </w:tcPr>
          <w:p>
            <w:pPr>
              <w:spacing w:after="0"/>
              <w:jc w:val="right"/>
            </w:pPr>
          </w:p>
        </w:tc>
        <w:tc>
          <w:tcPr>
            <w:tcW w:type="dxa" w:w="1066"/>
          </w:tcPr>
          <w:p>
            <w:pPr>
              <w:spacing w:after="0"/>
              <w:jc w:val="right"/>
            </w:pPr>
            <w:r>
              <w:rPr>
                <w:sz w:val="16"/>
              </w:rPr>
              <w:t>$0</w:t>
            </w:r>
          </w:p>
        </w:tc>
        <w:tc>
          <w:tcPr>
            <w:tcW w:type="dxa" w:w="1066"/>
          </w:tcPr>
          <w:p>
            <w:pPr>
              <w:spacing w:after="0"/>
              <w:jc w:val="right"/>
            </w:pPr>
          </w:p>
        </w:tc>
        <w:tc>
          <w:tcPr>
            <w:tcW w:type="dxa" w:w="1759"/>
          </w:tcPr>
          <w:p>
            <w:pPr>
              <w:spacing w:after="0"/>
              <w:jc w:val="left"/>
            </w:pPr>
          </w:p>
        </w:tc>
      </w:tr>
    </w:tbl>
    <w:p>
      <w:pPr>
        <w:spacing w:after="40" w:before="60"/>
      </w:pPr>
      <w:r>
        <w:rPr>
          <w:sz w:val="15"/>
        </w:rPr>
        <w:t>Totals since 2024-12-04 (Storm Events through 2026-06-30): 9 county-coded records, 9 with a damage value recorded (including $0), $382,000; 24 zone-level records, 24 with a damage value recorded (including $0), $10,000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Inherited from Washington County, county-level (county FIPS 50023); scope: whole section.</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59,777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$14,489,142,091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$39,567,442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$18,629,208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$3,602,856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Washington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Washingto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7</w:t>
            </w:r>
          </w:p>
        </w:tc>
        <w:tc>
          <w:tcPr>
            <w:tcW w:type="dxa" w:w="1467"/>
          </w:tcPr>
          <w:p>
            <w:pPr>
              <w:spacing w:after="0"/>
              <w:jc w:val="right"/>
            </w:pPr>
            <w:r>
              <w:rPr>
                <w:sz w:val="16"/>
              </w:rPr>
              <w:t>20</w:t>
            </w:r>
          </w:p>
        </w:tc>
        <w:tc>
          <w:tcPr>
            <w:tcW w:type="dxa" w:w="1467"/>
          </w:tcPr>
          <w:p>
            <w:pPr>
              <w:spacing w:after="0"/>
              <w:jc w:val="right"/>
            </w:pPr>
            <w:r>
              <w:rPr>
                <w:sz w:val="16"/>
              </w:rPr>
              <w:t>116</w:t>
            </w:r>
          </w:p>
        </w:tc>
        <w:tc>
          <w:tcPr>
            <w:tcW w:type="dxa" w:w="1467"/>
          </w:tcPr>
          <w:p>
            <w:pPr>
              <w:spacing w:after="0"/>
              <w:jc w:val="right"/>
            </w:pPr>
            <w:r>
              <w:rPr>
                <w:sz w:val="16"/>
              </w:rPr>
              <w:t>20</w:t>
            </w:r>
          </w:p>
        </w:tc>
        <w:tc>
          <w:tcPr>
            <w:tcW w:type="dxa" w:w="1467"/>
          </w:tcPr>
          <w:p>
            <w:pPr>
              <w:spacing w:after="0"/>
              <w:jc w:val="right"/>
            </w:pPr>
            <w:r>
              <w:rPr>
                <w:sz w:val="16"/>
              </w:rPr>
              <w:t>119</w:t>
            </w:r>
          </w:p>
        </w:tc>
        <w:tc>
          <w:tcPr>
            <w:tcW w:type="dxa" w:w="1467"/>
          </w:tcPr>
          <w:p>
            <w:pPr>
              <w:spacing w:after="0"/>
              <w:jc w:val="right"/>
            </w:pPr>
            <w:r>
              <w:rPr>
                <w:sz w:val="16"/>
              </w:rPr>
              <w:t>15</w:t>
            </w:r>
          </w:p>
        </w:tc>
        <w:tc>
          <w:tcPr>
            <w:tcW w:type="dxa" w:w="1633"/>
          </w:tcPr>
          <w:p>
            <w:pPr>
              <w:spacing w:after="0"/>
              <w:jc w:val="right"/>
            </w:pPr>
            <w:r>
              <w:rPr>
                <w:sz w:val="16"/>
              </w:rPr>
              <w:t>74</w:t>
            </w:r>
          </w:p>
        </w:tc>
      </w:tr>
      <w:tr>
        <w:trPr>
          <w:cantSplit/>
        </w:trPr>
        <w:tc>
          <w:tcPr>
            <w:tcW w:type="dxa" w:w="3678"/>
          </w:tcPr>
          <w:p>
            <w:pPr>
              <w:spacing w:after="0"/>
              <w:jc w:val="left"/>
            </w:pPr>
            <w:r>
              <w:rPr>
                <w:sz w:val="16"/>
              </w:rPr>
              <w:t>of which: Barre city</w:t>
            </w:r>
          </w:p>
        </w:tc>
        <w:tc>
          <w:tcPr>
            <w:tcW w:type="dxa" w:w="1467"/>
          </w:tcPr>
          <w:p>
            <w:pPr>
              <w:spacing w:after="0"/>
              <w:jc w:val="right"/>
            </w:pPr>
            <w:r>
              <w:rPr>
                <w:sz w:val="16"/>
              </w:rPr>
              <w:t>2</w:t>
            </w:r>
          </w:p>
        </w:tc>
        <w:tc>
          <w:tcPr>
            <w:tcW w:type="dxa" w:w="1467"/>
          </w:tcPr>
          <w:p>
            <w:pPr>
              <w:spacing w:after="0"/>
              <w:jc w:val="right"/>
            </w:pPr>
            <w:r>
              <w:rPr>
                <w:sz w:val="16"/>
              </w:rPr>
              <w:t>4</w:t>
            </w:r>
          </w:p>
        </w:tc>
        <w:tc>
          <w:tcPr>
            <w:tcW w:type="dxa" w:w="1467"/>
          </w:tcPr>
          <w:p>
            <w:pPr>
              <w:spacing w:after="0"/>
              <w:jc w:val="right"/>
            </w:pPr>
            <w:r>
              <w:rPr>
                <w:sz w:val="16"/>
              </w:rPr>
              <w:t>58</w:t>
            </w:r>
          </w:p>
        </w:tc>
        <w:tc>
          <w:tcPr>
            <w:tcW w:type="dxa" w:w="1467"/>
          </w:tcPr>
          <w:p>
            <w:pPr>
              <w:spacing w:after="0"/>
              <w:jc w:val="right"/>
            </w:pPr>
            <w:r>
              <w:rPr>
                <w:sz w:val="16"/>
              </w:rPr>
              <w:t>4</w:t>
            </w:r>
          </w:p>
        </w:tc>
        <w:tc>
          <w:tcPr>
            <w:tcW w:type="dxa" w:w="1467"/>
          </w:tcPr>
          <w:p>
            <w:pPr>
              <w:spacing w:after="0"/>
              <w:jc w:val="right"/>
            </w:pPr>
            <w:r>
              <w:rPr>
                <w:sz w:val="16"/>
              </w:rPr>
              <w:t>60</w:t>
            </w:r>
          </w:p>
        </w:tc>
        <w:tc>
          <w:tcPr>
            <w:tcW w:type="dxa" w:w="1467"/>
          </w:tcPr>
          <w:p>
            <w:pPr>
              <w:spacing w:after="0"/>
              <w:jc w:val="right"/>
            </w:pPr>
            <w:r>
              <w:rPr>
                <w:sz w:val="16"/>
              </w:rPr>
              <w:t>0</w:t>
            </w:r>
          </w:p>
        </w:tc>
        <w:tc>
          <w:tcPr>
            <w:tcW w:type="dxa" w:w="1633"/>
          </w:tcPr>
          <w:p>
            <w:pPr>
              <w:spacing w:after="0"/>
              <w:jc w:val="right"/>
            </w:pPr>
            <w:r>
              <w:rPr>
                <w:sz w:val="16"/>
              </w:rPr>
              <w:t>32</w:t>
            </w:r>
          </w:p>
        </w:tc>
      </w:tr>
      <w:tr>
        <w:trPr>
          <w:cantSplit/>
        </w:trPr>
        <w:tc>
          <w:tcPr>
            <w:tcW w:type="dxa" w:w="3678"/>
          </w:tcPr>
          <w:p>
            <w:pPr>
              <w:spacing w:after="0"/>
              <w:jc w:val="left"/>
            </w:pPr>
            <w:r>
              <w:rPr>
                <w:sz w:val="16"/>
              </w:rPr>
              <w:t>of which: Berlin town</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6</w:t>
            </w:r>
          </w:p>
        </w:tc>
        <w:tc>
          <w:tcPr>
            <w:tcW w:type="dxa" w:w="1467"/>
          </w:tcPr>
          <w:p>
            <w:pPr>
              <w:spacing w:after="0"/>
              <w:jc w:val="right"/>
            </w:pPr>
            <w:r>
              <w:rPr>
                <w:sz w:val="16"/>
              </w:rPr>
              <w:t>2</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Marshfield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Middlesex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Moretown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Northfield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Warren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Waterbury village (community ID not in plan data)</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Waterbury town</w:t>
            </w:r>
          </w:p>
        </w:tc>
        <w:tc>
          <w:tcPr>
            <w:tcW w:type="dxa" w:w="1467"/>
          </w:tcPr>
          <w:p>
            <w:pPr>
              <w:spacing w:after="0"/>
              <w:jc w:val="right"/>
            </w:pPr>
            <w:r>
              <w:rPr>
                <w:sz w:val="16"/>
              </w:rPr>
              <w:t>2</w:t>
            </w:r>
          </w:p>
        </w:tc>
        <w:tc>
          <w:tcPr>
            <w:tcW w:type="dxa" w:w="1467"/>
          </w:tcPr>
          <w:p>
            <w:pPr>
              <w:spacing w:after="0"/>
              <w:jc w:val="right"/>
            </w:pPr>
            <w:r>
              <w:rPr>
                <w:sz w:val="16"/>
              </w:rPr>
              <w:t>5</w:t>
            </w:r>
          </w:p>
        </w:tc>
        <w:tc>
          <w:tcPr>
            <w:tcW w:type="dxa" w:w="1467"/>
          </w:tcPr>
          <w:p>
            <w:pPr>
              <w:spacing w:after="0"/>
              <w:jc w:val="right"/>
            </w:pPr>
            <w:r>
              <w:rPr>
                <w:sz w:val="16"/>
              </w:rPr>
              <w:t>12</w:t>
            </w:r>
          </w:p>
        </w:tc>
        <w:tc>
          <w:tcPr>
            <w:tcW w:type="dxa" w:w="1467"/>
          </w:tcPr>
          <w:p>
            <w:pPr>
              <w:spacing w:after="0"/>
              <w:jc w:val="right"/>
            </w:pPr>
            <w:r>
              <w:rPr>
                <w:sz w:val="16"/>
              </w:rPr>
              <w:t>5</w:t>
            </w:r>
          </w:p>
        </w:tc>
        <w:tc>
          <w:tcPr>
            <w:tcW w:type="dxa" w:w="1467"/>
          </w:tcPr>
          <w:p>
            <w:pPr>
              <w:spacing w:after="0"/>
              <w:jc w:val="right"/>
            </w:pPr>
            <w:r>
              <w:rPr>
                <w:sz w:val="16"/>
              </w:rPr>
              <w:t>12</w:t>
            </w:r>
          </w:p>
        </w:tc>
        <w:tc>
          <w:tcPr>
            <w:tcW w:type="dxa" w:w="1467"/>
          </w:tcPr>
          <w:p>
            <w:pPr>
              <w:spacing w:after="0"/>
              <w:jc w:val="right"/>
            </w:pPr>
            <w:r>
              <w:rPr>
                <w:sz w:val="16"/>
              </w:rPr>
              <w:t>0</w:t>
            </w:r>
          </w:p>
        </w:tc>
        <w:tc>
          <w:tcPr>
            <w:tcW w:type="dxa" w:w="1633"/>
          </w:tcPr>
          <w:p>
            <w:pPr>
              <w:spacing w:after="0"/>
              <w:jc w:val="right"/>
            </w:pPr>
            <w:r>
              <w:rPr>
                <w:sz w:val="16"/>
              </w:rPr>
              <w:t>10</w:t>
            </w:r>
          </w:p>
        </w:tc>
      </w:tr>
      <w:tr>
        <w:trPr>
          <w:cantSplit/>
        </w:trPr>
        <w:tc>
          <w:tcPr>
            <w:tcW w:type="dxa" w:w="3678"/>
          </w:tcPr>
          <w:p>
            <w:pPr>
              <w:spacing w:after="0"/>
              <w:jc w:val="left"/>
            </w:pPr>
            <w:r>
              <w:rPr>
                <w:sz w:val="16"/>
              </w:rPr>
              <w:t>of which: Plainfield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Montpelier city</w:t>
            </w:r>
          </w:p>
        </w:tc>
        <w:tc>
          <w:tcPr>
            <w:tcW w:type="dxa" w:w="1467"/>
          </w:tcPr>
          <w:p>
            <w:pPr>
              <w:spacing w:after="0"/>
              <w:jc w:val="right"/>
            </w:pPr>
            <w:r>
              <w:rPr>
                <w:sz w:val="16"/>
              </w:rPr>
              <w:t>0</w:t>
            </w:r>
          </w:p>
        </w:tc>
        <w:tc>
          <w:tcPr>
            <w:tcW w:type="dxa" w:w="1467"/>
          </w:tcPr>
          <w:p>
            <w:pPr>
              <w:spacing w:after="0"/>
              <w:jc w:val="right"/>
            </w:pPr>
            <w:r>
              <w:rPr>
                <w:sz w:val="16"/>
              </w:rPr>
              <w:t>8</w:t>
            </w:r>
          </w:p>
        </w:tc>
        <w:tc>
          <w:tcPr>
            <w:tcW w:type="dxa" w:w="1467"/>
          </w:tcPr>
          <w:p>
            <w:pPr>
              <w:spacing w:after="0"/>
              <w:jc w:val="right"/>
            </w:pPr>
            <w:r>
              <w:rPr>
                <w:sz w:val="16"/>
              </w:rPr>
              <w:t>23</w:t>
            </w:r>
          </w:p>
        </w:tc>
        <w:tc>
          <w:tcPr>
            <w:tcW w:type="dxa" w:w="1467"/>
          </w:tcPr>
          <w:p>
            <w:pPr>
              <w:spacing w:after="0"/>
              <w:jc w:val="right"/>
            </w:pPr>
            <w:r>
              <w:rPr>
                <w:sz w:val="16"/>
              </w:rPr>
              <w:t>8</w:t>
            </w:r>
          </w:p>
        </w:tc>
        <w:tc>
          <w:tcPr>
            <w:tcW w:type="dxa" w:w="1467"/>
          </w:tcPr>
          <w:p>
            <w:pPr>
              <w:spacing w:after="0"/>
              <w:jc w:val="right"/>
            </w:pPr>
            <w:r>
              <w:rPr>
                <w:sz w:val="16"/>
              </w:rPr>
              <w:t>23</w:t>
            </w:r>
          </w:p>
        </w:tc>
        <w:tc>
          <w:tcPr>
            <w:tcW w:type="dxa" w:w="1467"/>
          </w:tcPr>
          <w:p>
            <w:pPr>
              <w:spacing w:after="0"/>
              <w:jc w:val="right"/>
            </w:pPr>
            <w:r>
              <w:rPr>
                <w:sz w:val="16"/>
              </w:rPr>
              <w:t>15</w:t>
            </w:r>
          </w:p>
        </w:tc>
        <w:tc>
          <w:tcPr>
            <w:tcW w:type="dxa" w:w="1633"/>
          </w:tcPr>
          <w:p>
            <w:pPr>
              <w:spacing w:after="0"/>
              <w:jc w:val="right"/>
            </w:pPr>
            <w:r>
              <w:rPr>
                <w:sz w:val="16"/>
              </w:rPr>
              <w:t>20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Waterbury town</w:t>
            </w:r>
          </w:p>
        </w:tc>
        <w:tc>
          <w:tcPr>
            <w:tcW w:type="dxa" w:w="1620"/>
          </w:tcPr>
          <w:p>
            <w:pPr>
              <w:spacing w:after="0"/>
              <w:jc w:val="left"/>
            </w:pPr>
            <w:r>
              <w:rPr>
                <w:sz w:val="16"/>
              </w:rPr>
              <w:t>500123</w:t>
            </w:r>
          </w:p>
        </w:tc>
        <w:tc>
          <w:tcPr>
            <w:tcW w:type="dxa" w:w="1455"/>
          </w:tcPr>
          <w:p>
            <w:pPr>
              <w:spacing w:after="0"/>
              <w:jc w:val="right"/>
            </w:pPr>
            <w:r>
              <w:rPr>
                <w:sz w:val="16"/>
              </w:rPr>
              <w:t>2</w:t>
            </w:r>
          </w:p>
        </w:tc>
        <w:tc>
          <w:tcPr>
            <w:tcW w:type="dxa" w:w="1455"/>
          </w:tcPr>
          <w:p>
            <w:pPr>
              <w:spacing w:after="0"/>
              <w:jc w:val="right"/>
            </w:pPr>
            <w:r>
              <w:rPr>
                <w:sz w:val="16"/>
              </w:rPr>
              <w:t>5</w:t>
            </w:r>
          </w:p>
        </w:tc>
        <w:tc>
          <w:tcPr>
            <w:tcW w:type="dxa" w:w="1455"/>
          </w:tcPr>
          <w:p>
            <w:pPr>
              <w:spacing w:after="0"/>
              <w:jc w:val="right"/>
            </w:pPr>
            <w:r>
              <w:rPr>
                <w:sz w:val="16"/>
              </w:rPr>
              <w:t>12</w:t>
            </w:r>
          </w:p>
        </w:tc>
        <w:tc>
          <w:tcPr>
            <w:tcW w:type="dxa" w:w="1455"/>
          </w:tcPr>
          <w:p>
            <w:pPr>
              <w:spacing w:after="0"/>
              <w:jc w:val="right"/>
            </w:pPr>
            <w:r>
              <w:rPr>
                <w:sz w:val="16"/>
              </w:rPr>
              <w:t>5</w:t>
            </w:r>
          </w:p>
        </w:tc>
        <w:tc>
          <w:tcPr>
            <w:tcW w:type="dxa" w:w="1455"/>
          </w:tcPr>
          <w:p>
            <w:pPr>
              <w:spacing w:after="0"/>
              <w:jc w:val="right"/>
            </w:pPr>
            <w:r>
              <w:rPr>
                <w:sz w:val="16"/>
              </w:rPr>
              <w:t>12</w:t>
            </w:r>
          </w:p>
        </w:tc>
        <w:tc>
          <w:tcPr>
            <w:tcW w:type="dxa" w:w="1455"/>
          </w:tcPr>
          <w:p>
            <w:pPr>
              <w:spacing w:after="0"/>
              <w:jc w:val="right"/>
            </w:pPr>
            <w:r>
              <w:rPr>
                <w:sz w:val="16"/>
              </w:rPr>
              <w:t>0</w:t>
            </w:r>
          </w:p>
        </w:tc>
        <w:tc>
          <w:tcPr>
            <w:tcW w:type="dxa" w:w="1620"/>
          </w:tcPr>
          <w:p>
            <w:pPr>
              <w:spacing w:after="0"/>
              <w:jc w:val="right"/>
            </w:pPr>
            <w:r>
              <w:rPr>
                <w:sz w:val="16"/>
              </w:rPr>
              <w:t>10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4</w:t>
            </w:r>
          </w:p>
        </w:tc>
        <w:tc>
          <w:tcPr>
            <w:tcW w:type="dxa" w:w="1496"/>
          </w:tcPr>
          <w:p>
            <w:pPr>
              <w:spacing w:after="0"/>
              <w:jc w:val="right"/>
            </w:pPr>
            <w:r>
              <w:rPr>
                <w:sz w:val="16"/>
              </w:rPr>
              <w:t>37</w:t>
            </w:r>
          </w:p>
        </w:tc>
        <w:tc>
          <w:tcPr>
            <w:tcW w:type="dxa" w:w="1496"/>
          </w:tcPr>
          <w:p>
            <w:pPr>
              <w:spacing w:after="0"/>
              <w:jc w:val="right"/>
            </w:pPr>
            <w:r>
              <w:rPr>
                <w:sz w:val="16"/>
              </w:rPr>
              <w:t>4</w:t>
            </w:r>
          </w:p>
        </w:tc>
        <w:tc>
          <w:tcPr>
            <w:tcW w:type="dxa" w:w="1496"/>
          </w:tcPr>
          <w:p>
            <w:pPr>
              <w:spacing w:after="0"/>
              <w:jc w:val="right"/>
            </w:pPr>
            <w:r>
              <w:rPr>
                <w:sz w:val="16"/>
              </w:rPr>
              <w:t>40</w:t>
            </w:r>
          </w:p>
        </w:tc>
        <w:tc>
          <w:tcPr>
            <w:tcW w:type="dxa" w:w="1496"/>
          </w:tcPr>
          <w:p>
            <w:pPr>
              <w:spacing w:after="0"/>
              <w:jc w:val="right"/>
            </w:pPr>
            <w:r>
              <w:rPr>
                <w:sz w:val="16"/>
              </w:rPr>
              <w:t>1</w:t>
            </w:r>
          </w:p>
        </w:tc>
        <w:tc>
          <w:tcPr>
            <w:tcW w:type="dxa" w:w="1665"/>
          </w:tcPr>
          <w:p>
            <w:pPr>
              <w:spacing w:after="0"/>
              <w:jc w:val="right"/>
            </w:pPr>
            <w:r>
              <w:rPr>
                <w:sz w:val="16"/>
              </w:rPr>
              <w:t>19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30</w:t>
            </w:r>
          </w:p>
        </w:tc>
        <w:tc>
          <w:tcPr>
            <w:tcW w:type="dxa" w:w="1496"/>
          </w:tcPr>
          <w:p>
            <w:pPr>
              <w:spacing w:after="0"/>
              <w:jc w:val="right"/>
            </w:pPr>
            <w:r>
              <w:rPr>
                <w:sz w:val="16"/>
              </w:rPr>
              <w:t>4</w:t>
            </w:r>
          </w:p>
        </w:tc>
        <w:tc>
          <w:tcPr>
            <w:tcW w:type="dxa" w:w="1496"/>
          </w:tcPr>
          <w:p>
            <w:pPr>
              <w:spacing w:after="0"/>
              <w:jc w:val="right"/>
            </w:pPr>
            <w:r>
              <w:rPr>
                <w:sz w:val="16"/>
              </w:rPr>
              <w:t>30</w:t>
            </w:r>
          </w:p>
        </w:tc>
        <w:tc>
          <w:tcPr>
            <w:tcW w:type="dxa" w:w="1496"/>
          </w:tcPr>
          <w:p>
            <w:pPr>
              <w:spacing w:after="0"/>
              <w:jc w:val="right"/>
            </w:pPr>
            <w:r>
              <w:rPr>
                <w:sz w:val="16"/>
              </w:rPr>
              <w:t>0</w:t>
            </w:r>
          </w:p>
        </w:tc>
        <w:tc>
          <w:tcPr>
            <w:tcW w:type="dxa" w:w="1665"/>
          </w:tcPr>
          <w:p>
            <w:pPr>
              <w:spacing w:after="0"/>
              <w:jc w:val="right"/>
            </w:pPr>
            <w:r>
              <w:rPr>
                <w:sz w:val="16"/>
              </w:rPr>
              <w:t>21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43</w:t>
            </w:r>
          </w:p>
        </w:tc>
        <w:tc>
          <w:tcPr>
            <w:tcW w:type="dxa" w:w="1496"/>
          </w:tcPr>
          <w:p>
            <w:pPr>
              <w:spacing w:after="0"/>
              <w:jc w:val="right"/>
            </w:pPr>
            <w:r>
              <w:rPr>
                <w:sz w:val="16"/>
              </w:rPr>
              <w:t>11</w:t>
            </w:r>
          </w:p>
        </w:tc>
        <w:tc>
          <w:tcPr>
            <w:tcW w:type="dxa" w:w="1496"/>
          </w:tcPr>
          <w:p>
            <w:pPr>
              <w:spacing w:after="0"/>
              <w:jc w:val="right"/>
            </w:pPr>
            <w:r>
              <w:rPr>
                <w:sz w:val="16"/>
              </w:rPr>
              <w:t>43</w:t>
            </w:r>
          </w:p>
        </w:tc>
        <w:tc>
          <w:tcPr>
            <w:tcW w:type="dxa" w:w="1496"/>
          </w:tcPr>
          <w:p>
            <w:pPr>
              <w:spacing w:after="0"/>
              <w:jc w:val="right"/>
            </w:pPr>
            <w:r>
              <w:rPr>
                <w:sz w:val="16"/>
              </w:rPr>
              <w:t>13</w:t>
            </w:r>
          </w:p>
        </w:tc>
        <w:tc>
          <w:tcPr>
            <w:tcW w:type="dxa" w:w="1665"/>
          </w:tcPr>
          <w:p>
            <w:pPr>
              <w:spacing w:after="0"/>
              <w:jc w:val="right"/>
            </w:pPr>
            <w:r>
              <w:rPr>
                <w:sz w:val="16"/>
              </w:rPr>
              <w:t>31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112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Waterbury town, VT: risk-assessment baseline packet, release 2026-10 (data as of 2026-09-30; Town FIPS 5002376975). Automated baseline. </w:t>
      </w:r>
      <w:hyperlink r:id="rId16">
        <w:r>
          <w:rPr>
            <w:color w:val="1F4E99"/>
            <w:sz w:val="17"/>
            <w:u w:val="single"/>
          </w:rPr>
          <w:t>https://hazardplain.org/vt/5002376975/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hazard-plain_2026-10_VT_5002376975.docx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Waterbury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37697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Waterbury town, VT: Risk-assessment baseline packet</dc:title>
  <dc:subject>Hazard Plain release 2026-10, as of 2026-09-30. Automated baseline</dc:subject>
  <dc:creator>Hazard Plain</dc:creator>
  <cp:keywords>Hazard Plain; hazard mitigation; risk assessment; 5002376975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