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Washington County, VT</w:t>
      </w:r>
    </w:p>
    <w:p>
      <w:pPr>
        <w:spacing w:after="120" w:before="0"/>
      </w:pPr>
      <w:r>
        <w:rPr>
          <w:color w:val="555555"/>
          <w:sz w:val="24"/>
        </w:rPr>
        <w:t>Risk-assessment baseline packet</w:t>
      </w:r>
    </w:p>
    <w:p>
      <w:pPr>
        <w:spacing w:after="120" w:before="0"/>
      </w:pPr>
      <w:r>
        <w:rPr>
          <w:b/>
          <w:sz w:val="18"/>
        </w:rPr>
        <w:t xml:space="preserve">County FIPS: </w:t>
      </w:r>
      <w:r>
        <w:rPr>
          <w:sz w:val="18"/>
        </w:rPr>
        <w:t>50023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($17,631,361 a year), Cold Wave ($1,020,212) and Lightning ($679,616).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(21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32"/>
        <w:gridCol w:w="1054"/>
        <w:gridCol w:w="3623"/>
        <w:gridCol w:w="3337"/>
        <w:gridCol w:w="1421"/>
        <w:gridCol w:w="1421"/>
        <w:gridCol w:w="1225"/>
      </w:tblGrid>
      <w:tr>
        <w:trPr>
          <w:cantSplit/>
          <w:tblHeader/>
        </w:trPr>
        <w:tc>
          <w:tcPr>
            <w:tcW w:type="dxa" w:w="2032"/>
            <w:shd w:val="clear" w:color="auto" w:fill="E8E8E8"/>
          </w:tcPr>
          <w:p>
            <w:pPr>
              <w:spacing w:after="0"/>
              <w:jc w:val="left"/>
            </w:pPr>
            <w:r>
              <w:rPr>
                <w:b/>
                <w:sz w:val="16"/>
              </w:rPr>
              <w:t>Jurisdiction</w:t>
            </w:r>
          </w:p>
        </w:tc>
        <w:tc>
          <w:tcPr>
            <w:tcW w:type="dxa" w:w="1054"/>
            <w:shd w:val="clear" w:color="auto" w:fill="E8E8E8"/>
          </w:tcPr>
          <w:p>
            <w:pPr>
              <w:spacing w:after="0"/>
              <w:jc w:val="left"/>
            </w:pPr>
            <w:r>
              <w:rPr>
                <w:b/>
                <w:sz w:val="16"/>
              </w:rPr>
              <w:t>Type</w:t>
            </w:r>
          </w:p>
        </w:tc>
        <w:tc>
          <w:tcPr>
            <w:tcW w:type="dxa" w:w="3623"/>
            <w:shd w:val="clear" w:color="auto" w:fill="E8E8E8"/>
          </w:tcPr>
          <w:p>
            <w:pPr>
              <w:spacing w:after="0"/>
              <w:jc w:val="left"/>
            </w:pPr>
            <w:r>
              <w:rPr>
                <w:b/>
                <w:sz w:val="16"/>
              </w:rPr>
              <w:t>Status</w:t>
            </w:r>
          </w:p>
        </w:tc>
        <w:tc>
          <w:tcPr>
            <w:tcW w:type="dxa" w:w="3337"/>
            <w:shd w:val="clear" w:color="auto" w:fill="E8E8E8"/>
          </w:tcPr>
          <w:p>
            <w:pPr>
              <w:spacing w:after="0"/>
              <w:jc w:val="left"/>
            </w:pPr>
            <w:r>
              <w:rPr>
                <w:b/>
                <w:sz w:val="16"/>
              </w:rPr>
              <w:t>Plan</w:t>
            </w:r>
          </w:p>
        </w:tc>
        <w:tc>
          <w:tcPr>
            <w:tcW w:type="dxa" w:w="1421"/>
            <w:shd w:val="clear" w:color="auto" w:fill="E8E8E8"/>
          </w:tcPr>
          <w:p>
            <w:pPr>
              <w:spacing w:after="0"/>
              <w:jc w:val="left"/>
            </w:pPr>
            <w:r>
              <w:rPr>
                <w:b/>
                <w:sz w:val="16"/>
              </w:rPr>
              <w:t>Approved</w:t>
            </w:r>
          </w:p>
        </w:tc>
        <w:tc>
          <w:tcPr>
            <w:tcW w:type="dxa" w:w="1421"/>
            <w:shd w:val="clear" w:color="auto" w:fill="E8E8E8"/>
          </w:tcPr>
          <w:p>
            <w:pPr>
              <w:spacing w:after="0"/>
              <w:jc w:val="left"/>
            </w:pPr>
            <w:r>
              <w:rPr>
                <w:b/>
                <w:sz w:val="16"/>
              </w:rPr>
              <w:t>Expires</w:t>
            </w:r>
          </w:p>
        </w:tc>
        <w:tc>
          <w:tcPr>
            <w:tcW w:type="dxa" w:w="1225"/>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32"/>
          </w:tcPr>
          <w:p>
            <w:pPr>
              <w:spacing w:after="0"/>
              <w:jc w:val="left"/>
            </w:pPr>
            <w:r>
              <w:rPr>
                <w:sz w:val="16"/>
              </w:rPr>
              <w:t>Barre city</w:t>
            </w:r>
          </w:p>
        </w:tc>
        <w:tc>
          <w:tcPr>
            <w:tcW w:type="dxa" w:w="1054"/>
          </w:tcPr>
          <w:p>
            <w:pPr>
              <w:spacing w:after="0"/>
              <w:jc w:val="left"/>
            </w:pPr>
            <w:r>
              <w:rPr>
                <w:sz w:val="16"/>
              </w:rPr>
              <w:t>City</w:t>
            </w:r>
          </w:p>
        </w:tc>
        <w:tc>
          <w:tcPr>
            <w:tcW w:type="dxa" w:w="3623"/>
          </w:tcPr>
          <w:p>
            <w:pPr>
              <w:spacing w:after="0"/>
              <w:jc w:val="left"/>
            </w:pPr>
            <w:r>
              <w:rPr>
                <w:sz w:val="16"/>
              </w:rPr>
              <w:t>Approved, expires 2029-12-11</w:t>
            </w:r>
          </w:p>
        </w:tc>
        <w:tc>
          <w:tcPr>
            <w:tcW w:type="dxa" w:w="3337"/>
          </w:tcPr>
          <w:p>
            <w:pPr>
              <w:spacing w:after="0"/>
              <w:jc w:val="left"/>
            </w:pPr>
            <w:r>
              <w:rPr>
                <w:sz w:val="16"/>
              </w:rPr>
              <w:t>Barre City, Vermont 2024 Local Hazard Mitigation Plan (FEMA plan 110149)</w:t>
            </w:r>
          </w:p>
        </w:tc>
        <w:tc>
          <w:tcPr>
            <w:tcW w:type="dxa" w:w="1421"/>
          </w:tcPr>
          <w:p>
            <w:pPr>
              <w:spacing w:after="0"/>
              <w:jc w:val="left"/>
            </w:pPr>
            <w:r>
              <w:rPr>
                <w:sz w:val="16"/>
              </w:rPr>
              <w:t>2024-12-12</w:t>
            </w:r>
          </w:p>
        </w:tc>
        <w:tc>
          <w:tcPr>
            <w:tcW w:type="dxa" w:w="1421"/>
          </w:tcPr>
          <w:p>
            <w:pPr>
              <w:spacing w:after="0"/>
              <w:jc w:val="left"/>
            </w:pPr>
            <w:r>
              <w:rPr>
                <w:sz w:val="16"/>
              </w:rPr>
              <w:t>2029-12-11</w:t>
            </w:r>
          </w:p>
        </w:tc>
        <w:tc>
          <w:tcPr>
            <w:tcW w:type="dxa" w:w="1225"/>
          </w:tcPr>
          <w:p>
            <w:pPr>
              <w:spacing w:after="0"/>
              <w:jc w:val="right"/>
            </w:pPr>
            <w:r>
              <w:rPr>
                <w:sz w:val="16"/>
              </w:rPr>
              <w:t>1,168</w:t>
            </w:r>
          </w:p>
        </w:tc>
      </w:tr>
      <w:tr>
        <w:trPr>
          <w:cantSplit/>
        </w:trPr>
        <w:tc>
          <w:tcPr>
            <w:tcW w:type="dxa" w:w="2032"/>
          </w:tcPr>
          <w:p>
            <w:pPr>
              <w:spacing w:after="0"/>
              <w:jc w:val="left"/>
            </w:pPr>
            <w:r>
              <w:rPr>
                <w:sz w:val="16"/>
              </w:rPr>
              <w:t>Marshfield village</w:t>
            </w:r>
          </w:p>
        </w:tc>
        <w:tc>
          <w:tcPr>
            <w:tcW w:type="dxa" w:w="1054"/>
          </w:tcPr>
          <w:p>
            <w:pPr>
              <w:spacing w:after="0"/>
              <w:jc w:val="left"/>
            </w:pPr>
            <w:r>
              <w:rPr>
                <w:sz w:val="16"/>
              </w:rPr>
              <w:t>Village</w:t>
            </w:r>
          </w:p>
        </w:tc>
        <w:tc>
          <w:tcPr>
            <w:tcW w:type="dxa" w:w="3623"/>
          </w:tcPr>
          <w:p>
            <w:pPr>
              <w:spacing w:after="0"/>
              <w:jc w:val="left"/>
            </w:pPr>
            <w:r>
              <w:rPr>
                <w:sz w:val="16"/>
              </w:rPr>
              <w:t>Approved, expires 2026-09-30</w:t>
            </w:r>
          </w:p>
        </w:tc>
        <w:tc>
          <w:tcPr>
            <w:tcW w:type="dxa" w:w="3337"/>
          </w:tcPr>
          <w:p>
            <w:pPr>
              <w:spacing w:after="0"/>
              <w:jc w:val="left"/>
            </w:pPr>
            <w:r>
              <w:rPr>
                <w:sz w:val="16"/>
              </w:rPr>
              <w:t>Town and Village of Marshfield, VT Local Hazard Mitigation Plan (FEMA plan 107806)</w:t>
            </w:r>
          </w:p>
        </w:tc>
        <w:tc>
          <w:tcPr>
            <w:tcW w:type="dxa" w:w="1421"/>
          </w:tcPr>
          <w:p>
            <w:pPr>
              <w:spacing w:after="0"/>
              <w:jc w:val="left"/>
            </w:pPr>
            <w:r>
              <w:rPr>
                <w:sz w:val="16"/>
              </w:rPr>
              <w:t>2021-10-01</w:t>
            </w:r>
          </w:p>
        </w:tc>
        <w:tc>
          <w:tcPr>
            <w:tcW w:type="dxa" w:w="1421"/>
          </w:tcPr>
          <w:p>
            <w:pPr>
              <w:spacing w:after="0"/>
              <w:jc w:val="left"/>
            </w:pPr>
            <w:r>
              <w:rPr>
                <w:sz w:val="16"/>
              </w:rPr>
              <w:t>2026-09-30</w:t>
            </w:r>
          </w:p>
        </w:tc>
        <w:tc>
          <w:tcPr>
            <w:tcW w:type="dxa" w:w="1225"/>
          </w:tcPr>
          <w:p>
            <w:pPr>
              <w:spacing w:after="0"/>
              <w:jc w:val="right"/>
            </w:pPr>
            <w:r>
              <w:rPr>
                <w:sz w:val="16"/>
              </w:rPr>
              <w:t>0</w:t>
            </w:r>
          </w:p>
        </w:tc>
      </w:tr>
      <w:tr>
        <w:trPr>
          <w:cantSplit/>
        </w:trPr>
        <w:tc>
          <w:tcPr>
            <w:tcW w:type="dxa" w:w="2032"/>
          </w:tcPr>
          <w:p>
            <w:pPr>
              <w:spacing w:after="0"/>
              <w:jc w:val="left"/>
            </w:pPr>
            <w:r>
              <w:rPr>
                <w:sz w:val="16"/>
              </w:rPr>
              <w:t>Montpelier city</w:t>
            </w:r>
          </w:p>
        </w:tc>
        <w:tc>
          <w:tcPr>
            <w:tcW w:type="dxa" w:w="1054"/>
          </w:tcPr>
          <w:p>
            <w:pPr>
              <w:spacing w:after="0"/>
              <w:jc w:val="left"/>
            </w:pPr>
            <w:r>
              <w:rPr>
                <w:sz w:val="16"/>
              </w:rPr>
              <w:t>City</w:t>
            </w:r>
          </w:p>
        </w:tc>
        <w:tc>
          <w:tcPr>
            <w:tcW w:type="dxa" w:w="3623"/>
          </w:tcPr>
          <w:p>
            <w:pPr>
              <w:spacing w:after="0"/>
              <w:jc w:val="left"/>
            </w:pPr>
            <w:r>
              <w:rPr>
                <w:sz w:val="16"/>
              </w:rPr>
              <w:t>Expired on 2026-09-23</w:t>
            </w:r>
          </w:p>
        </w:tc>
        <w:tc>
          <w:tcPr>
            <w:tcW w:type="dxa" w:w="3337"/>
          </w:tcPr>
          <w:p>
            <w:pPr>
              <w:spacing w:after="0"/>
              <w:jc w:val="left"/>
            </w:pPr>
            <w:r>
              <w:rPr>
                <w:sz w:val="16"/>
              </w:rPr>
              <w:t>City of Montpelier, Vermont Local Hazard Mitigation Plan (FEMA plan 107769)</w:t>
            </w:r>
          </w:p>
        </w:tc>
        <w:tc>
          <w:tcPr>
            <w:tcW w:type="dxa" w:w="1421"/>
          </w:tcPr>
          <w:p>
            <w:pPr>
              <w:spacing w:after="0"/>
              <w:jc w:val="left"/>
            </w:pPr>
            <w:r>
              <w:rPr>
                <w:sz w:val="16"/>
              </w:rPr>
              <w:t>2021-09-24</w:t>
            </w:r>
          </w:p>
        </w:tc>
        <w:tc>
          <w:tcPr>
            <w:tcW w:type="dxa" w:w="1421"/>
          </w:tcPr>
          <w:p>
            <w:pPr>
              <w:spacing w:after="0"/>
              <w:jc w:val="left"/>
            </w:pPr>
            <w:r>
              <w:rPr>
                <w:sz w:val="16"/>
              </w:rPr>
              <w:t>2026-09-23</w:t>
            </w:r>
          </w:p>
        </w:tc>
        <w:tc>
          <w:tcPr>
            <w:tcW w:type="dxa" w:w="1225"/>
          </w:tcPr>
          <w:p>
            <w:pPr>
              <w:spacing w:after="0"/>
              <w:jc w:val="right"/>
            </w:pPr>
            <w:r>
              <w:rPr>
                <w:sz w:val="16"/>
              </w:rPr>
              <w:t>-7</w:t>
            </w:r>
          </w:p>
        </w:tc>
      </w:tr>
      <w:tr>
        <w:trPr>
          <w:cantSplit/>
        </w:trPr>
        <w:tc>
          <w:tcPr>
            <w:tcW w:type="dxa" w:w="2032"/>
          </w:tcPr>
          <w:p>
            <w:pPr>
              <w:spacing w:after="0"/>
              <w:jc w:val="left"/>
            </w:pPr>
            <w:r>
              <w:rPr>
                <w:sz w:val="16"/>
              </w:rPr>
              <w:t>Barre town</w:t>
            </w:r>
          </w:p>
        </w:tc>
        <w:tc>
          <w:tcPr>
            <w:tcW w:type="dxa" w:w="1054"/>
          </w:tcPr>
          <w:p>
            <w:pPr>
              <w:spacing w:after="0"/>
              <w:jc w:val="left"/>
            </w:pPr>
            <w:r>
              <w:rPr>
                <w:sz w:val="16"/>
              </w:rPr>
              <w:t>Town</w:t>
            </w:r>
          </w:p>
        </w:tc>
        <w:tc>
          <w:tcPr>
            <w:tcW w:type="dxa" w:w="3623"/>
          </w:tcPr>
          <w:p>
            <w:pPr>
              <w:spacing w:after="0"/>
              <w:jc w:val="left"/>
            </w:pPr>
            <w:r>
              <w:rPr>
                <w:sz w:val="16"/>
              </w:rPr>
              <w:t>Approved, expires 2028-12-14</w:t>
            </w:r>
          </w:p>
        </w:tc>
        <w:tc>
          <w:tcPr>
            <w:tcW w:type="dxa" w:w="3337"/>
          </w:tcPr>
          <w:p>
            <w:pPr>
              <w:spacing w:after="0"/>
              <w:jc w:val="left"/>
            </w:pPr>
            <w:r>
              <w:rPr>
                <w:sz w:val="16"/>
              </w:rPr>
              <w:t>2023 All-Hazards Mitigation Plan Update, Town of Barre (FEMA plan 109496)</w:t>
            </w:r>
          </w:p>
        </w:tc>
        <w:tc>
          <w:tcPr>
            <w:tcW w:type="dxa" w:w="1421"/>
          </w:tcPr>
          <w:p>
            <w:pPr>
              <w:spacing w:after="0"/>
              <w:jc w:val="left"/>
            </w:pPr>
            <w:r>
              <w:rPr>
                <w:sz w:val="16"/>
              </w:rPr>
              <w:t>2023-12-15</w:t>
            </w:r>
          </w:p>
        </w:tc>
        <w:tc>
          <w:tcPr>
            <w:tcW w:type="dxa" w:w="1421"/>
          </w:tcPr>
          <w:p>
            <w:pPr>
              <w:spacing w:after="0"/>
              <w:jc w:val="left"/>
            </w:pPr>
            <w:r>
              <w:rPr>
                <w:sz w:val="16"/>
              </w:rPr>
              <w:t>2028-12-14</w:t>
            </w:r>
          </w:p>
        </w:tc>
        <w:tc>
          <w:tcPr>
            <w:tcW w:type="dxa" w:w="1225"/>
          </w:tcPr>
          <w:p>
            <w:pPr>
              <w:spacing w:after="0"/>
              <w:jc w:val="right"/>
            </w:pPr>
            <w:r>
              <w:rPr>
                <w:sz w:val="16"/>
              </w:rPr>
              <w:t>806</w:t>
            </w:r>
          </w:p>
        </w:tc>
      </w:tr>
      <w:tr>
        <w:trPr>
          <w:cantSplit/>
        </w:trPr>
        <w:tc>
          <w:tcPr>
            <w:tcW w:type="dxa" w:w="2032"/>
          </w:tcPr>
          <w:p>
            <w:pPr>
              <w:spacing w:after="0"/>
              <w:jc w:val="left"/>
            </w:pPr>
            <w:r>
              <w:rPr>
                <w:sz w:val="16"/>
              </w:rPr>
              <w:t>Berlin town</w:t>
            </w:r>
          </w:p>
        </w:tc>
        <w:tc>
          <w:tcPr>
            <w:tcW w:type="dxa" w:w="1054"/>
          </w:tcPr>
          <w:p>
            <w:pPr>
              <w:spacing w:after="0"/>
              <w:jc w:val="left"/>
            </w:pPr>
            <w:r>
              <w:rPr>
                <w:sz w:val="16"/>
              </w:rPr>
              <w:t>Town</w:t>
            </w:r>
          </w:p>
        </w:tc>
        <w:tc>
          <w:tcPr>
            <w:tcW w:type="dxa" w:w="3623"/>
          </w:tcPr>
          <w:p>
            <w:pPr>
              <w:spacing w:after="0"/>
              <w:jc w:val="left"/>
            </w:pPr>
            <w:r>
              <w:rPr>
                <w:sz w:val="16"/>
              </w:rPr>
              <w:t>Expired on 2025-06-02</w:t>
            </w:r>
          </w:p>
        </w:tc>
        <w:tc>
          <w:tcPr>
            <w:tcW w:type="dxa" w:w="3337"/>
          </w:tcPr>
          <w:p>
            <w:pPr>
              <w:spacing w:after="0"/>
              <w:jc w:val="left"/>
            </w:pPr>
            <w:r>
              <w:rPr>
                <w:sz w:val="16"/>
              </w:rPr>
              <w:t>Town of Berlin All-Hazards Mitigation Plan Update (FEMA plan 106607)</w:t>
            </w:r>
          </w:p>
        </w:tc>
        <w:tc>
          <w:tcPr>
            <w:tcW w:type="dxa" w:w="1421"/>
          </w:tcPr>
          <w:p>
            <w:pPr>
              <w:spacing w:after="0"/>
              <w:jc w:val="left"/>
            </w:pPr>
            <w:r>
              <w:rPr>
                <w:sz w:val="16"/>
              </w:rPr>
              <w:t>2020-06-03</w:t>
            </w:r>
          </w:p>
        </w:tc>
        <w:tc>
          <w:tcPr>
            <w:tcW w:type="dxa" w:w="1421"/>
          </w:tcPr>
          <w:p>
            <w:pPr>
              <w:spacing w:after="0"/>
              <w:jc w:val="left"/>
            </w:pPr>
            <w:r>
              <w:rPr>
                <w:sz w:val="16"/>
              </w:rPr>
              <w:t>2025-06-02</w:t>
            </w:r>
          </w:p>
        </w:tc>
        <w:tc>
          <w:tcPr>
            <w:tcW w:type="dxa" w:w="1225"/>
          </w:tcPr>
          <w:p>
            <w:pPr>
              <w:spacing w:after="0"/>
              <w:jc w:val="right"/>
            </w:pPr>
            <w:r>
              <w:rPr>
                <w:sz w:val="16"/>
              </w:rPr>
              <w:t>-485</w:t>
            </w:r>
          </w:p>
        </w:tc>
      </w:tr>
      <w:tr>
        <w:trPr>
          <w:cantSplit/>
        </w:trPr>
        <w:tc>
          <w:tcPr>
            <w:tcW w:type="dxa" w:w="2032"/>
          </w:tcPr>
          <w:p>
            <w:pPr>
              <w:spacing w:after="0"/>
              <w:jc w:val="left"/>
            </w:pPr>
            <w:r>
              <w:rPr>
                <w:sz w:val="16"/>
              </w:rPr>
              <w:t>Cabot town</w:t>
            </w:r>
          </w:p>
        </w:tc>
        <w:tc>
          <w:tcPr>
            <w:tcW w:type="dxa" w:w="1054"/>
          </w:tcPr>
          <w:p>
            <w:pPr>
              <w:spacing w:after="0"/>
              <w:jc w:val="left"/>
            </w:pPr>
            <w:r>
              <w:rPr>
                <w:sz w:val="16"/>
              </w:rPr>
              <w:t>Town</w:t>
            </w:r>
          </w:p>
        </w:tc>
        <w:tc>
          <w:tcPr>
            <w:tcW w:type="dxa" w:w="3623"/>
          </w:tcPr>
          <w:p>
            <w:pPr>
              <w:spacing w:after="0"/>
              <w:jc w:val="left"/>
            </w:pPr>
            <w:r>
              <w:rPr>
                <w:sz w:val="16"/>
              </w:rPr>
              <w:t>Approved, expires 2029-11-13</w:t>
            </w:r>
          </w:p>
        </w:tc>
        <w:tc>
          <w:tcPr>
            <w:tcW w:type="dxa" w:w="3337"/>
          </w:tcPr>
          <w:p>
            <w:pPr>
              <w:spacing w:after="0"/>
              <w:jc w:val="left"/>
            </w:pPr>
            <w:r>
              <w:rPr>
                <w:sz w:val="16"/>
              </w:rPr>
              <w:t>Cabot, Vermont 2024 Local Hazard Mitigation Plan (FEMA plan 110302)</w:t>
            </w:r>
          </w:p>
        </w:tc>
        <w:tc>
          <w:tcPr>
            <w:tcW w:type="dxa" w:w="1421"/>
          </w:tcPr>
          <w:p>
            <w:pPr>
              <w:spacing w:after="0"/>
              <w:jc w:val="left"/>
            </w:pPr>
            <w:r>
              <w:rPr>
                <w:sz w:val="16"/>
              </w:rPr>
              <w:t>2024-11-14</w:t>
            </w:r>
          </w:p>
        </w:tc>
        <w:tc>
          <w:tcPr>
            <w:tcW w:type="dxa" w:w="1421"/>
          </w:tcPr>
          <w:p>
            <w:pPr>
              <w:spacing w:after="0"/>
              <w:jc w:val="left"/>
            </w:pPr>
            <w:r>
              <w:rPr>
                <w:sz w:val="16"/>
              </w:rPr>
              <w:t>2029-11-13</w:t>
            </w:r>
          </w:p>
        </w:tc>
        <w:tc>
          <w:tcPr>
            <w:tcW w:type="dxa" w:w="1225"/>
          </w:tcPr>
          <w:p>
            <w:pPr>
              <w:spacing w:after="0"/>
              <w:jc w:val="right"/>
            </w:pPr>
            <w:r>
              <w:rPr>
                <w:sz w:val="16"/>
              </w:rPr>
              <w:t>1,140</w:t>
            </w:r>
          </w:p>
        </w:tc>
      </w:tr>
      <w:tr>
        <w:trPr>
          <w:cantSplit/>
        </w:trPr>
        <w:tc>
          <w:tcPr>
            <w:tcW w:type="dxa" w:w="2032"/>
          </w:tcPr>
          <w:p>
            <w:pPr>
              <w:spacing w:after="0"/>
              <w:jc w:val="left"/>
            </w:pPr>
            <w:r>
              <w:rPr>
                <w:sz w:val="16"/>
              </w:rPr>
              <w:t>Calais town</w:t>
            </w:r>
          </w:p>
        </w:tc>
        <w:tc>
          <w:tcPr>
            <w:tcW w:type="dxa" w:w="1054"/>
          </w:tcPr>
          <w:p>
            <w:pPr>
              <w:spacing w:after="0"/>
              <w:jc w:val="left"/>
            </w:pPr>
            <w:r>
              <w:rPr>
                <w:sz w:val="16"/>
              </w:rPr>
              <w:t>Town</w:t>
            </w:r>
          </w:p>
        </w:tc>
        <w:tc>
          <w:tcPr>
            <w:tcW w:type="dxa" w:w="3623"/>
          </w:tcPr>
          <w:p>
            <w:pPr>
              <w:spacing w:after="0"/>
              <w:jc w:val="left"/>
            </w:pPr>
            <w:r>
              <w:rPr>
                <w:sz w:val="16"/>
              </w:rPr>
              <w:t>Approved, expires 2026-10-07</w:t>
            </w:r>
          </w:p>
        </w:tc>
        <w:tc>
          <w:tcPr>
            <w:tcW w:type="dxa" w:w="3337"/>
          </w:tcPr>
          <w:p>
            <w:pPr>
              <w:spacing w:after="0"/>
              <w:jc w:val="left"/>
            </w:pPr>
            <w:r>
              <w:rPr>
                <w:sz w:val="16"/>
              </w:rPr>
              <w:t>Town of Calais, VT Local Hazard Mitigation Plan (FEMA plan 107818)</w:t>
            </w:r>
          </w:p>
        </w:tc>
        <w:tc>
          <w:tcPr>
            <w:tcW w:type="dxa" w:w="1421"/>
          </w:tcPr>
          <w:p>
            <w:pPr>
              <w:spacing w:after="0"/>
              <w:jc w:val="left"/>
            </w:pPr>
            <w:r>
              <w:rPr>
                <w:sz w:val="16"/>
              </w:rPr>
              <w:t>2021-10-08</w:t>
            </w:r>
          </w:p>
        </w:tc>
        <w:tc>
          <w:tcPr>
            <w:tcW w:type="dxa" w:w="1421"/>
          </w:tcPr>
          <w:p>
            <w:pPr>
              <w:spacing w:after="0"/>
              <w:jc w:val="left"/>
            </w:pPr>
            <w:r>
              <w:rPr>
                <w:sz w:val="16"/>
              </w:rPr>
              <w:t>2026-10-07</w:t>
            </w:r>
          </w:p>
        </w:tc>
        <w:tc>
          <w:tcPr>
            <w:tcW w:type="dxa" w:w="1225"/>
          </w:tcPr>
          <w:p>
            <w:pPr>
              <w:spacing w:after="0"/>
              <w:jc w:val="right"/>
            </w:pPr>
            <w:r>
              <w:rPr>
                <w:sz w:val="16"/>
              </w:rPr>
              <w:t>7</w:t>
            </w:r>
          </w:p>
        </w:tc>
      </w:tr>
      <w:tr>
        <w:trPr>
          <w:cantSplit/>
        </w:trPr>
        <w:tc>
          <w:tcPr>
            <w:tcW w:type="dxa" w:w="2032"/>
          </w:tcPr>
          <w:p>
            <w:pPr>
              <w:spacing w:after="0"/>
              <w:jc w:val="left"/>
            </w:pPr>
            <w:r>
              <w:rPr>
                <w:sz w:val="16"/>
              </w:rPr>
              <w:t>Duxbury town</w:t>
            </w:r>
          </w:p>
        </w:tc>
        <w:tc>
          <w:tcPr>
            <w:tcW w:type="dxa" w:w="1054"/>
          </w:tcPr>
          <w:p>
            <w:pPr>
              <w:spacing w:after="0"/>
              <w:jc w:val="left"/>
            </w:pPr>
            <w:r>
              <w:rPr>
                <w:sz w:val="16"/>
              </w:rPr>
              <w:t>Town</w:t>
            </w:r>
          </w:p>
        </w:tc>
        <w:tc>
          <w:tcPr>
            <w:tcW w:type="dxa" w:w="3623"/>
          </w:tcPr>
          <w:p>
            <w:pPr>
              <w:spacing w:after="0"/>
              <w:jc w:val="left"/>
            </w:pPr>
            <w:r>
              <w:rPr>
                <w:sz w:val="16"/>
              </w:rPr>
              <w:t>Approved, expires 2030-04-15</w:t>
            </w:r>
          </w:p>
        </w:tc>
        <w:tc>
          <w:tcPr>
            <w:tcW w:type="dxa" w:w="3337"/>
          </w:tcPr>
          <w:p>
            <w:pPr>
              <w:spacing w:after="0"/>
              <w:jc w:val="left"/>
            </w:pPr>
            <w:r>
              <w:rPr>
                <w:sz w:val="16"/>
              </w:rPr>
              <w:t>2025 Duxbury, Vermont Local Hazard Mitigation Plan Update (FEMA plan 110674)</w:t>
            </w:r>
          </w:p>
        </w:tc>
        <w:tc>
          <w:tcPr>
            <w:tcW w:type="dxa" w:w="1421"/>
          </w:tcPr>
          <w:p>
            <w:pPr>
              <w:spacing w:after="0"/>
              <w:jc w:val="left"/>
            </w:pPr>
            <w:r>
              <w:rPr>
                <w:sz w:val="16"/>
              </w:rPr>
              <w:t>2025-04-16</w:t>
            </w:r>
          </w:p>
        </w:tc>
        <w:tc>
          <w:tcPr>
            <w:tcW w:type="dxa" w:w="1421"/>
          </w:tcPr>
          <w:p>
            <w:pPr>
              <w:spacing w:after="0"/>
              <w:jc w:val="left"/>
            </w:pPr>
            <w:r>
              <w:rPr>
                <w:sz w:val="16"/>
              </w:rPr>
              <w:t>2030-04-15</w:t>
            </w:r>
          </w:p>
        </w:tc>
        <w:tc>
          <w:tcPr>
            <w:tcW w:type="dxa" w:w="1225"/>
          </w:tcPr>
          <w:p>
            <w:pPr>
              <w:spacing w:after="0"/>
              <w:jc w:val="right"/>
            </w:pPr>
            <w:r>
              <w:rPr>
                <w:sz w:val="16"/>
              </w:rPr>
              <w:t>1,293</w:t>
            </w:r>
          </w:p>
        </w:tc>
      </w:tr>
      <w:tr>
        <w:trPr>
          <w:cantSplit/>
        </w:trPr>
        <w:tc>
          <w:tcPr>
            <w:tcW w:type="dxa" w:w="2032"/>
          </w:tcPr>
          <w:p>
            <w:pPr>
              <w:spacing w:after="0"/>
              <w:jc w:val="left"/>
            </w:pPr>
            <w:r>
              <w:rPr>
                <w:sz w:val="16"/>
              </w:rPr>
              <w:t>East Montpelier town</w:t>
            </w:r>
          </w:p>
        </w:tc>
        <w:tc>
          <w:tcPr>
            <w:tcW w:type="dxa" w:w="1054"/>
          </w:tcPr>
          <w:p>
            <w:pPr>
              <w:spacing w:after="0"/>
              <w:jc w:val="left"/>
            </w:pPr>
            <w:r>
              <w:rPr>
                <w:sz w:val="16"/>
              </w:rPr>
              <w:t>Town</w:t>
            </w:r>
          </w:p>
        </w:tc>
        <w:tc>
          <w:tcPr>
            <w:tcW w:type="dxa" w:w="3623"/>
          </w:tcPr>
          <w:p>
            <w:pPr>
              <w:spacing w:after="0"/>
              <w:jc w:val="left"/>
            </w:pPr>
            <w:r>
              <w:rPr>
                <w:sz w:val="16"/>
              </w:rPr>
              <w:t>Approved, expires 2030-12-02</w:t>
            </w:r>
          </w:p>
        </w:tc>
        <w:tc>
          <w:tcPr>
            <w:tcW w:type="dxa" w:w="3337"/>
          </w:tcPr>
          <w:p>
            <w:pPr>
              <w:spacing w:after="0"/>
              <w:jc w:val="left"/>
            </w:pPr>
            <w:r>
              <w:rPr>
                <w:sz w:val="16"/>
              </w:rPr>
              <w:t>East Montpelier, Vermont 2025 Local Hazard Mitigation Plan (FEMA plan 111406)</w:t>
            </w:r>
          </w:p>
        </w:tc>
        <w:tc>
          <w:tcPr>
            <w:tcW w:type="dxa" w:w="1421"/>
          </w:tcPr>
          <w:p>
            <w:pPr>
              <w:spacing w:after="0"/>
              <w:jc w:val="left"/>
            </w:pPr>
            <w:r>
              <w:rPr>
                <w:sz w:val="16"/>
              </w:rPr>
              <w:t>2025-12-03</w:t>
            </w:r>
          </w:p>
        </w:tc>
        <w:tc>
          <w:tcPr>
            <w:tcW w:type="dxa" w:w="1421"/>
          </w:tcPr>
          <w:p>
            <w:pPr>
              <w:spacing w:after="0"/>
              <w:jc w:val="left"/>
            </w:pPr>
            <w:r>
              <w:rPr>
                <w:sz w:val="16"/>
              </w:rPr>
              <w:t>2030-12-02</w:t>
            </w:r>
          </w:p>
        </w:tc>
        <w:tc>
          <w:tcPr>
            <w:tcW w:type="dxa" w:w="1225"/>
          </w:tcPr>
          <w:p>
            <w:pPr>
              <w:spacing w:after="0"/>
              <w:jc w:val="right"/>
            </w:pPr>
            <w:r>
              <w:rPr>
                <w:sz w:val="16"/>
              </w:rPr>
              <w:t>1,524</w:t>
            </w:r>
          </w:p>
        </w:tc>
      </w:tr>
      <w:tr>
        <w:trPr>
          <w:cantSplit/>
        </w:trPr>
        <w:tc>
          <w:tcPr>
            <w:tcW w:type="dxa" w:w="2032"/>
          </w:tcPr>
          <w:p>
            <w:pPr>
              <w:spacing w:after="0"/>
              <w:jc w:val="left"/>
            </w:pPr>
            <w:r>
              <w:rPr>
                <w:sz w:val="16"/>
              </w:rPr>
              <w:t>Fayston town</w:t>
            </w:r>
          </w:p>
        </w:tc>
        <w:tc>
          <w:tcPr>
            <w:tcW w:type="dxa" w:w="1054"/>
          </w:tcPr>
          <w:p>
            <w:pPr>
              <w:spacing w:after="0"/>
              <w:jc w:val="left"/>
            </w:pPr>
            <w:r>
              <w:rPr>
                <w:sz w:val="16"/>
              </w:rPr>
              <w:t>Town</w:t>
            </w:r>
          </w:p>
        </w:tc>
        <w:tc>
          <w:tcPr>
            <w:tcW w:type="dxa" w:w="3623"/>
          </w:tcPr>
          <w:p>
            <w:pPr>
              <w:spacing w:after="0"/>
              <w:jc w:val="left"/>
            </w:pPr>
            <w:r>
              <w:rPr>
                <w:sz w:val="16"/>
              </w:rPr>
              <w:t>Approved, expires 2029-11-11</w:t>
            </w:r>
          </w:p>
        </w:tc>
        <w:tc>
          <w:tcPr>
            <w:tcW w:type="dxa" w:w="3337"/>
          </w:tcPr>
          <w:p>
            <w:pPr>
              <w:spacing w:after="0"/>
              <w:jc w:val="left"/>
            </w:pPr>
            <w:r>
              <w:rPr>
                <w:sz w:val="16"/>
              </w:rPr>
              <w:t>Town of Fayston, VT 2024 Local Hazard Mitigation Plan (FEMA plan 110298)</w:t>
            </w:r>
          </w:p>
        </w:tc>
        <w:tc>
          <w:tcPr>
            <w:tcW w:type="dxa" w:w="1421"/>
          </w:tcPr>
          <w:p>
            <w:pPr>
              <w:spacing w:after="0"/>
              <w:jc w:val="left"/>
            </w:pPr>
            <w:r>
              <w:rPr>
                <w:sz w:val="16"/>
              </w:rPr>
              <w:t>2024-11-12</w:t>
            </w:r>
          </w:p>
        </w:tc>
        <w:tc>
          <w:tcPr>
            <w:tcW w:type="dxa" w:w="1421"/>
          </w:tcPr>
          <w:p>
            <w:pPr>
              <w:spacing w:after="0"/>
              <w:jc w:val="left"/>
            </w:pPr>
            <w:r>
              <w:rPr>
                <w:sz w:val="16"/>
              </w:rPr>
              <w:t>2029-11-11</w:t>
            </w:r>
          </w:p>
        </w:tc>
        <w:tc>
          <w:tcPr>
            <w:tcW w:type="dxa" w:w="1225"/>
          </w:tcPr>
          <w:p>
            <w:pPr>
              <w:spacing w:after="0"/>
              <w:jc w:val="right"/>
            </w:pPr>
            <w:r>
              <w:rPr>
                <w:sz w:val="16"/>
              </w:rPr>
              <w:t>1,138</w:t>
            </w:r>
          </w:p>
        </w:tc>
      </w:tr>
      <w:tr>
        <w:trPr>
          <w:cantSplit/>
        </w:trPr>
        <w:tc>
          <w:tcPr>
            <w:tcW w:type="dxa" w:w="2032"/>
          </w:tcPr>
          <w:p>
            <w:pPr>
              <w:spacing w:after="0"/>
              <w:jc w:val="left"/>
            </w:pPr>
            <w:r>
              <w:rPr>
                <w:sz w:val="16"/>
              </w:rPr>
              <w:t>Marshfield town</w:t>
            </w:r>
          </w:p>
        </w:tc>
        <w:tc>
          <w:tcPr>
            <w:tcW w:type="dxa" w:w="1054"/>
          </w:tcPr>
          <w:p>
            <w:pPr>
              <w:spacing w:after="0"/>
              <w:jc w:val="left"/>
            </w:pPr>
            <w:r>
              <w:rPr>
                <w:sz w:val="16"/>
              </w:rPr>
              <w:t>Village</w:t>
            </w:r>
          </w:p>
        </w:tc>
        <w:tc>
          <w:tcPr>
            <w:tcW w:type="dxa" w:w="3623"/>
          </w:tcPr>
          <w:p>
            <w:pPr>
              <w:spacing w:after="0"/>
              <w:jc w:val="left"/>
            </w:pPr>
            <w:r>
              <w:rPr>
                <w:sz w:val="16"/>
              </w:rPr>
              <w:t>Approved, expires 2026-09-30</w:t>
            </w:r>
          </w:p>
        </w:tc>
        <w:tc>
          <w:tcPr>
            <w:tcW w:type="dxa" w:w="3337"/>
          </w:tcPr>
          <w:p>
            <w:pPr>
              <w:spacing w:after="0"/>
              <w:jc w:val="left"/>
            </w:pPr>
            <w:r>
              <w:rPr>
                <w:sz w:val="16"/>
              </w:rPr>
              <w:t>Town and Village of Marshfield, VT Local Hazard Mitigation Plan (FEMA plan 107806)</w:t>
            </w:r>
          </w:p>
        </w:tc>
        <w:tc>
          <w:tcPr>
            <w:tcW w:type="dxa" w:w="1421"/>
          </w:tcPr>
          <w:p>
            <w:pPr>
              <w:spacing w:after="0"/>
              <w:jc w:val="left"/>
            </w:pPr>
            <w:r>
              <w:rPr>
                <w:sz w:val="16"/>
              </w:rPr>
              <w:t>2021-10-01</w:t>
            </w:r>
          </w:p>
        </w:tc>
        <w:tc>
          <w:tcPr>
            <w:tcW w:type="dxa" w:w="1421"/>
          </w:tcPr>
          <w:p>
            <w:pPr>
              <w:spacing w:after="0"/>
              <w:jc w:val="left"/>
            </w:pPr>
            <w:r>
              <w:rPr>
                <w:sz w:val="16"/>
              </w:rPr>
              <w:t>2026-09-30</w:t>
            </w:r>
          </w:p>
        </w:tc>
        <w:tc>
          <w:tcPr>
            <w:tcW w:type="dxa" w:w="1225"/>
          </w:tcPr>
          <w:p>
            <w:pPr>
              <w:spacing w:after="0"/>
              <w:jc w:val="right"/>
            </w:pPr>
            <w:r>
              <w:rPr>
                <w:sz w:val="16"/>
              </w:rPr>
              <w:t>0</w:t>
            </w:r>
          </w:p>
        </w:tc>
      </w:tr>
      <w:tr>
        <w:trPr>
          <w:cantSplit/>
        </w:trPr>
        <w:tc>
          <w:tcPr>
            <w:tcW w:type="dxa" w:w="2032"/>
          </w:tcPr>
          <w:p>
            <w:pPr>
              <w:spacing w:after="0"/>
              <w:jc w:val="left"/>
            </w:pPr>
            <w:r>
              <w:rPr>
                <w:sz w:val="16"/>
              </w:rPr>
              <w:t>Middlesex town</w:t>
            </w:r>
          </w:p>
        </w:tc>
        <w:tc>
          <w:tcPr>
            <w:tcW w:type="dxa" w:w="1054"/>
          </w:tcPr>
          <w:p>
            <w:pPr>
              <w:spacing w:after="0"/>
              <w:jc w:val="left"/>
            </w:pPr>
            <w:r>
              <w:rPr>
                <w:sz w:val="16"/>
              </w:rPr>
              <w:t>Town</w:t>
            </w:r>
          </w:p>
        </w:tc>
        <w:tc>
          <w:tcPr>
            <w:tcW w:type="dxa" w:w="3623"/>
          </w:tcPr>
          <w:p>
            <w:pPr>
              <w:spacing w:after="0"/>
              <w:jc w:val="left"/>
            </w:pPr>
            <w:r>
              <w:rPr>
                <w:sz w:val="16"/>
              </w:rPr>
              <w:t>Approved, expires 2030-01-15</w:t>
            </w:r>
          </w:p>
        </w:tc>
        <w:tc>
          <w:tcPr>
            <w:tcW w:type="dxa" w:w="3337"/>
          </w:tcPr>
          <w:p>
            <w:pPr>
              <w:spacing w:after="0"/>
              <w:jc w:val="left"/>
            </w:pPr>
            <w:r>
              <w:rPr>
                <w:sz w:val="16"/>
              </w:rPr>
              <w:t>Middlesex, Vermont 2024 Local Hazard Mitigation Plan (FEMA plan 110173)</w:t>
            </w:r>
          </w:p>
        </w:tc>
        <w:tc>
          <w:tcPr>
            <w:tcW w:type="dxa" w:w="1421"/>
          </w:tcPr>
          <w:p>
            <w:pPr>
              <w:spacing w:after="0"/>
              <w:jc w:val="left"/>
            </w:pPr>
            <w:r>
              <w:rPr>
                <w:sz w:val="16"/>
              </w:rPr>
              <w:t>2025-01-16</w:t>
            </w:r>
          </w:p>
        </w:tc>
        <w:tc>
          <w:tcPr>
            <w:tcW w:type="dxa" w:w="1421"/>
          </w:tcPr>
          <w:p>
            <w:pPr>
              <w:spacing w:after="0"/>
              <w:jc w:val="left"/>
            </w:pPr>
            <w:r>
              <w:rPr>
                <w:sz w:val="16"/>
              </w:rPr>
              <w:t>2030-01-15</w:t>
            </w:r>
          </w:p>
        </w:tc>
        <w:tc>
          <w:tcPr>
            <w:tcW w:type="dxa" w:w="1225"/>
          </w:tcPr>
          <w:p>
            <w:pPr>
              <w:spacing w:after="0"/>
              <w:jc w:val="right"/>
            </w:pPr>
            <w:r>
              <w:rPr>
                <w:sz w:val="16"/>
              </w:rPr>
              <w:t>1,203</w:t>
            </w:r>
          </w:p>
        </w:tc>
      </w:tr>
      <w:tr>
        <w:trPr>
          <w:cantSplit/>
        </w:trPr>
        <w:tc>
          <w:tcPr>
            <w:tcW w:type="dxa" w:w="2032"/>
          </w:tcPr>
          <w:p>
            <w:pPr>
              <w:spacing w:after="0"/>
              <w:jc w:val="left"/>
            </w:pPr>
            <w:r>
              <w:rPr>
                <w:sz w:val="16"/>
              </w:rPr>
              <w:t>Moretown town</w:t>
            </w:r>
          </w:p>
        </w:tc>
        <w:tc>
          <w:tcPr>
            <w:tcW w:type="dxa" w:w="1054"/>
          </w:tcPr>
          <w:p>
            <w:pPr>
              <w:spacing w:after="0"/>
              <w:jc w:val="left"/>
            </w:pPr>
            <w:r>
              <w:rPr>
                <w:sz w:val="16"/>
              </w:rPr>
              <w:t>Town</w:t>
            </w:r>
          </w:p>
        </w:tc>
        <w:tc>
          <w:tcPr>
            <w:tcW w:type="dxa" w:w="3623"/>
          </w:tcPr>
          <w:p>
            <w:pPr>
              <w:spacing w:after="0"/>
              <w:jc w:val="left"/>
            </w:pPr>
            <w:r>
              <w:rPr>
                <w:sz w:val="16"/>
              </w:rPr>
              <w:t>Expired on 2025-02-19</w:t>
            </w:r>
          </w:p>
        </w:tc>
        <w:tc>
          <w:tcPr>
            <w:tcW w:type="dxa" w:w="3337"/>
          </w:tcPr>
          <w:p>
            <w:pPr>
              <w:spacing w:after="0"/>
              <w:jc w:val="left"/>
            </w:pPr>
            <w:r>
              <w:rPr>
                <w:sz w:val="16"/>
              </w:rPr>
              <w:t>The Town of Moretown, VT Local Hazard Mitigation Plan (FEMA plan 106395)</w:t>
            </w:r>
          </w:p>
        </w:tc>
        <w:tc>
          <w:tcPr>
            <w:tcW w:type="dxa" w:w="1421"/>
          </w:tcPr>
          <w:p>
            <w:pPr>
              <w:spacing w:after="0"/>
              <w:jc w:val="left"/>
            </w:pPr>
            <w:r>
              <w:rPr>
                <w:sz w:val="16"/>
              </w:rPr>
              <w:t>2020-02-20</w:t>
            </w:r>
          </w:p>
        </w:tc>
        <w:tc>
          <w:tcPr>
            <w:tcW w:type="dxa" w:w="1421"/>
          </w:tcPr>
          <w:p>
            <w:pPr>
              <w:spacing w:after="0"/>
              <w:jc w:val="left"/>
            </w:pPr>
            <w:r>
              <w:rPr>
                <w:sz w:val="16"/>
              </w:rPr>
              <w:t>2025-02-19</w:t>
            </w:r>
          </w:p>
        </w:tc>
        <w:tc>
          <w:tcPr>
            <w:tcW w:type="dxa" w:w="1225"/>
          </w:tcPr>
          <w:p>
            <w:pPr>
              <w:spacing w:after="0"/>
              <w:jc w:val="right"/>
            </w:pPr>
            <w:r>
              <w:rPr>
                <w:sz w:val="16"/>
              </w:rPr>
              <w:t>-588</w:t>
            </w:r>
          </w:p>
        </w:tc>
      </w:tr>
      <w:tr>
        <w:trPr>
          <w:cantSplit/>
        </w:trPr>
        <w:tc>
          <w:tcPr>
            <w:tcW w:type="dxa" w:w="2032"/>
          </w:tcPr>
          <w:p>
            <w:pPr>
              <w:spacing w:after="0"/>
              <w:jc w:val="left"/>
            </w:pPr>
            <w:r>
              <w:rPr>
                <w:sz w:val="16"/>
              </w:rPr>
              <w:t>Northfield town</w:t>
            </w:r>
          </w:p>
        </w:tc>
        <w:tc>
          <w:tcPr>
            <w:tcW w:type="dxa" w:w="1054"/>
          </w:tcPr>
          <w:p>
            <w:pPr>
              <w:spacing w:after="0"/>
              <w:jc w:val="left"/>
            </w:pPr>
            <w:r>
              <w:rPr>
                <w:sz w:val="16"/>
              </w:rPr>
              <w:t>Town</w:t>
            </w:r>
          </w:p>
        </w:tc>
        <w:tc>
          <w:tcPr>
            <w:tcW w:type="dxa" w:w="3623"/>
          </w:tcPr>
          <w:p>
            <w:pPr>
              <w:spacing w:after="0"/>
              <w:jc w:val="left"/>
            </w:pPr>
            <w:r>
              <w:rPr>
                <w:sz w:val="16"/>
              </w:rPr>
              <w:t>Approved, expires 2028-10-31</w:t>
            </w:r>
          </w:p>
        </w:tc>
        <w:tc>
          <w:tcPr>
            <w:tcW w:type="dxa" w:w="3337"/>
          </w:tcPr>
          <w:p>
            <w:pPr>
              <w:spacing w:after="0"/>
              <w:jc w:val="left"/>
            </w:pPr>
            <w:r>
              <w:rPr>
                <w:sz w:val="16"/>
              </w:rPr>
              <w:t>Town of Northfield, Vermont All-Hazards Mitigation Plan Update (FEMA plan 109408)</w:t>
            </w:r>
          </w:p>
        </w:tc>
        <w:tc>
          <w:tcPr>
            <w:tcW w:type="dxa" w:w="1421"/>
          </w:tcPr>
          <w:p>
            <w:pPr>
              <w:spacing w:after="0"/>
              <w:jc w:val="left"/>
            </w:pPr>
            <w:r>
              <w:rPr>
                <w:sz w:val="16"/>
              </w:rPr>
              <w:t>2023-11-01</w:t>
            </w:r>
          </w:p>
        </w:tc>
        <w:tc>
          <w:tcPr>
            <w:tcW w:type="dxa" w:w="1421"/>
          </w:tcPr>
          <w:p>
            <w:pPr>
              <w:spacing w:after="0"/>
              <w:jc w:val="left"/>
            </w:pPr>
            <w:r>
              <w:rPr>
                <w:sz w:val="16"/>
              </w:rPr>
              <w:t>2028-10-31</w:t>
            </w:r>
          </w:p>
        </w:tc>
        <w:tc>
          <w:tcPr>
            <w:tcW w:type="dxa" w:w="1225"/>
          </w:tcPr>
          <w:p>
            <w:pPr>
              <w:spacing w:after="0"/>
              <w:jc w:val="right"/>
            </w:pPr>
            <w:r>
              <w:rPr>
                <w:sz w:val="16"/>
              </w:rPr>
              <w:t>762</w:t>
            </w:r>
          </w:p>
        </w:tc>
      </w:tr>
      <w:tr>
        <w:trPr>
          <w:cantSplit/>
        </w:trPr>
        <w:tc>
          <w:tcPr>
            <w:tcW w:type="dxa" w:w="2032"/>
          </w:tcPr>
          <w:p>
            <w:pPr>
              <w:spacing w:after="0"/>
              <w:jc w:val="left"/>
            </w:pPr>
            <w:r>
              <w:rPr>
                <w:sz w:val="16"/>
              </w:rPr>
              <w:t>Plainfield town</w:t>
            </w:r>
          </w:p>
        </w:tc>
        <w:tc>
          <w:tcPr>
            <w:tcW w:type="dxa" w:w="1054"/>
          </w:tcPr>
          <w:p>
            <w:pPr>
              <w:spacing w:after="0"/>
              <w:jc w:val="left"/>
            </w:pPr>
            <w:r>
              <w:rPr>
                <w:sz w:val="16"/>
              </w:rPr>
              <w:t>Town</w:t>
            </w:r>
          </w:p>
        </w:tc>
        <w:tc>
          <w:tcPr>
            <w:tcW w:type="dxa" w:w="3623"/>
          </w:tcPr>
          <w:p>
            <w:pPr>
              <w:spacing w:after="0"/>
              <w:jc w:val="left"/>
            </w:pPr>
            <w:r>
              <w:rPr>
                <w:sz w:val="16"/>
              </w:rPr>
              <w:t>Approved, expires 2031-09-07</w:t>
            </w:r>
          </w:p>
        </w:tc>
        <w:tc>
          <w:tcPr>
            <w:tcW w:type="dxa" w:w="3337"/>
          </w:tcPr>
          <w:p>
            <w:pPr>
              <w:spacing w:after="0"/>
              <w:jc w:val="left"/>
            </w:pPr>
            <w:r>
              <w:rPr>
                <w:sz w:val="16"/>
              </w:rPr>
              <w:t>Plainfield, Vermont 2025 Local Hazard Mitigation Plan (FEMA plan 112255)</w:t>
            </w:r>
          </w:p>
        </w:tc>
        <w:tc>
          <w:tcPr>
            <w:tcW w:type="dxa" w:w="1421"/>
          </w:tcPr>
          <w:p>
            <w:pPr>
              <w:spacing w:after="0"/>
              <w:jc w:val="left"/>
            </w:pPr>
            <w:r>
              <w:rPr>
                <w:sz w:val="16"/>
              </w:rPr>
              <w:t>2026-09-08</w:t>
            </w:r>
          </w:p>
        </w:tc>
        <w:tc>
          <w:tcPr>
            <w:tcW w:type="dxa" w:w="1421"/>
          </w:tcPr>
          <w:p>
            <w:pPr>
              <w:spacing w:after="0"/>
              <w:jc w:val="left"/>
            </w:pPr>
            <w:r>
              <w:rPr>
                <w:sz w:val="16"/>
              </w:rPr>
              <w:t>2031-09-07</w:t>
            </w:r>
          </w:p>
        </w:tc>
        <w:tc>
          <w:tcPr>
            <w:tcW w:type="dxa" w:w="1225"/>
          </w:tcPr>
          <w:p>
            <w:pPr>
              <w:spacing w:after="0"/>
              <w:jc w:val="right"/>
            </w:pPr>
            <w:r>
              <w:rPr>
                <w:sz w:val="16"/>
              </w:rPr>
              <w:t>1,803</w:t>
            </w:r>
          </w:p>
        </w:tc>
      </w:tr>
      <w:tr>
        <w:trPr>
          <w:cantSplit/>
        </w:trPr>
        <w:tc>
          <w:tcPr>
            <w:tcW w:type="dxa" w:w="2032"/>
          </w:tcPr>
          <w:p>
            <w:pPr>
              <w:spacing w:after="0"/>
              <w:jc w:val="left"/>
            </w:pPr>
            <w:r>
              <w:rPr>
                <w:sz w:val="16"/>
              </w:rPr>
              <w:t>Roxbury town</w:t>
            </w:r>
          </w:p>
        </w:tc>
        <w:tc>
          <w:tcPr>
            <w:tcW w:type="dxa" w:w="1054"/>
          </w:tcPr>
          <w:p>
            <w:pPr>
              <w:spacing w:after="0"/>
              <w:jc w:val="left"/>
            </w:pPr>
            <w:r>
              <w:rPr>
                <w:sz w:val="16"/>
              </w:rPr>
              <w:t>Town</w:t>
            </w:r>
          </w:p>
        </w:tc>
        <w:tc>
          <w:tcPr>
            <w:tcW w:type="dxa" w:w="3623"/>
          </w:tcPr>
          <w:p>
            <w:pPr>
              <w:spacing w:after="0"/>
              <w:jc w:val="left"/>
            </w:pPr>
            <w:r>
              <w:rPr>
                <w:sz w:val="16"/>
              </w:rPr>
              <w:t>Approved, expires 2029-11-20</w:t>
            </w:r>
          </w:p>
        </w:tc>
        <w:tc>
          <w:tcPr>
            <w:tcW w:type="dxa" w:w="3337"/>
          </w:tcPr>
          <w:p>
            <w:pPr>
              <w:spacing w:after="0"/>
              <w:jc w:val="left"/>
            </w:pPr>
            <w:r>
              <w:rPr>
                <w:sz w:val="16"/>
              </w:rPr>
              <w:t>Roxbury, Vermont 2024 Local Hazard Mitigation Plan (FEMA plan 110313)</w:t>
            </w:r>
          </w:p>
        </w:tc>
        <w:tc>
          <w:tcPr>
            <w:tcW w:type="dxa" w:w="1421"/>
          </w:tcPr>
          <w:p>
            <w:pPr>
              <w:spacing w:after="0"/>
              <w:jc w:val="left"/>
            </w:pPr>
            <w:r>
              <w:rPr>
                <w:sz w:val="16"/>
              </w:rPr>
              <w:t>2024-11-21</w:t>
            </w:r>
          </w:p>
        </w:tc>
        <w:tc>
          <w:tcPr>
            <w:tcW w:type="dxa" w:w="1421"/>
          </w:tcPr>
          <w:p>
            <w:pPr>
              <w:spacing w:after="0"/>
              <w:jc w:val="left"/>
            </w:pPr>
            <w:r>
              <w:rPr>
                <w:sz w:val="16"/>
              </w:rPr>
              <w:t>2029-11-20</w:t>
            </w:r>
          </w:p>
        </w:tc>
        <w:tc>
          <w:tcPr>
            <w:tcW w:type="dxa" w:w="1225"/>
          </w:tcPr>
          <w:p>
            <w:pPr>
              <w:spacing w:after="0"/>
              <w:jc w:val="right"/>
            </w:pPr>
            <w:r>
              <w:rPr>
                <w:sz w:val="16"/>
              </w:rPr>
              <w:t>1,147</w:t>
            </w:r>
          </w:p>
        </w:tc>
      </w:tr>
      <w:tr>
        <w:trPr>
          <w:cantSplit/>
        </w:trPr>
        <w:tc>
          <w:tcPr>
            <w:tcW w:type="dxa" w:w="2032"/>
          </w:tcPr>
          <w:p>
            <w:pPr>
              <w:spacing w:after="0"/>
              <w:jc w:val="left"/>
            </w:pPr>
            <w:r>
              <w:rPr>
                <w:sz w:val="16"/>
              </w:rPr>
              <w:t>Waitsfield town</w:t>
            </w:r>
          </w:p>
        </w:tc>
        <w:tc>
          <w:tcPr>
            <w:tcW w:type="dxa" w:w="1054"/>
          </w:tcPr>
          <w:p>
            <w:pPr>
              <w:spacing w:after="0"/>
              <w:jc w:val="left"/>
            </w:pPr>
            <w:r>
              <w:rPr>
                <w:sz w:val="16"/>
              </w:rPr>
              <w:t>Town</w:t>
            </w:r>
          </w:p>
        </w:tc>
        <w:tc>
          <w:tcPr>
            <w:tcW w:type="dxa" w:w="3623"/>
          </w:tcPr>
          <w:p>
            <w:pPr>
              <w:spacing w:after="0"/>
              <w:jc w:val="left"/>
            </w:pPr>
            <w:r>
              <w:rPr>
                <w:sz w:val="16"/>
              </w:rPr>
              <w:t>Approved, expires 2029-11-12</w:t>
            </w:r>
          </w:p>
        </w:tc>
        <w:tc>
          <w:tcPr>
            <w:tcW w:type="dxa" w:w="3337"/>
          </w:tcPr>
          <w:p>
            <w:pPr>
              <w:spacing w:after="0"/>
              <w:jc w:val="left"/>
            </w:pPr>
            <w:r>
              <w:rPr>
                <w:sz w:val="16"/>
              </w:rPr>
              <w:t>Waitsfield, Vermont 2024 Local Hazard Mitigation Plan (FEMA plan 110150)</w:t>
            </w:r>
          </w:p>
        </w:tc>
        <w:tc>
          <w:tcPr>
            <w:tcW w:type="dxa" w:w="1421"/>
          </w:tcPr>
          <w:p>
            <w:pPr>
              <w:spacing w:after="0"/>
              <w:jc w:val="left"/>
            </w:pPr>
            <w:r>
              <w:rPr>
                <w:sz w:val="16"/>
              </w:rPr>
              <w:t>2024-11-13</w:t>
            </w:r>
          </w:p>
        </w:tc>
        <w:tc>
          <w:tcPr>
            <w:tcW w:type="dxa" w:w="1421"/>
          </w:tcPr>
          <w:p>
            <w:pPr>
              <w:spacing w:after="0"/>
              <w:jc w:val="left"/>
            </w:pPr>
            <w:r>
              <w:rPr>
                <w:sz w:val="16"/>
              </w:rPr>
              <w:t>2029-11-12</w:t>
            </w:r>
          </w:p>
        </w:tc>
        <w:tc>
          <w:tcPr>
            <w:tcW w:type="dxa" w:w="1225"/>
          </w:tcPr>
          <w:p>
            <w:pPr>
              <w:spacing w:after="0"/>
              <w:jc w:val="right"/>
            </w:pPr>
            <w:r>
              <w:rPr>
                <w:sz w:val="16"/>
              </w:rPr>
              <w:t>1,139</w:t>
            </w:r>
          </w:p>
        </w:tc>
      </w:tr>
      <w:tr>
        <w:trPr>
          <w:cantSplit/>
        </w:trPr>
        <w:tc>
          <w:tcPr>
            <w:tcW w:type="dxa" w:w="2032"/>
          </w:tcPr>
          <w:p>
            <w:pPr>
              <w:spacing w:after="0"/>
              <w:jc w:val="left"/>
            </w:pPr>
            <w:r>
              <w:rPr>
                <w:sz w:val="16"/>
              </w:rPr>
              <w:t>Warren town</w:t>
            </w:r>
          </w:p>
        </w:tc>
        <w:tc>
          <w:tcPr>
            <w:tcW w:type="dxa" w:w="1054"/>
          </w:tcPr>
          <w:p>
            <w:pPr>
              <w:spacing w:after="0"/>
              <w:jc w:val="left"/>
            </w:pPr>
            <w:r>
              <w:rPr>
                <w:sz w:val="16"/>
              </w:rPr>
              <w:t>Town</w:t>
            </w:r>
          </w:p>
        </w:tc>
        <w:tc>
          <w:tcPr>
            <w:tcW w:type="dxa" w:w="3623"/>
          </w:tcPr>
          <w:p>
            <w:pPr>
              <w:spacing w:after="0"/>
              <w:jc w:val="left"/>
            </w:pPr>
            <w:r>
              <w:rPr>
                <w:sz w:val="16"/>
              </w:rPr>
              <w:t>Approved, expires 2031-01-21</w:t>
            </w:r>
          </w:p>
        </w:tc>
        <w:tc>
          <w:tcPr>
            <w:tcW w:type="dxa" w:w="3337"/>
          </w:tcPr>
          <w:p>
            <w:pPr>
              <w:spacing w:after="0"/>
              <w:jc w:val="left"/>
            </w:pPr>
            <w:r>
              <w:rPr>
                <w:sz w:val="16"/>
              </w:rPr>
              <w:t>Town of Warren, Vermont 2025 Local Hazard Mitigation Plan (FEMA plan 111537)</w:t>
            </w:r>
          </w:p>
        </w:tc>
        <w:tc>
          <w:tcPr>
            <w:tcW w:type="dxa" w:w="1421"/>
          </w:tcPr>
          <w:p>
            <w:pPr>
              <w:spacing w:after="0"/>
              <w:jc w:val="left"/>
            </w:pPr>
            <w:r>
              <w:rPr>
                <w:sz w:val="16"/>
              </w:rPr>
              <w:t>2026-01-22</w:t>
            </w:r>
          </w:p>
        </w:tc>
        <w:tc>
          <w:tcPr>
            <w:tcW w:type="dxa" w:w="1421"/>
          </w:tcPr>
          <w:p>
            <w:pPr>
              <w:spacing w:after="0"/>
              <w:jc w:val="left"/>
            </w:pPr>
            <w:r>
              <w:rPr>
                <w:sz w:val="16"/>
              </w:rPr>
              <w:t>2031-01-21</w:t>
            </w:r>
          </w:p>
        </w:tc>
        <w:tc>
          <w:tcPr>
            <w:tcW w:type="dxa" w:w="1225"/>
          </w:tcPr>
          <w:p>
            <w:pPr>
              <w:spacing w:after="0"/>
              <w:jc w:val="right"/>
            </w:pPr>
            <w:r>
              <w:rPr>
                <w:sz w:val="16"/>
              </w:rPr>
              <w:t>1,574</w:t>
            </w:r>
          </w:p>
        </w:tc>
      </w:tr>
      <w:tr>
        <w:trPr>
          <w:cantSplit/>
        </w:trPr>
        <w:tc>
          <w:tcPr>
            <w:tcW w:type="dxa" w:w="2032"/>
          </w:tcPr>
          <w:p>
            <w:pPr>
              <w:spacing w:after="0"/>
              <w:jc w:val="left"/>
            </w:pPr>
            <w:r>
              <w:rPr>
                <w:sz w:val="16"/>
              </w:rPr>
              <w:t>Waterbury town</w:t>
            </w:r>
          </w:p>
        </w:tc>
        <w:tc>
          <w:tcPr>
            <w:tcW w:type="dxa" w:w="1054"/>
          </w:tcPr>
          <w:p>
            <w:pPr>
              <w:spacing w:after="0"/>
              <w:jc w:val="left"/>
            </w:pPr>
            <w:r>
              <w:rPr>
                <w:sz w:val="16"/>
              </w:rPr>
              <w:t>Town</w:t>
            </w:r>
          </w:p>
        </w:tc>
        <w:tc>
          <w:tcPr>
            <w:tcW w:type="dxa" w:w="3623"/>
          </w:tcPr>
          <w:p>
            <w:pPr>
              <w:spacing w:after="0"/>
              <w:jc w:val="left"/>
            </w:pPr>
            <w:r>
              <w:rPr>
                <w:sz w:val="16"/>
              </w:rPr>
              <w:t>Approved, expires 2029-12-03</w:t>
            </w:r>
          </w:p>
        </w:tc>
        <w:tc>
          <w:tcPr>
            <w:tcW w:type="dxa" w:w="3337"/>
          </w:tcPr>
          <w:p>
            <w:pPr>
              <w:spacing w:after="0"/>
              <w:jc w:val="left"/>
            </w:pPr>
            <w:r>
              <w:rPr>
                <w:sz w:val="16"/>
              </w:rPr>
              <w:t>Waterbury, Vermont 2024 Local Hazard Mitigation Plan (FEMA plan 110174)</w:t>
            </w:r>
          </w:p>
        </w:tc>
        <w:tc>
          <w:tcPr>
            <w:tcW w:type="dxa" w:w="1421"/>
          </w:tcPr>
          <w:p>
            <w:pPr>
              <w:spacing w:after="0"/>
              <w:jc w:val="left"/>
            </w:pPr>
            <w:r>
              <w:rPr>
                <w:sz w:val="16"/>
              </w:rPr>
              <w:t>2024-12-04</w:t>
            </w:r>
          </w:p>
        </w:tc>
        <w:tc>
          <w:tcPr>
            <w:tcW w:type="dxa" w:w="1421"/>
          </w:tcPr>
          <w:p>
            <w:pPr>
              <w:spacing w:after="0"/>
              <w:jc w:val="left"/>
            </w:pPr>
            <w:r>
              <w:rPr>
                <w:sz w:val="16"/>
              </w:rPr>
              <w:t>2029-12-03</w:t>
            </w:r>
          </w:p>
        </w:tc>
        <w:tc>
          <w:tcPr>
            <w:tcW w:type="dxa" w:w="1225"/>
          </w:tcPr>
          <w:p>
            <w:pPr>
              <w:spacing w:after="0"/>
              <w:jc w:val="right"/>
            </w:pPr>
            <w:r>
              <w:rPr>
                <w:sz w:val="16"/>
              </w:rPr>
              <w:t>1,160</w:t>
            </w:r>
          </w:p>
        </w:tc>
      </w:tr>
      <w:tr>
        <w:trPr>
          <w:cantSplit/>
        </w:trPr>
        <w:tc>
          <w:tcPr>
            <w:tcW w:type="dxa" w:w="2032"/>
          </w:tcPr>
          <w:p>
            <w:pPr>
              <w:spacing w:after="0"/>
              <w:jc w:val="left"/>
            </w:pPr>
            <w:r>
              <w:rPr>
                <w:sz w:val="16"/>
              </w:rPr>
              <w:t>Woodbury town</w:t>
            </w:r>
          </w:p>
        </w:tc>
        <w:tc>
          <w:tcPr>
            <w:tcW w:type="dxa" w:w="1054"/>
          </w:tcPr>
          <w:p>
            <w:pPr>
              <w:spacing w:after="0"/>
              <w:jc w:val="left"/>
            </w:pPr>
            <w:r>
              <w:rPr>
                <w:sz w:val="16"/>
              </w:rPr>
              <w:t>Town</w:t>
            </w:r>
          </w:p>
        </w:tc>
        <w:tc>
          <w:tcPr>
            <w:tcW w:type="dxa" w:w="3623"/>
          </w:tcPr>
          <w:p>
            <w:pPr>
              <w:spacing w:after="0"/>
              <w:jc w:val="left"/>
            </w:pPr>
            <w:r>
              <w:rPr>
                <w:sz w:val="16"/>
              </w:rPr>
              <w:t>Approved, expires 2030-09-09</w:t>
            </w:r>
          </w:p>
        </w:tc>
        <w:tc>
          <w:tcPr>
            <w:tcW w:type="dxa" w:w="3337"/>
          </w:tcPr>
          <w:p>
            <w:pPr>
              <w:spacing w:after="0"/>
              <w:jc w:val="left"/>
            </w:pPr>
            <w:r>
              <w:rPr>
                <w:sz w:val="16"/>
              </w:rPr>
              <w:t>2025 Woodbury, Vermont Local Hazard Mitigation Plan Update (FEMA plan 111128)</w:t>
            </w:r>
          </w:p>
        </w:tc>
        <w:tc>
          <w:tcPr>
            <w:tcW w:type="dxa" w:w="1421"/>
          </w:tcPr>
          <w:p>
            <w:pPr>
              <w:spacing w:after="0"/>
              <w:jc w:val="left"/>
            </w:pPr>
            <w:r>
              <w:rPr>
                <w:sz w:val="16"/>
              </w:rPr>
              <w:t>2025-09-10</w:t>
            </w:r>
          </w:p>
        </w:tc>
        <w:tc>
          <w:tcPr>
            <w:tcW w:type="dxa" w:w="1421"/>
          </w:tcPr>
          <w:p>
            <w:pPr>
              <w:spacing w:after="0"/>
              <w:jc w:val="left"/>
            </w:pPr>
            <w:r>
              <w:rPr>
                <w:sz w:val="16"/>
              </w:rPr>
              <w:t>2030-09-09</w:t>
            </w:r>
          </w:p>
        </w:tc>
        <w:tc>
          <w:tcPr>
            <w:tcW w:type="dxa" w:w="1225"/>
          </w:tcPr>
          <w:p>
            <w:pPr>
              <w:spacing w:after="0"/>
              <w:jc w:val="right"/>
            </w:pPr>
            <w:r>
              <w:rPr>
                <w:sz w:val="16"/>
              </w:rPr>
              <w:t>1,440</w:t>
            </w:r>
          </w:p>
        </w:tc>
      </w:tr>
      <w:tr>
        <w:trPr>
          <w:cantSplit/>
        </w:trPr>
        <w:tc>
          <w:tcPr>
            <w:tcW w:type="dxa" w:w="2032"/>
          </w:tcPr>
          <w:p>
            <w:pPr>
              <w:spacing w:after="0"/>
              <w:jc w:val="left"/>
            </w:pPr>
            <w:r>
              <w:rPr>
                <w:sz w:val="16"/>
              </w:rPr>
              <w:t>Worcester town</w:t>
            </w:r>
          </w:p>
        </w:tc>
        <w:tc>
          <w:tcPr>
            <w:tcW w:type="dxa" w:w="1054"/>
          </w:tcPr>
          <w:p>
            <w:pPr>
              <w:spacing w:after="0"/>
              <w:jc w:val="left"/>
            </w:pPr>
            <w:r>
              <w:rPr>
                <w:sz w:val="16"/>
              </w:rPr>
              <w:t>Town</w:t>
            </w:r>
          </w:p>
        </w:tc>
        <w:tc>
          <w:tcPr>
            <w:tcW w:type="dxa" w:w="3623"/>
          </w:tcPr>
          <w:p>
            <w:pPr>
              <w:spacing w:after="0"/>
              <w:jc w:val="left"/>
            </w:pPr>
            <w:r>
              <w:rPr>
                <w:sz w:val="16"/>
              </w:rPr>
              <w:t>Approved, expires 2030-04-15</w:t>
            </w:r>
          </w:p>
        </w:tc>
        <w:tc>
          <w:tcPr>
            <w:tcW w:type="dxa" w:w="3337"/>
          </w:tcPr>
          <w:p>
            <w:pPr>
              <w:spacing w:after="0"/>
              <w:jc w:val="left"/>
            </w:pPr>
            <w:r>
              <w:rPr>
                <w:sz w:val="16"/>
              </w:rPr>
              <w:t>Town of Worcester, Vermont 2024 Local Hazard Mitigation Plan (FEMA plan 110603)</w:t>
            </w:r>
          </w:p>
        </w:tc>
        <w:tc>
          <w:tcPr>
            <w:tcW w:type="dxa" w:w="1421"/>
          </w:tcPr>
          <w:p>
            <w:pPr>
              <w:spacing w:after="0"/>
              <w:jc w:val="left"/>
            </w:pPr>
            <w:r>
              <w:rPr>
                <w:sz w:val="16"/>
              </w:rPr>
              <w:t>2025-04-16</w:t>
            </w:r>
          </w:p>
        </w:tc>
        <w:tc>
          <w:tcPr>
            <w:tcW w:type="dxa" w:w="1421"/>
          </w:tcPr>
          <w:p>
            <w:pPr>
              <w:spacing w:after="0"/>
              <w:jc w:val="left"/>
            </w:pPr>
            <w:r>
              <w:rPr>
                <w:sz w:val="16"/>
              </w:rPr>
              <w:t>2030-04-15</w:t>
            </w:r>
          </w:p>
        </w:tc>
        <w:tc>
          <w:tcPr>
            <w:tcW w:type="dxa" w:w="1225"/>
          </w:tcPr>
          <w:p>
            <w:pPr>
              <w:spacing w:after="0"/>
              <w:jc w:val="right"/>
            </w:pPr>
            <w:r>
              <w:rPr>
                <w:sz w:val="16"/>
              </w:rPr>
              <w:t>1,293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037"/>
        <w:gridCol w:w="1311"/>
        <w:gridCol w:w="1654"/>
        <w:gridCol w:w="1126"/>
        <w:gridCol w:w="1126"/>
        <w:gridCol w:w="1832"/>
        <w:gridCol w:w="1195"/>
        <w:gridCol w:w="1997"/>
        <w:gridCol w:w="2121"/>
      </w:tblGrid>
      <w:tr>
        <w:trPr>
          <w:cantSplit/>
          <w:tblHeader/>
        </w:trPr>
        <w:tc>
          <w:tcPr>
            <w:tcW w:type="dxa" w:w="71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1"/>
            <w:shd w:val="clear" w:color="auto" w:fill="E8E8E8"/>
          </w:tcPr>
          <w:p>
            <w:pPr>
              <w:spacing w:after="0"/>
              <w:jc w:val="left"/>
            </w:pPr>
            <w:r>
              <w:rPr>
                <w:b/>
                <w:sz w:val="16"/>
              </w:rPr>
              <w:t>NRI risk rating</w:t>
            </w:r>
          </w:p>
        </w:tc>
        <w:tc>
          <w:tcPr>
            <w:tcW w:type="dxa" w:w="16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9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21"/>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037"/>
          </w:tcPr>
          <w:p>
            <w:pPr>
              <w:spacing w:after="0"/>
              <w:jc w:val="left"/>
            </w:pPr>
            <w:r>
              <w:rPr>
                <w:sz w:val="16"/>
              </w:rPr>
              <w:t>Inland Flooding</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$17,072,085</w:t>
            </w:r>
          </w:p>
        </w:tc>
        <w:tc>
          <w:tcPr>
            <w:tcW w:type="dxa" w:w="1126"/>
          </w:tcPr>
          <w:p>
            <w:pPr>
              <w:spacing w:after="0"/>
              <w:jc w:val="right"/>
            </w:pPr>
            <w:r>
              <w:rPr>
                <w:sz w:val="16"/>
              </w:rPr>
              <w:t>$81,512</w:t>
            </w:r>
          </w:p>
        </w:tc>
        <w:tc>
          <w:tcPr>
            <w:tcW w:type="dxa" w:w="1832"/>
          </w:tcPr>
          <w:p>
            <w:pPr>
              <w:spacing w:after="0"/>
              <w:jc w:val="right"/>
            </w:pPr>
            <w:r>
              <w:rPr>
                <w:sz w:val="16"/>
              </w:rPr>
              <w:t>$477,764</w:t>
            </w:r>
          </w:p>
        </w:tc>
        <w:tc>
          <w:tcPr>
            <w:tcW w:type="dxa" w:w="1195"/>
          </w:tcPr>
          <w:p>
            <w:pPr>
              <w:spacing w:after="0"/>
              <w:jc w:val="right"/>
            </w:pPr>
            <w:r>
              <w:rPr>
                <w:sz w:val="16"/>
              </w:rPr>
              <w:t>$17,631,361</w:t>
            </w:r>
          </w:p>
        </w:tc>
        <w:tc>
          <w:tcPr>
            <w:tcW w:type="dxa" w:w="1997"/>
          </w:tcPr>
          <w:p>
            <w:pPr>
              <w:spacing w:after="0"/>
              <w:jc w:val="right"/>
            </w:pPr>
            <w:r>
              <w:rPr>
                <w:sz w:val="16"/>
              </w:rPr>
              <w:t>84</w:t>
            </w:r>
          </w:p>
        </w:tc>
        <w:tc>
          <w:tcPr>
            <w:tcW w:type="dxa" w:w="2121"/>
          </w:tcPr>
          <w:p>
            <w:pPr>
              <w:spacing w:after="0"/>
              <w:jc w:val="left"/>
            </w:pPr>
          </w:p>
        </w:tc>
      </w:tr>
      <w:tr>
        <w:trPr>
          <w:cantSplit/>
        </w:trPr>
        <w:tc>
          <w:tcPr>
            <w:tcW w:type="dxa" w:w="713"/>
          </w:tcPr>
          <w:p>
            <w:pPr>
              <w:spacing w:after="0"/>
              <w:jc w:val="right"/>
            </w:pPr>
            <w:r>
              <w:rPr>
                <w:sz w:val="16"/>
              </w:rPr>
              <w:t>2</w:t>
            </w:r>
          </w:p>
        </w:tc>
        <w:tc>
          <w:tcPr>
            <w:tcW w:type="dxa" w:w="1037"/>
          </w:tcPr>
          <w:p>
            <w:pPr>
              <w:spacing w:after="0"/>
              <w:jc w:val="left"/>
            </w:pPr>
            <w:r>
              <w:rPr>
                <w:sz w:val="16"/>
              </w:rPr>
              <w:t>Cold Wave</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$385</w:t>
            </w:r>
          </w:p>
        </w:tc>
        <w:tc>
          <w:tcPr>
            <w:tcW w:type="dxa" w:w="1126"/>
          </w:tcPr>
          <w:p>
            <w:pPr>
              <w:spacing w:after="0"/>
              <w:jc w:val="right"/>
            </w:pPr>
            <w:r>
              <w:rPr>
                <w:sz w:val="16"/>
              </w:rPr>
              <w:t>$15,338</w:t>
            </w:r>
          </w:p>
        </w:tc>
        <w:tc>
          <w:tcPr>
            <w:tcW w:type="dxa" w:w="1832"/>
          </w:tcPr>
          <w:p>
            <w:pPr>
              <w:spacing w:after="0"/>
              <w:jc w:val="right"/>
            </w:pPr>
            <w:r>
              <w:rPr>
                <w:sz w:val="16"/>
              </w:rPr>
              <w:t>$1,004,489</w:t>
            </w:r>
          </w:p>
        </w:tc>
        <w:tc>
          <w:tcPr>
            <w:tcW w:type="dxa" w:w="1195"/>
          </w:tcPr>
          <w:p>
            <w:pPr>
              <w:spacing w:after="0"/>
              <w:jc w:val="right"/>
            </w:pPr>
            <w:r>
              <w:rPr>
                <w:sz w:val="16"/>
              </w:rPr>
              <w:t>$1,020,212</w:t>
            </w:r>
          </w:p>
        </w:tc>
        <w:tc>
          <w:tcPr>
            <w:tcW w:type="dxa" w:w="1997"/>
          </w:tcPr>
          <w:p>
            <w:pPr>
              <w:spacing w:after="0"/>
              <w:jc w:val="right"/>
            </w:pPr>
            <w:r>
              <w:rPr>
                <w:sz w:val="16"/>
              </w:rPr>
              <w:t>30</w:t>
            </w:r>
          </w:p>
        </w:tc>
        <w:tc>
          <w:tcPr>
            <w:tcW w:type="dxa" w:w="2121"/>
          </w:tcPr>
          <w:p>
            <w:pPr>
              <w:spacing w:after="0"/>
              <w:jc w:val="left"/>
            </w:pPr>
            <w:r>
              <w:rPr>
                <w:sz w:val="16"/>
              </w:rPr>
              <w:t>Includes 3 Frost/Freeze records (outside NRI's Cold Wave definition; counted in this table and in B1-d, not in the B1-e descriptor).</w:t>
            </w:r>
          </w:p>
        </w:tc>
      </w:tr>
      <w:tr>
        <w:trPr>
          <w:cantSplit/>
        </w:trPr>
        <w:tc>
          <w:tcPr>
            <w:tcW w:type="dxa" w:w="713"/>
          </w:tcPr>
          <w:p>
            <w:pPr>
              <w:spacing w:after="0"/>
              <w:jc w:val="right"/>
            </w:pPr>
            <w:r>
              <w:rPr>
                <w:sz w:val="16"/>
              </w:rPr>
              <w:t>3</w:t>
            </w:r>
          </w:p>
        </w:tc>
        <w:tc>
          <w:tcPr>
            <w:tcW w:type="dxa" w:w="1037"/>
          </w:tcPr>
          <w:p>
            <w:pPr>
              <w:spacing w:after="0"/>
              <w:jc w:val="left"/>
            </w:pPr>
            <w:r>
              <w:rPr>
                <w:sz w:val="16"/>
              </w:rPr>
              <w:t>Lightning</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$43,545</w:t>
            </w:r>
          </w:p>
        </w:tc>
        <w:tc>
          <w:tcPr>
            <w:tcW w:type="dxa" w:w="1126"/>
          </w:tcPr>
          <w:p>
            <w:pPr>
              <w:spacing w:after="0"/>
              <w:jc w:val="right"/>
            </w:pPr>
            <w:r>
              <w:rPr>
                <w:sz w:val="16"/>
              </w:rPr>
              <w:t>n/a</w:t>
            </w:r>
          </w:p>
        </w:tc>
        <w:tc>
          <w:tcPr>
            <w:tcW w:type="dxa" w:w="1832"/>
          </w:tcPr>
          <w:p>
            <w:pPr>
              <w:spacing w:after="0"/>
              <w:jc w:val="right"/>
            </w:pPr>
            <w:r>
              <w:rPr>
                <w:sz w:val="16"/>
              </w:rPr>
              <w:t>$636,071</w:t>
            </w:r>
          </w:p>
        </w:tc>
        <w:tc>
          <w:tcPr>
            <w:tcW w:type="dxa" w:w="1195"/>
          </w:tcPr>
          <w:p>
            <w:pPr>
              <w:spacing w:after="0"/>
              <w:jc w:val="right"/>
            </w:pPr>
            <w:r>
              <w:rPr>
                <w:sz w:val="16"/>
              </w:rPr>
              <w:t>$679,616</w:t>
            </w:r>
          </w:p>
        </w:tc>
        <w:tc>
          <w:tcPr>
            <w:tcW w:type="dxa" w:w="1997"/>
          </w:tcPr>
          <w:p>
            <w:pPr>
              <w:spacing w:after="0"/>
              <w:jc w:val="right"/>
            </w:pPr>
            <w:r>
              <w:rPr>
                <w:sz w:val="16"/>
              </w:rPr>
              <w:t>8</w:t>
            </w:r>
          </w:p>
        </w:tc>
        <w:tc>
          <w:tcPr>
            <w:tcW w:type="dxa" w:w="2121"/>
          </w:tcPr>
          <w:p>
            <w:pPr>
              <w:spacing w:after="0"/>
              <w:jc w:val="left"/>
            </w:pPr>
          </w:p>
        </w:tc>
      </w:tr>
      <w:tr>
        <w:trPr>
          <w:cantSplit/>
        </w:trPr>
        <w:tc>
          <w:tcPr>
            <w:tcW w:type="dxa" w:w="713"/>
          </w:tcPr>
          <w:p>
            <w:pPr>
              <w:spacing w:after="0"/>
              <w:jc w:val="right"/>
            </w:pPr>
            <w:r>
              <w:rPr>
                <w:sz w:val="16"/>
              </w:rPr>
              <w:t>4</w:t>
            </w:r>
          </w:p>
        </w:tc>
        <w:tc>
          <w:tcPr>
            <w:tcW w:type="dxa" w:w="1037"/>
          </w:tcPr>
          <w:p>
            <w:pPr>
              <w:spacing w:after="0"/>
              <w:jc w:val="left"/>
            </w:pPr>
            <w:r>
              <w:rPr>
                <w:sz w:val="16"/>
              </w:rPr>
              <w:t>Heat Wave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832"/>
          </w:tcPr>
          <w:p>
            <w:pPr>
              <w:spacing w:after="0"/>
              <w:jc w:val="right"/>
            </w:pPr>
            <w:r>
              <w:rPr>
                <w:sz w:val="16"/>
              </w:rPr>
              <w:t>$586,578</w:t>
            </w:r>
          </w:p>
        </w:tc>
        <w:tc>
          <w:tcPr>
            <w:tcW w:type="dxa" w:w="1195"/>
          </w:tcPr>
          <w:p>
            <w:pPr>
              <w:spacing w:after="0"/>
              <w:jc w:val="right"/>
            </w:pPr>
            <w:r>
              <w:rPr>
                <w:sz w:val="16"/>
              </w:rPr>
              <w:t>$636,827</w:t>
            </w:r>
          </w:p>
        </w:tc>
        <w:tc>
          <w:tcPr>
            <w:tcW w:type="dxa" w:w="1997"/>
          </w:tcPr>
          <w:p>
            <w:pPr>
              <w:spacing w:after="0"/>
              <w:jc w:val="right"/>
            </w:pPr>
            <w:r>
              <w:rPr>
                <w:sz w:val="16"/>
              </w:rPr>
              <w:t>8</w:t>
            </w:r>
          </w:p>
        </w:tc>
        <w:tc>
          <w:tcPr>
            <w:tcW w:type="dxa" w:w="2121"/>
          </w:tcPr>
          <w:p>
            <w:pPr>
              <w:spacing w:after="0"/>
              <w:jc w:val="left"/>
            </w:pPr>
          </w:p>
        </w:tc>
      </w:tr>
      <w:tr>
        <w:trPr>
          <w:cantSplit/>
        </w:trPr>
        <w:tc>
          <w:tcPr>
            <w:tcW w:type="dxa" w:w="713"/>
          </w:tcPr>
          <w:p>
            <w:pPr>
              <w:spacing w:after="0"/>
              <w:jc w:val="right"/>
            </w:pPr>
            <w:r>
              <w:rPr>
                <w:sz w:val="16"/>
              </w:rPr>
              <w:t>5</w:t>
            </w:r>
          </w:p>
        </w:tc>
        <w:tc>
          <w:tcPr>
            <w:tcW w:type="dxa" w:w="1037"/>
          </w:tcPr>
          <w:p>
            <w:pPr>
              <w:spacing w:after="0"/>
              <w:jc w:val="left"/>
            </w:pPr>
            <w:r>
              <w:rPr>
                <w:sz w:val="16"/>
              </w:rPr>
              <w:t>Hurricane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$536,131</w:t>
            </w:r>
          </w:p>
        </w:tc>
        <w:tc>
          <w:tcPr>
            <w:tcW w:type="dxa" w:w="1126"/>
          </w:tcPr>
          <w:p>
            <w:pPr>
              <w:spacing w:after="0"/>
              <w:jc w:val="right"/>
            </w:pPr>
            <w:r>
              <w:rPr>
                <w:sz w:val="16"/>
              </w:rPr>
              <w:t>$40,851</w:t>
            </w:r>
          </w:p>
        </w:tc>
        <w:tc>
          <w:tcPr>
            <w:tcW w:type="dxa" w:w="1832"/>
          </w:tcPr>
          <w:p>
            <w:pPr>
              <w:spacing w:after="0"/>
              <w:jc w:val="right"/>
            </w:pPr>
            <w:r>
              <w:rPr>
                <w:sz w:val="16"/>
              </w:rPr>
              <w:t>$24,340</w:t>
            </w:r>
          </w:p>
        </w:tc>
        <w:tc>
          <w:tcPr>
            <w:tcW w:type="dxa" w:w="1195"/>
          </w:tcPr>
          <w:p>
            <w:pPr>
              <w:spacing w:after="0"/>
              <w:jc w:val="right"/>
            </w:pPr>
            <w:r>
              <w:rPr>
                <w:sz w:val="16"/>
              </w:rPr>
              <w:t>$601,321</w:t>
            </w:r>
          </w:p>
        </w:tc>
        <w:tc>
          <w:tcPr>
            <w:tcW w:type="dxa" w:w="1997"/>
          </w:tcPr>
          <w:p>
            <w:pPr>
              <w:spacing w:after="0"/>
              <w:jc w:val="right"/>
            </w:pPr>
            <w:r>
              <w:rPr>
                <w:sz w:val="16"/>
              </w:rPr>
              <w:t>0</w:t>
            </w:r>
          </w:p>
        </w:tc>
        <w:tc>
          <w:tcPr>
            <w:tcW w:type="dxa" w:w="2121"/>
          </w:tcPr>
          <w:p>
            <w:pPr>
              <w:spacing w:after="0"/>
              <w:jc w:val="left"/>
            </w:pPr>
            <w:r>
              <w:rPr>
                <w:sz w:val="16"/>
              </w:rPr>
              <w:t>Declared 4 times; no Storm Events record of this type.</w:t>
            </w:r>
          </w:p>
        </w:tc>
      </w:tr>
      <w:tr>
        <w:trPr>
          <w:cantSplit/>
        </w:trPr>
        <w:tc>
          <w:tcPr>
            <w:tcW w:type="dxa" w:w="713"/>
          </w:tcPr>
          <w:p>
            <w:pPr>
              <w:spacing w:after="0"/>
              <w:jc w:val="right"/>
            </w:pPr>
            <w:r>
              <w:rPr>
                <w:sz w:val="16"/>
              </w:rPr>
              <w:t>6</w:t>
            </w:r>
          </w:p>
        </w:tc>
        <w:tc>
          <w:tcPr>
            <w:tcW w:type="dxa" w:w="1037"/>
          </w:tcPr>
          <w:p>
            <w:pPr>
              <w:spacing w:after="0"/>
              <w:jc w:val="left"/>
            </w:pPr>
            <w:r>
              <w:rPr>
                <w:sz w:val="16"/>
              </w:rPr>
              <w:t>Earthquake</w:t>
            </w:r>
          </w:p>
        </w:tc>
        <w:tc>
          <w:tcPr>
            <w:tcW w:type="dxa" w:w="1311"/>
          </w:tcPr>
          <w:p>
            <w:pPr>
              <w:spacing w:after="0"/>
              <w:jc w:val="left"/>
            </w:pPr>
            <w:r>
              <w:rPr>
                <w:sz w:val="16"/>
              </w:rPr>
              <w:t>Very Low</w:t>
            </w:r>
          </w:p>
        </w:tc>
        <w:tc>
          <w:tcPr>
            <w:tcW w:type="dxa" w:w="1654"/>
          </w:tcPr>
          <w:p>
            <w:pPr>
              <w:spacing w:after="0"/>
              <w:jc w:val="left"/>
            </w:pPr>
            <w:r>
              <w:rPr>
                <w:sz w:val="16"/>
              </w:rPr>
              <w:t>Relatively Low</w:t>
            </w:r>
          </w:p>
        </w:tc>
        <w:tc>
          <w:tcPr>
            <w:tcW w:type="dxa" w:w="1126"/>
          </w:tcPr>
          <w:p>
            <w:pPr>
              <w:spacing w:after="0"/>
              <w:jc w:val="right"/>
            </w:pPr>
            <w:r>
              <w:rPr>
                <w:sz w:val="16"/>
              </w:rPr>
              <w:t>$343,022</w:t>
            </w:r>
          </w:p>
        </w:tc>
        <w:tc>
          <w:tcPr>
            <w:tcW w:type="dxa" w:w="1126"/>
          </w:tcPr>
          <w:p>
            <w:pPr>
              <w:spacing w:after="0"/>
              <w:jc w:val="right"/>
            </w:pPr>
            <w:r>
              <w:rPr>
                <w:sz w:val="16"/>
              </w:rPr>
              <w:t>n/a</w:t>
            </w:r>
          </w:p>
        </w:tc>
        <w:tc>
          <w:tcPr>
            <w:tcW w:type="dxa" w:w="1832"/>
          </w:tcPr>
          <w:p>
            <w:pPr>
              <w:spacing w:after="0"/>
              <w:jc w:val="right"/>
            </w:pPr>
            <w:r>
              <w:rPr>
                <w:sz w:val="16"/>
              </w:rPr>
              <w:t>$60,884</w:t>
            </w:r>
          </w:p>
        </w:tc>
        <w:tc>
          <w:tcPr>
            <w:tcW w:type="dxa" w:w="1195"/>
          </w:tcPr>
          <w:p>
            <w:pPr>
              <w:spacing w:after="0"/>
              <w:jc w:val="right"/>
            </w:pPr>
            <w:r>
              <w:rPr>
                <w:sz w:val="16"/>
              </w:rPr>
              <w:t>$403,906</w:t>
            </w:r>
          </w:p>
        </w:tc>
        <w:tc>
          <w:tcPr>
            <w:tcW w:type="dxa" w:w="1997"/>
          </w:tcPr>
          <w:p>
            <w:pPr>
              <w:spacing w:after="0"/>
              <w:jc w:val="right"/>
            </w:pPr>
          </w:p>
        </w:tc>
        <w:tc>
          <w:tcPr>
            <w:tcW w:type="dxa" w:w="2121"/>
          </w:tcPr>
          <w:p>
            <w:pPr>
              <w:spacing w:after="0"/>
              <w:jc w:val="left"/>
            </w:pPr>
            <w:r>
              <w:rPr>
                <w:sz w:val="16"/>
              </w:rPr>
              <w:t>Storm Events does not record earthquakes.</w:t>
            </w:r>
          </w:p>
        </w:tc>
      </w:tr>
      <w:tr>
        <w:trPr>
          <w:cantSplit/>
        </w:trPr>
        <w:tc>
          <w:tcPr>
            <w:tcW w:type="dxa" w:w="713"/>
          </w:tcPr>
          <w:p>
            <w:pPr>
              <w:spacing w:after="0"/>
              <w:jc w:val="right"/>
            </w:pPr>
            <w:r>
              <w:rPr>
                <w:sz w:val="16"/>
              </w:rPr>
              <w:t>7</w:t>
            </w:r>
          </w:p>
        </w:tc>
        <w:tc>
          <w:tcPr>
            <w:tcW w:type="dxa" w:w="1037"/>
          </w:tcPr>
          <w:p>
            <w:pPr>
              <w:spacing w:after="0"/>
              <w:jc w:val="left"/>
            </w:pPr>
            <w:r>
              <w:rPr>
                <w:sz w:val="16"/>
              </w:rPr>
              <w:t>Landslide</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$23,839</w:t>
            </w:r>
          </w:p>
        </w:tc>
        <w:tc>
          <w:tcPr>
            <w:tcW w:type="dxa" w:w="1126"/>
          </w:tcPr>
          <w:p>
            <w:pPr>
              <w:spacing w:after="0"/>
              <w:jc w:val="right"/>
            </w:pPr>
            <w:r>
              <w:rPr>
                <w:sz w:val="16"/>
              </w:rPr>
              <w:t>n/a</w:t>
            </w:r>
          </w:p>
        </w:tc>
        <w:tc>
          <w:tcPr>
            <w:tcW w:type="dxa" w:w="1832"/>
          </w:tcPr>
          <w:p>
            <w:pPr>
              <w:spacing w:after="0"/>
              <w:jc w:val="right"/>
            </w:pPr>
            <w:r>
              <w:rPr>
                <w:sz w:val="16"/>
              </w:rPr>
              <w:t>$342,500</w:t>
            </w:r>
          </w:p>
        </w:tc>
        <w:tc>
          <w:tcPr>
            <w:tcW w:type="dxa" w:w="1195"/>
          </w:tcPr>
          <w:p>
            <w:pPr>
              <w:spacing w:after="0"/>
              <w:jc w:val="right"/>
            </w:pPr>
            <w:r>
              <w:rPr>
                <w:sz w:val="16"/>
              </w:rPr>
              <w:t>$366,339</w:t>
            </w:r>
          </w:p>
        </w:tc>
        <w:tc>
          <w:tcPr>
            <w:tcW w:type="dxa" w:w="1997"/>
          </w:tcPr>
          <w:p>
            <w:pPr>
              <w:spacing w:after="0"/>
              <w:jc w:val="right"/>
            </w:pPr>
            <w:r>
              <w:rPr>
                <w:sz w:val="16"/>
              </w:rPr>
              <w:t>0</w:t>
            </w:r>
          </w:p>
        </w:tc>
        <w:tc>
          <w:tcPr>
            <w:tcW w:type="dxa" w:w="2121"/>
          </w:tcPr>
          <w:p>
            <w:pPr>
              <w:spacing w:after="0"/>
              <w:jc w:val="left"/>
            </w:pPr>
            <w:r>
              <w:rPr>
                <w:sz w:val="16"/>
              </w:rPr>
              <w:t>Declared 3 times; no Storm Events record of this type.</w:t>
            </w:r>
          </w:p>
        </w:tc>
      </w:tr>
      <w:tr>
        <w:trPr>
          <w:cantSplit/>
        </w:trPr>
        <w:tc>
          <w:tcPr>
            <w:tcW w:type="dxa" w:w="713"/>
          </w:tcPr>
          <w:p>
            <w:pPr>
              <w:spacing w:after="0"/>
              <w:jc w:val="right"/>
            </w:pPr>
            <w:r>
              <w:rPr>
                <w:sz w:val="16"/>
              </w:rPr>
              <w:t>8</w:t>
            </w:r>
          </w:p>
        </w:tc>
        <w:tc>
          <w:tcPr>
            <w:tcW w:type="dxa" w:w="1037"/>
          </w:tcPr>
          <w:p>
            <w:pPr>
              <w:spacing w:after="0"/>
              <w:jc w:val="left"/>
            </w:pPr>
            <w:r>
              <w:rPr>
                <w:sz w:val="16"/>
              </w:rPr>
              <w:t>Strong Wind</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$139,150</w:t>
            </w:r>
          </w:p>
        </w:tc>
        <w:tc>
          <w:tcPr>
            <w:tcW w:type="dxa" w:w="1126"/>
          </w:tcPr>
          <w:p>
            <w:pPr>
              <w:spacing w:after="0"/>
              <w:jc w:val="right"/>
            </w:pPr>
            <w:r>
              <w:rPr>
                <w:sz w:val="16"/>
              </w:rPr>
              <w:t>$2,334</w:t>
            </w:r>
          </w:p>
        </w:tc>
        <w:tc>
          <w:tcPr>
            <w:tcW w:type="dxa" w:w="1832"/>
          </w:tcPr>
          <w:p>
            <w:pPr>
              <w:spacing w:after="0"/>
              <w:jc w:val="right"/>
            </w:pPr>
            <w:r>
              <w:rPr>
                <w:sz w:val="16"/>
              </w:rPr>
              <w:t>$144,246</w:t>
            </w:r>
          </w:p>
        </w:tc>
        <w:tc>
          <w:tcPr>
            <w:tcW w:type="dxa" w:w="1195"/>
          </w:tcPr>
          <w:p>
            <w:pPr>
              <w:spacing w:after="0"/>
              <w:jc w:val="right"/>
            </w:pPr>
            <w:r>
              <w:rPr>
                <w:sz w:val="16"/>
              </w:rPr>
              <w:t>$285,730</w:t>
            </w:r>
          </w:p>
        </w:tc>
        <w:tc>
          <w:tcPr>
            <w:tcW w:type="dxa" w:w="1997"/>
          </w:tcPr>
          <w:p>
            <w:pPr>
              <w:spacing w:after="0"/>
              <w:jc w:val="right"/>
            </w:pPr>
            <w:r>
              <w:rPr>
                <w:sz w:val="16"/>
              </w:rPr>
              <w:t>205</w:t>
            </w:r>
          </w:p>
        </w:tc>
        <w:tc>
          <w:tcPr>
            <w:tcW w:type="dxa" w:w="2121"/>
          </w:tcPr>
          <w:p>
            <w:pPr>
              <w:spacing w:after="0"/>
              <w:jc w:val="left"/>
            </w:pPr>
            <w:r>
              <w:rPr>
                <w:sz w:val="16"/>
              </w:rPr>
              <w:t>Includes 16 High Wind and 34 Strong Wind records (NOAA non-thunderstorm wind types, outside NRI's Strong Wind definition).</w:t>
            </w:r>
          </w:p>
        </w:tc>
      </w:tr>
      <w:tr>
        <w:trPr>
          <w:cantSplit/>
        </w:trPr>
        <w:tc>
          <w:tcPr>
            <w:tcW w:type="dxa" w:w="713"/>
          </w:tcPr>
          <w:p>
            <w:pPr>
              <w:spacing w:after="0"/>
              <w:jc w:val="right"/>
            </w:pPr>
            <w:r>
              <w:rPr>
                <w:sz w:val="16"/>
              </w:rPr>
              <w:t>9</w:t>
            </w:r>
          </w:p>
        </w:tc>
        <w:tc>
          <w:tcPr>
            <w:tcW w:type="dxa" w:w="1037"/>
          </w:tcPr>
          <w:p>
            <w:pPr>
              <w:spacing w:after="0"/>
              <w:jc w:val="left"/>
            </w:pPr>
            <w:r>
              <w:rPr>
                <w:sz w:val="16"/>
              </w:rPr>
              <w:t>Winter Weather</w:t>
            </w:r>
          </w:p>
        </w:tc>
        <w:tc>
          <w:tcPr>
            <w:tcW w:type="dxa" w:w="1311"/>
          </w:tcPr>
          <w:p>
            <w:pPr>
              <w:spacing w:after="0"/>
              <w:jc w:val="left"/>
            </w:pPr>
            <w:r>
              <w:rPr>
                <w:sz w:val="16"/>
              </w:rPr>
              <w:t>Relatively Moderate</w:t>
            </w:r>
          </w:p>
        </w:tc>
        <w:tc>
          <w:tcPr>
            <w:tcW w:type="dxa" w:w="1654"/>
          </w:tcPr>
          <w:p>
            <w:pPr>
              <w:spacing w:after="0"/>
              <w:jc w:val="left"/>
            </w:pPr>
            <w:r>
              <w:rPr>
                <w:sz w:val="16"/>
              </w:rPr>
              <w:t>Relatively High</w:t>
            </w:r>
          </w:p>
        </w:tc>
        <w:tc>
          <w:tcPr>
            <w:tcW w:type="dxa" w:w="1126"/>
          </w:tcPr>
          <w:p>
            <w:pPr>
              <w:spacing w:after="0"/>
              <w:jc w:val="right"/>
            </w:pPr>
            <w:r>
              <w:rPr>
                <w:sz w:val="16"/>
              </w:rPr>
              <w:t>$130,541</w:t>
            </w:r>
          </w:p>
        </w:tc>
        <w:tc>
          <w:tcPr>
            <w:tcW w:type="dxa" w:w="1126"/>
          </w:tcPr>
          <w:p>
            <w:pPr>
              <w:spacing w:after="0"/>
              <w:jc w:val="right"/>
            </w:pPr>
            <w:r>
              <w:rPr>
                <w:sz w:val="16"/>
              </w:rPr>
              <w:t>$66</w:t>
            </w:r>
          </w:p>
        </w:tc>
        <w:tc>
          <w:tcPr>
            <w:tcW w:type="dxa" w:w="1832"/>
          </w:tcPr>
          <w:p>
            <w:pPr>
              <w:spacing w:after="0"/>
              <w:jc w:val="right"/>
            </w:pPr>
            <w:r>
              <w:rPr>
                <w:sz w:val="16"/>
              </w:rPr>
              <w:t>$144,853</w:t>
            </w:r>
          </w:p>
        </w:tc>
        <w:tc>
          <w:tcPr>
            <w:tcW w:type="dxa" w:w="1195"/>
          </w:tcPr>
          <w:p>
            <w:pPr>
              <w:spacing w:after="0"/>
              <w:jc w:val="right"/>
            </w:pPr>
            <w:r>
              <w:rPr>
                <w:sz w:val="16"/>
              </w:rPr>
              <w:t>$275,460</w:t>
            </w:r>
          </w:p>
        </w:tc>
        <w:tc>
          <w:tcPr>
            <w:tcW w:type="dxa" w:w="1997"/>
          </w:tcPr>
          <w:p>
            <w:pPr>
              <w:spacing w:after="0"/>
              <w:jc w:val="right"/>
            </w:pPr>
            <w:r>
              <w:rPr>
                <w:sz w:val="16"/>
              </w:rPr>
              <w:t>317</w:t>
            </w:r>
          </w:p>
        </w:tc>
        <w:tc>
          <w:tcPr>
            <w:tcW w:type="dxa" w:w="2121"/>
          </w:tcPr>
          <w:p>
            <w:pPr>
              <w:spacing w:after="0"/>
              <w:jc w:val="left"/>
            </w:pPr>
          </w:p>
        </w:tc>
      </w:tr>
      <w:tr>
        <w:trPr>
          <w:cantSplit/>
        </w:trPr>
        <w:tc>
          <w:tcPr>
            <w:tcW w:type="dxa" w:w="713"/>
          </w:tcPr>
          <w:p>
            <w:pPr>
              <w:spacing w:after="0"/>
              <w:jc w:val="right"/>
            </w:pPr>
            <w:r>
              <w:rPr>
                <w:sz w:val="16"/>
              </w:rPr>
              <w:t>10</w:t>
            </w:r>
          </w:p>
        </w:tc>
        <w:tc>
          <w:tcPr>
            <w:tcW w:type="dxa" w:w="1037"/>
          </w:tcPr>
          <w:p>
            <w:pPr>
              <w:spacing w:after="0"/>
              <w:jc w:val="left"/>
            </w:pPr>
            <w:r>
              <w:rPr>
                <w:sz w:val="16"/>
              </w:rPr>
              <w:t>Tornado</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$30,416</w:t>
            </w:r>
          </w:p>
        </w:tc>
        <w:tc>
          <w:tcPr>
            <w:tcW w:type="dxa" w:w="1126"/>
          </w:tcPr>
          <w:p>
            <w:pPr>
              <w:spacing w:after="0"/>
              <w:jc w:val="right"/>
            </w:pPr>
            <w:r>
              <w:rPr>
                <w:sz w:val="16"/>
              </w:rPr>
              <w:t>$122</w:t>
            </w:r>
          </w:p>
        </w:tc>
        <w:tc>
          <w:tcPr>
            <w:tcW w:type="dxa" w:w="1832"/>
          </w:tcPr>
          <w:p>
            <w:pPr>
              <w:spacing w:after="0"/>
              <w:jc w:val="right"/>
            </w:pPr>
            <w:r>
              <w:rPr>
                <w:sz w:val="16"/>
              </w:rPr>
              <w:t>$127,612</w:t>
            </w:r>
          </w:p>
        </w:tc>
        <w:tc>
          <w:tcPr>
            <w:tcW w:type="dxa" w:w="1195"/>
          </w:tcPr>
          <w:p>
            <w:pPr>
              <w:spacing w:after="0"/>
              <w:jc w:val="right"/>
            </w:pPr>
            <w:r>
              <w:rPr>
                <w:sz w:val="16"/>
              </w:rPr>
              <w:t>$158,150</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11</w:t>
            </w:r>
          </w:p>
        </w:tc>
        <w:tc>
          <w:tcPr>
            <w:tcW w:type="dxa" w:w="1037"/>
          </w:tcPr>
          <w:p>
            <w:pPr>
              <w:spacing w:after="0"/>
              <w:jc w:val="left"/>
            </w:pPr>
            <w:r>
              <w:rPr>
                <w:sz w:val="16"/>
              </w:rPr>
              <w:t>Ice Storm</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$101,712</w:t>
            </w:r>
          </w:p>
        </w:tc>
        <w:tc>
          <w:tcPr>
            <w:tcW w:type="dxa" w:w="1126"/>
          </w:tcPr>
          <w:p>
            <w:pPr>
              <w:spacing w:after="0"/>
              <w:jc w:val="right"/>
            </w:pPr>
            <w:r>
              <w:rPr>
                <w:sz w:val="16"/>
              </w:rPr>
              <w:t>n/a</w:t>
            </w:r>
          </w:p>
        </w:tc>
        <w:tc>
          <w:tcPr>
            <w:tcW w:type="dxa" w:w="1832"/>
          </w:tcPr>
          <w:p>
            <w:pPr>
              <w:spacing w:after="0"/>
              <w:jc w:val="right"/>
            </w:pPr>
            <w:r>
              <w:rPr>
                <w:sz w:val="16"/>
              </w:rPr>
              <w:t>$12,305</w:t>
            </w:r>
          </w:p>
        </w:tc>
        <w:tc>
          <w:tcPr>
            <w:tcW w:type="dxa" w:w="1195"/>
          </w:tcPr>
          <w:p>
            <w:pPr>
              <w:spacing w:after="0"/>
              <w:jc w:val="right"/>
            </w:pPr>
            <w:r>
              <w:rPr>
                <w:sz w:val="16"/>
              </w:rPr>
              <w:t>$114,017</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12</w:t>
            </w:r>
          </w:p>
        </w:tc>
        <w:tc>
          <w:tcPr>
            <w:tcW w:type="dxa" w:w="1037"/>
          </w:tcPr>
          <w:p>
            <w:pPr>
              <w:spacing w:after="0"/>
              <w:jc w:val="left"/>
            </w:pPr>
            <w:r>
              <w:rPr>
                <w:sz w:val="16"/>
              </w:rPr>
              <w:t>Hail</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$5,254</w:t>
            </w:r>
          </w:p>
        </w:tc>
        <w:tc>
          <w:tcPr>
            <w:tcW w:type="dxa" w:w="1126"/>
          </w:tcPr>
          <w:p>
            <w:pPr>
              <w:spacing w:after="0"/>
              <w:jc w:val="right"/>
            </w:pPr>
            <w:r>
              <w:rPr>
                <w:sz w:val="16"/>
              </w:rPr>
              <w:t>$4,238</w:t>
            </w:r>
          </w:p>
        </w:tc>
        <w:tc>
          <w:tcPr>
            <w:tcW w:type="dxa" w:w="1832"/>
          </w:tcPr>
          <w:p>
            <w:pPr>
              <w:spacing w:after="0"/>
              <w:jc w:val="right"/>
            </w:pPr>
            <w:r>
              <w:rPr>
                <w:sz w:val="16"/>
              </w:rPr>
              <w:t>$39,889</w:t>
            </w:r>
          </w:p>
        </w:tc>
        <w:tc>
          <w:tcPr>
            <w:tcW w:type="dxa" w:w="1195"/>
          </w:tcPr>
          <w:p>
            <w:pPr>
              <w:spacing w:after="0"/>
              <w:jc w:val="right"/>
            </w:pPr>
            <w:r>
              <w:rPr>
                <w:sz w:val="16"/>
              </w:rPr>
              <w:t>$49,381</w:t>
            </w:r>
          </w:p>
        </w:tc>
        <w:tc>
          <w:tcPr>
            <w:tcW w:type="dxa" w:w="1997"/>
          </w:tcPr>
          <w:p>
            <w:pPr>
              <w:spacing w:after="0"/>
              <w:jc w:val="right"/>
            </w:pPr>
            <w:r>
              <w:rPr>
                <w:sz w:val="16"/>
              </w:rPr>
              <w:t>55</w:t>
            </w:r>
          </w:p>
        </w:tc>
        <w:tc>
          <w:tcPr>
            <w:tcW w:type="dxa" w:w="2121"/>
          </w:tcPr>
          <w:p>
            <w:pPr>
              <w:spacing w:after="0"/>
              <w:jc w:val="left"/>
            </w:pPr>
          </w:p>
        </w:tc>
      </w:tr>
      <w:tr>
        <w:trPr>
          <w:cantSplit/>
        </w:trPr>
        <w:tc>
          <w:tcPr>
            <w:tcW w:type="dxa" w:w="713"/>
          </w:tcPr>
          <w:p>
            <w:pPr>
              <w:spacing w:after="0"/>
              <w:jc w:val="right"/>
            </w:pPr>
            <w:r>
              <w:rPr>
                <w:sz w:val="16"/>
              </w:rPr>
              <w:t>13</w:t>
            </w:r>
          </w:p>
        </w:tc>
        <w:tc>
          <w:tcPr>
            <w:tcW w:type="dxa" w:w="1037"/>
          </w:tcPr>
          <w:p>
            <w:pPr>
              <w:spacing w:after="0"/>
              <w:jc w:val="left"/>
            </w:pPr>
            <w:r>
              <w:rPr>
                <w:sz w:val="16"/>
              </w:rPr>
              <w:t>Wildfire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$8,414</w:t>
            </w:r>
          </w:p>
        </w:tc>
        <w:tc>
          <w:tcPr>
            <w:tcW w:type="dxa" w:w="1126"/>
          </w:tcPr>
          <w:p>
            <w:pPr>
              <w:spacing w:after="0"/>
              <w:jc w:val="right"/>
            </w:pPr>
            <w:r>
              <w:rPr>
                <w:sz w:val="16"/>
              </w:rPr>
              <w:t>$3</w:t>
            </w:r>
          </w:p>
        </w:tc>
        <w:tc>
          <w:tcPr>
            <w:tcW w:type="dxa" w:w="1832"/>
          </w:tcPr>
          <w:p>
            <w:pPr>
              <w:spacing w:after="0"/>
              <w:jc w:val="right"/>
            </w:pPr>
            <w:r>
              <w:rPr>
                <w:sz w:val="16"/>
              </w:rPr>
              <w:t>$788</w:t>
            </w:r>
          </w:p>
        </w:tc>
        <w:tc>
          <w:tcPr>
            <w:tcW w:type="dxa" w:w="1195"/>
          </w:tcPr>
          <w:p>
            <w:pPr>
              <w:spacing w:after="0"/>
              <w:jc w:val="right"/>
            </w:pPr>
            <w:r>
              <w:rPr>
                <w:sz w:val="16"/>
              </w:rPr>
              <w:t>$9,205</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14</w:t>
            </w:r>
          </w:p>
        </w:tc>
        <w:tc>
          <w:tcPr>
            <w:tcW w:type="dxa" w:w="1037"/>
          </w:tcPr>
          <w:p>
            <w:pPr>
              <w:spacing w:after="0"/>
              <w:jc w:val="left"/>
            </w:pPr>
            <w:r>
              <w:rPr>
                <w:sz w:val="16"/>
              </w:rPr>
              <w:t>Avalanche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832"/>
          </w:tcPr>
          <w:p>
            <w:pPr>
              <w:spacing w:after="0"/>
              <w:jc w:val="right"/>
            </w:pPr>
            <w:r>
              <w:rPr>
                <w:sz w:val="16"/>
              </w:rPr>
              <w:t>$537</w:t>
            </w:r>
          </w:p>
        </w:tc>
        <w:tc>
          <w:tcPr>
            <w:tcW w:type="dxa" w:w="1195"/>
          </w:tcPr>
          <w:p>
            <w:pPr>
              <w:spacing w:after="0"/>
              <w:jc w:val="right"/>
            </w:pPr>
            <w:r>
              <w:rPr>
                <w:sz w:val="16"/>
              </w:rPr>
              <w:t>$537</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15</w:t>
            </w:r>
          </w:p>
        </w:tc>
        <w:tc>
          <w:tcPr>
            <w:tcW w:type="dxa" w:w="1037"/>
          </w:tcPr>
          <w:p>
            <w:pPr>
              <w:spacing w:after="0"/>
              <w:jc w:val="left"/>
            </w:pPr>
            <w:r>
              <w:rPr>
                <w:sz w:val="16"/>
              </w:rPr>
              <w:t>Drought</w:t>
            </w:r>
          </w:p>
        </w:tc>
        <w:tc>
          <w:tcPr>
            <w:tcW w:type="dxa" w:w="1311"/>
          </w:tcPr>
          <w:p>
            <w:pPr>
              <w:spacing w:after="0"/>
              <w:jc w:val="left"/>
            </w:pPr>
            <w:r>
              <w:rPr>
                <w:sz w:val="16"/>
              </w:rPr>
              <w:t>No Rating</w:t>
            </w:r>
          </w:p>
        </w:tc>
        <w:tc>
          <w:tcPr>
            <w:tcW w:type="dxa" w:w="165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832"/>
          </w:tcPr>
          <w:p>
            <w:pPr>
              <w:spacing w:after="0"/>
              <w:jc w:val="right"/>
            </w:pPr>
            <w:r>
              <w:rPr>
                <w:sz w:val="16"/>
              </w:rPr>
              <w:t>n/a</w:t>
            </w:r>
          </w:p>
        </w:tc>
        <w:tc>
          <w:tcPr>
            <w:tcW w:type="dxa" w:w="1195"/>
          </w:tcPr>
          <w:p>
            <w:pPr>
              <w:spacing w:after="0"/>
              <w:jc w:val="right"/>
            </w:pPr>
            <w:r>
              <w:rPr>
                <w:sz w:val="16"/>
              </w:rPr>
              <w:t>$0</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9541 (Very Low, 38.4); tract 9540 (Very Low, 38.3); tract 9543 (Very Low, 37.4)</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9545 (Relatively Low, 59.1); tract 9543 (Relatively Low, 57.3); tract 9552 (Relatively Low, 53.5)</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9545 (Relatively Low, 68.5); tract 9552 (Relatively Low, 67.4); tract 9543 (Relatively Low, 67.1)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9544 (Relatively High, 99.4); tract 9555.02 (Relatively High, 99.3); tract 9542 (Relatively Moderate, 99.2)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9552 (Very Low, 26.4); tract 9543 (Very Low, 24.5); tract 9555.02 (Very Low, 24.2)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9540 (Very Low, 68.5); tract 9543 (Very Low, 68.1); tract 9541 (Very Low, 61.9)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9541 is Census Tract 9541).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8"/>
        <w:gridCol w:w="1831"/>
        <w:gridCol w:w="1688"/>
        <w:gridCol w:w="1857"/>
        <w:gridCol w:w="1554"/>
        <w:gridCol w:w="1504"/>
        <w:gridCol w:w="2015"/>
        <w:gridCol w:w="1866"/>
      </w:tblGrid>
      <w:tr>
        <w:trPr>
          <w:cantSplit/>
          <w:tblHeader/>
        </w:trPr>
        <w:tc>
          <w:tcPr>
            <w:tcW w:type="dxa" w:w="1798"/>
            <w:shd w:val="clear" w:color="auto" w:fill="E8E8E8"/>
          </w:tcPr>
          <w:p>
            <w:pPr>
              <w:spacing w:after="0"/>
              <w:jc w:val="left"/>
            </w:pPr>
            <w:r>
              <w:rPr>
                <w:b/>
                <w:sz w:val="16"/>
              </w:rPr>
              <w:t>Hazard</w:t>
            </w:r>
          </w:p>
        </w:tc>
        <w:tc>
          <w:tcPr>
            <w:tcW w:type="dxa" w:w="1831"/>
            <w:shd w:val="clear" w:color="auto" w:fill="E8E8E8"/>
          </w:tcPr>
          <w:p>
            <w:pPr>
              <w:spacing w:after="0"/>
              <w:jc w:val="left"/>
            </w:pPr>
            <w:r>
              <w:rPr>
                <w:b/>
                <w:sz w:val="16"/>
              </w:rPr>
              <w:t>Scale</w:t>
            </w:r>
          </w:p>
        </w:tc>
        <w:tc>
          <w:tcPr>
            <w:tcW w:type="dxa" w:w="168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57"/>
            <w:shd w:val="clear" w:color="auto" w:fill="E8E8E8"/>
          </w:tcPr>
          <w:p>
            <w:pPr>
              <w:spacing w:after="0"/>
              <w:jc w:val="left"/>
            </w:pPr>
            <w:r>
              <w:rPr>
                <w:b/>
                <w:sz w:val="16"/>
              </w:rPr>
              <w:t>Observed range</w:t>
            </w:r>
          </w:p>
        </w:tc>
        <w:tc>
          <w:tcPr>
            <w:tcW w:type="dxa" w:w="1554"/>
            <w:shd w:val="clear" w:color="auto" w:fill="E8E8E8"/>
          </w:tcPr>
          <w:p>
            <w:pPr>
              <w:spacing w:after="0"/>
              <w:jc w:val="left"/>
            </w:pPr>
            <w:r>
              <w:rPr>
                <w:b/>
                <w:sz w:val="16"/>
              </w:rPr>
              <w:t>Worst recorded event</w:t>
            </w:r>
          </w:p>
        </w:tc>
        <w:tc>
          <w:tcPr>
            <w:tcW w:type="dxa" w:w="1504"/>
            <w:shd w:val="clear" w:color="auto" w:fill="E8E8E8"/>
          </w:tcPr>
          <w:p>
            <w:pPr>
              <w:spacing w:after="0"/>
              <w:jc w:val="left"/>
            </w:pPr>
            <w:r>
              <w:rPr>
                <w:b/>
                <w:sz w:val="16"/>
              </w:rPr>
              <w:t>Most damaging (when different)</w:t>
            </w:r>
          </w:p>
        </w:tc>
        <w:tc>
          <w:tcPr>
            <w:tcW w:type="dxa" w:w="2015"/>
            <w:shd w:val="clear" w:color="auto" w:fill="E8E8E8"/>
          </w:tcPr>
          <w:p>
            <w:pPr>
              <w:spacing w:after="0"/>
              <w:jc w:val="left"/>
            </w:pPr>
            <w:r>
              <w:rPr>
                <w:b/>
                <w:sz w:val="16"/>
              </w:rPr>
              <w:t>How it applies to jurisdictions</w:t>
            </w:r>
          </w:p>
        </w:tc>
        <w:tc>
          <w:tcPr>
            <w:tcW w:type="dxa" w:w="1866"/>
            <w:shd w:val="clear" w:color="auto" w:fill="E8E8E8"/>
          </w:tcPr>
          <w:p>
            <w:pPr>
              <w:spacing w:after="0"/>
              <w:jc w:val="left"/>
            </w:pPr>
            <w:r>
              <w:rPr>
                <w:b/>
                <w:sz w:val="16"/>
              </w:rPr>
              <w:t>Note</w:t>
            </w:r>
          </w:p>
        </w:tc>
      </w:tr>
      <w:tr>
        <w:trPr>
          <w:cantSplit/>
        </w:trPr>
        <w:tc>
          <w:tcPr>
            <w:tcW w:type="dxa" w:w="1798"/>
          </w:tcPr>
          <w:p>
            <w:pPr>
              <w:spacing w:after="0"/>
              <w:jc w:val="left"/>
            </w:pPr>
            <w:r>
              <w:rPr>
                <w:sz w:val="16"/>
              </w:rPr>
              <w:t>Avalanche</w:t>
            </w:r>
          </w:p>
        </w:tc>
        <w:tc>
          <w:tcPr>
            <w:tcW w:type="dxa" w:w="1831"/>
          </w:tcPr>
          <w:p>
            <w:pPr>
              <w:spacing w:after="0"/>
              <w:jc w:val="left"/>
            </w:pPr>
            <w:r>
              <w:rPr>
                <w:sz w:val="16"/>
              </w:rPr>
              <w:t>none (count and damage only)</w:t>
            </w:r>
          </w:p>
        </w:tc>
        <w:tc>
          <w:tcPr>
            <w:tcW w:type="dxa" w:w="1688"/>
          </w:tcPr>
          <w:p>
            <w:pPr>
              <w:spacing w:after="0"/>
              <w:jc w:val="right"/>
            </w:pPr>
            <w:r>
              <w:rPr>
                <w:sz w:val="16"/>
              </w:rPr>
              <w:t>0</w:t>
            </w:r>
          </w:p>
        </w:tc>
        <w:tc>
          <w:tcPr>
            <w:tcW w:type="dxa" w:w="1857"/>
          </w:tcPr>
          <w:p>
            <w:pPr>
              <w:spacing w:after="0"/>
              <w:jc w:val="left"/>
            </w:pPr>
          </w:p>
        </w:tc>
        <w:tc>
          <w:tcPr>
            <w:tcW w:type="dxa" w:w="1554"/>
          </w:tcPr>
          <w:p>
            <w:pPr>
              <w:spacing w:after="0"/>
              <w:jc w:val="left"/>
            </w:pPr>
          </w:p>
        </w:tc>
        <w:tc>
          <w:tcPr>
            <w:tcW w:type="dxa" w:w="1504"/>
          </w:tcPr>
          <w:p>
            <w:pPr>
              <w:spacing w:after="0"/>
              <w:jc w:val="left"/>
            </w:pPr>
          </w:p>
        </w:tc>
        <w:tc>
          <w:tcPr>
            <w:tcW w:type="dxa" w:w="2015"/>
          </w:tcPr>
          <w:p>
            <w:pPr>
              <w:spacing w:after="0"/>
              <w:jc w:val="left"/>
            </w:pPr>
          </w:p>
        </w:tc>
        <w:tc>
          <w:tcPr>
            <w:tcW w:type="dxa" w:w="1866"/>
          </w:tcPr>
          <w:p>
            <w:pPr>
              <w:spacing w:after="0"/>
              <w:jc w:val="left"/>
            </w:pPr>
          </w:p>
        </w:tc>
      </w:tr>
      <w:tr>
        <w:trPr>
          <w:cantSplit/>
        </w:trPr>
        <w:tc>
          <w:tcPr>
            <w:tcW w:type="dxa" w:w="1798"/>
          </w:tcPr>
          <w:p>
            <w:pPr>
              <w:spacing w:after="0"/>
              <w:jc w:val="left"/>
            </w:pPr>
            <w:r>
              <w:rPr>
                <w:sz w:val="16"/>
              </w:rPr>
              <w:t>Cold/Wind Chill, Extreme Cold/Wind Chill</w:t>
            </w:r>
          </w:p>
        </w:tc>
        <w:tc>
          <w:tcPr>
            <w:tcW w:type="dxa" w:w="1831"/>
          </w:tcPr>
          <w:p>
            <w:pPr>
              <w:spacing w:after="0"/>
              <w:jc w:val="left"/>
            </w:pPr>
            <w:r>
              <w:rPr>
                <w:sz w:val="16"/>
              </w:rPr>
              <w:t>wind chill</w:t>
            </w:r>
          </w:p>
        </w:tc>
        <w:tc>
          <w:tcPr>
            <w:tcW w:type="dxa" w:w="1688"/>
          </w:tcPr>
          <w:p>
            <w:pPr>
              <w:spacing w:after="0"/>
              <w:jc w:val="right"/>
            </w:pPr>
            <w:r>
              <w:rPr>
                <w:sz w:val="16"/>
              </w:rPr>
              <w:t>27 records, 1996 to 2026 (27 zone-level)</w:t>
            </w:r>
          </w:p>
        </w:tc>
        <w:tc>
          <w:tcPr>
            <w:tcW w:type="dxa" w:w="1857"/>
          </w:tcPr>
          <w:p>
            <w:pPr>
              <w:spacing w:after="0"/>
              <w:jc w:val="left"/>
            </w:pPr>
            <w:r>
              <w:rPr>
                <w:sz w:val="16"/>
              </w:rPr>
              <w:t>1 day to 28 days (median 2 days); 26 with a recorded value</w:t>
            </w:r>
          </w:p>
        </w:tc>
        <w:tc>
          <w:tcPr>
            <w:tcW w:type="dxa" w:w="1554"/>
          </w:tcPr>
          <w:p>
            <w:pPr>
              <w:spacing w:after="0"/>
              <w:jc w:val="left"/>
            </w:pPr>
            <w:r>
              <w:rPr>
                <w:sz w:val="16"/>
              </w:rPr>
              <w:t>February 2015 (1 monthly summary record), zone-level</w:t>
            </w:r>
          </w:p>
        </w:tc>
        <w:tc>
          <w:tcPr>
            <w:tcW w:type="dxa" w:w="1504"/>
          </w:tcPr>
          <w:p>
            <w:pPr>
              <w:spacing w:after="0"/>
              <w:jc w:val="left"/>
            </w:pPr>
          </w:p>
        </w:tc>
        <w:tc>
          <w:tcPr>
            <w:tcW w:type="dxa" w:w="2015"/>
          </w:tcPr>
          <w:p>
            <w:pPr>
              <w:spacing w:after="0"/>
              <w:jc w:val="left"/>
            </w:pPr>
            <w:r>
              <w:rPr>
                <w:sz w:val="16"/>
              </w:rPr>
              <w:t>Countywide (zone-level records).</w:t>
            </w:r>
          </w:p>
        </w:tc>
        <w:tc>
          <w:tcPr>
            <w:tcW w:type="dxa" w:w="1866"/>
          </w:tcPr>
          <w:p>
            <w:pPr>
              <w:spacing w:after="0"/>
              <w:jc w:val="left"/>
            </w:pPr>
          </w:p>
        </w:tc>
      </w:tr>
      <w:tr>
        <w:trPr>
          <w:cantSplit/>
        </w:trPr>
        <w:tc>
          <w:tcPr>
            <w:tcW w:type="dxa" w:w="1798"/>
          </w:tcPr>
          <w:p>
            <w:pPr>
              <w:spacing w:after="0"/>
              <w:jc w:val="left"/>
            </w:pPr>
            <w:r>
              <w:rPr>
                <w:sz w:val="16"/>
              </w:rPr>
              <w:t>Frost/Freeze (outside NRI's Cold Wave definition)</w:t>
            </w:r>
          </w:p>
        </w:tc>
        <w:tc>
          <w:tcPr>
            <w:tcW w:type="dxa" w:w="1831"/>
          </w:tcPr>
          <w:p>
            <w:pPr>
              <w:spacing w:after="0"/>
              <w:jc w:val="left"/>
            </w:pPr>
            <w:r>
              <w:rPr>
                <w:sz w:val="16"/>
              </w:rPr>
              <w:t>crop damage</w:t>
            </w:r>
          </w:p>
        </w:tc>
        <w:tc>
          <w:tcPr>
            <w:tcW w:type="dxa" w:w="1688"/>
          </w:tcPr>
          <w:p>
            <w:pPr>
              <w:spacing w:after="0"/>
              <w:jc w:val="right"/>
            </w:pPr>
            <w:r>
              <w:rPr>
                <w:sz w:val="16"/>
              </w:rPr>
              <w:t>3 records, 2005 to 2023 (3 zone-level)</w:t>
            </w:r>
          </w:p>
        </w:tc>
        <w:tc>
          <w:tcPr>
            <w:tcW w:type="dxa" w:w="1857"/>
          </w:tcPr>
          <w:p>
            <w:pPr>
              <w:spacing w:after="0"/>
              <w:jc w:val="left"/>
            </w:pPr>
          </w:p>
        </w:tc>
        <w:tc>
          <w:tcPr>
            <w:tcW w:type="dxa" w:w="1554"/>
          </w:tcPr>
          <w:p>
            <w:pPr>
              <w:spacing w:after="0"/>
              <w:jc w:val="left"/>
            </w:pPr>
            <w:r>
              <w:rPr>
                <w:sz w:val="16"/>
              </w:rPr>
              <w:t>Frost/Freeze, 2023-05-18, $300,000 crop damage (2023 dollars); NWS zone VTZ008</w:t>
            </w:r>
          </w:p>
        </w:tc>
        <w:tc>
          <w:tcPr>
            <w:tcW w:type="dxa" w:w="1504"/>
          </w:tcPr>
          <w:p>
            <w:pPr>
              <w:spacing w:after="0"/>
              <w:jc w:val="left"/>
            </w:pPr>
          </w:p>
        </w:tc>
        <w:tc>
          <w:tcPr>
            <w:tcW w:type="dxa" w:w="2015"/>
          </w:tcPr>
          <w:p>
            <w:pPr>
              <w:spacing w:after="0"/>
              <w:jc w:val="left"/>
            </w:pPr>
            <w:r>
              <w:rPr>
                <w:sz w:val="16"/>
              </w:rPr>
              <w:t>Countywide (zone-level records).</w:t>
            </w:r>
          </w:p>
        </w:tc>
        <w:tc>
          <w:tcPr>
            <w:tcW w:type="dxa" w:w="1866"/>
          </w:tcPr>
          <w:p>
            <w:pPr>
              <w:spacing w:after="0"/>
              <w:jc w:val="left"/>
            </w:pPr>
          </w:p>
        </w:tc>
      </w:tr>
      <w:tr>
        <w:trPr>
          <w:cantSplit/>
        </w:trPr>
        <w:tc>
          <w:tcPr>
            <w:tcW w:type="dxa" w:w="1798"/>
          </w:tcPr>
          <w:p>
            <w:pPr>
              <w:spacing w:after="0"/>
              <w:jc w:val="left"/>
            </w:pPr>
            <w:r>
              <w:rPr>
                <w:sz w:val="16"/>
              </w:rPr>
              <w:t>Drought</w:t>
            </w:r>
          </w:p>
        </w:tc>
        <w:tc>
          <w:tcPr>
            <w:tcW w:type="dxa" w:w="1831"/>
          </w:tcPr>
          <w:p>
            <w:pPr>
              <w:spacing w:after="0"/>
              <w:jc w:val="left"/>
            </w:pPr>
            <w:r>
              <w:rPr>
                <w:sz w:val="16"/>
              </w:rPr>
              <w:t>U.S. Drought Monitor scale (D0 to D4)</w:t>
            </w:r>
          </w:p>
        </w:tc>
        <w:tc>
          <w:tcPr>
            <w:tcW w:type="dxa" w:w="1688"/>
          </w:tcPr>
          <w:p>
            <w:pPr>
              <w:spacing w:after="0"/>
              <w:jc w:val="right"/>
            </w:pPr>
            <w:r>
              <w:rPr>
                <w:sz w:val="16"/>
              </w:rPr>
              <w:t>0</w:t>
            </w:r>
          </w:p>
        </w:tc>
        <w:tc>
          <w:tcPr>
            <w:tcW w:type="dxa" w:w="1857"/>
          </w:tcPr>
          <w:p>
            <w:pPr>
              <w:spacing w:after="0"/>
              <w:jc w:val="left"/>
            </w:pPr>
          </w:p>
        </w:tc>
        <w:tc>
          <w:tcPr>
            <w:tcW w:type="dxa" w:w="1554"/>
          </w:tcPr>
          <w:p>
            <w:pPr>
              <w:spacing w:after="0"/>
              <w:jc w:val="left"/>
            </w:pPr>
          </w:p>
        </w:tc>
        <w:tc>
          <w:tcPr>
            <w:tcW w:type="dxa" w:w="1504"/>
          </w:tcPr>
          <w:p>
            <w:pPr>
              <w:spacing w:after="0"/>
              <w:jc w:val="left"/>
            </w:pPr>
          </w:p>
        </w:tc>
        <w:tc>
          <w:tcPr>
            <w:tcW w:type="dxa" w:w="2015"/>
          </w:tcPr>
          <w:p>
            <w:pPr>
              <w:spacing w:after="0"/>
              <w:jc w:val="left"/>
            </w:pPr>
          </w:p>
        </w:tc>
        <w:tc>
          <w:tcPr>
            <w:tcW w:type="dxa" w:w="186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8"/>
          </w:tcPr>
          <w:p>
            <w:pPr>
              <w:spacing w:after="0"/>
              <w:jc w:val="left"/>
            </w:pPr>
            <w:r>
              <w:rPr>
                <w:sz w:val="16"/>
              </w:rPr>
              <w:t>Earthquake</w:t>
            </w:r>
          </w:p>
        </w:tc>
        <w:tc>
          <w:tcPr>
            <w:tcW w:type="dxa" w:w="1831"/>
          </w:tcPr>
          <w:p>
            <w:pPr>
              <w:spacing w:after="0"/>
              <w:jc w:val="left"/>
            </w:pPr>
            <w:r>
              <w:rPr>
                <w:sz w:val="16"/>
              </w:rPr>
              <w:t>Modified Mercalli (local data)</w:t>
            </w:r>
          </w:p>
        </w:tc>
        <w:tc>
          <w:tcPr>
            <w:tcW w:type="dxa" w:w="1688"/>
          </w:tcPr>
          <w:p>
            <w:pPr>
              <w:spacing w:after="0"/>
              <w:jc w:val="right"/>
            </w:pPr>
            <w:r>
              <w:rPr>
                <w:sz w:val="16"/>
              </w:rPr>
              <w:t>0</w:t>
            </w:r>
          </w:p>
        </w:tc>
        <w:tc>
          <w:tcPr>
            <w:tcW w:type="dxa" w:w="1857"/>
          </w:tcPr>
          <w:p>
            <w:pPr>
              <w:spacing w:after="0"/>
              <w:jc w:val="left"/>
            </w:pPr>
          </w:p>
        </w:tc>
        <w:tc>
          <w:tcPr>
            <w:tcW w:type="dxa" w:w="1554"/>
          </w:tcPr>
          <w:p>
            <w:pPr>
              <w:spacing w:after="0"/>
              <w:jc w:val="left"/>
            </w:pPr>
          </w:p>
        </w:tc>
        <w:tc>
          <w:tcPr>
            <w:tcW w:type="dxa" w:w="1504"/>
          </w:tcPr>
          <w:p>
            <w:pPr>
              <w:spacing w:after="0"/>
              <w:jc w:val="left"/>
            </w:pPr>
          </w:p>
        </w:tc>
        <w:tc>
          <w:tcPr>
            <w:tcW w:type="dxa" w:w="2015"/>
          </w:tcPr>
          <w:p>
            <w:pPr>
              <w:spacing w:after="0"/>
              <w:jc w:val="left"/>
            </w:pPr>
          </w:p>
        </w:tc>
        <w:tc>
          <w:tcPr>
            <w:tcW w:type="dxa" w:w="1866"/>
          </w:tcPr>
          <w:p>
            <w:pPr>
              <w:spacing w:after="0"/>
              <w:jc w:val="left"/>
            </w:pPr>
            <w:r>
              <w:rPr>
                <w:sz w:val="16"/>
              </w:rPr>
              <w:t>Storm Events does not record earthquakes; the USGS earthquake catalog is the source.</w:t>
            </w:r>
          </w:p>
        </w:tc>
      </w:tr>
      <w:tr>
        <w:trPr>
          <w:cantSplit/>
        </w:trPr>
        <w:tc>
          <w:tcPr>
            <w:tcW w:type="dxa" w:w="1798"/>
          </w:tcPr>
          <w:p>
            <w:pPr>
              <w:spacing w:after="0"/>
              <w:jc w:val="left"/>
            </w:pPr>
            <w:r>
              <w:rPr>
                <w:sz w:val="16"/>
              </w:rPr>
              <w:t>Hail</w:t>
            </w:r>
          </w:p>
        </w:tc>
        <w:tc>
          <w:tcPr>
            <w:tcW w:type="dxa" w:w="1831"/>
          </w:tcPr>
          <w:p>
            <w:pPr>
              <w:spacing w:after="0"/>
              <w:jc w:val="left"/>
            </w:pPr>
            <w:r>
              <w:rPr>
                <w:sz w:val="16"/>
              </w:rPr>
              <w:t>hail size (inches)</w:t>
            </w:r>
          </w:p>
        </w:tc>
        <w:tc>
          <w:tcPr>
            <w:tcW w:type="dxa" w:w="1688"/>
          </w:tcPr>
          <w:p>
            <w:pPr>
              <w:spacing w:after="0"/>
              <w:jc w:val="right"/>
            </w:pPr>
            <w:r>
              <w:rPr>
                <w:sz w:val="16"/>
              </w:rPr>
              <w:t>64 records, 1961 to 2025</w:t>
            </w:r>
          </w:p>
        </w:tc>
        <w:tc>
          <w:tcPr>
            <w:tcW w:type="dxa" w:w="1857"/>
          </w:tcPr>
          <w:p>
            <w:pPr>
              <w:spacing w:after="0"/>
              <w:jc w:val="left"/>
            </w:pPr>
            <w:r>
              <w:rPr>
                <w:sz w:val="16"/>
              </w:rPr>
              <w:t>0.25 in to 2.75 in (median 1 in); 63 with a recorded value</w:t>
            </w:r>
          </w:p>
        </w:tc>
        <w:tc>
          <w:tcPr>
            <w:tcW w:type="dxa" w:w="1554"/>
          </w:tcPr>
          <w:p>
            <w:pPr>
              <w:spacing w:after="0"/>
              <w:jc w:val="left"/>
            </w:pPr>
            <w:r>
              <w:rPr>
                <w:sz w:val="16"/>
              </w:rPr>
              <w:t>2.75 in hail, 2007-07-09</w:t>
            </w:r>
          </w:p>
        </w:tc>
        <w:tc>
          <w:tcPr>
            <w:tcW w:type="dxa" w:w="1504"/>
          </w:tcPr>
          <w:p>
            <w:pPr>
              <w:spacing w:after="0"/>
              <w:jc w:val="left"/>
            </w:pPr>
            <w:r>
              <w:rPr>
                <w:sz w:val="16"/>
              </w:rPr>
              <w:t>Hail, 2010-07-21, $20,000 property; $0 crops (2010 dollars)</w:t>
            </w:r>
          </w:p>
        </w:tc>
        <w:tc>
          <w:tcPr>
            <w:tcW w:type="dxa" w:w="2015"/>
          </w:tcPr>
          <w:p>
            <w:pPr>
              <w:spacing w:after="0"/>
              <w:jc w:val="left"/>
            </w:pPr>
            <w:r>
              <w:rPr>
                <w:sz w:val="16"/>
              </w:rPr>
              <w:t>Event records naming jurisdictions in the plan: Northfield town (7 records), East Montpelier town (4 records), Fayston town (4 records), Waitsfield town (4 records), Warren town (4 records), Duxbury town (3 records), Waterbury town (3 records), Barre town (2 records), Berlin town (2 records), Cabot town (2 records); and 8 more jurisdictions (see the Excel file).</w:t>
            </w:r>
          </w:p>
        </w:tc>
        <w:tc>
          <w:tcPr>
            <w:tcW w:type="dxa" w:w="1866"/>
          </w:tcPr>
          <w:p>
            <w:pPr>
              <w:spacing w:after="0"/>
              <w:jc w:val="left"/>
            </w:pPr>
          </w:p>
        </w:tc>
      </w:tr>
      <w:tr>
        <w:trPr>
          <w:cantSplit/>
        </w:trPr>
        <w:tc>
          <w:tcPr>
            <w:tcW w:type="dxa" w:w="1798"/>
          </w:tcPr>
          <w:p>
            <w:pPr>
              <w:spacing w:after="0"/>
              <w:jc w:val="left"/>
            </w:pPr>
            <w:r>
              <w:rPr>
                <w:sz w:val="16"/>
              </w:rPr>
              <w:t>Excessive Heat, Heat</w:t>
            </w:r>
          </w:p>
        </w:tc>
        <w:tc>
          <w:tcPr>
            <w:tcW w:type="dxa" w:w="1831"/>
          </w:tcPr>
          <w:p>
            <w:pPr>
              <w:spacing w:after="0"/>
              <w:jc w:val="left"/>
            </w:pPr>
            <w:r>
              <w:rPr>
                <w:sz w:val="16"/>
              </w:rPr>
              <w:t>heat index (in event narratives)</w:t>
            </w:r>
          </w:p>
        </w:tc>
        <w:tc>
          <w:tcPr>
            <w:tcW w:type="dxa" w:w="1688"/>
          </w:tcPr>
          <w:p>
            <w:pPr>
              <w:spacing w:after="0"/>
              <w:jc w:val="right"/>
            </w:pPr>
            <w:r>
              <w:rPr>
                <w:sz w:val="16"/>
              </w:rPr>
              <w:t>8 records, 1998 to 2025 (8 zone-level)</w:t>
            </w:r>
          </w:p>
        </w:tc>
        <w:tc>
          <w:tcPr>
            <w:tcW w:type="dxa" w:w="1857"/>
          </w:tcPr>
          <w:p>
            <w:pPr>
              <w:spacing w:after="0"/>
              <w:jc w:val="left"/>
            </w:pPr>
            <w:r>
              <w:rPr>
                <w:sz w:val="16"/>
              </w:rPr>
              <w:t>1 day to 6 days (median 2 days); 4 with a recorded value</w:t>
            </w:r>
          </w:p>
        </w:tc>
        <w:tc>
          <w:tcPr>
            <w:tcW w:type="dxa" w:w="1554"/>
          </w:tcPr>
          <w:p>
            <w:pPr>
              <w:spacing w:after="0"/>
              <w:jc w:val="left"/>
            </w:pPr>
            <w:r>
              <w:rPr>
                <w:sz w:val="16"/>
              </w:rPr>
              <w:t>6 consecutive days, 2018-07-01 to 2018-07-06, 1 direct death, zone-level</w:t>
            </w:r>
          </w:p>
        </w:tc>
        <w:tc>
          <w:tcPr>
            <w:tcW w:type="dxa" w:w="1504"/>
          </w:tcPr>
          <w:p>
            <w:pPr>
              <w:spacing w:after="0"/>
              <w:jc w:val="left"/>
            </w:pPr>
            <w:r>
              <w:rPr>
                <w:sz w:val="16"/>
              </w:rPr>
              <w:t>Heat, 2012-03-17, $0 property; $1,000,000 crops (zone total, 2012 dollars)</w:t>
            </w:r>
          </w:p>
        </w:tc>
        <w:tc>
          <w:tcPr>
            <w:tcW w:type="dxa" w:w="2015"/>
          </w:tcPr>
          <w:p>
            <w:pPr>
              <w:spacing w:after="0"/>
              <w:jc w:val="left"/>
            </w:pPr>
            <w:r>
              <w:rPr>
                <w:sz w:val="16"/>
              </w:rPr>
              <w:t>Countywide (zone-level records).</w:t>
            </w:r>
          </w:p>
        </w:tc>
        <w:tc>
          <w:tcPr>
            <w:tcW w:type="dxa" w:w="1866"/>
          </w:tcPr>
          <w:p>
            <w:pPr>
              <w:spacing w:after="0"/>
              <w:jc w:val="left"/>
            </w:pPr>
            <w:r>
              <w:rPr>
                <w:sz w:val="16"/>
              </w:rPr>
              <w:t>Heat records from November to March (unseasonable warmth, not a heat wave) are counted but not used for the longest run.</w:t>
            </w:r>
          </w:p>
        </w:tc>
      </w:tr>
      <w:tr>
        <w:trPr>
          <w:cantSplit/>
        </w:trPr>
        <w:tc>
          <w:tcPr>
            <w:tcW w:type="dxa" w:w="1798"/>
          </w:tcPr>
          <w:p>
            <w:pPr>
              <w:spacing w:after="0"/>
              <w:jc w:val="left"/>
            </w:pPr>
            <w:r>
              <w:rPr>
                <w:sz w:val="16"/>
              </w:rPr>
              <w:t>Hurricane, Tropical Storm, Tropical Depression</w:t>
            </w:r>
          </w:p>
        </w:tc>
        <w:tc>
          <w:tcPr>
            <w:tcW w:type="dxa" w:w="1831"/>
          </w:tcPr>
          <w:p>
            <w:pPr>
              <w:spacing w:after="0"/>
              <w:jc w:val="left"/>
            </w:pPr>
            <w:r>
              <w:rPr>
                <w:sz w:val="16"/>
              </w:rPr>
              <w:t>Saffir-Simpson</w:t>
            </w:r>
          </w:p>
        </w:tc>
        <w:tc>
          <w:tcPr>
            <w:tcW w:type="dxa" w:w="1688"/>
          </w:tcPr>
          <w:p>
            <w:pPr>
              <w:spacing w:after="0"/>
              <w:jc w:val="right"/>
            </w:pPr>
            <w:r>
              <w:rPr>
                <w:sz w:val="16"/>
              </w:rPr>
              <w:t>0</w:t>
            </w:r>
          </w:p>
        </w:tc>
        <w:tc>
          <w:tcPr>
            <w:tcW w:type="dxa" w:w="1857"/>
          </w:tcPr>
          <w:p>
            <w:pPr>
              <w:spacing w:after="0"/>
              <w:jc w:val="left"/>
            </w:pPr>
          </w:p>
        </w:tc>
        <w:tc>
          <w:tcPr>
            <w:tcW w:type="dxa" w:w="1554"/>
          </w:tcPr>
          <w:p>
            <w:pPr>
              <w:spacing w:after="0"/>
              <w:jc w:val="left"/>
            </w:pPr>
          </w:p>
        </w:tc>
        <w:tc>
          <w:tcPr>
            <w:tcW w:type="dxa" w:w="1504"/>
          </w:tcPr>
          <w:p>
            <w:pPr>
              <w:spacing w:after="0"/>
              <w:jc w:val="left"/>
            </w:pPr>
          </w:p>
        </w:tc>
        <w:tc>
          <w:tcPr>
            <w:tcW w:type="dxa" w:w="2015"/>
          </w:tcPr>
          <w:p>
            <w:pPr>
              <w:spacing w:after="0"/>
              <w:jc w:val="left"/>
            </w:pPr>
          </w:p>
        </w:tc>
        <w:tc>
          <w:tcPr>
            <w:tcW w:type="dxa" w:w="186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8"/>
          </w:tcPr>
          <w:p>
            <w:pPr>
              <w:spacing w:after="0"/>
              <w:jc w:val="left"/>
            </w:pPr>
            <w:r>
              <w:rPr>
                <w:sz w:val="16"/>
              </w:rPr>
              <w:t>Ice Storm</w:t>
            </w:r>
          </w:p>
        </w:tc>
        <w:tc>
          <w:tcPr>
            <w:tcW w:type="dxa" w:w="1831"/>
          </w:tcPr>
          <w:p>
            <w:pPr>
              <w:spacing w:after="0"/>
              <w:jc w:val="left"/>
            </w:pPr>
            <w:r>
              <w:rPr>
                <w:sz w:val="16"/>
              </w:rPr>
              <w:t>Sperry-Piltz ice scale (local data)</w:t>
            </w:r>
          </w:p>
        </w:tc>
        <w:tc>
          <w:tcPr>
            <w:tcW w:type="dxa" w:w="1688"/>
          </w:tcPr>
          <w:p>
            <w:pPr>
              <w:spacing w:after="0"/>
              <w:jc w:val="right"/>
            </w:pPr>
            <w:r>
              <w:rPr>
                <w:sz w:val="16"/>
              </w:rPr>
              <w:t>0</w:t>
            </w:r>
          </w:p>
        </w:tc>
        <w:tc>
          <w:tcPr>
            <w:tcW w:type="dxa" w:w="1857"/>
          </w:tcPr>
          <w:p>
            <w:pPr>
              <w:spacing w:after="0"/>
              <w:jc w:val="left"/>
            </w:pPr>
          </w:p>
        </w:tc>
        <w:tc>
          <w:tcPr>
            <w:tcW w:type="dxa" w:w="1554"/>
          </w:tcPr>
          <w:p>
            <w:pPr>
              <w:spacing w:after="0"/>
              <w:jc w:val="left"/>
            </w:pPr>
          </w:p>
        </w:tc>
        <w:tc>
          <w:tcPr>
            <w:tcW w:type="dxa" w:w="1504"/>
          </w:tcPr>
          <w:p>
            <w:pPr>
              <w:spacing w:after="0"/>
              <w:jc w:val="left"/>
            </w:pPr>
          </w:p>
        </w:tc>
        <w:tc>
          <w:tcPr>
            <w:tcW w:type="dxa" w:w="2015"/>
          </w:tcPr>
          <w:p>
            <w:pPr>
              <w:spacing w:after="0"/>
              <w:jc w:val="left"/>
            </w:pPr>
          </w:p>
        </w:tc>
        <w:tc>
          <w:tcPr>
            <w:tcW w:type="dxa" w:w="1866"/>
          </w:tcPr>
          <w:p>
            <w:pPr>
              <w:spacing w:after="0"/>
              <w:jc w:val="left"/>
            </w:pPr>
          </w:p>
        </w:tc>
      </w:tr>
      <w:tr>
        <w:trPr>
          <w:cantSplit/>
        </w:trPr>
        <w:tc>
          <w:tcPr>
            <w:tcW w:type="dxa" w:w="1798"/>
          </w:tcPr>
          <w:p>
            <w:pPr>
              <w:spacing w:after="0"/>
              <w:jc w:val="left"/>
            </w:pPr>
            <w:r>
              <w:rPr>
                <w:sz w:val="16"/>
              </w:rPr>
              <w:t>Flash Flood, Flood, Lakeshore Flood</w:t>
            </w:r>
          </w:p>
        </w:tc>
        <w:tc>
          <w:tcPr>
            <w:tcW w:type="dxa" w:w="1831"/>
          </w:tcPr>
          <w:p>
            <w:pPr>
              <w:spacing w:after="0"/>
              <w:jc w:val="left"/>
            </w:pPr>
            <w:r>
              <w:rPr>
                <w:sz w:val="16"/>
              </w:rPr>
              <w:t>damage and flood days (flood depth: FIRM)</w:t>
            </w:r>
          </w:p>
        </w:tc>
        <w:tc>
          <w:tcPr>
            <w:tcW w:type="dxa" w:w="1688"/>
          </w:tcPr>
          <w:p>
            <w:pPr>
              <w:spacing w:after="0"/>
              <w:jc w:val="right"/>
            </w:pPr>
            <w:r>
              <w:rPr>
                <w:sz w:val="16"/>
              </w:rPr>
              <w:t>84 records, 1996 to 2025 (9 zone-level)</w:t>
            </w:r>
          </w:p>
        </w:tc>
        <w:tc>
          <w:tcPr>
            <w:tcW w:type="dxa" w:w="1857"/>
          </w:tcPr>
          <w:p>
            <w:pPr>
              <w:spacing w:after="0"/>
              <w:jc w:val="left"/>
            </w:pPr>
          </w:p>
        </w:tc>
        <w:tc>
          <w:tcPr>
            <w:tcW w:type="dxa" w:w="1554"/>
          </w:tcPr>
          <w:p>
            <w:pPr>
              <w:spacing w:after="0"/>
              <w:jc w:val="left"/>
            </w:pPr>
            <w:r>
              <w:rPr>
                <w:sz w:val="16"/>
              </w:rPr>
              <w:t>Flash Flood, 2023-07-11, $100,000,000 property; $0 crops (2023 dollars), 1 direct death</w:t>
            </w:r>
          </w:p>
        </w:tc>
        <w:tc>
          <w:tcPr>
            <w:tcW w:type="dxa" w:w="1504"/>
          </w:tcPr>
          <w:p>
            <w:pPr>
              <w:spacing w:after="0"/>
              <w:jc w:val="left"/>
            </w:pPr>
          </w:p>
        </w:tc>
        <w:tc>
          <w:tcPr>
            <w:tcW w:type="dxa" w:w="2015"/>
          </w:tcPr>
          <w:p>
            <w:pPr>
              <w:spacing w:after="0"/>
              <w:jc w:val="left"/>
            </w:pPr>
            <w:r>
              <w:rPr>
                <w:sz w:val="16"/>
              </w:rPr>
              <w:t>Event records naming jurisdictions in the plan: Middlesex town (9 records), Barre town (7 records), Duxbury town (6 records), Fayston town (6 records), Montpelier city (6 records), Northfield town (6 records), Warren town (4 records), Woodbury town (4 records), Roxbury town (3 records), Waitsfield town (3 records); and 9 more jurisdictions (see the Excel file). Zone-level records (9) apply countywide.</w:t>
            </w:r>
          </w:p>
        </w:tc>
        <w:tc>
          <w:tcPr>
            <w:tcW w:type="dxa" w:w="186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8"/>
          </w:tcPr>
          <w:p>
            <w:pPr>
              <w:spacing w:after="0"/>
              <w:jc w:val="left"/>
            </w:pPr>
            <w:r>
              <w:rPr>
                <w:sz w:val="16"/>
              </w:rPr>
              <w:t>Debris Flow</w:t>
            </w:r>
          </w:p>
        </w:tc>
        <w:tc>
          <w:tcPr>
            <w:tcW w:type="dxa" w:w="1831"/>
          </w:tcPr>
          <w:p>
            <w:pPr>
              <w:spacing w:after="0"/>
              <w:jc w:val="left"/>
            </w:pPr>
            <w:r>
              <w:rPr>
                <w:sz w:val="16"/>
              </w:rPr>
              <w:t>none (count and damage only)</w:t>
            </w:r>
          </w:p>
        </w:tc>
        <w:tc>
          <w:tcPr>
            <w:tcW w:type="dxa" w:w="1688"/>
          </w:tcPr>
          <w:p>
            <w:pPr>
              <w:spacing w:after="0"/>
              <w:jc w:val="right"/>
            </w:pPr>
            <w:r>
              <w:rPr>
                <w:sz w:val="16"/>
              </w:rPr>
              <w:t>0</w:t>
            </w:r>
          </w:p>
        </w:tc>
        <w:tc>
          <w:tcPr>
            <w:tcW w:type="dxa" w:w="1857"/>
          </w:tcPr>
          <w:p>
            <w:pPr>
              <w:spacing w:after="0"/>
              <w:jc w:val="left"/>
            </w:pPr>
          </w:p>
        </w:tc>
        <w:tc>
          <w:tcPr>
            <w:tcW w:type="dxa" w:w="1554"/>
          </w:tcPr>
          <w:p>
            <w:pPr>
              <w:spacing w:after="0"/>
              <w:jc w:val="left"/>
            </w:pPr>
          </w:p>
        </w:tc>
        <w:tc>
          <w:tcPr>
            <w:tcW w:type="dxa" w:w="1504"/>
          </w:tcPr>
          <w:p>
            <w:pPr>
              <w:spacing w:after="0"/>
              <w:jc w:val="left"/>
            </w:pPr>
          </w:p>
        </w:tc>
        <w:tc>
          <w:tcPr>
            <w:tcW w:type="dxa" w:w="2015"/>
          </w:tcPr>
          <w:p>
            <w:pPr>
              <w:spacing w:after="0"/>
              <w:jc w:val="left"/>
            </w:pPr>
          </w:p>
        </w:tc>
        <w:tc>
          <w:tcPr>
            <w:tcW w:type="dxa" w:w="1866"/>
          </w:tcPr>
          <w:p>
            <w:pPr>
              <w:spacing w:after="0"/>
              <w:jc w:val="left"/>
            </w:pPr>
          </w:p>
        </w:tc>
      </w:tr>
      <w:tr>
        <w:trPr>
          <w:cantSplit/>
        </w:trPr>
        <w:tc>
          <w:tcPr>
            <w:tcW w:type="dxa" w:w="1798"/>
          </w:tcPr>
          <w:p>
            <w:pPr>
              <w:spacing w:after="0"/>
              <w:jc w:val="left"/>
            </w:pPr>
            <w:r>
              <w:rPr>
                <w:sz w:val="16"/>
              </w:rPr>
              <w:t>Lightning</w:t>
            </w:r>
          </w:p>
        </w:tc>
        <w:tc>
          <w:tcPr>
            <w:tcW w:type="dxa" w:w="1831"/>
          </w:tcPr>
          <w:p>
            <w:pPr>
              <w:spacing w:after="0"/>
              <w:jc w:val="left"/>
            </w:pPr>
            <w:r>
              <w:rPr>
                <w:sz w:val="16"/>
              </w:rPr>
              <w:t>annualized frequency (the measure FEMA's Local Mitigation Planning Handbook names)</w:t>
            </w:r>
          </w:p>
        </w:tc>
        <w:tc>
          <w:tcPr>
            <w:tcW w:type="dxa" w:w="1688"/>
          </w:tcPr>
          <w:p>
            <w:pPr>
              <w:spacing w:after="0"/>
              <w:jc w:val="right"/>
            </w:pPr>
            <w:r>
              <w:rPr>
                <w:sz w:val="16"/>
              </w:rPr>
              <w:t>8 records, 1996 to 2013</w:t>
            </w:r>
          </w:p>
        </w:tc>
        <w:tc>
          <w:tcPr>
            <w:tcW w:type="dxa" w:w="1857"/>
          </w:tcPr>
          <w:p>
            <w:pPr>
              <w:spacing w:after="0"/>
              <w:jc w:val="left"/>
            </w:pPr>
          </w:p>
        </w:tc>
        <w:tc>
          <w:tcPr>
            <w:tcW w:type="dxa" w:w="1554"/>
          </w:tcPr>
          <w:p>
            <w:pPr>
              <w:spacing w:after="0"/>
              <w:jc w:val="left"/>
            </w:pPr>
            <w:r>
              <w:rPr>
                <w:sz w:val="16"/>
              </w:rPr>
              <w:t>Lightning, 1996-06-12, damage not reported, 1 direct death, 1 direct injury</w:t>
            </w:r>
          </w:p>
        </w:tc>
        <w:tc>
          <w:tcPr>
            <w:tcW w:type="dxa" w:w="1504"/>
          </w:tcPr>
          <w:p>
            <w:pPr>
              <w:spacing w:after="0"/>
              <w:jc w:val="left"/>
            </w:pPr>
            <w:r>
              <w:rPr>
                <w:sz w:val="16"/>
              </w:rPr>
              <w:t>Lightning, 2012-05-29, $150,000 property; $0 crops (2012 dollars)</w:t>
            </w:r>
          </w:p>
        </w:tc>
        <w:tc>
          <w:tcPr>
            <w:tcW w:type="dxa" w:w="2015"/>
          </w:tcPr>
          <w:p>
            <w:pPr>
              <w:spacing w:after="0"/>
              <w:jc w:val="left"/>
            </w:pPr>
            <w:r>
              <w:rPr>
                <w:sz w:val="16"/>
              </w:rPr>
              <w:t>Event records naming jurisdictions in the plan: Barre city (3 records), Barre town (3 records), Montpelier city (2 records), Cabot town (1 record), Marshfield town (1 record), Marshfield village (1 record), Waitsfield town (1 record).</w:t>
            </w:r>
          </w:p>
        </w:tc>
        <w:tc>
          <w:tcPr>
            <w:tcW w:type="dxa" w:w="1866"/>
          </w:tcPr>
          <w:p>
            <w:pPr>
              <w:spacing w:after="0"/>
              <w:jc w:val="left"/>
            </w:pPr>
            <w:r>
              <w:rPr>
                <w:sz w:val="16"/>
              </w:rPr>
              <w:t>Storm Events lists lightning with damage or casualties.</w:t>
            </w:r>
          </w:p>
        </w:tc>
      </w:tr>
      <w:tr>
        <w:trPr>
          <w:cantSplit/>
        </w:trPr>
        <w:tc>
          <w:tcPr>
            <w:tcW w:type="dxa" w:w="1798"/>
          </w:tcPr>
          <w:p>
            <w:pPr>
              <w:spacing w:after="0"/>
              <w:jc w:val="left"/>
            </w:pPr>
            <w:r>
              <w:rPr>
                <w:sz w:val="16"/>
              </w:rPr>
              <w:t>High Wind and Strong Wind (outside NRI's Strong Wind definition)</w:t>
            </w:r>
          </w:p>
        </w:tc>
        <w:tc>
          <w:tcPr>
            <w:tcW w:type="dxa" w:w="1831"/>
          </w:tcPr>
          <w:p>
            <w:pPr>
              <w:spacing w:after="0"/>
              <w:jc w:val="left"/>
            </w:pPr>
            <w:r>
              <w:rPr>
                <w:sz w:val="16"/>
              </w:rPr>
              <w:t>wind speed (kt and mph)</w:t>
            </w:r>
          </w:p>
        </w:tc>
        <w:tc>
          <w:tcPr>
            <w:tcW w:type="dxa" w:w="1688"/>
          </w:tcPr>
          <w:p>
            <w:pPr>
              <w:spacing w:after="0"/>
              <w:jc w:val="right"/>
            </w:pPr>
            <w:r>
              <w:rPr>
                <w:sz w:val="16"/>
              </w:rPr>
              <w:t>50 records, 1996 to 2026 (49 zone-level)</w:t>
            </w:r>
          </w:p>
        </w:tc>
        <w:tc>
          <w:tcPr>
            <w:tcW w:type="dxa" w:w="1857"/>
          </w:tcPr>
          <w:p>
            <w:pPr>
              <w:spacing w:after="0"/>
              <w:jc w:val="left"/>
            </w:pPr>
            <w:r>
              <w:rPr>
                <w:sz w:val="16"/>
              </w:rPr>
              <w:t>35 kt (40 mph) to 52 kt (60 mph) (median 41.5 kt (48 mph)); 42 with a recorded value</w:t>
            </w:r>
          </w:p>
        </w:tc>
        <w:tc>
          <w:tcPr>
            <w:tcW w:type="dxa" w:w="1554"/>
          </w:tcPr>
          <w:p>
            <w:pPr>
              <w:spacing w:after="0"/>
              <w:jc w:val="left"/>
            </w:pPr>
            <w:r>
              <w:rPr>
                <w:sz w:val="16"/>
              </w:rPr>
              <w:t>52 kt (60 mph) estimated gust, High Wind, 2022-12-23; NWS zone VTZ008</w:t>
            </w:r>
          </w:p>
        </w:tc>
        <w:tc>
          <w:tcPr>
            <w:tcW w:type="dxa" w:w="1504"/>
          </w:tcPr>
          <w:p>
            <w:pPr>
              <w:spacing w:after="0"/>
              <w:jc w:val="left"/>
            </w:pPr>
          </w:p>
        </w:tc>
        <w:tc>
          <w:tcPr>
            <w:tcW w:type="dxa" w:w="2015"/>
          </w:tcPr>
          <w:p>
            <w:pPr>
              <w:spacing w:after="0"/>
              <w:jc w:val="left"/>
            </w:pPr>
            <w:r>
              <w:rPr>
                <w:sz w:val="16"/>
              </w:rPr>
              <w:t>Event records naming jurisdictions in the plan: Worcester town (1 record). Zone-level records (49) apply countywide.</w:t>
            </w:r>
          </w:p>
        </w:tc>
        <w:tc>
          <w:tcPr>
            <w:tcW w:type="dxa" w:w="1866"/>
          </w:tcPr>
          <w:p>
            <w:pPr>
              <w:spacing w:after="0"/>
              <w:jc w:val="left"/>
            </w:pPr>
          </w:p>
        </w:tc>
      </w:tr>
      <w:tr>
        <w:trPr>
          <w:cantSplit/>
        </w:trPr>
        <w:tc>
          <w:tcPr>
            <w:tcW w:type="dxa" w:w="1798"/>
          </w:tcPr>
          <w:p>
            <w:pPr>
              <w:spacing w:after="0"/>
              <w:jc w:val="left"/>
            </w:pPr>
            <w:r>
              <w:rPr>
                <w:sz w:val="16"/>
              </w:rPr>
              <w:t>Thunderstorm Wind</w:t>
            </w:r>
          </w:p>
        </w:tc>
        <w:tc>
          <w:tcPr>
            <w:tcW w:type="dxa" w:w="1831"/>
          </w:tcPr>
          <w:p>
            <w:pPr>
              <w:spacing w:after="0"/>
              <w:jc w:val="left"/>
            </w:pPr>
            <w:r>
              <w:rPr>
                <w:sz w:val="16"/>
              </w:rPr>
              <w:t>wind speed (kt and mph)</w:t>
            </w:r>
          </w:p>
        </w:tc>
        <w:tc>
          <w:tcPr>
            <w:tcW w:type="dxa" w:w="1688"/>
          </w:tcPr>
          <w:p>
            <w:pPr>
              <w:spacing w:after="0"/>
              <w:jc w:val="right"/>
            </w:pPr>
            <w:r>
              <w:rPr>
                <w:sz w:val="16"/>
              </w:rPr>
              <w:t>179 records, 1964 to 2026</w:t>
            </w:r>
          </w:p>
        </w:tc>
        <w:tc>
          <w:tcPr>
            <w:tcW w:type="dxa" w:w="1857"/>
          </w:tcPr>
          <w:p>
            <w:pPr>
              <w:spacing w:after="0"/>
              <w:jc w:val="left"/>
            </w:pPr>
            <w:r>
              <w:rPr>
                <w:sz w:val="16"/>
              </w:rPr>
              <w:t>40 kt (46 mph) to 85 kt (98 mph) (median 50 kt (58 mph)); 135 with a recorded value</w:t>
            </w:r>
          </w:p>
        </w:tc>
        <w:tc>
          <w:tcPr>
            <w:tcW w:type="dxa" w:w="1554"/>
          </w:tcPr>
          <w:p>
            <w:pPr>
              <w:spacing w:after="0"/>
              <w:jc w:val="left"/>
            </w:pPr>
            <w:r>
              <w:rPr>
                <w:sz w:val="16"/>
              </w:rPr>
              <w:t>85 kt (98 mph) estimated gust, Thunderstorm Wind, 2004-11-25, 1 direct injury</w:t>
            </w:r>
          </w:p>
        </w:tc>
        <w:tc>
          <w:tcPr>
            <w:tcW w:type="dxa" w:w="1504"/>
          </w:tcPr>
          <w:p>
            <w:pPr>
              <w:spacing w:after="0"/>
              <w:jc w:val="left"/>
            </w:pPr>
            <w:r>
              <w:rPr>
                <w:sz w:val="16"/>
              </w:rPr>
              <w:t>Thunderstorm Wind, 2018-06-18, $100,000 property; $0 crops (2018 dollars)</w:t>
            </w:r>
          </w:p>
        </w:tc>
        <w:tc>
          <w:tcPr>
            <w:tcW w:type="dxa" w:w="2015"/>
          </w:tcPr>
          <w:p>
            <w:pPr>
              <w:spacing w:after="0"/>
              <w:jc w:val="left"/>
            </w:pPr>
            <w:r>
              <w:rPr>
                <w:sz w:val="16"/>
              </w:rPr>
              <w:t>Event records naming jurisdictions in the plan: Barre town (14 records), Duxbury town (13 records), Northfield town (13 records), Barre city (12 records), Plainfield town (9 records), Berlin town (8 records), Warren town (8 records), Woodbury town (8 records), Calais town (7 records), Marshfield town (7 records); and 10 more jurisdictions (see the Excel file).</w:t>
            </w:r>
          </w:p>
        </w:tc>
        <w:tc>
          <w:tcPr>
            <w:tcW w:type="dxa" w:w="1866"/>
          </w:tcPr>
          <w:p>
            <w:pPr>
              <w:spacing w:after="0"/>
              <w:jc w:val="left"/>
            </w:pPr>
          </w:p>
        </w:tc>
      </w:tr>
      <w:tr>
        <w:trPr>
          <w:cantSplit/>
        </w:trPr>
        <w:tc>
          <w:tcPr>
            <w:tcW w:type="dxa" w:w="1798"/>
          </w:tcPr>
          <w:p>
            <w:pPr>
              <w:spacing w:after="0"/>
              <w:jc w:val="left"/>
            </w:pPr>
            <w:r>
              <w:rPr>
                <w:sz w:val="16"/>
              </w:rPr>
              <w:t>Tornado</w:t>
            </w:r>
          </w:p>
        </w:tc>
        <w:tc>
          <w:tcPr>
            <w:tcW w:type="dxa" w:w="1831"/>
          </w:tcPr>
          <w:p>
            <w:pPr>
              <w:spacing w:after="0"/>
              <w:jc w:val="left"/>
            </w:pPr>
            <w:r>
              <w:rPr>
                <w:sz w:val="16"/>
              </w:rPr>
              <w:t>Enhanced Fujita (Fujita before Feb 2007)</w:t>
            </w:r>
          </w:p>
        </w:tc>
        <w:tc>
          <w:tcPr>
            <w:tcW w:type="dxa" w:w="1688"/>
          </w:tcPr>
          <w:p>
            <w:pPr>
              <w:spacing w:after="0"/>
              <w:jc w:val="right"/>
            </w:pPr>
            <w:r>
              <w:rPr>
                <w:sz w:val="16"/>
              </w:rPr>
              <w:t>0</w:t>
            </w:r>
          </w:p>
        </w:tc>
        <w:tc>
          <w:tcPr>
            <w:tcW w:type="dxa" w:w="1857"/>
          </w:tcPr>
          <w:p>
            <w:pPr>
              <w:spacing w:after="0"/>
              <w:jc w:val="left"/>
            </w:pPr>
          </w:p>
        </w:tc>
        <w:tc>
          <w:tcPr>
            <w:tcW w:type="dxa" w:w="1554"/>
          </w:tcPr>
          <w:p>
            <w:pPr>
              <w:spacing w:after="0"/>
              <w:jc w:val="left"/>
            </w:pPr>
          </w:p>
        </w:tc>
        <w:tc>
          <w:tcPr>
            <w:tcW w:type="dxa" w:w="1504"/>
          </w:tcPr>
          <w:p>
            <w:pPr>
              <w:spacing w:after="0"/>
              <w:jc w:val="left"/>
            </w:pPr>
          </w:p>
        </w:tc>
        <w:tc>
          <w:tcPr>
            <w:tcW w:type="dxa" w:w="2015"/>
          </w:tcPr>
          <w:p>
            <w:pPr>
              <w:spacing w:after="0"/>
              <w:jc w:val="left"/>
            </w:pPr>
          </w:p>
        </w:tc>
        <w:tc>
          <w:tcPr>
            <w:tcW w:type="dxa" w:w="186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8"/>
          </w:tcPr>
          <w:p>
            <w:pPr>
              <w:spacing w:after="0"/>
              <w:jc w:val="left"/>
            </w:pPr>
            <w:r>
              <w:rPr>
                <w:sz w:val="16"/>
              </w:rPr>
              <w:t>Wildfire</w:t>
            </w:r>
          </w:p>
        </w:tc>
        <w:tc>
          <w:tcPr>
            <w:tcW w:type="dxa" w:w="1831"/>
          </w:tcPr>
          <w:p>
            <w:pPr>
              <w:spacing w:after="0"/>
              <w:jc w:val="left"/>
            </w:pPr>
            <w:r>
              <w:rPr>
                <w:sz w:val="16"/>
              </w:rPr>
              <w:t>acres burned (local data)</w:t>
            </w:r>
          </w:p>
        </w:tc>
        <w:tc>
          <w:tcPr>
            <w:tcW w:type="dxa" w:w="1688"/>
          </w:tcPr>
          <w:p>
            <w:pPr>
              <w:spacing w:after="0"/>
              <w:jc w:val="right"/>
            </w:pPr>
            <w:r>
              <w:rPr>
                <w:sz w:val="16"/>
              </w:rPr>
              <w:t>0</w:t>
            </w:r>
          </w:p>
        </w:tc>
        <w:tc>
          <w:tcPr>
            <w:tcW w:type="dxa" w:w="1857"/>
          </w:tcPr>
          <w:p>
            <w:pPr>
              <w:spacing w:after="0"/>
              <w:jc w:val="left"/>
            </w:pPr>
          </w:p>
        </w:tc>
        <w:tc>
          <w:tcPr>
            <w:tcW w:type="dxa" w:w="1554"/>
          </w:tcPr>
          <w:p>
            <w:pPr>
              <w:spacing w:after="0"/>
              <w:jc w:val="left"/>
            </w:pPr>
          </w:p>
        </w:tc>
        <w:tc>
          <w:tcPr>
            <w:tcW w:type="dxa" w:w="1504"/>
          </w:tcPr>
          <w:p>
            <w:pPr>
              <w:spacing w:after="0"/>
              <w:jc w:val="left"/>
            </w:pPr>
          </w:p>
        </w:tc>
        <w:tc>
          <w:tcPr>
            <w:tcW w:type="dxa" w:w="2015"/>
          </w:tcPr>
          <w:p>
            <w:pPr>
              <w:spacing w:after="0"/>
              <w:jc w:val="left"/>
            </w:pPr>
          </w:p>
        </w:tc>
        <w:tc>
          <w:tcPr>
            <w:tcW w:type="dxa" w:w="1866"/>
          </w:tcPr>
          <w:p>
            <w:pPr>
              <w:spacing w:after="0"/>
              <w:jc w:val="left"/>
            </w:pPr>
          </w:p>
        </w:tc>
      </w:tr>
      <w:tr>
        <w:trPr>
          <w:cantSplit/>
        </w:trPr>
        <w:tc>
          <w:tcPr>
            <w:tcW w:type="dxa" w:w="1798"/>
          </w:tcPr>
          <w:p>
            <w:pPr>
              <w:spacing w:after="0"/>
              <w:jc w:val="left"/>
            </w:pPr>
            <w:r>
              <w:rPr>
                <w:sz w:val="16"/>
              </w:rPr>
              <w:t>Winter Storm, Heavy Snow, Blizzard, Lake-Effect Snow, Winter Weather, Sleet</w:t>
            </w:r>
          </w:p>
        </w:tc>
        <w:tc>
          <w:tcPr>
            <w:tcW w:type="dxa" w:w="1831"/>
          </w:tcPr>
          <w:p>
            <w:pPr>
              <w:spacing w:after="0"/>
              <w:jc w:val="left"/>
            </w:pPr>
            <w:r>
              <w:rPr>
                <w:sz w:val="16"/>
              </w:rPr>
              <w:t>none in data (snowfall: local data)</w:t>
            </w:r>
          </w:p>
        </w:tc>
        <w:tc>
          <w:tcPr>
            <w:tcW w:type="dxa" w:w="1688"/>
          </w:tcPr>
          <w:p>
            <w:pPr>
              <w:spacing w:after="0"/>
              <w:jc w:val="right"/>
            </w:pPr>
            <w:r>
              <w:rPr>
                <w:sz w:val="16"/>
              </w:rPr>
              <w:t>317 records, 1996 to 2026 (317 zone-level)</w:t>
            </w:r>
          </w:p>
        </w:tc>
        <w:tc>
          <w:tcPr>
            <w:tcW w:type="dxa" w:w="1857"/>
          </w:tcPr>
          <w:p>
            <w:pPr>
              <w:spacing w:after="0"/>
              <w:jc w:val="left"/>
            </w:pPr>
          </w:p>
        </w:tc>
        <w:tc>
          <w:tcPr>
            <w:tcW w:type="dxa" w:w="1554"/>
          </w:tcPr>
          <w:p>
            <w:pPr>
              <w:spacing w:after="0"/>
              <w:jc w:val="left"/>
            </w:pPr>
            <w:r>
              <w:rPr>
                <w:sz w:val="16"/>
              </w:rPr>
              <w:t>Heavy Snow, 2007-02-14, $300,000 property; $0 crops (2007 dollars); NWS zone VTZ008</w:t>
            </w:r>
          </w:p>
        </w:tc>
        <w:tc>
          <w:tcPr>
            <w:tcW w:type="dxa" w:w="1504"/>
          </w:tcPr>
          <w:p>
            <w:pPr>
              <w:spacing w:after="0"/>
              <w:jc w:val="left"/>
            </w:pPr>
          </w:p>
        </w:tc>
        <w:tc>
          <w:tcPr>
            <w:tcW w:type="dxa" w:w="2015"/>
          </w:tcPr>
          <w:p>
            <w:pPr>
              <w:spacing w:after="0"/>
              <w:jc w:val="left"/>
            </w:pPr>
            <w:r>
              <w:rPr>
                <w:sz w:val="16"/>
              </w:rPr>
              <w:t>Countywide (zone-level records).</w:t>
            </w:r>
          </w:p>
        </w:tc>
        <w:tc>
          <w:tcPr>
            <w:tcW w:type="dxa" w:w="186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33 declarations covering 29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1"/>
        <w:gridCol w:w="1101"/>
        <w:gridCol w:w="1101"/>
        <w:gridCol w:w="1480"/>
        <w:gridCol w:w="2618"/>
        <w:gridCol w:w="2077"/>
        <w:gridCol w:w="2902"/>
        <w:gridCol w:w="783"/>
        <w:gridCol w:w="949"/>
      </w:tblGrid>
      <w:tr>
        <w:trPr>
          <w:cantSplit/>
          <w:tblHeader/>
        </w:trPr>
        <w:tc>
          <w:tcPr>
            <w:tcW w:type="dxa" w:w="1101"/>
            <w:shd w:val="clear" w:color="auto" w:fill="E8E8E8"/>
          </w:tcPr>
          <w:p>
            <w:pPr>
              <w:spacing w:after="0"/>
              <w:jc w:val="left"/>
            </w:pPr>
            <w:r>
              <w:rPr>
                <w:b/>
                <w:sz w:val="16"/>
              </w:rPr>
              <w:t>Declared</w:t>
            </w:r>
          </w:p>
        </w:tc>
        <w:tc>
          <w:tcPr>
            <w:tcW w:type="dxa" w:w="1101"/>
            <w:shd w:val="clear" w:color="auto" w:fill="E8E8E8"/>
          </w:tcPr>
          <w:p>
            <w:pPr>
              <w:spacing w:after="0"/>
              <w:jc w:val="left"/>
            </w:pPr>
            <w:r>
              <w:rPr>
                <w:b/>
                <w:sz w:val="16"/>
              </w:rPr>
              <w:t>Incident began</w:t>
            </w:r>
          </w:p>
        </w:tc>
        <w:tc>
          <w:tcPr>
            <w:tcW w:type="dxa" w:w="1101"/>
            <w:shd w:val="clear" w:color="auto" w:fill="E8E8E8"/>
          </w:tcPr>
          <w:p>
            <w:pPr>
              <w:spacing w:after="0"/>
              <w:jc w:val="left"/>
            </w:pPr>
            <w:r>
              <w:rPr>
                <w:b/>
                <w:sz w:val="16"/>
              </w:rPr>
              <w:t>FEMA number</w:t>
            </w:r>
          </w:p>
        </w:tc>
        <w:tc>
          <w:tcPr>
            <w:tcW w:type="dxa" w:w="1480"/>
            <w:shd w:val="clear" w:color="auto" w:fill="E8E8E8"/>
          </w:tcPr>
          <w:p>
            <w:pPr>
              <w:spacing w:after="0"/>
              <w:jc w:val="left"/>
            </w:pPr>
            <w:r>
              <w:rPr>
                <w:b/>
                <w:sz w:val="16"/>
              </w:rPr>
              <w:t>Type</w:t>
            </w:r>
          </w:p>
        </w:tc>
        <w:tc>
          <w:tcPr>
            <w:tcW w:type="dxa" w:w="2618"/>
            <w:shd w:val="clear" w:color="auto" w:fill="E8E8E8"/>
          </w:tcPr>
          <w:p>
            <w:pPr>
              <w:spacing w:after="0"/>
              <w:jc w:val="left"/>
            </w:pPr>
            <w:r>
              <w:rPr>
                <w:b/>
                <w:sz w:val="16"/>
              </w:rPr>
              <w:t>Title</w:t>
            </w:r>
          </w:p>
        </w:tc>
        <w:tc>
          <w:tcPr>
            <w:tcW w:type="dxa" w:w="2077"/>
            <w:shd w:val="clear" w:color="auto" w:fill="E8E8E8"/>
          </w:tcPr>
          <w:p>
            <w:pPr>
              <w:spacing w:after="0"/>
              <w:jc w:val="left"/>
            </w:pPr>
            <w:r>
              <w:rPr>
                <w:b/>
                <w:sz w:val="16"/>
              </w:rPr>
              <w:t>Mapped hazard</w:t>
            </w:r>
          </w:p>
        </w:tc>
        <w:tc>
          <w:tcPr>
            <w:tcW w:type="dxa" w:w="290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83"/>
            <w:shd w:val="clear" w:color="auto" w:fill="E8E8E8"/>
          </w:tcPr>
          <w:p>
            <w:pPr>
              <w:spacing w:after="0"/>
              <w:jc w:val="left"/>
            </w:pPr>
            <w:r>
              <w:rPr>
                <w:b/>
                <w:sz w:val="16"/>
              </w:rPr>
              <w:t>Flags</w:t>
            </w:r>
          </w:p>
        </w:tc>
        <w:tc>
          <w:tcPr>
            <w:tcW w:type="dxa" w:w="949"/>
            <w:shd w:val="clear" w:color="auto" w:fill="E8E8E8"/>
          </w:tcPr>
          <w:p>
            <w:pPr>
              <w:spacing w:after="0"/>
              <w:jc w:val="left"/>
            </w:pPr>
            <w:r>
              <w:rPr>
                <w:b/>
                <w:sz w:val="16"/>
              </w:rPr>
              <w:t>Notes</w:t>
            </w:r>
          </w:p>
        </w:tc>
      </w:tr>
      <w:tr>
        <w:trPr>
          <w:cantSplit/>
        </w:trPr>
        <w:tc>
          <w:tcPr>
            <w:tcW w:type="dxa" w:w="1101"/>
          </w:tcPr>
          <w:p>
            <w:pPr>
              <w:spacing w:after="0"/>
              <w:jc w:val="left"/>
            </w:pPr>
            <w:r>
              <w:rPr>
                <w:sz w:val="16"/>
              </w:rPr>
              <w:t>2024-08-20</w:t>
            </w:r>
          </w:p>
        </w:tc>
        <w:tc>
          <w:tcPr>
            <w:tcW w:type="dxa" w:w="1101"/>
          </w:tcPr>
          <w:p>
            <w:pPr>
              <w:spacing w:after="0"/>
              <w:jc w:val="left"/>
            </w:pPr>
            <w:r>
              <w:rPr>
                <w:sz w:val="16"/>
              </w:rPr>
              <w:t>2024-07-09</w:t>
            </w:r>
          </w:p>
        </w:tc>
        <w:tc>
          <w:tcPr>
            <w:tcW w:type="dxa" w:w="1101"/>
          </w:tcPr>
          <w:p>
            <w:pPr>
              <w:spacing w:after="0"/>
              <w:jc w:val="left"/>
            </w:pPr>
            <w:r>
              <w:rPr>
                <w:sz w:val="16"/>
              </w:rPr>
              <w:t>DR-4810-VT</w:t>
            </w:r>
          </w:p>
        </w:tc>
        <w:tc>
          <w:tcPr>
            <w:tcW w:type="dxa" w:w="1480"/>
          </w:tcPr>
          <w:p>
            <w:pPr>
              <w:spacing w:after="0"/>
              <w:jc w:val="left"/>
            </w:pPr>
            <w:r>
              <w:rPr>
                <w:sz w:val="16"/>
              </w:rPr>
              <w:t>Major disaster</w:t>
            </w:r>
          </w:p>
        </w:tc>
        <w:tc>
          <w:tcPr>
            <w:tcW w:type="dxa" w:w="2618"/>
          </w:tcPr>
          <w:p>
            <w:pPr>
              <w:spacing w:after="0"/>
              <w:jc w:val="left"/>
            </w:pPr>
            <w:r>
              <w:rPr>
                <w:sz w:val="16"/>
              </w:rPr>
              <w:t>Severe Storm, Flooding, Landslides, and Mudslides</w:t>
            </w:r>
          </w:p>
        </w:tc>
        <w:tc>
          <w:tcPr>
            <w:tcW w:type="dxa" w:w="2077"/>
          </w:tcPr>
          <w:p>
            <w:pPr>
              <w:spacing w:after="0"/>
              <w:jc w:val="left"/>
            </w:pPr>
            <w:r>
              <w:rPr>
                <w:sz w:val="16"/>
              </w:rPr>
              <w:t>Inland Flooding; Landslide</w:t>
            </w:r>
          </w:p>
        </w:tc>
        <w:tc>
          <w:tcPr>
            <w:tcW w:type="dxa" w:w="2902"/>
          </w:tcPr>
          <w:p>
            <w:pPr>
              <w:spacing w:after="0"/>
              <w:jc w:val="right"/>
            </w:pPr>
            <w:r>
              <w:rPr>
                <w:sz w:val="16"/>
              </w:rPr>
              <w:t>$27,686,889.61</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1"/>
          </w:tcPr>
          <w:p>
            <w:pPr>
              <w:spacing w:after="0"/>
              <w:jc w:val="left"/>
            </w:pPr>
            <w:r>
              <w:rPr>
                <w:sz w:val="16"/>
              </w:rPr>
              <w:t>2024-08-08</w:t>
            </w:r>
          </w:p>
        </w:tc>
        <w:tc>
          <w:tcPr>
            <w:tcW w:type="dxa" w:w="1101"/>
          </w:tcPr>
          <w:p>
            <w:pPr>
              <w:spacing w:after="0"/>
              <w:jc w:val="left"/>
            </w:pPr>
            <w:r>
              <w:rPr>
                <w:sz w:val="16"/>
              </w:rPr>
              <w:t>2024-08-08</w:t>
            </w:r>
          </w:p>
        </w:tc>
        <w:tc>
          <w:tcPr>
            <w:tcW w:type="dxa" w:w="1101"/>
          </w:tcPr>
          <w:p>
            <w:pPr>
              <w:spacing w:after="0"/>
              <w:jc w:val="left"/>
            </w:pPr>
            <w:r>
              <w:rPr>
                <w:sz w:val="16"/>
              </w:rPr>
              <w:t>EM-3609-VT</w:t>
            </w:r>
          </w:p>
        </w:tc>
        <w:tc>
          <w:tcPr>
            <w:tcW w:type="dxa" w:w="1480"/>
          </w:tcPr>
          <w:p>
            <w:pPr>
              <w:spacing w:after="0"/>
              <w:jc w:val="left"/>
            </w:pPr>
            <w:r>
              <w:rPr>
                <w:sz w:val="16"/>
              </w:rPr>
              <w:t>Emergency</w:t>
            </w:r>
          </w:p>
        </w:tc>
        <w:tc>
          <w:tcPr>
            <w:tcW w:type="dxa" w:w="2618"/>
          </w:tcPr>
          <w:p>
            <w:pPr>
              <w:spacing w:after="0"/>
              <w:jc w:val="left"/>
            </w:pPr>
            <w:r>
              <w:rPr>
                <w:sz w:val="16"/>
              </w:rPr>
              <w:t>Tropical Depression Debby</w:t>
            </w:r>
          </w:p>
        </w:tc>
        <w:tc>
          <w:tcPr>
            <w:tcW w:type="dxa" w:w="2077"/>
          </w:tcPr>
          <w:p>
            <w:pPr>
              <w:spacing w:after="0"/>
              <w:jc w:val="left"/>
            </w:pPr>
            <w:r>
              <w:rPr>
                <w:sz w:val="16"/>
              </w:rPr>
              <w:t>Hurricane</w:t>
            </w:r>
          </w:p>
        </w:tc>
        <w:tc>
          <w:tcPr>
            <w:tcW w:type="dxa" w:w="2902"/>
          </w:tcPr>
          <w:p>
            <w:pPr>
              <w:spacing w:after="0"/>
              <w:jc w:val="right"/>
            </w:pPr>
            <w:r>
              <w:rPr>
                <w:sz w:val="16"/>
              </w:rPr>
              <w:t>no Public Assistance recorded</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1"/>
          </w:tcPr>
          <w:p>
            <w:pPr>
              <w:spacing w:after="0"/>
              <w:jc w:val="left"/>
            </w:pPr>
            <w:r>
              <w:rPr>
                <w:sz w:val="16"/>
              </w:rPr>
              <w:t>2023-07-14</w:t>
            </w:r>
          </w:p>
        </w:tc>
        <w:tc>
          <w:tcPr>
            <w:tcW w:type="dxa" w:w="1101"/>
          </w:tcPr>
          <w:p>
            <w:pPr>
              <w:spacing w:after="0"/>
              <w:jc w:val="left"/>
            </w:pPr>
            <w:r>
              <w:rPr>
                <w:sz w:val="16"/>
              </w:rPr>
              <w:t>2023-07-07</w:t>
            </w:r>
          </w:p>
        </w:tc>
        <w:tc>
          <w:tcPr>
            <w:tcW w:type="dxa" w:w="1101"/>
          </w:tcPr>
          <w:p>
            <w:pPr>
              <w:spacing w:after="0"/>
              <w:jc w:val="left"/>
            </w:pPr>
            <w:r>
              <w:rPr>
                <w:sz w:val="16"/>
              </w:rPr>
              <w:t>DR-4720-VT</w:t>
            </w:r>
          </w:p>
        </w:tc>
        <w:tc>
          <w:tcPr>
            <w:tcW w:type="dxa" w:w="1480"/>
          </w:tcPr>
          <w:p>
            <w:pPr>
              <w:spacing w:after="0"/>
              <w:jc w:val="left"/>
            </w:pPr>
            <w:r>
              <w:rPr>
                <w:sz w:val="16"/>
              </w:rPr>
              <w:t>Major disaster</w:t>
            </w:r>
          </w:p>
        </w:tc>
        <w:tc>
          <w:tcPr>
            <w:tcW w:type="dxa" w:w="2618"/>
          </w:tcPr>
          <w:p>
            <w:pPr>
              <w:spacing w:after="0"/>
              <w:jc w:val="left"/>
            </w:pPr>
            <w:r>
              <w:rPr>
                <w:sz w:val="16"/>
              </w:rPr>
              <w:t>Severe Storms, Flooding, Landslides, and Mudslides</w:t>
            </w:r>
          </w:p>
        </w:tc>
        <w:tc>
          <w:tcPr>
            <w:tcW w:type="dxa" w:w="2077"/>
          </w:tcPr>
          <w:p>
            <w:pPr>
              <w:spacing w:after="0"/>
              <w:jc w:val="left"/>
            </w:pPr>
            <w:r>
              <w:rPr>
                <w:sz w:val="16"/>
              </w:rPr>
              <w:t>Inland Flooding (primary); also designated: Landslide</w:t>
            </w:r>
          </w:p>
        </w:tc>
        <w:tc>
          <w:tcPr>
            <w:tcW w:type="dxa" w:w="2902"/>
          </w:tcPr>
          <w:p>
            <w:pPr>
              <w:spacing w:after="0"/>
              <w:jc w:val="right"/>
            </w:pPr>
            <w:r>
              <w:rPr>
                <w:sz w:val="16"/>
              </w:rPr>
              <w:t>$133,022,376.46</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1"/>
          </w:tcPr>
          <w:p>
            <w:pPr>
              <w:spacing w:after="0"/>
              <w:jc w:val="left"/>
            </w:pPr>
            <w:r>
              <w:rPr>
                <w:sz w:val="16"/>
              </w:rPr>
              <w:t>2023-07-10</w:t>
            </w:r>
          </w:p>
        </w:tc>
        <w:tc>
          <w:tcPr>
            <w:tcW w:type="dxa" w:w="1101"/>
          </w:tcPr>
          <w:p>
            <w:pPr>
              <w:spacing w:after="0"/>
              <w:jc w:val="left"/>
            </w:pPr>
            <w:r>
              <w:rPr>
                <w:sz w:val="16"/>
              </w:rPr>
              <w:t>2023-07-09</w:t>
            </w:r>
          </w:p>
        </w:tc>
        <w:tc>
          <w:tcPr>
            <w:tcW w:type="dxa" w:w="1101"/>
          </w:tcPr>
          <w:p>
            <w:pPr>
              <w:spacing w:after="0"/>
              <w:jc w:val="left"/>
            </w:pPr>
            <w:r>
              <w:rPr>
                <w:sz w:val="16"/>
              </w:rPr>
              <w:t>EM-3595-VT</w:t>
            </w:r>
          </w:p>
        </w:tc>
        <w:tc>
          <w:tcPr>
            <w:tcW w:type="dxa" w:w="1480"/>
          </w:tcPr>
          <w:p>
            <w:pPr>
              <w:spacing w:after="0"/>
              <w:jc w:val="left"/>
            </w:pPr>
            <w:r>
              <w:rPr>
                <w:sz w:val="16"/>
              </w:rPr>
              <w:t>Emergency</w:t>
            </w:r>
          </w:p>
        </w:tc>
        <w:tc>
          <w:tcPr>
            <w:tcW w:type="dxa" w:w="2618"/>
          </w:tcPr>
          <w:p>
            <w:pPr>
              <w:spacing w:after="0"/>
              <w:jc w:val="left"/>
            </w:pPr>
            <w:r>
              <w:rPr>
                <w:sz w:val="16"/>
              </w:rPr>
              <w:t>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r>
              <w:rPr>
                <w:sz w:val="16"/>
              </w:rPr>
              <w:t>within last 5 years</w:t>
            </w:r>
          </w:p>
        </w:tc>
        <w:tc>
          <w:tcPr>
            <w:tcW w:type="dxa" w:w="949"/>
          </w:tcPr>
          <w:p>
            <w:pPr>
              <w:spacing w:after="0"/>
              <w:jc w:val="left"/>
            </w:pPr>
            <w:r>
              <w:rPr>
                <w:sz w:val="16"/>
              </w:rPr>
              <w:t>same incident as DR-4720</w:t>
            </w:r>
          </w:p>
        </w:tc>
      </w:tr>
      <w:tr>
        <w:trPr>
          <w:cantSplit/>
        </w:trPr>
        <w:tc>
          <w:tcPr>
            <w:tcW w:type="dxa" w:w="1101"/>
          </w:tcPr>
          <w:p>
            <w:pPr>
              <w:spacing w:after="0"/>
              <w:jc w:val="left"/>
            </w:pPr>
            <w:r>
              <w:rPr>
                <w:sz w:val="16"/>
              </w:rPr>
              <w:t>2023-03-20</w:t>
            </w:r>
          </w:p>
        </w:tc>
        <w:tc>
          <w:tcPr>
            <w:tcW w:type="dxa" w:w="1101"/>
          </w:tcPr>
          <w:p>
            <w:pPr>
              <w:spacing w:after="0"/>
              <w:jc w:val="left"/>
            </w:pPr>
            <w:r>
              <w:rPr>
                <w:sz w:val="16"/>
              </w:rPr>
              <w:t>2022-12-22</w:t>
            </w:r>
          </w:p>
        </w:tc>
        <w:tc>
          <w:tcPr>
            <w:tcW w:type="dxa" w:w="1101"/>
          </w:tcPr>
          <w:p>
            <w:pPr>
              <w:spacing w:after="0"/>
              <w:jc w:val="left"/>
            </w:pPr>
            <w:r>
              <w:rPr>
                <w:sz w:val="16"/>
              </w:rPr>
              <w:t>DR-4695-VT</w:t>
            </w:r>
          </w:p>
        </w:tc>
        <w:tc>
          <w:tcPr>
            <w:tcW w:type="dxa" w:w="1480"/>
          </w:tcPr>
          <w:p>
            <w:pPr>
              <w:spacing w:after="0"/>
              <w:jc w:val="left"/>
            </w:pPr>
            <w:r>
              <w:rPr>
                <w:sz w:val="16"/>
              </w:rPr>
              <w:t>Major disaster</w:t>
            </w:r>
          </w:p>
        </w:tc>
        <w:tc>
          <w:tcPr>
            <w:tcW w:type="dxa" w:w="2618"/>
          </w:tcPr>
          <w:p>
            <w:pPr>
              <w:spacing w:after="0"/>
              <w:jc w:val="left"/>
            </w:pPr>
            <w:r>
              <w:rPr>
                <w:sz w:val="16"/>
              </w:rPr>
              <w:t>Severe Storm and Flooding</w:t>
            </w:r>
          </w:p>
        </w:tc>
        <w:tc>
          <w:tcPr>
            <w:tcW w:type="dxa" w:w="2077"/>
          </w:tcPr>
          <w:p>
            <w:pPr>
              <w:spacing w:after="0"/>
              <w:jc w:val="left"/>
            </w:pPr>
            <w:r>
              <w:rPr>
                <w:sz w:val="16"/>
              </w:rPr>
              <w:t>Inland Flooding</w:t>
            </w:r>
          </w:p>
        </w:tc>
        <w:tc>
          <w:tcPr>
            <w:tcW w:type="dxa" w:w="2902"/>
          </w:tcPr>
          <w:p>
            <w:pPr>
              <w:spacing w:after="0"/>
              <w:jc w:val="right"/>
            </w:pPr>
            <w:r>
              <w:rPr>
                <w:sz w:val="16"/>
              </w:rPr>
              <w:t>$1,404,124.35</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1"/>
          </w:tcPr>
          <w:p>
            <w:pPr>
              <w:spacing w:after="0"/>
              <w:jc w:val="left"/>
            </w:pPr>
            <w:r>
              <w:rPr>
                <w:sz w:val="16"/>
              </w:rPr>
              <w:t>2021-08-22</w:t>
            </w:r>
          </w:p>
        </w:tc>
        <w:tc>
          <w:tcPr>
            <w:tcW w:type="dxa" w:w="1101"/>
          </w:tcPr>
          <w:p>
            <w:pPr>
              <w:spacing w:after="0"/>
              <w:jc w:val="left"/>
            </w:pPr>
            <w:r>
              <w:rPr>
                <w:sz w:val="16"/>
              </w:rPr>
              <w:t>2021-08-22</w:t>
            </w:r>
          </w:p>
        </w:tc>
        <w:tc>
          <w:tcPr>
            <w:tcW w:type="dxa" w:w="1101"/>
          </w:tcPr>
          <w:p>
            <w:pPr>
              <w:spacing w:after="0"/>
              <w:jc w:val="left"/>
            </w:pPr>
            <w:r>
              <w:rPr>
                <w:sz w:val="16"/>
              </w:rPr>
              <w:t>EM-3567-VT</w:t>
            </w:r>
          </w:p>
        </w:tc>
        <w:tc>
          <w:tcPr>
            <w:tcW w:type="dxa" w:w="1480"/>
          </w:tcPr>
          <w:p>
            <w:pPr>
              <w:spacing w:after="0"/>
              <w:jc w:val="left"/>
            </w:pPr>
            <w:r>
              <w:rPr>
                <w:sz w:val="16"/>
              </w:rPr>
              <w:t>Emergency</w:t>
            </w:r>
          </w:p>
        </w:tc>
        <w:tc>
          <w:tcPr>
            <w:tcW w:type="dxa" w:w="2618"/>
          </w:tcPr>
          <w:p>
            <w:pPr>
              <w:spacing w:after="0"/>
              <w:jc w:val="left"/>
            </w:pPr>
            <w:r>
              <w:rPr>
                <w:sz w:val="16"/>
              </w:rPr>
              <w:t>Tropical Storm Henri</w:t>
            </w:r>
          </w:p>
        </w:tc>
        <w:tc>
          <w:tcPr>
            <w:tcW w:type="dxa" w:w="2077"/>
          </w:tcPr>
          <w:p>
            <w:pPr>
              <w:spacing w:after="0"/>
              <w:jc w:val="left"/>
            </w:pPr>
            <w:r>
              <w:rPr>
                <w:sz w:val="16"/>
              </w:rPr>
              <w:t>Hurricane</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2020-04-08</w:t>
            </w:r>
          </w:p>
        </w:tc>
        <w:tc>
          <w:tcPr>
            <w:tcW w:type="dxa" w:w="1101"/>
          </w:tcPr>
          <w:p>
            <w:pPr>
              <w:spacing w:after="0"/>
              <w:jc w:val="left"/>
            </w:pPr>
            <w:r>
              <w:rPr>
                <w:sz w:val="16"/>
              </w:rPr>
              <w:t>2020-01-20</w:t>
            </w:r>
          </w:p>
        </w:tc>
        <w:tc>
          <w:tcPr>
            <w:tcW w:type="dxa" w:w="1101"/>
          </w:tcPr>
          <w:p>
            <w:pPr>
              <w:spacing w:after="0"/>
              <w:jc w:val="left"/>
            </w:pPr>
            <w:r>
              <w:rPr>
                <w:sz w:val="16"/>
              </w:rPr>
              <w:t>DR-4532-VT</w:t>
            </w:r>
          </w:p>
        </w:tc>
        <w:tc>
          <w:tcPr>
            <w:tcW w:type="dxa" w:w="1480"/>
          </w:tcPr>
          <w:p>
            <w:pPr>
              <w:spacing w:after="0"/>
              <w:jc w:val="left"/>
            </w:pPr>
            <w:r>
              <w:rPr>
                <w:sz w:val="16"/>
              </w:rPr>
              <w:t>Major disaster</w:t>
            </w:r>
          </w:p>
        </w:tc>
        <w:tc>
          <w:tcPr>
            <w:tcW w:type="dxa" w:w="2618"/>
          </w:tcPr>
          <w:p>
            <w:pPr>
              <w:spacing w:after="0"/>
              <w:jc w:val="left"/>
            </w:pPr>
            <w:r>
              <w:rPr>
                <w:sz w:val="16"/>
              </w:rPr>
              <w:t>COVID-19 Pandemic</w:t>
            </w:r>
          </w:p>
        </w:tc>
        <w:tc>
          <w:tcPr>
            <w:tcW w:type="dxa" w:w="2077"/>
          </w:tcPr>
          <w:p>
            <w:pPr>
              <w:spacing w:after="0"/>
              <w:jc w:val="left"/>
            </w:pPr>
            <w:r>
              <w:rPr>
                <w:sz w:val="16"/>
              </w:rPr>
              <w:t>Non-natural, not counted</w:t>
            </w:r>
          </w:p>
        </w:tc>
        <w:tc>
          <w:tcPr>
            <w:tcW w:type="dxa" w:w="2902"/>
          </w:tcPr>
          <w:p>
            <w:pPr>
              <w:spacing w:after="0"/>
              <w:jc w:val="right"/>
            </w:pPr>
            <w:r>
              <w:rPr>
                <w:sz w:val="16"/>
              </w:rPr>
              <w:t>$344,375,933.51</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2020-03-13</w:t>
            </w:r>
          </w:p>
        </w:tc>
        <w:tc>
          <w:tcPr>
            <w:tcW w:type="dxa" w:w="1101"/>
          </w:tcPr>
          <w:p>
            <w:pPr>
              <w:spacing w:after="0"/>
              <w:jc w:val="left"/>
            </w:pPr>
            <w:r>
              <w:rPr>
                <w:sz w:val="16"/>
              </w:rPr>
              <w:t>2020-01-20</w:t>
            </w:r>
          </w:p>
        </w:tc>
        <w:tc>
          <w:tcPr>
            <w:tcW w:type="dxa" w:w="1101"/>
          </w:tcPr>
          <w:p>
            <w:pPr>
              <w:spacing w:after="0"/>
              <w:jc w:val="left"/>
            </w:pPr>
            <w:r>
              <w:rPr>
                <w:sz w:val="16"/>
              </w:rPr>
              <w:t>EM-3437-VT</w:t>
            </w:r>
          </w:p>
        </w:tc>
        <w:tc>
          <w:tcPr>
            <w:tcW w:type="dxa" w:w="1480"/>
          </w:tcPr>
          <w:p>
            <w:pPr>
              <w:spacing w:after="0"/>
              <w:jc w:val="left"/>
            </w:pPr>
            <w:r>
              <w:rPr>
                <w:sz w:val="16"/>
              </w:rPr>
              <w:t>Emergency</w:t>
            </w:r>
          </w:p>
        </w:tc>
        <w:tc>
          <w:tcPr>
            <w:tcW w:type="dxa" w:w="2618"/>
          </w:tcPr>
          <w:p>
            <w:pPr>
              <w:spacing w:after="0"/>
              <w:jc w:val="left"/>
            </w:pPr>
            <w:r>
              <w:rPr>
                <w:sz w:val="16"/>
              </w:rPr>
              <w:t>COVID-19</w:t>
            </w:r>
          </w:p>
        </w:tc>
        <w:tc>
          <w:tcPr>
            <w:tcW w:type="dxa" w:w="2077"/>
          </w:tcPr>
          <w:p>
            <w:pPr>
              <w:spacing w:after="0"/>
              <w:jc w:val="left"/>
            </w:pPr>
            <w:r>
              <w:rPr>
                <w:sz w:val="16"/>
              </w:rPr>
              <w:t>Non-natural, not counted</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r>
              <w:rPr>
                <w:sz w:val="16"/>
              </w:rPr>
              <w:t>same incident as DR-4532</w:t>
            </w:r>
          </w:p>
        </w:tc>
      </w:tr>
      <w:tr>
        <w:trPr>
          <w:cantSplit/>
        </w:trPr>
        <w:tc>
          <w:tcPr>
            <w:tcW w:type="dxa" w:w="1101"/>
          </w:tcPr>
          <w:p>
            <w:pPr>
              <w:spacing w:after="0"/>
              <w:jc w:val="left"/>
            </w:pPr>
            <w:r>
              <w:rPr>
                <w:sz w:val="16"/>
              </w:rPr>
              <w:t>2020-01-17</w:t>
            </w:r>
          </w:p>
        </w:tc>
        <w:tc>
          <w:tcPr>
            <w:tcW w:type="dxa" w:w="1101"/>
          </w:tcPr>
          <w:p>
            <w:pPr>
              <w:spacing w:after="0"/>
              <w:jc w:val="left"/>
            </w:pPr>
            <w:r>
              <w:rPr>
                <w:sz w:val="16"/>
              </w:rPr>
              <w:t>2019-10-31</w:t>
            </w:r>
          </w:p>
        </w:tc>
        <w:tc>
          <w:tcPr>
            <w:tcW w:type="dxa" w:w="1101"/>
          </w:tcPr>
          <w:p>
            <w:pPr>
              <w:spacing w:after="0"/>
              <w:jc w:val="left"/>
            </w:pPr>
            <w:r>
              <w:rPr>
                <w:sz w:val="16"/>
              </w:rPr>
              <w:t>DR-4474-VT</w:t>
            </w:r>
          </w:p>
        </w:tc>
        <w:tc>
          <w:tcPr>
            <w:tcW w:type="dxa" w:w="1480"/>
          </w:tcPr>
          <w:p>
            <w:pPr>
              <w:spacing w:after="0"/>
              <w:jc w:val="left"/>
            </w:pPr>
            <w:r>
              <w:rPr>
                <w:sz w:val="16"/>
              </w:rPr>
              <w:t>Major disaster</w:t>
            </w:r>
          </w:p>
        </w:tc>
        <w:tc>
          <w:tcPr>
            <w:tcW w:type="dxa" w:w="2618"/>
          </w:tcPr>
          <w:p>
            <w:pPr>
              <w:spacing w:after="0"/>
              <w:jc w:val="left"/>
            </w:pPr>
            <w:r>
              <w:rPr>
                <w:sz w:val="16"/>
              </w:rPr>
              <w:t>Severe Storm and Flooding</w:t>
            </w:r>
          </w:p>
        </w:tc>
        <w:tc>
          <w:tcPr>
            <w:tcW w:type="dxa" w:w="2077"/>
          </w:tcPr>
          <w:p>
            <w:pPr>
              <w:spacing w:after="0"/>
              <w:jc w:val="left"/>
            </w:pPr>
            <w:r>
              <w:rPr>
                <w:sz w:val="16"/>
              </w:rPr>
              <w:t>Inland Flooding</w:t>
            </w:r>
          </w:p>
        </w:tc>
        <w:tc>
          <w:tcPr>
            <w:tcW w:type="dxa" w:w="2902"/>
          </w:tcPr>
          <w:p>
            <w:pPr>
              <w:spacing w:after="0"/>
              <w:jc w:val="right"/>
            </w:pPr>
            <w:r>
              <w:rPr>
                <w:sz w:val="16"/>
              </w:rPr>
              <w:t>$1,856,573.71</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2019-06-14</w:t>
            </w:r>
          </w:p>
        </w:tc>
        <w:tc>
          <w:tcPr>
            <w:tcW w:type="dxa" w:w="1101"/>
          </w:tcPr>
          <w:p>
            <w:pPr>
              <w:spacing w:after="0"/>
              <w:jc w:val="left"/>
            </w:pPr>
            <w:r>
              <w:rPr>
                <w:sz w:val="16"/>
              </w:rPr>
              <w:t>2019-04-15</w:t>
            </w:r>
          </w:p>
        </w:tc>
        <w:tc>
          <w:tcPr>
            <w:tcW w:type="dxa" w:w="1101"/>
          </w:tcPr>
          <w:p>
            <w:pPr>
              <w:spacing w:after="0"/>
              <w:jc w:val="left"/>
            </w:pPr>
            <w:r>
              <w:rPr>
                <w:sz w:val="16"/>
              </w:rPr>
              <w:t>DR-4445-VT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$2,886,301.79</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2018-01-02</w:t>
            </w:r>
          </w:p>
        </w:tc>
        <w:tc>
          <w:tcPr>
            <w:tcW w:type="dxa" w:w="1101"/>
          </w:tcPr>
          <w:p>
            <w:pPr>
              <w:spacing w:after="0"/>
              <w:jc w:val="left"/>
            </w:pPr>
            <w:r>
              <w:rPr>
                <w:sz w:val="16"/>
              </w:rPr>
              <w:t>2017-10-29</w:t>
            </w:r>
          </w:p>
        </w:tc>
        <w:tc>
          <w:tcPr>
            <w:tcW w:type="dxa" w:w="1101"/>
          </w:tcPr>
          <w:p>
            <w:pPr>
              <w:spacing w:after="0"/>
              <w:jc w:val="left"/>
            </w:pPr>
            <w:r>
              <w:rPr>
                <w:sz w:val="16"/>
              </w:rPr>
              <w:t>DR-4356-VT</w:t>
            </w:r>
          </w:p>
        </w:tc>
        <w:tc>
          <w:tcPr>
            <w:tcW w:type="dxa" w:w="1480"/>
          </w:tcPr>
          <w:p>
            <w:pPr>
              <w:spacing w:after="0"/>
              <w:jc w:val="left"/>
            </w:pPr>
            <w:r>
              <w:rPr>
                <w:sz w:val="16"/>
              </w:rPr>
              <w:t>Major disaster</w:t>
            </w:r>
          </w:p>
        </w:tc>
        <w:tc>
          <w:tcPr>
            <w:tcW w:type="dxa" w:w="2618"/>
          </w:tcPr>
          <w:p>
            <w:pPr>
              <w:spacing w:after="0"/>
              <w:jc w:val="left"/>
            </w:pPr>
            <w:r>
              <w:rPr>
                <w:sz w:val="16"/>
              </w:rPr>
              <w:t>Severe Storm and Flooding</w:t>
            </w:r>
          </w:p>
        </w:tc>
        <w:tc>
          <w:tcPr>
            <w:tcW w:type="dxa" w:w="2077"/>
          </w:tcPr>
          <w:p>
            <w:pPr>
              <w:spacing w:after="0"/>
              <w:jc w:val="left"/>
            </w:pPr>
            <w:r>
              <w:rPr>
                <w:sz w:val="16"/>
              </w:rPr>
              <w:t>Inland Flooding</w:t>
            </w:r>
          </w:p>
        </w:tc>
        <w:tc>
          <w:tcPr>
            <w:tcW w:type="dxa" w:w="2902"/>
          </w:tcPr>
          <w:p>
            <w:pPr>
              <w:spacing w:after="0"/>
              <w:jc w:val="right"/>
            </w:pPr>
            <w:r>
              <w:rPr>
                <w:sz w:val="16"/>
              </w:rPr>
              <w:t>$797,556.42</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2017-08-16</w:t>
            </w:r>
          </w:p>
        </w:tc>
        <w:tc>
          <w:tcPr>
            <w:tcW w:type="dxa" w:w="1101"/>
          </w:tcPr>
          <w:p>
            <w:pPr>
              <w:spacing w:after="0"/>
              <w:jc w:val="left"/>
            </w:pPr>
            <w:r>
              <w:rPr>
                <w:sz w:val="16"/>
              </w:rPr>
              <w:t>2017-06-29</w:t>
            </w:r>
          </w:p>
        </w:tc>
        <w:tc>
          <w:tcPr>
            <w:tcW w:type="dxa" w:w="1101"/>
          </w:tcPr>
          <w:p>
            <w:pPr>
              <w:spacing w:after="0"/>
              <w:jc w:val="left"/>
            </w:pPr>
            <w:r>
              <w:rPr>
                <w:sz w:val="16"/>
              </w:rPr>
              <w:t>DR-4330-VT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$5,315,972.38</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2015-02-03</w:t>
            </w:r>
          </w:p>
        </w:tc>
        <w:tc>
          <w:tcPr>
            <w:tcW w:type="dxa" w:w="1101"/>
          </w:tcPr>
          <w:p>
            <w:pPr>
              <w:spacing w:after="0"/>
              <w:jc w:val="left"/>
            </w:pPr>
            <w:r>
              <w:rPr>
                <w:sz w:val="16"/>
              </w:rPr>
              <w:t>2014-12-09</w:t>
            </w:r>
          </w:p>
        </w:tc>
        <w:tc>
          <w:tcPr>
            <w:tcW w:type="dxa" w:w="1101"/>
          </w:tcPr>
          <w:p>
            <w:pPr>
              <w:spacing w:after="0"/>
              <w:jc w:val="left"/>
            </w:pPr>
            <w:r>
              <w:rPr>
                <w:sz w:val="16"/>
              </w:rPr>
              <w:t>DR-4207-VT</w:t>
            </w:r>
          </w:p>
        </w:tc>
        <w:tc>
          <w:tcPr>
            <w:tcW w:type="dxa" w:w="1480"/>
          </w:tcPr>
          <w:p>
            <w:pPr>
              <w:spacing w:after="0"/>
              <w:jc w:val="left"/>
            </w:pPr>
            <w:r>
              <w:rPr>
                <w:sz w:val="16"/>
              </w:rPr>
              <w:t>Major disaster</w:t>
            </w:r>
          </w:p>
        </w:tc>
        <w:tc>
          <w:tcPr>
            <w:tcW w:type="dxa" w:w="2618"/>
          </w:tcPr>
          <w:p>
            <w:pPr>
              <w:spacing w:after="0"/>
              <w:jc w:val="left"/>
            </w:pPr>
            <w:r>
              <w:rPr>
                <w:sz w:val="16"/>
              </w:rPr>
              <w:t>Severe Winter Storm</w:t>
            </w:r>
          </w:p>
        </w:tc>
        <w:tc>
          <w:tcPr>
            <w:tcW w:type="dxa" w:w="2077"/>
          </w:tcPr>
          <w:p>
            <w:pPr>
              <w:spacing w:after="0"/>
              <w:jc w:val="left"/>
            </w:pPr>
            <w:r>
              <w:rPr>
                <w:sz w:val="16"/>
              </w:rPr>
              <w:t>Winter Weather</w:t>
            </w:r>
          </w:p>
        </w:tc>
        <w:tc>
          <w:tcPr>
            <w:tcW w:type="dxa" w:w="2902"/>
          </w:tcPr>
          <w:p>
            <w:pPr>
              <w:spacing w:after="0"/>
              <w:jc w:val="right"/>
            </w:pPr>
            <w:r>
              <w:rPr>
                <w:sz w:val="16"/>
              </w:rPr>
              <w:t>$683,998.41</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2014-06-11</w:t>
            </w:r>
          </w:p>
        </w:tc>
        <w:tc>
          <w:tcPr>
            <w:tcW w:type="dxa" w:w="1101"/>
          </w:tcPr>
          <w:p>
            <w:pPr>
              <w:spacing w:after="0"/>
              <w:jc w:val="left"/>
            </w:pPr>
            <w:r>
              <w:rPr>
                <w:sz w:val="16"/>
              </w:rPr>
              <w:t>2014-04-15</w:t>
            </w:r>
          </w:p>
        </w:tc>
        <w:tc>
          <w:tcPr>
            <w:tcW w:type="dxa" w:w="1101"/>
          </w:tcPr>
          <w:p>
            <w:pPr>
              <w:spacing w:after="0"/>
              <w:jc w:val="left"/>
            </w:pPr>
            <w:r>
              <w:rPr>
                <w:sz w:val="16"/>
              </w:rPr>
              <w:t>DR-4178-VT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$740,567.97</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2013-08-02</w:t>
            </w:r>
          </w:p>
        </w:tc>
        <w:tc>
          <w:tcPr>
            <w:tcW w:type="dxa" w:w="1101"/>
          </w:tcPr>
          <w:p>
            <w:pPr>
              <w:spacing w:after="0"/>
              <w:jc w:val="left"/>
            </w:pPr>
            <w:r>
              <w:rPr>
                <w:sz w:val="16"/>
              </w:rPr>
              <w:t>2013-06-25</w:t>
            </w:r>
          </w:p>
        </w:tc>
        <w:tc>
          <w:tcPr>
            <w:tcW w:type="dxa" w:w="1101"/>
          </w:tcPr>
          <w:p>
            <w:pPr>
              <w:spacing w:after="0"/>
              <w:jc w:val="left"/>
            </w:pPr>
            <w:r>
              <w:rPr>
                <w:sz w:val="16"/>
              </w:rPr>
              <w:t>DR-4140-VT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$2,113,577.50</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2011-11-08</w:t>
            </w:r>
          </w:p>
        </w:tc>
        <w:tc>
          <w:tcPr>
            <w:tcW w:type="dxa" w:w="1101"/>
          </w:tcPr>
          <w:p>
            <w:pPr>
              <w:spacing w:after="0"/>
              <w:jc w:val="left"/>
            </w:pPr>
            <w:r>
              <w:rPr>
                <w:sz w:val="16"/>
              </w:rPr>
              <w:t>2011-05-20</w:t>
            </w:r>
          </w:p>
        </w:tc>
        <w:tc>
          <w:tcPr>
            <w:tcW w:type="dxa" w:w="1101"/>
          </w:tcPr>
          <w:p>
            <w:pPr>
              <w:spacing w:after="0"/>
              <w:jc w:val="left"/>
            </w:pPr>
            <w:r>
              <w:rPr>
                <w:sz w:val="16"/>
              </w:rPr>
              <w:t>DR-4043-VT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$241,066.93</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2011-09-01</w:t>
            </w:r>
          </w:p>
        </w:tc>
        <w:tc>
          <w:tcPr>
            <w:tcW w:type="dxa" w:w="1101"/>
          </w:tcPr>
          <w:p>
            <w:pPr>
              <w:spacing w:after="0"/>
              <w:jc w:val="left"/>
            </w:pPr>
            <w:r>
              <w:rPr>
                <w:sz w:val="16"/>
              </w:rPr>
              <w:t>2011-08-27</w:t>
            </w:r>
          </w:p>
        </w:tc>
        <w:tc>
          <w:tcPr>
            <w:tcW w:type="dxa" w:w="1101"/>
          </w:tcPr>
          <w:p>
            <w:pPr>
              <w:spacing w:after="0"/>
              <w:jc w:val="left"/>
            </w:pPr>
            <w:r>
              <w:rPr>
                <w:sz w:val="16"/>
              </w:rPr>
              <w:t>DR-4022-VT</w:t>
            </w:r>
          </w:p>
        </w:tc>
        <w:tc>
          <w:tcPr>
            <w:tcW w:type="dxa" w:w="1480"/>
          </w:tcPr>
          <w:p>
            <w:pPr>
              <w:spacing w:after="0"/>
              <w:jc w:val="left"/>
            </w:pPr>
            <w:r>
              <w:rPr>
                <w:sz w:val="16"/>
              </w:rPr>
              <w:t>Major disaster</w:t>
            </w:r>
          </w:p>
        </w:tc>
        <w:tc>
          <w:tcPr>
            <w:tcW w:type="dxa" w:w="2618"/>
          </w:tcPr>
          <w:p>
            <w:pPr>
              <w:spacing w:after="0"/>
              <w:jc w:val="left"/>
            </w:pPr>
            <w:r>
              <w:rPr>
                <w:sz w:val="16"/>
              </w:rPr>
              <w:t>Tropical Storm Irene</w:t>
            </w:r>
          </w:p>
        </w:tc>
        <w:tc>
          <w:tcPr>
            <w:tcW w:type="dxa" w:w="2077"/>
          </w:tcPr>
          <w:p>
            <w:pPr>
              <w:spacing w:after="0"/>
              <w:jc w:val="left"/>
            </w:pPr>
            <w:r>
              <w:rPr>
                <w:sz w:val="16"/>
              </w:rPr>
              <w:t>Hurricane</w:t>
            </w:r>
          </w:p>
        </w:tc>
        <w:tc>
          <w:tcPr>
            <w:tcW w:type="dxa" w:w="2902"/>
          </w:tcPr>
          <w:p>
            <w:pPr>
              <w:spacing w:after="0"/>
              <w:jc w:val="right"/>
            </w:pPr>
            <w:r>
              <w:rPr>
                <w:sz w:val="16"/>
              </w:rPr>
              <w:t>$39,503,827.61</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2011-08-29</w:t>
            </w:r>
          </w:p>
        </w:tc>
        <w:tc>
          <w:tcPr>
            <w:tcW w:type="dxa" w:w="1101"/>
          </w:tcPr>
          <w:p>
            <w:pPr>
              <w:spacing w:after="0"/>
              <w:jc w:val="left"/>
            </w:pPr>
            <w:r>
              <w:rPr>
                <w:sz w:val="16"/>
              </w:rPr>
              <w:t>2011-08-26</w:t>
            </w:r>
          </w:p>
        </w:tc>
        <w:tc>
          <w:tcPr>
            <w:tcW w:type="dxa" w:w="1101"/>
          </w:tcPr>
          <w:p>
            <w:pPr>
              <w:spacing w:after="0"/>
              <w:jc w:val="left"/>
            </w:pPr>
            <w:r>
              <w:rPr>
                <w:sz w:val="16"/>
              </w:rPr>
              <w:t>EM-3338-VT</w:t>
            </w:r>
          </w:p>
        </w:tc>
        <w:tc>
          <w:tcPr>
            <w:tcW w:type="dxa" w:w="1480"/>
          </w:tcPr>
          <w:p>
            <w:pPr>
              <w:spacing w:after="0"/>
              <w:jc w:val="left"/>
            </w:pPr>
            <w:r>
              <w:rPr>
                <w:sz w:val="16"/>
              </w:rPr>
              <w:t>Emergency</w:t>
            </w:r>
          </w:p>
        </w:tc>
        <w:tc>
          <w:tcPr>
            <w:tcW w:type="dxa" w:w="2618"/>
          </w:tcPr>
          <w:p>
            <w:pPr>
              <w:spacing w:after="0"/>
              <w:jc w:val="left"/>
            </w:pPr>
            <w:r>
              <w:rPr>
                <w:sz w:val="16"/>
              </w:rPr>
              <w:t>Hurricane Irene</w:t>
            </w:r>
          </w:p>
        </w:tc>
        <w:tc>
          <w:tcPr>
            <w:tcW w:type="dxa" w:w="2077"/>
          </w:tcPr>
          <w:p>
            <w:pPr>
              <w:spacing w:after="0"/>
              <w:jc w:val="left"/>
            </w:pPr>
            <w:r>
              <w:rPr>
                <w:sz w:val="16"/>
              </w:rPr>
              <w:t>Hurricane</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r>
              <w:rPr>
                <w:sz w:val="16"/>
              </w:rPr>
              <w:t>same incident as DR-4022</w:t>
            </w:r>
          </w:p>
        </w:tc>
      </w:tr>
      <w:tr>
        <w:trPr>
          <w:cantSplit/>
        </w:trPr>
        <w:tc>
          <w:tcPr>
            <w:tcW w:type="dxa" w:w="1101"/>
          </w:tcPr>
          <w:p>
            <w:pPr>
              <w:spacing w:after="0"/>
              <w:jc w:val="left"/>
            </w:pPr>
            <w:r>
              <w:rPr>
                <w:sz w:val="16"/>
              </w:rPr>
              <w:t>2011-07-08</w:t>
            </w:r>
          </w:p>
        </w:tc>
        <w:tc>
          <w:tcPr>
            <w:tcW w:type="dxa" w:w="1101"/>
          </w:tcPr>
          <w:p>
            <w:pPr>
              <w:spacing w:after="0"/>
              <w:jc w:val="left"/>
            </w:pPr>
            <w:r>
              <w:rPr>
                <w:sz w:val="16"/>
              </w:rPr>
              <w:t>2011-05-26</w:t>
            </w:r>
          </w:p>
        </w:tc>
        <w:tc>
          <w:tcPr>
            <w:tcW w:type="dxa" w:w="1101"/>
          </w:tcPr>
          <w:p>
            <w:pPr>
              <w:spacing w:after="0"/>
              <w:jc w:val="left"/>
            </w:pPr>
            <w:r>
              <w:rPr>
                <w:sz w:val="16"/>
              </w:rPr>
              <w:t>DR-4001-VT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$5,634,948.61</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2011-06-15</w:t>
            </w:r>
          </w:p>
        </w:tc>
        <w:tc>
          <w:tcPr>
            <w:tcW w:type="dxa" w:w="1101"/>
          </w:tcPr>
          <w:p>
            <w:pPr>
              <w:spacing w:after="0"/>
              <w:jc w:val="left"/>
            </w:pPr>
            <w:r>
              <w:rPr>
                <w:sz w:val="16"/>
              </w:rPr>
              <w:t>2011-04-23</w:t>
            </w:r>
          </w:p>
        </w:tc>
        <w:tc>
          <w:tcPr>
            <w:tcW w:type="dxa" w:w="1101"/>
          </w:tcPr>
          <w:p>
            <w:pPr>
              <w:spacing w:after="0"/>
              <w:jc w:val="left"/>
            </w:pPr>
            <w:r>
              <w:rPr>
                <w:sz w:val="16"/>
              </w:rPr>
              <w:t>DR-1995-VT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$7,837,564.51</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2008-09-12</w:t>
            </w:r>
          </w:p>
        </w:tc>
        <w:tc>
          <w:tcPr>
            <w:tcW w:type="dxa" w:w="1101"/>
          </w:tcPr>
          <w:p>
            <w:pPr>
              <w:spacing w:after="0"/>
              <w:jc w:val="left"/>
            </w:pPr>
            <w:r>
              <w:rPr>
                <w:sz w:val="16"/>
              </w:rPr>
              <w:t>2008-07-21</w:t>
            </w:r>
          </w:p>
        </w:tc>
        <w:tc>
          <w:tcPr>
            <w:tcW w:type="dxa" w:w="1101"/>
          </w:tcPr>
          <w:p>
            <w:pPr>
              <w:spacing w:after="0"/>
              <w:jc w:val="left"/>
            </w:pPr>
            <w:r>
              <w:rPr>
                <w:sz w:val="16"/>
              </w:rPr>
              <w:t>DR-1790-VT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$741,767.08</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2007-08-03</w:t>
            </w:r>
          </w:p>
        </w:tc>
        <w:tc>
          <w:tcPr>
            <w:tcW w:type="dxa" w:w="1101"/>
          </w:tcPr>
          <w:p>
            <w:pPr>
              <w:spacing w:after="0"/>
              <w:jc w:val="left"/>
            </w:pPr>
            <w:r>
              <w:rPr>
                <w:sz w:val="16"/>
              </w:rPr>
              <w:t>2007-07-09</w:t>
            </w:r>
          </w:p>
        </w:tc>
        <w:tc>
          <w:tcPr>
            <w:tcW w:type="dxa" w:w="1101"/>
          </w:tcPr>
          <w:p>
            <w:pPr>
              <w:spacing w:after="0"/>
              <w:jc w:val="left"/>
            </w:pPr>
            <w:r>
              <w:rPr>
                <w:sz w:val="16"/>
              </w:rPr>
              <w:t>DR-1715-VT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$1,097,752.82</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1999-11-10</w:t>
            </w:r>
          </w:p>
        </w:tc>
        <w:tc>
          <w:tcPr>
            <w:tcW w:type="dxa" w:w="1101"/>
          </w:tcPr>
          <w:p>
            <w:pPr>
              <w:spacing w:after="0"/>
              <w:jc w:val="left"/>
            </w:pPr>
            <w:r>
              <w:rPr>
                <w:sz w:val="16"/>
              </w:rPr>
              <w:t>1999-09-16</w:t>
            </w:r>
          </w:p>
        </w:tc>
        <w:tc>
          <w:tcPr>
            <w:tcW w:type="dxa" w:w="1101"/>
          </w:tcPr>
          <w:p>
            <w:pPr>
              <w:spacing w:after="0"/>
              <w:jc w:val="left"/>
            </w:pPr>
            <w:r>
              <w:rPr>
                <w:sz w:val="16"/>
              </w:rPr>
              <w:t>DR-1307-VT</w:t>
            </w:r>
          </w:p>
        </w:tc>
        <w:tc>
          <w:tcPr>
            <w:tcW w:type="dxa" w:w="1480"/>
          </w:tcPr>
          <w:p>
            <w:pPr>
              <w:spacing w:after="0"/>
              <w:jc w:val="left"/>
            </w:pPr>
            <w:r>
              <w:rPr>
                <w:sz w:val="16"/>
              </w:rPr>
              <w:t>Major disaster</w:t>
            </w:r>
          </w:p>
        </w:tc>
        <w:tc>
          <w:tcPr>
            <w:tcW w:type="dxa" w:w="2618"/>
          </w:tcPr>
          <w:p>
            <w:pPr>
              <w:spacing w:after="0"/>
              <w:jc w:val="left"/>
            </w:pPr>
            <w:r>
              <w:rPr>
                <w:sz w:val="16"/>
              </w:rPr>
              <w:t>Tropical Storm Floyd</w:t>
            </w:r>
          </w:p>
        </w:tc>
        <w:tc>
          <w:tcPr>
            <w:tcW w:type="dxa" w:w="2077"/>
          </w:tcPr>
          <w:p>
            <w:pPr>
              <w:spacing w:after="0"/>
              <w:jc w:val="left"/>
            </w:pPr>
            <w:r>
              <w:rPr>
                <w:sz w:val="16"/>
              </w:rPr>
              <w:t>Hurricane; Inland Flooding</w:t>
            </w:r>
          </w:p>
        </w:tc>
        <w:tc>
          <w:tcPr>
            <w:tcW w:type="dxa" w:w="2902"/>
          </w:tcPr>
          <w:p>
            <w:pPr>
              <w:spacing w:after="0"/>
              <w:jc w:val="right"/>
            </w:pPr>
            <w:r>
              <w:rPr>
                <w:sz w:val="16"/>
              </w:rPr>
              <w:t>$111,969.48</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1998-06-30</w:t>
            </w:r>
          </w:p>
        </w:tc>
        <w:tc>
          <w:tcPr>
            <w:tcW w:type="dxa" w:w="1101"/>
          </w:tcPr>
          <w:p>
            <w:pPr>
              <w:spacing w:after="0"/>
              <w:jc w:val="left"/>
            </w:pPr>
            <w:r>
              <w:rPr>
                <w:sz w:val="16"/>
              </w:rPr>
              <w:t>1998-06-17</w:t>
            </w:r>
          </w:p>
        </w:tc>
        <w:tc>
          <w:tcPr>
            <w:tcW w:type="dxa" w:w="1101"/>
          </w:tcPr>
          <w:p>
            <w:pPr>
              <w:spacing w:after="0"/>
              <w:jc w:val="left"/>
            </w:pPr>
            <w:r>
              <w:rPr>
                <w:sz w:val="16"/>
              </w:rPr>
              <w:t>DR-1228-VT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1997-07-25</w:t>
            </w:r>
          </w:p>
        </w:tc>
        <w:tc>
          <w:tcPr>
            <w:tcW w:type="dxa" w:w="1101"/>
          </w:tcPr>
          <w:p>
            <w:pPr>
              <w:spacing w:after="0"/>
              <w:jc w:val="left"/>
            </w:pPr>
            <w:r>
              <w:rPr>
                <w:sz w:val="16"/>
              </w:rPr>
              <w:t>1997-07-15</w:t>
            </w:r>
          </w:p>
        </w:tc>
        <w:tc>
          <w:tcPr>
            <w:tcW w:type="dxa" w:w="1101"/>
          </w:tcPr>
          <w:p>
            <w:pPr>
              <w:spacing w:after="0"/>
              <w:jc w:val="left"/>
            </w:pPr>
            <w:r>
              <w:rPr>
                <w:sz w:val="16"/>
              </w:rPr>
              <w:t>DR-1184-VT</w:t>
            </w:r>
          </w:p>
        </w:tc>
        <w:tc>
          <w:tcPr>
            <w:tcW w:type="dxa" w:w="1480"/>
          </w:tcPr>
          <w:p>
            <w:pPr>
              <w:spacing w:after="0"/>
              <w:jc w:val="left"/>
            </w:pPr>
            <w:r>
              <w:rPr>
                <w:sz w:val="16"/>
              </w:rPr>
              <w:t>Major disaster</w:t>
            </w:r>
          </w:p>
        </w:tc>
        <w:tc>
          <w:tcPr>
            <w:tcW w:type="dxa" w:w="2618"/>
          </w:tcPr>
          <w:p>
            <w:pPr>
              <w:spacing w:after="0"/>
              <w:jc w:val="left"/>
            </w:pPr>
            <w:r>
              <w:rPr>
                <w:sz w:val="16"/>
              </w:rPr>
              <w:t>Excessive Rainfall, High Winds, and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1996-02-13</w:t>
            </w:r>
          </w:p>
        </w:tc>
        <w:tc>
          <w:tcPr>
            <w:tcW w:type="dxa" w:w="1101"/>
          </w:tcPr>
          <w:p>
            <w:pPr>
              <w:spacing w:after="0"/>
              <w:jc w:val="left"/>
            </w:pPr>
            <w:r>
              <w:rPr>
                <w:sz w:val="16"/>
              </w:rPr>
              <w:t>1996-01-19</w:t>
            </w:r>
          </w:p>
        </w:tc>
        <w:tc>
          <w:tcPr>
            <w:tcW w:type="dxa" w:w="1101"/>
          </w:tcPr>
          <w:p>
            <w:pPr>
              <w:spacing w:after="0"/>
              <w:jc w:val="left"/>
            </w:pPr>
            <w:r>
              <w:rPr>
                <w:sz w:val="16"/>
              </w:rPr>
              <w:t>DR-1101-VT</w:t>
            </w:r>
          </w:p>
        </w:tc>
        <w:tc>
          <w:tcPr>
            <w:tcW w:type="dxa" w:w="1480"/>
          </w:tcPr>
          <w:p>
            <w:pPr>
              <w:spacing w:after="0"/>
              <w:jc w:val="left"/>
            </w:pPr>
            <w:r>
              <w:rPr>
                <w:sz w:val="16"/>
              </w:rPr>
              <w:t>Major disaster</w:t>
            </w:r>
          </w:p>
        </w:tc>
        <w:tc>
          <w:tcPr>
            <w:tcW w:type="dxa" w:w="2618"/>
          </w:tcPr>
          <w:p>
            <w:pPr>
              <w:spacing w:after="0"/>
              <w:jc w:val="left"/>
            </w:pPr>
            <w:r>
              <w:rPr>
                <w:sz w:val="16"/>
              </w:rPr>
              <w:t>Ice Jams and Flooding</w:t>
            </w:r>
          </w:p>
        </w:tc>
        <w:tc>
          <w:tcPr>
            <w:tcW w:type="dxa" w:w="2077"/>
          </w:tcPr>
          <w:p>
            <w:pPr>
              <w:spacing w:after="0"/>
              <w:jc w:val="left"/>
            </w:pPr>
            <w:r>
              <w:rPr>
                <w:sz w:val="16"/>
              </w:rPr>
              <w:t>Inland Flooding (primary); also designated: Winter Weather</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1995-08-16</w:t>
            </w:r>
          </w:p>
        </w:tc>
        <w:tc>
          <w:tcPr>
            <w:tcW w:type="dxa" w:w="1101"/>
          </w:tcPr>
          <w:p>
            <w:pPr>
              <w:spacing w:after="0"/>
              <w:jc w:val="left"/>
            </w:pPr>
            <w:r>
              <w:rPr>
                <w:sz w:val="16"/>
              </w:rPr>
              <w:t>1995-08-04</w:t>
            </w:r>
          </w:p>
        </w:tc>
        <w:tc>
          <w:tcPr>
            <w:tcW w:type="dxa" w:w="1101"/>
          </w:tcPr>
          <w:p>
            <w:pPr>
              <w:spacing w:after="0"/>
              <w:jc w:val="left"/>
            </w:pPr>
            <w:r>
              <w:rPr>
                <w:sz w:val="16"/>
              </w:rPr>
              <w:t>DR-1063-VT</w:t>
            </w:r>
          </w:p>
        </w:tc>
        <w:tc>
          <w:tcPr>
            <w:tcW w:type="dxa" w:w="1480"/>
          </w:tcPr>
          <w:p>
            <w:pPr>
              <w:spacing w:after="0"/>
              <w:jc w:val="left"/>
            </w:pPr>
            <w:r>
              <w:rPr>
                <w:sz w:val="16"/>
              </w:rPr>
              <w:t>Major disaster</w:t>
            </w:r>
          </w:p>
        </w:tc>
        <w:tc>
          <w:tcPr>
            <w:tcW w:type="dxa" w:w="2618"/>
          </w:tcPr>
          <w:p>
            <w:pPr>
              <w:spacing w:after="0"/>
              <w:jc w:val="left"/>
            </w:pPr>
            <w:r>
              <w:rPr>
                <w:sz w:val="16"/>
              </w:rPr>
              <w:t>Excessive Rainfall,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1992-03-18</w:t>
            </w:r>
          </w:p>
        </w:tc>
        <w:tc>
          <w:tcPr>
            <w:tcW w:type="dxa" w:w="1101"/>
          </w:tcPr>
          <w:p>
            <w:pPr>
              <w:spacing w:after="0"/>
              <w:jc w:val="left"/>
            </w:pPr>
            <w:r>
              <w:rPr>
                <w:sz w:val="16"/>
              </w:rPr>
              <w:t>1992-03-11</w:t>
            </w:r>
          </w:p>
        </w:tc>
        <w:tc>
          <w:tcPr>
            <w:tcW w:type="dxa" w:w="1101"/>
          </w:tcPr>
          <w:p>
            <w:pPr>
              <w:spacing w:after="0"/>
              <w:jc w:val="left"/>
            </w:pPr>
            <w:r>
              <w:rPr>
                <w:sz w:val="16"/>
              </w:rPr>
              <w:t>DR-938-VT</w:t>
            </w:r>
          </w:p>
        </w:tc>
        <w:tc>
          <w:tcPr>
            <w:tcW w:type="dxa" w:w="1480"/>
          </w:tcPr>
          <w:p>
            <w:pPr>
              <w:spacing w:after="0"/>
              <w:jc w:val="left"/>
            </w:pPr>
            <w:r>
              <w:rPr>
                <w:sz w:val="16"/>
              </w:rPr>
              <w:t>Major disaster</w:t>
            </w:r>
          </w:p>
        </w:tc>
        <w:tc>
          <w:tcPr>
            <w:tcW w:type="dxa" w:w="2618"/>
          </w:tcPr>
          <w:p>
            <w:pPr>
              <w:spacing w:after="0"/>
              <w:jc w:val="left"/>
            </w:pPr>
            <w:r>
              <w:rPr>
                <w:sz w:val="16"/>
              </w:rPr>
              <w:t>Heavy Rains, Ice Jams &amp;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1990-07-25</w:t>
            </w:r>
          </w:p>
        </w:tc>
        <w:tc>
          <w:tcPr>
            <w:tcW w:type="dxa" w:w="1101"/>
          </w:tcPr>
          <w:p>
            <w:pPr>
              <w:spacing w:after="0"/>
              <w:jc w:val="left"/>
            </w:pPr>
            <w:r>
              <w:rPr>
                <w:sz w:val="16"/>
              </w:rPr>
              <w:t>1990-07-04</w:t>
            </w:r>
          </w:p>
        </w:tc>
        <w:tc>
          <w:tcPr>
            <w:tcW w:type="dxa" w:w="1101"/>
          </w:tcPr>
          <w:p>
            <w:pPr>
              <w:spacing w:after="0"/>
              <w:jc w:val="left"/>
            </w:pPr>
            <w:r>
              <w:rPr>
                <w:sz w:val="16"/>
              </w:rPr>
              <w:t>DR-875-VT</w:t>
            </w:r>
          </w:p>
        </w:tc>
        <w:tc>
          <w:tcPr>
            <w:tcW w:type="dxa" w:w="1480"/>
          </w:tcPr>
          <w:p>
            <w:pPr>
              <w:spacing w:after="0"/>
              <w:jc w:val="left"/>
            </w:pPr>
            <w:r>
              <w:rPr>
                <w:sz w:val="16"/>
              </w:rPr>
              <w:t>Major disaster</w:t>
            </w:r>
          </w:p>
        </w:tc>
        <w:tc>
          <w:tcPr>
            <w:tcW w:type="dxa" w:w="2618"/>
          </w:tcPr>
          <w:p>
            <w:pPr>
              <w:spacing w:after="0"/>
              <w:jc w:val="left"/>
            </w:pPr>
            <w:r>
              <w:rPr>
                <w:sz w:val="16"/>
              </w:rPr>
              <w:t>Severe Storms &amp;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1989-09-11</w:t>
            </w:r>
          </w:p>
        </w:tc>
        <w:tc>
          <w:tcPr>
            <w:tcW w:type="dxa" w:w="1101"/>
          </w:tcPr>
          <w:p>
            <w:pPr>
              <w:spacing w:after="0"/>
              <w:jc w:val="left"/>
            </w:pPr>
            <w:r>
              <w:rPr>
                <w:sz w:val="16"/>
              </w:rPr>
              <w:t>1989-08-04</w:t>
            </w:r>
          </w:p>
        </w:tc>
        <w:tc>
          <w:tcPr>
            <w:tcW w:type="dxa" w:w="1101"/>
          </w:tcPr>
          <w:p>
            <w:pPr>
              <w:spacing w:after="0"/>
              <w:jc w:val="left"/>
            </w:pPr>
            <w:r>
              <w:rPr>
                <w:sz w:val="16"/>
              </w:rPr>
              <w:t>DR-840-VT</w:t>
            </w:r>
          </w:p>
        </w:tc>
        <w:tc>
          <w:tcPr>
            <w:tcW w:type="dxa" w:w="1480"/>
          </w:tcPr>
          <w:p>
            <w:pPr>
              <w:spacing w:after="0"/>
              <w:jc w:val="left"/>
            </w:pPr>
            <w:r>
              <w:rPr>
                <w:sz w:val="16"/>
              </w:rPr>
              <w:t>Major disaster</w:t>
            </w:r>
          </w:p>
        </w:tc>
        <w:tc>
          <w:tcPr>
            <w:tcW w:type="dxa" w:w="2618"/>
          </w:tcPr>
          <w:p>
            <w:pPr>
              <w:spacing w:after="0"/>
              <w:jc w:val="left"/>
            </w:pPr>
            <w:r>
              <w:rPr>
                <w:sz w:val="16"/>
              </w:rPr>
              <w:t>Severe Storms &amp;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1984-06-18</w:t>
            </w:r>
          </w:p>
        </w:tc>
        <w:tc>
          <w:tcPr>
            <w:tcW w:type="dxa" w:w="1101"/>
          </w:tcPr>
          <w:p>
            <w:pPr>
              <w:spacing w:after="0"/>
              <w:jc w:val="left"/>
            </w:pPr>
            <w:r>
              <w:rPr>
                <w:sz w:val="16"/>
              </w:rPr>
              <w:t>1984-06-06</w:t>
            </w:r>
          </w:p>
        </w:tc>
        <w:tc>
          <w:tcPr>
            <w:tcW w:type="dxa" w:w="1101"/>
          </w:tcPr>
          <w:p>
            <w:pPr>
              <w:spacing w:after="0"/>
              <w:jc w:val="left"/>
            </w:pPr>
            <w:r>
              <w:rPr>
                <w:sz w:val="16"/>
              </w:rPr>
              <w:t>DR-712-VT</w:t>
            </w:r>
          </w:p>
        </w:tc>
        <w:tc>
          <w:tcPr>
            <w:tcW w:type="dxa" w:w="1480"/>
          </w:tcPr>
          <w:p>
            <w:pPr>
              <w:spacing w:after="0"/>
              <w:jc w:val="left"/>
            </w:pPr>
            <w:r>
              <w:rPr>
                <w:sz w:val="16"/>
              </w:rPr>
              <w:t>Major disaster</w:t>
            </w:r>
          </w:p>
        </w:tc>
        <w:tc>
          <w:tcPr>
            <w:tcW w:type="dxa" w:w="2618"/>
          </w:tcPr>
          <w:p>
            <w:pPr>
              <w:spacing w:after="0"/>
              <w:jc w:val="left"/>
            </w:pPr>
            <w:r>
              <w:rPr>
                <w:sz w:val="16"/>
              </w:rPr>
              <w:t>Severe Storms &amp;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1976-08-05</w:t>
            </w:r>
          </w:p>
        </w:tc>
        <w:tc>
          <w:tcPr>
            <w:tcW w:type="dxa" w:w="1101"/>
          </w:tcPr>
          <w:p>
            <w:pPr>
              <w:spacing w:after="0"/>
              <w:jc w:val="left"/>
            </w:pPr>
            <w:r>
              <w:rPr>
                <w:sz w:val="16"/>
              </w:rPr>
              <w:t>1976-08-05</w:t>
            </w:r>
          </w:p>
        </w:tc>
        <w:tc>
          <w:tcPr>
            <w:tcW w:type="dxa" w:w="1101"/>
          </w:tcPr>
          <w:p>
            <w:pPr>
              <w:spacing w:after="0"/>
              <w:jc w:val="left"/>
            </w:pPr>
            <w:r>
              <w:rPr>
                <w:sz w:val="16"/>
              </w:rPr>
              <w:t>DR-518-VT</w:t>
            </w:r>
          </w:p>
        </w:tc>
        <w:tc>
          <w:tcPr>
            <w:tcW w:type="dxa" w:w="1480"/>
          </w:tcPr>
          <w:p>
            <w:pPr>
              <w:spacing w:after="0"/>
              <w:jc w:val="left"/>
            </w:pPr>
            <w:r>
              <w:rPr>
                <w:sz w:val="16"/>
              </w:rPr>
              <w:t>Major disaster</w:t>
            </w:r>
          </w:p>
        </w:tc>
        <w:tc>
          <w:tcPr>
            <w:tcW w:type="dxa" w:w="2618"/>
          </w:tcPr>
          <w:p>
            <w:pPr>
              <w:spacing w:after="0"/>
              <w:jc w:val="left"/>
            </w:pPr>
            <w:r>
              <w:rPr>
                <w:sz w:val="16"/>
              </w:rPr>
              <w:t>Severe Storms, High Winds &amp; Flooding</w:t>
            </w:r>
          </w:p>
        </w:tc>
        <w:tc>
          <w:tcPr>
            <w:tcW w:type="dxa" w:w="2077"/>
          </w:tcPr>
          <w:p>
            <w:pPr>
              <w:spacing w:after="0"/>
              <w:jc w:val="left"/>
            </w:pPr>
            <w:r>
              <w:rPr>
                <w:sz w:val="16"/>
              </w:rPr>
              <w:t>Inland Flooding (primary); also designated: Strong Wind</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1973-07-06</w:t>
            </w:r>
          </w:p>
        </w:tc>
        <w:tc>
          <w:tcPr>
            <w:tcW w:type="dxa" w:w="1101"/>
          </w:tcPr>
          <w:p>
            <w:pPr>
              <w:spacing w:after="0"/>
              <w:jc w:val="left"/>
            </w:pPr>
            <w:r>
              <w:rPr>
                <w:sz w:val="16"/>
              </w:rPr>
              <w:t>1973-07-06</w:t>
            </w:r>
          </w:p>
        </w:tc>
        <w:tc>
          <w:tcPr>
            <w:tcW w:type="dxa" w:w="1101"/>
          </w:tcPr>
          <w:p>
            <w:pPr>
              <w:spacing w:after="0"/>
              <w:jc w:val="left"/>
            </w:pPr>
            <w:r>
              <w:rPr>
                <w:sz w:val="16"/>
              </w:rPr>
              <w:t>DR-397-VT</w:t>
            </w:r>
          </w:p>
        </w:tc>
        <w:tc>
          <w:tcPr>
            <w:tcW w:type="dxa" w:w="1480"/>
          </w:tcPr>
          <w:p>
            <w:pPr>
              <w:spacing w:after="0"/>
              <w:jc w:val="left"/>
            </w:pPr>
            <w:r>
              <w:rPr>
                <w:sz w:val="16"/>
              </w:rPr>
              <w:t>Major disaster</w:t>
            </w:r>
          </w:p>
        </w:tc>
        <w:tc>
          <w:tcPr>
            <w:tcW w:type="dxa" w:w="2618"/>
          </w:tcPr>
          <w:p>
            <w:pPr>
              <w:spacing w:after="0"/>
              <w:jc w:val="left"/>
            </w:pPr>
            <w:r>
              <w:rPr>
                <w:sz w:val="16"/>
              </w:rPr>
              <w:t>Severe Storms, Flooding, &amp; Landslides</w:t>
            </w:r>
          </w:p>
        </w:tc>
        <w:tc>
          <w:tcPr>
            <w:tcW w:type="dxa" w:w="2077"/>
          </w:tcPr>
          <w:p>
            <w:pPr>
              <w:spacing w:after="0"/>
              <w:jc w:val="left"/>
            </w:pPr>
            <w:r>
              <w:rPr>
                <w:sz w:val="16"/>
              </w:rPr>
              <w:t>Inland Flooding (primary); also designated: Landslide</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23 rows, $2,494,258.50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3 rows, $2,494,258.50"/>
        <w:tblDescription w:val="Hazard Plain table b1d_pa_other"/>
      </w:tblPr>
      <w:tblGrid>
        <w:gridCol w:w="1638"/>
        <w:gridCol w:w="1638"/>
        <w:gridCol w:w="3894"/>
        <w:gridCol w:w="4740"/>
        <w:gridCol w:w="2202"/>
      </w:tblGrid>
      <w:tr>
        <w:trPr>
          <w:cantSplit/>
          <w:tblHeader/>
        </w:trPr>
        <w:tc>
          <w:tcPr>
            <w:tcW w:type="dxa" w:w="1638"/>
            <w:shd w:val="clear" w:color="auto" w:fill="E8E8E8"/>
          </w:tcPr>
          <w:p>
            <w:pPr>
              <w:spacing w:after="0"/>
              <w:jc w:val="left"/>
            </w:pPr>
            <w:r>
              <w:rPr>
                <w:b/>
                <w:sz w:val="16"/>
              </w:rPr>
              <w:t>FEMA number</w:t>
            </w:r>
          </w:p>
        </w:tc>
        <w:tc>
          <w:tcPr>
            <w:tcW w:type="dxa" w:w="1638"/>
            <w:shd w:val="clear" w:color="auto" w:fill="E8E8E8"/>
          </w:tcPr>
          <w:p>
            <w:pPr>
              <w:spacing w:after="0"/>
              <w:jc w:val="left"/>
            </w:pPr>
            <w:r>
              <w:rPr>
                <w:b/>
                <w:sz w:val="16"/>
              </w:rPr>
              <w:t>Declared</w:t>
            </w:r>
          </w:p>
        </w:tc>
        <w:tc>
          <w:tcPr>
            <w:tcW w:type="dxa" w:w="3894"/>
            <w:shd w:val="clear" w:color="auto" w:fill="E8E8E8"/>
          </w:tcPr>
          <w:p>
            <w:pPr>
              <w:spacing w:after="0"/>
              <w:jc w:val="left"/>
            </w:pPr>
            <w:r>
              <w:rPr>
                <w:b/>
                <w:sz w:val="16"/>
              </w:rPr>
              <w:t>Title</w:t>
            </w:r>
          </w:p>
        </w:tc>
        <w:tc>
          <w:tcPr>
            <w:tcW w:type="dxa" w:w="4740"/>
            <w:shd w:val="clear" w:color="auto" w:fill="E8E8E8"/>
          </w:tcPr>
          <w:p>
            <w:pPr>
              <w:spacing w:after="0"/>
              <w:jc w:val="left"/>
            </w:pPr>
            <w:r>
              <w:rPr>
                <w:b/>
                <w:sz w:val="16"/>
              </w:rPr>
              <w:t>Applicant</w:t>
            </w:r>
          </w:p>
        </w:tc>
        <w:tc>
          <w:tcPr>
            <w:tcW w:type="dxa" w:w="220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38"/>
          </w:tcPr>
          <w:p>
            <w:pPr>
              <w:spacing w:after="0"/>
              <w:jc w:val="left"/>
            </w:pPr>
            <w:r>
              <w:rPr>
                <w:sz w:val="16"/>
              </w:rPr>
              <w:t>DR-4826-VT</w:t>
            </w:r>
          </w:p>
        </w:tc>
        <w:tc>
          <w:tcPr>
            <w:tcW w:type="dxa" w:w="1638"/>
          </w:tcPr>
          <w:p>
            <w:pPr>
              <w:spacing w:after="0"/>
              <w:jc w:val="left"/>
            </w:pPr>
            <w:r>
              <w:rPr>
                <w:sz w:val="16"/>
              </w:rPr>
              <w:t>2024-09-26</w:t>
            </w:r>
          </w:p>
        </w:tc>
        <w:tc>
          <w:tcPr>
            <w:tcW w:type="dxa" w:w="3894"/>
          </w:tcPr>
          <w:p>
            <w:pPr>
              <w:spacing w:after="0"/>
              <w:jc w:val="left"/>
            </w:pPr>
            <w:r>
              <w:rPr>
                <w:sz w:val="16"/>
              </w:rPr>
              <w:t>Severe Storms, Flooding, Landslides, and Mudslides</w:t>
            </w:r>
          </w:p>
        </w:tc>
        <w:tc>
          <w:tcPr>
            <w:tcW w:type="dxa" w:w="4740"/>
          </w:tcPr>
          <w:p>
            <w:pPr>
              <w:spacing w:after="0"/>
              <w:jc w:val="left"/>
            </w:pPr>
            <w:r>
              <w:rPr>
                <w:sz w:val="16"/>
              </w:rPr>
              <w:t>Vermont Agency of Transportation</w:t>
            </w:r>
          </w:p>
        </w:tc>
        <w:tc>
          <w:tcPr>
            <w:tcW w:type="dxa" w:w="2202"/>
          </w:tcPr>
          <w:p>
            <w:pPr>
              <w:spacing w:after="0"/>
              <w:jc w:val="right"/>
            </w:pPr>
            <w:r>
              <w:rPr>
                <w:sz w:val="16"/>
              </w:rPr>
              <w:t>$368,977.97</w:t>
            </w:r>
          </w:p>
        </w:tc>
      </w:tr>
      <w:tr>
        <w:trPr>
          <w:cantSplit/>
        </w:trPr>
        <w:tc>
          <w:tcPr>
            <w:tcW w:type="dxa" w:w="1638"/>
          </w:tcPr>
          <w:p>
            <w:pPr>
              <w:spacing w:after="0"/>
              <w:jc w:val="left"/>
            </w:pPr>
            <w:r>
              <w:rPr>
                <w:sz w:val="16"/>
              </w:rPr>
              <w:t>DR-4770-VT</w:t>
            </w:r>
          </w:p>
        </w:tc>
        <w:tc>
          <w:tcPr>
            <w:tcW w:type="dxa" w:w="1638"/>
          </w:tcPr>
          <w:p>
            <w:pPr>
              <w:spacing w:after="0"/>
              <w:jc w:val="left"/>
            </w:pPr>
            <w:r>
              <w:rPr>
                <w:sz w:val="16"/>
              </w:rPr>
              <w:t>2024-04-19</w:t>
            </w:r>
          </w:p>
        </w:tc>
        <w:tc>
          <w:tcPr>
            <w:tcW w:type="dxa" w:w="3894"/>
          </w:tcPr>
          <w:p>
            <w:pPr>
              <w:spacing w:after="0"/>
              <w:jc w:val="left"/>
            </w:pPr>
            <w:r>
              <w:rPr>
                <w:sz w:val="16"/>
              </w:rPr>
              <w:t>Severe Winter Storm</w:t>
            </w:r>
          </w:p>
        </w:tc>
        <w:tc>
          <w:tcPr>
            <w:tcW w:type="dxa" w:w="4740"/>
          </w:tcPr>
          <w:p>
            <w:pPr>
              <w:spacing w:after="0"/>
              <w:jc w:val="left"/>
            </w:pPr>
            <w:r>
              <w:rPr>
                <w:sz w:val="16"/>
              </w:rPr>
              <w:t>Vermont Agency of Transportation</w:t>
            </w:r>
          </w:p>
        </w:tc>
        <w:tc>
          <w:tcPr>
            <w:tcW w:type="dxa" w:w="2202"/>
          </w:tcPr>
          <w:p>
            <w:pPr>
              <w:spacing w:after="0"/>
              <w:jc w:val="right"/>
            </w:pPr>
            <w:r>
              <w:rPr>
                <w:sz w:val="16"/>
              </w:rPr>
              <w:t>$40,319.07</w:t>
            </w:r>
          </w:p>
        </w:tc>
      </w:tr>
      <w:tr>
        <w:trPr>
          <w:cantSplit/>
        </w:trPr>
        <w:tc>
          <w:tcPr>
            <w:tcW w:type="dxa" w:w="1638"/>
          </w:tcPr>
          <w:p>
            <w:pPr>
              <w:spacing w:after="0"/>
              <w:jc w:val="left"/>
            </w:pPr>
            <w:r>
              <w:rPr>
                <w:sz w:val="16"/>
              </w:rPr>
              <w:t>DR-4762-VT</w:t>
            </w:r>
          </w:p>
        </w:tc>
        <w:tc>
          <w:tcPr>
            <w:tcW w:type="dxa" w:w="1638"/>
          </w:tcPr>
          <w:p>
            <w:pPr>
              <w:spacing w:after="0"/>
              <w:jc w:val="left"/>
            </w:pPr>
            <w:r>
              <w:rPr>
                <w:sz w:val="16"/>
              </w:rPr>
              <w:t>2024-03-02</w:t>
            </w:r>
          </w:p>
        </w:tc>
        <w:tc>
          <w:tcPr>
            <w:tcW w:type="dxa" w:w="3894"/>
          </w:tcPr>
          <w:p>
            <w:pPr>
              <w:spacing w:after="0"/>
              <w:jc w:val="left"/>
            </w:pPr>
            <w:r>
              <w:rPr>
                <w:sz w:val="16"/>
              </w:rPr>
              <w:t>Severe Storm and Flooding</w:t>
            </w:r>
          </w:p>
        </w:tc>
        <w:tc>
          <w:tcPr>
            <w:tcW w:type="dxa" w:w="4740"/>
          </w:tcPr>
          <w:p>
            <w:pPr>
              <w:spacing w:after="0"/>
              <w:jc w:val="left"/>
            </w:pPr>
            <w:r>
              <w:rPr>
                <w:sz w:val="16"/>
              </w:rPr>
              <w:t>Washington Electric COOP INC</w:t>
            </w:r>
          </w:p>
        </w:tc>
        <w:tc>
          <w:tcPr>
            <w:tcW w:type="dxa" w:w="2202"/>
          </w:tcPr>
          <w:p>
            <w:pPr>
              <w:spacing w:after="0"/>
              <w:jc w:val="right"/>
            </w:pPr>
            <w:r>
              <w:rPr>
                <w:sz w:val="16"/>
              </w:rPr>
              <w:t>$19,411.08</w:t>
            </w:r>
          </w:p>
        </w:tc>
      </w:tr>
      <w:tr>
        <w:trPr>
          <w:cantSplit/>
        </w:trPr>
        <w:tc>
          <w:tcPr>
            <w:tcW w:type="dxa" w:w="1638"/>
          </w:tcPr>
          <w:p>
            <w:pPr>
              <w:spacing w:after="0"/>
              <w:jc w:val="left"/>
            </w:pPr>
            <w:r>
              <w:rPr>
                <w:sz w:val="16"/>
              </w:rPr>
              <w:t>DR-4762-VT</w:t>
            </w:r>
          </w:p>
        </w:tc>
        <w:tc>
          <w:tcPr>
            <w:tcW w:type="dxa" w:w="1638"/>
          </w:tcPr>
          <w:p>
            <w:pPr>
              <w:spacing w:after="0"/>
              <w:jc w:val="left"/>
            </w:pPr>
            <w:r>
              <w:rPr>
                <w:sz w:val="16"/>
              </w:rPr>
              <w:t>2024-03-02</w:t>
            </w:r>
          </w:p>
        </w:tc>
        <w:tc>
          <w:tcPr>
            <w:tcW w:type="dxa" w:w="3894"/>
          </w:tcPr>
          <w:p>
            <w:pPr>
              <w:spacing w:after="0"/>
              <w:jc w:val="left"/>
            </w:pPr>
            <w:r>
              <w:rPr>
                <w:sz w:val="16"/>
              </w:rPr>
              <w:t>Severe Storm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$149,740.79</w:t>
            </w:r>
          </w:p>
        </w:tc>
      </w:tr>
      <w:tr>
        <w:trPr>
          <w:cantSplit/>
        </w:trPr>
        <w:tc>
          <w:tcPr>
            <w:tcW w:type="dxa" w:w="1638"/>
          </w:tcPr>
          <w:p>
            <w:pPr>
              <w:spacing w:after="0"/>
              <w:jc w:val="left"/>
            </w:pPr>
            <w:r>
              <w:rPr>
                <w:sz w:val="16"/>
              </w:rPr>
              <w:t>DR-4744-VT</w:t>
            </w:r>
          </w:p>
        </w:tc>
        <w:tc>
          <w:tcPr>
            <w:tcW w:type="dxa" w:w="1638"/>
          </w:tcPr>
          <w:p>
            <w:pPr>
              <w:spacing w:after="0"/>
              <w:jc w:val="left"/>
            </w:pPr>
            <w:r>
              <w:rPr>
                <w:sz w:val="16"/>
              </w:rPr>
              <w:t>2023-10-06</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$52,535.65</w:t>
            </w:r>
          </w:p>
        </w:tc>
      </w:tr>
      <w:tr>
        <w:trPr>
          <w:cantSplit/>
        </w:trPr>
        <w:tc>
          <w:tcPr>
            <w:tcW w:type="dxa" w:w="1638"/>
          </w:tcPr>
          <w:p>
            <w:pPr>
              <w:spacing w:after="0"/>
              <w:jc w:val="left"/>
            </w:pPr>
            <w:r>
              <w:rPr>
                <w:sz w:val="16"/>
              </w:rPr>
              <w:t>DR-4621-VT</w:t>
            </w:r>
          </w:p>
        </w:tc>
        <w:tc>
          <w:tcPr>
            <w:tcW w:type="dxa" w:w="1638"/>
          </w:tcPr>
          <w:p>
            <w:pPr>
              <w:spacing w:after="0"/>
              <w:jc w:val="left"/>
            </w:pPr>
            <w:r>
              <w:rPr>
                <w:sz w:val="16"/>
              </w:rPr>
              <w:t>2021-09-29</w:t>
            </w:r>
          </w:p>
        </w:tc>
        <w:tc>
          <w:tcPr>
            <w:tcW w:type="dxa" w:w="3894"/>
          </w:tcPr>
          <w:p>
            <w:pPr>
              <w:spacing w:after="0"/>
              <w:jc w:val="left"/>
            </w:pPr>
            <w:r>
              <w:rPr>
                <w:sz w:val="16"/>
              </w:rPr>
              <w:t>Severe Storm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$226,075.16</w:t>
            </w:r>
          </w:p>
        </w:tc>
      </w:tr>
      <w:tr>
        <w:trPr>
          <w:cantSplit/>
        </w:trPr>
        <w:tc>
          <w:tcPr>
            <w:tcW w:type="dxa" w:w="1638"/>
          </w:tcPr>
          <w:p>
            <w:pPr>
              <w:spacing w:after="0"/>
              <w:jc w:val="left"/>
            </w:pPr>
            <w:r>
              <w:rPr>
                <w:sz w:val="16"/>
              </w:rPr>
              <w:t>DR-4380-VT</w:t>
            </w:r>
          </w:p>
        </w:tc>
        <w:tc>
          <w:tcPr>
            <w:tcW w:type="dxa" w:w="1638"/>
          </w:tcPr>
          <w:p>
            <w:pPr>
              <w:spacing w:after="0"/>
              <w:jc w:val="left"/>
            </w:pPr>
            <w:r>
              <w:rPr>
                <w:sz w:val="16"/>
              </w:rPr>
              <w:t>2018-07-30</w:t>
            </w:r>
          </w:p>
        </w:tc>
        <w:tc>
          <w:tcPr>
            <w:tcW w:type="dxa" w:w="3894"/>
          </w:tcPr>
          <w:p>
            <w:pPr>
              <w:spacing w:after="0"/>
              <w:jc w:val="left"/>
            </w:pPr>
            <w:r>
              <w:rPr>
                <w:sz w:val="16"/>
              </w:rPr>
              <w:t>Severe Storm and Flooding</w:t>
            </w:r>
          </w:p>
        </w:tc>
        <w:tc>
          <w:tcPr>
            <w:tcW w:type="dxa" w:w="4740"/>
          </w:tcPr>
          <w:p>
            <w:pPr>
              <w:spacing w:after="0"/>
              <w:jc w:val="left"/>
            </w:pPr>
            <w:r>
              <w:rPr>
                <w:sz w:val="16"/>
              </w:rPr>
              <w:t>Washington Electric COOP INC</w:t>
            </w:r>
          </w:p>
        </w:tc>
        <w:tc>
          <w:tcPr>
            <w:tcW w:type="dxa" w:w="2202"/>
          </w:tcPr>
          <w:p>
            <w:pPr>
              <w:spacing w:after="0"/>
              <w:jc w:val="right"/>
            </w:pPr>
            <w:r>
              <w:rPr>
                <w:sz w:val="16"/>
              </w:rPr>
              <w:t>$115,962.72</w:t>
            </w:r>
          </w:p>
        </w:tc>
      </w:tr>
      <w:tr>
        <w:trPr>
          <w:cantSplit/>
        </w:trPr>
        <w:tc>
          <w:tcPr>
            <w:tcW w:type="dxa" w:w="1638"/>
          </w:tcPr>
          <w:p>
            <w:pPr>
              <w:spacing w:after="0"/>
              <w:jc w:val="left"/>
            </w:pPr>
            <w:r>
              <w:rPr>
                <w:sz w:val="16"/>
              </w:rPr>
              <w:t>DR-4232-VT</w:t>
            </w:r>
          </w:p>
        </w:tc>
        <w:tc>
          <w:tcPr>
            <w:tcW w:type="dxa" w:w="1638"/>
          </w:tcPr>
          <w:p>
            <w:pPr>
              <w:spacing w:after="0"/>
              <w:jc w:val="left"/>
            </w:pPr>
            <w:r>
              <w:rPr>
                <w:sz w:val="16"/>
              </w:rPr>
              <w:t>2015-07-29</w:t>
            </w:r>
          </w:p>
        </w:tc>
        <w:tc>
          <w:tcPr>
            <w:tcW w:type="dxa" w:w="3894"/>
          </w:tcPr>
          <w:p>
            <w:pPr>
              <w:spacing w:after="0"/>
              <w:jc w:val="left"/>
            </w:pPr>
            <w:r>
              <w:rPr>
                <w:sz w:val="16"/>
              </w:rPr>
              <w:t>Severe Storm and Flooding</w:t>
            </w:r>
          </w:p>
        </w:tc>
        <w:tc>
          <w:tcPr>
            <w:tcW w:type="dxa" w:w="4740"/>
          </w:tcPr>
          <w:p>
            <w:pPr>
              <w:spacing w:after="0"/>
              <w:jc w:val="left"/>
            </w:pPr>
            <w:r>
              <w:rPr>
                <w:sz w:val="16"/>
              </w:rPr>
              <w:t>BOLTON (TOWN OF)</w:t>
            </w:r>
          </w:p>
        </w:tc>
        <w:tc>
          <w:tcPr>
            <w:tcW w:type="dxa" w:w="2202"/>
          </w:tcPr>
          <w:p>
            <w:pPr>
              <w:spacing w:after="0"/>
              <w:jc w:val="right"/>
            </w:pPr>
            <w:r>
              <w:rPr>
                <w:sz w:val="16"/>
              </w:rPr>
              <w:t>$201,355.07</w:t>
            </w:r>
          </w:p>
        </w:tc>
      </w:tr>
      <w:tr>
        <w:trPr>
          <w:cantSplit/>
        </w:trPr>
        <w:tc>
          <w:tcPr>
            <w:tcW w:type="dxa" w:w="1638"/>
          </w:tcPr>
          <w:p>
            <w:pPr>
              <w:spacing w:after="0"/>
              <w:jc w:val="left"/>
            </w:pPr>
            <w:r>
              <w:rPr>
                <w:sz w:val="16"/>
              </w:rPr>
              <w:t>DR-4163-VT</w:t>
            </w:r>
          </w:p>
        </w:tc>
        <w:tc>
          <w:tcPr>
            <w:tcW w:type="dxa" w:w="1638"/>
          </w:tcPr>
          <w:p>
            <w:pPr>
              <w:spacing w:after="0"/>
              <w:jc w:val="left"/>
            </w:pPr>
            <w:r>
              <w:rPr>
                <w:sz w:val="16"/>
              </w:rPr>
              <w:t>2014-01-29</w:t>
            </w:r>
          </w:p>
        </w:tc>
        <w:tc>
          <w:tcPr>
            <w:tcW w:type="dxa" w:w="3894"/>
          </w:tcPr>
          <w:p>
            <w:pPr>
              <w:spacing w:after="0"/>
              <w:jc w:val="left"/>
            </w:pPr>
            <w:r>
              <w:rPr>
                <w:sz w:val="16"/>
              </w:rPr>
              <w:t>Severe Winter Storms</w:t>
            </w:r>
          </w:p>
        </w:tc>
        <w:tc>
          <w:tcPr>
            <w:tcW w:type="dxa" w:w="4740"/>
          </w:tcPr>
          <w:p>
            <w:pPr>
              <w:spacing w:after="0"/>
              <w:jc w:val="left"/>
            </w:pPr>
            <w:r>
              <w:rPr>
                <w:sz w:val="16"/>
              </w:rPr>
              <w:t>Vermont Agency of Transportation</w:t>
            </w:r>
          </w:p>
        </w:tc>
        <w:tc>
          <w:tcPr>
            <w:tcW w:type="dxa" w:w="2202"/>
          </w:tcPr>
          <w:p>
            <w:pPr>
              <w:spacing w:after="0"/>
              <w:jc w:val="right"/>
            </w:pPr>
            <w:r>
              <w:rPr>
                <w:sz w:val="16"/>
              </w:rPr>
              <w:t>$717,163.88</w:t>
            </w:r>
          </w:p>
        </w:tc>
      </w:tr>
      <w:tr>
        <w:trPr>
          <w:cantSplit/>
        </w:trPr>
        <w:tc>
          <w:tcPr>
            <w:tcW w:type="dxa" w:w="1638"/>
          </w:tcPr>
          <w:p>
            <w:pPr>
              <w:spacing w:after="0"/>
              <w:jc w:val="left"/>
            </w:pPr>
            <w:r>
              <w:rPr>
                <w:sz w:val="16"/>
              </w:rPr>
              <w:t>DR-4120-VT</w:t>
            </w:r>
          </w:p>
        </w:tc>
        <w:tc>
          <w:tcPr>
            <w:tcW w:type="dxa" w:w="1638"/>
          </w:tcPr>
          <w:p>
            <w:pPr>
              <w:spacing w:after="0"/>
              <w:jc w:val="left"/>
            </w:pPr>
            <w:r>
              <w:rPr>
                <w:sz w:val="16"/>
              </w:rPr>
              <w:t>2013-06-13</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$44,018.30</w:t>
            </w:r>
          </w:p>
        </w:tc>
      </w:tr>
      <w:tr>
        <w:trPr>
          <w:cantSplit/>
        </w:trPr>
        <w:tc>
          <w:tcPr>
            <w:tcW w:type="dxa" w:w="1638"/>
          </w:tcPr>
          <w:p>
            <w:pPr>
              <w:spacing w:after="0"/>
              <w:jc w:val="left"/>
            </w:pPr>
            <w:r>
              <w:rPr>
                <w:sz w:val="16"/>
              </w:rPr>
              <w:t>DR-4066-VT</w:t>
            </w:r>
          </w:p>
        </w:tc>
        <w:tc>
          <w:tcPr>
            <w:tcW w:type="dxa" w:w="1638"/>
          </w:tcPr>
          <w:p>
            <w:pPr>
              <w:spacing w:after="0"/>
              <w:jc w:val="left"/>
            </w:pPr>
            <w:r>
              <w:rPr>
                <w:sz w:val="16"/>
              </w:rPr>
              <w:t>2012-06-22</w:t>
            </w:r>
          </w:p>
        </w:tc>
        <w:tc>
          <w:tcPr>
            <w:tcW w:type="dxa" w:w="3894"/>
          </w:tcPr>
          <w:p>
            <w:pPr>
              <w:spacing w:after="0"/>
              <w:jc w:val="left"/>
            </w:pPr>
            <w:r>
              <w:rPr>
                <w:sz w:val="16"/>
              </w:rPr>
              <w:t>Severe Storm, Tornado,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$22,132.80</w:t>
            </w:r>
          </w:p>
        </w:tc>
      </w:tr>
      <w:tr>
        <w:trPr>
          <w:cantSplit/>
        </w:trPr>
        <w:tc>
          <w:tcPr>
            <w:tcW w:type="dxa" w:w="1638"/>
          </w:tcPr>
          <w:p>
            <w:pPr>
              <w:spacing w:after="0"/>
              <w:jc w:val="left"/>
            </w:pPr>
            <w:r>
              <w:rPr>
                <w:sz w:val="16"/>
              </w:rPr>
              <w:t>DR-1951-VT</w:t>
            </w:r>
          </w:p>
        </w:tc>
        <w:tc>
          <w:tcPr>
            <w:tcW w:type="dxa" w:w="1638"/>
          </w:tcPr>
          <w:p>
            <w:pPr>
              <w:spacing w:after="0"/>
              <w:jc w:val="left"/>
            </w:pPr>
            <w:r>
              <w:rPr>
                <w:sz w:val="16"/>
              </w:rPr>
              <w:t>2010-12-22</w:t>
            </w:r>
          </w:p>
        </w:tc>
        <w:tc>
          <w:tcPr>
            <w:tcW w:type="dxa" w:w="3894"/>
          </w:tcPr>
          <w:p>
            <w:pPr>
              <w:spacing w:after="0"/>
              <w:jc w:val="left"/>
            </w:pPr>
            <w:r>
              <w:rPr>
                <w:sz w:val="16"/>
              </w:rPr>
              <w:t>Severe Storm</w:t>
            </w:r>
          </w:p>
        </w:tc>
        <w:tc>
          <w:tcPr>
            <w:tcW w:type="dxa" w:w="4740"/>
          </w:tcPr>
          <w:p>
            <w:pPr>
              <w:spacing w:after="0"/>
              <w:jc w:val="left"/>
            </w:pPr>
            <w:r>
              <w:rPr>
                <w:sz w:val="16"/>
              </w:rPr>
              <w:t>Vermont Agency of Transportation</w:t>
            </w:r>
          </w:p>
        </w:tc>
        <w:tc>
          <w:tcPr>
            <w:tcW w:type="dxa" w:w="2202"/>
          </w:tcPr>
          <w:p>
            <w:pPr>
              <w:spacing w:after="0"/>
              <w:jc w:val="right"/>
            </w:pPr>
            <w:r>
              <w:rPr>
                <w:sz w:val="16"/>
              </w:rPr>
              <w:t>$28,204.83</w:t>
            </w:r>
          </w:p>
        </w:tc>
      </w:tr>
      <w:tr>
        <w:trPr>
          <w:cantSplit/>
        </w:trPr>
        <w:tc>
          <w:tcPr>
            <w:tcW w:type="dxa" w:w="1638"/>
          </w:tcPr>
          <w:p>
            <w:pPr>
              <w:spacing w:after="0"/>
              <w:jc w:val="left"/>
            </w:pPr>
            <w:r>
              <w:rPr>
                <w:sz w:val="16"/>
              </w:rPr>
              <w:t>DR-1816-VT</w:t>
            </w:r>
          </w:p>
        </w:tc>
        <w:tc>
          <w:tcPr>
            <w:tcW w:type="dxa" w:w="1638"/>
          </w:tcPr>
          <w:p>
            <w:pPr>
              <w:spacing w:after="0"/>
              <w:jc w:val="left"/>
            </w:pPr>
            <w:r>
              <w:rPr>
                <w:sz w:val="16"/>
              </w:rPr>
              <w:t>2009-01-14</w:t>
            </w:r>
          </w:p>
        </w:tc>
        <w:tc>
          <w:tcPr>
            <w:tcW w:type="dxa" w:w="3894"/>
          </w:tcPr>
          <w:p>
            <w:pPr>
              <w:spacing w:after="0"/>
              <w:jc w:val="left"/>
            </w:pPr>
            <w:r>
              <w:rPr>
                <w:sz w:val="16"/>
              </w:rPr>
              <w:t>Severe Winter Storm</w:t>
            </w:r>
          </w:p>
        </w:tc>
        <w:tc>
          <w:tcPr>
            <w:tcW w:type="dxa" w:w="4740"/>
          </w:tcPr>
          <w:p>
            <w:pPr>
              <w:spacing w:after="0"/>
              <w:jc w:val="left"/>
            </w:pPr>
            <w:r>
              <w:rPr>
                <w:sz w:val="16"/>
              </w:rPr>
              <w:t>Vermont Agency of Transportation</w:t>
            </w:r>
          </w:p>
        </w:tc>
        <w:tc>
          <w:tcPr>
            <w:tcW w:type="dxa" w:w="2202"/>
          </w:tcPr>
          <w:p>
            <w:pPr>
              <w:spacing w:after="0"/>
              <w:jc w:val="right"/>
            </w:pPr>
            <w:r>
              <w:rPr>
                <w:sz w:val="16"/>
              </w:rPr>
              <w:t>$34,846.03</w:t>
            </w:r>
          </w:p>
        </w:tc>
      </w:tr>
      <w:tr>
        <w:trPr>
          <w:cantSplit/>
        </w:trPr>
        <w:tc>
          <w:tcPr>
            <w:tcW w:type="dxa" w:w="1638"/>
          </w:tcPr>
          <w:p>
            <w:pPr>
              <w:spacing w:after="0"/>
              <w:jc w:val="left"/>
            </w:pPr>
            <w:r>
              <w:rPr>
                <w:sz w:val="16"/>
              </w:rPr>
              <w:t>DR-1784-VT</w:t>
            </w:r>
          </w:p>
        </w:tc>
        <w:tc>
          <w:tcPr>
            <w:tcW w:type="dxa" w:w="1638"/>
          </w:tcPr>
          <w:p>
            <w:pPr>
              <w:spacing w:after="0"/>
              <w:jc w:val="left"/>
            </w:pPr>
            <w:r>
              <w:rPr>
                <w:sz w:val="16"/>
              </w:rPr>
              <w:t>2008-08-15</w:t>
            </w:r>
          </w:p>
        </w:tc>
        <w:tc>
          <w:tcPr>
            <w:tcW w:type="dxa" w:w="3894"/>
          </w:tcPr>
          <w:p>
            <w:pPr>
              <w:spacing w:after="0"/>
              <w:jc w:val="left"/>
            </w:pPr>
            <w:r>
              <w:rPr>
                <w:sz w:val="16"/>
              </w:rPr>
              <w:t>Severe Storms, a Tornado,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$14,170.83</w:t>
            </w:r>
          </w:p>
        </w:tc>
      </w:tr>
      <w:tr>
        <w:trPr>
          <w:cantSplit/>
        </w:trPr>
        <w:tc>
          <w:tcPr>
            <w:tcW w:type="dxa" w:w="1638"/>
          </w:tcPr>
          <w:p>
            <w:pPr>
              <w:spacing w:after="0"/>
              <w:jc w:val="left"/>
            </w:pPr>
            <w:r>
              <w:rPr>
                <w:sz w:val="16"/>
              </w:rPr>
              <w:t>DR-1778-VT</w:t>
            </w:r>
          </w:p>
        </w:tc>
        <w:tc>
          <w:tcPr>
            <w:tcW w:type="dxa" w:w="1638"/>
          </w:tcPr>
          <w:p>
            <w:pPr>
              <w:spacing w:after="0"/>
              <w:jc w:val="left"/>
            </w:pPr>
            <w:r>
              <w:rPr>
                <w:sz w:val="16"/>
              </w:rPr>
              <w:t>2008-07-15</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$5,924.02</w:t>
            </w:r>
          </w:p>
        </w:tc>
      </w:tr>
      <w:tr>
        <w:trPr>
          <w:cantSplit/>
        </w:trPr>
        <w:tc>
          <w:tcPr>
            <w:tcW w:type="dxa" w:w="1638"/>
          </w:tcPr>
          <w:p>
            <w:pPr>
              <w:spacing w:after="0"/>
              <w:jc w:val="left"/>
            </w:pPr>
            <w:r>
              <w:rPr>
                <w:sz w:val="16"/>
              </w:rPr>
              <w:t>DR-1698-VT</w:t>
            </w:r>
          </w:p>
        </w:tc>
        <w:tc>
          <w:tcPr>
            <w:tcW w:type="dxa" w:w="1638"/>
          </w:tcPr>
          <w:p>
            <w:pPr>
              <w:spacing w:after="0"/>
              <w:jc w:val="left"/>
            </w:pPr>
            <w:r>
              <w:rPr>
                <w:sz w:val="16"/>
              </w:rPr>
              <w:t>2007-05-04</w:t>
            </w:r>
          </w:p>
        </w:tc>
        <w:tc>
          <w:tcPr>
            <w:tcW w:type="dxa" w:w="3894"/>
          </w:tcPr>
          <w:p>
            <w:pPr>
              <w:spacing w:after="0"/>
              <w:jc w:val="left"/>
            </w:pPr>
            <w:r>
              <w:rPr>
                <w:sz w:val="16"/>
              </w:rPr>
              <w:t>Severe Storms and Flooding</w:t>
            </w:r>
          </w:p>
        </w:tc>
        <w:tc>
          <w:tcPr>
            <w:tcW w:type="dxa" w:w="4740"/>
          </w:tcPr>
          <w:p>
            <w:pPr>
              <w:spacing w:after="0"/>
              <w:jc w:val="left"/>
            </w:pPr>
            <w:r>
              <w:rPr>
                <w:sz w:val="16"/>
              </w:rPr>
              <w:t>WASHINGTON ELECTRIC COOPERATIVE</w:t>
            </w:r>
          </w:p>
        </w:tc>
        <w:tc>
          <w:tcPr>
            <w:tcW w:type="dxa" w:w="2202"/>
          </w:tcPr>
          <w:p>
            <w:pPr>
              <w:spacing w:after="0"/>
              <w:jc w:val="right"/>
            </w:pPr>
            <w:r>
              <w:rPr>
                <w:sz w:val="16"/>
              </w:rPr>
              <w:t>$78,936.49</w:t>
            </w:r>
          </w:p>
        </w:tc>
      </w:tr>
      <w:tr>
        <w:trPr>
          <w:cantSplit/>
        </w:trPr>
        <w:tc>
          <w:tcPr>
            <w:tcW w:type="dxa" w:w="1638"/>
          </w:tcPr>
          <w:p>
            <w:pPr>
              <w:spacing w:after="0"/>
              <w:jc w:val="left"/>
            </w:pPr>
            <w:r>
              <w:rPr>
                <w:sz w:val="16"/>
              </w:rPr>
              <w:t>DR-1698-VT</w:t>
            </w:r>
          </w:p>
        </w:tc>
        <w:tc>
          <w:tcPr>
            <w:tcW w:type="dxa" w:w="1638"/>
          </w:tcPr>
          <w:p>
            <w:pPr>
              <w:spacing w:after="0"/>
              <w:jc w:val="left"/>
            </w:pPr>
            <w:r>
              <w:rPr>
                <w:sz w:val="16"/>
              </w:rPr>
              <w:t>2007-05-04</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-$4,117.42 (net of deobligations)</w:t>
            </w:r>
          </w:p>
        </w:tc>
      </w:tr>
      <w:tr>
        <w:trPr>
          <w:cantSplit/>
        </w:trPr>
        <w:tc>
          <w:tcPr>
            <w:tcW w:type="dxa" w:w="1638"/>
          </w:tcPr>
          <w:p>
            <w:pPr>
              <w:spacing w:after="0"/>
              <w:jc w:val="left"/>
            </w:pPr>
            <w:r>
              <w:rPr>
                <w:sz w:val="16"/>
              </w:rPr>
              <w:t>DR-1559-VT</w:t>
            </w:r>
          </w:p>
        </w:tc>
        <w:tc>
          <w:tcPr>
            <w:tcW w:type="dxa" w:w="1638"/>
          </w:tcPr>
          <w:p>
            <w:pPr>
              <w:spacing w:after="0"/>
              <w:jc w:val="left"/>
            </w:pPr>
            <w:r>
              <w:rPr>
                <w:sz w:val="16"/>
              </w:rPr>
              <w:t>2004-09-23</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-$8,785.87 (net of deobligations)</w:t>
            </w:r>
          </w:p>
        </w:tc>
      </w:tr>
      <w:tr>
        <w:trPr>
          <w:cantSplit/>
        </w:trPr>
        <w:tc>
          <w:tcPr>
            <w:tcW w:type="dxa" w:w="1638"/>
          </w:tcPr>
          <w:p>
            <w:pPr>
              <w:spacing w:after="0"/>
              <w:jc w:val="left"/>
            </w:pPr>
            <w:r>
              <w:rPr>
                <w:sz w:val="16"/>
              </w:rPr>
              <w:t>DR-1488-VT</w:t>
            </w:r>
          </w:p>
        </w:tc>
        <w:tc>
          <w:tcPr>
            <w:tcW w:type="dxa" w:w="1638"/>
          </w:tcPr>
          <w:p>
            <w:pPr>
              <w:spacing w:after="0"/>
              <w:jc w:val="left"/>
            </w:pPr>
            <w:r>
              <w:rPr>
                <w:sz w:val="16"/>
              </w:rPr>
              <w:t>2003-09-12</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-$3,807.77 (net of deobligations)</w:t>
            </w:r>
          </w:p>
        </w:tc>
      </w:tr>
      <w:tr>
        <w:trPr>
          <w:cantSplit/>
        </w:trPr>
        <w:tc>
          <w:tcPr>
            <w:tcW w:type="dxa" w:w="1638"/>
          </w:tcPr>
          <w:p>
            <w:pPr>
              <w:spacing w:after="0"/>
              <w:jc w:val="left"/>
            </w:pPr>
            <w:r>
              <w:rPr>
                <w:sz w:val="16"/>
              </w:rPr>
              <w:t>DR-1428-VT</w:t>
            </w:r>
          </w:p>
        </w:tc>
        <w:tc>
          <w:tcPr>
            <w:tcW w:type="dxa" w:w="1638"/>
          </w:tcPr>
          <w:p>
            <w:pPr>
              <w:spacing w:after="0"/>
              <w:jc w:val="left"/>
            </w:pPr>
            <w:r>
              <w:rPr>
                <w:sz w:val="16"/>
              </w:rPr>
              <w:t>2002-07-12</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$15,114.34</w:t>
            </w:r>
          </w:p>
        </w:tc>
      </w:tr>
      <w:tr>
        <w:trPr>
          <w:cantSplit/>
        </w:trPr>
        <w:tc>
          <w:tcPr>
            <w:tcW w:type="dxa" w:w="1638"/>
          </w:tcPr>
          <w:p>
            <w:pPr>
              <w:spacing w:after="0"/>
              <w:jc w:val="left"/>
            </w:pPr>
            <w:r>
              <w:rPr>
                <w:sz w:val="16"/>
              </w:rPr>
              <w:t>EM-3167-VT</w:t>
            </w:r>
          </w:p>
        </w:tc>
        <w:tc>
          <w:tcPr>
            <w:tcW w:type="dxa" w:w="1638"/>
          </w:tcPr>
          <w:p>
            <w:pPr>
              <w:spacing w:after="0"/>
              <w:jc w:val="left"/>
            </w:pPr>
            <w:r>
              <w:rPr>
                <w:sz w:val="16"/>
              </w:rPr>
              <w:t>2001-04-10</w:t>
            </w:r>
          </w:p>
        </w:tc>
        <w:tc>
          <w:tcPr>
            <w:tcW w:type="dxa" w:w="3894"/>
          </w:tcPr>
          <w:p>
            <w:pPr>
              <w:spacing w:after="0"/>
              <w:jc w:val="left"/>
            </w:pPr>
            <w:r>
              <w:rPr>
                <w:sz w:val="16"/>
              </w:rPr>
              <w:t>Snow</w:t>
            </w:r>
          </w:p>
        </w:tc>
        <w:tc>
          <w:tcPr>
            <w:tcW w:type="dxa" w:w="4740"/>
          </w:tcPr>
          <w:p>
            <w:pPr>
              <w:spacing w:after="0"/>
              <w:jc w:val="left"/>
            </w:pPr>
            <w:r>
              <w:rPr>
                <w:sz w:val="16"/>
              </w:rPr>
              <w:t>Vermont Agency of Transportation</w:t>
            </w:r>
          </w:p>
        </w:tc>
        <w:tc>
          <w:tcPr>
            <w:tcW w:type="dxa" w:w="2202"/>
          </w:tcPr>
          <w:p>
            <w:pPr>
              <w:spacing w:after="0"/>
              <w:jc w:val="right"/>
            </w:pPr>
            <w:r>
              <w:rPr>
                <w:sz w:val="16"/>
              </w:rPr>
              <w:t>$328,114.37</w:t>
            </w:r>
          </w:p>
        </w:tc>
      </w:tr>
      <w:tr>
        <w:trPr>
          <w:cantSplit/>
        </w:trPr>
        <w:tc>
          <w:tcPr>
            <w:tcW w:type="dxa" w:w="1638"/>
          </w:tcPr>
          <w:p>
            <w:pPr>
              <w:spacing w:after="0"/>
              <w:jc w:val="left"/>
            </w:pPr>
            <w:r>
              <w:rPr>
                <w:sz w:val="16"/>
              </w:rPr>
              <w:t>DR-1358-VT</w:t>
            </w:r>
          </w:p>
        </w:tc>
        <w:tc>
          <w:tcPr>
            <w:tcW w:type="dxa" w:w="1638"/>
          </w:tcPr>
          <w:p>
            <w:pPr>
              <w:spacing w:after="0"/>
              <w:jc w:val="left"/>
            </w:pPr>
            <w:r>
              <w:rPr>
                <w:sz w:val="16"/>
              </w:rPr>
              <w:t>2001-01-18</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$28,452.60</w:t>
            </w:r>
          </w:p>
        </w:tc>
      </w:tr>
      <w:tr>
        <w:trPr>
          <w:cantSplit/>
        </w:trPr>
        <w:tc>
          <w:tcPr>
            <w:tcW w:type="dxa" w:w="1638"/>
          </w:tcPr>
          <w:p>
            <w:pPr>
              <w:spacing w:after="0"/>
              <w:jc w:val="left"/>
            </w:pPr>
            <w:r>
              <w:rPr>
                <w:sz w:val="16"/>
              </w:rPr>
              <w:t>DR-1336-VT</w:t>
            </w:r>
          </w:p>
        </w:tc>
        <w:tc>
          <w:tcPr>
            <w:tcW w:type="dxa" w:w="1638"/>
          </w:tcPr>
          <w:p>
            <w:pPr>
              <w:spacing w:after="0"/>
              <w:jc w:val="left"/>
            </w:pPr>
            <w:r>
              <w:rPr>
                <w:sz w:val="16"/>
              </w:rPr>
              <w:t>2000-07-27</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$19,513.56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13</w:t>
            </w:r>
          </w:p>
        </w:tc>
        <w:tc>
          <w:tcPr>
            <w:tcW w:type="dxa" w:w="1692"/>
          </w:tcPr>
          <w:p>
            <w:pPr>
              <w:spacing w:after="0"/>
              <w:jc w:val="right"/>
            </w:pPr>
            <w:r>
              <w:rPr>
                <w:sz w:val="16"/>
              </w:rPr>
              <w:t>25</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229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27</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16 High Wind and 34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r>
              <w:rPr>
                <w:sz w:val="16"/>
              </w:rPr>
              <w:t>No recorded events, 1950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45</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81"/>
        <w:gridCol w:w="3545"/>
        <w:gridCol w:w="947"/>
        <w:gridCol w:w="2802"/>
        <w:gridCol w:w="716"/>
        <w:gridCol w:w="276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81"/>
            <w:shd w:val="clear" w:color="auto" w:fill="E8E8E8"/>
          </w:tcPr>
          <w:p>
            <w:pPr>
              <w:spacing w:after="0"/>
              <w:jc w:val="left"/>
            </w:pPr>
            <w:r>
              <w:rPr>
                <w:b/>
                <w:sz w:val="16"/>
              </w:rPr>
              <w:t>Magnitude or extent</w:t>
            </w:r>
          </w:p>
        </w:tc>
        <w:tc>
          <w:tcPr>
            <w:tcW w:type="dxa" w:w="3545"/>
            <w:shd w:val="clear" w:color="auto" w:fill="E8E8E8"/>
          </w:tcPr>
          <w:p>
            <w:pPr>
              <w:spacing w:after="0"/>
              <w:jc w:val="left"/>
            </w:pPr>
            <w:r>
              <w:rPr>
                <w:b/>
                <w:sz w:val="16"/>
              </w:rPr>
              <w:t>Damage</w:t>
            </w:r>
          </w:p>
          <w:p>
            <w:pPr>
              <w:spacing w:after="0"/>
              <w:jc w:val="left"/>
            </w:pPr>
            <w:r>
              <w:rPr>
                <w:i/>
                <w:color w:val="555555"/>
                <w:sz w:val="14"/>
              </w:rPr>
              <w:t>nominal dollars</w:t>
            </w:r>
          </w:p>
        </w:tc>
        <w:tc>
          <w:tcPr>
            <w:tcW w:type="dxa" w:w="94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02"/>
            <w:shd w:val="clear" w:color="auto" w:fill="E8E8E8"/>
          </w:tcPr>
          <w:p>
            <w:pPr>
              <w:spacing w:after="0"/>
              <w:jc w:val="left"/>
            </w:pPr>
            <w:r>
              <w:rPr>
                <w:b/>
                <w:sz w:val="16"/>
              </w:rPr>
              <w:t>Location</w:t>
            </w:r>
          </w:p>
        </w:tc>
        <w:tc>
          <w:tcPr>
            <w:tcW w:type="dxa" w:w="716"/>
            <w:shd w:val="clear" w:color="auto" w:fill="E8E8E8"/>
          </w:tcPr>
          <w:p>
            <w:pPr>
              <w:spacing w:after="0"/>
              <w:jc w:val="left"/>
            </w:pPr>
            <w:r>
              <w:rPr>
                <w:b/>
                <w:sz w:val="16"/>
              </w:rPr>
              <w:t>Flags</w:t>
            </w:r>
          </w:p>
        </w:tc>
        <w:tc>
          <w:tcPr>
            <w:tcW w:type="dxa" w:w="276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2023-07-11</w:t>
            </w:r>
          </w:p>
        </w:tc>
        <w:tc>
          <w:tcPr>
            <w:tcW w:type="dxa" w:w="1215"/>
          </w:tcPr>
          <w:p>
            <w:pPr>
              <w:spacing w:after="0"/>
              <w:jc w:val="left"/>
            </w:pPr>
            <w:r>
              <w:rPr>
                <w:sz w:val="16"/>
              </w:rPr>
              <w:t>Flash Flood</w:t>
            </w:r>
          </w:p>
        </w:tc>
        <w:tc>
          <w:tcPr>
            <w:tcW w:type="dxa" w:w="1081"/>
          </w:tcPr>
          <w:p>
            <w:pPr>
              <w:spacing w:after="0"/>
              <w:jc w:val="left"/>
            </w:pPr>
          </w:p>
        </w:tc>
        <w:tc>
          <w:tcPr>
            <w:tcW w:type="dxa" w:w="3545"/>
          </w:tcPr>
          <w:p>
            <w:pPr>
              <w:spacing w:after="0"/>
              <w:jc w:val="left"/>
            </w:pPr>
            <w:r>
              <w:rPr>
                <w:sz w:val="16"/>
              </w:rPr>
              <w:t>$100,000,000 property; $0 crops (2023 dollars)</w:t>
            </w:r>
          </w:p>
        </w:tc>
        <w:tc>
          <w:tcPr>
            <w:tcW w:type="dxa" w:w="947"/>
          </w:tcPr>
          <w:p>
            <w:pPr>
              <w:spacing w:after="0"/>
              <w:jc w:val="right"/>
            </w:pPr>
            <w:r>
              <w:rPr>
                <w:sz w:val="16"/>
              </w:rPr>
              <w:t>1, 0</w:t>
            </w:r>
          </w:p>
        </w:tc>
        <w:tc>
          <w:tcPr>
            <w:tcW w:type="dxa" w:w="2802"/>
          </w:tcPr>
          <w:p>
            <w:pPr>
              <w:spacing w:after="0"/>
              <w:jc w:val="left"/>
            </w:pPr>
            <w:r>
              <w:rPr>
                <w:sz w:val="16"/>
              </w:rPr>
              <w:t>MONTPELIER JCT to SOUTH BARRE</w:t>
            </w:r>
          </w:p>
        </w:tc>
        <w:tc>
          <w:tcPr>
            <w:tcW w:type="dxa" w:w="716"/>
          </w:tcPr>
          <w:p>
            <w:pPr>
              <w:spacing w:after="0"/>
              <w:jc w:val="left"/>
            </w:pPr>
            <w:r>
              <w:rPr>
                <w:sz w:val="16"/>
              </w:rPr>
              <w:t>within last 5 years</w:t>
            </w:r>
          </w:p>
        </w:tc>
        <w:tc>
          <w:tcPr>
            <w:tcW w:type="dxa" w:w="2769"/>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081"/>
          </w:tcPr>
          <w:p>
            <w:pPr>
              <w:spacing w:after="0"/>
              <w:jc w:val="left"/>
            </w:pPr>
          </w:p>
        </w:tc>
        <w:tc>
          <w:tcPr>
            <w:tcW w:type="dxa" w:w="3545"/>
          </w:tcPr>
          <w:p>
            <w:pPr>
              <w:spacing w:after="0"/>
              <w:jc w:val="left"/>
            </w:pPr>
            <w:r>
              <w:rPr>
                <w:sz w:val="16"/>
              </w:rPr>
              <w:t>$0 property; $300,000 crops (zone total, 2023 dollars)</w:t>
            </w:r>
          </w:p>
        </w:tc>
        <w:tc>
          <w:tcPr>
            <w:tcW w:type="dxa" w:w="947"/>
          </w:tcPr>
          <w:p>
            <w:pPr>
              <w:spacing w:after="0"/>
              <w:jc w:val="right"/>
            </w:pPr>
            <w:r>
              <w:rPr>
                <w:sz w:val="16"/>
              </w:rPr>
              <w:t>0, 0</w:t>
            </w:r>
          </w:p>
        </w:tc>
        <w:tc>
          <w:tcPr>
            <w:tcW w:type="dxa" w:w="2802"/>
          </w:tcPr>
          <w:p>
            <w:pPr>
              <w:spacing w:after="0"/>
              <w:jc w:val="left"/>
            </w:pPr>
            <w:r>
              <w:rPr>
                <w:sz w:val="16"/>
              </w:rPr>
              <w:t>NWS zone VTZ008 (WASHINGTON), zone-level</w:t>
            </w:r>
          </w:p>
        </w:tc>
        <w:tc>
          <w:tcPr>
            <w:tcW w:type="dxa" w:w="716"/>
          </w:tcPr>
          <w:p>
            <w:pPr>
              <w:spacing w:after="0"/>
              <w:jc w:val="left"/>
            </w:pPr>
            <w:r>
              <w:rPr>
                <w:sz w:val="16"/>
              </w:rPr>
              <w:t>within last 5 years</w:t>
            </w:r>
          </w:p>
        </w:tc>
        <w:tc>
          <w:tcPr>
            <w:tcW w:type="dxa" w:w="2769"/>
          </w:tcPr>
          <w:p>
            <w:pPr>
              <w:spacing w:after="0"/>
              <w:jc w:val="left"/>
            </w:pPr>
            <w:r>
              <w:rPr>
                <w:sz w:val="16"/>
              </w:rPr>
              <w:t>B1-c worst recorded: Frost/Freeze</w:t>
            </w:r>
          </w:p>
        </w:tc>
      </w:tr>
      <w:tr>
        <w:trPr>
          <w:cantSplit/>
        </w:trPr>
        <w:tc>
          <w:tcPr>
            <w:tcW w:type="dxa" w:w="1037"/>
          </w:tcPr>
          <w:p>
            <w:pPr>
              <w:spacing w:after="0"/>
              <w:jc w:val="left"/>
            </w:pPr>
            <w:r>
              <w:rPr>
                <w:sz w:val="16"/>
              </w:rPr>
              <w:t>2022-12-23</w:t>
            </w:r>
          </w:p>
        </w:tc>
        <w:tc>
          <w:tcPr>
            <w:tcW w:type="dxa" w:w="1215"/>
          </w:tcPr>
          <w:p>
            <w:pPr>
              <w:spacing w:after="0"/>
              <w:jc w:val="left"/>
            </w:pPr>
            <w:r>
              <w:rPr>
                <w:sz w:val="16"/>
              </w:rPr>
              <w:t>High Wind</w:t>
            </w:r>
          </w:p>
        </w:tc>
        <w:tc>
          <w:tcPr>
            <w:tcW w:type="dxa" w:w="1081"/>
          </w:tcPr>
          <w:p>
            <w:pPr>
              <w:spacing w:after="0"/>
              <w:jc w:val="left"/>
            </w:pPr>
            <w:r>
              <w:rPr>
                <w:sz w:val="16"/>
              </w:rPr>
              <w:t>52 kt (60 mph) estimated gust</w:t>
            </w:r>
          </w:p>
        </w:tc>
        <w:tc>
          <w:tcPr>
            <w:tcW w:type="dxa" w:w="3545"/>
          </w:tcPr>
          <w:p>
            <w:pPr>
              <w:spacing w:after="0"/>
              <w:jc w:val="left"/>
            </w:pPr>
            <w:r>
              <w:rPr>
                <w:sz w:val="16"/>
              </w:rPr>
              <w:t>$450,000 property; $0 crops (zone total, 2022 dollars)</w:t>
            </w:r>
          </w:p>
        </w:tc>
        <w:tc>
          <w:tcPr>
            <w:tcW w:type="dxa" w:w="947"/>
          </w:tcPr>
          <w:p>
            <w:pPr>
              <w:spacing w:after="0"/>
              <w:jc w:val="right"/>
            </w:pPr>
            <w:r>
              <w:rPr>
                <w:sz w:val="16"/>
              </w:rPr>
              <w:t>0, 0</w:t>
            </w:r>
          </w:p>
        </w:tc>
        <w:tc>
          <w:tcPr>
            <w:tcW w:type="dxa" w:w="2802"/>
          </w:tcPr>
          <w:p>
            <w:pPr>
              <w:spacing w:after="0"/>
              <w:jc w:val="left"/>
            </w:pPr>
            <w:r>
              <w:rPr>
                <w:sz w:val="16"/>
              </w:rPr>
              <w:t>NWS zone VTZ008 (WASHINGTON), zone-level</w:t>
            </w:r>
          </w:p>
        </w:tc>
        <w:tc>
          <w:tcPr>
            <w:tcW w:type="dxa" w:w="716"/>
          </w:tcPr>
          <w:p>
            <w:pPr>
              <w:spacing w:after="0"/>
              <w:jc w:val="left"/>
            </w:pPr>
            <w:r>
              <w:rPr>
                <w:sz w:val="16"/>
              </w:rPr>
              <w:t>within last 5 years</w:t>
            </w:r>
          </w:p>
        </w:tc>
        <w:tc>
          <w:tcPr>
            <w:tcW w:type="dxa" w:w="2769"/>
          </w:tcPr>
          <w:p>
            <w:pPr>
              <w:spacing w:after="0"/>
              <w:jc w:val="left"/>
            </w:pPr>
            <w:r>
              <w:rPr>
                <w:sz w:val="16"/>
              </w:rPr>
              <w:t>B1-c worst recorded: High Wind and Strong Wind</w:t>
            </w:r>
          </w:p>
        </w:tc>
      </w:tr>
      <w:tr>
        <w:trPr>
          <w:cantSplit/>
        </w:trPr>
        <w:tc>
          <w:tcPr>
            <w:tcW w:type="dxa" w:w="1037"/>
          </w:tcPr>
          <w:p>
            <w:pPr>
              <w:spacing w:after="0"/>
              <w:jc w:val="left"/>
            </w:pPr>
            <w:r>
              <w:rPr>
                <w:sz w:val="16"/>
              </w:rPr>
              <w:t>2018-07-01</w:t>
            </w:r>
          </w:p>
        </w:tc>
        <w:tc>
          <w:tcPr>
            <w:tcW w:type="dxa" w:w="1215"/>
          </w:tcPr>
          <w:p>
            <w:pPr>
              <w:spacing w:after="0"/>
              <w:jc w:val="left"/>
            </w:pPr>
            <w:r>
              <w:rPr>
                <w:sz w:val="16"/>
              </w:rPr>
              <w:t>Heat</w:t>
            </w:r>
          </w:p>
        </w:tc>
        <w:tc>
          <w:tcPr>
            <w:tcW w:type="dxa" w:w="1081"/>
          </w:tcPr>
          <w:p>
            <w:pPr>
              <w:spacing w:after="0"/>
              <w:jc w:val="left"/>
            </w:pPr>
          </w:p>
        </w:tc>
        <w:tc>
          <w:tcPr>
            <w:tcW w:type="dxa" w:w="3545"/>
          </w:tcPr>
          <w:p>
            <w:pPr>
              <w:spacing w:after="0"/>
              <w:jc w:val="left"/>
            </w:pPr>
            <w:r>
              <w:rPr>
                <w:sz w:val="16"/>
              </w:rPr>
              <w:t>$0 property; $0 crops (zone total, 2018 dollars)</w:t>
            </w:r>
          </w:p>
        </w:tc>
        <w:tc>
          <w:tcPr>
            <w:tcW w:type="dxa" w:w="947"/>
          </w:tcPr>
          <w:p>
            <w:pPr>
              <w:spacing w:after="0"/>
              <w:jc w:val="right"/>
            </w:pPr>
            <w:r>
              <w:rPr>
                <w:sz w:val="16"/>
              </w:rPr>
              <w:t>1, 0</w:t>
            </w:r>
          </w:p>
        </w:tc>
        <w:tc>
          <w:tcPr>
            <w:tcW w:type="dxa" w:w="2802"/>
          </w:tcPr>
          <w:p>
            <w:pPr>
              <w:spacing w:after="0"/>
              <w:jc w:val="left"/>
            </w:pPr>
            <w:r>
              <w:rPr>
                <w:sz w:val="16"/>
              </w:rPr>
              <w:t>NWS zone VTZ008 (WASHINGTON), zone-level</w:t>
            </w:r>
          </w:p>
        </w:tc>
        <w:tc>
          <w:tcPr>
            <w:tcW w:type="dxa" w:w="716"/>
          </w:tcPr>
          <w:p>
            <w:pPr>
              <w:spacing w:after="0"/>
              <w:jc w:val="left"/>
            </w:pPr>
          </w:p>
        </w:tc>
        <w:tc>
          <w:tcPr>
            <w:tcW w:type="dxa" w:w="2769"/>
          </w:tcPr>
          <w:p>
            <w:pPr>
              <w:spacing w:after="0"/>
              <w:jc w:val="left"/>
            </w:pPr>
            <w:r>
              <w:rPr>
                <w:sz w:val="16"/>
              </w:rPr>
              <w:t>deaths or injuries recorded</w:t>
            </w:r>
          </w:p>
        </w:tc>
      </w:tr>
      <w:tr>
        <w:trPr>
          <w:cantSplit/>
        </w:trPr>
        <w:tc>
          <w:tcPr>
            <w:tcW w:type="dxa" w:w="1037"/>
          </w:tcPr>
          <w:p>
            <w:pPr>
              <w:spacing w:after="0"/>
              <w:jc w:val="left"/>
            </w:pPr>
            <w:r>
              <w:rPr>
                <w:sz w:val="16"/>
              </w:rPr>
              <w:t>2018-06-18</w:t>
            </w:r>
          </w:p>
        </w:tc>
        <w:tc>
          <w:tcPr>
            <w:tcW w:type="dxa" w:w="1215"/>
          </w:tcPr>
          <w:p>
            <w:pPr>
              <w:spacing w:after="0"/>
              <w:jc w:val="left"/>
            </w:pPr>
            <w:r>
              <w:rPr>
                <w:sz w:val="16"/>
              </w:rPr>
              <w:t>Thunderstorm Wind</w:t>
            </w:r>
          </w:p>
        </w:tc>
        <w:tc>
          <w:tcPr>
            <w:tcW w:type="dxa" w:w="1081"/>
          </w:tcPr>
          <w:p>
            <w:pPr>
              <w:spacing w:after="0"/>
              <w:jc w:val="left"/>
            </w:pPr>
            <w:r>
              <w:rPr>
                <w:sz w:val="16"/>
              </w:rPr>
              <w:t>70 kt (81 mph) estimated gust</w:t>
            </w:r>
          </w:p>
        </w:tc>
        <w:tc>
          <w:tcPr>
            <w:tcW w:type="dxa" w:w="3545"/>
          </w:tcPr>
          <w:p>
            <w:pPr>
              <w:spacing w:after="0"/>
              <w:jc w:val="left"/>
            </w:pPr>
            <w:r>
              <w:rPr>
                <w:sz w:val="16"/>
              </w:rPr>
              <w:t>$100,000 property; $0 crops (2018 dollars)</w:t>
            </w:r>
          </w:p>
        </w:tc>
        <w:tc>
          <w:tcPr>
            <w:tcW w:type="dxa" w:w="947"/>
          </w:tcPr>
          <w:p>
            <w:pPr>
              <w:spacing w:after="0"/>
              <w:jc w:val="right"/>
            </w:pPr>
            <w:r>
              <w:rPr>
                <w:sz w:val="16"/>
              </w:rPr>
              <w:t>0, 0</w:t>
            </w:r>
          </w:p>
        </w:tc>
        <w:tc>
          <w:tcPr>
            <w:tcW w:type="dxa" w:w="2802"/>
          </w:tcPr>
          <w:p>
            <w:pPr>
              <w:spacing w:after="0"/>
              <w:jc w:val="left"/>
            </w:pPr>
            <w:r>
              <w:rPr>
                <w:sz w:val="16"/>
              </w:rPr>
              <w:t>WAITSFIELD</w:t>
            </w:r>
          </w:p>
        </w:tc>
        <w:tc>
          <w:tcPr>
            <w:tcW w:type="dxa" w:w="716"/>
          </w:tcPr>
          <w:p>
            <w:pPr>
              <w:spacing w:after="0"/>
              <w:jc w:val="left"/>
            </w:pPr>
          </w:p>
        </w:tc>
        <w:tc>
          <w:tcPr>
            <w:tcW w:type="dxa" w:w="2769"/>
          </w:tcPr>
          <w:p>
            <w:pPr>
              <w:spacing w:after="0"/>
              <w:jc w:val="left"/>
            </w:pPr>
            <w:r>
              <w:rPr>
                <w:sz w:val="16"/>
              </w:rPr>
              <w:t>B1-c most damaging: Thunderstorm Wind</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081"/>
          </w:tcPr>
          <w:p>
            <w:pPr>
              <w:spacing w:after="0"/>
              <w:jc w:val="left"/>
            </w:pPr>
          </w:p>
        </w:tc>
        <w:tc>
          <w:tcPr>
            <w:tcW w:type="dxa" w:w="3545"/>
          </w:tcPr>
          <w:p>
            <w:pPr>
              <w:spacing w:after="0"/>
              <w:jc w:val="left"/>
            </w:pPr>
            <w:r>
              <w:rPr>
                <w:sz w:val="16"/>
              </w:rPr>
              <w:t>$0 property; $0 crops (zone total, 2015 dollars)</w:t>
            </w:r>
          </w:p>
        </w:tc>
        <w:tc>
          <w:tcPr>
            <w:tcW w:type="dxa" w:w="947"/>
          </w:tcPr>
          <w:p>
            <w:pPr>
              <w:spacing w:after="0"/>
              <w:jc w:val="right"/>
            </w:pPr>
            <w:r>
              <w:rPr>
                <w:sz w:val="16"/>
              </w:rPr>
              <w:t>0, 0</w:t>
            </w:r>
          </w:p>
        </w:tc>
        <w:tc>
          <w:tcPr>
            <w:tcW w:type="dxa" w:w="2802"/>
          </w:tcPr>
          <w:p>
            <w:pPr>
              <w:spacing w:after="0"/>
              <w:jc w:val="left"/>
            </w:pPr>
            <w:r>
              <w:rPr>
                <w:sz w:val="16"/>
              </w:rPr>
              <w:t>NWS zone VTZ008 (WASHINGTON), zone-level</w:t>
            </w:r>
          </w:p>
        </w:tc>
        <w:tc>
          <w:tcPr>
            <w:tcW w:type="dxa" w:w="716"/>
          </w:tcPr>
          <w:p>
            <w:pPr>
              <w:spacing w:after="0"/>
              <w:jc w:val="left"/>
            </w:pPr>
          </w:p>
        </w:tc>
        <w:tc>
          <w:tcPr>
            <w:tcW w:type="dxa" w:w="276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2012-05-29</w:t>
            </w:r>
          </w:p>
        </w:tc>
        <w:tc>
          <w:tcPr>
            <w:tcW w:type="dxa" w:w="1215"/>
          </w:tcPr>
          <w:p>
            <w:pPr>
              <w:spacing w:after="0"/>
              <w:jc w:val="left"/>
            </w:pPr>
            <w:r>
              <w:rPr>
                <w:sz w:val="16"/>
              </w:rPr>
              <w:t>Lightning</w:t>
            </w:r>
          </w:p>
        </w:tc>
        <w:tc>
          <w:tcPr>
            <w:tcW w:type="dxa" w:w="1081"/>
          </w:tcPr>
          <w:p>
            <w:pPr>
              <w:spacing w:after="0"/>
              <w:jc w:val="left"/>
            </w:pPr>
          </w:p>
        </w:tc>
        <w:tc>
          <w:tcPr>
            <w:tcW w:type="dxa" w:w="3545"/>
          </w:tcPr>
          <w:p>
            <w:pPr>
              <w:spacing w:after="0"/>
              <w:jc w:val="left"/>
            </w:pPr>
            <w:r>
              <w:rPr>
                <w:sz w:val="16"/>
              </w:rPr>
              <w:t>$150,000 property; $0 crops (2012 dollars)</w:t>
            </w:r>
          </w:p>
        </w:tc>
        <w:tc>
          <w:tcPr>
            <w:tcW w:type="dxa" w:w="947"/>
          </w:tcPr>
          <w:p>
            <w:pPr>
              <w:spacing w:after="0"/>
              <w:jc w:val="right"/>
            </w:pPr>
            <w:r>
              <w:rPr>
                <w:sz w:val="16"/>
              </w:rPr>
              <w:t>0, 0</w:t>
            </w:r>
          </w:p>
        </w:tc>
        <w:tc>
          <w:tcPr>
            <w:tcW w:type="dxa" w:w="2802"/>
          </w:tcPr>
          <w:p>
            <w:pPr>
              <w:spacing w:after="0"/>
              <w:jc w:val="left"/>
            </w:pPr>
            <w:r>
              <w:rPr>
                <w:sz w:val="16"/>
              </w:rPr>
              <w:t>CABOT</w:t>
            </w:r>
          </w:p>
        </w:tc>
        <w:tc>
          <w:tcPr>
            <w:tcW w:type="dxa" w:w="716"/>
          </w:tcPr>
          <w:p>
            <w:pPr>
              <w:spacing w:after="0"/>
              <w:jc w:val="left"/>
            </w:pPr>
          </w:p>
        </w:tc>
        <w:tc>
          <w:tcPr>
            <w:tcW w:type="dxa" w:w="2769"/>
          </w:tcPr>
          <w:p>
            <w:pPr>
              <w:spacing w:after="0"/>
              <w:jc w:val="left"/>
            </w:pPr>
            <w:r>
              <w:rPr>
                <w:sz w:val="16"/>
              </w:rPr>
              <w:t>B1-c most damaging: Lightning</w:t>
            </w:r>
          </w:p>
        </w:tc>
      </w:tr>
      <w:tr>
        <w:trPr>
          <w:cantSplit/>
        </w:trPr>
        <w:tc>
          <w:tcPr>
            <w:tcW w:type="dxa" w:w="1037"/>
          </w:tcPr>
          <w:p>
            <w:pPr>
              <w:spacing w:after="0"/>
              <w:jc w:val="left"/>
            </w:pPr>
            <w:r>
              <w:rPr>
                <w:sz w:val="16"/>
              </w:rPr>
              <w:t>2012-03-17</w:t>
            </w:r>
          </w:p>
        </w:tc>
        <w:tc>
          <w:tcPr>
            <w:tcW w:type="dxa" w:w="1215"/>
          </w:tcPr>
          <w:p>
            <w:pPr>
              <w:spacing w:after="0"/>
              <w:jc w:val="left"/>
            </w:pPr>
            <w:r>
              <w:rPr>
                <w:sz w:val="16"/>
              </w:rPr>
              <w:t>Heat</w:t>
            </w:r>
          </w:p>
        </w:tc>
        <w:tc>
          <w:tcPr>
            <w:tcW w:type="dxa" w:w="1081"/>
          </w:tcPr>
          <w:p>
            <w:pPr>
              <w:spacing w:after="0"/>
              <w:jc w:val="left"/>
            </w:pPr>
          </w:p>
        </w:tc>
        <w:tc>
          <w:tcPr>
            <w:tcW w:type="dxa" w:w="3545"/>
          </w:tcPr>
          <w:p>
            <w:pPr>
              <w:spacing w:after="0"/>
              <w:jc w:val="left"/>
            </w:pPr>
            <w:r>
              <w:rPr>
                <w:sz w:val="16"/>
              </w:rPr>
              <w:t>$0 property; $1,000,000 crops (zone total, 2012 dollars)</w:t>
            </w:r>
          </w:p>
        </w:tc>
        <w:tc>
          <w:tcPr>
            <w:tcW w:type="dxa" w:w="947"/>
          </w:tcPr>
          <w:p>
            <w:pPr>
              <w:spacing w:after="0"/>
              <w:jc w:val="right"/>
            </w:pPr>
            <w:r>
              <w:rPr>
                <w:sz w:val="16"/>
              </w:rPr>
              <w:t>0, 0</w:t>
            </w:r>
          </w:p>
        </w:tc>
        <w:tc>
          <w:tcPr>
            <w:tcW w:type="dxa" w:w="2802"/>
          </w:tcPr>
          <w:p>
            <w:pPr>
              <w:spacing w:after="0"/>
              <w:jc w:val="left"/>
            </w:pPr>
            <w:r>
              <w:rPr>
                <w:sz w:val="16"/>
              </w:rPr>
              <w:t>NWS zone VTZ008 (WASHINGTON), zone-level</w:t>
            </w:r>
          </w:p>
        </w:tc>
        <w:tc>
          <w:tcPr>
            <w:tcW w:type="dxa" w:w="716"/>
          </w:tcPr>
          <w:p>
            <w:pPr>
              <w:spacing w:after="0"/>
              <w:jc w:val="left"/>
            </w:pPr>
          </w:p>
        </w:tc>
        <w:tc>
          <w:tcPr>
            <w:tcW w:type="dxa" w:w="2769"/>
          </w:tcPr>
          <w:p>
            <w:pPr>
              <w:spacing w:after="0"/>
              <w:jc w:val="left"/>
            </w:pPr>
            <w:r>
              <w:rPr>
                <w:sz w:val="16"/>
              </w:rPr>
              <w:t>B1-c most damaging: Excessive Heat, Heat</w:t>
            </w:r>
          </w:p>
        </w:tc>
      </w:tr>
      <w:tr>
        <w:trPr>
          <w:cantSplit/>
        </w:trPr>
        <w:tc>
          <w:tcPr>
            <w:tcW w:type="dxa" w:w="1037"/>
          </w:tcPr>
          <w:p>
            <w:pPr>
              <w:spacing w:after="0"/>
              <w:jc w:val="left"/>
            </w:pPr>
            <w:r>
              <w:rPr>
                <w:sz w:val="16"/>
              </w:rPr>
              <w:t>2007-07-09</w:t>
            </w:r>
          </w:p>
        </w:tc>
        <w:tc>
          <w:tcPr>
            <w:tcW w:type="dxa" w:w="1215"/>
          </w:tcPr>
          <w:p>
            <w:pPr>
              <w:spacing w:after="0"/>
              <w:jc w:val="left"/>
            </w:pPr>
            <w:r>
              <w:rPr>
                <w:sz w:val="16"/>
              </w:rPr>
              <w:t>Hail</w:t>
            </w:r>
          </w:p>
        </w:tc>
        <w:tc>
          <w:tcPr>
            <w:tcW w:type="dxa" w:w="1081"/>
          </w:tcPr>
          <w:p>
            <w:pPr>
              <w:spacing w:after="0"/>
              <w:jc w:val="left"/>
            </w:pPr>
            <w:r>
              <w:rPr>
                <w:sz w:val="16"/>
              </w:rPr>
              <w:t>2.75 in</w:t>
            </w:r>
          </w:p>
        </w:tc>
        <w:tc>
          <w:tcPr>
            <w:tcW w:type="dxa" w:w="3545"/>
          </w:tcPr>
          <w:p>
            <w:pPr>
              <w:spacing w:after="0"/>
              <w:jc w:val="left"/>
            </w:pPr>
            <w:r>
              <w:rPr>
                <w:sz w:val="16"/>
              </w:rPr>
              <w:t>$20,000 property; $0 crops (2007 dollars)</w:t>
            </w:r>
          </w:p>
        </w:tc>
        <w:tc>
          <w:tcPr>
            <w:tcW w:type="dxa" w:w="947"/>
          </w:tcPr>
          <w:p>
            <w:pPr>
              <w:spacing w:after="0"/>
              <w:jc w:val="right"/>
            </w:pPr>
            <w:r>
              <w:rPr>
                <w:sz w:val="16"/>
              </w:rPr>
              <w:t>0, 0</w:t>
            </w:r>
          </w:p>
        </w:tc>
        <w:tc>
          <w:tcPr>
            <w:tcW w:type="dxa" w:w="2802"/>
          </w:tcPr>
          <w:p>
            <w:pPr>
              <w:spacing w:after="0"/>
              <w:jc w:val="left"/>
            </w:pPr>
            <w:r>
              <w:rPr>
                <w:sz w:val="16"/>
              </w:rPr>
              <w:t>DUXBURY</w:t>
            </w:r>
          </w:p>
        </w:tc>
        <w:tc>
          <w:tcPr>
            <w:tcW w:type="dxa" w:w="716"/>
          </w:tcPr>
          <w:p>
            <w:pPr>
              <w:spacing w:after="0"/>
              <w:jc w:val="left"/>
            </w:pPr>
          </w:p>
        </w:tc>
        <w:tc>
          <w:tcPr>
            <w:tcW w:type="dxa" w:w="2769"/>
          </w:tcPr>
          <w:p>
            <w:pPr>
              <w:spacing w:after="0"/>
              <w:jc w:val="left"/>
            </w:pPr>
            <w:r>
              <w:rPr>
                <w:sz w:val="16"/>
              </w:rPr>
              <w:t>B1-c worst recorded: Hail</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081"/>
          </w:tcPr>
          <w:p>
            <w:pPr>
              <w:spacing w:after="0"/>
              <w:jc w:val="left"/>
            </w:pPr>
          </w:p>
        </w:tc>
        <w:tc>
          <w:tcPr>
            <w:tcW w:type="dxa" w:w="3545"/>
          </w:tcPr>
          <w:p>
            <w:pPr>
              <w:spacing w:after="0"/>
              <w:jc w:val="left"/>
            </w:pPr>
            <w:r>
              <w:rPr>
                <w:sz w:val="16"/>
              </w:rPr>
              <w:t>$300,000 property; $0 crops (zone total, 2007 dollars)</w:t>
            </w:r>
          </w:p>
        </w:tc>
        <w:tc>
          <w:tcPr>
            <w:tcW w:type="dxa" w:w="947"/>
          </w:tcPr>
          <w:p>
            <w:pPr>
              <w:spacing w:after="0"/>
              <w:jc w:val="right"/>
            </w:pPr>
            <w:r>
              <w:rPr>
                <w:sz w:val="16"/>
              </w:rPr>
              <w:t>0, 0</w:t>
            </w:r>
          </w:p>
        </w:tc>
        <w:tc>
          <w:tcPr>
            <w:tcW w:type="dxa" w:w="2802"/>
          </w:tcPr>
          <w:p>
            <w:pPr>
              <w:spacing w:after="0"/>
              <w:jc w:val="left"/>
            </w:pPr>
            <w:r>
              <w:rPr>
                <w:sz w:val="16"/>
              </w:rPr>
              <w:t>NWS zone VTZ008 (WASHINGTON), zone-level</w:t>
            </w:r>
          </w:p>
        </w:tc>
        <w:tc>
          <w:tcPr>
            <w:tcW w:type="dxa" w:w="716"/>
          </w:tcPr>
          <w:p>
            <w:pPr>
              <w:spacing w:after="0"/>
              <w:jc w:val="left"/>
            </w:pPr>
          </w:p>
        </w:tc>
        <w:tc>
          <w:tcPr>
            <w:tcW w:type="dxa" w:w="276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2004-11-25</w:t>
            </w:r>
          </w:p>
        </w:tc>
        <w:tc>
          <w:tcPr>
            <w:tcW w:type="dxa" w:w="1215"/>
          </w:tcPr>
          <w:p>
            <w:pPr>
              <w:spacing w:after="0"/>
              <w:jc w:val="left"/>
            </w:pPr>
            <w:r>
              <w:rPr>
                <w:sz w:val="16"/>
              </w:rPr>
              <w:t>Thunderstorm Wind</w:t>
            </w:r>
          </w:p>
        </w:tc>
        <w:tc>
          <w:tcPr>
            <w:tcW w:type="dxa" w:w="1081"/>
          </w:tcPr>
          <w:p>
            <w:pPr>
              <w:spacing w:after="0"/>
              <w:jc w:val="left"/>
            </w:pPr>
            <w:r>
              <w:rPr>
                <w:sz w:val="16"/>
              </w:rPr>
              <w:t>85 kt (98 mph) estimated gust</w:t>
            </w:r>
          </w:p>
        </w:tc>
        <w:tc>
          <w:tcPr>
            <w:tcW w:type="dxa" w:w="3545"/>
          </w:tcPr>
          <w:p>
            <w:pPr>
              <w:spacing w:after="0"/>
              <w:jc w:val="left"/>
            </w:pPr>
            <w:r>
              <w:rPr>
                <w:sz w:val="16"/>
              </w:rPr>
              <w:t>$20,000 property; crops not reported (2004 dollars)</w:t>
            </w:r>
          </w:p>
        </w:tc>
        <w:tc>
          <w:tcPr>
            <w:tcW w:type="dxa" w:w="947"/>
          </w:tcPr>
          <w:p>
            <w:pPr>
              <w:spacing w:after="0"/>
              <w:jc w:val="right"/>
            </w:pPr>
            <w:r>
              <w:rPr>
                <w:sz w:val="16"/>
              </w:rPr>
              <w:t>0, 1</w:t>
            </w:r>
          </w:p>
        </w:tc>
        <w:tc>
          <w:tcPr>
            <w:tcW w:type="dxa" w:w="2802"/>
          </w:tcPr>
          <w:p>
            <w:pPr>
              <w:spacing w:after="0"/>
              <w:jc w:val="left"/>
            </w:pPr>
            <w:r>
              <w:rPr>
                <w:sz w:val="16"/>
              </w:rPr>
              <w:t>MARSHFIELD</w:t>
            </w:r>
          </w:p>
        </w:tc>
        <w:tc>
          <w:tcPr>
            <w:tcW w:type="dxa" w:w="716"/>
          </w:tcPr>
          <w:p>
            <w:pPr>
              <w:spacing w:after="0"/>
              <w:jc w:val="left"/>
            </w:pPr>
          </w:p>
        </w:tc>
        <w:tc>
          <w:tcPr>
            <w:tcW w:type="dxa" w:w="2769"/>
          </w:tcPr>
          <w:p>
            <w:pPr>
              <w:spacing w:after="0"/>
              <w:jc w:val="left"/>
            </w:pPr>
            <w:r>
              <w:rPr>
                <w:sz w:val="16"/>
              </w:rPr>
              <w:t>B1-c worst recorded: Thunderstorm Wind</w:t>
            </w:r>
          </w:p>
        </w:tc>
      </w:tr>
      <w:tr>
        <w:trPr>
          <w:cantSplit/>
        </w:trPr>
        <w:tc>
          <w:tcPr>
            <w:tcW w:type="dxa" w:w="1037"/>
          </w:tcPr>
          <w:p>
            <w:pPr>
              <w:spacing w:after="0"/>
              <w:jc w:val="left"/>
            </w:pPr>
            <w:r>
              <w:rPr>
                <w:sz w:val="16"/>
              </w:rPr>
              <w:t>1996-06-12</w:t>
            </w:r>
          </w:p>
        </w:tc>
        <w:tc>
          <w:tcPr>
            <w:tcW w:type="dxa" w:w="1215"/>
          </w:tcPr>
          <w:p>
            <w:pPr>
              <w:spacing w:after="0"/>
              <w:jc w:val="left"/>
            </w:pPr>
            <w:r>
              <w:rPr>
                <w:sz w:val="16"/>
              </w:rPr>
              <w:t>Lightning</w:t>
            </w:r>
          </w:p>
        </w:tc>
        <w:tc>
          <w:tcPr>
            <w:tcW w:type="dxa" w:w="1081"/>
          </w:tcPr>
          <w:p>
            <w:pPr>
              <w:spacing w:after="0"/>
              <w:jc w:val="left"/>
            </w:pPr>
          </w:p>
        </w:tc>
        <w:tc>
          <w:tcPr>
            <w:tcW w:type="dxa" w:w="3545"/>
          </w:tcPr>
          <w:p>
            <w:pPr>
              <w:spacing w:after="0"/>
              <w:jc w:val="left"/>
            </w:pPr>
            <w:r>
              <w:rPr>
                <w:sz w:val="16"/>
              </w:rPr>
              <w:t>damage not reported</w:t>
            </w:r>
          </w:p>
        </w:tc>
        <w:tc>
          <w:tcPr>
            <w:tcW w:type="dxa" w:w="947"/>
          </w:tcPr>
          <w:p>
            <w:pPr>
              <w:spacing w:after="0"/>
              <w:jc w:val="right"/>
            </w:pPr>
            <w:r>
              <w:rPr>
                <w:sz w:val="16"/>
              </w:rPr>
              <w:t>1, 1</w:t>
            </w:r>
          </w:p>
        </w:tc>
        <w:tc>
          <w:tcPr>
            <w:tcW w:type="dxa" w:w="2802"/>
          </w:tcPr>
          <w:p>
            <w:pPr>
              <w:spacing w:after="0"/>
              <w:jc w:val="left"/>
            </w:pPr>
            <w:r>
              <w:rPr>
                <w:sz w:val="16"/>
              </w:rPr>
              <w:t>BARRE</w:t>
            </w:r>
          </w:p>
        </w:tc>
        <w:tc>
          <w:tcPr>
            <w:tcW w:type="dxa" w:w="716"/>
          </w:tcPr>
          <w:p>
            <w:pPr>
              <w:spacing w:after="0"/>
              <w:jc w:val="left"/>
            </w:pPr>
          </w:p>
        </w:tc>
        <w:tc>
          <w:tcPr>
            <w:tcW w:type="dxa" w:w="276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(740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2"/>
        <w:gridCol w:w="1636"/>
        <w:gridCol w:w="1037"/>
        <w:gridCol w:w="2113"/>
        <w:gridCol w:w="1543"/>
        <w:gridCol w:w="1586"/>
        <w:gridCol w:w="1037"/>
        <w:gridCol w:w="1543"/>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2"/>
            <w:shd w:val="clear" w:color="auto" w:fill="E8E8E8"/>
          </w:tcPr>
          <w:p>
            <w:pPr>
              <w:spacing w:after="0"/>
              <w:jc w:val="left"/>
            </w:pPr>
            <w:r>
              <w:rPr>
                <w:b/>
                <w:sz w:val="16"/>
              </w:rPr>
              <w:t>Unit</w:t>
            </w:r>
          </w:p>
        </w:tc>
        <w:tc>
          <w:tcPr>
            <w:tcW w:type="dxa" w:w="163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3"/>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0.01</w:t>
            </w:r>
          </w:p>
        </w:tc>
        <w:tc>
          <w:tcPr>
            <w:tcW w:type="dxa" w:w="1302"/>
          </w:tcPr>
          <w:p>
            <w:pPr>
              <w:spacing w:after="0"/>
              <w:jc w:val="left"/>
            </w:pPr>
            <w:r>
              <w:rPr>
                <w:sz w:val="16"/>
              </w:rPr>
              <w:t>events per year</w:t>
            </w:r>
          </w:p>
        </w:tc>
        <w:tc>
          <w:tcPr>
            <w:tcW w:type="dxa" w:w="1636"/>
          </w:tcPr>
          <w:p>
            <w:pPr>
              <w:spacing w:after="0"/>
              <w:jc w:val="left"/>
            </w:pPr>
            <w:r>
              <w:rPr>
                <w:sz w:val="16"/>
              </w:rPr>
              <w:t>about 1 in 100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0</w:t>
            </w:r>
          </w:p>
        </w:tc>
        <w:tc>
          <w:tcPr>
            <w:tcW w:type="dxa" w:w="1586"/>
          </w:tcPr>
          <w:p>
            <w:pPr>
              <w:spacing w:after="0"/>
              <w:jc w:val="left"/>
            </w:pPr>
            <w:r>
              <w:rPr>
                <w:sz w:val="16"/>
              </w:rPr>
              <w:t>1994 to 2023 (30 years)</w:t>
            </w:r>
          </w:p>
        </w:tc>
        <w:tc>
          <w:tcPr>
            <w:tcW w:type="dxa" w:w="1037"/>
          </w:tcPr>
          <w:p>
            <w:pPr>
              <w:spacing w:after="0"/>
              <w:jc w:val="left"/>
            </w:pPr>
            <w:r>
              <w:rPr>
                <w:sz w:val="16"/>
              </w:rPr>
              <w:t>see B1-f</w:t>
            </w:r>
          </w:p>
        </w:tc>
        <w:tc>
          <w:tcPr>
            <w:tcW w:type="dxa" w:w="154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8"/>
          </w:tcPr>
          <w:p>
            <w:pPr>
              <w:spacing w:after="0"/>
              <w:jc w:val="right"/>
            </w:pPr>
            <w:r>
              <w:rPr>
                <w:sz w:val="16"/>
              </w:rPr>
              <w:t>4.26</w:t>
            </w:r>
          </w:p>
        </w:tc>
        <w:tc>
          <w:tcPr>
            <w:tcW w:type="dxa" w:w="1302"/>
          </w:tcPr>
          <w:p>
            <w:pPr>
              <w:spacing w:after="0"/>
              <w:jc w:val="left"/>
            </w:pPr>
            <w:r>
              <w:rPr>
                <w:sz w:val="16"/>
              </w:rPr>
              <w:t>event-days per year</w:t>
            </w:r>
          </w:p>
        </w:tc>
        <w:tc>
          <w:tcPr>
            <w:tcW w:type="dxa" w:w="1636"/>
          </w:tcPr>
          <w:p>
            <w:pPr>
              <w:spacing w:after="0"/>
              <w:jc w:val="left"/>
            </w:pPr>
            <w:r>
              <w:rPr>
                <w:sz w:val="16"/>
              </w:rPr>
              <w:t>about 4.26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12 of 30 years, 1996 to 2025 (40%)</w:t>
            </w:r>
          </w:p>
        </w:tc>
        <w:tc>
          <w:tcPr>
            <w:tcW w:type="dxa" w:w="1543"/>
          </w:tcPr>
          <w:p>
            <w:pPr>
              <w:spacing w:after="0"/>
              <w:jc w:val="right"/>
            </w:pPr>
            <w:r>
              <w:rPr>
                <w:sz w:val="16"/>
              </w:rPr>
              <w:t>81</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Drought</w:t>
            </w:r>
          </w:p>
        </w:tc>
        <w:tc>
          <w:tcPr>
            <w:tcW w:type="dxa" w:w="1278"/>
          </w:tcPr>
          <w:p>
            <w:pPr>
              <w:spacing w:after="0"/>
              <w:jc w:val="right"/>
            </w:pPr>
            <w:r>
              <w:rPr>
                <w:sz w:val="16"/>
              </w:rPr>
              <w:t>0</w:t>
            </w:r>
          </w:p>
        </w:tc>
        <w:tc>
          <w:tcPr>
            <w:tcW w:type="dxa" w:w="1302"/>
          </w:tcPr>
          <w:p>
            <w:pPr>
              <w:spacing w:after="0"/>
              <w:jc w:val="left"/>
            </w:pPr>
            <w:r>
              <w:rPr>
                <w:sz w:val="16"/>
              </w:rPr>
              <w:t>event-days per year</w:t>
            </w:r>
          </w:p>
        </w:tc>
        <w:tc>
          <w:tcPr>
            <w:tcW w:type="dxa" w:w="1636"/>
          </w:tcPr>
          <w:p>
            <w:pPr>
              <w:spacing w:after="0"/>
              <w:jc w:val="left"/>
            </w:pPr>
            <w:r>
              <w:rPr>
                <w:sz w:val="16"/>
              </w:rPr>
              <w:t>none modeled</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0</w:t>
            </w:r>
          </w:p>
        </w:tc>
        <w:tc>
          <w:tcPr>
            <w:tcW w:type="dxa" w:w="15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8"/>
          </w:tcPr>
          <w:p>
            <w:pPr>
              <w:spacing w:after="0"/>
              <w:jc w:val="right"/>
            </w:pPr>
            <w:r>
              <w:rPr>
                <w:sz w:val="16"/>
              </w:rPr>
              <w:t>0.00133</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has at least minor-damage shaking in a year: 0.133%</w:t>
            </w:r>
          </w:p>
        </w:tc>
        <w:tc>
          <w:tcPr>
            <w:tcW w:type="dxa" w:w="1037"/>
          </w:tcPr>
          <w:p>
            <w:pPr>
              <w:spacing w:after="0"/>
              <w:jc w:val="left"/>
            </w:pPr>
          </w:p>
        </w:tc>
        <w:tc>
          <w:tcPr>
            <w:tcW w:type="dxa" w:w="2113"/>
          </w:tcPr>
          <w:p>
            <w:pPr>
              <w:spacing w:after="0"/>
              <w:jc w:val="left"/>
            </w:pP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1.35</w:t>
            </w:r>
          </w:p>
        </w:tc>
        <w:tc>
          <w:tcPr>
            <w:tcW w:type="dxa" w:w="1302"/>
          </w:tcPr>
          <w:p>
            <w:pPr>
              <w:spacing w:after="0"/>
              <w:jc w:val="left"/>
            </w:pPr>
            <w:r>
              <w:rPr>
                <w:sz w:val="16"/>
              </w:rPr>
              <w:t>events per year</w:t>
            </w:r>
          </w:p>
        </w:tc>
        <w:tc>
          <w:tcPr>
            <w:tcW w:type="dxa" w:w="1636"/>
          </w:tcPr>
          <w:p>
            <w:pPr>
              <w:spacing w:after="0"/>
              <w:jc w:val="left"/>
            </w:pPr>
            <w:r>
              <w:rPr>
                <w:sz w:val="16"/>
              </w:rPr>
              <w:t>about 1.35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51.2 (modeled)</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0.737</w:t>
            </w:r>
          </w:p>
        </w:tc>
        <w:tc>
          <w:tcPr>
            <w:tcW w:type="dxa" w:w="1302"/>
          </w:tcPr>
          <w:p>
            <w:pPr>
              <w:spacing w:after="0"/>
              <w:jc w:val="left"/>
            </w:pPr>
            <w:r>
              <w:rPr>
                <w:sz w:val="16"/>
              </w:rPr>
              <w:t>event-days per year</w:t>
            </w:r>
          </w:p>
        </w:tc>
        <w:tc>
          <w:tcPr>
            <w:tcW w:type="dxa" w:w="1636"/>
          </w:tcPr>
          <w:p>
            <w:pPr>
              <w:spacing w:after="0"/>
              <w:jc w:val="left"/>
            </w:pPr>
            <w:r>
              <w:rPr>
                <w:sz w:val="16"/>
              </w:rPr>
              <w:t>about 0.737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6 of 30 years, 1996 to 2025 (20%)</w:t>
            </w:r>
          </w:p>
        </w:tc>
        <w:tc>
          <w:tcPr>
            <w:tcW w:type="dxa" w:w="1543"/>
          </w:tcPr>
          <w:p>
            <w:pPr>
              <w:spacing w:after="0"/>
              <w:jc w:val="right"/>
            </w:pPr>
            <w:r>
              <w:rPr>
                <w:sz w:val="16"/>
              </w:rPr>
              <w:t>14</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Hurricane</w:t>
            </w:r>
          </w:p>
        </w:tc>
        <w:tc>
          <w:tcPr>
            <w:tcW w:type="dxa" w:w="1278"/>
          </w:tcPr>
          <w:p>
            <w:pPr>
              <w:spacing w:after="0"/>
              <w:jc w:val="right"/>
            </w:pPr>
            <w:r>
              <w:rPr>
                <w:sz w:val="16"/>
              </w:rPr>
              <w:t>0.0434</w:t>
            </w:r>
          </w:p>
        </w:tc>
        <w:tc>
          <w:tcPr>
            <w:tcW w:type="dxa" w:w="1302"/>
          </w:tcPr>
          <w:p>
            <w:pPr>
              <w:spacing w:after="0"/>
              <w:jc w:val="left"/>
            </w:pPr>
            <w:r>
              <w:rPr>
                <w:sz w:val="16"/>
              </w:rPr>
              <w:t>events per year</w:t>
            </w:r>
          </w:p>
        </w:tc>
        <w:tc>
          <w:tcPr>
            <w:tcW w:type="dxa" w:w="1636"/>
          </w:tcPr>
          <w:p>
            <w:pPr>
              <w:spacing w:after="0"/>
              <w:jc w:val="left"/>
            </w:pPr>
            <w:r>
              <w:rPr>
                <w:sz w:val="16"/>
              </w:rPr>
              <w:t>about 1 in 23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14</w:t>
            </w:r>
          </w:p>
        </w:tc>
        <w:tc>
          <w:tcPr>
            <w:tcW w:type="dxa" w:w="1586"/>
          </w:tcPr>
          <w:p>
            <w:pPr>
              <w:spacing w:after="0"/>
              <w:jc w:val="left"/>
            </w:pPr>
            <w:r>
              <w:rPr>
                <w:sz w:val="16"/>
              </w:rPr>
              <w:t>1851 to 2024 (Atlantic)</w:t>
            </w:r>
          </w:p>
        </w:tc>
        <w:tc>
          <w:tcPr>
            <w:tcW w:type="dxa" w:w="1037"/>
          </w:tcPr>
          <w:p>
            <w:pPr>
              <w:spacing w:after="0"/>
              <w:jc w:val="left"/>
            </w:pPr>
            <w:r>
              <w:rPr>
                <w:sz w:val="16"/>
              </w:rPr>
              <w:t>see B1-f</w:t>
            </w:r>
          </w:p>
        </w:tc>
        <w:tc>
          <w:tcPr>
            <w:tcW w:type="dxa" w:w="154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0.246</w:t>
            </w:r>
          </w:p>
        </w:tc>
        <w:tc>
          <w:tcPr>
            <w:tcW w:type="dxa" w:w="1302"/>
          </w:tcPr>
          <w:p>
            <w:pPr>
              <w:spacing w:after="0"/>
              <w:jc w:val="left"/>
            </w:pPr>
            <w:r>
              <w:rPr>
                <w:sz w:val="16"/>
              </w:rPr>
              <w:t>event-days per year</w:t>
            </w:r>
          </w:p>
        </w:tc>
        <w:tc>
          <w:tcPr>
            <w:tcW w:type="dxa" w:w="1636"/>
          </w:tcPr>
          <w:p>
            <w:pPr>
              <w:spacing w:after="0"/>
              <w:jc w:val="left"/>
            </w:pPr>
            <w:r>
              <w:rPr>
                <w:sz w:val="16"/>
              </w:rPr>
              <w:t>about 0.246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17</w:t>
            </w:r>
          </w:p>
        </w:tc>
        <w:tc>
          <w:tcPr>
            <w:tcW w:type="dxa" w:w="1586"/>
          </w:tcPr>
          <w:p>
            <w:pPr>
              <w:spacing w:after="0"/>
              <w:jc w:val="left"/>
            </w:pPr>
            <w:r>
              <w:rPr>
                <w:sz w:val="16"/>
              </w:rPr>
              <w:t>1946-12-31 to 2014-02-12 (67 years)</w:t>
            </w:r>
          </w:p>
        </w:tc>
        <w:tc>
          <w:tcPr>
            <w:tcW w:type="dxa" w:w="1037"/>
          </w:tcPr>
          <w:p>
            <w:pPr>
              <w:spacing w:after="0"/>
              <w:jc w:val="left"/>
            </w:pPr>
            <w:r>
              <w:rPr>
                <w:sz w:val="16"/>
              </w:rPr>
              <w:t>countywide</w:t>
            </w:r>
          </w:p>
        </w:tc>
        <w:tc>
          <w:tcPr>
            <w:tcW w:type="dxa" w:w="154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2.25</w:t>
            </w:r>
          </w:p>
        </w:tc>
        <w:tc>
          <w:tcPr>
            <w:tcW w:type="dxa" w:w="1302"/>
          </w:tcPr>
          <w:p>
            <w:pPr>
              <w:spacing w:after="0"/>
              <w:jc w:val="left"/>
            </w:pPr>
            <w:r>
              <w:rPr>
                <w:sz w:val="16"/>
              </w:rPr>
              <w:t>event-days per year</w:t>
            </w:r>
          </w:p>
        </w:tc>
        <w:tc>
          <w:tcPr>
            <w:tcW w:type="dxa" w:w="1636"/>
          </w:tcPr>
          <w:p>
            <w:pPr>
              <w:spacing w:after="0"/>
              <w:jc w:val="left"/>
            </w:pPr>
            <w:r>
              <w:rPr>
                <w:sz w:val="16"/>
              </w:rPr>
              <w:t>about 2.25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26 of 30 years, 1996 to 2025 (86.7%)</w:t>
            </w:r>
          </w:p>
        </w:tc>
        <w:tc>
          <w:tcPr>
            <w:tcW w:type="dxa" w:w="1543"/>
          </w:tcPr>
          <w:p>
            <w:pPr>
              <w:spacing w:after="0"/>
              <w:jc w:val="right"/>
            </w:pPr>
            <w:r>
              <w:rPr>
                <w:sz w:val="16"/>
              </w:rPr>
              <w:t>63</w:t>
            </w:r>
          </w:p>
        </w:tc>
        <w:tc>
          <w:tcPr>
            <w:tcW w:type="dxa" w:w="1586"/>
          </w:tcPr>
          <w:p>
            <w:pPr>
              <w:spacing w:after="0"/>
              <w:jc w:val="left"/>
            </w:pPr>
            <w:r>
              <w:rPr>
                <w:sz w:val="16"/>
              </w:rPr>
              <w:t>1996 to 2023 (28 years)</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1.54</w:t>
            </w:r>
          </w:p>
        </w:tc>
        <w:tc>
          <w:tcPr>
            <w:tcW w:type="dxa" w:w="1302"/>
          </w:tcPr>
          <w:p>
            <w:pPr>
              <w:spacing w:after="0"/>
              <w:jc w:val="left"/>
            </w:pPr>
            <w:r>
              <w:rPr>
                <w:sz w:val="16"/>
              </w:rPr>
              <w:t>events per year (modeled)</w:t>
            </w:r>
          </w:p>
        </w:tc>
        <w:tc>
          <w:tcPr>
            <w:tcW w:type="dxa" w:w="1636"/>
          </w:tcPr>
          <w:p>
            <w:pPr>
              <w:spacing w:after="0"/>
              <w:jc w:val="left"/>
            </w:pPr>
            <w:r>
              <w:rPr>
                <w:sz w:val="16"/>
              </w:rPr>
              <w:t>about 1.54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21.8</w:t>
            </w:r>
          </w:p>
        </w:tc>
        <w:tc>
          <w:tcPr>
            <w:tcW w:type="dxa" w:w="1302"/>
          </w:tcPr>
          <w:p>
            <w:pPr>
              <w:spacing w:after="0"/>
              <w:jc w:val="left"/>
            </w:pPr>
            <w:r>
              <w:rPr>
                <w:sz w:val="16"/>
              </w:rPr>
              <w:t>days per year with a strike</w:t>
            </w:r>
          </w:p>
        </w:tc>
        <w:tc>
          <w:tcPr>
            <w:tcW w:type="dxa" w:w="1636"/>
          </w:tcPr>
          <w:p>
            <w:pPr>
              <w:spacing w:after="0"/>
              <w:jc w:val="left"/>
            </w:pPr>
            <w:r>
              <w:rPr>
                <w:sz w:val="16"/>
              </w:rPr>
              <w:t>about 21.8 days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1995 to 2023 (29 years; CONUS)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0.876</w:t>
            </w:r>
          </w:p>
        </w:tc>
        <w:tc>
          <w:tcPr>
            <w:tcW w:type="dxa" w:w="1302"/>
          </w:tcPr>
          <w:p>
            <w:pPr>
              <w:spacing w:after="0"/>
              <w:jc w:val="left"/>
            </w:pPr>
            <w:r>
              <w:rPr>
                <w:sz w:val="16"/>
              </w:rPr>
              <w:t>events per year</w:t>
            </w:r>
          </w:p>
        </w:tc>
        <w:tc>
          <w:tcPr>
            <w:tcW w:type="dxa" w:w="1636"/>
          </w:tcPr>
          <w:p>
            <w:pPr>
              <w:spacing w:after="0"/>
              <w:jc w:val="left"/>
            </w:pPr>
            <w:r>
              <w:rPr>
                <w:sz w:val="16"/>
              </w:rPr>
              <w:t>about 0.88 per year</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34</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0.0425</w:t>
            </w:r>
          </w:p>
        </w:tc>
        <w:tc>
          <w:tcPr>
            <w:tcW w:type="dxa" w:w="1302"/>
          </w:tcPr>
          <w:p>
            <w:pPr>
              <w:spacing w:after="0"/>
              <w:jc w:val="left"/>
            </w:pPr>
            <w:r>
              <w:rPr>
                <w:sz w:val="16"/>
              </w:rPr>
              <w:t>events per year</w:t>
            </w:r>
          </w:p>
        </w:tc>
        <w:tc>
          <w:tcPr>
            <w:tcW w:type="dxa" w:w="1636"/>
          </w:tcPr>
          <w:p>
            <w:pPr>
              <w:spacing w:after="0"/>
              <w:jc w:val="left"/>
            </w:pPr>
            <w:r>
              <w:rPr>
                <w:sz w:val="16"/>
              </w:rPr>
              <w:t>about 1 in 24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1950 to 2023 (EF2+); 1986 to 2023 (EF0-1)</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0.000014</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burns in a year: 0.0014%</w:t>
            </w:r>
          </w:p>
        </w:tc>
        <w:tc>
          <w:tcPr>
            <w:tcW w:type="dxa" w:w="1037"/>
          </w:tcPr>
          <w:p>
            <w:pPr>
              <w:spacing w:after="0"/>
              <w:jc w:val="left"/>
            </w:pPr>
          </w:p>
        </w:tc>
        <w:tc>
          <w:tcPr>
            <w:tcW w:type="dxa" w:w="2113"/>
          </w:tcPr>
          <w:p>
            <w:pPr>
              <w:spacing w:after="0"/>
              <w:jc w:val="left"/>
            </w:pPr>
            <w:r>
              <w:rPr>
                <w:sz w:val="16"/>
              </w:rPr>
              <w:t>Storm Events records in 0 of 30 years, 1996 to 2025 (0%)</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22</w:t>
            </w:r>
          </w:p>
        </w:tc>
        <w:tc>
          <w:tcPr>
            <w:tcW w:type="dxa" w:w="1302"/>
          </w:tcPr>
          <w:p>
            <w:pPr>
              <w:spacing w:after="0"/>
              <w:jc w:val="left"/>
            </w:pPr>
            <w:r>
              <w:rPr>
                <w:sz w:val="16"/>
              </w:rPr>
              <w:t>event-days per year</w:t>
            </w:r>
          </w:p>
        </w:tc>
        <w:tc>
          <w:tcPr>
            <w:tcW w:type="dxa" w:w="1636"/>
          </w:tcPr>
          <w:p>
            <w:pPr>
              <w:spacing w:after="0"/>
              <w:jc w:val="left"/>
            </w:pPr>
            <w:r>
              <w:rPr>
                <w:sz w:val="16"/>
              </w:rPr>
              <w:t>about 22 days per year</w:t>
            </w:r>
          </w:p>
        </w:tc>
        <w:tc>
          <w:tcPr>
            <w:tcW w:type="dxa" w:w="1037"/>
          </w:tcPr>
          <w:p>
            <w:pPr>
              <w:spacing w:after="0"/>
              <w:jc w:val="left"/>
            </w:pPr>
            <w:r>
              <w:rPr>
                <w:sz w:val="16"/>
              </w:rPr>
              <w:t>Highly likely</w:t>
            </w:r>
          </w:p>
        </w:tc>
        <w:tc>
          <w:tcPr>
            <w:tcW w:type="dxa" w:w="2113"/>
          </w:tcPr>
          <w:p>
            <w:pPr>
              <w:spacing w:after="0"/>
              <w:jc w:val="left"/>
            </w:pPr>
            <w:r>
              <w:rPr>
                <w:sz w:val="16"/>
              </w:rPr>
              <w:t>Storm Events event-days in 30 of 30 years, 1996 to 2025 (100%)</w:t>
            </w:r>
          </w:p>
        </w:tc>
        <w:tc>
          <w:tcPr>
            <w:tcW w:type="dxa" w:w="1543"/>
          </w:tcPr>
          <w:p>
            <w:pPr>
              <w:spacing w:after="0"/>
              <w:jc w:val="right"/>
            </w:pPr>
            <w:r>
              <w:rPr>
                <w:sz w:val="16"/>
              </w:rPr>
              <w:t>419</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128</w:t>
            </w:r>
          </w:p>
        </w:tc>
        <w:tc>
          <w:tcPr>
            <w:tcW w:type="dxa" w:w="1381"/>
          </w:tcPr>
          <w:p>
            <w:pPr>
              <w:spacing w:after="0"/>
              <w:jc w:val="right"/>
            </w:pPr>
            <w:r>
              <w:rPr>
                <w:sz w:val="16"/>
              </w:rPr>
              <w:t>30</w:t>
            </w:r>
          </w:p>
        </w:tc>
        <w:tc>
          <w:tcPr>
            <w:tcW w:type="dxa" w:w="1381"/>
          </w:tcPr>
          <w:p>
            <w:pPr>
              <w:spacing w:after="0"/>
              <w:jc w:val="right"/>
            </w:pPr>
            <w:r>
              <w:rPr>
                <w:sz w:val="16"/>
              </w:rPr>
              <w:t>4.27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8 of 20</w:t>
            </w:r>
          </w:p>
        </w:tc>
        <w:tc>
          <w:tcPr>
            <w:tcW w:type="dxa" w:w="1056"/>
          </w:tcPr>
          <w:p>
            <w:pPr>
              <w:spacing w:after="0"/>
              <w:jc w:val="right"/>
            </w:pPr>
            <w:r>
              <w:rPr>
                <w:sz w:val="16"/>
              </w:rPr>
              <w:t>29.1</w:t>
            </w:r>
          </w:p>
        </w:tc>
        <w:tc>
          <w:tcPr>
            <w:tcW w:type="dxa" w:w="1108"/>
          </w:tcPr>
          <w:p>
            <w:pPr>
              <w:spacing w:after="0"/>
              <w:jc w:val="right"/>
            </w:pPr>
            <w:r>
              <w:rPr>
                <w:sz w:val="16"/>
              </w:rPr>
              <w:t>34.0</w:t>
            </w:r>
          </w:p>
        </w:tc>
        <w:tc>
          <w:tcPr>
            <w:tcW w:type="dxa" w:w="1056"/>
          </w:tcPr>
          <w:p>
            <w:pPr>
              <w:spacing w:after="0"/>
              <w:jc w:val="right"/>
            </w:pPr>
            <w:r>
              <w:rPr>
                <w:sz w:val="16"/>
              </w:rPr>
              <w:t>38.4</w:t>
            </w:r>
          </w:p>
        </w:tc>
        <w:tc>
          <w:tcPr>
            <w:tcW w:type="dxa" w:w="7802"/>
          </w:tcPr>
          <w:p>
            <w:pPr>
              <w:spacing w:after="0"/>
              <w:jc w:val="left"/>
            </w:pPr>
            <w:r>
              <w:rPr>
                <w:sz w:val="16"/>
              </w:rPr>
              <w:t>Very Low 8, Not Applicable 12</w:t>
            </w:r>
          </w:p>
        </w:tc>
      </w:tr>
      <w:tr>
        <w:trPr>
          <w:cantSplit/>
        </w:trPr>
        <w:tc>
          <w:tcPr>
            <w:tcW w:type="dxa" w:w="1690"/>
          </w:tcPr>
          <w:p>
            <w:pPr>
              <w:spacing w:after="0"/>
              <w:jc w:val="left"/>
            </w:pPr>
            <w:r>
              <w:rPr>
                <w:sz w:val="16"/>
              </w:rPr>
              <w:t>Cold Wave</w:t>
            </w:r>
          </w:p>
        </w:tc>
        <w:tc>
          <w:tcPr>
            <w:tcW w:type="dxa" w:w="1399"/>
          </w:tcPr>
          <w:p>
            <w:pPr>
              <w:spacing w:after="0"/>
              <w:jc w:val="right"/>
            </w:pPr>
            <w:r>
              <w:rPr>
                <w:sz w:val="16"/>
              </w:rPr>
              <w:t>20 of 20</w:t>
            </w:r>
          </w:p>
        </w:tc>
        <w:tc>
          <w:tcPr>
            <w:tcW w:type="dxa" w:w="1056"/>
          </w:tcPr>
          <w:p>
            <w:pPr>
              <w:spacing w:after="0"/>
              <w:jc w:val="right"/>
            </w:pPr>
            <w:r>
              <w:rPr>
                <w:sz w:val="16"/>
              </w:rPr>
              <w:t>26.6</w:t>
            </w:r>
          </w:p>
        </w:tc>
        <w:tc>
          <w:tcPr>
            <w:tcW w:type="dxa" w:w="1108"/>
          </w:tcPr>
          <w:p>
            <w:pPr>
              <w:spacing w:after="0"/>
              <w:jc w:val="right"/>
            </w:pPr>
            <w:r>
              <w:rPr>
                <w:sz w:val="16"/>
              </w:rPr>
              <w:t>45.0</w:t>
            </w:r>
          </w:p>
        </w:tc>
        <w:tc>
          <w:tcPr>
            <w:tcW w:type="dxa" w:w="1056"/>
          </w:tcPr>
          <w:p>
            <w:pPr>
              <w:spacing w:after="0"/>
              <w:jc w:val="right"/>
            </w:pPr>
            <w:r>
              <w:rPr>
                <w:sz w:val="16"/>
              </w:rPr>
              <w:t>65.5</w:t>
            </w:r>
          </w:p>
        </w:tc>
        <w:tc>
          <w:tcPr>
            <w:tcW w:type="dxa" w:w="7802"/>
          </w:tcPr>
          <w:p>
            <w:pPr>
              <w:spacing w:after="0"/>
              <w:jc w:val="left"/>
            </w:pPr>
            <w:r>
              <w:rPr>
                <w:sz w:val="16"/>
              </w:rPr>
              <w:t>Relatively Moderate 8, Relatively Low 12</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20</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20</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20 of 20</w:t>
            </w:r>
          </w:p>
        </w:tc>
        <w:tc>
          <w:tcPr>
            <w:tcW w:type="dxa" w:w="1056"/>
          </w:tcPr>
          <w:p>
            <w:pPr>
              <w:spacing w:after="0"/>
              <w:jc w:val="right"/>
            </w:pPr>
            <w:r>
              <w:rPr>
                <w:sz w:val="16"/>
              </w:rPr>
              <w:t>18.8</w:t>
            </w:r>
          </w:p>
        </w:tc>
        <w:tc>
          <w:tcPr>
            <w:tcW w:type="dxa" w:w="1108"/>
          </w:tcPr>
          <w:p>
            <w:pPr>
              <w:spacing w:after="0"/>
              <w:jc w:val="right"/>
            </w:pPr>
            <w:r>
              <w:rPr>
                <w:sz w:val="16"/>
              </w:rPr>
              <w:t>32.6</w:t>
            </w:r>
          </w:p>
        </w:tc>
        <w:tc>
          <w:tcPr>
            <w:tcW w:type="dxa" w:w="1056"/>
          </w:tcPr>
          <w:p>
            <w:pPr>
              <w:spacing w:after="0"/>
              <w:jc w:val="right"/>
            </w:pPr>
            <w:r>
              <w:rPr>
                <w:sz w:val="16"/>
              </w:rPr>
              <w:t>59.1</w:t>
            </w:r>
          </w:p>
        </w:tc>
        <w:tc>
          <w:tcPr>
            <w:tcW w:type="dxa" w:w="7802"/>
          </w:tcPr>
          <w:p>
            <w:pPr>
              <w:spacing w:after="0"/>
              <w:jc w:val="left"/>
            </w:pPr>
            <w:r>
              <w:rPr>
                <w:sz w:val="16"/>
              </w:rPr>
              <w:t>Relatively Low 7, Very Low 13</w:t>
            </w:r>
          </w:p>
        </w:tc>
      </w:tr>
      <w:tr>
        <w:trPr>
          <w:cantSplit/>
        </w:trPr>
        <w:tc>
          <w:tcPr>
            <w:tcW w:type="dxa" w:w="1690"/>
          </w:tcPr>
          <w:p>
            <w:pPr>
              <w:spacing w:after="0"/>
              <w:jc w:val="left"/>
            </w:pPr>
            <w:r>
              <w:rPr>
                <w:sz w:val="16"/>
              </w:rPr>
              <w:t>Hail</w:t>
            </w:r>
          </w:p>
        </w:tc>
        <w:tc>
          <w:tcPr>
            <w:tcW w:type="dxa" w:w="1399"/>
          </w:tcPr>
          <w:p>
            <w:pPr>
              <w:spacing w:after="0"/>
              <w:jc w:val="right"/>
            </w:pPr>
            <w:r>
              <w:rPr>
                <w:sz w:val="16"/>
              </w:rPr>
              <w:t>20 of 20</w:t>
            </w:r>
          </w:p>
        </w:tc>
        <w:tc>
          <w:tcPr>
            <w:tcW w:type="dxa" w:w="1056"/>
          </w:tcPr>
          <w:p>
            <w:pPr>
              <w:spacing w:after="0"/>
              <w:jc w:val="right"/>
            </w:pPr>
            <w:r>
              <w:rPr>
                <w:sz w:val="16"/>
              </w:rPr>
              <w:t>17.5</w:t>
            </w:r>
          </w:p>
        </w:tc>
        <w:tc>
          <w:tcPr>
            <w:tcW w:type="dxa" w:w="1108"/>
          </w:tcPr>
          <w:p>
            <w:pPr>
              <w:spacing w:after="0"/>
              <w:jc w:val="right"/>
            </w:pPr>
            <w:r>
              <w:rPr>
                <w:sz w:val="16"/>
              </w:rPr>
              <w:t>30.1</w:t>
            </w:r>
          </w:p>
        </w:tc>
        <w:tc>
          <w:tcPr>
            <w:tcW w:type="dxa" w:w="1056"/>
          </w:tcPr>
          <w:p>
            <w:pPr>
              <w:spacing w:after="0"/>
              <w:jc w:val="right"/>
            </w:pPr>
            <w:r>
              <w:rPr>
                <w:sz w:val="16"/>
              </w:rPr>
              <w:t>39.6</w:t>
            </w:r>
          </w:p>
        </w:tc>
        <w:tc>
          <w:tcPr>
            <w:tcW w:type="dxa" w:w="7802"/>
          </w:tcPr>
          <w:p>
            <w:pPr>
              <w:spacing w:after="0"/>
              <w:jc w:val="left"/>
            </w:pPr>
            <w:r>
              <w:rPr>
                <w:sz w:val="16"/>
              </w:rPr>
              <w:t>Relatively Low 3, Very Low 17</w:t>
            </w:r>
          </w:p>
        </w:tc>
      </w:tr>
      <w:tr>
        <w:trPr>
          <w:cantSplit/>
        </w:trPr>
        <w:tc>
          <w:tcPr>
            <w:tcW w:type="dxa" w:w="1690"/>
          </w:tcPr>
          <w:p>
            <w:pPr>
              <w:spacing w:after="0"/>
              <w:jc w:val="left"/>
            </w:pPr>
            <w:r>
              <w:rPr>
                <w:sz w:val="16"/>
              </w:rPr>
              <w:t>Heat Wave</w:t>
            </w:r>
          </w:p>
        </w:tc>
        <w:tc>
          <w:tcPr>
            <w:tcW w:type="dxa" w:w="1399"/>
          </w:tcPr>
          <w:p>
            <w:pPr>
              <w:spacing w:after="0"/>
              <w:jc w:val="right"/>
            </w:pPr>
            <w:r>
              <w:rPr>
                <w:sz w:val="16"/>
              </w:rPr>
              <w:t>20 of 20</w:t>
            </w:r>
          </w:p>
        </w:tc>
        <w:tc>
          <w:tcPr>
            <w:tcW w:type="dxa" w:w="1056"/>
          </w:tcPr>
          <w:p>
            <w:pPr>
              <w:spacing w:after="0"/>
              <w:jc w:val="right"/>
            </w:pPr>
            <w:r>
              <w:rPr>
                <w:sz w:val="16"/>
              </w:rPr>
              <w:t>10.3</w:t>
            </w:r>
          </w:p>
        </w:tc>
        <w:tc>
          <w:tcPr>
            <w:tcW w:type="dxa" w:w="1108"/>
          </w:tcPr>
          <w:p>
            <w:pPr>
              <w:spacing w:after="0"/>
              <w:jc w:val="right"/>
            </w:pPr>
            <w:r>
              <w:rPr>
                <w:sz w:val="16"/>
              </w:rPr>
              <w:t>37.6</w:t>
            </w:r>
          </w:p>
        </w:tc>
        <w:tc>
          <w:tcPr>
            <w:tcW w:type="dxa" w:w="1056"/>
          </w:tcPr>
          <w:p>
            <w:pPr>
              <w:spacing w:after="0"/>
              <w:jc w:val="right"/>
            </w:pPr>
            <w:r>
              <w:rPr>
                <w:sz w:val="16"/>
              </w:rPr>
              <w:t>63.0</w:t>
            </w:r>
          </w:p>
        </w:tc>
        <w:tc>
          <w:tcPr>
            <w:tcW w:type="dxa" w:w="7802"/>
          </w:tcPr>
          <w:p>
            <w:pPr>
              <w:spacing w:after="0"/>
              <w:jc w:val="left"/>
            </w:pPr>
            <w:r>
              <w:rPr>
                <w:sz w:val="16"/>
              </w:rPr>
              <w:t>Relatively Moderate 3, Relatively Low 16, Very Low 1</w:t>
            </w:r>
          </w:p>
        </w:tc>
      </w:tr>
      <w:tr>
        <w:trPr>
          <w:cantSplit/>
        </w:trPr>
        <w:tc>
          <w:tcPr>
            <w:tcW w:type="dxa" w:w="1690"/>
          </w:tcPr>
          <w:p>
            <w:pPr>
              <w:spacing w:after="0"/>
              <w:jc w:val="left"/>
            </w:pPr>
            <w:r>
              <w:rPr>
                <w:sz w:val="16"/>
              </w:rPr>
              <w:t>Hurricane</w:t>
            </w:r>
          </w:p>
        </w:tc>
        <w:tc>
          <w:tcPr>
            <w:tcW w:type="dxa" w:w="1399"/>
          </w:tcPr>
          <w:p>
            <w:pPr>
              <w:spacing w:after="0"/>
              <w:jc w:val="right"/>
            </w:pPr>
            <w:r>
              <w:rPr>
                <w:sz w:val="16"/>
              </w:rPr>
              <w:t>20 of 20</w:t>
            </w:r>
          </w:p>
        </w:tc>
        <w:tc>
          <w:tcPr>
            <w:tcW w:type="dxa" w:w="1056"/>
          </w:tcPr>
          <w:p>
            <w:pPr>
              <w:spacing w:after="0"/>
              <w:jc w:val="right"/>
            </w:pPr>
            <w:r>
              <w:rPr>
                <w:sz w:val="16"/>
              </w:rPr>
              <w:t>53.2</w:t>
            </w:r>
          </w:p>
        </w:tc>
        <w:tc>
          <w:tcPr>
            <w:tcW w:type="dxa" w:w="1108"/>
          </w:tcPr>
          <w:p>
            <w:pPr>
              <w:spacing w:after="0"/>
              <w:jc w:val="right"/>
            </w:pPr>
            <w:r>
              <w:rPr>
                <w:sz w:val="16"/>
              </w:rPr>
              <w:t>58.5</w:t>
            </w:r>
          </w:p>
        </w:tc>
        <w:tc>
          <w:tcPr>
            <w:tcW w:type="dxa" w:w="1056"/>
          </w:tcPr>
          <w:p>
            <w:pPr>
              <w:spacing w:after="0"/>
              <w:jc w:val="right"/>
            </w:pPr>
            <w:r>
              <w:rPr>
                <w:sz w:val="16"/>
              </w:rPr>
              <w:t>68.5</w:t>
            </w:r>
          </w:p>
        </w:tc>
        <w:tc>
          <w:tcPr>
            <w:tcW w:type="dxa" w:w="7802"/>
          </w:tcPr>
          <w:p>
            <w:pPr>
              <w:spacing w:after="0"/>
              <w:jc w:val="left"/>
            </w:pPr>
            <w:r>
              <w:rPr>
                <w:sz w:val="16"/>
              </w:rPr>
              <w:t>Relatively Low 20</w:t>
            </w:r>
          </w:p>
        </w:tc>
      </w:tr>
      <w:tr>
        <w:trPr>
          <w:cantSplit/>
        </w:trPr>
        <w:tc>
          <w:tcPr>
            <w:tcW w:type="dxa" w:w="1690"/>
          </w:tcPr>
          <w:p>
            <w:pPr>
              <w:spacing w:after="0"/>
              <w:jc w:val="left"/>
            </w:pPr>
            <w:r>
              <w:rPr>
                <w:sz w:val="16"/>
              </w:rPr>
              <w:t>Ice Storm</w:t>
            </w:r>
          </w:p>
        </w:tc>
        <w:tc>
          <w:tcPr>
            <w:tcW w:type="dxa" w:w="1399"/>
          </w:tcPr>
          <w:p>
            <w:pPr>
              <w:spacing w:after="0"/>
              <w:jc w:val="right"/>
            </w:pPr>
            <w:r>
              <w:rPr>
                <w:sz w:val="16"/>
              </w:rPr>
              <w:t>20 of 20</w:t>
            </w:r>
          </w:p>
        </w:tc>
        <w:tc>
          <w:tcPr>
            <w:tcW w:type="dxa" w:w="1056"/>
          </w:tcPr>
          <w:p>
            <w:pPr>
              <w:spacing w:after="0"/>
              <w:jc w:val="right"/>
            </w:pPr>
            <w:r>
              <w:rPr>
                <w:sz w:val="16"/>
              </w:rPr>
              <w:t>26.4</w:t>
            </w:r>
          </w:p>
        </w:tc>
        <w:tc>
          <w:tcPr>
            <w:tcW w:type="dxa" w:w="1108"/>
          </w:tcPr>
          <w:p>
            <w:pPr>
              <w:spacing w:after="0"/>
              <w:jc w:val="right"/>
            </w:pPr>
            <w:r>
              <w:rPr>
                <w:sz w:val="16"/>
              </w:rPr>
              <w:t>45.5</w:t>
            </w:r>
          </w:p>
        </w:tc>
        <w:tc>
          <w:tcPr>
            <w:tcW w:type="dxa" w:w="1056"/>
          </w:tcPr>
          <w:p>
            <w:pPr>
              <w:spacing w:after="0"/>
              <w:jc w:val="right"/>
            </w:pPr>
            <w:r>
              <w:rPr>
                <w:sz w:val="16"/>
              </w:rPr>
              <w:t>74.3</w:t>
            </w:r>
          </w:p>
        </w:tc>
        <w:tc>
          <w:tcPr>
            <w:tcW w:type="dxa" w:w="7802"/>
          </w:tcPr>
          <w:p>
            <w:pPr>
              <w:spacing w:after="0"/>
              <w:jc w:val="left"/>
            </w:pPr>
            <w:r>
              <w:rPr>
                <w:sz w:val="16"/>
              </w:rPr>
              <w:t>Relatively Moderate 2, Relatively Low 16, Very Low 2</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20 of 20</w:t>
            </w:r>
          </w:p>
        </w:tc>
        <w:tc>
          <w:tcPr>
            <w:tcW w:type="dxa" w:w="1056"/>
          </w:tcPr>
          <w:p>
            <w:pPr>
              <w:spacing w:after="0"/>
              <w:jc w:val="right"/>
            </w:pPr>
            <w:r>
              <w:rPr>
                <w:sz w:val="16"/>
              </w:rPr>
              <w:t>17.6</w:t>
            </w:r>
          </w:p>
        </w:tc>
        <w:tc>
          <w:tcPr>
            <w:tcW w:type="dxa" w:w="1108"/>
          </w:tcPr>
          <w:p>
            <w:pPr>
              <w:spacing w:after="0"/>
              <w:jc w:val="right"/>
            </w:pPr>
            <w:r>
              <w:rPr>
                <w:sz w:val="16"/>
              </w:rPr>
              <w:t>55.0</w:t>
            </w:r>
          </w:p>
        </w:tc>
        <w:tc>
          <w:tcPr>
            <w:tcW w:type="dxa" w:w="1056"/>
          </w:tcPr>
          <w:p>
            <w:pPr>
              <w:spacing w:after="0"/>
              <w:jc w:val="right"/>
            </w:pPr>
            <w:r>
              <w:rPr>
                <w:sz w:val="16"/>
              </w:rPr>
              <w:t>94.5</w:t>
            </w:r>
          </w:p>
        </w:tc>
        <w:tc>
          <w:tcPr>
            <w:tcW w:type="dxa" w:w="7802"/>
          </w:tcPr>
          <w:p>
            <w:pPr>
              <w:spacing w:after="0"/>
              <w:jc w:val="left"/>
            </w:pPr>
            <w:r>
              <w:rPr>
                <w:sz w:val="16"/>
              </w:rPr>
              <w:t>Relatively High 6, Relatively Moderate 6, Relatively Low 8</w:t>
            </w:r>
          </w:p>
        </w:tc>
      </w:tr>
      <w:tr>
        <w:trPr>
          <w:cantSplit/>
        </w:trPr>
        <w:tc>
          <w:tcPr>
            <w:tcW w:type="dxa" w:w="1690"/>
          </w:tcPr>
          <w:p>
            <w:pPr>
              <w:spacing w:after="0"/>
              <w:jc w:val="left"/>
            </w:pPr>
            <w:r>
              <w:rPr>
                <w:sz w:val="16"/>
              </w:rPr>
              <w:t>Landslide</w:t>
            </w:r>
          </w:p>
        </w:tc>
        <w:tc>
          <w:tcPr>
            <w:tcW w:type="dxa" w:w="1399"/>
          </w:tcPr>
          <w:p>
            <w:pPr>
              <w:spacing w:after="0"/>
              <w:jc w:val="right"/>
            </w:pPr>
            <w:r>
              <w:rPr>
                <w:sz w:val="16"/>
              </w:rPr>
              <w:t>20 of 20</w:t>
            </w:r>
          </w:p>
        </w:tc>
        <w:tc>
          <w:tcPr>
            <w:tcW w:type="dxa" w:w="1056"/>
          </w:tcPr>
          <w:p>
            <w:pPr>
              <w:spacing w:after="0"/>
              <w:jc w:val="right"/>
            </w:pPr>
            <w:r>
              <w:rPr>
                <w:sz w:val="16"/>
              </w:rPr>
              <w:t>73.5</w:t>
            </w:r>
          </w:p>
        </w:tc>
        <w:tc>
          <w:tcPr>
            <w:tcW w:type="dxa" w:w="1108"/>
          </w:tcPr>
          <w:p>
            <w:pPr>
              <w:spacing w:after="0"/>
              <w:jc w:val="right"/>
            </w:pPr>
            <w:r>
              <w:rPr>
                <w:sz w:val="16"/>
              </w:rPr>
              <w:t>96.8</w:t>
            </w:r>
          </w:p>
        </w:tc>
        <w:tc>
          <w:tcPr>
            <w:tcW w:type="dxa" w:w="1056"/>
          </w:tcPr>
          <w:p>
            <w:pPr>
              <w:spacing w:after="0"/>
              <w:jc w:val="right"/>
            </w:pPr>
            <w:r>
              <w:rPr>
                <w:sz w:val="16"/>
              </w:rPr>
              <w:t>99.4</w:t>
            </w:r>
          </w:p>
        </w:tc>
        <w:tc>
          <w:tcPr>
            <w:tcW w:type="dxa" w:w="7802"/>
          </w:tcPr>
          <w:p>
            <w:pPr>
              <w:spacing w:after="0"/>
              <w:jc w:val="left"/>
            </w:pPr>
            <w:r>
              <w:rPr>
                <w:sz w:val="16"/>
              </w:rPr>
              <w:t>Relatively High 2, Relatively Moderate 9, Relatively Low 8, Very Low 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20 of 20</w:t>
            </w:r>
          </w:p>
        </w:tc>
        <w:tc>
          <w:tcPr>
            <w:tcW w:type="dxa" w:w="1056"/>
          </w:tcPr>
          <w:p>
            <w:pPr>
              <w:spacing w:after="0"/>
              <w:jc w:val="right"/>
            </w:pPr>
            <w:r>
              <w:rPr>
                <w:sz w:val="16"/>
              </w:rPr>
              <w:t>44.4</w:t>
            </w:r>
          </w:p>
        </w:tc>
        <w:tc>
          <w:tcPr>
            <w:tcW w:type="dxa" w:w="1108"/>
          </w:tcPr>
          <w:p>
            <w:pPr>
              <w:spacing w:after="0"/>
              <w:jc w:val="right"/>
            </w:pPr>
            <w:r>
              <w:rPr>
                <w:sz w:val="16"/>
              </w:rPr>
              <w:t>79.0</w:t>
            </w:r>
          </w:p>
        </w:tc>
        <w:tc>
          <w:tcPr>
            <w:tcW w:type="dxa" w:w="1056"/>
          </w:tcPr>
          <w:p>
            <w:pPr>
              <w:spacing w:after="0"/>
              <w:jc w:val="right"/>
            </w:pPr>
            <w:r>
              <w:rPr>
                <w:sz w:val="16"/>
              </w:rPr>
              <w:t>95.3</w:t>
            </w:r>
          </w:p>
        </w:tc>
        <w:tc>
          <w:tcPr>
            <w:tcW w:type="dxa" w:w="7802"/>
          </w:tcPr>
          <w:p>
            <w:pPr>
              <w:spacing w:after="0"/>
              <w:jc w:val="left"/>
            </w:pPr>
            <w:r>
              <w:rPr>
                <w:sz w:val="16"/>
              </w:rPr>
              <w:t>Relatively High 11, Relatively Moderate 8, Relatively Low 1</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20 of 20</w:t>
            </w:r>
          </w:p>
        </w:tc>
        <w:tc>
          <w:tcPr>
            <w:tcW w:type="dxa" w:w="1056"/>
          </w:tcPr>
          <w:p>
            <w:pPr>
              <w:spacing w:after="0"/>
              <w:jc w:val="right"/>
            </w:pPr>
            <w:r>
              <w:rPr>
                <w:sz w:val="16"/>
              </w:rPr>
              <w:t>22.1</w:t>
            </w:r>
          </w:p>
        </w:tc>
        <w:tc>
          <w:tcPr>
            <w:tcW w:type="dxa" w:w="1108"/>
          </w:tcPr>
          <w:p>
            <w:pPr>
              <w:spacing w:after="0"/>
              <w:jc w:val="right"/>
            </w:pPr>
            <w:r>
              <w:rPr>
                <w:sz w:val="16"/>
              </w:rPr>
              <w:t>38.7</w:t>
            </w:r>
          </w:p>
        </w:tc>
        <w:tc>
          <w:tcPr>
            <w:tcW w:type="dxa" w:w="1056"/>
          </w:tcPr>
          <w:p>
            <w:pPr>
              <w:spacing w:after="0"/>
              <w:jc w:val="right"/>
            </w:pPr>
            <w:r>
              <w:rPr>
                <w:sz w:val="16"/>
              </w:rPr>
              <w:t>61.0</w:t>
            </w:r>
          </w:p>
        </w:tc>
        <w:tc>
          <w:tcPr>
            <w:tcW w:type="dxa" w:w="7802"/>
          </w:tcPr>
          <w:p>
            <w:pPr>
              <w:spacing w:after="0"/>
              <w:jc w:val="left"/>
            </w:pPr>
            <w:r>
              <w:rPr>
                <w:sz w:val="16"/>
              </w:rPr>
              <w:t>Relatively Moderate 2, Relatively Low 18</w:t>
            </w:r>
          </w:p>
        </w:tc>
      </w:tr>
      <w:tr>
        <w:trPr>
          <w:cantSplit/>
        </w:trPr>
        <w:tc>
          <w:tcPr>
            <w:tcW w:type="dxa" w:w="1690"/>
          </w:tcPr>
          <w:p>
            <w:pPr>
              <w:spacing w:after="0"/>
              <w:jc w:val="left"/>
            </w:pPr>
            <w:r>
              <w:rPr>
                <w:sz w:val="16"/>
              </w:rPr>
              <w:t>Tornado</w:t>
            </w:r>
          </w:p>
        </w:tc>
        <w:tc>
          <w:tcPr>
            <w:tcW w:type="dxa" w:w="1399"/>
          </w:tcPr>
          <w:p>
            <w:pPr>
              <w:spacing w:after="0"/>
              <w:jc w:val="right"/>
            </w:pPr>
            <w:r>
              <w:rPr>
                <w:sz w:val="16"/>
              </w:rPr>
              <w:t>20 of 20</w:t>
            </w:r>
          </w:p>
        </w:tc>
        <w:tc>
          <w:tcPr>
            <w:tcW w:type="dxa" w:w="1056"/>
          </w:tcPr>
          <w:p>
            <w:pPr>
              <w:spacing w:after="0"/>
              <w:jc w:val="right"/>
            </w:pPr>
            <w:r>
              <w:rPr>
                <w:sz w:val="16"/>
              </w:rPr>
              <w:t>5.6</w:t>
            </w:r>
          </w:p>
        </w:tc>
        <w:tc>
          <w:tcPr>
            <w:tcW w:type="dxa" w:w="1108"/>
          </w:tcPr>
          <w:p>
            <w:pPr>
              <w:spacing w:after="0"/>
              <w:jc w:val="right"/>
            </w:pPr>
            <w:r>
              <w:rPr>
                <w:sz w:val="16"/>
              </w:rPr>
              <w:t>15.4</w:t>
            </w:r>
          </w:p>
        </w:tc>
        <w:tc>
          <w:tcPr>
            <w:tcW w:type="dxa" w:w="1056"/>
          </w:tcPr>
          <w:p>
            <w:pPr>
              <w:spacing w:after="0"/>
              <w:jc w:val="right"/>
            </w:pPr>
            <w:r>
              <w:rPr>
                <w:sz w:val="16"/>
              </w:rPr>
              <w:t>26.4</w:t>
            </w:r>
          </w:p>
        </w:tc>
        <w:tc>
          <w:tcPr>
            <w:tcW w:type="dxa" w:w="7802"/>
          </w:tcPr>
          <w:p>
            <w:pPr>
              <w:spacing w:after="0"/>
              <w:jc w:val="left"/>
            </w:pPr>
            <w:r>
              <w:rPr>
                <w:sz w:val="16"/>
              </w:rPr>
              <w:t>Very Low 20</w:t>
            </w:r>
          </w:p>
        </w:tc>
      </w:tr>
      <w:tr>
        <w:trPr>
          <w:cantSplit/>
        </w:trPr>
        <w:tc>
          <w:tcPr>
            <w:tcW w:type="dxa" w:w="1690"/>
          </w:tcPr>
          <w:p>
            <w:pPr>
              <w:spacing w:after="0"/>
              <w:jc w:val="left"/>
            </w:pPr>
            <w:r>
              <w:rPr>
                <w:sz w:val="16"/>
              </w:rPr>
              <w:t>Wildfire</w:t>
            </w:r>
          </w:p>
        </w:tc>
        <w:tc>
          <w:tcPr>
            <w:tcW w:type="dxa" w:w="1399"/>
          </w:tcPr>
          <w:p>
            <w:pPr>
              <w:spacing w:after="0"/>
              <w:jc w:val="right"/>
            </w:pPr>
            <w:r>
              <w:rPr>
                <w:sz w:val="16"/>
              </w:rPr>
              <w:t>20 of 20</w:t>
            </w:r>
          </w:p>
        </w:tc>
        <w:tc>
          <w:tcPr>
            <w:tcW w:type="dxa" w:w="1056"/>
          </w:tcPr>
          <w:p>
            <w:pPr>
              <w:spacing w:after="0"/>
              <w:jc w:val="right"/>
            </w:pPr>
            <w:r>
              <w:rPr>
                <w:sz w:val="16"/>
              </w:rPr>
              <w:t>32.3</w:t>
            </w:r>
          </w:p>
        </w:tc>
        <w:tc>
          <w:tcPr>
            <w:tcW w:type="dxa" w:w="1108"/>
          </w:tcPr>
          <w:p>
            <w:pPr>
              <w:spacing w:after="0"/>
              <w:jc w:val="right"/>
            </w:pPr>
            <w:r>
              <w:rPr>
                <w:sz w:val="16"/>
              </w:rPr>
              <w:t>55.5</w:t>
            </w:r>
          </w:p>
        </w:tc>
        <w:tc>
          <w:tcPr>
            <w:tcW w:type="dxa" w:w="1056"/>
          </w:tcPr>
          <w:p>
            <w:pPr>
              <w:spacing w:after="0"/>
              <w:jc w:val="right"/>
            </w:pPr>
            <w:r>
              <w:rPr>
                <w:sz w:val="16"/>
              </w:rPr>
              <w:t>68.5</w:t>
            </w:r>
          </w:p>
        </w:tc>
        <w:tc>
          <w:tcPr>
            <w:tcW w:type="dxa" w:w="7802"/>
          </w:tcPr>
          <w:p>
            <w:pPr>
              <w:spacing w:after="0"/>
              <w:jc w:val="left"/>
            </w:pPr>
            <w:r>
              <w:rPr>
                <w:sz w:val="16"/>
              </w:rPr>
              <w:t>Very Low 20</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20 of 20</w:t>
            </w:r>
          </w:p>
        </w:tc>
        <w:tc>
          <w:tcPr>
            <w:tcW w:type="dxa" w:w="1056"/>
          </w:tcPr>
          <w:p>
            <w:pPr>
              <w:spacing w:after="0"/>
              <w:jc w:val="right"/>
            </w:pPr>
            <w:r>
              <w:rPr>
                <w:sz w:val="16"/>
              </w:rPr>
              <w:t>62.4</w:t>
            </w:r>
          </w:p>
        </w:tc>
        <w:tc>
          <w:tcPr>
            <w:tcW w:type="dxa" w:w="1108"/>
          </w:tcPr>
          <w:p>
            <w:pPr>
              <w:spacing w:after="0"/>
              <w:jc w:val="right"/>
            </w:pPr>
            <w:r>
              <w:rPr>
                <w:sz w:val="16"/>
              </w:rPr>
              <w:t>83.9</w:t>
            </w:r>
          </w:p>
        </w:tc>
        <w:tc>
          <w:tcPr>
            <w:tcW w:type="dxa" w:w="1056"/>
          </w:tcPr>
          <w:p>
            <w:pPr>
              <w:spacing w:after="0"/>
              <w:jc w:val="right"/>
            </w:pPr>
            <w:r>
              <w:rPr>
                <w:sz w:val="16"/>
              </w:rPr>
              <w:t>95.4</w:t>
            </w:r>
          </w:p>
        </w:tc>
        <w:tc>
          <w:tcPr>
            <w:tcW w:type="dxa" w:w="7802"/>
          </w:tcPr>
          <w:p>
            <w:pPr>
              <w:spacing w:after="0"/>
              <w:jc w:val="left"/>
            </w:pPr>
            <w:r>
              <w:rPr>
                <w:sz w:val="16"/>
              </w:rPr>
              <w:t>Relatively High 15, Relatively Moderate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73"/>
        <w:gridCol w:w="769"/>
        <w:gridCol w:w="2585"/>
        <w:gridCol w:w="2075"/>
        <w:gridCol w:w="2151"/>
        <w:gridCol w:w="2403"/>
        <w:gridCol w:w="2655"/>
      </w:tblGrid>
      <w:tr>
        <w:trPr>
          <w:cantSplit/>
          <w:tblHeader/>
        </w:trPr>
        <w:tc>
          <w:tcPr>
            <w:tcW w:type="dxa" w:w="1473"/>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585"/>
            <w:shd w:val="clear" w:color="auto" w:fill="E8E8E8"/>
          </w:tcPr>
          <w:p>
            <w:pPr>
              <w:spacing w:after="0"/>
              <w:jc w:val="left"/>
            </w:pPr>
            <w:r>
              <w:rPr>
                <w:b/>
                <w:sz w:val="16"/>
              </w:rPr>
              <w:t>Plan status</w:t>
            </w:r>
          </w:p>
        </w:tc>
        <w:tc>
          <w:tcPr>
            <w:tcW w:type="dxa" w:w="207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5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0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55"/>
            <w:shd w:val="clear" w:color="auto" w:fill="E8E8E8"/>
          </w:tcPr>
          <w:p>
            <w:pPr>
              <w:spacing w:after="0"/>
              <w:jc w:val="left"/>
            </w:pPr>
            <w:r>
              <w:rPr>
                <w:b/>
                <w:sz w:val="16"/>
              </w:rPr>
              <w:t>Notes</w:t>
            </w:r>
          </w:p>
        </w:tc>
      </w:tr>
      <w:tr>
        <w:trPr>
          <w:cantSplit/>
        </w:trPr>
        <w:tc>
          <w:tcPr>
            <w:tcW w:type="dxa" w:w="1473"/>
          </w:tcPr>
          <w:p>
            <w:pPr>
              <w:spacing w:after="0"/>
              <w:jc w:val="left"/>
            </w:pPr>
            <w:r>
              <w:rPr>
                <w:sz w:val="16"/>
              </w:rPr>
              <w:t>Barre city</w:t>
            </w:r>
          </w:p>
        </w:tc>
        <w:tc>
          <w:tcPr>
            <w:tcW w:type="dxa" w:w="769"/>
          </w:tcPr>
          <w:p>
            <w:pPr>
              <w:spacing w:after="0"/>
              <w:jc w:val="left"/>
            </w:pPr>
            <w:r>
              <w:rPr>
                <w:sz w:val="16"/>
              </w:rPr>
              <w:t>City</w:t>
            </w:r>
          </w:p>
        </w:tc>
        <w:tc>
          <w:tcPr>
            <w:tcW w:type="dxa" w:w="2585"/>
          </w:tcPr>
          <w:p>
            <w:pPr>
              <w:spacing w:after="0"/>
              <w:jc w:val="left"/>
            </w:pPr>
            <w:r>
              <w:rPr>
                <w:sz w:val="16"/>
              </w:rPr>
              <w:t>Approved, expires 2029-12-11</w:t>
            </w:r>
          </w:p>
        </w:tc>
        <w:tc>
          <w:tcPr>
            <w:tcW w:type="dxa" w:w="2075"/>
          </w:tcPr>
          <w:p>
            <w:pPr>
              <w:spacing w:after="0"/>
              <w:jc w:val="right"/>
            </w:pPr>
            <w:r>
              <w:rPr>
                <w:sz w:val="16"/>
              </w:rPr>
              <w:t>FMA RL 2, SRL 4; any 60</w:t>
            </w:r>
          </w:p>
        </w:tc>
        <w:tc>
          <w:tcPr>
            <w:tcW w:type="dxa" w:w="2151"/>
          </w:tcPr>
          <w:p>
            <w:pPr>
              <w:spacing w:after="0"/>
              <w:jc w:val="right"/>
            </w:pPr>
            <w:r>
              <w:rPr>
                <w:sz w:val="16"/>
              </w:rPr>
              <w:t>$5,655,433.46</w:t>
            </w:r>
          </w:p>
        </w:tc>
        <w:tc>
          <w:tcPr>
            <w:tcW w:type="dxa" w:w="2403"/>
          </w:tcPr>
          <w:p>
            <w:pPr>
              <w:spacing w:after="0"/>
              <w:jc w:val="right"/>
            </w:pPr>
            <w:r>
              <w:rPr>
                <w:sz w:val="16"/>
              </w:rPr>
              <w:t>16 total; 1 since its plan</w:t>
            </w:r>
          </w:p>
        </w:tc>
        <w:tc>
          <w:tcPr>
            <w:tcW w:type="dxa" w:w="2655"/>
          </w:tcPr>
          <w:p>
            <w:pPr>
              <w:spacing w:after="0"/>
              <w:jc w:val="left"/>
            </w:pPr>
            <w:r>
              <w:rPr>
                <w:sz w:val="16"/>
              </w:rPr>
              <w:t>Includes $23,441.36 for declarations not counted as hazard incidents (DR-4532-VT).</w:t>
            </w:r>
          </w:p>
        </w:tc>
      </w:tr>
      <w:tr>
        <w:trPr>
          <w:cantSplit/>
        </w:trPr>
        <w:tc>
          <w:tcPr>
            <w:tcW w:type="dxa" w:w="1473"/>
          </w:tcPr>
          <w:p>
            <w:pPr>
              <w:spacing w:after="0"/>
              <w:jc w:val="left"/>
            </w:pPr>
            <w:r>
              <w:rPr>
                <w:sz w:val="16"/>
              </w:rPr>
              <w:t>Marshfield village</w:t>
            </w:r>
          </w:p>
        </w:tc>
        <w:tc>
          <w:tcPr>
            <w:tcW w:type="dxa" w:w="769"/>
          </w:tcPr>
          <w:p>
            <w:pPr>
              <w:spacing w:after="0"/>
              <w:jc w:val="left"/>
            </w:pPr>
            <w:r>
              <w:rPr>
                <w:sz w:val="16"/>
              </w:rPr>
              <w:t>Village</w:t>
            </w:r>
          </w:p>
        </w:tc>
        <w:tc>
          <w:tcPr>
            <w:tcW w:type="dxa" w:w="2585"/>
          </w:tcPr>
          <w:p>
            <w:pPr>
              <w:spacing w:after="0"/>
              <w:jc w:val="left"/>
            </w:pPr>
            <w:r>
              <w:rPr>
                <w:sz w:val="16"/>
              </w:rPr>
              <w:t>Approved, expires 2026-09-30</w:t>
            </w:r>
          </w:p>
        </w:tc>
        <w:tc>
          <w:tcPr>
            <w:tcW w:type="dxa" w:w="2075"/>
          </w:tcPr>
          <w:p>
            <w:pPr>
              <w:spacing w:after="0"/>
              <w:jc w:val="right"/>
            </w:pPr>
            <w:r>
              <w:rPr>
                <w:sz w:val="16"/>
              </w:rPr>
              <w:t>FMA RL 0, SRL 0; any 1</w:t>
            </w:r>
          </w:p>
        </w:tc>
        <w:tc>
          <w:tcPr>
            <w:tcW w:type="dxa" w:w="2151"/>
          </w:tcPr>
          <w:p>
            <w:pPr>
              <w:spacing w:after="0"/>
              <w:jc w:val="right"/>
            </w:pPr>
            <w:r>
              <w:rPr>
                <w:sz w:val="16"/>
              </w:rPr>
              <w:t>$33,570.82</w:t>
            </w:r>
          </w:p>
        </w:tc>
        <w:tc>
          <w:tcPr>
            <w:tcW w:type="dxa" w:w="2403"/>
          </w:tcPr>
          <w:p>
            <w:pPr>
              <w:spacing w:after="0"/>
              <w:jc w:val="right"/>
            </w:pPr>
            <w:r>
              <w:rPr>
                <w:sz w:val="16"/>
              </w:rPr>
              <w:t>9 total; 0 since its plan</w:t>
            </w:r>
          </w:p>
        </w:tc>
        <w:tc>
          <w:tcPr>
            <w:tcW w:type="dxa" w:w="2655"/>
          </w:tcPr>
          <w:p>
            <w:pPr>
              <w:spacing w:after="0"/>
              <w:jc w:val="left"/>
            </w:pPr>
          </w:p>
        </w:tc>
      </w:tr>
      <w:tr>
        <w:trPr>
          <w:cantSplit/>
        </w:trPr>
        <w:tc>
          <w:tcPr>
            <w:tcW w:type="dxa" w:w="1473"/>
          </w:tcPr>
          <w:p>
            <w:pPr>
              <w:spacing w:after="0"/>
              <w:jc w:val="left"/>
            </w:pPr>
            <w:r>
              <w:rPr>
                <w:sz w:val="16"/>
              </w:rPr>
              <w:t>Montpelier city</w:t>
            </w:r>
          </w:p>
        </w:tc>
        <w:tc>
          <w:tcPr>
            <w:tcW w:type="dxa" w:w="769"/>
          </w:tcPr>
          <w:p>
            <w:pPr>
              <w:spacing w:after="0"/>
              <w:jc w:val="left"/>
            </w:pPr>
            <w:r>
              <w:rPr>
                <w:sz w:val="16"/>
              </w:rPr>
              <w:t>City</w:t>
            </w:r>
          </w:p>
        </w:tc>
        <w:tc>
          <w:tcPr>
            <w:tcW w:type="dxa" w:w="2585"/>
          </w:tcPr>
          <w:p>
            <w:pPr>
              <w:spacing w:after="0"/>
              <w:jc w:val="left"/>
            </w:pPr>
            <w:r>
              <w:rPr>
                <w:sz w:val="16"/>
              </w:rPr>
              <w:t>Expired on 2026-09-23</w:t>
            </w:r>
          </w:p>
        </w:tc>
        <w:tc>
          <w:tcPr>
            <w:tcW w:type="dxa" w:w="2075"/>
          </w:tcPr>
          <w:p>
            <w:pPr>
              <w:spacing w:after="0"/>
              <w:jc w:val="right"/>
            </w:pPr>
            <w:r>
              <w:rPr>
                <w:sz w:val="16"/>
              </w:rPr>
              <w:t>FMA RL 0, SRL 8; any 23</w:t>
            </w:r>
          </w:p>
        </w:tc>
        <w:tc>
          <w:tcPr>
            <w:tcW w:type="dxa" w:w="2151"/>
          </w:tcPr>
          <w:p>
            <w:pPr>
              <w:spacing w:after="0"/>
              <w:jc w:val="right"/>
            </w:pPr>
            <w:r>
              <w:rPr>
                <w:sz w:val="16"/>
              </w:rPr>
              <w:t>$16,579,205.26</w:t>
            </w:r>
          </w:p>
        </w:tc>
        <w:tc>
          <w:tcPr>
            <w:tcW w:type="dxa" w:w="2403"/>
          </w:tcPr>
          <w:p>
            <w:pPr>
              <w:spacing w:after="0"/>
              <w:jc w:val="right"/>
            </w:pPr>
            <w:r>
              <w:rPr>
                <w:sz w:val="16"/>
              </w:rPr>
              <w:t>15 total; 1 since its plan</w:t>
            </w:r>
          </w:p>
        </w:tc>
        <w:tc>
          <w:tcPr>
            <w:tcW w:type="dxa" w:w="2655"/>
          </w:tcPr>
          <w:p>
            <w:pPr>
              <w:spacing w:after="0"/>
              <w:jc w:val="left"/>
            </w:pPr>
          </w:p>
        </w:tc>
      </w:tr>
      <w:tr>
        <w:trPr>
          <w:cantSplit/>
        </w:trPr>
        <w:tc>
          <w:tcPr>
            <w:tcW w:type="dxa" w:w="1473"/>
          </w:tcPr>
          <w:p>
            <w:pPr>
              <w:spacing w:after="0"/>
              <w:jc w:val="left"/>
            </w:pPr>
            <w:r>
              <w:rPr>
                <w:sz w:val="16"/>
              </w:rPr>
              <w:t>Barre town</w:t>
            </w:r>
          </w:p>
        </w:tc>
        <w:tc>
          <w:tcPr>
            <w:tcW w:type="dxa" w:w="769"/>
          </w:tcPr>
          <w:p>
            <w:pPr>
              <w:spacing w:after="0"/>
              <w:jc w:val="left"/>
            </w:pPr>
            <w:r>
              <w:rPr>
                <w:sz w:val="16"/>
              </w:rPr>
              <w:t>Town</w:t>
            </w:r>
          </w:p>
        </w:tc>
        <w:tc>
          <w:tcPr>
            <w:tcW w:type="dxa" w:w="2585"/>
          </w:tcPr>
          <w:p>
            <w:pPr>
              <w:spacing w:after="0"/>
              <w:jc w:val="left"/>
            </w:pPr>
            <w:r>
              <w:rPr>
                <w:sz w:val="16"/>
              </w:rPr>
              <w:t>Approved, expires 2028-12-14</w:t>
            </w:r>
          </w:p>
        </w:tc>
        <w:tc>
          <w:tcPr>
            <w:tcW w:type="dxa" w:w="2075"/>
          </w:tcPr>
          <w:p>
            <w:pPr>
              <w:spacing w:after="0"/>
              <w:jc w:val="right"/>
            </w:pPr>
            <w:r>
              <w:rPr>
                <w:sz w:val="16"/>
              </w:rPr>
              <w:t>FMA RL 0, SRL 0; any 0</w:t>
            </w:r>
          </w:p>
        </w:tc>
        <w:tc>
          <w:tcPr>
            <w:tcW w:type="dxa" w:w="2151"/>
          </w:tcPr>
          <w:p>
            <w:pPr>
              <w:spacing w:after="0"/>
              <w:jc w:val="right"/>
            </w:pPr>
            <w:r>
              <w:rPr>
                <w:sz w:val="16"/>
              </w:rPr>
              <w:t>$2,939,384.51</w:t>
            </w:r>
          </w:p>
        </w:tc>
        <w:tc>
          <w:tcPr>
            <w:tcW w:type="dxa" w:w="2403"/>
          </w:tcPr>
          <w:p>
            <w:pPr>
              <w:spacing w:after="0"/>
              <w:jc w:val="right"/>
            </w:pPr>
            <w:r>
              <w:rPr>
                <w:sz w:val="16"/>
              </w:rPr>
              <w:t>26 total; 2 since its plan</w:t>
            </w:r>
          </w:p>
        </w:tc>
        <w:tc>
          <w:tcPr>
            <w:tcW w:type="dxa" w:w="2655"/>
          </w:tcPr>
          <w:p>
            <w:pPr>
              <w:spacing w:after="0"/>
              <w:jc w:val="left"/>
            </w:pPr>
          </w:p>
        </w:tc>
      </w:tr>
      <w:tr>
        <w:trPr>
          <w:cantSplit/>
        </w:trPr>
        <w:tc>
          <w:tcPr>
            <w:tcW w:type="dxa" w:w="1473"/>
          </w:tcPr>
          <w:p>
            <w:pPr>
              <w:spacing w:after="0"/>
              <w:jc w:val="left"/>
            </w:pPr>
            <w:r>
              <w:rPr>
                <w:sz w:val="16"/>
              </w:rPr>
              <w:t>Berlin town</w:t>
            </w:r>
          </w:p>
        </w:tc>
        <w:tc>
          <w:tcPr>
            <w:tcW w:type="dxa" w:w="769"/>
          </w:tcPr>
          <w:p>
            <w:pPr>
              <w:spacing w:after="0"/>
              <w:jc w:val="left"/>
            </w:pPr>
            <w:r>
              <w:rPr>
                <w:sz w:val="16"/>
              </w:rPr>
              <w:t>Town</w:t>
            </w:r>
          </w:p>
        </w:tc>
        <w:tc>
          <w:tcPr>
            <w:tcW w:type="dxa" w:w="2585"/>
          </w:tcPr>
          <w:p>
            <w:pPr>
              <w:spacing w:after="0"/>
              <w:jc w:val="left"/>
            </w:pPr>
            <w:r>
              <w:rPr>
                <w:sz w:val="16"/>
              </w:rPr>
              <w:t>Expired on 2025-06-02</w:t>
            </w:r>
          </w:p>
        </w:tc>
        <w:tc>
          <w:tcPr>
            <w:tcW w:type="dxa" w:w="2075"/>
          </w:tcPr>
          <w:p>
            <w:pPr>
              <w:spacing w:after="0"/>
              <w:jc w:val="right"/>
            </w:pPr>
            <w:r>
              <w:rPr>
                <w:sz w:val="16"/>
              </w:rPr>
              <w:t>FMA RL 0, SRL 2; any 6</w:t>
            </w:r>
          </w:p>
        </w:tc>
        <w:tc>
          <w:tcPr>
            <w:tcW w:type="dxa" w:w="2151"/>
          </w:tcPr>
          <w:p>
            <w:pPr>
              <w:spacing w:after="0"/>
              <w:jc w:val="right"/>
            </w:pPr>
            <w:r>
              <w:rPr>
                <w:sz w:val="16"/>
              </w:rPr>
              <w:t>$3,617,795.90</w:t>
            </w:r>
          </w:p>
        </w:tc>
        <w:tc>
          <w:tcPr>
            <w:tcW w:type="dxa" w:w="2403"/>
          </w:tcPr>
          <w:p>
            <w:pPr>
              <w:spacing w:after="0"/>
              <w:jc w:val="right"/>
            </w:pPr>
            <w:r>
              <w:rPr>
                <w:sz w:val="16"/>
              </w:rPr>
              <w:t>10 total; 2 since its plan</w:t>
            </w:r>
          </w:p>
        </w:tc>
        <w:tc>
          <w:tcPr>
            <w:tcW w:type="dxa" w:w="2655"/>
          </w:tcPr>
          <w:p>
            <w:pPr>
              <w:spacing w:after="0"/>
              <w:jc w:val="left"/>
            </w:pPr>
          </w:p>
        </w:tc>
      </w:tr>
      <w:tr>
        <w:trPr>
          <w:cantSplit/>
        </w:trPr>
        <w:tc>
          <w:tcPr>
            <w:tcW w:type="dxa" w:w="1473"/>
          </w:tcPr>
          <w:p>
            <w:pPr>
              <w:spacing w:after="0"/>
              <w:jc w:val="left"/>
            </w:pPr>
            <w:r>
              <w:rPr>
                <w:sz w:val="16"/>
              </w:rPr>
              <w:t>Cabot town</w:t>
            </w:r>
          </w:p>
        </w:tc>
        <w:tc>
          <w:tcPr>
            <w:tcW w:type="dxa" w:w="769"/>
          </w:tcPr>
          <w:p>
            <w:pPr>
              <w:spacing w:after="0"/>
              <w:jc w:val="left"/>
            </w:pPr>
            <w:r>
              <w:rPr>
                <w:sz w:val="16"/>
              </w:rPr>
              <w:t>Town</w:t>
            </w:r>
          </w:p>
        </w:tc>
        <w:tc>
          <w:tcPr>
            <w:tcW w:type="dxa" w:w="2585"/>
          </w:tcPr>
          <w:p>
            <w:pPr>
              <w:spacing w:after="0"/>
              <w:jc w:val="left"/>
            </w:pPr>
            <w:r>
              <w:rPr>
                <w:sz w:val="16"/>
              </w:rPr>
              <w:t>Approved, expires 2029-11-13</w:t>
            </w:r>
          </w:p>
        </w:tc>
        <w:tc>
          <w:tcPr>
            <w:tcW w:type="dxa" w:w="2075"/>
          </w:tcPr>
          <w:p>
            <w:pPr>
              <w:spacing w:after="0"/>
              <w:jc w:val="right"/>
            </w:pPr>
            <w:r>
              <w:rPr>
                <w:sz w:val="16"/>
              </w:rPr>
              <w:t>FMA RL 0, SRL 0; any 0</w:t>
            </w:r>
          </w:p>
        </w:tc>
        <w:tc>
          <w:tcPr>
            <w:tcW w:type="dxa" w:w="2151"/>
          </w:tcPr>
          <w:p>
            <w:pPr>
              <w:spacing w:after="0"/>
              <w:jc w:val="right"/>
            </w:pPr>
            <w:r>
              <w:rPr>
                <w:sz w:val="16"/>
              </w:rPr>
              <w:t>$5,407,633.22</w:t>
            </w:r>
          </w:p>
        </w:tc>
        <w:tc>
          <w:tcPr>
            <w:tcW w:type="dxa" w:w="2403"/>
          </w:tcPr>
          <w:p>
            <w:pPr>
              <w:spacing w:after="0"/>
              <w:jc w:val="right"/>
            </w:pPr>
            <w:r>
              <w:rPr>
                <w:sz w:val="16"/>
              </w:rPr>
              <w:t>10 total; 0 since its plan</w:t>
            </w:r>
          </w:p>
        </w:tc>
        <w:tc>
          <w:tcPr>
            <w:tcW w:type="dxa" w:w="2655"/>
          </w:tcPr>
          <w:p>
            <w:pPr>
              <w:spacing w:after="0"/>
              <w:jc w:val="left"/>
            </w:pPr>
          </w:p>
        </w:tc>
      </w:tr>
      <w:tr>
        <w:trPr>
          <w:cantSplit/>
        </w:trPr>
        <w:tc>
          <w:tcPr>
            <w:tcW w:type="dxa" w:w="1473"/>
          </w:tcPr>
          <w:p>
            <w:pPr>
              <w:spacing w:after="0"/>
              <w:jc w:val="left"/>
            </w:pPr>
            <w:r>
              <w:rPr>
                <w:sz w:val="16"/>
              </w:rPr>
              <w:t>Calais town</w:t>
            </w:r>
          </w:p>
        </w:tc>
        <w:tc>
          <w:tcPr>
            <w:tcW w:type="dxa" w:w="769"/>
          </w:tcPr>
          <w:p>
            <w:pPr>
              <w:spacing w:after="0"/>
              <w:jc w:val="left"/>
            </w:pPr>
            <w:r>
              <w:rPr>
                <w:sz w:val="16"/>
              </w:rPr>
              <w:t>Town</w:t>
            </w:r>
          </w:p>
        </w:tc>
        <w:tc>
          <w:tcPr>
            <w:tcW w:type="dxa" w:w="2585"/>
          </w:tcPr>
          <w:p>
            <w:pPr>
              <w:spacing w:after="0"/>
              <w:jc w:val="left"/>
            </w:pPr>
            <w:r>
              <w:rPr>
                <w:sz w:val="16"/>
              </w:rPr>
              <w:t>Approved, expires 2026-10-07</w:t>
            </w:r>
          </w:p>
        </w:tc>
        <w:tc>
          <w:tcPr>
            <w:tcW w:type="dxa" w:w="2075"/>
          </w:tcPr>
          <w:p>
            <w:pPr>
              <w:spacing w:after="0"/>
              <w:jc w:val="right"/>
            </w:pPr>
            <w:r>
              <w:rPr>
                <w:sz w:val="16"/>
              </w:rPr>
              <w:t>FMA RL 0, SRL 0; any 0</w:t>
            </w:r>
          </w:p>
        </w:tc>
        <w:tc>
          <w:tcPr>
            <w:tcW w:type="dxa" w:w="2151"/>
          </w:tcPr>
          <w:p>
            <w:pPr>
              <w:spacing w:after="0"/>
              <w:jc w:val="right"/>
            </w:pPr>
            <w:r>
              <w:rPr>
                <w:sz w:val="16"/>
              </w:rPr>
              <w:t>$1,381,804.27</w:t>
            </w:r>
          </w:p>
        </w:tc>
        <w:tc>
          <w:tcPr>
            <w:tcW w:type="dxa" w:w="2403"/>
          </w:tcPr>
          <w:p>
            <w:pPr>
              <w:spacing w:after="0"/>
              <w:jc w:val="right"/>
            </w:pPr>
            <w:r>
              <w:rPr>
                <w:sz w:val="16"/>
              </w:rPr>
              <w:t>9 total; 2 since its plan</w:t>
            </w:r>
          </w:p>
        </w:tc>
        <w:tc>
          <w:tcPr>
            <w:tcW w:type="dxa" w:w="2655"/>
          </w:tcPr>
          <w:p>
            <w:pPr>
              <w:spacing w:after="0"/>
              <w:jc w:val="left"/>
            </w:pPr>
            <w:r>
              <w:rPr>
                <w:sz w:val="16"/>
              </w:rPr>
              <w:t>Includes $3,471.96 for declarations not counted as hazard incidents (DR-4532-VT).</w:t>
            </w:r>
          </w:p>
        </w:tc>
      </w:tr>
      <w:tr>
        <w:trPr>
          <w:cantSplit/>
        </w:trPr>
        <w:tc>
          <w:tcPr>
            <w:tcW w:type="dxa" w:w="1473"/>
          </w:tcPr>
          <w:p>
            <w:pPr>
              <w:spacing w:after="0"/>
              <w:jc w:val="left"/>
            </w:pPr>
            <w:r>
              <w:rPr>
                <w:sz w:val="16"/>
              </w:rPr>
              <w:t>Duxbury town</w:t>
            </w:r>
          </w:p>
        </w:tc>
        <w:tc>
          <w:tcPr>
            <w:tcW w:type="dxa" w:w="769"/>
          </w:tcPr>
          <w:p>
            <w:pPr>
              <w:spacing w:after="0"/>
              <w:jc w:val="left"/>
            </w:pPr>
            <w:r>
              <w:rPr>
                <w:sz w:val="16"/>
              </w:rPr>
              <w:t>Town</w:t>
            </w:r>
          </w:p>
        </w:tc>
        <w:tc>
          <w:tcPr>
            <w:tcW w:type="dxa" w:w="2585"/>
          </w:tcPr>
          <w:p>
            <w:pPr>
              <w:spacing w:after="0"/>
              <w:jc w:val="left"/>
            </w:pPr>
            <w:r>
              <w:rPr>
                <w:sz w:val="16"/>
              </w:rPr>
              <w:t>Approved, expires 2030-04-15</w:t>
            </w:r>
          </w:p>
        </w:tc>
        <w:tc>
          <w:tcPr>
            <w:tcW w:type="dxa" w:w="2075"/>
          </w:tcPr>
          <w:p>
            <w:pPr>
              <w:spacing w:after="0"/>
              <w:jc w:val="right"/>
            </w:pPr>
            <w:r>
              <w:rPr>
                <w:sz w:val="16"/>
              </w:rPr>
              <w:t>FMA RL 0, SRL 0; any 0</w:t>
            </w:r>
          </w:p>
        </w:tc>
        <w:tc>
          <w:tcPr>
            <w:tcW w:type="dxa" w:w="2151"/>
          </w:tcPr>
          <w:p>
            <w:pPr>
              <w:spacing w:after="0"/>
              <w:jc w:val="right"/>
            </w:pPr>
            <w:r>
              <w:rPr>
                <w:sz w:val="16"/>
              </w:rPr>
              <w:t>$3,226,531.86</w:t>
            </w:r>
          </w:p>
        </w:tc>
        <w:tc>
          <w:tcPr>
            <w:tcW w:type="dxa" w:w="2403"/>
          </w:tcPr>
          <w:p>
            <w:pPr>
              <w:spacing w:after="0"/>
              <w:jc w:val="right"/>
            </w:pPr>
            <w:r>
              <w:rPr>
                <w:sz w:val="16"/>
              </w:rPr>
              <w:t>22 total; 1 since its plan</w:t>
            </w:r>
          </w:p>
        </w:tc>
        <w:tc>
          <w:tcPr>
            <w:tcW w:type="dxa" w:w="2655"/>
          </w:tcPr>
          <w:p>
            <w:pPr>
              <w:spacing w:after="0"/>
              <w:jc w:val="left"/>
            </w:pPr>
          </w:p>
        </w:tc>
      </w:tr>
      <w:tr>
        <w:trPr>
          <w:cantSplit/>
        </w:trPr>
        <w:tc>
          <w:tcPr>
            <w:tcW w:type="dxa" w:w="1473"/>
          </w:tcPr>
          <w:p>
            <w:pPr>
              <w:spacing w:after="0"/>
              <w:jc w:val="left"/>
            </w:pPr>
            <w:r>
              <w:rPr>
                <w:sz w:val="16"/>
              </w:rPr>
              <w:t>East Montpelier town</w:t>
            </w:r>
          </w:p>
        </w:tc>
        <w:tc>
          <w:tcPr>
            <w:tcW w:type="dxa" w:w="769"/>
          </w:tcPr>
          <w:p>
            <w:pPr>
              <w:spacing w:after="0"/>
              <w:jc w:val="left"/>
            </w:pPr>
            <w:r>
              <w:rPr>
                <w:sz w:val="16"/>
              </w:rPr>
              <w:t>Town</w:t>
            </w:r>
          </w:p>
        </w:tc>
        <w:tc>
          <w:tcPr>
            <w:tcW w:type="dxa" w:w="2585"/>
          </w:tcPr>
          <w:p>
            <w:pPr>
              <w:spacing w:after="0"/>
              <w:jc w:val="left"/>
            </w:pPr>
            <w:r>
              <w:rPr>
                <w:sz w:val="16"/>
              </w:rPr>
              <w:t>Approved, expires 2030-12-02</w:t>
            </w:r>
          </w:p>
        </w:tc>
        <w:tc>
          <w:tcPr>
            <w:tcW w:type="dxa" w:w="2075"/>
          </w:tcPr>
          <w:p>
            <w:pPr>
              <w:spacing w:after="0"/>
              <w:jc w:val="right"/>
            </w:pPr>
            <w:r>
              <w:rPr>
                <w:sz w:val="16"/>
              </w:rPr>
              <w:t>FMA RL 0, SRL 0; any 0</w:t>
            </w:r>
          </w:p>
        </w:tc>
        <w:tc>
          <w:tcPr>
            <w:tcW w:type="dxa" w:w="2151"/>
          </w:tcPr>
          <w:p>
            <w:pPr>
              <w:spacing w:after="0"/>
              <w:jc w:val="right"/>
            </w:pPr>
            <w:r>
              <w:rPr>
                <w:sz w:val="16"/>
              </w:rPr>
              <w:t>$2,291,009.89</w:t>
            </w:r>
          </w:p>
        </w:tc>
        <w:tc>
          <w:tcPr>
            <w:tcW w:type="dxa" w:w="2403"/>
          </w:tcPr>
          <w:p>
            <w:pPr>
              <w:spacing w:after="0"/>
              <w:jc w:val="right"/>
            </w:pPr>
            <w:r>
              <w:rPr>
                <w:sz w:val="16"/>
              </w:rPr>
              <w:t>5 total; 0 since its plan</w:t>
            </w:r>
          </w:p>
        </w:tc>
        <w:tc>
          <w:tcPr>
            <w:tcW w:type="dxa" w:w="2655"/>
          </w:tcPr>
          <w:p>
            <w:pPr>
              <w:spacing w:after="0"/>
              <w:jc w:val="left"/>
            </w:pPr>
          </w:p>
        </w:tc>
      </w:tr>
      <w:tr>
        <w:trPr>
          <w:cantSplit/>
        </w:trPr>
        <w:tc>
          <w:tcPr>
            <w:tcW w:type="dxa" w:w="1473"/>
          </w:tcPr>
          <w:p>
            <w:pPr>
              <w:spacing w:after="0"/>
              <w:jc w:val="left"/>
            </w:pPr>
            <w:r>
              <w:rPr>
                <w:sz w:val="16"/>
              </w:rPr>
              <w:t>Fayston town</w:t>
            </w:r>
          </w:p>
        </w:tc>
        <w:tc>
          <w:tcPr>
            <w:tcW w:type="dxa" w:w="769"/>
          </w:tcPr>
          <w:p>
            <w:pPr>
              <w:spacing w:after="0"/>
              <w:jc w:val="left"/>
            </w:pPr>
            <w:r>
              <w:rPr>
                <w:sz w:val="16"/>
              </w:rPr>
              <w:t>Town</w:t>
            </w:r>
          </w:p>
        </w:tc>
        <w:tc>
          <w:tcPr>
            <w:tcW w:type="dxa" w:w="2585"/>
          </w:tcPr>
          <w:p>
            <w:pPr>
              <w:spacing w:after="0"/>
              <w:jc w:val="left"/>
            </w:pPr>
            <w:r>
              <w:rPr>
                <w:sz w:val="16"/>
              </w:rPr>
              <w:t>Approved, expires 2029-11-11</w:t>
            </w:r>
          </w:p>
        </w:tc>
        <w:tc>
          <w:tcPr>
            <w:tcW w:type="dxa" w:w="2075"/>
          </w:tcPr>
          <w:p>
            <w:pPr>
              <w:spacing w:after="0"/>
              <w:jc w:val="right"/>
            </w:pPr>
            <w:r>
              <w:rPr>
                <w:sz w:val="16"/>
              </w:rPr>
              <w:t>FMA RL 0, SRL 0; any 0</w:t>
            </w:r>
          </w:p>
        </w:tc>
        <w:tc>
          <w:tcPr>
            <w:tcW w:type="dxa" w:w="2151"/>
          </w:tcPr>
          <w:p>
            <w:pPr>
              <w:spacing w:after="0"/>
              <w:jc w:val="right"/>
            </w:pPr>
            <w:r>
              <w:rPr>
                <w:sz w:val="16"/>
              </w:rPr>
              <w:t>$3,539,110.43</w:t>
            </w:r>
          </w:p>
        </w:tc>
        <w:tc>
          <w:tcPr>
            <w:tcW w:type="dxa" w:w="2403"/>
          </w:tcPr>
          <w:p>
            <w:pPr>
              <w:spacing w:after="0"/>
              <w:jc w:val="right"/>
            </w:pPr>
            <w:r>
              <w:rPr>
                <w:sz w:val="16"/>
              </w:rPr>
              <w:t>12 total; 1 since its plan</w:t>
            </w:r>
          </w:p>
        </w:tc>
        <w:tc>
          <w:tcPr>
            <w:tcW w:type="dxa" w:w="2655"/>
          </w:tcPr>
          <w:p>
            <w:pPr>
              <w:spacing w:after="0"/>
              <w:jc w:val="left"/>
            </w:pPr>
          </w:p>
        </w:tc>
      </w:tr>
      <w:tr>
        <w:trPr>
          <w:cantSplit/>
        </w:trPr>
        <w:tc>
          <w:tcPr>
            <w:tcW w:type="dxa" w:w="1473"/>
          </w:tcPr>
          <w:p>
            <w:pPr>
              <w:spacing w:after="0"/>
              <w:jc w:val="left"/>
            </w:pPr>
            <w:r>
              <w:rPr>
                <w:sz w:val="16"/>
              </w:rPr>
              <w:t>Marshfield town</w:t>
            </w:r>
          </w:p>
        </w:tc>
        <w:tc>
          <w:tcPr>
            <w:tcW w:type="dxa" w:w="769"/>
          </w:tcPr>
          <w:p>
            <w:pPr>
              <w:spacing w:after="0"/>
              <w:jc w:val="left"/>
            </w:pPr>
            <w:r>
              <w:rPr>
                <w:sz w:val="16"/>
              </w:rPr>
              <w:t>Village</w:t>
            </w:r>
          </w:p>
        </w:tc>
        <w:tc>
          <w:tcPr>
            <w:tcW w:type="dxa" w:w="2585"/>
          </w:tcPr>
          <w:p>
            <w:pPr>
              <w:spacing w:after="0"/>
              <w:jc w:val="left"/>
            </w:pPr>
            <w:r>
              <w:rPr>
                <w:sz w:val="16"/>
              </w:rPr>
              <w:t>Approved, expires 2026-09-30</w:t>
            </w:r>
          </w:p>
        </w:tc>
        <w:tc>
          <w:tcPr>
            <w:tcW w:type="dxa" w:w="2075"/>
          </w:tcPr>
          <w:p>
            <w:pPr>
              <w:spacing w:after="0"/>
              <w:jc w:val="right"/>
            </w:pPr>
            <w:r>
              <w:rPr>
                <w:sz w:val="16"/>
              </w:rPr>
              <w:t>FMA RL 0, SRL 0; any 0</w:t>
            </w:r>
          </w:p>
        </w:tc>
        <w:tc>
          <w:tcPr>
            <w:tcW w:type="dxa" w:w="2151"/>
          </w:tcPr>
          <w:p>
            <w:pPr>
              <w:spacing w:after="0"/>
              <w:jc w:val="right"/>
            </w:pPr>
            <w:r>
              <w:rPr>
                <w:sz w:val="16"/>
              </w:rPr>
              <w:t>$11,416,505.17</w:t>
            </w:r>
          </w:p>
        </w:tc>
        <w:tc>
          <w:tcPr>
            <w:tcW w:type="dxa" w:w="2403"/>
          </w:tcPr>
          <w:p>
            <w:pPr>
              <w:spacing w:after="0"/>
              <w:jc w:val="right"/>
            </w:pPr>
            <w:r>
              <w:rPr>
                <w:sz w:val="16"/>
              </w:rPr>
              <w:t>9 total; 0 since its plan</w:t>
            </w:r>
          </w:p>
        </w:tc>
        <w:tc>
          <w:tcPr>
            <w:tcW w:type="dxa" w:w="2655"/>
          </w:tcPr>
          <w:p>
            <w:pPr>
              <w:spacing w:after="0"/>
              <w:jc w:val="left"/>
            </w:pPr>
          </w:p>
        </w:tc>
      </w:tr>
      <w:tr>
        <w:trPr>
          <w:cantSplit/>
        </w:trPr>
        <w:tc>
          <w:tcPr>
            <w:tcW w:type="dxa" w:w="1473"/>
          </w:tcPr>
          <w:p>
            <w:pPr>
              <w:spacing w:after="0"/>
              <w:jc w:val="left"/>
            </w:pPr>
            <w:r>
              <w:rPr>
                <w:sz w:val="16"/>
              </w:rPr>
              <w:t>Middlesex town</w:t>
            </w:r>
          </w:p>
        </w:tc>
        <w:tc>
          <w:tcPr>
            <w:tcW w:type="dxa" w:w="769"/>
          </w:tcPr>
          <w:p>
            <w:pPr>
              <w:spacing w:after="0"/>
              <w:jc w:val="left"/>
            </w:pPr>
            <w:r>
              <w:rPr>
                <w:sz w:val="16"/>
              </w:rPr>
              <w:t>Town</w:t>
            </w:r>
          </w:p>
        </w:tc>
        <w:tc>
          <w:tcPr>
            <w:tcW w:type="dxa" w:w="2585"/>
          </w:tcPr>
          <w:p>
            <w:pPr>
              <w:spacing w:after="0"/>
              <w:jc w:val="left"/>
            </w:pPr>
            <w:r>
              <w:rPr>
                <w:sz w:val="16"/>
              </w:rPr>
              <w:t>Approved, expires 2030-01-15</w:t>
            </w:r>
          </w:p>
        </w:tc>
        <w:tc>
          <w:tcPr>
            <w:tcW w:type="dxa" w:w="2075"/>
          </w:tcPr>
          <w:p>
            <w:pPr>
              <w:spacing w:after="0"/>
              <w:jc w:val="right"/>
            </w:pPr>
            <w:r>
              <w:rPr>
                <w:sz w:val="16"/>
              </w:rPr>
              <w:t>FMA RL 0, SRL 0; any 4</w:t>
            </w:r>
          </w:p>
        </w:tc>
        <w:tc>
          <w:tcPr>
            <w:tcW w:type="dxa" w:w="2151"/>
          </w:tcPr>
          <w:p>
            <w:pPr>
              <w:spacing w:after="0"/>
              <w:jc w:val="right"/>
            </w:pPr>
            <w:r>
              <w:rPr>
                <w:sz w:val="16"/>
              </w:rPr>
              <w:t>$10,317,539.52</w:t>
            </w:r>
          </w:p>
        </w:tc>
        <w:tc>
          <w:tcPr>
            <w:tcW w:type="dxa" w:w="2403"/>
          </w:tcPr>
          <w:p>
            <w:pPr>
              <w:spacing w:after="0"/>
              <w:jc w:val="right"/>
            </w:pPr>
            <w:r>
              <w:rPr>
                <w:sz w:val="16"/>
              </w:rPr>
              <w:t>16 total; 0 since its plan</w:t>
            </w:r>
          </w:p>
        </w:tc>
        <w:tc>
          <w:tcPr>
            <w:tcW w:type="dxa" w:w="2655"/>
          </w:tcPr>
          <w:p>
            <w:pPr>
              <w:spacing w:after="0"/>
              <w:jc w:val="left"/>
            </w:pPr>
          </w:p>
        </w:tc>
      </w:tr>
      <w:tr>
        <w:trPr>
          <w:cantSplit/>
        </w:trPr>
        <w:tc>
          <w:tcPr>
            <w:tcW w:type="dxa" w:w="1473"/>
          </w:tcPr>
          <w:p>
            <w:pPr>
              <w:spacing w:after="0"/>
              <w:jc w:val="left"/>
            </w:pPr>
            <w:r>
              <w:rPr>
                <w:sz w:val="16"/>
              </w:rPr>
              <w:t>Moretown town</w:t>
            </w:r>
          </w:p>
        </w:tc>
        <w:tc>
          <w:tcPr>
            <w:tcW w:type="dxa" w:w="769"/>
          </w:tcPr>
          <w:p>
            <w:pPr>
              <w:spacing w:after="0"/>
              <w:jc w:val="left"/>
            </w:pPr>
            <w:r>
              <w:rPr>
                <w:sz w:val="16"/>
              </w:rPr>
              <w:t>Town</w:t>
            </w:r>
          </w:p>
        </w:tc>
        <w:tc>
          <w:tcPr>
            <w:tcW w:type="dxa" w:w="2585"/>
          </w:tcPr>
          <w:p>
            <w:pPr>
              <w:spacing w:after="0"/>
              <w:jc w:val="left"/>
            </w:pPr>
            <w:r>
              <w:rPr>
                <w:sz w:val="16"/>
              </w:rPr>
              <w:t>Expired on 2025-02-19</w:t>
            </w:r>
          </w:p>
        </w:tc>
        <w:tc>
          <w:tcPr>
            <w:tcW w:type="dxa" w:w="2075"/>
          </w:tcPr>
          <w:p>
            <w:pPr>
              <w:spacing w:after="0"/>
              <w:jc w:val="right"/>
            </w:pPr>
            <w:r>
              <w:rPr>
                <w:sz w:val="16"/>
              </w:rPr>
              <w:t>FMA RL 1, SRL 0; any 1</w:t>
            </w:r>
          </w:p>
        </w:tc>
        <w:tc>
          <w:tcPr>
            <w:tcW w:type="dxa" w:w="2151"/>
          </w:tcPr>
          <w:p>
            <w:pPr>
              <w:spacing w:after="0"/>
              <w:jc w:val="right"/>
            </w:pPr>
            <w:r>
              <w:rPr>
                <w:sz w:val="16"/>
              </w:rPr>
              <w:t>$11,272,941.83</w:t>
            </w:r>
          </w:p>
        </w:tc>
        <w:tc>
          <w:tcPr>
            <w:tcW w:type="dxa" w:w="2403"/>
          </w:tcPr>
          <w:p>
            <w:pPr>
              <w:spacing w:after="0"/>
              <w:jc w:val="right"/>
            </w:pPr>
            <w:r>
              <w:rPr>
                <w:sz w:val="16"/>
              </w:rPr>
              <w:t>8 total; 0 since its plan</w:t>
            </w:r>
          </w:p>
        </w:tc>
        <w:tc>
          <w:tcPr>
            <w:tcW w:type="dxa" w:w="2655"/>
          </w:tcPr>
          <w:p>
            <w:pPr>
              <w:spacing w:after="0"/>
              <w:jc w:val="left"/>
            </w:pPr>
          </w:p>
        </w:tc>
      </w:tr>
      <w:tr>
        <w:trPr>
          <w:cantSplit/>
        </w:trPr>
        <w:tc>
          <w:tcPr>
            <w:tcW w:type="dxa" w:w="1473"/>
          </w:tcPr>
          <w:p>
            <w:pPr>
              <w:spacing w:after="0"/>
              <w:jc w:val="left"/>
            </w:pPr>
            <w:r>
              <w:rPr>
                <w:sz w:val="16"/>
              </w:rPr>
              <w:t>Northfield town</w:t>
            </w:r>
          </w:p>
        </w:tc>
        <w:tc>
          <w:tcPr>
            <w:tcW w:type="dxa" w:w="769"/>
          </w:tcPr>
          <w:p>
            <w:pPr>
              <w:spacing w:after="0"/>
              <w:jc w:val="left"/>
            </w:pPr>
            <w:r>
              <w:rPr>
                <w:sz w:val="16"/>
              </w:rPr>
              <w:t>Town</w:t>
            </w:r>
          </w:p>
        </w:tc>
        <w:tc>
          <w:tcPr>
            <w:tcW w:type="dxa" w:w="2585"/>
          </w:tcPr>
          <w:p>
            <w:pPr>
              <w:spacing w:after="0"/>
              <w:jc w:val="left"/>
            </w:pPr>
            <w:r>
              <w:rPr>
                <w:sz w:val="16"/>
              </w:rPr>
              <w:t>Approved, expires 2028-10-31</w:t>
            </w:r>
          </w:p>
        </w:tc>
        <w:tc>
          <w:tcPr>
            <w:tcW w:type="dxa" w:w="2075"/>
          </w:tcPr>
          <w:p>
            <w:pPr>
              <w:spacing w:after="0"/>
              <w:jc w:val="right"/>
            </w:pPr>
            <w:r>
              <w:rPr>
                <w:sz w:val="16"/>
              </w:rPr>
              <w:t>FMA RL 0, SRL 0; any 2</w:t>
            </w:r>
          </w:p>
        </w:tc>
        <w:tc>
          <w:tcPr>
            <w:tcW w:type="dxa" w:w="2151"/>
          </w:tcPr>
          <w:p>
            <w:pPr>
              <w:spacing w:after="0"/>
              <w:jc w:val="right"/>
            </w:pPr>
            <w:r>
              <w:rPr>
                <w:sz w:val="16"/>
              </w:rPr>
              <w:t>$2,665,476.46</w:t>
            </w:r>
          </w:p>
        </w:tc>
        <w:tc>
          <w:tcPr>
            <w:tcW w:type="dxa" w:w="2403"/>
          </w:tcPr>
          <w:p>
            <w:pPr>
              <w:spacing w:after="0"/>
              <w:jc w:val="right"/>
            </w:pPr>
            <w:r>
              <w:rPr>
                <w:sz w:val="16"/>
              </w:rPr>
              <w:t>26 total; 1 since its plan</w:t>
            </w:r>
          </w:p>
        </w:tc>
        <w:tc>
          <w:tcPr>
            <w:tcW w:type="dxa" w:w="2655"/>
          </w:tcPr>
          <w:p>
            <w:pPr>
              <w:spacing w:after="0"/>
              <w:jc w:val="left"/>
            </w:pPr>
            <w:r>
              <w:rPr>
                <w:sz w:val="16"/>
              </w:rPr>
              <w:t>Includes $39,522.92 for declarations not counted as hazard incidents (DR-4532-VT).</w:t>
            </w:r>
          </w:p>
        </w:tc>
      </w:tr>
      <w:tr>
        <w:trPr>
          <w:cantSplit/>
        </w:trPr>
        <w:tc>
          <w:tcPr>
            <w:tcW w:type="dxa" w:w="1473"/>
          </w:tcPr>
          <w:p>
            <w:pPr>
              <w:spacing w:after="0"/>
              <w:jc w:val="left"/>
            </w:pPr>
            <w:r>
              <w:rPr>
                <w:sz w:val="16"/>
              </w:rPr>
              <w:t>Plainfield town</w:t>
            </w:r>
          </w:p>
        </w:tc>
        <w:tc>
          <w:tcPr>
            <w:tcW w:type="dxa" w:w="769"/>
          </w:tcPr>
          <w:p>
            <w:pPr>
              <w:spacing w:after="0"/>
              <w:jc w:val="left"/>
            </w:pPr>
            <w:r>
              <w:rPr>
                <w:sz w:val="16"/>
              </w:rPr>
              <w:t>Town</w:t>
            </w:r>
          </w:p>
        </w:tc>
        <w:tc>
          <w:tcPr>
            <w:tcW w:type="dxa" w:w="2585"/>
          </w:tcPr>
          <w:p>
            <w:pPr>
              <w:spacing w:after="0"/>
              <w:jc w:val="left"/>
            </w:pPr>
            <w:r>
              <w:rPr>
                <w:sz w:val="16"/>
              </w:rPr>
              <w:t>Approved, expires 2031-09-07</w:t>
            </w:r>
          </w:p>
        </w:tc>
        <w:tc>
          <w:tcPr>
            <w:tcW w:type="dxa" w:w="2075"/>
          </w:tcPr>
          <w:p>
            <w:pPr>
              <w:spacing w:after="0"/>
              <w:jc w:val="right"/>
            </w:pPr>
            <w:r>
              <w:rPr>
                <w:sz w:val="16"/>
              </w:rPr>
              <w:t>FMA RL 1, SRL 0; any 5</w:t>
            </w:r>
          </w:p>
        </w:tc>
        <w:tc>
          <w:tcPr>
            <w:tcW w:type="dxa" w:w="2151"/>
          </w:tcPr>
          <w:p>
            <w:pPr>
              <w:spacing w:after="0"/>
              <w:jc w:val="right"/>
            </w:pPr>
            <w:r>
              <w:rPr>
                <w:sz w:val="16"/>
              </w:rPr>
              <w:t>$2,173,388.07</w:t>
            </w:r>
          </w:p>
        </w:tc>
        <w:tc>
          <w:tcPr>
            <w:tcW w:type="dxa" w:w="2403"/>
          </w:tcPr>
          <w:p>
            <w:pPr>
              <w:spacing w:after="0"/>
              <w:jc w:val="right"/>
            </w:pPr>
            <w:r>
              <w:rPr>
                <w:sz w:val="16"/>
              </w:rPr>
              <w:t>11 total; not yet covered</w:t>
            </w:r>
          </w:p>
        </w:tc>
        <w:tc>
          <w:tcPr>
            <w:tcW w:type="dxa" w:w="2655"/>
          </w:tcPr>
          <w:p>
            <w:pPr>
              <w:spacing w:after="0"/>
              <w:jc w:val="left"/>
            </w:pPr>
          </w:p>
        </w:tc>
      </w:tr>
      <w:tr>
        <w:trPr>
          <w:cantSplit/>
        </w:trPr>
        <w:tc>
          <w:tcPr>
            <w:tcW w:type="dxa" w:w="1473"/>
          </w:tcPr>
          <w:p>
            <w:pPr>
              <w:spacing w:after="0"/>
              <w:jc w:val="left"/>
            </w:pPr>
            <w:r>
              <w:rPr>
                <w:sz w:val="16"/>
              </w:rPr>
              <w:t>Roxbury town</w:t>
            </w:r>
          </w:p>
        </w:tc>
        <w:tc>
          <w:tcPr>
            <w:tcW w:type="dxa" w:w="769"/>
          </w:tcPr>
          <w:p>
            <w:pPr>
              <w:spacing w:after="0"/>
              <w:jc w:val="left"/>
            </w:pPr>
            <w:r>
              <w:rPr>
                <w:sz w:val="16"/>
              </w:rPr>
              <w:t>Town</w:t>
            </w:r>
          </w:p>
        </w:tc>
        <w:tc>
          <w:tcPr>
            <w:tcW w:type="dxa" w:w="2585"/>
          </w:tcPr>
          <w:p>
            <w:pPr>
              <w:spacing w:after="0"/>
              <w:jc w:val="left"/>
            </w:pPr>
            <w:r>
              <w:rPr>
                <w:sz w:val="16"/>
              </w:rPr>
              <w:t>Approved, expires 2029-11-20</w:t>
            </w:r>
          </w:p>
        </w:tc>
        <w:tc>
          <w:tcPr>
            <w:tcW w:type="dxa" w:w="2075"/>
          </w:tcPr>
          <w:p>
            <w:pPr>
              <w:spacing w:after="0"/>
              <w:jc w:val="right"/>
            </w:pPr>
            <w:r>
              <w:rPr>
                <w:sz w:val="16"/>
              </w:rPr>
              <w:t>FMA RL 0, SRL 0; any 0</w:t>
            </w:r>
          </w:p>
        </w:tc>
        <w:tc>
          <w:tcPr>
            <w:tcW w:type="dxa" w:w="2151"/>
          </w:tcPr>
          <w:p>
            <w:pPr>
              <w:spacing w:after="0"/>
              <w:jc w:val="right"/>
            </w:pPr>
            <w:r>
              <w:rPr>
                <w:sz w:val="16"/>
              </w:rPr>
              <w:t>$5,772,706.14</w:t>
            </w:r>
          </w:p>
        </w:tc>
        <w:tc>
          <w:tcPr>
            <w:tcW w:type="dxa" w:w="2403"/>
          </w:tcPr>
          <w:p>
            <w:pPr>
              <w:spacing w:after="0"/>
              <w:jc w:val="right"/>
            </w:pPr>
            <w:r>
              <w:rPr>
                <w:sz w:val="16"/>
              </w:rPr>
              <w:t>6 total; 0 since its plan</w:t>
            </w:r>
          </w:p>
        </w:tc>
        <w:tc>
          <w:tcPr>
            <w:tcW w:type="dxa" w:w="2655"/>
          </w:tcPr>
          <w:p>
            <w:pPr>
              <w:spacing w:after="0"/>
              <w:jc w:val="left"/>
            </w:pPr>
          </w:p>
        </w:tc>
      </w:tr>
      <w:tr>
        <w:trPr>
          <w:cantSplit/>
        </w:trPr>
        <w:tc>
          <w:tcPr>
            <w:tcW w:type="dxa" w:w="1473"/>
          </w:tcPr>
          <w:p>
            <w:pPr>
              <w:spacing w:after="0"/>
              <w:jc w:val="left"/>
            </w:pPr>
            <w:r>
              <w:rPr>
                <w:sz w:val="16"/>
              </w:rPr>
              <w:t>Waitsfield town</w:t>
            </w:r>
          </w:p>
        </w:tc>
        <w:tc>
          <w:tcPr>
            <w:tcW w:type="dxa" w:w="769"/>
          </w:tcPr>
          <w:p>
            <w:pPr>
              <w:spacing w:after="0"/>
              <w:jc w:val="left"/>
            </w:pPr>
            <w:r>
              <w:rPr>
                <w:sz w:val="16"/>
              </w:rPr>
              <w:t>Town</w:t>
            </w:r>
          </w:p>
        </w:tc>
        <w:tc>
          <w:tcPr>
            <w:tcW w:type="dxa" w:w="2585"/>
          </w:tcPr>
          <w:p>
            <w:pPr>
              <w:spacing w:after="0"/>
              <w:jc w:val="left"/>
            </w:pPr>
            <w:r>
              <w:rPr>
                <w:sz w:val="16"/>
              </w:rPr>
              <w:t>Approved, expires 2029-11-12</w:t>
            </w:r>
          </w:p>
        </w:tc>
        <w:tc>
          <w:tcPr>
            <w:tcW w:type="dxa" w:w="2075"/>
          </w:tcPr>
          <w:p>
            <w:pPr>
              <w:spacing w:after="0"/>
              <w:jc w:val="right"/>
            </w:pPr>
            <w:r>
              <w:rPr>
                <w:sz w:val="16"/>
              </w:rPr>
              <w:t>FMA RL 0, SRL 0; any 0</w:t>
            </w:r>
          </w:p>
        </w:tc>
        <w:tc>
          <w:tcPr>
            <w:tcW w:type="dxa" w:w="2151"/>
          </w:tcPr>
          <w:p>
            <w:pPr>
              <w:spacing w:after="0"/>
              <w:jc w:val="right"/>
            </w:pPr>
            <w:r>
              <w:rPr>
                <w:sz w:val="16"/>
              </w:rPr>
              <w:t>$517,958.06</w:t>
            </w:r>
          </w:p>
        </w:tc>
        <w:tc>
          <w:tcPr>
            <w:tcW w:type="dxa" w:w="2403"/>
          </w:tcPr>
          <w:p>
            <w:pPr>
              <w:spacing w:after="0"/>
              <w:jc w:val="right"/>
            </w:pPr>
            <w:r>
              <w:rPr>
                <w:sz w:val="16"/>
              </w:rPr>
              <w:t>15 total; 0 since its plan</w:t>
            </w:r>
          </w:p>
        </w:tc>
        <w:tc>
          <w:tcPr>
            <w:tcW w:type="dxa" w:w="2655"/>
          </w:tcPr>
          <w:p>
            <w:pPr>
              <w:spacing w:after="0"/>
              <w:jc w:val="left"/>
            </w:pPr>
          </w:p>
        </w:tc>
      </w:tr>
      <w:tr>
        <w:trPr>
          <w:cantSplit/>
        </w:trPr>
        <w:tc>
          <w:tcPr>
            <w:tcW w:type="dxa" w:w="1473"/>
          </w:tcPr>
          <w:p>
            <w:pPr>
              <w:spacing w:after="0"/>
              <w:jc w:val="left"/>
            </w:pPr>
            <w:r>
              <w:rPr>
                <w:sz w:val="16"/>
              </w:rPr>
              <w:t>Warren town</w:t>
            </w:r>
          </w:p>
        </w:tc>
        <w:tc>
          <w:tcPr>
            <w:tcW w:type="dxa" w:w="769"/>
          </w:tcPr>
          <w:p>
            <w:pPr>
              <w:spacing w:after="0"/>
              <w:jc w:val="left"/>
            </w:pPr>
            <w:r>
              <w:rPr>
                <w:sz w:val="16"/>
              </w:rPr>
              <w:t>Town</w:t>
            </w:r>
          </w:p>
        </w:tc>
        <w:tc>
          <w:tcPr>
            <w:tcW w:type="dxa" w:w="2585"/>
          </w:tcPr>
          <w:p>
            <w:pPr>
              <w:spacing w:after="0"/>
              <w:jc w:val="left"/>
            </w:pPr>
            <w:r>
              <w:rPr>
                <w:sz w:val="16"/>
              </w:rPr>
              <w:t>Approved, expires 2031-01-21</w:t>
            </w:r>
          </w:p>
        </w:tc>
        <w:tc>
          <w:tcPr>
            <w:tcW w:type="dxa" w:w="2075"/>
          </w:tcPr>
          <w:p>
            <w:pPr>
              <w:spacing w:after="0"/>
              <w:jc w:val="right"/>
            </w:pPr>
            <w:r>
              <w:rPr>
                <w:sz w:val="16"/>
              </w:rPr>
              <w:t>FMA RL 0, SRL 0; any 1</w:t>
            </w:r>
          </w:p>
        </w:tc>
        <w:tc>
          <w:tcPr>
            <w:tcW w:type="dxa" w:w="2151"/>
          </w:tcPr>
          <w:p>
            <w:pPr>
              <w:spacing w:after="0"/>
              <w:jc w:val="right"/>
            </w:pPr>
            <w:r>
              <w:rPr>
                <w:sz w:val="16"/>
              </w:rPr>
              <w:t>$650,384.48</w:t>
            </w:r>
          </w:p>
        </w:tc>
        <w:tc>
          <w:tcPr>
            <w:tcW w:type="dxa" w:w="2403"/>
          </w:tcPr>
          <w:p>
            <w:pPr>
              <w:spacing w:after="0"/>
              <w:jc w:val="right"/>
            </w:pPr>
            <w:r>
              <w:rPr>
                <w:sz w:val="16"/>
              </w:rPr>
              <w:t>16 total; 0 since its plan</w:t>
            </w:r>
          </w:p>
        </w:tc>
        <w:tc>
          <w:tcPr>
            <w:tcW w:type="dxa" w:w="2655"/>
          </w:tcPr>
          <w:p>
            <w:pPr>
              <w:spacing w:after="0"/>
              <w:jc w:val="left"/>
            </w:pPr>
          </w:p>
        </w:tc>
      </w:tr>
      <w:tr>
        <w:trPr>
          <w:cantSplit/>
        </w:trPr>
        <w:tc>
          <w:tcPr>
            <w:tcW w:type="dxa" w:w="1473"/>
          </w:tcPr>
          <w:p>
            <w:pPr>
              <w:spacing w:after="0"/>
              <w:jc w:val="left"/>
            </w:pPr>
            <w:r>
              <w:rPr>
                <w:sz w:val="16"/>
              </w:rPr>
              <w:t>Waterbury town</w:t>
            </w:r>
          </w:p>
        </w:tc>
        <w:tc>
          <w:tcPr>
            <w:tcW w:type="dxa" w:w="769"/>
          </w:tcPr>
          <w:p>
            <w:pPr>
              <w:spacing w:after="0"/>
              <w:jc w:val="left"/>
            </w:pPr>
            <w:r>
              <w:rPr>
                <w:sz w:val="16"/>
              </w:rPr>
              <w:t>Town</w:t>
            </w:r>
          </w:p>
        </w:tc>
        <w:tc>
          <w:tcPr>
            <w:tcW w:type="dxa" w:w="2585"/>
          </w:tcPr>
          <w:p>
            <w:pPr>
              <w:spacing w:after="0"/>
              <w:jc w:val="left"/>
            </w:pPr>
            <w:r>
              <w:rPr>
                <w:sz w:val="16"/>
              </w:rPr>
              <w:t>Approved, expires 2029-12-03</w:t>
            </w:r>
          </w:p>
        </w:tc>
        <w:tc>
          <w:tcPr>
            <w:tcW w:type="dxa" w:w="2075"/>
          </w:tcPr>
          <w:p>
            <w:pPr>
              <w:spacing w:after="0"/>
              <w:jc w:val="right"/>
            </w:pPr>
            <w:r>
              <w:rPr>
                <w:sz w:val="16"/>
              </w:rPr>
              <w:t>FMA RL 2, SRL 5; any 12</w:t>
            </w:r>
          </w:p>
        </w:tc>
        <w:tc>
          <w:tcPr>
            <w:tcW w:type="dxa" w:w="2151"/>
          </w:tcPr>
          <w:p>
            <w:pPr>
              <w:spacing w:after="0"/>
              <w:jc w:val="right"/>
            </w:pPr>
            <w:r>
              <w:rPr>
                <w:sz w:val="16"/>
              </w:rPr>
              <w:t>$1,349,996.58</w:t>
            </w:r>
          </w:p>
        </w:tc>
        <w:tc>
          <w:tcPr>
            <w:tcW w:type="dxa" w:w="2403"/>
          </w:tcPr>
          <w:p>
            <w:pPr>
              <w:spacing w:after="0"/>
              <w:jc w:val="right"/>
            </w:pPr>
            <w:r>
              <w:rPr>
                <w:sz w:val="16"/>
              </w:rPr>
              <w:t>9 total; 0 since its plan</w:t>
            </w:r>
          </w:p>
        </w:tc>
        <w:tc>
          <w:tcPr>
            <w:tcW w:type="dxa" w:w="2655"/>
          </w:tcPr>
          <w:p>
            <w:pPr>
              <w:spacing w:after="0"/>
              <w:jc w:val="left"/>
            </w:pPr>
          </w:p>
        </w:tc>
      </w:tr>
      <w:tr>
        <w:trPr>
          <w:cantSplit/>
        </w:trPr>
        <w:tc>
          <w:tcPr>
            <w:tcW w:type="dxa" w:w="1473"/>
          </w:tcPr>
          <w:p>
            <w:pPr>
              <w:spacing w:after="0"/>
              <w:jc w:val="left"/>
            </w:pPr>
            <w:r>
              <w:rPr>
                <w:sz w:val="16"/>
              </w:rPr>
              <w:t>Woodbury town</w:t>
            </w:r>
          </w:p>
        </w:tc>
        <w:tc>
          <w:tcPr>
            <w:tcW w:type="dxa" w:w="769"/>
          </w:tcPr>
          <w:p>
            <w:pPr>
              <w:spacing w:after="0"/>
              <w:jc w:val="left"/>
            </w:pPr>
            <w:r>
              <w:rPr>
                <w:sz w:val="16"/>
              </w:rPr>
              <w:t>Town</w:t>
            </w:r>
          </w:p>
        </w:tc>
        <w:tc>
          <w:tcPr>
            <w:tcW w:type="dxa" w:w="2585"/>
          </w:tcPr>
          <w:p>
            <w:pPr>
              <w:spacing w:after="0"/>
              <w:jc w:val="left"/>
            </w:pPr>
            <w:r>
              <w:rPr>
                <w:sz w:val="16"/>
              </w:rPr>
              <w:t>Approved, expires 2030-09-09</w:t>
            </w:r>
          </w:p>
        </w:tc>
        <w:tc>
          <w:tcPr>
            <w:tcW w:type="dxa" w:w="2075"/>
          </w:tcPr>
          <w:p>
            <w:pPr>
              <w:spacing w:after="0"/>
              <w:jc w:val="right"/>
            </w:pPr>
            <w:r>
              <w:rPr>
                <w:sz w:val="16"/>
              </w:rPr>
              <w:t>FMA RL 0, SRL 0; any 0</w:t>
            </w:r>
          </w:p>
        </w:tc>
        <w:tc>
          <w:tcPr>
            <w:tcW w:type="dxa" w:w="2151"/>
          </w:tcPr>
          <w:p>
            <w:pPr>
              <w:spacing w:after="0"/>
              <w:jc w:val="right"/>
            </w:pPr>
            <w:r>
              <w:rPr>
                <w:sz w:val="16"/>
              </w:rPr>
              <w:t>$1,058,204.52</w:t>
            </w:r>
          </w:p>
        </w:tc>
        <w:tc>
          <w:tcPr>
            <w:tcW w:type="dxa" w:w="2403"/>
          </w:tcPr>
          <w:p>
            <w:pPr>
              <w:spacing w:after="0"/>
              <w:jc w:val="right"/>
            </w:pPr>
            <w:r>
              <w:rPr>
                <w:sz w:val="16"/>
              </w:rPr>
              <w:t>13 total; 0 since its plan</w:t>
            </w:r>
          </w:p>
        </w:tc>
        <w:tc>
          <w:tcPr>
            <w:tcW w:type="dxa" w:w="2655"/>
          </w:tcPr>
          <w:p>
            <w:pPr>
              <w:spacing w:after="0"/>
              <w:jc w:val="left"/>
            </w:pPr>
          </w:p>
        </w:tc>
      </w:tr>
      <w:tr>
        <w:trPr>
          <w:cantSplit/>
        </w:trPr>
        <w:tc>
          <w:tcPr>
            <w:tcW w:type="dxa" w:w="1473"/>
          </w:tcPr>
          <w:p>
            <w:pPr>
              <w:spacing w:after="0"/>
              <w:jc w:val="left"/>
            </w:pPr>
            <w:r>
              <w:rPr>
                <w:sz w:val="16"/>
              </w:rPr>
              <w:t>Worcester town</w:t>
            </w:r>
          </w:p>
        </w:tc>
        <w:tc>
          <w:tcPr>
            <w:tcW w:type="dxa" w:w="769"/>
          </w:tcPr>
          <w:p>
            <w:pPr>
              <w:spacing w:after="0"/>
              <w:jc w:val="left"/>
            </w:pPr>
            <w:r>
              <w:rPr>
                <w:sz w:val="16"/>
              </w:rPr>
              <w:t>Town</w:t>
            </w:r>
          </w:p>
        </w:tc>
        <w:tc>
          <w:tcPr>
            <w:tcW w:type="dxa" w:w="2585"/>
          </w:tcPr>
          <w:p>
            <w:pPr>
              <w:spacing w:after="0"/>
              <w:jc w:val="left"/>
            </w:pPr>
            <w:r>
              <w:rPr>
                <w:sz w:val="16"/>
              </w:rPr>
              <w:t>Approved, expires 2030-04-15</w:t>
            </w:r>
          </w:p>
        </w:tc>
        <w:tc>
          <w:tcPr>
            <w:tcW w:type="dxa" w:w="2075"/>
          </w:tcPr>
          <w:p>
            <w:pPr>
              <w:spacing w:after="0"/>
              <w:jc w:val="right"/>
            </w:pPr>
            <w:r>
              <w:rPr>
                <w:sz w:val="16"/>
              </w:rPr>
              <w:t>FMA RL 0, SRL 0; any 0</w:t>
            </w:r>
          </w:p>
        </w:tc>
        <w:tc>
          <w:tcPr>
            <w:tcW w:type="dxa" w:w="2151"/>
          </w:tcPr>
          <w:p>
            <w:pPr>
              <w:spacing w:after="0"/>
              <w:jc w:val="right"/>
            </w:pPr>
            <w:r>
              <w:rPr>
                <w:sz w:val="16"/>
              </w:rPr>
              <w:t>$5,048,202.32</w:t>
            </w:r>
          </w:p>
        </w:tc>
        <w:tc>
          <w:tcPr>
            <w:tcW w:type="dxa" w:w="2403"/>
          </w:tcPr>
          <w:p>
            <w:pPr>
              <w:spacing w:after="0"/>
              <w:jc w:val="right"/>
            </w:pPr>
            <w:r>
              <w:rPr>
                <w:sz w:val="16"/>
              </w:rPr>
              <w:t>10 total; 0 since its plan</w:t>
            </w:r>
          </w:p>
        </w:tc>
        <w:tc>
          <w:tcPr>
            <w:tcW w:type="dxa" w:w="265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4"/>
        <w:gridCol w:w="1126"/>
        <w:gridCol w:w="1126"/>
        <w:gridCol w:w="1147"/>
        <w:gridCol w:w="1048"/>
        <w:gridCol w:w="1177"/>
        <w:gridCol w:w="1102"/>
        <w:gridCol w:w="1102"/>
        <w:gridCol w:w="158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6"/>
          </w:tcPr>
          <w:p>
            <w:pPr>
              <w:spacing w:after="0"/>
              <w:jc w:val="right"/>
            </w:pPr>
            <w:r>
              <w:rPr>
                <w:sz w:val="16"/>
              </w:rPr>
              <w:t>n/a</w:t>
            </w:r>
          </w:p>
        </w:tc>
        <w:tc>
          <w:tcPr>
            <w:tcW w:type="dxa" w:w="1044"/>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147"/>
          </w:tcPr>
          <w:p>
            <w:pPr>
              <w:spacing w:after="0"/>
              <w:jc w:val="right"/>
            </w:pPr>
            <w:r>
              <w:rPr>
                <w:sz w:val="16"/>
              </w:rPr>
              <w:t>$537</w:t>
            </w:r>
          </w:p>
        </w:tc>
        <w:tc>
          <w:tcPr>
            <w:tcW w:type="dxa" w:w="1048"/>
          </w:tcPr>
          <w:p>
            <w:pPr>
              <w:spacing w:after="0"/>
              <w:jc w:val="right"/>
            </w:pP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5"/>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$14,489,142,091</w:t>
            </w:r>
          </w:p>
        </w:tc>
        <w:tc>
          <w:tcPr>
            <w:tcW w:type="dxa" w:w="1136"/>
          </w:tcPr>
          <w:p>
            <w:pPr>
              <w:spacing w:after="0"/>
              <w:jc w:val="right"/>
            </w:pPr>
            <w:r>
              <w:rPr>
                <w:sz w:val="16"/>
              </w:rPr>
              <w:t>$39,567,442</w:t>
            </w:r>
          </w:p>
        </w:tc>
        <w:tc>
          <w:tcPr>
            <w:tcW w:type="dxa" w:w="1044"/>
          </w:tcPr>
          <w:p>
            <w:pPr>
              <w:spacing w:after="0"/>
              <w:jc w:val="right"/>
            </w:pPr>
            <w:r>
              <w:rPr>
                <w:sz w:val="16"/>
              </w:rPr>
              <w:t>59,777</w:t>
            </w:r>
          </w:p>
        </w:tc>
        <w:tc>
          <w:tcPr>
            <w:tcW w:type="dxa" w:w="1126"/>
          </w:tcPr>
          <w:p>
            <w:pPr>
              <w:spacing w:after="0"/>
              <w:jc w:val="right"/>
            </w:pPr>
            <w:r>
              <w:rPr>
                <w:sz w:val="16"/>
              </w:rPr>
              <w:t>$385</w:t>
            </w:r>
          </w:p>
        </w:tc>
        <w:tc>
          <w:tcPr>
            <w:tcW w:type="dxa" w:w="1126"/>
          </w:tcPr>
          <w:p>
            <w:pPr>
              <w:spacing w:after="0"/>
              <w:jc w:val="right"/>
            </w:pPr>
            <w:r>
              <w:rPr>
                <w:sz w:val="16"/>
              </w:rPr>
              <w:t>$15,338</w:t>
            </w:r>
          </w:p>
        </w:tc>
        <w:tc>
          <w:tcPr>
            <w:tcW w:type="dxa" w:w="1147"/>
          </w:tcPr>
          <w:p>
            <w:pPr>
              <w:spacing w:after="0"/>
              <w:jc w:val="right"/>
            </w:pPr>
            <w:r>
              <w:rPr>
                <w:sz w:val="16"/>
              </w:rPr>
              <w:t>$1,004,489</w:t>
            </w:r>
          </w:p>
        </w:tc>
        <w:tc>
          <w:tcPr>
            <w:tcW w:type="dxa" w:w="1048"/>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6"/>
          </w:tcPr>
          <w:p>
            <w:pPr>
              <w:spacing w:after="0"/>
              <w:jc w:val="right"/>
            </w:pPr>
            <w:r>
              <w:rPr>
                <w:sz w:val="16"/>
              </w:rPr>
              <w:t>$0</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47"/>
          </w:tcPr>
          <w:p>
            <w:pPr>
              <w:spacing w:after="0"/>
              <w:jc w:val="right"/>
            </w:pPr>
            <w:r>
              <w:rPr>
                <w:sz w:val="16"/>
              </w:rPr>
              <w:t>n/a</w:t>
            </w:r>
          </w:p>
        </w:tc>
        <w:tc>
          <w:tcPr>
            <w:tcW w:type="dxa" w:w="1048"/>
          </w:tcPr>
          <w:p>
            <w:pPr>
              <w:spacing w:after="0"/>
              <w:jc w:val="right"/>
            </w:pP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$25,275,543,458</w:t>
            </w:r>
          </w:p>
        </w:tc>
        <w:tc>
          <w:tcPr>
            <w:tcW w:type="dxa" w:w="1136"/>
          </w:tcPr>
          <w:p>
            <w:pPr>
              <w:spacing w:after="0"/>
              <w:jc w:val="right"/>
            </w:pPr>
            <w:r>
              <w:rPr>
                <w:sz w:val="16"/>
              </w:rPr>
              <w:t>n/a</w:t>
            </w:r>
          </w:p>
        </w:tc>
        <w:tc>
          <w:tcPr>
            <w:tcW w:type="dxa" w:w="1044"/>
          </w:tcPr>
          <w:p>
            <w:pPr>
              <w:spacing w:after="0"/>
              <w:jc w:val="right"/>
            </w:pPr>
            <w:r>
              <w:rPr>
                <w:sz w:val="16"/>
              </w:rPr>
              <w:t>59,807</w:t>
            </w:r>
          </w:p>
        </w:tc>
        <w:tc>
          <w:tcPr>
            <w:tcW w:type="dxa" w:w="1126"/>
          </w:tcPr>
          <w:p>
            <w:pPr>
              <w:spacing w:after="0"/>
              <w:jc w:val="right"/>
            </w:pPr>
            <w:r>
              <w:rPr>
                <w:sz w:val="16"/>
              </w:rPr>
              <w:t>$343,022</w:t>
            </w:r>
          </w:p>
        </w:tc>
        <w:tc>
          <w:tcPr>
            <w:tcW w:type="dxa" w:w="1126"/>
          </w:tcPr>
          <w:p>
            <w:pPr>
              <w:spacing w:after="0"/>
              <w:jc w:val="right"/>
            </w:pPr>
            <w:r>
              <w:rPr>
                <w:sz w:val="16"/>
              </w:rPr>
              <w:t>n/a</w:t>
            </w:r>
          </w:p>
        </w:tc>
        <w:tc>
          <w:tcPr>
            <w:tcW w:type="dxa" w:w="1147"/>
          </w:tcPr>
          <w:p>
            <w:pPr>
              <w:spacing w:after="0"/>
              <w:jc w:val="right"/>
            </w:pPr>
            <w:r>
              <w:rPr>
                <w:sz w:val="16"/>
              </w:rPr>
              <w:t>$60,884</w:t>
            </w:r>
          </w:p>
        </w:tc>
        <w:tc>
          <w:tcPr>
            <w:tcW w:type="dxa" w:w="1048"/>
          </w:tcPr>
          <w:p>
            <w:pPr>
              <w:spacing w:after="0"/>
              <w:jc w:val="right"/>
            </w:pPr>
            <w:r>
              <w:rPr>
                <w:sz w:val="16"/>
              </w:rPr>
              <w:t>0.00136%</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$14,489,142,091</w:t>
            </w:r>
          </w:p>
        </w:tc>
        <w:tc>
          <w:tcPr>
            <w:tcW w:type="dxa" w:w="1136"/>
          </w:tcPr>
          <w:p>
            <w:pPr>
              <w:spacing w:after="0"/>
              <w:jc w:val="right"/>
            </w:pPr>
            <w:r>
              <w:rPr>
                <w:sz w:val="16"/>
              </w:rPr>
              <w:t>$39,567,442</w:t>
            </w:r>
          </w:p>
        </w:tc>
        <w:tc>
          <w:tcPr>
            <w:tcW w:type="dxa" w:w="1044"/>
          </w:tcPr>
          <w:p>
            <w:pPr>
              <w:spacing w:after="0"/>
              <w:jc w:val="right"/>
            </w:pPr>
            <w:r>
              <w:rPr>
                <w:sz w:val="16"/>
              </w:rPr>
              <w:t>59,777</w:t>
            </w:r>
          </w:p>
        </w:tc>
        <w:tc>
          <w:tcPr>
            <w:tcW w:type="dxa" w:w="1126"/>
          </w:tcPr>
          <w:p>
            <w:pPr>
              <w:spacing w:after="0"/>
              <w:jc w:val="right"/>
            </w:pPr>
            <w:r>
              <w:rPr>
                <w:sz w:val="16"/>
              </w:rPr>
              <w:t>$5,254</w:t>
            </w:r>
          </w:p>
        </w:tc>
        <w:tc>
          <w:tcPr>
            <w:tcW w:type="dxa" w:w="1126"/>
          </w:tcPr>
          <w:p>
            <w:pPr>
              <w:spacing w:after="0"/>
              <w:jc w:val="right"/>
            </w:pPr>
            <w:r>
              <w:rPr>
                <w:sz w:val="16"/>
              </w:rPr>
              <w:t>$4,238</w:t>
            </w:r>
          </w:p>
        </w:tc>
        <w:tc>
          <w:tcPr>
            <w:tcW w:type="dxa" w:w="1147"/>
          </w:tcPr>
          <w:p>
            <w:pPr>
              <w:spacing w:after="0"/>
              <w:jc w:val="right"/>
            </w:pPr>
            <w:r>
              <w:rPr>
                <w:sz w:val="16"/>
              </w:rPr>
              <w:t>$39,889</w:t>
            </w:r>
          </w:p>
        </w:tc>
        <w:tc>
          <w:tcPr>
            <w:tcW w:type="dxa" w:w="1048"/>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$14,489,142,091</w:t>
            </w:r>
          </w:p>
        </w:tc>
        <w:tc>
          <w:tcPr>
            <w:tcW w:type="dxa" w:w="1136"/>
          </w:tcPr>
          <w:p>
            <w:pPr>
              <w:spacing w:after="0"/>
              <w:jc w:val="right"/>
            </w:pPr>
            <w:r>
              <w:rPr>
                <w:sz w:val="16"/>
              </w:rPr>
              <w:t>$39,567,442</w:t>
            </w:r>
          </w:p>
        </w:tc>
        <w:tc>
          <w:tcPr>
            <w:tcW w:type="dxa" w:w="1044"/>
          </w:tcPr>
          <w:p>
            <w:pPr>
              <w:spacing w:after="0"/>
              <w:jc w:val="right"/>
            </w:pPr>
            <w:r>
              <w:rPr>
                <w:sz w:val="16"/>
              </w:rPr>
              <w:t>59,777</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147"/>
          </w:tcPr>
          <w:p>
            <w:pPr>
              <w:spacing w:after="0"/>
              <w:jc w:val="right"/>
            </w:pPr>
            <w:r>
              <w:rPr>
                <w:sz w:val="16"/>
              </w:rPr>
              <w:t>$586,578</w:t>
            </w:r>
          </w:p>
        </w:tc>
        <w:tc>
          <w:tcPr>
            <w:tcW w:type="dxa" w:w="1048"/>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$14,383,850,127</w:t>
            </w:r>
          </w:p>
        </w:tc>
        <w:tc>
          <w:tcPr>
            <w:tcW w:type="dxa" w:w="1136"/>
          </w:tcPr>
          <w:p>
            <w:pPr>
              <w:spacing w:after="0"/>
              <w:jc w:val="right"/>
            </w:pPr>
            <w:r>
              <w:rPr>
                <w:sz w:val="16"/>
              </w:rPr>
              <w:t>$39,317,280</w:t>
            </w:r>
          </w:p>
        </w:tc>
        <w:tc>
          <w:tcPr>
            <w:tcW w:type="dxa" w:w="1044"/>
          </w:tcPr>
          <w:p>
            <w:pPr>
              <w:spacing w:after="0"/>
              <w:jc w:val="right"/>
            </w:pPr>
            <w:r>
              <w:rPr>
                <w:sz w:val="16"/>
              </w:rPr>
              <w:t>59,403</w:t>
            </w:r>
          </w:p>
        </w:tc>
        <w:tc>
          <w:tcPr>
            <w:tcW w:type="dxa" w:w="1126"/>
          </w:tcPr>
          <w:p>
            <w:pPr>
              <w:spacing w:after="0"/>
              <w:jc w:val="right"/>
            </w:pPr>
            <w:r>
              <w:rPr>
                <w:sz w:val="16"/>
              </w:rPr>
              <w:t>$536,131</w:t>
            </w:r>
          </w:p>
        </w:tc>
        <w:tc>
          <w:tcPr>
            <w:tcW w:type="dxa" w:w="1126"/>
          </w:tcPr>
          <w:p>
            <w:pPr>
              <w:spacing w:after="0"/>
              <w:jc w:val="right"/>
            </w:pPr>
            <w:r>
              <w:rPr>
                <w:sz w:val="16"/>
              </w:rPr>
              <w:t>$40,851</w:t>
            </w:r>
          </w:p>
        </w:tc>
        <w:tc>
          <w:tcPr>
            <w:tcW w:type="dxa" w:w="1147"/>
          </w:tcPr>
          <w:p>
            <w:pPr>
              <w:spacing w:after="0"/>
              <w:jc w:val="right"/>
            </w:pPr>
            <w:r>
              <w:rPr>
                <w:sz w:val="16"/>
              </w:rPr>
              <w:t>$24,340</w:t>
            </w:r>
          </w:p>
        </w:tc>
        <w:tc>
          <w:tcPr>
            <w:tcW w:type="dxa" w:w="1048"/>
          </w:tcPr>
          <w:p>
            <w:pPr>
              <w:spacing w:after="0"/>
              <w:jc w:val="right"/>
            </w:pPr>
            <w:r>
              <w:rPr>
                <w:sz w:val="16"/>
              </w:rPr>
              <w:t>0.00373%</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$14,489,142,091</w:t>
            </w:r>
          </w:p>
        </w:tc>
        <w:tc>
          <w:tcPr>
            <w:tcW w:type="dxa" w:w="1136"/>
          </w:tcPr>
          <w:p>
            <w:pPr>
              <w:spacing w:after="0"/>
              <w:jc w:val="right"/>
            </w:pPr>
            <w:r>
              <w:rPr>
                <w:sz w:val="16"/>
              </w:rPr>
              <w:t>n/a</w:t>
            </w:r>
          </w:p>
        </w:tc>
        <w:tc>
          <w:tcPr>
            <w:tcW w:type="dxa" w:w="1044"/>
          </w:tcPr>
          <w:p>
            <w:pPr>
              <w:spacing w:after="0"/>
              <w:jc w:val="right"/>
            </w:pPr>
            <w:r>
              <w:rPr>
                <w:sz w:val="16"/>
              </w:rPr>
              <w:t>59,777</w:t>
            </w:r>
          </w:p>
        </w:tc>
        <w:tc>
          <w:tcPr>
            <w:tcW w:type="dxa" w:w="1126"/>
          </w:tcPr>
          <w:p>
            <w:pPr>
              <w:spacing w:after="0"/>
              <w:jc w:val="right"/>
            </w:pPr>
            <w:r>
              <w:rPr>
                <w:sz w:val="16"/>
              </w:rPr>
              <w:t>$101,712</w:t>
            </w:r>
          </w:p>
        </w:tc>
        <w:tc>
          <w:tcPr>
            <w:tcW w:type="dxa" w:w="1126"/>
          </w:tcPr>
          <w:p>
            <w:pPr>
              <w:spacing w:after="0"/>
              <w:jc w:val="right"/>
            </w:pPr>
            <w:r>
              <w:rPr>
                <w:sz w:val="16"/>
              </w:rPr>
              <w:t>n/a</w:t>
            </w:r>
          </w:p>
        </w:tc>
        <w:tc>
          <w:tcPr>
            <w:tcW w:type="dxa" w:w="1147"/>
          </w:tcPr>
          <w:p>
            <w:pPr>
              <w:spacing w:after="0"/>
              <w:jc w:val="right"/>
            </w:pPr>
            <w:r>
              <w:rPr>
                <w:sz w:val="16"/>
              </w:rPr>
              <w:t>$12,305</w:t>
            </w:r>
          </w:p>
        </w:tc>
        <w:tc>
          <w:tcPr>
            <w:tcW w:type="dxa" w:w="1048"/>
          </w:tcPr>
          <w:p>
            <w:pPr>
              <w:spacing w:after="0"/>
              <w:jc w:val="right"/>
            </w:pPr>
            <w:r>
              <w:rPr>
                <w:sz w:val="16"/>
              </w:rPr>
              <w:t>0.000702%</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$14,417,227,305</w:t>
            </w:r>
          </w:p>
        </w:tc>
        <w:tc>
          <w:tcPr>
            <w:tcW w:type="dxa" w:w="1136"/>
          </w:tcPr>
          <w:p>
            <w:pPr>
              <w:spacing w:after="0"/>
              <w:jc w:val="right"/>
            </w:pPr>
            <w:r>
              <w:rPr>
                <w:sz w:val="16"/>
              </w:rPr>
              <w:t>$4,708,714</w:t>
            </w:r>
          </w:p>
        </w:tc>
        <w:tc>
          <w:tcPr>
            <w:tcW w:type="dxa" w:w="1044"/>
          </w:tcPr>
          <w:p>
            <w:pPr>
              <w:spacing w:after="0"/>
              <w:jc w:val="right"/>
            </w:pPr>
            <w:r>
              <w:rPr>
                <w:sz w:val="16"/>
              </w:rPr>
              <w:t>3,818</w:t>
            </w:r>
          </w:p>
        </w:tc>
        <w:tc>
          <w:tcPr>
            <w:tcW w:type="dxa" w:w="1126"/>
          </w:tcPr>
          <w:p>
            <w:pPr>
              <w:spacing w:after="0"/>
              <w:jc w:val="right"/>
            </w:pPr>
            <w:r>
              <w:rPr>
                <w:sz w:val="16"/>
              </w:rPr>
              <w:t>$17,072,085</w:t>
            </w:r>
          </w:p>
        </w:tc>
        <w:tc>
          <w:tcPr>
            <w:tcW w:type="dxa" w:w="1126"/>
          </w:tcPr>
          <w:p>
            <w:pPr>
              <w:spacing w:after="0"/>
              <w:jc w:val="right"/>
            </w:pPr>
            <w:r>
              <w:rPr>
                <w:sz w:val="16"/>
              </w:rPr>
              <w:t>$81,512</w:t>
            </w:r>
          </w:p>
        </w:tc>
        <w:tc>
          <w:tcPr>
            <w:tcW w:type="dxa" w:w="1147"/>
          </w:tcPr>
          <w:p>
            <w:pPr>
              <w:spacing w:after="0"/>
              <w:jc w:val="right"/>
            </w:pPr>
            <w:r>
              <w:rPr>
                <w:sz w:val="16"/>
              </w:rPr>
              <w:t>$477,764</w:t>
            </w:r>
          </w:p>
        </w:tc>
        <w:tc>
          <w:tcPr>
            <w:tcW w:type="dxa" w:w="1048"/>
          </w:tcPr>
          <w:p>
            <w:pPr>
              <w:spacing w:after="0"/>
              <w:jc w:val="right"/>
            </w:pPr>
            <w:r>
              <w:rPr>
                <w:sz w:val="16"/>
              </w:rPr>
              <w:t>n/a (see note)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$1,425,563,349</w:t>
            </w:r>
          </w:p>
        </w:tc>
        <w:tc>
          <w:tcPr>
            <w:tcW w:type="dxa" w:w="1136"/>
          </w:tcPr>
          <w:p>
            <w:pPr>
              <w:spacing w:after="0"/>
              <w:jc w:val="right"/>
            </w:pPr>
            <w:r>
              <w:rPr>
                <w:sz w:val="16"/>
              </w:rPr>
              <w:t>n/a</w:t>
            </w:r>
          </w:p>
        </w:tc>
        <w:tc>
          <w:tcPr>
            <w:tcW w:type="dxa" w:w="1044"/>
          </w:tcPr>
          <w:p>
            <w:pPr>
              <w:spacing w:after="0"/>
              <w:jc w:val="right"/>
            </w:pPr>
            <w:r>
              <w:rPr>
                <w:sz w:val="16"/>
              </w:rPr>
              <w:t>6,160</w:t>
            </w:r>
          </w:p>
        </w:tc>
        <w:tc>
          <w:tcPr>
            <w:tcW w:type="dxa" w:w="1126"/>
          </w:tcPr>
          <w:p>
            <w:pPr>
              <w:spacing w:after="0"/>
              <w:jc w:val="right"/>
            </w:pPr>
            <w:r>
              <w:rPr>
                <w:sz w:val="16"/>
              </w:rPr>
              <w:t>$23,839</w:t>
            </w:r>
          </w:p>
        </w:tc>
        <w:tc>
          <w:tcPr>
            <w:tcW w:type="dxa" w:w="1126"/>
          </w:tcPr>
          <w:p>
            <w:pPr>
              <w:spacing w:after="0"/>
              <w:jc w:val="right"/>
            </w:pPr>
            <w:r>
              <w:rPr>
                <w:sz w:val="16"/>
              </w:rPr>
              <w:t>n/a</w:t>
            </w:r>
          </w:p>
        </w:tc>
        <w:tc>
          <w:tcPr>
            <w:tcW w:type="dxa" w:w="1147"/>
          </w:tcPr>
          <w:p>
            <w:pPr>
              <w:spacing w:after="0"/>
              <w:jc w:val="right"/>
            </w:pPr>
            <w:r>
              <w:rPr>
                <w:sz w:val="16"/>
              </w:rPr>
              <w:t>$342,500</w:t>
            </w:r>
          </w:p>
        </w:tc>
        <w:tc>
          <w:tcPr>
            <w:tcW w:type="dxa" w:w="1048"/>
          </w:tcPr>
          <w:p>
            <w:pPr>
              <w:spacing w:after="0"/>
              <w:jc w:val="right"/>
            </w:pPr>
            <w:r>
              <w:rPr>
                <w:sz w:val="16"/>
              </w:rPr>
              <w:t>0.00167%</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$14,489,142,091</w:t>
            </w:r>
          </w:p>
        </w:tc>
        <w:tc>
          <w:tcPr>
            <w:tcW w:type="dxa" w:w="1136"/>
          </w:tcPr>
          <w:p>
            <w:pPr>
              <w:spacing w:after="0"/>
              <w:jc w:val="right"/>
            </w:pPr>
            <w:r>
              <w:rPr>
                <w:sz w:val="16"/>
              </w:rPr>
              <w:t>n/a</w:t>
            </w:r>
          </w:p>
        </w:tc>
        <w:tc>
          <w:tcPr>
            <w:tcW w:type="dxa" w:w="1044"/>
          </w:tcPr>
          <w:p>
            <w:pPr>
              <w:spacing w:after="0"/>
              <w:jc w:val="right"/>
            </w:pPr>
            <w:r>
              <w:rPr>
                <w:sz w:val="16"/>
              </w:rPr>
              <w:t>59,777</w:t>
            </w:r>
          </w:p>
        </w:tc>
        <w:tc>
          <w:tcPr>
            <w:tcW w:type="dxa" w:w="1126"/>
          </w:tcPr>
          <w:p>
            <w:pPr>
              <w:spacing w:after="0"/>
              <w:jc w:val="right"/>
            </w:pPr>
            <w:r>
              <w:rPr>
                <w:sz w:val="16"/>
              </w:rPr>
              <w:t>$43,545</w:t>
            </w:r>
          </w:p>
        </w:tc>
        <w:tc>
          <w:tcPr>
            <w:tcW w:type="dxa" w:w="1126"/>
          </w:tcPr>
          <w:p>
            <w:pPr>
              <w:spacing w:after="0"/>
              <w:jc w:val="right"/>
            </w:pPr>
            <w:r>
              <w:rPr>
                <w:sz w:val="16"/>
              </w:rPr>
              <w:t>n/a</w:t>
            </w:r>
          </w:p>
        </w:tc>
        <w:tc>
          <w:tcPr>
            <w:tcW w:type="dxa" w:w="1147"/>
          </w:tcPr>
          <w:p>
            <w:pPr>
              <w:spacing w:after="0"/>
              <w:jc w:val="right"/>
            </w:pPr>
            <w:r>
              <w:rPr>
                <w:sz w:val="16"/>
              </w:rPr>
              <w:t>$636,071</w:t>
            </w:r>
          </w:p>
        </w:tc>
        <w:tc>
          <w:tcPr>
            <w:tcW w:type="dxa" w:w="1048"/>
          </w:tcPr>
          <w:p>
            <w:pPr>
              <w:spacing w:after="0"/>
              <w:jc w:val="right"/>
            </w:pPr>
            <w:r>
              <w:rPr>
                <w:sz w:val="16"/>
              </w:rPr>
              <w:t>0.000301%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$14,489,142,091</w:t>
            </w:r>
          </w:p>
        </w:tc>
        <w:tc>
          <w:tcPr>
            <w:tcW w:type="dxa" w:w="1136"/>
          </w:tcPr>
          <w:p>
            <w:pPr>
              <w:spacing w:after="0"/>
              <w:jc w:val="right"/>
            </w:pPr>
            <w:r>
              <w:rPr>
                <w:sz w:val="16"/>
              </w:rPr>
              <w:t>$39,567,442</w:t>
            </w:r>
          </w:p>
        </w:tc>
        <w:tc>
          <w:tcPr>
            <w:tcW w:type="dxa" w:w="1044"/>
          </w:tcPr>
          <w:p>
            <w:pPr>
              <w:spacing w:after="0"/>
              <w:jc w:val="right"/>
            </w:pPr>
            <w:r>
              <w:rPr>
                <w:sz w:val="16"/>
              </w:rPr>
              <w:t>59,777</w:t>
            </w:r>
          </w:p>
        </w:tc>
        <w:tc>
          <w:tcPr>
            <w:tcW w:type="dxa" w:w="1126"/>
          </w:tcPr>
          <w:p>
            <w:pPr>
              <w:spacing w:after="0"/>
              <w:jc w:val="right"/>
            </w:pPr>
            <w:r>
              <w:rPr>
                <w:sz w:val="16"/>
              </w:rPr>
              <w:t>$139,150</w:t>
            </w:r>
          </w:p>
        </w:tc>
        <w:tc>
          <w:tcPr>
            <w:tcW w:type="dxa" w:w="1126"/>
          </w:tcPr>
          <w:p>
            <w:pPr>
              <w:spacing w:after="0"/>
              <w:jc w:val="right"/>
            </w:pPr>
            <w:r>
              <w:rPr>
                <w:sz w:val="16"/>
              </w:rPr>
              <w:t>$2,334</w:t>
            </w:r>
          </w:p>
        </w:tc>
        <w:tc>
          <w:tcPr>
            <w:tcW w:type="dxa" w:w="1147"/>
          </w:tcPr>
          <w:p>
            <w:pPr>
              <w:spacing w:after="0"/>
              <w:jc w:val="right"/>
            </w:pPr>
            <w:r>
              <w:rPr>
                <w:sz w:val="16"/>
              </w:rPr>
              <w:t>$144,246</w:t>
            </w:r>
          </w:p>
        </w:tc>
        <w:tc>
          <w:tcPr>
            <w:tcW w:type="dxa" w:w="1048"/>
          </w:tcPr>
          <w:p>
            <w:pPr>
              <w:spacing w:after="0"/>
              <w:jc w:val="right"/>
            </w:pPr>
            <w:r>
              <w:rPr>
                <w:sz w:val="16"/>
              </w:rPr>
              <w:t>0.00096%</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$14,489,142,091</w:t>
            </w:r>
          </w:p>
        </w:tc>
        <w:tc>
          <w:tcPr>
            <w:tcW w:type="dxa" w:w="1136"/>
          </w:tcPr>
          <w:p>
            <w:pPr>
              <w:spacing w:after="0"/>
              <w:jc w:val="right"/>
            </w:pPr>
            <w:r>
              <w:rPr>
                <w:sz w:val="16"/>
              </w:rPr>
              <w:t>$39,567,442</w:t>
            </w:r>
          </w:p>
        </w:tc>
        <w:tc>
          <w:tcPr>
            <w:tcW w:type="dxa" w:w="1044"/>
          </w:tcPr>
          <w:p>
            <w:pPr>
              <w:spacing w:after="0"/>
              <w:jc w:val="right"/>
            </w:pPr>
            <w:r>
              <w:rPr>
                <w:sz w:val="16"/>
              </w:rPr>
              <w:t>59,777</w:t>
            </w:r>
          </w:p>
        </w:tc>
        <w:tc>
          <w:tcPr>
            <w:tcW w:type="dxa" w:w="1126"/>
          </w:tcPr>
          <w:p>
            <w:pPr>
              <w:spacing w:after="0"/>
              <w:jc w:val="right"/>
            </w:pPr>
            <w:r>
              <w:rPr>
                <w:sz w:val="16"/>
              </w:rPr>
              <w:t>$30,416</w:t>
            </w:r>
          </w:p>
        </w:tc>
        <w:tc>
          <w:tcPr>
            <w:tcW w:type="dxa" w:w="1126"/>
          </w:tcPr>
          <w:p>
            <w:pPr>
              <w:spacing w:after="0"/>
              <w:jc w:val="right"/>
            </w:pPr>
            <w:r>
              <w:rPr>
                <w:sz w:val="16"/>
              </w:rPr>
              <w:t>$122</w:t>
            </w:r>
          </w:p>
        </w:tc>
        <w:tc>
          <w:tcPr>
            <w:tcW w:type="dxa" w:w="1147"/>
          </w:tcPr>
          <w:p>
            <w:pPr>
              <w:spacing w:after="0"/>
              <w:jc w:val="right"/>
            </w:pPr>
            <w:r>
              <w:rPr>
                <w:sz w:val="16"/>
              </w:rPr>
              <w:t>$127,612</w:t>
            </w:r>
          </w:p>
        </w:tc>
        <w:tc>
          <w:tcPr>
            <w:tcW w:type="dxa" w:w="1048"/>
          </w:tcPr>
          <w:p>
            <w:pPr>
              <w:spacing w:after="0"/>
              <w:jc w:val="right"/>
            </w:pPr>
            <w:r>
              <w:rPr>
                <w:sz w:val="16"/>
              </w:rPr>
              <w:t>0.00021%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$7,761,152,489</w:t>
            </w:r>
          </w:p>
        </w:tc>
        <w:tc>
          <w:tcPr>
            <w:tcW w:type="dxa" w:w="1136"/>
          </w:tcPr>
          <w:p>
            <w:pPr>
              <w:spacing w:after="0"/>
              <w:jc w:val="right"/>
            </w:pPr>
            <w:r>
              <w:rPr>
                <w:sz w:val="16"/>
              </w:rPr>
              <w:t>$28,327,979</w:t>
            </w:r>
          </w:p>
        </w:tc>
        <w:tc>
          <w:tcPr>
            <w:tcW w:type="dxa" w:w="1044"/>
          </w:tcPr>
          <w:p>
            <w:pPr>
              <w:spacing w:after="0"/>
              <w:jc w:val="right"/>
            </w:pPr>
            <w:r>
              <w:rPr>
                <w:sz w:val="16"/>
              </w:rPr>
              <w:t>32,741</w:t>
            </w:r>
          </w:p>
        </w:tc>
        <w:tc>
          <w:tcPr>
            <w:tcW w:type="dxa" w:w="1126"/>
          </w:tcPr>
          <w:p>
            <w:pPr>
              <w:spacing w:after="0"/>
              <w:jc w:val="right"/>
            </w:pPr>
            <w:r>
              <w:rPr>
                <w:sz w:val="16"/>
              </w:rPr>
              <w:t>$8,414</w:t>
            </w:r>
          </w:p>
        </w:tc>
        <w:tc>
          <w:tcPr>
            <w:tcW w:type="dxa" w:w="1126"/>
          </w:tcPr>
          <w:p>
            <w:pPr>
              <w:spacing w:after="0"/>
              <w:jc w:val="right"/>
            </w:pPr>
            <w:r>
              <w:rPr>
                <w:sz w:val="16"/>
              </w:rPr>
              <w:t>$3</w:t>
            </w:r>
          </w:p>
        </w:tc>
        <w:tc>
          <w:tcPr>
            <w:tcW w:type="dxa" w:w="1147"/>
          </w:tcPr>
          <w:p>
            <w:pPr>
              <w:spacing w:after="0"/>
              <w:jc w:val="right"/>
            </w:pPr>
            <w:r>
              <w:rPr>
                <w:sz w:val="16"/>
              </w:rPr>
              <w:t>$788</w:t>
            </w:r>
          </w:p>
        </w:tc>
        <w:tc>
          <w:tcPr>
            <w:tcW w:type="dxa" w:w="1048"/>
          </w:tcPr>
          <w:p>
            <w:pPr>
              <w:spacing w:after="0"/>
              <w:jc w:val="right"/>
            </w:pPr>
            <w:r>
              <w:rPr>
                <w:sz w:val="16"/>
              </w:rPr>
              <w:t>0.000108%</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$14,489,142,091</w:t>
            </w:r>
          </w:p>
        </w:tc>
        <w:tc>
          <w:tcPr>
            <w:tcW w:type="dxa" w:w="1136"/>
          </w:tcPr>
          <w:p>
            <w:pPr>
              <w:spacing w:after="0"/>
              <w:jc w:val="right"/>
            </w:pPr>
            <w:r>
              <w:rPr>
                <w:sz w:val="16"/>
              </w:rPr>
              <w:t>$39,567,442</w:t>
            </w:r>
          </w:p>
        </w:tc>
        <w:tc>
          <w:tcPr>
            <w:tcW w:type="dxa" w:w="1044"/>
          </w:tcPr>
          <w:p>
            <w:pPr>
              <w:spacing w:after="0"/>
              <w:jc w:val="right"/>
            </w:pPr>
            <w:r>
              <w:rPr>
                <w:sz w:val="16"/>
              </w:rPr>
              <w:t>59,777</w:t>
            </w:r>
          </w:p>
        </w:tc>
        <w:tc>
          <w:tcPr>
            <w:tcW w:type="dxa" w:w="1126"/>
          </w:tcPr>
          <w:p>
            <w:pPr>
              <w:spacing w:after="0"/>
              <w:jc w:val="right"/>
            </w:pPr>
            <w:r>
              <w:rPr>
                <w:sz w:val="16"/>
              </w:rPr>
              <w:t>$130,541</w:t>
            </w:r>
          </w:p>
        </w:tc>
        <w:tc>
          <w:tcPr>
            <w:tcW w:type="dxa" w:w="1126"/>
          </w:tcPr>
          <w:p>
            <w:pPr>
              <w:spacing w:after="0"/>
              <w:jc w:val="right"/>
            </w:pPr>
            <w:r>
              <w:rPr>
                <w:sz w:val="16"/>
              </w:rPr>
              <w:t>$66</w:t>
            </w:r>
          </w:p>
        </w:tc>
        <w:tc>
          <w:tcPr>
            <w:tcW w:type="dxa" w:w="1147"/>
          </w:tcPr>
          <w:p>
            <w:pPr>
              <w:spacing w:after="0"/>
              <w:jc w:val="right"/>
            </w:pPr>
            <w:r>
              <w:rPr>
                <w:sz w:val="16"/>
              </w:rPr>
              <w:t>$144,853</w:t>
            </w:r>
          </w:p>
        </w:tc>
        <w:tc>
          <w:tcPr>
            <w:tcW w:type="dxa" w:w="1048"/>
          </w:tcPr>
          <w:p>
            <w:pPr>
              <w:spacing w:after="0"/>
              <w:jc w:val="right"/>
            </w:pPr>
            <w:r>
              <w:rPr>
                <w:sz w:val="16"/>
              </w:rPr>
              <w:t>0.000901%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59,777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$14,489,142,091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$39,567,442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$18,629,208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$3,602,856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7</w:t>
            </w:r>
          </w:p>
        </w:tc>
        <w:tc>
          <w:tcPr>
            <w:tcW w:type="dxa" w:w="1467"/>
          </w:tcPr>
          <w:p>
            <w:pPr>
              <w:spacing w:after="0"/>
              <w:jc w:val="right"/>
            </w:pPr>
            <w:r>
              <w:rPr>
                <w:sz w:val="16"/>
              </w:rPr>
              <w:t>20</w:t>
            </w:r>
          </w:p>
        </w:tc>
        <w:tc>
          <w:tcPr>
            <w:tcW w:type="dxa" w:w="1467"/>
          </w:tcPr>
          <w:p>
            <w:pPr>
              <w:spacing w:after="0"/>
              <w:jc w:val="right"/>
            </w:pPr>
            <w:r>
              <w:rPr>
                <w:sz w:val="16"/>
              </w:rPr>
              <w:t>116</w:t>
            </w:r>
          </w:p>
        </w:tc>
        <w:tc>
          <w:tcPr>
            <w:tcW w:type="dxa" w:w="1467"/>
          </w:tcPr>
          <w:p>
            <w:pPr>
              <w:spacing w:after="0"/>
              <w:jc w:val="right"/>
            </w:pPr>
            <w:r>
              <w:rPr>
                <w:sz w:val="16"/>
              </w:rPr>
              <w:t>20</w:t>
            </w:r>
          </w:p>
        </w:tc>
        <w:tc>
          <w:tcPr>
            <w:tcW w:type="dxa" w:w="1467"/>
          </w:tcPr>
          <w:p>
            <w:pPr>
              <w:spacing w:after="0"/>
              <w:jc w:val="right"/>
            </w:pPr>
            <w:r>
              <w:rPr>
                <w:sz w:val="16"/>
              </w:rPr>
              <w:t>119</w:t>
            </w:r>
          </w:p>
        </w:tc>
        <w:tc>
          <w:tcPr>
            <w:tcW w:type="dxa" w:w="1467"/>
          </w:tcPr>
          <w:p>
            <w:pPr>
              <w:spacing w:after="0"/>
              <w:jc w:val="right"/>
            </w:pPr>
            <w:r>
              <w:rPr>
                <w:sz w:val="16"/>
              </w:rPr>
              <w:t>15</w:t>
            </w:r>
          </w:p>
        </w:tc>
        <w:tc>
          <w:tcPr>
            <w:tcW w:type="dxa" w:w="1633"/>
          </w:tcPr>
          <w:p>
            <w:pPr>
              <w:spacing w:after="0"/>
              <w:jc w:val="right"/>
            </w:pPr>
            <w:r>
              <w:rPr>
                <w:sz w:val="16"/>
              </w:rPr>
              <w:t>74</w:t>
            </w:r>
          </w:p>
        </w:tc>
      </w:tr>
      <w:tr>
        <w:trPr>
          <w:cantSplit/>
        </w:trPr>
        <w:tc>
          <w:tcPr>
            <w:tcW w:type="dxa" w:w="3678"/>
          </w:tcPr>
          <w:p>
            <w:pPr>
              <w:spacing w:after="0"/>
              <w:jc w:val="left"/>
            </w:pPr>
            <w:r>
              <w:rPr>
                <w:sz w:val="16"/>
              </w:rPr>
              <w:t>of which: Barre city</w:t>
            </w:r>
          </w:p>
        </w:tc>
        <w:tc>
          <w:tcPr>
            <w:tcW w:type="dxa" w:w="1467"/>
          </w:tcPr>
          <w:p>
            <w:pPr>
              <w:spacing w:after="0"/>
              <w:jc w:val="right"/>
            </w:pPr>
            <w:r>
              <w:rPr>
                <w:sz w:val="16"/>
              </w:rPr>
              <w:t>2</w:t>
            </w:r>
          </w:p>
        </w:tc>
        <w:tc>
          <w:tcPr>
            <w:tcW w:type="dxa" w:w="1467"/>
          </w:tcPr>
          <w:p>
            <w:pPr>
              <w:spacing w:after="0"/>
              <w:jc w:val="right"/>
            </w:pPr>
            <w:r>
              <w:rPr>
                <w:sz w:val="16"/>
              </w:rPr>
              <w:t>4</w:t>
            </w:r>
          </w:p>
        </w:tc>
        <w:tc>
          <w:tcPr>
            <w:tcW w:type="dxa" w:w="1467"/>
          </w:tcPr>
          <w:p>
            <w:pPr>
              <w:spacing w:after="0"/>
              <w:jc w:val="right"/>
            </w:pPr>
            <w:r>
              <w:rPr>
                <w:sz w:val="16"/>
              </w:rPr>
              <w:t>58</w:t>
            </w:r>
          </w:p>
        </w:tc>
        <w:tc>
          <w:tcPr>
            <w:tcW w:type="dxa" w:w="1467"/>
          </w:tcPr>
          <w:p>
            <w:pPr>
              <w:spacing w:after="0"/>
              <w:jc w:val="right"/>
            </w:pPr>
            <w:r>
              <w:rPr>
                <w:sz w:val="16"/>
              </w:rPr>
              <w:t>4</w:t>
            </w:r>
          </w:p>
        </w:tc>
        <w:tc>
          <w:tcPr>
            <w:tcW w:type="dxa" w:w="1467"/>
          </w:tcPr>
          <w:p>
            <w:pPr>
              <w:spacing w:after="0"/>
              <w:jc w:val="right"/>
            </w:pPr>
            <w:r>
              <w:rPr>
                <w:sz w:val="16"/>
              </w:rPr>
              <w:t>60</w:t>
            </w:r>
          </w:p>
        </w:tc>
        <w:tc>
          <w:tcPr>
            <w:tcW w:type="dxa" w:w="1467"/>
          </w:tcPr>
          <w:p>
            <w:pPr>
              <w:spacing w:after="0"/>
              <w:jc w:val="right"/>
            </w:pPr>
            <w:r>
              <w:rPr>
                <w:sz w:val="16"/>
              </w:rPr>
              <w:t>0</w:t>
            </w:r>
          </w:p>
        </w:tc>
        <w:tc>
          <w:tcPr>
            <w:tcW w:type="dxa" w:w="1633"/>
          </w:tcPr>
          <w:p>
            <w:pPr>
              <w:spacing w:after="0"/>
              <w:jc w:val="right"/>
            </w:pPr>
            <w:r>
              <w:rPr>
                <w:sz w:val="16"/>
              </w:rPr>
              <w:t>32</w:t>
            </w:r>
          </w:p>
        </w:tc>
      </w:tr>
      <w:tr>
        <w:trPr>
          <w:cantSplit/>
        </w:trPr>
        <w:tc>
          <w:tcPr>
            <w:tcW w:type="dxa" w:w="3678"/>
          </w:tcPr>
          <w:p>
            <w:pPr>
              <w:spacing w:after="0"/>
              <w:jc w:val="left"/>
            </w:pPr>
            <w:r>
              <w:rPr>
                <w:sz w:val="16"/>
              </w:rPr>
              <w:t>of which: Berlin town</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6</w:t>
            </w:r>
          </w:p>
        </w:tc>
        <w:tc>
          <w:tcPr>
            <w:tcW w:type="dxa" w:w="1467"/>
          </w:tcPr>
          <w:p>
            <w:pPr>
              <w:spacing w:after="0"/>
              <w:jc w:val="right"/>
            </w:pPr>
            <w:r>
              <w:rPr>
                <w:sz w:val="16"/>
              </w:rPr>
              <w:t>2</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Marshfield village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Middlesex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Moretown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Northfield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Warren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Waterbury village (community ID not in plan data)</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Waterbury town</w:t>
            </w:r>
          </w:p>
        </w:tc>
        <w:tc>
          <w:tcPr>
            <w:tcW w:type="dxa" w:w="1467"/>
          </w:tcPr>
          <w:p>
            <w:pPr>
              <w:spacing w:after="0"/>
              <w:jc w:val="right"/>
            </w:pPr>
            <w:r>
              <w:rPr>
                <w:sz w:val="16"/>
              </w:rPr>
              <w:t>2</w:t>
            </w:r>
          </w:p>
        </w:tc>
        <w:tc>
          <w:tcPr>
            <w:tcW w:type="dxa" w:w="1467"/>
          </w:tcPr>
          <w:p>
            <w:pPr>
              <w:spacing w:after="0"/>
              <w:jc w:val="right"/>
            </w:pPr>
            <w:r>
              <w:rPr>
                <w:sz w:val="16"/>
              </w:rPr>
              <w:t>5</w:t>
            </w:r>
          </w:p>
        </w:tc>
        <w:tc>
          <w:tcPr>
            <w:tcW w:type="dxa" w:w="1467"/>
          </w:tcPr>
          <w:p>
            <w:pPr>
              <w:spacing w:after="0"/>
              <w:jc w:val="right"/>
            </w:pPr>
            <w:r>
              <w:rPr>
                <w:sz w:val="16"/>
              </w:rPr>
              <w:t>12</w:t>
            </w:r>
          </w:p>
        </w:tc>
        <w:tc>
          <w:tcPr>
            <w:tcW w:type="dxa" w:w="1467"/>
          </w:tcPr>
          <w:p>
            <w:pPr>
              <w:spacing w:after="0"/>
              <w:jc w:val="right"/>
            </w:pPr>
            <w:r>
              <w:rPr>
                <w:sz w:val="16"/>
              </w:rPr>
              <w:t>5</w:t>
            </w:r>
          </w:p>
        </w:tc>
        <w:tc>
          <w:tcPr>
            <w:tcW w:type="dxa" w:w="1467"/>
          </w:tcPr>
          <w:p>
            <w:pPr>
              <w:spacing w:after="0"/>
              <w:jc w:val="right"/>
            </w:pPr>
            <w:r>
              <w:rPr>
                <w:sz w:val="16"/>
              </w:rPr>
              <w:t>12</w:t>
            </w:r>
          </w:p>
        </w:tc>
        <w:tc>
          <w:tcPr>
            <w:tcW w:type="dxa" w:w="1467"/>
          </w:tcPr>
          <w:p>
            <w:pPr>
              <w:spacing w:after="0"/>
              <w:jc w:val="right"/>
            </w:pPr>
            <w:r>
              <w:rPr>
                <w:sz w:val="16"/>
              </w:rPr>
              <w:t>0</w:t>
            </w:r>
          </w:p>
        </w:tc>
        <w:tc>
          <w:tcPr>
            <w:tcW w:type="dxa" w:w="1633"/>
          </w:tcPr>
          <w:p>
            <w:pPr>
              <w:spacing w:after="0"/>
              <w:jc w:val="right"/>
            </w:pPr>
            <w:r>
              <w:rPr>
                <w:sz w:val="16"/>
              </w:rPr>
              <w:t>10</w:t>
            </w:r>
          </w:p>
        </w:tc>
      </w:tr>
      <w:tr>
        <w:trPr>
          <w:cantSplit/>
        </w:trPr>
        <w:tc>
          <w:tcPr>
            <w:tcW w:type="dxa" w:w="3678"/>
          </w:tcPr>
          <w:p>
            <w:pPr>
              <w:spacing w:after="0"/>
              <w:jc w:val="left"/>
            </w:pPr>
            <w:r>
              <w:rPr>
                <w:sz w:val="16"/>
              </w:rPr>
              <w:t>of which: Plainfield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Montpelier city</w:t>
            </w:r>
          </w:p>
        </w:tc>
        <w:tc>
          <w:tcPr>
            <w:tcW w:type="dxa" w:w="1467"/>
          </w:tcPr>
          <w:p>
            <w:pPr>
              <w:spacing w:after="0"/>
              <w:jc w:val="right"/>
            </w:pPr>
            <w:r>
              <w:rPr>
                <w:sz w:val="16"/>
              </w:rPr>
              <w:t>0</w:t>
            </w:r>
          </w:p>
        </w:tc>
        <w:tc>
          <w:tcPr>
            <w:tcW w:type="dxa" w:w="1467"/>
          </w:tcPr>
          <w:p>
            <w:pPr>
              <w:spacing w:after="0"/>
              <w:jc w:val="right"/>
            </w:pPr>
            <w:r>
              <w:rPr>
                <w:sz w:val="16"/>
              </w:rPr>
              <w:t>8</w:t>
            </w:r>
          </w:p>
        </w:tc>
        <w:tc>
          <w:tcPr>
            <w:tcW w:type="dxa" w:w="1467"/>
          </w:tcPr>
          <w:p>
            <w:pPr>
              <w:spacing w:after="0"/>
              <w:jc w:val="right"/>
            </w:pPr>
            <w:r>
              <w:rPr>
                <w:sz w:val="16"/>
              </w:rPr>
              <w:t>23</w:t>
            </w:r>
          </w:p>
        </w:tc>
        <w:tc>
          <w:tcPr>
            <w:tcW w:type="dxa" w:w="1467"/>
          </w:tcPr>
          <w:p>
            <w:pPr>
              <w:spacing w:after="0"/>
              <w:jc w:val="right"/>
            </w:pPr>
            <w:r>
              <w:rPr>
                <w:sz w:val="16"/>
              </w:rPr>
              <w:t>8</w:t>
            </w:r>
          </w:p>
        </w:tc>
        <w:tc>
          <w:tcPr>
            <w:tcW w:type="dxa" w:w="1467"/>
          </w:tcPr>
          <w:p>
            <w:pPr>
              <w:spacing w:after="0"/>
              <w:jc w:val="right"/>
            </w:pPr>
            <w:r>
              <w:rPr>
                <w:sz w:val="16"/>
              </w:rPr>
              <w:t>23</w:t>
            </w:r>
          </w:p>
        </w:tc>
        <w:tc>
          <w:tcPr>
            <w:tcW w:type="dxa" w:w="1467"/>
          </w:tcPr>
          <w:p>
            <w:pPr>
              <w:spacing w:after="0"/>
              <w:jc w:val="right"/>
            </w:pPr>
            <w:r>
              <w:rPr>
                <w:sz w:val="16"/>
              </w:rPr>
              <w:t>15</w:t>
            </w:r>
          </w:p>
        </w:tc>
        <w:tc>
          <w:tcPr>
            <w:tcW w:type="dxa" w:w="1633"/>
          </w:tcPr>
          <w:p>
            <w:pPr>
              <w:spacing w:after="0"/>
              <w:jc w:val="right"/>
            </w:pPr>
            <w:r>
              <w:rPr>
                <w:sz w:val="16"/>
              </w:rPr>
              <w:t>20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Barre city</w:t>
            </w:r>
          </w:p>
        </w:tc>
        <w:tc>
          <w:tcPr>
            <w:tcW w:type="dxa" w:w="1604"/>
          </w:tcPr>
          <w:p>
            <w:pPr>
              <w:spacing w:after="0"/>
              <w:jc w:val="left"/>
            </w:pPr>
            <w:r>
              <w:rPr>
                <w:sz w:val="16"/>
              </w:rPr>
              <w:t>500105</w:t>
            </w:r>
          </w:p>
        </w:tc>
        <w:tc>
          <w:tcPr>
            <w:tcW w:type="dxa" w:w="1441"/>
          </w:tcPr>
          <w:p>
            <w:pPr>
              <w:spacing w:after="0"/>
              <w:jc w:val="right"/>
            </w:pPr>
            <w:r>
              <w:rPr>
                <w:sz w:val="16"/>
              </w:rPr>
              <w:t>2</w:t>
            </w:r>
          </w:p>
        </w:tc>
        <w:tc>
          <w:tcPr>
            <w:tcW w:type="dxa" w:w="1441"/>
          </w:tcPr>
          <w:p>
            <w:pPr>
              <w:spacing w:after="0"/>
              <w:jc w:val="right"/>
            </w:pPr>
            <w:r>
              <w:rPr>
                <w:sz w:val="16"/>
              </w:rPr>
              <w:t>4</w:t>
            </w:r>
          </w:p>
        </w:tc>
        <w:tc>
          <w:tcPr>
            <w:tcW w:type="dxa" w:w="1441"/>
          </w:tcPr>
          <w:p>
            <w:pPr>
              <w:spacing w:after="0"/>
              <w:jc w:val="right"/>
            </w:pPr>
            <w:r>
              <w:rPr>
                <w:sz w:val="16"/>
              </w:rPr>
              <w:t>58</w:t>
            </w:r>
          </w:p>
        </w:tc>
        <w:tc>
          <w:tcPr>
            <w:tcW w:type="dxa" w:w="1441"/>
          </w:tcPr>
          <w:p>
            <w:pPr>
              <w:spacing w:after="0"/>
              <w:jc w:val="right"/>
            </w:pPr>
            <w:r>
              <w:rPr>
                <w:sz w:val="16"/>
              </w:rPr>
              <w:t>4</w:t>
            </w:r>
          </w:p>
        </w:tc>
        <w:tc>
          <w:tcPr>
            <w:tcW w:type="dxa" w:w="1441"/>
          </w:tcPr>
          <w:p>
            <w:pPr>
              <w:spacing w:after="0"/>
              <w:jc w:val="right"/>
            </w:pPr>
            <w:r>
              <w:rPr>
                <w:sz w:val="16"/>
              </w:rPr>
              <w:t>60</w:t>
            </w:r>
          </w:p>
        </w:tc>
        <w:tc>
          <w:tcPr>
            <w:tcW w:type="dxa" w:w="1441"/>
          </w:tcPr>
          <w:p>
            <w:pPr>
              <w:spacing w:after="0"/>
              <w:jc w:val="right"/>
            </w:pPr>
            <w:r>
              <w:rPr>
                <w:sz w:val="16"/>
              </w:rPr>
              <w:t>0</w:t>
            </w:r>
          </w:p>
        </w:tc>
        <w:tc>
          <w:tcPr>
            <w:tcW w:type="dxa" w:w="1604"/>
          </w:tcPr>
          <w:p>
            <w:pPr>
              <w:spacing w:after="0"/>
              <w:jc w:val="right"/>
            </w:pPr>
            <w:r>
              <w:rPr>
                <w:sz w:val="16"/>
              </w:rPr>
              <w:t>32</w:t>
            </w:r>
          </w:p>
        </w:tc>
      </w:tr>
      <w:tr>
        <w:trPr>
          <w:cantSplit/>
        </w:trPr>
        <w:tc>
          <w:tcPr>
            <w:tcW w:type="dxa" w:w="2256"/>
          </w:tcPr>
          <w:p>
            <w:pPr>
              <w:spacing w:after="0"/>
              <w:jc w:val="left"/>
            </w:pPr>
            <w:r>
              <w:rPr>
                <w:sz w:val="16"/>
              </w:rPr>
              <w:t>Marshfield village</w:t>
            </w:r>
          </w:p>
        </w:tc>
        <w:tc>
          <w:tcPr>
            <w:tcW w:type="dxa" w:w="1604"/>
          </w:tcPr>
          <w:p>
            <w:pPr>
              <w:spacing w:after="0"/>
              <w:jc w:val="left"/>
            </w:pPr>
            <w:r>
              <w:rPr>
                <w:sz w:val="16"/>
              </w:rPr>
              <w:t>500113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Montpelier city</w:t>
            </w:r>
          </w:p>
        </w:tc>
        <w:tc>
          <w:tcPr>
            <w:tcW w:type="dxa" w:w="1604"/>
          </w:tcPr>
          <w:p>
            <w:pPr>
              <w:spacing w:after="0"/>
              <w:jc w:val="left"/>
            </w:pPr>
            <w:r>
              <w:rPr>
                <w:sz w:val="16"/>
              </w:rPr>
              <w:t>505518</w:t>
            </w:r>
          </w:p>
        </w:tc>
        <w:tc>
          <w:tcPr>
            <w:tcW w:type="dxa" w:w="1441"/>
          </w:tcPr>
          <w:p>
            <w:pPr>
              <w:spacing w:after="0"/>
              <w:jc w:val="right"/>
            </w:pPr>
            <w:r>
              <w:rPr>
                <w:sz w:val="16"/>
              </w:rPr>
              <w:t>0</w:t>
            </w:r>
          </w:p>
        </w:tc>
        <w:tc>
          <w:tcPr>
            <w:tcW w:type="dxa" w:w="1441"/>
          </w:tcPr>
          <w:p>
            <w:pPr>
              <w:spacing w:after="0"/>
              <w:jc w:val="right"/>
            </w:pPr>
            <w:r>
              <w:rPr>
                <w:sz w:val="16"/>
              </w:rPr>
              <w:t>8</w:t>
            </w:r>
          </w:p>
        </w:tc>
        <w:tc>
          <w:tcPr>
            <w:tcW w:type="dxa" w:w="1441"/>
          </w:tcPr>
          <w:p>
            <w:pPr>
              <w:spacing w:after="0"/>
              <w:jc w:val="right"/>
            </w:pPr>
            <w:r>
              <w:rPr>
                <w:sz w:val="16"/>
              </w:rPr>
              <w:t>23</w:t>
            </w:r>
          </w:p>
        </w:tc>
        <w:tc>
          <w:tcPr>
            <w:tcW w:type="dxa" w:w="1441"/>
          </w:tcPr>
          <w:p>
            <w:pPr>
              <w:spacing w:after="0"/>
              <w:jc w:val="right"/>
            </w:pPr>
            <w:r>
              <w:rPr>
                <w:sz w:val="16"/>
              </w:rPr>
              <w:t>8</w:t>
            </w:r>
          </w:p>
        </w:tc>
        <w:tc>
          <w:tcPr>
            <w:tcW w:type="dxa" w:w="1441"/>
          </w:tcPr>
          <w:p>
            <w:pPr>
              <w:spacing w:after="0"/>
              <w:jc w:val="right"/>
            </w:pPr>
            <w:r>
              <w:rPr>
                <w:sz w:val="16"/>
              </w:rPr>
              <w:t>23</w:t>
            </w:r>
          </w:p>
        </w:tc>
        <w:tc>
          <w:tcPr>
            <w:tcW w:type="dxa" w:w="1441"/>
          </w:tcPr>
          <w:p>
            <w:pPr>
              <w:spacing w:after="0"/>
              <w:jc w:val="right"/>
            </w:pPr>
            <w:r>
              <w:rPr>
                <w:sz w:val="16"/>
              </w:rPr>
              <w:t>15</w:t>
            </w:r>
          </w:p>
        </w:tc>
        <w:tc>
          <w:tcPr>
            <w:tcW w:type="dxa" w:w="1604"/>
          </w:tcPr>
          <w:p>
            <w:pPr>
              <w:spacing w:after="0"/>
              <w:jc w:val="right"/>
            </w:pPr>
            <w:r>
              <w:rPr>
                <w:sz w:val="16"/>
              </w:rPr>
              <w:t>20</w:t>
            </w:r>
          </w:p>
        </w:tc>
      </w:tr>
      <w:tr>
        <w:trPr>
          <w:cantSplit/>
        </w:trPr>
        <w:tc>
          <w:tcPr>
            <w:tcW w:type="dxa" w:w="2256"/>
          </w:tcPr>
          <w:p>
            <w:pPr>
              <w:spacing w:after="0"/>
              <w:jc w:val="left"/>
            </w:pPr>
            <w:r>
              <w:rPr>
                <w:sz w:val="16"/>
              </w:rPr>
              <w:t>Barre town</w:t>
            </w:r>
          </w:p>
        </w:tc>
        <w:tc>
          <w:tcPr>
            <w:tcW w:type="dxa" w:w="1604"/>
          </w:tcPr>
          <w:p>
            <w:pPr>
              <w:spacing w:after="0"/>
              <w:jc w:val="left"/>
            </w:pPr>
            <w:r>
              <w:rPr>
                <w:sz w:val="16"/>
              </w:rPr>
              <w:t>500273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Berlin town</w:t>
            </w:r>
          </w:p>
        </w:tc>
        <w:tc>
          <w:tcPr>
            <w:tcW w:type="dxa" w:w="1604"/>
          </w:tcPr>
          <w:p>
            <w:pPr>
              <w:spacing w:after="0"/>
              <w:jc w:val="left"/>
            </w:pPr>
            <w:r>
              <w:rPr>
                <w:sz w:val="16"/>
              </w:rPr>
              <w:t>500106</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6</w:t>
            </w:r>
          </w:p>
        </w:tc>
        <w:tc>
          <w:tcPr>
            <w:tcW w:type="dxa" w:w="1441"/>
          </w:tcPr>
          <w:p>
            <w:pPr>
              <w:spacing w:after="0"/>
              <w:jc w:val="right"/>
            </w:pPr>
            <w:r>
              <w:rPr>
                <w:sz w:val="16"/>
              </w:rPr>
              <w:t>2</w:t>
            </w:r>
          </w:p>
        </w:tc>
        <w:tc>
          <w:tcPr>
            <w:tcW w:type="dxa" w:w="1441"/>
          </w:tcPr>
          <w:p>
            <w:pPr>
              <w:spacing w:after="0"/>
              <w:jc w:val="right"/>
            </w:pPr>
            <w:r>
              <w:rPr>
                <w:sz w:val="16"/>
              </w:rPr>
              <w:t>6</w:t>
            </w:r>
          </w:p>
        </w:tc>
        <w:tc>
          <w:tcPr>
            <w:tcW w:type="dxa" w:w="1441"/>
          </w:tcPr>
          <w:p>
            <w:pPr>
              <w:spacing w:after="0"/>
              <w:jc w:val="right"/>
            </w:pPr>
            <w:r>
              <w:rPr>
                <w:sz w:val="16"/>
              </w:rPr>
              <w:t>0</w:t>
            </w:r>
          </w:p>
        </w:tc>
        <w:tc>
          <w:tcPr>
            <w:tcW w:type="dxa" w:w="1604"/>
          </w:tcPr>
          <w:p>
            <w:pPr>
              <w:spacing w:after="0"/>
              <w:jc w:val="right"/>
            </w:pPr>
            <w:r>
              <w:rPr>
                <w:sz w:val="16"/>
              </w:rPr>
              <w:t>3</w:t>
            </w:r>
          </w:p>
        </w:tc>
      </w:tr>
      <w:tr>
        <w:trPr>
          <w:cantSplit/>
        </w:trPr>
        <w:tc>
          <w:tcPr>
            <w:tcW w:type="dxa" w:w="2256"/>
          </w:tcPr>
          <w:p>
            <w:pPr>
              <w:spacing w:after="0"/>
              <w:jc w:val="left"/>
            </w:pPr>
            <w:r>
              <w:rPr>
                <w:sz w:val="16"/>
              </w:rPr>
              <w:t>Cabot town</w:t>
            </w:r>
          </w:p>
        </w:tc>
        <w:tc>
          <w:tcPr>
            <w:tcW w:type="dxa" w:w="1604"/>
          </w:tcPr>
          <w:p>
            <w:pPr>
              <w:spacing w:after="0"/>
              <w:jc w:val="left"/>
            </w:pPr>
            <w:r>
              <w:rPr>
                <w:sz w:val="16"/>
              </w:rPr>
              <w:t>500108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Calais town</w:t>
            </w:r>
          </w:p>
        </w:tc>
        <w:tc>
          <w:tcPr>
            <w:tcW w:type="dxa" w:w="1604"/>
          </w:tcPr>
          <w:p>
            <w:pPr>
              <w:spacing w:after="0"/>
              <w:jc w:val="left"/>
            </w:pPr>
            <w:r>
              <w:rPr>
                <w:sz w:val="16"/>
              </w:rPr>
              <w:t>500109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Duxbury town</w:t>
            </w:r>
          </w:p>
        </w:tc>
        <w:tc>
          <w:tcPr>
            <w:tcW w:type="dxa" w:w="1604"/>
          </w:tcPr>
          <w:p>
            <w:pPr>
              <w:spacing w:after="0"/>
              <w:jc w:val="left"/>
            </w:pPr>
            <w:r>
              <w:rPr>
                <w:sz w:val="16"/>
              </w:rPr>
              <w:t>500110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East Montpelier town</w:t>
            </w:r>
          </w:p>
        </w:tc>
        <w:tc>
          <w:tcPr>
            <w:tcW w:type="dxa" w:w="1604"/>
          </w:tcPr>
          <w:p>
            <w:pPr>
              <w:spacing w:after="0"/>
              <w:jc w:val="left"/>
            </w:pPr>
            <w:r>
              <w:rPr>
                <w:sz w:val="16"/>
              </w:rPr>
              <w:t>500111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Fayston town</w:t>
            </w:r>
          </w:p>
        </w:tc>
        <w:tc>
          <w:tcPr>
            <w:tcW w:type="dxa" w:w="1604"/>
          </w:tcPr>
          <w:p>
            <w:pPr>
              <w:spacing w:after="0"/>
              <w:jc w:val="left"/>
            </w:pPr>
            <w:r>
              <w:rPr>
                <w:sz w:val="16"/>
              </w:rPr>
              <w:t>500326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Marshfield town</w:t>
            </w:r>
          </w:p>
        </w:tc>
        <w:tc>
          <w:tcPr>
            <w:tcW w:type="dxa" w:w="1604"/>
          </w:tcPr>
          <w:p>
            <w:pPr>
              <w:spacing w:after="0"/>
              <w:jc w:val="left"/>
            </w:pPr>
            <w:r>
              <w:rPr>
                <w:sz w:val="16"/>
              </w:rPr>
              <w:t>500323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Middlesex town</w:t>
            </w:r>
          </w:p>
        </w:tc>
        <w:tc>
          <w:tcPr>
            <w:tcW w:type="dxa" w:w="1604"/>
          </w:tcPr>
          <w:p>
            <w:pPr>
              <w:spacing w:after="0"/>
              <w:jc w:val="left"/>
            </w:pPr>
            <w:r>
              <w:rPr>
                <w:sz w:val="16"/>
              </w:rPr>
              <w:t>500114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Moretown town</w:t>
            </w:r>
          </w:p>
        </w:tc>
        <w:tc>
          <w:tcPr>
            <w:tcW w:type="dxa" w:w="1604"/>
          </w:tcPr>
          <w:p>
            <w:pPr>
              <w:spacing w:after="0"/>
              <w:jc w:val="left"/>
            </w:pPr>
            <w:r>
              <w:rPr>
                <w:sz w:val="16"/>
              </w:rPr>
              <w:t>500116</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Northfield town</w:t>
            </w:r>
          </w:p>
        </w:tc>
        <w:tc>
          <w:tcPr>
            <w:tcW w:type="dxa" w:w="1604"/>
          </w:tcPr>
          <w:p>
            <w:pPr>
              <w:spacing w:after="0"/>
              <w:jc w:val="left"/>
            </w:pPr>
            <w:r>
              <w:rPr>
                <w:sz w:val="16"/>
              </w:rPr>
              <w:t>500118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Plainfield town</w:t>
            </w:r>
          </w:p>
        </w:tc>
        <w:tc>
          <w:tcPr>
            <w:tcW w:type="dxa" w:w="1604"/>
          </w:tcPr>
          <w:p>
            <w:pPr>
              <w:spacing w:after="0"/>
              <w:jc w:val="left"/>
            </w:pPr>
            <w:r>
              <w:rPr>
                <w:sz w:val="16"/>
              </w:rPr>
              <w:t>500275</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604"/>
          </w:tcPr>
          <w:p>
            <w:pPr>
              <w:spacing w:after="0"/>
              <w:jc w:val="right"/>
            </w:pPr>
            <w:r>
              <w:rPr>
                <w:sz w:val="16"/>
              </w:rPr>
              <w:t>3</w:t>
            </w:r>
          </w:p>
        </w:tc>
      </w:tr>
      <w:tr>
        <w:trPr>
          <w:cantSplit/>
        </w:trPr>
        <w:tc>
          <w:tcPr>
            <w:tcW w:type="dxa" w:w="2256"/>
          </w:tcPr>
          <w:p>
            <w:pPr>
              <w:spacing w:after="0"/>
              <w:jc w:val="left"/>
            </w:pPr>
            <w:r>
              <w:rPr>
                <w:sz w:val="16"/>
              </w:rPr>
              <w:t>Roxbury town</w:t>
            </w:r>
          </w:p>
        </w:tc>
        <w:tc>
          <w:tcPr>
            <w:tcW w:type="dxa" w:w="1604"/>
          </w:tcPr>
          <w:p>
            <w:pPr>
              <w:spacing w:after="0"/>
              <w:jc w:val="left"/>
            </w:pPr>
            <w:r>
              <w:rPr>
                <w:sz w:val="16"/>
              </w:rPr>
              <w:t>500276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Waitsfield town</w:t>
            </w:r>
          </w:p>
        </w:tc>
        <w:tc>
          <w:tcPr>
            <w:tcW w:type="dxa" w:w="1604"/>
          </w:tcPr>
          <w:p>
            <w:pPr>
              <w:spacing w:after="0"/>
              <w:jc w:val="left"/>
            </w:pPr>
            <w:r>
              <w:rPr>
                <w:sz w:val="16"/>
              </w:rPr>
              <w:t>500120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Warren town</w:t>
            </w:r>
          </w:p>
        </w:tc>
        <w:tc>
          <w:tcPr>
            <w:tcW w:type="dxa" w:w="1604"/>
          </w:tcPr>
          <w:p>
            <w:pPr>
              <w:spacing w:after="0"/>
              <w:jc w:val="left"/>
            </w:pPr>
            <w:r>
              <w:rPr>
                <w:sz w:val="16"/>
              </w:rPr>
              <w:t>500121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Waterbury town</w:t>
            </w:r>
          </w:p>
        </w:tc>
        <w:tc>
          <w:tcPr>
            <w:tcW w:type="dxa" w:w="1604"/>
          </w:tcPr>
          <w:p>
            <w:pPr>
              <w:spacing w:after="0"/>
              <w:jc w:val="left"/>
            </w:pPr>
            <w:r>
              <w:rPr>
                <w:sz w:val="16"/>
              </w:rPr>
              <w:t>500123</w:t>
            </w:r>
          </w:p>
        </w:tc>
        <w:tc>
          <w:tcPr>
            <w:tcW w:type="dxa" w:w="1441"/>
          </w:tcPr>
          <w:p>
            <w:pPr>
              <w:spacing w:after="0"/>
              <w:jc w:val="right"/>
            </w:pPr>
            <w:r>
              <w:rPr>
                <w:sz w:val="16"/>
              </w:rPr>
              <w:t>2</w:t>
            </w:r>
          </w:p>
        </w:tc>
        <w:tc>
          <w:tcPr>
            <w:tcW w:type="dxa" w:w="1441"/>
          </w:tcPr>
          <w:p>
            <w:pPr>
              <w:spacing w:after="0"/>
              <w:jc w:val="right"/>
            </w:pPr>
            <w:r>
              <w:rPr>
                <w:sz w:val="16"/>
              </w:rPr>
              <w:t>5</w:t>
            </w:r>
          </w:p>
        </w:tc>
        <w:tc>
          <w:tcPr>
            <w:tcW w:type="dxa" w:w="1441"/>
          </w:tcPr>
          <w:p>
            <w:pPr>
              <w:spacing w:after="0"/>
              <w:jc w:val="right"/>
            </w:pPr>
            <w:r>
              <w:rPr>
                <w:sz w:val="16"/>
              </w:rPr>
              <w:t>12</w:t>
            </w:r>
          </w:p>
        </w:tc>
        <w:tc>
          <w:tcPr>
            <w:tcW w:type="dxa" w:w="1441"/>
          </w:tcPr>
          <w:p>
            <w:pPr>
              <w:spacing w:after="0"/>
              <w:jc w:val="right"/>
            </w:pPr>
            <w:r>
              <w:rPr>
                <w:sz w:val="16"/>
              </w:rPr>
              <w:t>5</w:t>
            </w:r>
          </w:p>
        </w:tc>
        <w:tc>
          <w:tcPr>
            <w:tcW w:type="dxa" w:w="1441"/>
          </w:tcPr>
          <w:p>
            <w:pPr>
              <w:spacing w:after="0"/>
              <w:jc w:val="right"/>
            </w:pPr>
            <w:r>
              <w:rPr>
                <w:sz w:val="16"/>
              </w:rPr>
              <w:t>12</w:t>
            </w:r>
          </w:p>
        </w:tc>
        <w:tc>
          <w:tcPr>
            <w:tcW w:type="dxa" w:w="1441"/>
          </w:tcPr>
          <w:p>
            <w:pPr>
              <w:spacing w:after="0"/>
              <w:jc w:val="right"/>
            </w:pPr>
            <w:r>
              <w:rPr>
                <w:sz w:val="16"/>
              </w:rPr>
              <w:t>0</w:t>
            </w:r>
          </w:p>
        </w:tc>
        <w:tc>
          <w:tcPr>
            <w:tcW w:type="dxa" w:w="1604"/>
          </w:tcPr>
          <w:p>
            <w:pPr>
              <w:spacing w:after="0"/>
              <w:jc w:val="right"/>
            </w:pPr>
            <w:r>
              <w:rPr>
                <w:sz w:val="16"/>
              </w:rPr>
              <w:t>10</w:t>
            </w:r>
          </w:p>
        </w:tc>
      </w:tr>
      <w:tr>
        <w:trPr>
          <w:cantSplit/>
        </w:trPr>
        <w:tc>
          <w:tcPr>
            <w:tcW w:type="dxa" w:w="2256"/>
          </w:tcPr>
          <w:p>
            <w:pPr>
              <w:spacing w:after="0"/>
              <w:jc w:val="left"/>
            </w:pPr>
            <w:r>
              <w:rPr>
                <w:sz w:val="16"/>
              </w:rPr>
              <w:t>Woodbury town</w:t>
            </w:r>
          </w:p>
        </w:tc>
        <w:tc>
          <w:tcPr>
            <w:tcW w:type="dxa" w:w="1604"/>
          </w:tcPr>
          <w:p>
            <w:pPr>
              <w:spacing w:after="0"/>
              <w:jc w:val="left"/>
            </w:pPr>
            <w:r>
              <w:rPr>
                <w:sz w:val="16"/>
              </w:rPr>
              <w:t>500314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Worcester town</w:t>
            </w:r>
          </w:p>
        </w:tc>
        <w:tc>
          <w:tcPr>
            <w:tcW w:type="dxa" w:w="1604"/>
          </w:tcPr>
          <w:p>
            <w:pPr>
              <w:spacing w:after="0"/>
              <w:jc w:val="left"/>
            </w:pPr>
            <w:r>
              <w:rPr>
                <w:sz w:val="16"/>
              </w:rPr>
              <w:t>500278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4</w:t>
            </w:r>
          </w:p>
        </w:tc>
        <w:tc>
          <w:tcPr>
            <w:tcW w:type="dxa" w:w="1496"/>
          </w:tcPr>
          <w:p>
            <w:pPr>
              <w:spacing w:after="0"/>
              <w:jc w:val="right"/>
            </w:pPr>
            <w:r>
              <w:rPr>
                <w:sz w:val="16"/>
              </w:rPr>
              <w:t>37</w:t>
            </w:r>
          </w:p>
        </w:tc>
        <w:tc>
          <w:tcPr>
            <w:tcW w:type="dxa" w:w="1496"/>
          </w:tcPr>
          <w:p>
            <w:pPr>
              <w:spacing w:after="0"/>
              <w:jc w:val="right"/>
            </w:pPr>
            <w:r>
              <w:rPr>
                <w:sz w:val="16"/>
              </w:rPr>
              <w:t>4</w:t>
            </w:r>
          </w:p>
        </w:tc>
        <w:tc>
          <w:tcPr>
            <w:tcW w:type="dxa" w:w="1496"/>
          </w:tcPr>
          <w:p>
            <w:pPr>
              <w:spacing w:after="0"/>
              <w:jc w:val="right"/>
            </w:pPr>
            <w:r>
              <w:rPr>
                <w:sz w:val="16"/>
              </w:rPr>
              <w:t>40</w:t>
            </w:r>
          </w:p>
        </w:tc>
        <w:tc>
          <w:tcPr>
            <w:tcW w:type="dxa" w:w="1496"/>
          </w:tcPr>
          <w:p>
            <w:pPr>
              <w:spacing w:after="0"/>
              <w:jc w:val="right"/>
            </w:pPr>
            <w:r>
              <w:rPr>
                <w:sz w:val="16"/>
              </w:rPr>
              <w:t>1</w:t>
            </w:r>
          </w:p>
        </w:tc>
        <w:tc>
          <w:tcPr>
            <w:tcW w:type="dxa" w:w="1665"/>
          </w:tcPr>
          <w:p>
            <w:pPr>
              <w:spacing w:after="0"/>
              <w:jc w:val="right"/>
            </w:pPr>
            <w:r>
              <w:rPr>
                <w:sz w:val="16"/>
              </w:rPr>
              <w:t>19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30</w:t>
            </w:r>
          </w:p>
        </w:tc>
        <w:tc>
          <w:tcPr>
            <w:tcW w:type="dxa" w:w="1496"/>
          </w:tcPr>
          <w:p>
            <w:pPr>
              <w:spacing w:after="0"/>
              <w:jc w:val="right"/>
            </w:pPr>
            <w:r>
              <w:rPr>
                <w:sz w:val="16"/>
              </w:rPr>
              <w:t>4</w:t>
            </w:r>
          </w:p>
        </w:tc>
        <w:tc>
          <w:tcPr>
            <w:tcW w:type="dxa" w:w="1496"/>
          </w:tcPr>
          <w:p>
            <w:pPr>
              <w:spacing w:after="0"/>
              <w:jc w:val="right"/>
            </w:pPr>
            <w:r>
              <w:rPr>
                <w:sz w:val="16"/>
              </w:rPr>
              <w:t>30</w:t>
            </w:r>
          </w:p>
        </w:tc>
        <w:tc>
          <w:tcPr>
            <w:tcW w:type="dxa" w:w="1496"/>
          </w:tcPr>
          <w:p>
            <w:pPr>
              <w:spacing w:after="0"/>
              <w:jc w:val="right"/>
            </w:pPr>
            <w:r>
              <w:rPr>
                <w:sz w:val="16"/>
              </w:rPr>
              <w:t>0</w:t>
            </w:r>
          </w:p>
        </w:tc>
        <w:tc>
          <w:tcPr>
            <w:tcW w:type="dxa" w:w="1665"/>
          </w:tcPr>
          <w:p>
            <w:pPr>
              <w:spacing w:after="0"/>
              <w:jc w:val="right"/>
            </w:pPr>
            <w:r>
              <w:rPr>
                <w:sz w:val="16"/>
              </w:rPr>
              <w:t>21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43</w:t>
            </w:r>
          </w:p>
        </w:tc>
        <w:tc>
          <w:tcPr>
            <w:tcW w:type="dxa" w:w="1496"/>
          </w:tcPr>
          <w:p>
            <w:pPr>
              <w:spacing w:after="0"/>
              <w:jc w:val="right"/>
            </w:pPr>
            <w:r>
              <w:rPr>
                <w:sz w:val="16"/>
              </w:rPr>
              <w:t>11</w:t>
            </w:r>
          </w:p>
        </w:tc>
        <w:tc>
          <w:tcPr>
            <w:tcW w:type="dxa" w:w="1496"/>
          </w:tcPr>
          <w:p>
            <w:pPr>
              <w:spacing w:after="0"/>
              <w:jc w:val="right"/>
            </w:pPr>
            <w:r>
              <w:rPr>
                <w:sz w:val="16"/>
              </w:rPr>
              <w:t>43</w:t>
            </w:r>
          </w:p>
        </w:tc>
        <w:tc>
          <w:tcPr>
            <w:tcW w:type="dxa" w:w="1496"/>
          </w:tcPr>
          <w:p>
            <w:pPr>
              <w:spacing w:after="0"/>
              <w:jc w:val="right"/>
            </w:pPr>
            <w:r>
              <w:rPr>
                <w:sz w:val="16"/>
              </w:rPr>
              <w:t>13</w:t>
            </w:r>
          </w:p>
        </w:tc>
        <w:tc>
          <w:tcPr>
            <w:tcW w:type="dxa" w:w="1665"/>
          </w:tcPr>
          <w:p>
            <w:pPr>
              <w:spacing w:after="0"/>
              <w:jc w:val="right"/>
            </w:pPr>
            <w:r>
              <w:rPr>
                <w:sz w:val="16"/>
              </w:rPr>
              <w:t>31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112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Washington County, VT: risk-assessment baseline packet, release 2026-10 (data as of 2026-09-30; County FIPS 50023). Automated baseline. </w:t>
      </w:r>
      <w:hyperlink r:id="rId16">
        <w:r>
          <w:rPr>
            <w:color w:val="1F4E99"/>
            <w:sz w:val="17"/>
            <w:u w:val="single"/>
          </w:rPr>
          <w:t>https://hazardplain.org/vt/50023/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Washington County,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3/"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County, VT: Risk-assessment baseline packet</dc:title>
  <dc:subject>Hazard Plain release 2026-10, as of 2026-09-30. Automated baseline</dc:subject>
  <dc:creator>Hazard Plain</dc:creator>
  <cp:keywords>Hazard Plain; hazard mitigation; risk assessment; 50023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