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Shrewsbury town, VT</w:t>
      </w:r>
    </w:p>
    <w:p>
      <w:pPr>
        <w:spacing w:after="120" w:before="0"/>
      </w:pPr>
      <w:r>
        <w:rPr>
          <w:color w:val="555555"/>
          <w:sz w:val="24"/>
        </w:rPr>
        <w:t>Risk-assessment baseline packet (county-level sections from Rutland County)</w:t>
      </w:r>
    </w:p>
    <w:p>
      <w:pPr>
        <w:spacing w:after="120" w:before="0"/>
      </w:pPr>
      <w:r>
        <w:rPr>
          <w:b/>
          <w:sz w:val="18"/>
        </w:rPr>
        <w:t xml:space="preserve">Unit: </w:t>
      </w:r>
      <w:r>
        <w:rPr>
          <w:sz w:val="18"/>
        </w:rPr>
        <w:t>Vermont town 5002165275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2026-01-31</w:t>
      </w:r>
    </w:p>
    <w:p>
      <w:pPr>
        <w:keepNext/>
        <w:spacing w:after="40" w:before="0"/>
      </w:pPr>
      <w:r>
        <w:rPr>
          <w:b/>
        </w:rPr>
        <w:t xml:space="preserve">Plan: </w:t>
      </w:r>
      <w:r>
        <w:rPr/>
        <w:t>Shrewsbury, Vermont Local Hazard Mitigation Plan (FEMA plan 107179)</w:t>
      </w:r>
    </w:p>
    <w:p>
      <w:pPr>
        <w:keepNext/>
        <w:spacing w:after="40" w:before="0"/>
      </w:pPr>
      <w:r>
        <w:rPr>
          <w:b/>
        </w:rPr>
        <w:t xml:space="preserve">Approved: </w:t>
      </w:r>
      <w:r>
        <w:rPr/>
        <w:t>2021-02-01</w:t>
      </w:r>
    </w:p>
    <w:p>
      <w:pPr>
        <w:keepNext/>
        <w:spacing w:after="40" w:before="0"/>
      </w:pPr>
      <w:r>
        <w:rPr>
          <w:b/>
        </w:rPr>
        <w:t xml:space="preserve">Expires: </w:t>
      </w:r>
      <w:r>
        <w:rPr/>
        <w:t>2026-01-31</w:t>
      </w:r>
    </w:p>
    <w:p>
      <w:pPr>
        <w:keepNext/>
        <w:spacing w:after="40" w:before="0"/>
      </w:pPr>
      <w:r>
        <w:rPr>
          <w:b/>
        </w:rPr>
        <w:t xml:space="preserve">As of: </w:t>
      </w:r>
      <w:r>
        <w:rPr/>
        <w:t>2026-09-28</w:t>
      </w:r>
    </w:p>
    <w:p>
      <w:pPr>
        <w:keepNext/>
        <w:spacing w:after="40" w:before="0"/>
      </w:pPr>
      <w:r>
        <w:rPr>
          <w:b/>
        </w:rPr>
        <w:t xml:space="preserve">Days: </w:t>
      </w:r>
      <w:r>
        <w:rPr/>
        <w:t>240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2021-02-01)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EM-3567-VT, EM-3595-VT, DR-4720-VT, DR-4762-VT, EM-3609-VT (5 declaration rows; 4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(Rutland County, county-level): </w:t>
      </w:r>
      <w:r>
        <w:rPr/>
        <w:t>122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929"/>
        <w:gridCol w:w="843"/>
        <w:gridCol w:w="2626"/>
        <w:gridCol w:w="2780"/>
        <w:gridCol w:w="1348"/>
        <w:gridCol w:w="1348"/>
        <w:gridCol w:w="1163"/>
        <w:gridCol w:w="1232"/>
        <w:gridCol w:w="843"/>
      </w:tblGrid>
      <w:tr>
        <w:trPr>
          <w:cantSplit/>
          <w:tblHeader/>
        </w:trPr>
        <w:tc>
          <w:tcPr>
            <w:tcW w:type="dxa" w:w="1929"/>
            <w:shd w:val="clear" w:color="auto" w:fill="E8E8E8"/>
          </w:tcPr>
          <w:p>
            <w:pPr>
              <w:spacing w:after="0"/>
              <w:jc w:val="left"/>
            </w:pPr>
            <w:r>
              <w:rPr>
                <w:b/>
                <w:sz w:val="16"/>
              </w:rPr>
              <w:t>Jurisdiction</w:t>
            </w:r>
          </w:p>
        </w:tc>
        <w:tc>
          <w:tcPr>
            <w:tcW w:type="dxa" w:w="843"/>
            <w:shd w:val="clear" w:color="auto" w:fill="E8E8E8"/>
          </w:tcPr>
          <w:p>
            <w:pPr>
              <w:spacing w:after="0"/>
              <w:jc w:val="left"/>
            </w:pPr>
            <w:r>
              <w:rPr>
                <w:b/>
                <w:sz w:val="16"/>
              </w:rPr>
              <w:t>Type</w:t>
            </w:r>
          </w:p>
        </w:tc>
        <w:tc>
          <w:tcPr>
            <w:tcW w:type="dxa" w:w="2626"/>
            <w:shd w:val="clear" w:color="auto" w:fill="E8E8E8"/>
          </w:tcPr>
          <w:p>
            <w:pPr>
              <w:spacing w:after="0"/>
              <w:jc w:val="left"/>
            </w:pPr>
            <w:r>
              <w:rPr>
                <w:b/>
                <w:sz w:val="16"/>
              </w:rPr>
              <w:t>Status</w:t>
            </w:r>
          </w:p>
        </w:tc>
        <w:tc>
          <w:tcPr>
            <w:tcW w:type="dxa" w:w="2780"/>
            <w:shd w:val="clear" w:color="auto" w:fill="E8E8E8"/>
          </w:tcPr>
          <w:p>
            <w:pPr>
              <w:spacing w:after="0"/>
              <w:jc w:val="left"/>
            </w:pPr>
            <w:r>
              <w:rPr>
                <w:b/>
                <w:sz w:val="16"/>
              </w:rPr>
              <w:t>Plan</w:t>
            </w:r>
          </w:p>
        </w:tc>
        <w:tc>
          <w:tcPr>
            <w:tcW w:type="dxa" w:w="1348"/>
            <w:shd w:val="clear" w:color="auto" w:fill="E8E8E8"/>
          </w:tcPr>
          <w:p>
            <w:pPr>
              <w:spacing w:after="0"/>
              <w:jc w:val="left"/>
            </w:pPr>
            <w:r>
              <w:rPr>
                <w:b/>
                <w:sz w:val="16"/>
              </w:rPr>
              <w:t>Approved</w:t>
            </w:r>
          </w:p>
        </w:tc>
        <w:tc>
          <w:tcPr>
            <w:tcW w:type="dxa" w:w="1348"/>
            <w:shd w:val="clear" w:color="auto" w:fill="E8E8E8"/>
          </w:tcPr>
          <w:p>
            <w:pPr>
              <w:spacing w:after="0"/>
              <w:jc w:val="left"/>
            </w:pPr>
            <w:r>
              <w:rPr>
                <w:b/>
                <w:sz w:val="16"/>
              </w:rPr>
              <w:t>Expires</w:t>
            </w:r>
          </w:p>
        </w:tc>
        <w:tc>
          <w:tcPr>
            <w:tcW w:type="dxa" w:w="116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232"/>
            <w:shd w:val="clear" w:color="auto" w:fill="E8E8E8"/>
          </w:tcPr>
          <w:p>
            <w:pPr>
              <w:spacing w:after="0"/>
              <w:jc w:val="left"/>
            </w:pPr>
            <w:r>
              <w:rPr>
                <w:b/>
                <w:sz w:val="16"/>
              </w:rPr>
              <w:t>Update underway</w:t>
            </w:r>
          </w:p>
        </w:tc>
        <w:tc>
          <w:tcPr>
            <w:tcW w:type="dxa" w:w="843"/>
            <w:shd w:val="clear" w:color="auto" w:fill="E8E8E8"/>
          </w:tcPr>
          <w:p>
            <w:pPr>
              <w:spacing w:after="0"/>
              <w:jc w:val="left"/>
            </w:pPr>
            <w:r>
              <w:rPr>
                <w:b/>
                <w:sz w:val="16"/>
              </w:rPr>
              <w:t>Notes</w:t>
            </w:r>
          </w:p>
        </w:tc>
      </w:tr>
      <w:tr>
        <w:trPr>
          <w:cantSplit/>
        </w:trPr>
        <w:tc>
          <w:tcPr>
            <w:tcW w:type="dxa" w:w="1929"/>
          </w:tcPr>
          <w:p>
            <w:pPr>
              <w:spacing w:after="0"/>
              <w:jc w:val="left"/>
            </w:pPr>
            <w:r>
              <w:rPr>
                <w:sz w:val="16"/>
              </w:rPr>
              <w:t>Shrewsbury town</w:t>
            </w:r>
          </w:p>
        </w:tc>
        <w:tc>
          <w:tcPr>
            <w:tcW w:type="dxa" w:w="843"/>
          </w:tcPr>
          <w:p>
            <w:pPr>
              <w:spacing w:after="0"/>
              <w:jc w:val="left"/>
            </w:pPr>
            <w:r>
              <w:rPr>
                <w:sz w:val="16"/>
              </w:rPr>
              <w:t>Town</w:t>
            </w:r>
          </w:p>
        </w:tc>
        <w:tc>
          <w:tcPr>
            <w:tcW w:type="dxa" w:w="2626"/>
          </w:tcPr>
          <w:p>
            <w:pPr>
              <w:spacing w:after="0"/>
              <w:jc w:val="left"/>
            </w:pPr>
            <w:r>
              <w:rPr>
                <w:sz w:val="16"/>
              </w:rPr>
              <w:t>Expired on 2026-01-31</w:t>
            </w:r>
          </w:p>
        </w:tc>
        <w:tc>
          <w:tcPr>
            <w:tcW w:type="dxa" w:w="2780"/>
          </w:tcPr>
          <w:p>
            <w:pPr>
              <w:spacing w:after="0"/>
              <w:jc w:val="left"/>
            </w:pPr>
            <w:r>
              <w:rPr>
                <w:sz w:val="16"/>
              </w:rPr>
              <w:t>Shrewsbury, Vermont Local Hazard Mitigation Plan (FEMA plan 107179)</w:t>
            </w:r>
          </w:p>
        </w:tc>
        <w:tc>
          <w:tcPr>
            <w:tcW w:type="dxa" w:w="1348"/>
          </w:tcPr>
          <w:p>
            <w:pPr>
              <w:spacing w:after="0"/>
              <w:jc w:val="left"/>
            </w:pPr>
            <w:r>
              <w:rPr>
                <w:sz w:val="16"/>
              </w:rPr>
              <w:t>2021-02-01</w:t>
            </w:r>
          </w:p>
        </w:tc>
        <w:tc>
          <w:tcPr>
            <w:tcW w:type="dxa" w:w="1348"/>
          </w:tcPr>
          <w:p>
            <w:pPr>
              <w:spacing w:after="0"/>
              <w:jc w:val="left"/>
            </w:pPr>
            <w:r>
              <w:rPr>
                <w:sz w:val="16"/>
              </w:rPr>
              <w:t>2026-01-31</w:t>
            </w:r>
          </w:p>
        </w:tc>
        <w:tc>
          <w:tcPr>
            <w:tcW w:type="dxa" w:w="1163"/>
          </w:tcPr>
          <w:p>
            <w:pPr>
              <w:spacing w:after="0"/>
              <w:jc w:val="right"/>
            </w:pPr>
            <w:r>
              <w:rPr>
                <w:sz w:val="16"/>
              </w:rPr>
              <w:t>-240</w:t>
            </w:r>
          </w:p>
        </w:tc>
        <w:tc>
          <w:tcPr>
            <w:tcW w:type="dxa" w:w="1232"/>
          </w:tcPr>
          <w:p>
            <w:pPr>
              <w:spacing w:after="0"/>
              <w:jc w:val="left"/>
            </w:pPr>
          </w:p>
        </w:tc>
        <w:tc>
          <w:tcPr>
            <w:tcW w:type="dxa" w:w="843"/>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rPr>
        <w:t>Inherited from Rutland County, county-level (county FIPS 50021); scope: whole section.</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0"/>
        <w:gridCol w:w="1037"/>
        <w:gridCol w:w="1169"/>
        <w:gridCol w:w="1335"/>
        <w:gridCol w:w="1126"/>
        <w:gridCol w:w="1126"/>
        <w:gridCol w:w="1278"/>
        <w:gridCol w:w="1159"/>
        <w:gridCol w:w="1153"/>
        <w:gridCol w:w="2060"/>
        <w:gridCol w:w="1988"/>
      </w:tblGrid>
      <w:tr>
        <w:trPr>
          <w:cantSplit/>
          <w:tblHeader/>
        </w:trPr>
        <w:tc>
          <w:tcPr>
            <w:tcW w:type="dxa" w:w="68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69"/>
            <w:shd w:val="clear" w:color="auto" w:fill="E8E8E8"/>
          </w:tcPr>
          <w:p>
            <w:pPr>
              <w:spacing w:after="0"/>
              <w:jc w:val="left"/>
            </w:pPr>
            <w:r>
              <w:rPr>
                <w:b/>
                <w:sz w:val="16"/>
              </w:rPr>
              <w:t>NRI risk rating</w:t>
            </w:r>
          </w:p>
        </w:tc>
        <w:tc>
          <w:tcPr>
            <w:tcW w:type="dxa" w:w="1335"/>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7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5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6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88"/>
            <w:shd w:val="clear" w:color="auto" w:fill="E8E8E8"/>
          </w:tcPr>
          <w:p>
            <w:pPr>
              <w:spacing w:after="0"/>
              <w:jc w:val="left"/>
            </w:pPr>
            <w:r>
              <w:rPr>
                <w:b/>
                <w:sz w:val="16"/>
              </w:rPr>
              <w:t>Storm Events coverage note</w:t>
            </w:r>
          </w:p>
        </w:tc>
      </w:tr>
      <w:tr>
        <w:trPr>
          <w:cantSplit/>
        </w:trPr>
        <w:tc>
          <w:tcPr>
            <w:tcW w:type="dxa" w:w="680"/>
          </w:tcPr>
          <w:p>
            <w:pPr>
              <w:spacing w:after="0"/>
              <w:jc w:val="right"/>
            </w:pPr>
            <w:r>
              <w:rPr>
                <w:sz w:val="16"/>
              </w:rPr>
              <w:t>1</w:t>
            </w:r>
          </w:p>
        </w:tc>
        <w:tc>
          <w:tcPr>
            <w:tcW w:type="dxa" w:w="1037"/>
          </w:tcPr>
          <w:p>
            <w:pPr>
              <w:spacing w:after="0"/>
              <w:jc w:val="left"/>
            </w:pPr>
            <w:r>
              <w:rPr>
                <w:sz w:val="16"/>
              </w:rPr>
              <w:t>Inland Flooding</w:t>
            </w:r>
          </w:p>
        </w:tc>
        <w:tc>
          <w:tcPr>
            <w:tcW w:type="dxa" w:w="1169"/>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$12,581,087</w:t>
            </w:r>
          </w:p>
        </w:tc>
        <w:tc>
          <w:tcPr>
            <w:tcW w:type="dxa" w:w="1126"/>
          </w:tcPr>
          <w:p>
            <w:pPr>
              <w:spacing w:after="0"/>
              <w:jc w:val="right"/>
            </w:pPr>
            <w:r>
              <w:rPr>
                <w:sz w:val="16"/>
              </w:rPr>
              <w:t>$76,216</w:t>
            </w:r>
          </w:p>
        </w:tc>
        <w:tc>
          <w:tcPr>
            <w:tcW w:type="dxa" w:w="1278"/>
          </w:tcPr>
          <w:p>
            <w:pPr>
              <w:spacing w:after="0"/>
              <w:jc w:val="right"/>
            </w:pPr>
            <w:r>
              <w:rPr>
                <w:sz w:val="16"/>
              </w:rPr>
              <w:t>$705,227</w:t>
            </w:r>
          </w:p>
        </w:tc>
        <w:tc>
          <w:tcPr>
            <w:tcW w:type="dxa" w:w="1159"/>
          </w:tcPr>
          <w:p>
            <w:pPr>
              <w:spacing w:after="0"/>
              <w:jc w:val="right"/>
            </w:pPr>
            <w:r>
              <w:rPr>
                <w:sz w:val="16"/>
              </w:rPr>
              <w:t>$13,362,530</w:t>
            </w:r>
          </w:p>
        </w:tc>
        <w:tc>
          <w:tcPr>
            <w:tcW w:type="dxa" w:w="1153"/>
          </w:tcPr>
          <w:p>
            <w:pPr>
              <w:spacing w:after="0"/>
              <w:jc w:val="right"/>
            </w:pPr>
            <w:r>
              <w:rPr>
                <w:sz w:val="16"/>
              </w:rPr>
              <w:t>68</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2</w:t>
            </w:r>
          </w:p>
        </w:tc>
        <w:tc>
          <w:tcPr>
            <w:tcW w:type="dxa" w:w="1037"/>
          </w:tcPr>
          <w:p>
            <w:pPr>
              <w:spacing w:after="0"/>
              <w:jc w:val="left"/>
            </w:pPr>
            <w:r>
              <w:rPr>
                <w:sz w:val="16"/>
              </w:rPr>
              <w:t>Cold Wave</w:t>
            </w:r>
          </w:p>
        </w:tc>
        <w:tc>
          <w:tcPr>
            <w:tcW w:type="dxa" w:w="1169"/>
          </w:tcPr>
          <w:p>
            <w:pPr>
              <w:spacing w:after="0"/>
              <w:jc w:val="left"/>
            </w:pPr>
            <w:r>
              <w:rPr>
                <w:sz w:val="16"/>
              </w:rPr>
              <w:t>Relatively Low</w:t>
            </w:r>
          </w:p>
        </w:tc>
        <w:tc>
          <w:tcPr>
            <w:tcW w:type="dxa" w:w="1335"/>
          </w:tcPr>
          <w:p>
            <w:pPr>
              <w:spacing w:after="0"/>
              <w:jc w:val="left"/>
            </w:pPr>
            <w:r>
              <w:rPr>
                <w:sz w:val="16"/>
              </w:rPr>
              <w:t>Relatively Moderate</w:t>
            </w:r>
          </w:p>
        </w:tc>
        <w:tc>
          <w:tcPr>
            <w:tcW w:type="dxa" w:w="1126"/>
          </w:tcPr>
          <w:p>
            <w:pPr>
              <w:spacing w:after="0"/>
              <w:jc w:val="right"/>
            </w:pPr>
            <w:r>
              <w:rPr>
                <w:sz w:val="16"/>
              </w:rPr>
              <w:t>$235</w:t>
            </w:r>
          </w:p>
        </w:tc>
        <w:tc>
          <w:tcPr>
            <w:tcW w:type="dxa" w:w="1126"/>
          </w:tcPr>
          <w:p>
            <w:pPr>
              <w:spacing w:after="0"/>
              <w:jc w:val="right"/>
            </w:pPr>
            <w:r>
              <w:rPr>
                <w:sz w:val="16"/>
              </w:rPr>
              <w:t>$47,081</w:t>
            </w:r>
          </w:p>
        </w:tc>
        <w:tc>
          <w:tcPr>
            <w:tcW w:type="dxa" w:w="1278"/>
          </w:tcPr>
          <w:p>
            <w:pPr>
              <w:spacing w:after="0"/>
              <w:jc w:val="right"/>
            </w:pPr>
            <w:r>
              <w:rPr>
                <w:sz w:val="16"/>
              </w:rPr>
              <w:t>$1,505,163</w:t>
            </w:r>
          </w:p>
        </w:tc>
        <w:tc>
          <w:tcPr>
            <w:tcW w:type="dxa" w:w="1159"/>
          </w:tcPr>
          <w:p>
            <w:pPr>
              <w:spacing w:after="0"/>
              <w:jc w:val="right"/>
            </w:pPr>
            <w:r>
              <w:rPr>
                <w:sz w:val="16"/>
              </w:rPr>
              <w:t>$1,552,479</w:t>
            </w:r>
          </w:p>
        </w:tc>
        <w:tc>
          <w:tcPr>
            <w:tcW w:type="dxa" w:w="1153"/>
          </w:tcPr>
          <w:p>
            <w:pPr>
              <w:spacing w:after="0"/>
              <w:jc w:val="right"/>
            </w:pPr>
            <w:r>
              <w:rPr>
                <w:sz w:val="16"/>
              </w:rPr>
              <w:t>30</w:t>
            </w:r>
          </w:p>
        </w:tc>
        <w:tc>
          <w:tcPr>
            <w:tcW w:type="dxa" w:w="2060"/>
          </w:tcPr>
          <w:p>
            <w:pPr>
              <w:spacing w:after="0"/>
              <w:jc w:val="left"/>
            </w:pPr>
          </w:p>
        </w:tc>
        <w:tc>
          <w:tcPr>
            <w:tcW w:type="dxa" w:w="1988"/>
          </w:tcPr>
          <w:p>
            <w:pPr>
              <w:spacing w:after="0"/>
              <w:jc w:val="left"/>
            </w:pPr>
            <w:r>
              <w:rPr>
                <w:sz w:val="16"/>
              </w:rPr>
              <w:t>Includes 5 Frost/Freeze records, event types the NRI definition of this hazard leaves out.</w:t>
            </w:r>
          </w:p>
        </w:tc>
      </w:tr>
      <w:tr>
        <w:trPr>
          <w:cantSplit/>
        </w:trPr>
        <w:tc>
          <w:tcPr>
            <w:tcW w:type="dxa" w:w="680"/>
          </w:tcPr>
          <w:p>
            <w:pPr>
              <w:spacing w:after="0"/>
              <w:jc w:val="right"/>
            </w:pPr>
            <w:r>
              <w:rPr>
                <w:sz w:val="16"/>
              </w:rPr>
              <w:t>3</w:t>
            </w:r>
          </w:p>
        </w:tc>
        <w:tc>
          <w:tcPr>
            <w:tcW w:type="dxa" w:w="1037"/>
          </w:tcPr>
          <w:p>
            <w:pPr>
              <w:spacing w:after="0"/>
              <w:jc w:val="left"/>
            </w:pPr>
            <w:r>
              <w:rPr>
                <w:sz w:val="16"/>
              </w:rPr>
              <w:t>Strong Wind</w:t>
            </w:r>
          </w:p>
        </w:tc>
        <w:tc>
          <w:tcPr>
            <w:tcW w:type="dxa" w:w="1169"/>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$331,764</w:t>
            </w:r>
          </w:p>
        </w:tc>
        <w:tc>
          <w:tcPr>
            <w:tcW w:type="dxa" w:w="1126"/>
          </w:tcPr>
          <w:p>
            <w:pPr>
              <w:spacing w:after="0"/>
              <w:jc w:val="right"/>
            </w:pPr>
            <w:r>
              <w:rPr>
                <w:sz w:val="16"/>
              </w:rPr>
              <w:t>$4,410</w:t>
            </w:r>
          </w:p>
        </w:tc>
        <w:tc>
          <w:tcPr>
            <w:tcW w:type="dxa" w:w="1278"/>
          </w:tcPr>
          <w:p>
            <w:pPr>
              <w:spacing w:after="0"/>
              <w:jc w:val="right"/>
            </w:pPr>
            <w:r>
              <w:rPr>
                <w:sz w:val="16"/>
              </w:rPr>
              <w:t>$354,324</w:t>
            </w:r>
          </w:p>
        </w:tc>
        <w:tc>
          <w:tcPr>
            <w:tcW w:type="dxa" w:w="1159"/>
          </w:tcPr>
          <w:p>
            <w:pPr>
              <w:spacing w:after="0"/>
              <w:jc w:val="right"/>
            </w:pPr>
            <w:r>
              <w:rPr>
                <w:sz w:val="16"/>
              </w:rPr>
              <w:t>$690,498</w:t>
            </w:r>
          </w:p>
        </w:tc>
        <w:tc>
          <w:tcPr>
            <w:tcW w:type="dxa" w:w="1153"/>
          </w:tcPr>
          <w:p>
            <w:pPr>
              <w:spacing w:after="0"/>
              <w:jc w:val="right"/>
            </w:pPr>
            <w:r>
              <w:rPr>
                <w:sz w:val="16"/>
              </w:rPr>
              <w:t>282</w:t>
            </w:r>
          </w:p>
        </w:tc>
        <w:tc>
          <w:tcPr>
            <w:tcW w:type="dxa" w:w="2060"/>
          </w:tcPr>
          <w:p>
            <w:pPr>
              <w:spacing w:after="0"/>
              <w:jc w:val="left"/>
            </w:pPr>
          </w:p>
        </w:tc>
        <w:tc>
          <w:tcPr>
            <w:tcW w:type="dxa" w:w="1988"/>
          </w:tcPr>
          <w:p>
            <w:pPr>
              <w:spacing w:after="0"/>
              <w:jc w:val="left"/>
            </w:pPr>
            <w:r>
              <w:rPr>
                <w:sz w:val="16"/>
              </w:rPr>
              <w:t>Includes 39 High Wind records and 39 Strong Wind records, event types the NRI definition of this hazard leaves out.</w:t>
            </w:r>
          </w:p>
        </w:tc>
      </w:tr>
      <w:tr>
        <w:trPr>
          <w:cantSplit/>
        </w:trPr>
        <w:tc>
          <w:tcPr>
            <w:tcW w:type="dxa" w:w="680"/>
          </w:tcPr>
          <w:p>
            <w:pPr>
              <w:spacing w:after="0"/>
              <w:jc w:val="right"/>
            </w:pPr>
            <w:r>
              <w:rPr>
                <w:sz w:val="16"/>
              </w:rPr>
              <w:t>4</w:t>
            </w:r>
          </w:p>
        </w:tc>
        <w:tc>
          <w:tcPr>
            <w:tcW w:type="dxa" w:w="1037"/>
          </w:tcPr>
          <w:p>
            <w:pPr>
              <w:spacing w:after="0"/>
              <w:jc w:val="left"/>
            </w:pPr>
            <w:r>
              <w:rPr>
                <w:sz w:val="16"/>
              </w:rPr>
              <w:t>Hurricane</w:t>
            </w:r>
          </w:p>
        </w:tc>
        <w:tc>
          <w:tcPr>
            <w:tcW w:type="dxa" w:w="1169"/>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$614,522</w:t>
            </w:r>
          </w:p>
        </w:tc>
        <w:tc>
          <w:tcPr>
            <w:tcW w:type="dxa" w:w="1126"/>
          </w:tcPr>
          <w:p>
            <w:pPr>
              <w:spacing w:after="0"/>
              <w:jc w:val="right"/>
            </w:pPr>
            <w:r>
              <w:rPr>
                <w:sz w:val="16"/>
              </w:rPr>
              <w:t>$40,053</w:t>
            </w:r>
          </w:p>
        </w:tc>
        <w:tc>
          <w:tcPr>
            <w:tcW w:type="dxa" w:w="1278"/>
          </w:tcPr>
          <w:p>
            <w:pPr>
              <w:spacing w:after="0"/>
              <w:jc w:val="right"/>
            </w:pPr>
            <w:r>
              <w:rPr>
                <w:sz w:val="16"/>
              </w:rPr>
              <w:t>$24,450</w:t>
            </w:r>
          </w:p>
        </w:tc>
        <w:tc>
          <w:tcPr>
            <w:tcW w:type="dxa" w:w="1159"/>
          </w:tcPr>
          <w:p>
            <w:pPr>
              <w:spacing w:after="0"/>
              <w:jc w:val="right"/>
            </w:pPr>
            <w:r>
              <w:rPr>
                <w:sz w:val="16"/>
              </w:rPr>
              <w:t>$679,026</w:t>
            </w:r>
          </w:p>
        </w:tc>
        <w:tc>
          <w:tcPr>
            <w:tcW w:type="dxa" w:w="1153"/>
          </w:tcPr>
          <w:p>
            <w:pPr>
              <w:spacing w:after="0"/>
              <w:jc w:val="right"/>
            </w:pPr>
            <w:r>
              <w:rPr>
                <w:sz w:val="16"/>
              </w:rPr>
              <w:t>0</w:t>
            </w:r>
          </w:p>
        </w:tc>
        <w:tc>
          <w:tcPr>
            <w:tcW w:type="dxa" w:w="2060"/>
          </w:tcPr>
          <w:p>
            <w:pPr>
              <w:spacing w:after="0"/>
              <w:jc w:val="left"/>
            </w:pPr>
          </w:p>
        </w:tc>
        <w:tc>
          <w:tcPr>
            <w:tcW w:type="dxa" w:w="1988"/>
          </w:tcPr>
          <w:p>
            <w:pPr>
              <w:spacing w:after="0"/>
              <w:jc w:val="left"/>
            </w:pPr>
            <w:r>
              <w:rPr>
                <w:sz w:val="16"/>
              </w:rPr>
              <w:t>Declared 4 times; no Storm Events record of this type.</w:t>
            </w:r>
          </w:p>
        </w:tc>
      </w:tr>
      <w:tr>
        <w:trPr>
          <w:cantSplit/>
        </w:trPr>
        <w:tc>
          <w:tcPr>
            <w:tcW w:type="dxa" w:w="680"/>
          </w:tcPr>
          <w:p>
            <w:pPr>
              <w:spacing w:after="0"/>
              <w:jc w:val="right"/>
            </w:pPr>
            <w:r>
              <w:rPr>
                <w:sz w:val="16"/>
              </w:rPr>
              <w:t>5</w:t>
            </w:r>
          </w:p>
        </w:tc>
        <w:tc>
          <w:tcPr>
            <w:tcW w:type="dxa" w:w="1037"/>
          </w:tcPr>
          <w:p>
            <w:pPr>
              <w:spacing w:after="0"/>
              <w:jc w:val="left"/>
            </w:pPr>
            <w:r>
              <w:rPr>
                <w:sz w:val="16"/>
              </w:rPr>
              <w:t>Heat Wave</w:t>
            </w:r>
          </w:p>
        </w:tc>
        <w:tc>
          <w:tcPr>
            <w:tcW w:type="dxa" w:w="1169"/>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under $1</w:t>
            </w:r>
          </w:p>
        </w:tc>
        <w:tc>
          <w:tcPr>
            <w:tcW w:type="dxa" w:w="1126"/>
          </w:tcPr>
          <w:p>
            <w:pPr>
              <w:spacing w:after="0"/>
              <w:jc w:val="right"/>
            </w:pPr>
            <w:r>
              <w:rPr>
                <w:sz w:val="16"/>
              </w:rPr>
              <w:t>$32,662</w:t>
            </w:r>
          </w:p>
        </w:tc>
        <w:tc>
          <w:tcPr>
            <w:tcW w:type="dxa" w:w="1278"/>
          </w:tcPr>
          <w:p>
            <w:pPr>
              <w:spacing w:after="0"/>
              <w:jc w:val="right"/>
            </w:pPr>
            <w:r>
              <w:rPr>
                <w:sz w:val="16"/>
              </w:rPr>
              <w:t>$515,187</w:t>
            </w:r>
          </w:p>
        </w:tc>
        <w:tc>
          <w:tcPr>
            <w:tcW w:type="dxa" w:w="1159"/>
          </w:tcPr>
          <w:p>
            <w:pPr>
              <w:spacing w:after="0"/>
              <w:jc w:val="right"/>
            </w:pPr>
            <w:r>
              <w:rPr>
                <w:sz w:val="16"/>
              </w:rPr>
              <w:t>$547,849</w:t>
            </w:r>
          </w:p>
        </w:tc>
        <w:tc>
          <w:tcPr>
            <w:tcW w:type="dxa" w:w="1153"/>
          </w:tcPr>
          <w:p>
            <w:pPr>
              <w:spacing w:after="0"/>
              <w:jc w:val="right"/>
            </w:pPr>
            <w:r>
              <w:rPr>
                <w:sz w:val="16"/>
              </w:rPr>
              <w:t>8</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6</w:t>
            </w:r>
          </w:p>
        </w:tc>
        <w:tc>
          <w:tcPr>
            <w:tcW w:type="dxa" w:w="1037"/>
          </w:tcPr>
          <w:p>
            <w:pPr>
              <w:spacing w:after="0"/>
              <w:jc w:val="left"/>
            </w:pPr>
            <w:r>
              <w:rPr>
                <w:sz w:val="16"/>
              </w:rPr>
              <w:t>Earthquake</w:t>
            </w:r>
          </w:p>
        </w:tc>
        <w:tc>
          <w:tcPr>
            <w:tcW w:type="dxa" w:w="1169"/>
          </w:tcPr>
          <w:p>
            <w:pPr>
              <w:spacing w:after="0"/>
              <w:jc w:val="left"/>
            </w:pPr>
            <w:r>
              <w:rPr>
                <w:sz w:val="16"/>
              </w:rPr>
              <w:t>Very Low</w:t>
            </w:r>
          </w:p>
        </w:tc>
        <w:tc>
          <w:tcPr>
            <w:tcW w:type="dxa" w:w="1335"/>
          </w:tcPr>
          <w:p>
            <w:pPr>
              <w:spacing w:after="0"/>
              <w:jc w:val="left"/>
            </w:pPr>
            <w:r>
              <w:rPr>
                <w:sz w:val="16"/>
              </w:rPr>
              <w:t>Relatively Low</w:t>
            </w:r>
          </w:p>
        </w:tc>
        <w:tc>
          <w:tcPr>
            <w:tcW w:type="dxa" w:w="1126"/>
          </w:tcPr>
          <w:p>
            <w:pPr>
              <w:spacing w:after="0"/>
              <w:jc w:val="right"/>
            </w:pPr>
            <w:r>
              <w:rPr>
                <w:sz w:val="16"/>
              </w:rPr>
              <w:t>$410,437</w:t>
            </w:r>
          </w:p>
        </w:tc>
        <w:tc>
          <w:tcPr>
            <w:tcW w:type="dxa" w:w="1126"/>
          </w:tcPr>
          <w:p>
            <w:pPr>
              <w:spacing w:after="0"/>
              <w:jc w:val="right"/>
            </w:pPr>
          </w:p>
        </w:tc>
        <w:tc>
          <w:tcPr>
            <w:tcW w:type="dxa" w:w="1278"/>
          </w:tcPr>
          <w:p>
            <w:pPr>
              <w:spacing w:after="0"/>
              <w:jc w:val="right"/>
            </w:pPr>
            <w:r>
              <w:rPr>
                <w:sz w:val="16"/>
              </w:rPr>
              <w:t>$61,764</w:t>
            </w:r>
          </w:p>
        </w:tc>
        <w:tc>
          <w:tcPr>
            <w:tcW w:type="dxa" w:w="1159"/>
          </w:tcPr>
          <w:p>
            <w:pPr>
              <w:spacing w:after="0"/>
              <w:jc w:val="right"/>
            </w:pPr>
            <w:r>
              <w:rPr>
                <w:sz w:val="16"/>
              </w:rPr>
              <w:t>$472,201</w:t>
            </w:r>
          </w:p>
        </w:tc>
        <w:tc>
          <w:tcPr>
            <w:tcW w:type="dxa" w:w="1153"/>
          </w:tcPr>
          <w:p>
            <w:pPr>
              <w:spacing w:after="0"/>
              <w:jc w:val="right"/>
            </w:pPr>
          </w:p>
        </w:tc>
        <w:tc>
          <w:tcPr>
            <w:tcW w:type="dxa" w:w="2060"/>
          </w:tcPr>
          <w:p>
            <w:pPr>
              <w:spacing w:after="0"/>
              <w:jc w:val="left"/>
            </w:pPr>
          </w:p>
        </w:tc>
        <w:tc>
          <w:tcPr>
            <w:tcW w:type="dxa" w:w="1988"/>
          </w:tcPr>
          <w:p>
            <w:pPr>
              <w:spacing w:after="0"/>
              <w:jc w:val="left"/>
            </w:pPr>
            <w:r>
              <w:rPr>
                <w:sz w:val="16"/>
              </w:rPr>
              <w:t>Not in Storm Events. Storm Events coverage of this hazard is limited; absence is not evidence of low risk.</w:t>
            </w:r>
          </w:p>
        </w:tc>
      </w:tr>
      <w:tr>
        <w:trPr>
          <w:cantSplit/>
        </w:trPr>
        <w:tc>
          <w:tcPr>
            <w:tcW w:type="dxa" w:w="680"/>
          </w:tcPr>
          <w:p>
            <w:pPr>
              <w:spacing w:after="0"/>
              <w:jc w:val="right"/>
            </w:pPr>
            <w:r>
              <w:rPr>
                <w:sz w:val="16"/>
              </w:rPr>
              <w:t>7</w:t>
            </w:r>
          </w:p>
        </w:tc>
        <w:tc>
          <w:tcPr>
            <w:tcW w:type="dxa" w:w="1037"/>
          </w:tcPr>
          <w:p>
            <w:pPr>
              <w:spacing w:after="0"/>
              <w:jc w:val="left"/>
            </w:pPr>
            <w:r>
              <w:rPr>
                <w:sz w:val="16"/>
              </w:rPr>
              <w:t>Lightning</w:t>
            </w:r>
          </w:p>
        </w:tc>
        <w:tc>
          <w:tcPr>
            <w:tcW w:type="dxa" w:w="1169"/>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$33,147</w:t>
            </w:r>
          </w:p>
        </w:tc>
        <w:tc>
          <w:tcPr>
            <w:tcW w:type="dxa" w:w="1126"/>
          </w:tcPr>
          <w:p>
            <w:pPr>
              <w:spacing w:after="0"/>
              <w:jc w:val="right"/>
            </w:pPr>
          </w:p>
        </w:tc>
        <w:tc>
          <w:tcPr>
            <w:tcW w:type="dxa" w:w="1278"/>
          </w:tcPr>
          <w:p>
            <w:pPr>
              <w:spacing w:after="0"/>
              <w:jc w:val="right"/>
            </w:pPr>
            <w:r>
              <w:rPr>
                <w:sz w:val="16"/>
              </w:rPr>
              <w:t>$435,989</w:t>
            </w:r>
          </w:p>
        </w:tc>
        <w:tc>
          <w:tcPr>
            <w:tcW w:type="dxa" w:w="1159"/>
          </w:tcPr>
          <w:p>
            <w:pPr>
              <w:spacing w:after="0"/>
              <w:jc w:val="right"/>
            </w:pPr>
            <w:r>
              <w:rPr>
                <w:sz w:val="16"/>
              </w:rPr>
              <w:t>$469,136</w:t>
            </w:r>
          </w:p>
        </w:tc>
        <w:tc>
          <w:tcPr>
            <w:tcW w:type="dxa" w:w="1153"/>
          </w:tcPr>
          <w:p>
            <w:pPr>
              <w:spacing w:after="0"/>
              <w:jc w:val="right"/>
            </w:pPr>
            <w:r>
              <w:rPr>
                <w:sz w:val="16"/>
              </w:rPr>
              <w:t>6</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8</w:t>
            </w:r>
          </w:p>
        </w:tc>
        <w:tc>
          <w:tcPr>
            <w:tcW w:type="dxa" w:w="1037"/>
          </w:tcPr>
          <w:p>
            <w:pPr>
              <w:spacing w:after="0"/>
              <w:jc w:val="left"/>
            </w:pPr>
            <w:r>
              <w:rPr>
                <w:sz w:val="16"/>
              </w:rPr>
              <w:t>Tornado</w:t>
            </w:r>
          </w:p>
        </w:tc>
        <w:tc>
          <w:tcPr>
            <w:tcW w:type="dxa" w:w="1169"/>
          </w:tcPr>
          <w:p>
            <w:pPr>
              <w:spacing w:after="0"/>
              <w:jc w:val="left"/>
            </w:pPr>
            <w:r>
              <w:rPr>
                <w:sz w:val="16"/>
              </w:rPr>
              <w:t>Very Low</w:t>
            </w:r>
          </w:p>
        </w:tc>
        <w:tc>
          <w:tcPr>
            <w:tcW w:type="dxa" w:w="1335"/>
          </w:tcPr>
          <w:p>
            <w:pPr>
              <w:spacing w:after="0"/>
              <w:jc w:val="left"/>
            </w:pPr>
            <w:r>
              <w:rPr>
                <w:sz w:val="16"/>
              </w:rPr>
              <w:t>Relatively Low</w:t>
            </w:r>
          </w:p>
        </w:tc>
        <w:tc>
          <w:tcPr>
            <w:tcW w:type="dxa" w:w="1126"/>
          </w:tcPr>
          <w:p>
            <w:pPr>
              <w:spacing w:after="0"/>
              <w:jc w:val="right"/>
            </w:pPr>
            <w:r>
              <w:rPr>
                <w:sz w:val="16"/>
              </w:rPr>
              <w:t>$217,454</w:t>
            </w:r>
          </w:p>
        </w:tc>
        <w:tc>
          <w:tcPr>
            <w:tcW w:type="dxa" w:w="1126"/>
          </w:tcPr>
          <w:p>
            <w:pPr>
              <w:spacing w:after="0"/>
              <w:jc w:val="right"/>
            </w:pPr>
            <w:r>
              <w:rPr>
                <w:sz w:val="16"/>
              </w:rPr>
              <w:t>$239</w:t>
            </w:r>
          </w:p>
        </w:tc>
        <w:tc>
          <w:tcPr>
            <w:tcW w:type="dxa" w:w="1278"/>
          </w:tcPr>
          <w:p>
            <w:pPr>
              <w:spacing w:after="0"/>
              <w:jc w:val="right"/>
            </w:pPr>
            <w:r>
              <w:rPr>
                <w:sz w:val="16"/>
              </w:rPr>
              <w:t>$219,139</w:t>
            </w:r>
          </w:p>
        </w:tc>
        <w:tc>
          <w:tcPr>
            <w:tcW w:type="dxa" w:w="1159"/>
          </w:tcPr>
          <w:p>
            <w:pPr>
              <w:spacing w:after="0"/>
              <w:jc w:val="right"/>
            </w:pPr>
            <w:r>
              <w:rPr>
                <w:sz w:val="16"/>
              </w:rPr>
              <w:t>$436,832</w:t>
            </w:r>
          </w:p>
        </w:tc>
        <w:tc>
          <w:tcPr>
            <w:tcW w:type="dxa" w:w="1153"/>
          </w:tcPr>
          <w:p>
            <w:pPr>
              <w:spacing w:after="0"/>
              <w:jc w:val="right"/>
            </w:pPr>
            <w:r>
              <w:rPr>
                <w:sz w:val="16"/>
              </w:rPr>
              <w:t>1</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9</w:t>
            </w:r>
          </w:p>
        </w:tc>
        <w:tc>
          <w:tcPr>
            <w:tcW w:type="dxa" w:w="1037"/>
          </w:tcPr>
          <w:p>
            <w:pPr>
              <w:spacing w:after="0"/>
              <w:jc w:val="left"/>
            </w:pPr>
            <w:r>
              <w:rPr>
                <w:sz w:val="16"/>
              </w:rPr>
              <w:t>Ice Storm</w:t>
            </w:r>
          </w:p>
        </w:tc>
        <w:tc>
          <w:tcPr>
            <w:tcW w:type="dxa" w:w="1169"/>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$153,971</w:t>
            </w:r>
          </w:p>
        </w:tc>
        <w:tc>
          <w:tcPr>
            <w:tcW w:type="dxa" w:w="1126"/>
          </w:tcPr>
          <w:p>
            <w:pPr>
              <w:spacing w:after="0"/>
              <w:jc w:val="right"/>
            </w:pPr>
          </w:p>
        </w:tc>
        <w:tc>
          <w:tcPr>
            <w:tcW w:type="dxa" w:w="1278"/>
          </w:tcPr>
          <w:p>
            <w:pPr>
              <w:spacing w:after="0"/>
              <w:jc w:val="right"/>
            </w:pPr>
            <w:r>
              <w:rPr>
                <w:sz w:val="16"/>
              </w:rPr>
              <w:t>$15,362</w:t>
            </w:r>
          </w:p>
        </w:tc>
        <w:tc>
          <w:tcPr>
            <w:tcW w:type="dxa" w:w="1159"/>
          </w:tcPr>
          <w:p>
            <w:pPr>
              <w:spacing w:after="0"/>
              <w:jc w:val="right"/>
            </w:pPr>
            <w:r>
              <w:rPr>
                <w:sz w:val="16"/>
              </w:rPr>
              <w:t>$169,333</w:t>
            </w:r>
          </w:p>
        </w:tc>
        <w:tc>
          <w:tcPr>
            <w:tcW w:type="dxa" w:w="1153"/>
          </w:tcPr>
          <w:p>
            <w:pPr>
              <w:spacing w:after="0"/>
              <w:jc w:val="right"/>
            </w:pPr>
            <w:r>
              <w:rPr>
                <w:sz w:val="16"/>
              </w:rPr>
              <w:t>2</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10</w:t>
            </w:r>
          </w:p>
        </w:tc>
        <w:tc>
          <w:tcPr>
            <w:tcW w:type="dxa" w:w="1037"/>
          </w:tcPr>
          <w:p>
            <w:pPr>
              <w:spacing w:after="0"/>
              <w:jc w:val="left"/>
            </w:pPr>
            <w:r>
              <w:rPr>
                <w:sz w:val="16"/>
              </w:rPr>
              <w:t>Hail</w:t>
            </w:r>
          </w:p>
        </w:tc>
        <w:tc>
          <w:tcPr>
            <w:tcW w:type="dxa" w:w="1169"/>
          </w:tcPr>
          <w:p>
            <w:pPr>
              <w:spacing w:after="0"/>
              <w:jc w:val="left"/>
            </w:pPr>
            <w:r>
              <w:rPr>
                <w:sz w:val="16"/>
              </w:rPr>
              <w:t>Very Low</w:t>
            </w:r>
          </w:p>
        </w:tc>
        <w:tc>
          <w:tcPr>
            <w:tcW w:type="dxa" w:w="1335"/>
          </w:tcPr>
          <w:p>
            <w:pPr>
              <w:spacing w:after="0"/>
              <w:jc w:val="left"/>
            </w:pPr>
            <w:r>
              <w:rPr>
                <w:sz w:val="16"/>
              </w:rPr>
              <w:t>Very Low</w:t>
            </w:r>
          </w:p>
        </w:tc>
        <w:tc>
          <w:tcPr>
            <w:tcW w:type="dxa" w:w="1126"/>
          </w:tcPr>
          <w:p>
            <w:pPr>
              <w:spacing w:after="0"/>
              <w:jc w:val="right"/>
            </w:pPr>
            <w:r>
              <w:rPr>
                <w:sz w:val="16"/>
              </w:rPr>
              <w:t>$5,975</w:t>
            </w:r>
          </w:p>
        </w:tc>
        <w:tc>
          <w:tcPr>
            <w:tcW w:type="dxa" w:w="1126"/>
          </w:tcPr>
          <w:p>
            <w:pPr>
              <w:spacing w:after="0"/>
              <w:jc w:val="right"/>
            </w:pPr>
            <w:r>
              <w:rPr>
                <w:sz w:val="16"/>
              </w:rPr>
              <w:t>$6,784</w:t>
            </w:r>
          </w:p>
        </w:tc>
        <w:tc>
          <w:tcPr>
            <w:tcW w:type="dxa" w:w="1278"/>
          </w:tcPr>
          <w:p>
            <w:pPr>
              <w:spacing w:after="0"/>
              <w:jc w:val="right"/>
            </w:pPr>
            <w:r>
              <w:rPr>
                <w:sz w:val="16"/>
              </w:rPr>
              <w:t>$108,212</w:t>
            </w:r>
          </w:p>
        </w:tc>
        <w:tc>
          <w:tcPr>
            <w:tcW w:type="dxa" w:w="1159"/>
          </w:tcPr>
          <w:p>
            <w:pPr>
              <w:spacing w:after="0"/>
              <w:jc w:val="right"/>
            </w:pPr>
            <w:r>
              <w:rPr>
                <w:sz w:val="16"/>
              </w:rPr>
              <w:t>$120,971</w:t>
            </w:r>
          </w:p>
        </w:tc>
        <w:tc>
          <w:tcPr>
            <w:tcW w:type="dxa" w:w="1153"/>
          </w:tcPr>
          <w:p>
            <w:pPr>
              <w:spacing w:after="0"/>
              <w:jc w:val="right"/>
            </w:pPr>
            <w:r>
              <w:rPr>
                <w:sz w:val="16"/>
              </w:rPr>
              <w:t>78</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11</w:t>
            </w:r>
          </w:p>
        </w:tc>
        <w:tc>
          <w:tcPr>
            <w:tcW w:type="dxa" w:w="1037"/>
          </w:tcPr>
          <w:p>
            <w:pPr>
              <w:spacing w:after="0"/>
              <w:jc w:val="left"/>
            </w:pPr>
            <w:r>
              <w:rPr>
                <w:sz w:val="16"/>
              </w:rPr>
              <w:t>Winter Weather</w:t>
            </w:r>
          </w:p>
        </w:tc>
        <w:tc>
          <w:tcPr>
            <w:tcW w:type="dxa" w:w="1169"/>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$86,004</w:t>
            </w:r>
          </w:p>
        </w:tc>
        <w:tc>
          <w:tcPr>
            <w:tcW w:type="dxa" w:w="1126"/>
          </w:tcPr>
          <w:p>
            <w:pPr>
              <w:spacing w:after="0"/>
              <w:jc w:val="right"/>
            </w:pPr>
            <w:r>
              <w:rPr>
                <w:sz w:val="16"/>
              </w:rPr>
              <w:t>$33</w:t>
            </w:r>
          </w:p>
        </w:tc>
        <w:tc>
          <w:tcPr>
            <w:tcW w:type="dxa" w:w="1278"/>
          </w:tcPr>
          <w:p>
            <w:pPr>
              <w:spacing w:after="0"/>
              <w:jc w:val="right"/>
            </w:pPr>
            <w:r>
              <w:rPr>
                <w:sz w:val="16"/>
              </w:rPr>
              <w:t>$24,069</w:t>
            </w:r>
          </w:p>
        </w:tc>
        <w:tc>
          <w:tcPr>
            <w:tcW w:type="dxa" w:w="1159"/>
          </w:tcPr>
          <w:p>
            <w:pPr>
              <w:spacing w:after="0"/>
              <w:jc w:val="right"/>
            </w:pPr>
            <w:r>
              <w:rPr>
                <w:sz w:val="16"/>
              </w:rPr>
              <w:t>$110,107</w:t>
            </w:r>
          </w:p>
        </w:tc>
        <w:tc>
          <w:tcPr>
            <w:tcW w:type="dxa" w:w="1153"/>
          </w:tcPr>
          <w:p>
            <w:pPr>
              <w:spacing w:after="0"/>
              <w:jc w:val="right"/>
            </w:pPr>
            <w:r>
              <w:rPr>
                <w:sz w:val="16"/>
              </w:rPr>
              <w:t>287</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12</w:t>
            </w:r>
          </w:p>
        </w:tc>
        <w:tc>
          <w:tcPr>
            <w:tcW w:type="dxa" w:w="1037"/>
          </w:tcPr>
          <w:p>
            <w:pPr>
              <w:spacing w:after="0"/>
              <w:jc w:val="left"/>
            </w:pPr>
            <w:r>
              <w:rPr>
                <w:sz w:val="16"/>
              </w:rPr>
              <w:t>Landslide</w:t>
            </w:r>
          </w:p>
        </w:tc>
        <w:tc>
          <w:tcPr>
            <w:tcW w:type="dxa" w:w="1169"/>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$16,748</w:t>
            </w:r>
          </w:p>
        </w:tc>
        <w:tc>
          <w:tcPr>
            <w:tcW w:type="dxa" w:w="1126"/>
          </w:tcPr>
          <w:p>
            <w:pPr>
              <w:spacing w:after="0"/>
              <w:jc w:val="right"/>
            </w:pPr>
          </w:p>
        </w:tc>
        <w:tc>
          <w:tcPr>
            <w:tcW w:type="dxa" w:w="1278"/>
          </w:tcPr>
          <w:p>
            <w:pPr>
              <w:spacing w:after="0"/>
              <w:jc w:val="right"/>
            </w:pPr>
            <w:r>
              <w:rPr>
                <w:sz w:val="16"/>
              </w:rPr>
              <w:t>$9,219</w:t>
            </w:r>
          </w:p>
        </w:tc>
        <w:tc>
          <w:tcPr>
            <w:tcW w:type="dxa" w:w="1159"/>
          </w:tcPr>
          <w:p>
            <w:pPr>
              <w:spacing w:after="0"/>
              <w:jc w:val="right"/>
            </w:pPr>
            <w:r>
              <w:rPr>
                <w:sz w:val="16"/>
              </w:rPr>
              <w:t>$25,967</w:t>
            </w:r>
          </w:p>
        </w:tc>
        <w:tc>
          <w:tcPr>
            <w:tcW w:type="dxa" w:w="1153"/>
          </w:tcPr>
          <w:p>
            <w:pPr>
              <w:spacing w:after="0"/>
              <w:jc w:val="right"/>
            </w:pPr>
            <w:r>
              <w:rPr>
                <w:sz w:val="16"/>
              </w:rPr>
              <w:t>0</w:t>
            </w:r>
          </w:p>
        </w:tc>
        <w:tc>
          <w:tcPr>
            <w:tcW w:type="dxa" w:w="2060"/>
          </w:tcPr>
          <w:p>
            <w:pPr>
              <w:spacing w:after="0"/>
              <w:jc w:val="left"/>
            </w:pPr>
          </w:p>
        </w:tc>
        <w:tc>
          <w:tcPr>
            <w:tcW w:type="dxa" w:w="1988"/>
          </w:tcPr>
          <w:p>
            <w:pPr>
              <w:spacing w:after="0"/>
              <w:jc w:val="left"/>
            </w:pPr>
            <w:r>
              <w:rPr>
                <w:sz w:val="16"/>
              </w:rPr>
              <w:t>Declared 2 times; no Storm Events record of this type. Storm Events coverage of this hazard is limited; absence is not evidence of low risk.</w:t>
            </w:r>
          </w:p>
        </w:tc>
      </w:tr>
      <w:tr>
        <w:trPr>
          <w:cantSplit/>
        </w:trPr>
        <w:tc>
          <w:tcPr>
            <w:tcW w:type="dxa" w:w="680"/>
          </w:tcPr>
          <w:p>
            <w:pPr>
              <w:spacing w:after="0"/>
              <w:jc w:val="right"/>
            </w:pPr>
            <w:r>
              <w:rPr>
                <w:sz w:val="16"/>
              </w:rPr>
              <w:t>13</w:t>
            </w:r>
          </w:p>
        </w:tc>
        <w:tc>
          <w:tcPr>
            <w:tcW w:type="dxa" w:w="1037"/>
          </w:tcPr>
          <w:p>
            <w:pPr>
              <w:spacing w:after="0"/>
              <w:jc w:val="left"/>
            </w:pPr>
            <w:r>
              <w:rPr>
                <w:sz w:val="16"/>
              </w:rPr>
              <w:t>Wildfire</w:t>
            </w:r>
          </w:p>
        </w:tc>
        <w:tc>
          <w:tcPr>
            <w:tcW w:type="dxa" w:w="1169"/>
          </w:tcPr>
          <w:p>
            <w:pPr>
              <w:spacing w:after="0"/>
              <w:jc w:val="left"/>
            </w:pPr>
            <w:r>
              <w:rPr>
                <w:sz w:val="16"/>
              </w:rPr>
              <w:t>Very Low</w:t>
            </w:r>
          </w:p>
        </w:tc>
        <w:tc>
          <w:tcPr>
            <w:tcW w:type="dxa" w:w="1335"/>
          </w:tcPr>
          <w:p>
            <w:pPr>
              <w:spacing w:after="0"/>
              <w:jc w:val="left"/>
            </w:pPr>
            <w:r>
              <w:rPr>
                <w:sz w:val="16"/>
              </w:rPr>
              <w:t>Very Low</w:t>
            </w:r>
          </w:p>
        </w:tc>
        <w:tc>
          <w:tcPr>
            <w:tcW w:type="dxa" w:w="1126"/>
          </w:tcPr>
          <w:p>
            <w:pPr>
              <w:spacing w:after="0"/>
              <w:jc w:val="right"/>
            </w:pPr>
            <w:r>
              <w:rPr>
                <w:sz w:val="16"/>
              </w:rPr>
              <w:t>$9,765</w:t>
            </w:r>
          </w:p>
        </w:tc>
        <w:tc>
          <w:tcPr>
            <w:tcW w:type="dxa" w:w="1126"/>
          </w:tcPr>
          <w:p>
            <w:pPr>
              <w:spacing w:after="0"/>
              <w:jc w:val="right"/>
            </w:pPr>
            <w:r>
              <w:rPr>
                <w:sz w:val="16"/>
              </w:rPr>
              <w:t>$3</w:t>
            </w:r>
          </w:p>
        </w:tc>
        <w:tc>
          <w:tcPr>
            <w:tcW w:type="dxa" w:w="1278"/>
          </w:tcPr>
          <w:p>
            <w:pPr>
              <w:spacing w:after="0"/>
              <w:jc w:val="right"/>
            </w:pPr>
            <w:r>
              <w:rPr>
                <w:sz w:val="16"/>
              </w:rPr>
              <w:t>$926</w:t>
            </w:r>
          </w:p>
        </w:tc>
        <w:tc>
          <w:tcPr>
            <w:tcW w:type="dxa" w:w="1159"/>
          </w:tcPr>
          <w:p>
            <w:pPr>
              <w:spacing w:after="0"/>
              <w:jc w:val="right"/>
            </w:pPr>
            <w:r>
              <w:rPr>
                <w:sz w:val="16"/>
              </w:rPr>
              <w:t>$10,694</w:t>
            </w:r>
          </w:p>
        </w:tc>
        <w:tc>
          <w:tcPr>
            <w:tcW w:type="dxa" w:w="1153"/>
          </w:tcPr>
          <w:p>
            <w:pPr>
              <w:spacing w:after="0"/>
              <w:jc w:val="right"/>
            </w:pPr>
            <w:r>
              <w:rPr>
                <w:sz w:val="16"/>
              </w:rPr>
              <w:t>0</w:t>
            </w:r>
          </w:p>
        </w:tc>
        <w:tc>
          <w:tcPr>
            <w:tcW w:type="dxa" w:w="2060"/>
          </w:tcPr>
          <w:p>
            <w:pPr>
              <w:spacing w:after="0"/>
              <w:jc w:val="left"/>
            </w:pPr>
          </w:p>
        </w:tc>
        <w:tc>
          <w:tcPr>
            <w:tcW w:type="dxa" w:w="198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0"/>
          </w:tcPr>
          <w:p>
            <w:pPr>
              <w:spacing w:after="0"/>
              <w:jc w:val="right"/>
            </w:pPr>
            <w:r>
              <w:rPr>
                <w:sz w:val="16"/>
              </w:rPr>
              <w:t>14</w:t>
            </w:r>
          </w:p>
        </w:tc>
        <w:tc>
          <w:tcPr>
            <w:tcW w:type="dxa" w:w="1037"/>
          </w:tcPr>
          <w:p>
            <w:pPr>
              <w:spacing w:after="0"/>
              <w:jc w:val="left"/>
            </w:pPr>
            <w:r>
              <w:rPr>
                <w:sz w:val="16"/>
              </w:rPr>
              <w:t>Avalanche</w:t>
            </w:r>
          </w:p>
        </w:tc>
        <w:tc>
          <w:tcPr>
            <w:tcW w:type="dxa" w:w="1169"/>
          </w:tcPr>
          <w:p>
            <w:pPr>
              <w:spacing w:after="0"/>
              <w:jc w:val="left"/>
            </w:pPr>
            <w:r>
              <w:rPr>
                <w:sz w:val="16"/>
              </w:rPr>
              <w:t>Very Low</w:t>
            </w:r>
          </w:p>
        </w:tc>
        <w:tc>
          <w:tcPr>
            <w:tcW w:type="dxa" w:w="1335"/>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p>
        </w:tc>
        <w:tc>
          <w:tcPr>
            <w:tcW w:type="dxa" w:w="1278"/>
          </w:tcPr>
          <w:p>
            <w:pPr>
              <w:spacing w:after="0"/>
              <w:jc w:val="right"/>
            </w:pPr>
            <w:r>
              <w:rPr>
                <w:sz w:val="16"/>
              </w:rPr>
              <w:t>$3,364</w:t>
            </w:r>
          </w:p>
        </w:tc>
        <w:tc>
          <w:tcPr>
            <w:tcW w:type="dxa" w:w="1159"/>
          </w:tcPr>
          <w:p>
            <w:pPr>
              <w:spacing w:after="0"/>
              <w:jc w:val="right"/>
            </w:pPr>
            <w:r>
              <w:rPr>
                <w:sz w:val="16"/>
              </w:rPr>
              <w:t>$3,364</w:t>
            </w:r>
          </w:p>
        </w:tc>
        <w:tc>
          <w:tcPr>
            <w:tcW w:type="dxa" w:w="1153"/>
          </w:tcPr>
          <w:p>
            <w:pPr>
              <w:spacing w:after="0"/>
              <w:jc w:val="right"/>
            </w:pPr>
            <w:r>
              <w:rPr>
                <w:sz w:val="16"/>
              </w:rPr>
              <w:t>0</w:t>
            </w:r>
          </w:p>
        </w:tc>
        <w:tc>
          <w:tcPr>
            <w:tcW w:type="dxa" w:w="2060"/>
          </w:tcPr>
          <w:p>
            <w:pPr>
              <w:spacing w:after="0"/>
              <w:jc w:val="left"/>
            </w:pPr>
          </w:p>
        </w:tc>
        <w:tc>
          <w:tcPr>
            <w:tcW w:type="dxa" w:w="1988"/>
          </w:tcPr>
          <w:p>
            <w:pPr>
              <w:spacing w:after="0"/>
              <w:jc w:val="left"/>
            </w:pPr>
            <w:r>
              <w:rPr>
                <w:sz w:val="16"/>
              </w:rPr>
              <w:t>No recorded events in Storm Events since 1996 (data through 2026-06-30).</w:t>
            </w:r>
          </w:p>
        </w:tc>
      </w:tr>
      <w:tr>
        <w:trPr>
          <w:cantSplit/>
        </w:trPr>
        <w:tc>
          <w:tcPr>
            <w:tcW w:type="dxa" w:w="680"/>
          </w:tcPr>
          <w:p>
            <w:pPr>
              <w:spacing w:after="0"/>
              <w:jc w:val="right"/>
            </w:pPr>
            <w:r>
              <w:rPr>
                <w:sz w:val="16"/>
              </w:rPr>
              <w:t>15</w:t>
            </w:r>
          </w:p>
        </w:tc>
        <w:tc>
          <w:tcPr>
            <w:tcW w:type="dxa" w:w="1037"/>
          </w:tcPr>
          <w:p>
            <w:pPr>
              <w:spacing w:after="0"/>
              <w:jc w:val="left"/>
            </w:pPr>
            <w:r>
              <w:rPr>
                <w:sz w:val="16"/>
              </w:rPr>
              <w:t>Drought</w:t>
            </w:r>
          </w:p>
        </w:tc>
        <w:tc>
          <w:tcPr>
            <w:tcW w:type="dxa" w:w="1169"/>
          </w:tcPr>
          <w:p>
            <w:pPr>
              <w:spacing w:after="0"/>
              <w:jc w:val="left"/>
            </w:pPr>
            <w:r>
              <w:rPr>
                <w:sz w:val="16"/>
              </w:rPr>
              <w:t>No Rating</w:t>
            </w:r>
          </w:p>
        </w:tc>
        <w:tc>
          <w:tcPr>
            <w:tcW w:type="dxa" w:w="1335"/>
          </w:tcPr>
          <w:p>
            <w:pPr>
              <w:spacing w:after="0"/>
              <w:jc w:val="left"/>
            </w:pPr>
            <w:r>
              <w:rPr>
                <w:sz w:val="16"/>
              </w:rPr>
              <w:t>No Expected Annual Losses</w:t>
            </w:r>
          </w:p>
        </w:tc>
        <w:tc>
          <w:tcPr>
            <w:tcW w:type="dxa" w:w="1126"/>
          </w:tcPr>
          <w:p>
            <w:pPr>
              <w:spacing w:after="0"/>
              <w:jc w:val="right"/>
            </w:pPr>
          </w:p>
        </w:tc>
        <w:tc>
          <w:tcPr>
            <w:tcW w:type="dxa" w:w="1126"/>
          </w:tcPr>
          <w:p>
            <w:pPr>
              <w:spacing w:after="0"/>
              <w:jc w:val="right"/>
            </w:pPr>
            <w:r>
              <w:rPr>
                <w:sz w:val="16"/>
              </w:rPr>
              <w:t>$0</w:t>
            </w:r>
          </w:p>
        </w:tc>
        <w:tc>
          <w:tcPr>
            <w:tcW w:type="dxa" w:w="1278"/>
          </w:tcPr>
          <w:p>
            <w:pPr>
              <w:spacing w:after="0"/>
              <w:jc w:val="right"/>
            </w:pPr>
          </w:p>
        </w:tc>
        <w:tc>
          <w:tcPr>
            <w:tcW w:type="dxa" w:w="1159"/>
          </w:tcPr>
          <w:p>
            <w:pPr>
              <w:spacing w:after="0"/>
              <w:jc w:val="right"/>
            </w:pPr>
            <w:r>
              <w:rPr>
                <w:sz w:val="16"/>
              </w:rPr>
              <w:t>$0</w:t>
            </w:r>
          </w:p>
        </w:tc>
        <w:tc>
          <w:tcPr>
            <w:tcW w:type="dxa" w:w="1153"/>
          </w:tcPr>
          <w:p>
            <w:pPr>
              <w:spacing w:after="0"/>
              <w:jc w:val="right"/>
            </w:pPr>
            <w:r>
              <w:rPr>
                <w:sz w:val="16"/>
              </w:rPr>
              <w:t>0</w:t>
            </w:r>
          </w:p>
        </w:tc>
        <w:tc>
          <w:tcPr>
            <w:tcW w:type="dxa" w:w="2060"/>
          </w:tcPr>
          <w:p>
            <w:pPr>
              <w:spacing w:after="0"/>
              <w:jc w:val="left"/>
            </w:pPr>
          </w:p>
        </w:tc>
        <w:tc>
          <w:tcPr>
            <w:tcW w:type="dxa" w:w="1988"/>
          </w:tcPr>
          <w:p>
            <w:pPr>
              <w:spacing w:after="0"/>
              <w:jc w:val="left"/>
            </w:pPr>
            <w:r>
              <w:rPr>
                <w:sz w:val="16"/>
              </w:rPr>
              <w:t>No recorded events in Storm Events since 1996 (data through 2026-06-30).</w:t>
            </w:r>
          </w:p>
        </w:tc>
      </w:tr>
      <w:tr>
        <w:trPr>
          <w:cantSplit/>
        </w:trPr>
        <w:tc>
          <w:tcPr>
            <w:tcW w:type="dxa" w:w="680"/>
          </w:tcPr>
          <w:p>
            <w:pPr>
              <w:spacing w:after="0"/>
              <w:jc w:val="right"/>
            </w:pPr>
          </w:p>
        </w:tc>
        <w:tc>
          <w:tcPr>
            <w:tcW w:type="dxa" w:w="1037"/>
          </w:tcPr>
          <w:p>
            <w:pPr>
              <w:spacing w:after="0"/>
              <w:jc w:val="left"/>
            </w:pPr>
            <w:r>
              <w:rPr>
                <w:sz w:val="16"/>
              </w:rPr>
              <w:t>Coastal Flooding</w:t>
            </w:r>
          </w:p>
        </w:tc>
        <w:tc>
          <w:tcPr>
            <w:tcW w:type="dxa" w:w="1169"/>
          </w:tcPr>
          <w:p>
            <w:pPr>
              <w:spacing w:after="0"/>
              <w:jc w:val="left"/>
            </w:pPr>
            <w:r>
              <w:rPr>
                <w:sz w:val="16"/>
              </w:rPr>
              <w:t>Not Applicable</w:t>
            </w:r>
          </w:p>
        </w:tc>
        <w:tc>
          <w:tcPr>
            <w:tcW w:type="dxa" w:w="133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8"/>
          </w:tcPr>
          <w:p>
            <w:pPr>
              <w:spacing w:after="0"/>
              <w:jc w:val="right"/>
            </w:pPr>
          </w:p>
        </w:tc>
        <w:tc>
          <w:tcPr>
            <w:tcW w:type="dxa" w:w="1159"/>
          </w:tcPr>
          <w:p>
            <w:pPr>
              <w:spacing w:after="0"/>
              <w:jc w:val="right"/>
            </w:pPr>
          </w:p>
        </w:tc>
        <w:tc>
          <w:tcPr>
            <w:tcW w:type="dxa" w:w="1153"/>
          </w:tcPr>
          <w:p>
            <w:pPr>
              <w:spacing w:after="0"/>
              <w:jc w:val="right"/>
            </w:pPr>
            <w:r>
              <w:rPr>
                <w:sz w:val="16"/>
              </w:rPr>
              <w:t>0</w:t>
            </w:r>
          </w:p>
        </w:tc>
        <w:tc>
          <w:tcPr>
            <w:tcW w:type="dxa" w:w="2060"/>
          </w:tcPr>
          <w:p>
            <w:pPr>
              <w:spacing w:after="0"/>
              <w:jc w:val="left"/>
            </w:pPr>
            <w:r>
              <w:rPr>
                <w:sz w:val="16"/>
              </w:rPr>
              <w:t>NRI rates coastal flooding Not Applicable for this county, and no federal declaration for this county names it.</w:t>
            </w:r>
          </w:p>
        </w:tc>
        <w:tc>
          <w:tcPr>
            <w:tcW w:type="dxa" w:w="1988"/>
          </w:tcPr>
          <w:p>
            <w:pPr>
              <w:spacing w:after="0"/>
              <w:jc w:val="left"/>
            </w:pPr>
            <w:r>
              <w:rPr>
                <w:sz w:val="16"/>
              </w:rPr>
              <w:t>No recorded events in Storm Events since 1996 (data through 2026-06-30).</w:t>
            </w:r>
          </w:p>
        </w:tc>
      </w:tr>
      <w:tr>
        <w:trPr>
          <w:cantSplit/>
        </w:trPr>
        <w:tc>
          <w:tcPr>
            <w:tcW w:type="dxa" w:w="680"/>
          </w:tcPr>
          <w:p>
            <w:pPr>
              <w:spacing w:after="0"/>
              <w:jc w:val="right"/>
            </w:pPr>
          </w:p>
        </w:tc>
        <w:tc>
          <w:tcPr>
            <w:tcW w:type="dxa" w:w="1037"/>
          </w:tcPr>
          <w:p>
            <w:pPr>
              <w:spacing w:after="0"/>
              <w:jc w:val="left"/>
            </w:pPr>
            <w:r>
              <w:rPr>
                <w:sz w:val="16"/>
              </w:rPr>
              <w:t>Tsunami</w:t>
            </w:r>
          </w:p>
        </w:tc>
        <w:tc>
          <w:tcPr>
            <w:tcW w:type="dxa" w:w="1169"/>
          </w:tcPr>
          <w:p>
            <w:pPr>
              <w:spacing w:after="0"/>
              <w:jc w:val="left"/>
            </w:pPr>
            <w:r>
              <w:rPr>
                <w:sz w:val="16"/>
              </w:rPr>
              <w:t>Not Applicable</w:t>
            </w:r>
          </w:p>
        </w:tc>
        <w:tc>
          <w:tcPr>
            <w:tcW w:type="dxa" w:w="133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8"/>
          </w:tcPr>
          <w:p>
            <w:pPr>
              <w:spacing w:after="0"/>
              <w:jc w:val="right"/>
            </w:pPr>
          </w:p>
        </w:tc>
        <w:tc>
          <w:tcPr>
            <w:tcW w:type="dxa" w:w="1159"/>
          </w:tcPr>
          <w:p>
            <w:pPr>
              <w:spacing w:after="0"/>
              <w:jc w:val="right"/>
            </w:pPr>
          </w:p>
        </w:tc>
        <w:tc>
          <w:tcPr>
            <w:tcW w:type="dxa" w:w="1153"/>
          </w:tcPr>
          <w:p>
            <w:pPr>
              <w:spacing w:after="0"/>
              <w:jc w:val="right"/>
            </w:pPr>
            <w:r>
              <w:rPr>
                <w:sz w:val="16"/>
              </w:rPr>
              <w:t>0</w:t>
            </w:r>
          </w:p>
        </w:tc>
        <w:tc>
          <w:tcPr>
            <w:tcW w:type="dxa" w:w="2060"/>
          </w:tcPr>
          <w:p>
            <w:pPr>
              <w:spacing w:after="0"/>
              <w:jc w:val="left"/>
            </w:pPr>
            <w:r>
              <w:rPr>
                <w:sz w:val="16"/>
              </w:rPr>
              <w:t>NRI rates tsunami Not Applicable for this county, and no federal declaration for this county names it.</w:t>
            </w:r>
          </w:p>
        </w:tc>
        <w:tc>
          <w:tcPr>
            <w:tcW w:type="dxa" w:w="198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0"/>
          </w:tcPr>
          <w:p>
            <w:pPr>
              <w:spacing w:after="0"/>
              <w:jc w:val="right"/>
            </w:pPr>
          </w:p>
        </w:tc>
        <w:tc>
          <w:tcPr>
            <w:tcW w:type="dxa" w:w="1037"/>
          </w:tcPr>
          <w:p>
            <w:pPr>
              <w:spacing w:after="0"/>
              <w:jc w:val="left"/>
            </w:pPr>
            <w:r>
              <w:rPr>
                <w:sz w:val="16"/>
              </w:rPr>
              <w:t>Volcanic Activity</w:t>
            </w:r>
          </w:p>
        </w:tc>
        <w:tc>
          <w:tcPr>
            <w:tcW w:type="dxa" w:w="1169"/>
          </w:tcPr>
          <w:p>
            <w:pPr>
              <w:spacing w:after="0"/>
              <w:jc w:val="left"/>
            </w:pPr>
            <w:r>
              <w:rPr>
                <w:sz w:val="16"/>
              </w:rPr>
              <w:t>Not Applicable</w:t>
            </w:r>
          </w:p>
        </w:tc>
        <w:tc>
          <w:tcPr>
            <w:tcW w:type="dxa" w:w="133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8"/>
          </w:tcPr>
          <w:p>
            <w:pPr>
              <w:spacing w:after="0"/>
              <w:jc w:val="right"/>
            </w:pPr>
          </w:p>
        </w:tc>
        <w:tc>
          <w:tcPr>
            <w:tcW w:type="dxa" w:w="1159"/>
          </w:tcPr>
          <w:p>
            <w:pPr>
              <w:spacing w:after="0"/>
              <w:jc w:val="right"/>
            </w:pPr>
          </w:p>
        </w:tc>
        <w:tc>
          <w:tcPr>
            <w:tcW w:type="dxa" w:w="1153"/>
          </w:tcPr>
          <w:p>
            <w:pPr>
              <w:spacing w:after="0"/>
              <w:jc w:val="right"/>
            </w:pPr>
            <w:r>
              <w:rPr>
                <w:sz w:val="16"/>
              </w:rPr>
              <w:t>0</w:t>
            </w:r>
          </w:p>
        </w:tc>
        <w:tc>
          <w:tcPr>
            <w:tcW w:type="dxa" w:w="2060"/>
          </w:tcPr>
          <w:p>
            <w:pPr>
              <w:spacing w:after="0"/>
              <w:jc w:val="left"/>
            </w:pPr>
            <w:r>
              <w:rPr>
                <w:sz w:val="16"/>
              </w:rPr>
              <w:t>NRI rates volcanic activity Not Applicable for this county, and no federal declaration for this county names it.</w:t>
            </w:r>
          </w:p>
        </w:tc>
        <w:tc>
          <w:tcPr>
            <w:tcW w:type="dxa" w:w="198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rPr>
        <w:t>Inherited from Rutland County, county-level (county FIPS 50021); scope: whole section.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15 of 20</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20</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20</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 of 20</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 of 20</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20 of 20</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 of 20</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 of 20</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20</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20</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 of 20</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rPr>
        <w:t>Inherited from Rutland County, county-level (county FIPS 50021); scope: whole section.</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49"/>
        <w:gridCol w:w="1742"/>
        <w:gridCol w:w="1567"/>
        <w:gridCol w:w="1369"/>
        <w:gridCol w:w="1830"/>
        <w:gridCol w:w="1611"/>
        <w:gridCol w:w="1991"/>
        <w:gridCol w:w="2253"/>
      </w:tblGrid>
      <w:tr>
        <w:trPr>
          <w:cantSplit/>
          <w:tblHeader/>
        </w:trPr>
        <w:tc>
          <w:tcPr>
            <w:tcW w:type="dxa" w:w="1749"/>
            <w:shd w:val="clear" w:color="auto" w:fill="E8E8E8"/>
          </w:tcPr>
          <w:p>
            <w:pPr>
              <w:spacing w:after="0"/>
              <w:jc w:val="left"/>
            </w:pPr>
            <w:r>
              <w:rPr>
                <w:b/>
                <w:sz w:val="16"/>
              </w:rPr>
              <w:t>Hazard</w:t>
            </w:r>
          </w:p>
        </w:tc>
        <w:tc>
          <w:tcPr>
            <w:tcW w:type="dxa" w:w="1742"/>
            <w:shd w:val="clear" w:color="auto" w:fill="E8E8E8"/>
          </w:tcPr>
          <w:p>
            <w:pPr>
              <w:spacing w:after="0"/>
              <w:jc w:val="left"/>
            </w:pPr>
            <w:r>
              <w:rPr>
                <w:b/>
                <w:sz w:val="16"/>
              </w:rPr>
              <w:t>Scale</w:t>
            </w:r>
          </w:p>
        </w:tc>
        <w:tc>
          <w:tcPr>
            <w:tcW w:type="dxa" w:w="1567"/>
            <w:shd w:val="clear" w:color="auto" w:fill="E8E8E8"/>
          </w:tcPr>
          <w:p>
            <w:pPr>
              <w:spacing w:after="0"/>
              <w:jc w:val="right"/>
            </w:pPr>
            <w:r>
              <w:rPr>
                <w:b/>
                <w:sz w:val="16"/>
              </w:rPr>
              <w:t>Records</w:t>
            </w:r>
          </w:p>
          <w:p>
            <w:pPr>
              <w:spacing w:after="0"/>
              <w:jc w:val="right"/>
            </w:pPr>
            <w:r>
              <w:rPr>
                <w:i/>
                <w:color w:val="555555"/>
                <w:sz w:val="14"/>
              </w:rPr>
              <w:t>count, years</w:t>
            </w:r>
          </w:p>
        </w:tc>
        <w:tc>
          <w:tcPr>
            <w:tcW w:type="dxa" w:w="1369"/>
            <w:shd w:val="clear" w:color="auto" w:fill="E8E8E8"/>
          </w:tcPr>
          <w:p>
            <w:pPr>
              <w:spacing w:after="0"/>
              <w:jc w:val="left"/>
            </w:pPr>
            <w:r>
              <w:rPr>
                <w:b/>
                <w:sz w:val="16"/>
              </w:rPr>
              <w:t>Observed range</w:t>
            </w:r>
          </w:p>
        </w:tc>
        <w:tc>
          <w:tcPr>
            <w:tcW w:type="dxa" w:w="1830"/>
            <w:shd w:val="clear" w:color="auto" w:fill="E8E8E8"/>
          </w:tcPr>
          <w:p>
            <w:pPr>
              <w:spacing w:after="0"/>
              <w:jc w:val="left"/>
            </w:pPr>
            <w:r>
              <w:rPr>
                <w:b/>
                <w:sz w:val="16"/>
              </w:rPr>
              <w:t>Worst recorded event</w:t>
            </w:r>
          </w:p>
        </w:tc>
        <w:tc>
          <w:tcPr>
            <w:tcW w:type="dxa" w:w="1611"/>
            <w:shd w:val="clear" w:color="auto" w:fill="E8E8E8"/>
          </w:tcPr>
          <w:p>
            <w:pPr>
              <w:spacing w:after="0"/>
              <w:jc w:val="left"/>
            </w:pPr>
            <w:r>
              <w:rPr>
                <w:b/>
                <w:sz w:val="16"/>
              </w:rPr>
              <w:t>Most damaging (when different)</w:t>
            </w:r>
          </w:p>
        </w:tc>
        <w:tc>
          <w:tcPr>
            <w:tcW w:type="dxa" w:w="1991"/>
            <w:shd w:val="clear" w:color="auto" w:fill="E8E8E8"/>
          </w:tcPr>
          <w:p>
            <w:pPr>
              <w:spacing w:after="0"/>
              <w:jc w:val="left"/>
            </w:pPr>
            <w:r>
              <w:rPr>
                <w:b/>
                <w:sz w:val="16"/>
              </w:rPr>
              <w:t>Where in the county</w:t>
            </w:r>
          </w:p>
        </w:tc>
        <w:tc>
          <w:tcPr>
            <w:tcW w:type="dxa" w:w="2253"/>
            <w:shd w:val="clear" w:color="auto" w:fill="E8E8E8"/>
          </w:tcPr>
          <w:p>
            <w:pPr>
              <w:spacing w:after="0"/>
              <w:jc w:val="left"/>
            </w:pPr>
            <w:r>
              <w:rPr>
                <w:b/>
                <w:sz w:val="16"/>
              </w:rPr>
              <w:t>Note</w:t>
            </w:r>
          </w:p>
        </w:tc>
      </w:tr>
      <w:tr>
        <w:trPr>
          <w:cantSplit/>
        </w:trPr>
        <w:tc>
          <w:tcPr>
            <w:tcW w:type="dxa" w:w="1749"/>
          </w:tcPr>
          <w:p>
            <w:pPr>
              <w:spacing w:after="0"/>
              <w:jc w:val="left"/>
            </w:pPr>
            <w:r>
              <w:rPr>
                <w:sz w:val="16"/>
              </w:rPr>
              <w:t>Avalanche</w:t>
            </w:r>
          </w:p>
        </w:tc>
        <w:tc>
          <w:tcPr>
            <w:tcW w:type="dxa" w:w="1742"/>
          </w:tcPr>
          <w:p>
            <w:pPr>
              <w:spacing w:after="0"/>
              <w:jc w:val="left"/>
            </w:pPr>
            <w:r>
              <w:rPr>
                <w:sz w:val="16"/>
              </w:rPr>
              <w:t>none (count and damage)</w:t>
            </w:r>
          </w:p>
        </w:tc>
        <w:tc>
          <w:tcPr>
            <w:tcW w:type="dxa" w:w="1567"/>
          </w:tcPr>
          <w:p>
            <w:pPr>
              <w:spacing w:after="0"/>
              <w:jc w:val="right"/>
            </w:pPr>
            <w:r>
              <w:rPr>
                <w:sz w:val="16"/>
              </w:rPr>
              <w:t>0</w:t>
            </w:r>
          </w:p>
        </w:tc>
        <w:tc>
          <w:tcPr>
            <w:tcW w:type="dxa" w:w="1369"/>
          </w:tcPr>
          <w:p>
            <w:pPr>
              <w:spacing w:after="0"/>
              <w:jc w:val="left"/>
            </w:pPr>
          </w:p>
        </w:tc>
        <w:tc>
          <w:tcPr>
            <w:tcW w:type="dxa" w:w="1830"/>
          </w:tcPr>
          <w:p>
            <w:pPr>
              <w:spacing w:after="0"/>
              <w:jc w:val="left"/>
            </w:pPr>
          </w:p>
        </w:tc>
        <w:tc>
          <w:tcPr>
            <w:tcW w:type="dxa" w:w="1611"/>
          </w:tcPr>
          <w:p>
            <w:pPr>
              <w:spacing w:after="0"/>
              <w:jc w:val="left"/>
            </w:pPr>
          </w:p>
        </w:tc>
        <w:tc>
          <w:tcPr>
            <w:tcW w:type="dxa" w:w="1991"/>
          </w:tcPr>
          <w:p>
            <w:pPr>
              <w:spacing w:after="0"/>
              <w:jc w:val="left"/>
            </w:pPr>
          </w:p>
        </w:tc>
        <w:tc>
          <w:tcPr>
            <w:tcW w:type="dxa" w:w="2253"/>
          </w:tcPr>
          <w:p>
            <w:pPr>
              <w:spacing w:after="0"/>
              <w:jc w:val="left"/>
            </w:pPr>
            <w:r>
              <w:rPr>
                <w:sz w:val="16"/>
              </w:rPr>
              <w:t>Physical measure: in event narratives only; local data required.</w:t>
            </w:r>
          </w:p>
        </w:tc>
      </w:tr>
      <w:tr>
        <w:trPr>
          <w:cantSplit/>
        </w:trPr>
        <w:tc>
          <w:tcPr>
            <w:tcW w:type="dxa" w:w="1749"/>
          </w:tcPr>
          <w:p>
            <w:pPr>
              <w:spacing w:after="0"/>
              <w:jc w:val="left"/>
            </w:pPr>
            <w:r>
              <w:rPr>
                <w:sz w:val="16"/>
              </w:rPr>
              <w:t>Coastal Flood, Storm Surge/Tide</w:t>
            </w:r>
          </w:p>
        </w:tc>
        <w:tc>
          <w:tcPr>
            <w:tcW w:type="dxa" w:w="1742"/>
          </w:tcPr>
          <w:p>
            <w:pPr>
              <w:spacing w:after="0"/>
              <w:jc w:val="left"/>
            </w:pPr>
            <w:r>
              <w:rPr>
                <w:sz w:val="16"/>
              </w:rPr>
              <w:t>none in data (FIRM for depth)</w:t>
            </w:r>
          </w:p>
        </w:tc>
        <w:tc>
          <w:tcPr>
            <w:tcW w:type="dxa" w:w="1567"/>
          </w:tcPr>
          <w:p>
            <w:pPr>
              <w:spacing w:after="0"/>
              <w:jc w:val="right"/>
            </w:pPr>
            <w:r>
              <w:rPr>
                <w:sz w:val="16"/>
              </w:rPr>
              <w:t>0</w:t>
            </w:r>
          </w:p>
        </w:tc>
        <w:tc>
          <w:tcPr>
            <w:tcW w:type="dxa" w:w="1369"/>
          </w:tcPr>
          <w:p>
            <w:pPr>
              <w:spacing w:after="0"/>
              <w:jc w:val="left"/>
            </w:pPr>
          </w:p>
        </w:tc>
        <w:tc>
          <w:tcPr>
            <w:tcW w:type="dxa" w:w="1830"/>
          </w:tcPr>
          <w:p>
            <w:pPr>
              <w:spacing w:after="0"/>
              <w:jc w:val="left"/>
            </w:pPr>
          </w:p>
        </w:tc>
        <w:tc>
          <w:tcPr>
            <w:tcW w:type="dxa" w:w="1611"/>
          </w:tcPr>
          <w:p>
            <w:pPr>
              <w:spacing w:after="0"/>
              <w:jc w:val="left"/>
            </w:pPr>
          </w:p>
        </w:tc>
        <w:tc>
          <w:tcPr>
            <w:tcW w:type="dxa" w:w="1991"/>
          </w:tcPr>
          <w:p>
            <w:pPr>
              <w:spacing w:after="0"/>
              <w:jc w:val="left"/>
            </w:pPr>
          </w:p>
        </w:tc>
        <w:tc>
          <w:tcPr>
            <w:tcW w:type="dxa" w:w="2253"/>
          </w:tcPr>
          <w:p>
            <w:pPr>
              <w:spacing w:after="0"/>
              <w:jc w:val="left"/>
            </w:pPr>
            <w:r>
              <w:rPr>
                <w:sz w:val="16"/>
              </w:rPr>
              <w:t>Flood depth: see the FEMA Flood Insurance Rate Map.</w:t>
            </w:r>
          </w:p>
        </w:tc>
      </w:tr>
      <w:tr>
        <w:trPr>
          <w:cantSplit/>
        </w:trPr>
        <w:tc>
          <w:tcPr>
            <w:tcW w:type="dxa" w:w="1749"/>
          </w:tcPr>
          <w:p>
            <w:pPr>
              <w:spacing w:after="0"/>
              <w:jc w:val="left"/>
            </w:pPr>
            <w:r>
              <w:rPr>
                <w:sz w:val="16"/>
              </w:rPr>
              <w:t>Cold/Wind Chill, Extreme Cold/Wind Chill</w:t>
            </w:r>
          </w:p>
        </w:tc>
        <w:tc>
          <w:tcPr>
            <w:tcW w:type="dxa" w:w="1742"/>
          </w:tcPr>
          <w:p>
            <w:pPr>
              <w:spacing w:after="0"/>
              <w:jc w:val="left"/>
            </w:pPr>
            <w:r>
              <w:rPr>
                <w:sz w:val="16"/>
              </w:rPr>
              <w:t>wind chill</w:t>
            </w:r>
          </w:p>
        </w:tc>
        <w:tc>
          <w:tcPr>
            <w:tcW w:type="dxa" w:w="1567"/>
          </w:tcPr>
          <w:p>
            <w:pPr>
              <w:spacing w:after="0"/>
              <w:jc w:val="right"/>
            </w:pPr>
            <w:r>
              <w:rPr>
                <w:sz w:val="16"/>
              </w:rPr>
              <w:t>25, 1997 to 2026 (25 zone-level)</w:t>
            </w:r>
          </w:p>
        </w:tc>
        <w:tc>
          <w:tcPr>
            <w:tcW w:type="dxa" w:w="1369"/>
          </w:tcPr>
          <w:p>
            <w:pPr>
              <w:spacing w:after="0"/>
              <w:jc w:val="left"/>
            </w:pPr>
            <w:r>
              <w:rPr>
                <w:sz w:val="16"/>
              </w:rPr>
              <w:t>1 day to 28 days (median 2 days); 23 with a recorded value</w:t>
            </w:r>
          </w:p>
        </w:tc>
        <w:tc>
          <w:tcPr>
            <w:tcW w:type="dxa" w:w="1830"/>
          </w:tcPr>
          <w:p>
            <w:pPr>
              <w:spacing w:after="0"/>
              <w:jc w:val="left"/>
            </w:pPr>
            <w:r>
              <w:rPr>
                <w:sz w:val="16"/>
              </w:rPr>
              <w:t>28 days, 2015-02-01 to 2015-02-28, from 1 monthly summary record (a monthly summary record covers most or all of a month; it does not count days at wave conditions), zone-level</w:t>
            </w:r>
          </w:p>
        </w:tc>
        <w:tc>
          <w:tcPr>
            <w:tcW w:type="dxa" w:w="1611"/>
          </w:tcPr>
          <w:p>
            <w:pPr>
              <w:spacing w:after="0"/>
              <w:jc w:val="left"/>
            </w:pPr>
          </w:p>
        </w:tc>
        <w:tc>
          <w:tcPr>
            <w:tcW w:type="dxa" w:w="1991"/>
          </w:tcPr>
          <w:p>
            <w:pPr>
              <w:spacing w:after="0"/>
              <w:jc w:val="left"/>
            </w:pPr>
            <w:r>
              <w:rPr>
                <w:sz w:val="16"/>
              </w:rPr>
              <w:t>Zone-level records: applies countywide; national data do not locate these events within the county.</w:t>
            </w:r>
          </w:p>
        </w:tc>
        <w:tc>
          <w:tcPr>
            <w:tcW w:type="dxa" w:w="2253"/>
          </w:tcPr>
          <w:p>
            <w:pPr>
              <w:spacing w:after="0"/>
              <w:jc w:val="left"/>
            </w:pPr>
            <w:r>
              <w:rPr>
                <w:sz w:val="16"/>
              </w:rPr>
              <w:t>Wind chill: in event narratives only; local data required.</w:t>
            </w:r>
          </w:p>
        </w:tc>
      </w:tr>
      <w:tr>
        <w:trPr>
          <w:cantSplit/>
        </w:trPr>
        <w:tc>
          <w:tcPr>
            <w:tcW w:type="dxa" w:w="1749"/>
          </w:tcPr>
          <w:p>
            <w:pPr>
              <w:spacing w:after="0"/>
              <w:jc w:val="left"/>
            </w:pPr>
            <w:r>
              <w:rPr>
                <w:sz w:val="16"/>
              </w:rPr>
              <w:t>Frost/Freeze (outside NRI Cold Wave definition)</w:t>
            </w:r>
          </w:p>
        </w:tc>
        <w:tc>
          <w:tcPr>
            <w:tcW w:type="dxa" w:w="1742"/>
          </w:tcPr>
          <w:p>
            <w:pPr>
              <w:spacing w:after="0"/>
              <w:jc w:val="left"/>
            </w:pPr>
            <w:r>
              <w:rPr>
                <w:sz w:val="16"/>
              </w:rPr>
              <w:t>crop damage</w:t>
            </w:r>
          </w:p>
        </w:tc>
        <w:tc>
          <w:tcPr>
            <w:tcW w:type="dxa" w:w="1567"/>
          </w:tcPr>
          <w:p>
            <w:pPr>
              <w:spacing w:after="0"/>
              <w:jc w:val="right"/>
            </w:pPr>
            <w:r>
              <w:rPr>
                <w:sz w:val="16"/>
              </w:rPr>
              <w:t>5, 2005 to 2023 (5 zone-level)</w:t>
            </w:r>
          </w:p>
        </w:tc>
        <w:tc>
          <w:tcPr>
            <w:tcW w:type="dxa" w:w="1369"/>
          </w:tcPr>
          <w:p>
            <w:pPr>
              <w:spacing w:after="0"/>
              <w:jc w:val="left"/>
            </w:pPr>
          </w:p>
        </w:tc>
        <w:tc>
          <w:tcPr>
            <w:tcW w:type="dxa" w:w="1830"/>
          </w:tcPr>
          <w:p>
            <w:pPr>
              <w:spacing w:after="0"/>
              <w:jc w:val="left"/>
            </w:pPr>
            <w:r>
              <w:rPr>
                <w:sz w:val="16"/>
              </w:rPr>
              <w:t>Frost/Freeze, 2023-05-18, $1,000,000 crop damage, reported for the zone (2023 dollars); NWS zone VTZ011 (WESTERN RUTLAND), zone-level: may include parts of neighboring counties</w:t>
            </w:r>
          </w:p>
        </w:tc>
        <w:tc>
          <w:tcPr>
            <w:tcW w:type="dxa" w:w="1611"/>
          </w:tcPr>
          <w:p>
            <w:pPr>
              <w:spacing w:after="0"/>
              <w:jc w:val="left"/>
            </w:pPr>
          </w:p>
        </w:tc>
        <w:tc>
          <w:tcPr>
            <w:tcW w:type="dxa" w:w="1991"/>
          </w:tcPr>
          <w:p>
            <w:pPr>
              <w:spacing w:after="0"/>
              <w:jc w:val="left"/>
            </w:pPr>
            <w:r>
              <w:rPr>
                <w:sz w:val="16"/>
              </w:rPr>
              <w:t>Zone-level records: applies countywide; national data do not locate these events within the county.</w:t>
            </w:r>
          </w:p>
        </w:tc>
        <w:tc>
          <w:tcPr>
            <w:tcW w:type="dxa" w:w="2253"/>
          </w:tcPr>
          <w:p>
            <w:pPr>
              <w:spacing w:after="0"/>
              <w:jc w:val="left"/>
            </w:pPr>
            <w:r>
              <w:rPr>
                <w:sz w:val="16"/>
              </w:rPr>
              <w:t>Temperature: in event narratives only; local data required.</w:t>
            </w:r>
          </w:p>
        </w:tc>
      </w:tr>
      <w:tr>
        <w:trPr>
          <w:cantSplit/>
        </w:trPr>
        <w:tc>
          <w:tcPr>
            <w:tcW w:type="dxa" w:w="1749"/>
          </w:tcPr>
          <w:p>
            <w:pPr>
              <w:spacing w:after="0"/>
              <w:jc w:val="left"/>
            </w:pPr>
            <w:r>
              <w:rPr>
                <w:sz w:val="16"/>
              </w:rPr>
              <w:t>Drought</w:t>
            </w:r>
          </w:p>
        </w:tc>
        <w:tc>
          <w:tcPr>
            <w:tcW w:type="dxa" w:w="1742"/>
          </w:tcPr>
          <w:p>
            <w:pPr>
              <w:spacing w:after="0"/>
              <w:jc w:val="left"/>
            </w:pPr>
            <w:r>
              <w:rPr>
                <w:sz w:val="16"/>
              </w:rPr>
              <w:t>US Drought Monitor D-scale</w:t>
            </w:r>
          </w:p>
        </w:tc>
        <w:tc>
          <w:tcPr>
            <w:tcW w:type="dxa" w:w="1567"/>
          </w:tcPr>
          <w:p>
            <w:pPr>
              <w:spacing w:after="0"/>
              <w:jc w:val="right"/>
            </w:pPr>
            <w:r>
              <w:rPr>
                <w:sz w:val="16"/>
              </w:rPr>
              <w:t>0</w:t>
            </w:r>
          </w:p>
        </w:tc>
        <w:tc>
          <w:tcPr>
            <w:tcW w:type="dxa" w:w="1369"/>
          </w:tcPr>
          <w:p>
            <w:pPr>
              <w:spacing w:after="0"/>
              <w:jc w:val="left"/>
            </w:pPr>
          </w:p>
        </w:tc>
        <w:tc>
          <w:tcPr>
            <w:tcW w:type="dxa" w:w="1830"/>
          </w:tcPr>
          <w:p>
            <w:pPr>
              <w:spacing w:after="0"/>
              <w:jc w:val="left"/>
            </w:pPr>
          </w:p>
        </w:tc>
        <w:tc>
          <w:tcPr>
            <w:tcW w:type="dxa" w:w="1611"/>
          </w:tcPr>
          <w:p>
            <w:pPr>
              <w:spacing w:after="0"/>
              <w:jc w:val="left"/>
            </w:pPr>
          </w:p>
        </w:tc>
        <w:tc>
          <w:tcPr>
            <w:tcW w:type="dxa" w:w="1991"/>
          </w:tcPr>
          <w:p>
            <w:pPr>
              <w:spacing w:after="0"/>
              <w:jc w:val="left"/>
            </w:pPr>
          </w:p>
        </w:tc>
        <w:tc>
          <w:tcPr>
            <w:tcW w:type="dxa" w:w="225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49"/>
          </w:tcPr>
          <w:p>
            <w:pPr>
              <w:spacing w:after="0"/>
              <w:jc w:val="left"/>
            </w:pPr>
            <w:r>
              <w:rPr>
                <w:sz w:val="16"/>
              </w:rPr>
              <w:t>Earthquake</w:t>
            </w:r>
          </w:p>
        </w:tc>
        <w:tc>
          <w:tcPr>
            <w:tcW w:type="dxa" w:w="1742"/>
          </w:tcPr>
          <w:p>
            <w:pPr>
              <w:spacing w:after="0"/>
              <w:jc w:val="left"/>
            </w:pPr>
            <w:r>
              <w:rPr>
                <w:sz w:val="16"/>
              </w:rPr>
              <w:t>Modified Mercalli (local data)</w:t>
            </w:r>
          </w:p>
        </w:tc>
        <w:tc>
          <w:tcPr>
            <w:tcW w:type="dxa" w:w="1567"/>
          </w:tcPr>
          <w:p>
            <w:pPr>
              <w:spacing w:after="0"/>
              <w:jc w:val="right"/>
            </w:pPr>
            <w:r>
              <w:rPr>
                <w:sz w:val="16"/>
              </w:rPr>
              <w:t>0</w:t>
            </w:r>
          </w:p>
        </w:tc>
        <w:tc>
          <w:tcPr>
            <w:tcW w:type="dxa" w:w="1369"/>
          </w:tcPr>
          <w:p>
            <w:pPr>
              <w:spacing w:after="0"/>
              <w:jc w:val="left"/>
            </w:pPr>
          </w:p>
        </w:tc>
        <w:tc>
          <w:tcPr>
            <w:tcW w:type="dxa" w:w="1830"/>
          </w:tcPr>
          <w:p>
            <w:pPr>
              <w:spacing w:after="0"/>
              <w:jc w:val="left"/>
            </w:pPr>
          </w:p>
        </w:tc>
        <w:tc>
          <w:tcPr>
            <w:tcW w:type="dxa" w:w="1611"/>
          </w:tcPr>
          <w:p>
            <w:pPr>
              <w:spacing w:after="0"/>
              <w:jc w:val="left"/>
            </w:pPr>
          </w:p>
        </w:tc>
        <w:tc>
          <w:tcPr>
            <w:tcW w:type="dxa" w:w="1991"/>
          </w:tcPr>
          <w:p>
            <w:pPr>
              <w:spacing w:after="0"/>
              <w:jc w:val="left"/>
            </w:pPr>
          </w:p>
        </w:tc>
        <w:tc>
          <w:tcPr>
            <w:tcW w:type="dxa" w:w="2253"/>
          </w:tcPr>
          <w:p>
            <w:pPr>
              <w:spacing w:after="0"/>
              <w:jc w:val="left"/>
            </w:pPr>
            <w:r>
              <w:rPr>
                <w:sz w:val="16"/>
              </w:rPr>
              <w:t>No Storm Events record; local data required (e.g., USGS).</w:t>
            </w:r>
          </w:p>
        </w:tc>
      </w:tr>
      <w:tr>
        <w:trPr>
          <w:cantSplit/>
        </w:trPr>
        <w:tc>
          <w:tcPr>
            <w:tcW w:type="dxa" w:w="1749"/>
          </w:tcPr>
          <w:p>
            <w:pPr>
              <w:spacing w:after="0"/>
              <w:jc w:val="left"/>
            </w:pPr>
            <w:r>
              <w:rPr>
                <w:sz w:val="16"/>
              </w:rPr>
              <w:t>Hail</w:t>
            </w:r>
          </w:p>
        </w:tc>
        <w:tc>
          <w:tcPr>
            <w:tcW w:type="dxa" w:w="1742"/>
          </w:tcPr>
          <w:p>
            <w:pPr>
              <w:spacing w:after="0"/>
              <w:jc w:val="left"/>
            </w:pPr>
            <w:r>
              <w:rPr>
                <w:sz w:val="16"/>
              </w:rPr>
              <w:t>hail size (inches)</w:t>
            </w:r>
          </w:p>
        </w:tc>
        <w:tc>
          <w:tcPr>
            <w:tcW w:type="dxa" w:w="1567"/>
          </w:tcPr>
          <w:p>
            <w:pPr>
              <w:spacing w:after="0"/>
              <w:jc w:val="right"/>
            </w:pPr>
            <w:r>
              <w:rPr>
                <w:sz w:val="16"/>
              </w:rPr>
              <w:t>90, 1966 to 2025</w:t>
            </w:r>
          </w:p>
        </w:tc>
        <w:tc>
          <w:tcPr>
            <w:tcW w:type="dxa" w:w="1369"/>
          </w:tcPr>
          <w:p>
            <w:pPr>
              <w:spacing w:after="0"/>
              <w:jc w:val="left"/>
            </w:pPr>
            <w:r>
              <w:rPr>
                <w:sz w:val="16"/>
              </w:rPr>
              <w:t>0.75 in to 2.5 in (median 1 in); 89 with a recorded value</w:t>
            </w:r>
          </w:p>
        </w:tc>
        <w:tc>
          <w:tcPr>
            <w:tcW w:type="dxa" w:w="1830"/>
          </w:tcPr>
          <w:p>
            <w:pPr>
              <w:spacing w:after="0"/>
              <w:jc w:val="left"/>
            </w:pPr>
            <w:r>
              <w:rPr>
                <w:sz w:val="16"/>
              </w:rPr>
              <w:t>2.5 in hail, 1988-08-28</w:t>
            </w:r>
          </w:p>
        </w:tc>
        <w:tc>
          <w:tcPr>
            <w:tcW w:type="dxa" w:w="1611"/>
          </w:tcPr>
          <w:p>
            <w:pPr>
              <w:spacing w:after="0"/>
              <w:jc w:val="left"/>
            </w:pPr>
            <w:r>
              <w:rPr>
                <w:sz w:val="16"/>
              </w:rPr>
              <w:t>Hail, 2014-05-27, $75,000 property; $0 crops (2014 dollars)</w:t>
            </w:r>
          </w:p>
        </w:tc>
        <w:tc>
          <w:tcPr>
            <w:tcW w:type="dxa" w:w="1991"/>
          </w:tcPr>
          <w:p>
            <w:pPr>
              <w:spacing w:after="0"/>
              <w:jc w:val="left"/>
            </w:pPr>
            <w:r>
              <w:rPr>
                <w:sz w:val="16"/>
              </w:rPr>
              <w:t>Event records naming places in the county (county page list): Rutland city (9 records), Rutland town (9 records), Clarendon town (7 records), Pittsford town (7 records), Fair Haven town (5 records), Mendon town (5 records), Proctor town (5 records), Brandon town (4 records), Castleton town (4 records), Chittenden town (4 records); and 15 more places (see the XLSX file).</w:t>
            </w:r>
          </w:p>
        </w:tc>
        <w:tc>
          <w:tcPr>
            <w:tcW w:type="dxa" w:w="2253"/>
          </w:tcPr>
          <w:p>
            <w:pPr>
              <w:spacing w:after="0"/>
              <w:jc w:val="left"/>
            </w:pPr>
          </w:p>
        </w:tc>
      </w:tr>
      <w:tr>
        <w:trPr>
          <w:cantSplit/>
        </w:trPr>
        <w:tc>
          <w:tcPr>
            <w:tcW w:type="dxa" w:w="1749"/>
          </w:tcPr>
          <w:p>
            <w:pPr>
              <w:spacing w:after="0"/>
              <w:jc w:val="left"/>
            </w:pPr>
            <w:r>
              <w:rPr>
                <w:sz w:val="16"/>
              </w:rPr>
              <w:t>Excessive Heat, Heat</w:t>
            </w:r>
          </w:p>
        </w:tc>
        <w:tc>
          <w:tcPr>
            <w:tcW w:type="dxa" w:w="1742"/>
          </w:tcPr>
          <w:p>
            <w:pPr>
              <w:spacing w:after="0"/>
              <w:jc w:val="left"/>
            </w:pPr>
            <w:r>
              <w:rPr>
                <w:sz w:val="16"/>
              </w:rPr>
              <w:t>heat index (narratives)</w:t>
            </w:r>
          </w:p>
        </w:tc>
        <w:tc>
          <w:tcPr>
            <w:tcW w:type="dxa" w:w="1567"/>
          </w:tcPr>
          <w:p>
            <w:pPr>
              <w:spacing w:after="0"/>
              <w:jc w:val="right"/>
            </w:pPr>
            <w:r>
              <w:rPr>
                <w:sz w:val="16"/>
              </w:rPr>
              <w:t>8, 2006 to 2025 (8 zone-level)</w:t>
            </w:r>
          </w:p>
        </w:tc>
        <w:tc>
          <w:tcPr>
            <w:tcW w:type="dxa" w:w="1369"/>
          </w:tcPr>
          <w:p>
            <w:pPr>
              <w:spacing w:after="0"/>
              <w:jc w:val="left"/>
            </w:pPr>
            <w:r>
              <w:rPr>
                <w:sz w:val="16"/>
              </w:rPr>
              <w:t>1 day to 6 days (median 3 days); 6 with a recorded value</w:t>
            </w:r>
          </w:p>
        </w:tc>
        <w:tc>
          <w:tcPr>
            <w:tcW w:type="dxa" w:w="1830"/>
          </w:tcPr>
          <w:p>
            <w:pPr>
              <w:spacing w:after="0"/>
              <w:jc w:val="left"/>
            </w:pPr>
            <w:r>
              <w:rPr>
                <w:sz w:val="16"/>
              </w:rPr>
              <w:t>6 consecutive days, 2020-06-18 to 2020-06-23, zone-level</w:t>
            </w:r>
          </w:p>
        </w:tc>
        <w:tc>
          <w:tcPr>
            <w:tcW w:type="dxa" w:w="1611"/>
          </w:tcPr>
          <w:p>
            <w:pPr>
              <w:spacing w:after="0"/>
              <w:jc w:val="left"/>
            </w:pPr>
            <w:r>
              <w:rPr>
                <w:sz w:val="16"/>
              </w:rPr>
              <w:t>Heat, 2012-03-17, $0 property; $350,000 crops, reported for the zone (2012 dollars)</w:t>
            </w:r>
          </w:p>
        </w:tc>
        <w:tc>
          <w:tcPr>
            <w:tcW w:type="dxa" w:w="1991"/>
          </w:tcPr>
          <w:p>
            <w:pPr>
              <w:spacing w:after="0"/>
              <w:jc w:val="left"/>
            </w:pPr>
            <w:r>
              <w:rPr>
                <w:sz w:val="16"/>
              </w:rPr>
              <w:t>Zone-level records: applies countywide; national data do not locate these events within the county.</w:t>
            </w:r>
          </w:p>
        </w:tc>
        <w:tc>
          <w:tcPr>
            <w:tcW w:type="dxa" w:w="2253"/>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749"/>
          </w:tcPr>
          <w:p>
            <w:pPr>
              <w:spacing w:after="0"/>
              <w:jc w:val="left"/>
            </w:pPr>
            <w:r>
              <w:rPr>
                <w:sz w:val="16"/>
              </w:rPr>
              <w:t>Hurricane, Tropical Storm, Tropical Depression</w:t>
            </w:r>
          </w:p>
        </w:tc>
        <w:tc>
          <w:tcPr>
            <w:tcW w:type="dxa" w:w="1742"/>
          </w:tcPr>
          <w:p>
            <w:pPr>
              <w:spacing w:after="0"/>
              <w:jc w:val="left"/>
            </w:pPr>
            <w:r>
              <w:rPr>
                <w:sz w:val="16"/>
              </w:rPr>
              <w:t>Saffir-Simpson</w:t>
            </w:r>
          </w:p>
        </w:tc>
        <w:tc>
          <w:tcPr>
            <w:tcW w:type="dxa" w:w="1567"/>
          </w:tcPr>
          <w:p>
            <w:pPr>
              <w:spacing w:after="0"/>
              <w:jc w:val="right"/>
            </w:pPr>
            <w:r>
              <w:rPr>
                <w:sz w:val="16"/>
              </w:rPr>
              <w:t>0</w:t>
            </w:r>
          </w:p>
        </w:tc>
        <w:tc>
          <w:tcPr>
            <w:tcW w:type="dxa" w:w="1369"/>
          </w:tcPr>
          <w:p>
            <w:pPr>
              <w:spacing w:after="0"/>
              <w:jc w:val="left"/>
            </w:pPr>
          </w:p>
        </w:tc>
        <w:tc>
          <w:tcPr>
            <w:tcW w:type="dxa" w:w="1830"/>
          </w:tcPr>
          <w:p>
            <w:pPr>
              <w:spacing w:after="0"/>
              <w:jc w:val="left"/>
            </w:pPr>
          </w:p>
        </w:tc>
        <w:tc>
          <w:tcPr>
            <w:tcW w:type="dxa" w:w="1611"/>
          </w:tcPr>
          <w:p>
            <w:pPr>
              <w:spacing w:after="0"/>
              <w:jc w:val="left"/>
            </w:pPr>
          </w:p>
        </w:tc>
        <w:tc>
          <w:tcPr>
            <w:tcW w:type="dxa" w:w="1991"/>
          </w:tcPr>
          <w:p>
            <w:pPr>
              <w:spacing w:after="0"/>
              <w:jc w:val="left"/>
            </w:pPr>
          </w:p>
        </w:tc>
        <w:tc>
          <w:tcPr>
            <w:tcW w:type="dxa" w:w="225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49"/>
          </w:tcPr>
          <w:p>
            <w:pPr>
              <w:spacing w:after="0"/>
              <w:jc w:val="left"/>
            </w:pPr>
            <w:r>
              <w:rPr>
                <w:sz w:val="16"/>
              </w:rPr>
              <w:t>Ice Storm</w:t>
            </w:r>
          </w:p>
        </w:tc>
        <w:tc>
          <w:tcPr>
            <w:tcW w:type="dxa" w:w="1742"/>
          </w:tcPr>
          <w:p>
            <w:pPr>
              <w:spacing w:after="0"/>
              <w:jc w:val="left"/>
            </w:pPr>
            <w:r>
              <w:rPr>
                <w:sz w:val="16"/>
              </w:rPr>
              <w:t>Sperry-Piltz (local data)</w:t>
            </w:r>
          </w:p>
        </w:tc>
        <w:tc>
          <w:tcPr>
            <w:tcW w:type="dxa" w:w="1567"/>
          </w:tcPr>
          <w:p>
            <w:pPr>
              <w:spacing w:after="0"/>
              <w:jc w:val="right"/>
            </w:pPr>
            <w:r>
              <w:rPr>
                <w:sz w:val="16"/>
              </w:rPr>
              <w:t>2, 1998 to 2025 (2 zone-level)</w:t>
            </w:r>
          </w:p>
        </w:tc>
        <w:tc>
          <w:tcPr>
            <w:tcW w:type="dxa" w:w="1369"/>
          </w:tcPr>
          <w:p>
            <w:pPr>
              <w:spacing w:after="0"/>
              <w:jc w:val="left"/>
            </w:pPr>
          </w:p>
        </w:tc>
        <w:tc>
          <w:tcPr>
            <w:tcW w:type="dxa" w:w="1830"/>
          </w:tcPr>
          <w:p>
            <w:pPr>
              <w:spacing w:after="0"/>
              <w:jc w:val="left"/>
            </w:pPr>
            <w:r>
              <w:rPr>
                <w:sz w:val="16"/>
              </w:rPr>
              <w:t>Ice Storm, 1998-01-06, $80,000 property; crops not reported, reported for the zone (1998 dollars); NWS zone VTZ011 (RUTLAND), zone-level: may include parts of neighboring counties</w:t>
            </w:r>
          </w:p>
        </w:tc>
        <w:tc>
          <w:tcPr>
            <w:tcW w:type="dxa" w:w="1611"/>
          </w:tcPr>
          <w:p>
            <w:pPr>
              <w:spacing w:after="0"/>
              <w:jc w:val="left"/>
            </w:pPr>
          </w:p>
        </w:tc>
        <w:tc>
          <w:tcPr>
            <w:tcW w:type="dxa" w:w="1991"/>
          </w:tcPr>
          <w:p>
            <w:pPr>
              <w:spacing w:after="0"/>
              <w:jc w:val="left"/>
            </w:pPr>
            <w:r>
              <w:rPr>
                <w:sz w:val="16"/>
              </w:rPr>
              <w:t>Zone-level records: applies countywide; national data do not locate these events within the county.</w:t>
            </w:r>
          </w:p>
        </w:tc>
        <w:tc>
          <w:tcPr>
            <w:tcW w:type="dxa" w:w="2253"/>
          </w:tcPr>
          <w:p>
            <w:pPr>
              <w:spacing w:after="0"/>
              <w:jc w:val="left"/>
            </w:pPr>
            <w:r>
              <w:rPr>
                <w:sz w:val="16"/>
              </w:rPr>
              <w:t>Ice thickness: in event narratives only; local data required.</w:t>
            </w:r>
          </w:p>
        </w:tc>
      </w:tr>
      <w:tr>
        <w:trPr>
          <w:cantSplit/>
        </w:trPr>
        <w:tc>
          <w:tcPr>
            <w:tcW w:type="dxa" w:w="1749"/>
          </w:tcPr>
          <w:p>
            <w:pPr>
              <w:spacing w:after="0"/>
              <w:jc w:val="left"/>
            </w:pPr>
            <w:r>
              <w:rPr>
                <w:sz w:val="16"/>
              </w:rPr>
              <w:t>Flash Flood, Flood, Lakeshore Flood</w:t>
            </w:r>
          </w:p>
        </w:tc>
        <w:tc>
          <w:tcPr>
            <w:tcW w:type="dxa" w:w="1742"/>
          </w:tcPr>
          <w:p>
            <w:pPr>
              <w:spacing w:after="0"/>
              <w:jc w:val="left"/>
            </w:pPr>
            <w:r>
              <w:rPr>
                <w:sz w:val="16"/>
              </w:rPr>
              <w:t>damage and flood days (FIRM for depth)</w:t>
            </w:r>
          </w:p>
        </w:tc>
        <w:tc>
          <w:tcPr>
            <w:tcW w:type="dxa" w:w="1567"/>
          </w:tcPr>
          <w:p>
            <w:pPr>
              <w:spacing w:after="0"/>
              <w:jc w:val="right"/>
            </w:pPr>
            <w:r>
              <w:rPr>
                <w:sz w:val="16"/>
              </w:rPr>
              <w:t>68, 1996 to 2026 (21 zone-level)</w:t>
            </w:r>
          </w:p>
        </w:tc>
        <w:tc>
          <w:tcPr>
            <w:tcW w:type="dxa" w:w="1369"/>
          </w:tcPr>
          <w:p>
            <w:pPr>
              <w:spacing w:after="0"/>
              <w:jc w:val="left"/>
            </w:pPr>
          </w:p>
        </w:tc>
        <w:tc>
          <w:tcPr>
            <w:tcW w:type="dxa" w:w="1830"/>
          </w:tcPr>
          <w:p>
            <w:pPr>
              <w:spacing w:after="0"/>
              <w:jc w:val="left"/>
            </w:pPr>
            <w:r>
              <w:rPr>
                <w:sz w:val="16"/>
              </w:rPr>
              <w:t>Flash Flood, 2011-08-28, $50,000,000 property; $1,500,000 crops (2011 dollars), 2 direct deaths</w:t>
            </w:r>
          </w:p>
        </w:tc>
        <w:tc>
          <w:tcPr>
            <w:tcW w:type="dxa" w:w="1611"/>
          </w:tcPr>
          <w:p>
            <w:pPr>
              <w:spacing w:after="0"/>
              <w:jc w:val="left"/>
            </w:pPr>
          </w:p>
        </w:tc>
        <w:tc>
          <w:tcPr>
            <w:tcW w:type="dxa" w:w="1991"/>
          </w:tcPr>
          <w:p>
            <w:pPr>
              <w:spacing w:after="0"/>
              <w:jc w:val="left"/>
            </w:pPr>
            <w:r>
              <w:rPr>
                <w:sz w:val="16"/>
              </w:rPr>
              <w:t>Event records naming places in the county (county page list): Rutland city (7 records), Rutland town (7 records), Brandon town (5 records), Clarendon town (5 records), Wallingford town (5 records), Castleton town (4 records), Pawlet town (4 records), Killington town (3 records), Benson town (2 records), Fair Haven town (2 records); and 7 more places (see the XLSX file). Zone-level records (21) apply countywide.</w:t>
            </w:r>
          </w:p>
        </w:tc>
        <w:tc>
          <w:tcPr>
            <w:tcW w:type="dxa" w:w="225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49"/>
          </w:tcPr>
          <w:p>
            <w:pPr>
              <w:spacing w:after="0"/>
              <w:jc w:val="left"/>
            </w:pPr>
            <w:r>
              <w:rPr>
                <w:sz w:val="16"/>
              </w:rPr>
              <w:t>Debris Flow</w:t>
            </w:r>
          </w:p>
        </w:tc>
        <w:tc>
          <w:tcPr>
            <w:tcW w:type="dxa" w:w="1742"/>
          </w:tcPr>
          <w:p>
            <w:pPr>
              <w:spacing w:after="0"/>
              <w:jc w:val="left"/>
            </w:pPr>
            <w:r>
              <w:rPr>
                <w:sz w:val="16"/>
              </w:rPr>
              <w:t>none (count and damage)</w:t>
            </w:r>
          </w:p>
        </w:tc>
        <w:tc>
          <w:tcPr>
            <w:tcW w:type="dxa" w:w="1567"/>
          </w:tcPr>
          <w:p>
            <w:pPr>
              <w:spacing w:after="0"/>
              <w:jc w:val="right"/>
            </w:pPr>
            <w:r>
              <w:rPr>
                <w:sz w:val="16"/>
              </w:rPr>
              <w:t>0</w:t>
            </w:r>
          </w:p>
        </w:tc>
        <w:tc>
          <w:tcPr>
            <w:tcW w:type="dxa" w:w="1369"/>
          </w:tcPr>
          <w:p>
            <w:pPr>
              <w:spacing w:after="0"/>
              <w:jc w:val="left"/>
            </w:pPr>
          </w:p>
        </w:tc>
        <w:tc>
          <w:tcPr>
            <w:tcW w:type="dxa" w:w="1830"/>
          </w:tcPr>
          <w:p>
            <w:pPr>
              <w:spacing w:after="0"/>
              <w:jc w:val="left"/>
            </w:pPr>
          </w:p>
        </w:tc>
        <w:tc>
          <w:tcPr>
            <w:tcW w:type="dxa" w:w="1611"/>
          </w:tcPr>
          <w:p>
            <w:pPr>
              <w:spacing w:after="0"/>
              <w:jc w:val="left"/>
            </w:pPr>
          </w:p>
        </w:tc>
        <w:tc>
          <w:tcPr>
            <w:tcW w:type="dxa" w:w="1991"/>
          </w:tcPr>
          <w:p>
            <w:pPr>
              <w:spacing w:after="0"/>
              <w:jc w:val="left"/>
            </w:pPr>
          </w:p>
        </w:tc>
        <w:tc>
          <w:tcPr>
            <w:tcW w:type="dxa" w:w="2253"/>
          </w:tcPr>
          <w:p>
            <w:pPr>
              <w:spacing w:after="0"/>
              <w:jc w:val="left"/>
            </w:pPr>
            <w:r>
              <w:rPr>
                <w:sz w:val="16"/>
              </w:rPr>
              <w:t>Physical measure: in event narratives only; local data required.</w:t>
            </w:r>
          </w:p>
        </w:tc>
      </w:tr>
      <w:tr>
        <w:trPr>
          <w:cantSplit/>
        </w:trPr>
        <w:tc>
          <w:tcPr>
            <w:tcW w:type="dxa" w:w="1749"/>
          </w:tcPr>
          <w:p>
            <w:pPr>
              <w:spacing w:after="0"/>
              <w:jc w:val="left"/>
            </w:pPr>
            <w:r>
              <w:rPr>
                <w:sz w:val="16"/>
              </w:rPr>
              <w:t>Lightning</w:t>
            </w:r>
          </w:p>
        </w:tc>
        <w:tc>
          <w:tcPr>
            <w:tcW w:type="dxa" w:w="1742"/>
          </w:tcPr>
          <w:p>
            <w:pPr>
              <w:spacing w:after="0"/>
              <w:jc w:val="left"/>
            </w:pPr>
            <w:r>
              <w:rPr>
                <w:sz w:val="16"/>
              </w:rPr>
              <w:t>annualized frequency (the measure FEMA's Local Mitigation Planning Handbook names)</w:t>
            </w:r>
          </w:p>
        </w:tc>
        <w:tc>
          <w:tcPr>
            <w:tcW w:type="dxa" w:w="1567"/>
          </w:tcPr>
          <w:p>
            <w:pPr>
              <w:spacing w:after="0"/>
              <w:jc w:val="right"/>
            </w:pPr>
            <w:r>
              <w:rPr>
                <w:sz w:val="16"/>
              </w:rPr>
              <w:t>6, 2000 to 2013</w:t>
            </w:r>
          </w:p>
        </w:tc>
        <w:tc>
          <w:tcPr>
            <w:tcW w:type="dxa" w:w="1369"/>
          </w:tcPr>
          <w:p>
            <w:pPr>
              <w:spacing w:after="0"/>
              <w:jc w:val="left"/>
            </w:pPr>
          </w:p>
        </w:tc>
        <w:tc>
          <w:tcPr>
            <w:tcW w:type="dxa" w:w="1830"/>
          </w:tcPr>
          <w:p>
            <w:pPr>
              <w:spacing w:after="0"/>
              <w:jc w:val="left"/>
            </w:pPr>
            <w:r>
              <w:rPr>
                <w:sz w:val="16"/>
              </w:rPr>
              <w:t>Lightning, 2007-05-10, $50,000 property; $0 crops (2007 dollars)</w:t>
            </w:r>
          </w:p>
        </w:tc>
        <w:tc>
          <w:tcPr>
            <w:tcW w:type="dxa" w:w="1611"/>
          </w:tcPr>
          <w:p>
            <w:pPr>
              <w:spacing w:after="0"/>
              <w:jc w:val="left"/>
            </w:pPr>
          </w:p>
        </w:tc>
        <w:tc>
          <w:tcPr>
            <w:tcW w:type="dxa" w:w="1991"/>
          </w:tcPr>
          <w:p>
            <w:pPr>
              <w:spacing w:after="0"/>
              <w:jc w:val="left"/>
            </w:pPr>
            <w:r>
              <w:rPr>
                <w:sz w:val="16"/>
              </w:rPr>
              <w:t>Event records naming places in the county (county page list): Clarendon town (2 records), Brandon town (1 record), Hubbardton town (1 record), Poultney town (1 record), Poultney village (1 record).</w:t>
            </w:r>
          </w:p>
        </w:tc>
        <w:tc>
          <w:tcPr>
            <w:tcW w:type="dxa" w:w="2253"/>
          </w:tcPr>
          <w:p>
            <w:pPr>
              <w:spacing w:after="0"/>
              <w:jc w:val="left"/>
            </w:pPr>
            <w:r>
              <w:rPr>
                <w:sz w:val="16"/>
              </w:rPr>
              <w:t>Storm Events lists lightning with damage or casualties; physical measure in event narratives only; local data required.</w:t>
            </w:r>
          </w:p>
        </w:tc>
      </w:tr>
      <w:tr>
        <w:trPr>
          <w:cantSplit/>
        </w:trPr>
        <w:tc>
          <w:tcPr>
            <w:tcW w:type="dxa" w:w="1749"/>
          </w:tcPr>
          <w:p>
            <w:pPr>
              <w:spacing w:after="0"/>
              <w:jc w:val="left"/>
            </w:pPr>
            <w:r>
              <w:rPr>
                <w:sz w:val="16"/>
              </w:rPr>
              <w:t>High Wind and Strong Wind (outside NRI Strong Wind definition)</w:t>
            </w:r>
          </w:p>
        </w:tc>
        <w:tc>
          <w:tcPr>
            <w:tcW w:type="dxa" w:w="1742"/>
          </w:tcPr>
          <w:p>
            <w:pPr>
              <w:spacing w:after="0"/>
              <w:jc w:val="left"/>
            </w:pPr>
            <w:r>
              <w:rPr>
                <w:sz w:val="16"/>
              </w:rPr>
              <w:t>wind speed (kt and mph)</w:t>
            </w:r>
          </w:p>
        </w:tc>
        <w:tc>
          <w:tcPr>
            <w:tcW w:type="dxa" w:w="1567"/>
          </w:tcPr>
          <w:p>
            <w:pPr>
              <w:spacing w:after="0"/>
              <w:jc w:val="right"/>
            </w:pPr>
            <w:r>
              <w:rPr>
                <w:sz w:val="16"/>
              </w:rPr>
              <w:t>78, 1996 to 2025 (77 zone-level)</w:t>
            </w:r>
          </w:p>
        </w:tc>
        <w:tc>
          <w:tcPr>
            <w:tcW w:type="dxa" w:w="1369"/>
          </w:tcPr>
          <w:p>
            <w:pPr>
              <w:spacing w:after="0"/>
              <w:jc w:val="left"/>
            </w:pPr>
            <w:r>
              <w:rPr>
                <w:sz w:val="16"/>
              </w:rPr>
              <w:t>30 kt (35 mph) to 69 kt (79 mph) (median 43 kt (49 mph)); 69 with a recorded value</w:t>
            </w:r>
          </w:p>
        </w:tc>
        <w:tc>
          <w:tcPr>
            <w:tcW w:type="dxa" w:w="1830"/>
          </w:tcPr>
          <w:p>
            <w:pPr>
              <w:spacing w:after="0"/>
              <w:jc w:val="left"/>
            </w:pPr>
            <w:r>
              <w:rPr>
                <w:sz w:val="16"/>
              </w:rPr>
              <w:t>69 kt (79 mph) estimated gust, High Wind, 2007-04-16; NWS zone VTZ011 (WESTERN RUTLAND), zone-level: may include parts of neighboring counties</w:t>
            </w:r>
          </w:p>
        </w:tc>
        <w:tc>
          <w:tcPr>
            <w:tcW w:type="dxa" w:w="1611"/>
          </w:tcPr>
          <w:p>
            <w:pPr>
              <w:spacing w:after="0"/>
              <w:jc w:val="left"/>
            </w:pPr>
          </w:p>
        </w:tc>
        <w:tc>
          <w:tcPr>
            <w:tcW w:type="dxa" w:w="1991"/>
          </w:tcPr>
          <w:p>
            <w:pPr>
              <w:spacing w:after="0"/>
              <w:jc w:val="left"/>
            </w:pPr>
            <w:r>
              <w:rPr>
                <w:sz w:val="16"/>
              </w:rPr>
              <w:t>No event record names a listed place in the county. Zone-level records (77) apply countywide.</w:t>
            </w:r>
          </w:p>
        </w:tc>
        <w:tc>
          <w:tcPr>
            <w:tcW w:type="dxa" w:w="2253"/>
          </w:tcPr>
          <w:p>
            <w:pPr>
              <w:spacing w:after="0"/>
              <w:jc w:val="left"/>
            </w:pPr>
          </w:p>
        </w:tc>
      </w:tr>
      <w:tr>
        <w:trPr>
          <w:cantSplit/>
        </w:trPr>
        <w:tc>
          <w:tcPr>
            <w:tcW w:type="dxa" w:w="1749"/>
          </w:tcPr>
          <w:p>
            <w:pPr>
              <w:spacing w:after="0"/>
              <w:jc w:val="left"/>
            </w:pPr>
            <w:r>
              <w:rPr>
                <w:sz w:val="16"/>
              </w:rPr>
              <w:t>Thunderstorm Wind</w:t>
            </w:r>
          </w:p>
        </w:tc>
        <w:tc>
          <w:tcPr>
            <w:tcW w:type="dxa" w:w="1742"/>
          </w:tcPr>
          <w:p>
            <w:pPr>
              <w:spacing w:after="0"/>
              <w:jc w:val="left"/>
            </w:pPr>
            <w:r>
              <w:rPr>
                <w:sz w:val="16"/>
              </w:rPr>
              <w:t>wind speed (kt and mph)</w:t>
            </w:r>
          </w:p>
        </w:tc>
        <w:tc>
          <w:tcPr>
            <w:tcW w:type="dxa" w:w="1567"/>
          </w:tcPr>
          <w:p>
            <w:pPr>
              <w:spacing w:after="0"/>
              <w:jc w:val="right"/>
            </w:pPr>
            <w:r>
              <w:rPr>
                <w:sz w:val="16"/>
              </w:rPr>
              <w:t>275, 1955 to 2026</w:t>
            </w:r>
          </w:p>
        </w:tc>
        <w:tc>
          <w:tcPr>
            <w:tcW w:type="dxa" w:w="1369"/>
          </w:tcPr>
          <w:p>
            <w:pPr>
              <w:spacing w:after="0"/>
              <w:jc w:val="left"/>
            </w:pPr>
            <w:r>
              <w:rPr>
                <w:sz w:val="16"/>
              </w:rPr>
              <w:t>50 kt (58 mph) to 82 kt (94 mph) (median 50 kt (58 mph)); 180 with a recorded value</w:t>
            </w:r>
          </w:p>
        </w:tc>
        <w:tc>
          <w:tcPr>
            <w:tcW w:type="dxa" w:w="1830"/>
          </w:tcPr>
          <w:p>
            <w:pPr>
              <w:spacing w:after="0"/>
              <w:jc w:val="left"/>
            </w:pPr>
            <w:r>
              <w:rPr>
                <w:sz w:val="16"/>
              </w:rPr>
              <w:t>82 kt (94 mph), measurement type not recorded, Thunderstorm Wind, 1984-05-23</w:t>
            </w:r>
          </w:p>
        </w:tc>
        <w:tc>
          <w:tcPr>
            <w:tcW w:type="dxa" w:w="1611"/>
          </w:tcPr>
          <w:p>
            <w:pPr>
              <w:spacing w:after="0"/>
              <w:jc w:val="left"/>
            </w:pPr>
            <w:r>
              <w:rPr>
                <w:sz w:val="16"/>
              </w:rPr>
              <w:t>Thunderstorm Wind, 2022-08-26, $500,000 property; $100,000 crops (2022 dollars)</w:t>
            </w:r>
          </w:p>
        </w:tc>
        <w:tc>
          <w:tcPr>
            <w:tcW w:type="dxa" w:w="1991"/>
          </w:tcPr>
          <w:p>
            <w:pPr>
              <w:spacing w:after="0"/>
              <w:jc w:val="left"/>
            </w:pPr>
            <w:r>
              <w:rPr>
                <w:sz w:val="16"/>
              </w:rPr>
              <w:t>Event records naming places in the county (county page list): Rutland city (28 records), Rutland town (28 records), Castleton town (20 records), Pittsford town (17 records), Poultney town (15 records), Brandon town (12 records), Danby town (11 records), Poultney village (11 records), Pawlet town (10 records), Benson town (9 records); and 17 more places (see the XLSX file).</w:t>
            </w:r>
          </w:p>
        </w:tc>
        <w:tc>
          <w:tcPr>
            <w:tcW w:type="dxa" w:w="2253"/>
          </w:tcPr>
          <w:p>
            <w:pPr>
              <w:spacing w:after="0"/>
              <w:jc w:val="left"/>
            </w:pPr>
          </w:p>
        </w:tc>
      </w:tr>
      <w:tr>
        <w:trPr>
          <w:cantSplit/>
        </w:trPr>
        <w:tc>
          <w:tcPr>
            <w:tcW w:type="dxa" w:w="1749"/>
          </w:tcPr>
          <w:p>
            <w:pPr>
              <w:spacing w:after="0"/>
              <w:jc w:val="left"/>
            </w:pPr>
            <w:r>
              <w:rPr>
                <w:sz w:val="16"/>
              </w:rPr>
              <w:t>Tornado</w:t>
            </w:r>
          </w:p>
        </w:tc>
        <w:tc>
          <w:tcPr>
            <w:tcW w:type="dxa" w:w="1742"/>
          </w:tcPr>
          <w:p>
            <w:pPr>
              <w:spacing w:after="0"/>
              <w:jc w:val="left"/>
            </w:pPr>
            <w:r>
              <w:rPr>
                <w:sz w:val="16"/>
              </w:rPr>
              <w:t>Enhanced Fujita (F before Feb 2007)</w:t>
            </w:r>
          </w:p>
        </w:tc>
        <w:tc>
          <w:tcPr>
            <w:tcW w:type="dxa" w:w="1567"/>
          </w:tcPr>
          <w:p>
            <w:pPr>
              <w:spacing w:after="0"/>
              <w:jc w:val="right"/>
            </w:pPr>
            <w:r>
              <w:rPr>
                <w:sz w:val="16"/>
              </w:rPr>
              <w:t>2, 1961 to 2023</w:t>
            </w:r>
          </w:p>
        </w:tc>
        <w:tc>
          <w:tcPr>
            <w:tcW w:type="dxa" w:w="1369"/>
          </w:tcPr>
          <w:p>
            <w:pPr>
              <w:spacing w:after="0"/>
              <w:jc w:val="left"/>
            </w:pPr>
            <w:r>
              <w:rPr>
                <w:sz w:val="16"/>
              </w:rPr>
              <w:t>F/EF0; 2 with a recorded value</w:t>
            </w:r>
          </w:p>
        </w:tc>
        <w:tc>
          <w:tcPr>
            <w:tcW w:type="dxa" w:w="1830"/>
          </w:tcPr>
          <w:p>
            <w:pPr>
              <w:spacing w:after="0"/>
              <w:jc w:val="left"/>
            </w:pPr>
            <w:r>
              <w:rPr>
                <w:sz w:val="16"/>
              </w:rPr>
              <w:t>EF0 tornado, 2023-07-13, 11.85 mi within this county, 20 yd wide, $50,000 property; $0 crops (2023 dollars)</w:t>
            </w:r>
          </w:p>
        </w:tc>
        <w:tc>
          <w:tcPr>
            <w:tcW w:type="dxa" w:w="1611"/>
          </w:tcPr>
          <w:p>
            <w:pPr>
              <w:spacing w:after="0"/>
              <w:jc w:val="left"/>
            </w:pPr>
          </w:p>
        </w:tc>
        <w:tc>
          <w:tcPr>
            <w:tcW w:type="dxa" w:w="1991"/>
          </w:tcPr>
          <w:p>
            <w:pPr>
              <w:spacing w:after="0"/>
              <w:jc w:val="left"/>
            </w:pPr>
            <w:r>
              <w:rPr>
                <w:sz w:val="16"/>
              </w:rPr>
              <w:t>Event records naming places in the county (county page list): Benson town (1 record), Brandon town (1 record).</w:t>
            </w:r>
          </w:p>
        </w:tc>
        <w:tc>
          <w:tcPr>
            <w:tcW w:type="dxa" w:w="225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49"/>
          </w:tcPr>
          <w:p>
            <w:pPr>
              <w:spacing w:after="0"/>
              <w:jc w:val="left"/>
            </w:pPr>
            <w:r>
              <w:rPr>
                <w:sz w:val="16"/>
              </w:rPr>
              <w:t>Tsunami</w:t>
            </w:r>
          </w:p>
        </w:tc>
        <w:tc>
          <w:tcPr>
            <w:tcW w:type="dxa" w:w="1742"/>
          </w:tcPr>
          <w:p>
            <w:pPr>
              <w:spacing w:after="0"/>
              <w:jc w:val="left"/>
            </w:pPr>
            <w:r>
              <w:rPr>
                <w:sz w:val="16"/>
              </w:rPr>
              <w:t>none (count and damage)</w:t>
            </w:r>
          </w:p>
        </w:tc>
        <w:tc>
          <w:tcPr>
            <w:tcW w:type="dxa" w:w="1567"/>
          </w:tcPr>
          <w:p>
            <w:pPr>
              <w:spacing w:after="0"/>
              <w:jc w:val="right"/>
            </w:pPr>
            <w:r>
              <w:rPr>
                <w:sz w:val="16"/>
              </w:rPr>
              <w:t>0</w:t>
            </w:r>
          </w:p>
        </w:tc>
        <w:tc>
          <w:tcPr>
            <w:tcW w:type="dxa" w:w="1369"/>
          </w:tcPr>
          <w:p>
            <w:pPr>
              <w:spacing w:after="0"/>
              <w:jc w:val="left"/>
            </w:pPr>
          </w:p>
        </w:tc>
        <w:tc>
          <w:tcPr>
            <w:tcW w:type="dxa" w:w="1830"/>
          </w:tcPr>
          <w:p>
            <w:pPr>
              <w:spacing w:after="0"/>
              <w:jc w:val="left"/>
            </w:pPr>
          </w:p>
        </w:tc>
        <w:tc>
          <w:tcPr>
            <w:tcW w:type="dxa" w:w="1611"/>
          </w:tcPr>
          <w:p>
            <w:pPr>
              <w:spacing w:after="0"/>
              <w:jc w:val="left"/>
            </w:pPr>
          </w:p>
        </w:tc>
        <w:tc>
          <w:tcPr>
            <w:tcW w:type="dxa" w:w="1991"/>
          </w:tcPr>
          <w:p>
            <w:pPr>
              <w:spacing w:after="0"/>
              <w:jc w:val="left"/>
            </w:pPr>
          </w:p>
        </w:tc>
        <w:tc>
          <w:tcPr>
            <w:tcW w:type="dxa" w:w="2253"/>
          </w:tcPr>
          <w:p>
            <w:pPr>
              <w:spacing w:after="0"/>
              <w:jc w:val="left"/>
            </w:pPr>
            <w:r>
              <w:rPr>
                <w:sz w:val="16"/>
              </w:rPr>
              <w:t>Physical measure: in event narratives only; local data required.</w:t>
            </w:r>
          </w:p>
        </w:tc>
      </w:tr>
      <w:tr>
        <w:trPr>
          <w:cantSplit/>
        </w:trPr>
        <w:tc>
          <w:tcPr>
            <w:tcW w:type="dxa" w:w="1749"/>
          </w:tcPr>
          <w:p>
            <w:pPr>
              <w:spacing w:after="0"/>
              <w:jc w:val="left"/>
            </w:pPr>
            <w:r>
              <w:rPr>
                <w:sz w:val="16"/>
              </w:rPr>
              <w:t>Volcanic Ash, Volcanic Ashfall</w:t>
            </w:r>
          </w:p>
        </w:tc>
        <w:tc>
          <w:tcPr>
            <w:tcW w:type="dxa" w:w="1742"/>
          </w:tcPr>
          <w:p>
            <w:pPr>
              <w:spacing w:after="0"/>
              <w:jc w:val="left"/>
            </w:pPr>
            <w:r>
              <w:rPr>
                <w:sz w:val="16"/>
              </w:rPr>
              <w:t>Volcanic Explosivity Index (local data)</w:t>
            </w:r>
          </w:p>
        </w:tc>
        <w:tc>
          <w:tcPr>
            <w:tcW w:type="dxa" w:w="1567"/>
          </w:tcPr>
          <w:p>
            <w:pPr>
              <w:spacing w:after="0"/>
              <w:jc w:val="right"/>
            </w:pPr>
            <w:r>
              <w:rPr>
                <w:sz w:val="16"/>
              </w:rPr>
              <w:t>0</w:t>
            </w:r>
          </w:p>
        </w:tc>
        <w:tc>
          <w:tcPr>
            <w:tcW w:type="dxa" w:w="1369"/>
          </w:tcPr>
          <w:p>
            <w:pPr>
              <w:spacing w:after="0"/>
              <w:jc w:val="left"/>
            </w:pPr>
          </w:p>
        </w:tc>
        <w:tc>
          <w:tcPr>
            <w:tcW w:type="dxa" w:w="1830"/>
          </w:tcPr>
          <w:p>
            <w:pPr>
              <w:spacing w:after="0"/>
              <w:jc w:val="left"/>
            </w:pPr>
          </w:p>
        </w:tc>
        <w:tc>
          <w:tcPr>
            <w:tcW w:type="dxa" w:w="1611"/>
          </w:tcPr>
          <w:p>
            <w:pPr>
              <w:spacing w:after="0"/>
              <w:jc w:val="left"/>
            </w:pPr>
          </w:p>
        </w:tc>
        <w:tc>
          <w:tcPr>
            <w:tcW w:type="dxa" w:w="1991"/>
          </w:tcPr>
          <w:p>
            <w:pPr>
              <w:spacing w:after="0"/>
              <w:jc w:val="left"/>
            </w:pPr>
          </w:p>
        </w:tc>
        <w:tc>
          <w:tcPr>
            <w:tcW w:type="dxa" w:w="2253"/>
          </w:tcPr>
          <w:p>
            <w:pPr>
              <w:spacing w:after="0"/>
              <w:jc w:val="left"/>
            </w:pPr>
            <w:r>
              <w:rPr>
                <w:sz w:val="16"/>
              </w:rPr>
              <w:t>Physical measure: in event narratives only; local data required.</w:t>
            </w:r>
          </w:p>
        </w:tc>
      </w:tr>
      <w:tr>
        <w:trPr>
          <w:cantSplit/>
        </w:trPr>
        <w:tc>
          <w:tcPr>
            <w:tcW w:type="dxa" w:w="1749"/>
          </w:tcPr>
          <w:p>
            <w:pPr>
              <w:spacing w:after="0"/>
              <w:jc w:val="left"/>
            </w:pPr>
            <w:r>
              <w:rPr>
                <w:sz w:val="16"/>
              </w:rPr>
              <w:t>Wildfire</w:t>
            </w:r>
          </w:p>
        </w:tc>
        <w:tc>
          <w:tcPr>
            <w:tcW w:type="dxa" w:w="1742"/>
          </w:tcPr>
          <w:p>
            <w:pPr>
              <w:spacing w:after="0"/>
              <w:jc w:val="left"/>
            </w:pPr>
            <w:r>
              <w:rPr>
                <w:sz w:val="16"/>
              </w:rPr>
              <w:t>acres burned (local data)</w:t>
            </w:r>
          </w:p>
        </w:tc>
        <w:tc>
          <w:tcPr>
            <w:tcW w:type="dxa" w:w="1567"/>
          </w:tcPr>
          <w:p>
            <w:pPr>
              <w:spacing w:after="0"/>
              <w:jc w:val="right"/>
            </w:pPr>
            <w:r>
              <w:rPr>
                <w:sz w:val="16"/>
              </w:rPr>
              <w:t>0</w:t>
            </w:r>
          </w:p>
        </w:tc>
        <w:tc>
          <w:tcPr>
            <w:tcW w:type="dxa" w:w="1369"/>
          </w:tcPr>
          <w:p>
            <w:pPr>
              <w:spacing w:after="0"/>
              <w:jc w:val="left"/>
            </w:pPr>
          </w:p>
        </w:tc>
        <w:tc>
          <w:tcPr>
            <w:tcW w:type="dxa" w:w="1830"/>
          </w:tcPr>
          <w:p>
            <w:pPr>
              <w:spacing w:after="0"/>
              <w:jc w:val="left"/>
            </w:pPr>
          </w:p>
        </w:tc>
        <w:tc>
          <w:tcPr>
            <w:tcW w:type="dxa" w:w="1611"/>
          </w:tcPr>
          <w:p>
            <w:pPr>
              <w:spacing w:after="0"/>
              <w:jc w:val="left"/>
            </w:pPr>
          </w:p>
        </w:tc>
        <w:tc>
          <w:tcPr>
            <w:tcW w:type="dxa" w:w="1991"/>
          </w:tcPr>
          <w:p>
            <w:pPr>
              <w:spacing w:after="0"/>
              <w:jc w:val="left"/>
            </w:pPr>
          </w:p>
        </w:tc>
        <w:tc>
          <w:tcPr>
            <w:tcW w:type="dxa" w:w="2253"/>
          </w:tcPr>
          <w:p>
            <w:pPr>
              <w:spacing w:after="0"/>
              <w:jc w:val="left"/>
            </w:pPr>
            <w:r>
              <w:rPr>
                <w:sz w:val="16"/>
              </w:rPr>
              <w:t>Acres burned: in event narratives only; local data required.</w:t>
            </w:r>
          </w:p>
        </w:tc>
      </w:tr>
      <w:tr>
        <w:trPr>
          <w:cantSplit/>
        </w:trPr>
        <w:tc>
          <w:tcPr>
            <w:tcW w:type="dxa" w:w="1749"/>
          </w:tcPr>
          <w:p>
            <w:pPr>
              <w:spacing w:after="0"/>
              <w:jc w:val="left"/>
            </w:pPr>
            <w:r>
              <w:rPr>
                <w:sz w:val="16"/>
              </w:rPr>
              <w:t>Winter Storm, Heavy Snow, Blizzard, Lake-Effect Snow, Winter Weather, Sleet</w:t>
            </w:r>
          </w:p>
        </w:tc>
        <w:tc>
          <w:tcPr>
            <w:tcW w:type="dxa" w:w="1742"/>
          </w:tcPr>
          <w:p>
            <w:pPr>
              <w:spacing w:after="0"/>
              <w:jc w:val="left"/>
            </w:pPr>
            <w:r>
              <w:rPr>
                <w:sz w:val="16"/>
              </w:rPr>
              <w:t>none in data (snowfall local)</w:t>
            </w:r>
          </w:p>
        </w:tc>
        <w:tc>
          <w:tcPr>
            <w:tcW w:type="dxa" w:w="1567"/>
          </w:tcPr>
          <w:p>
            <w:pPr>
              <w:spacing w:after="0"/>
              <w:jc w:val="right"/>
            </w:pPr>
            <w:r>
              <w:rPr>
                <w:sz w:val="16"/>
              </w:rPr>
              <w:t>287, 1996 to 2026 (287 zone-level)</w:t>
            </w:r>
          </w:p>
        </w:tc>
        <w:tc>
          <w:tcPr>
            <w:tcW w:type="dxa" w:w="1369"/>
          </w:tcPr>
          <w:p>
            <w:pPr>
              <w:spacing w:after="0"/>
              <w:jc w:val="left"/>
            </w:pPr>
          </w:p>
        </w:tc>
        <w:tc>
          <w:tcPr>
            <w:tcW w:type="dxa" w:w="1830"/>
          </w:tcPr>
          <w:p>
            <w:pPr>
              <w:spacing w:after="0"/>
              <w:jc w:val="left"/>
            </w:pPr>
            <w:r>
              <w:rPr>
                <w:sz w:val="16"/>
              </w:rPr>
              <w:t>Winter Storm, 2014-12-09, $200,000 property; $0 crops, reported for the zone (2014 dollars); NWS zone VTZ019 (EASTERN RUTLAND), zone-level: may include parts of neighboring counties</w:t>
            </w:r>
          </w:p>
        </w:tc>
        <w:tc>
          <w:tcPr>
            <w:tcW w:type="dxa" w:w="1611"/>
          </w:tcPr>
          <w:p>
            <w:pPr>
              <w:spacing w:after="0"/>
              <w:jc w:val="left"/>
            </w:pPr>
          </w:p>
        </w:tc>
        <w:tc>
          <w:tcPr>
            <w:tcW w:type="dxa" w:w="1991"/>
          </w:tcPr>
          <w:p>
            <w:pPr>
              <w:spacing w:after="0"/>
              <w:jc w:val="left"/>
            </w:pPr>
            <w:r>
              <w:rPr>
                <w:sz w:val="16"/>
              </w:rPr>
              <w:t>Zone-level records: applies countywide; national data do not locate these events within the county.</w:t>
            </w:r>
          </w:p>
        </w:tc>
        <w:tc>
          <w:tcPr>
            <w:tcW w:type="dxa" w:w="225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rPr>
        <w:t>Inherited from Rutland County, county-level (county FIPS 50021); scope: declarations, statewide block and Storm Events history.</w:t>
      </w:r>
    </w:p>
    <w:p>
      <w:pPr>
        <w:keepNext/>
        <w:spacing w:after="40" w:before="0"/>
      </w:pPr>
      <w:r>
        <w:rPr>
          <w:b/>
        </w:rPr>
        <w:t xml:space="preserve">Declaration rows: </w:t>
      </w:r>
      <w:r>
        <w:rPr/>
        <w:t>22</w:t>
      </w:r>
    </w:p>
    <w:p>
      <w:pPr>
        <w:keepNext/>
        <w:spacing w:after="40" w:before="0"/>
      </w:pPr>
      <w:r>
        <w:rPr>
          <w:b/>
        </w:rPr>
        <w:t xml:space="preserve">Counted incidents: </w:t>
      </w:r>
      <w:r>
        <w:rPr/>
        <w:t>18</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76"/>
        <w:gridCol w:w="1076"/>
        <w:gridCol w:w="1076"/>
        <w:gridCol w:w="1447"/>
        <w:gridCol w:w="2558"/>
        <w:gridCol w:w="2373"/>
        <w:gridCol w:w="1484"/>
        <w:gridCol w:w="2095"/>
        <w:gridCol w:w="928"/>
      </w:tblGrid>
      <w:tr>
        <w:trPr>
          <w:cantSplit/>
          <w:tblHeader/>
        </w:trPr>
        <w:tc>
          <w:tcPr>
            <w:tcW w:type="dxa" w:w="1076"/>
            <w:shd w:val="clear" w:color="auto" w:fill="E8E8E8"/>
          </w:tcPr>
          <w:p>
            <w:pPr>
              <w:spacing w:after="0"/>
              <w:jc w:val="left"/>
            </w:pPr>
            <w:r>
              <w:rPr>
                <w:b/>
                <w:sz w:val="16"/>
              </w:rPr>
              <w:t>Declared</w:t>
            </w:r>
          </w:p>
        </w:tc>
        <w:tc>
          <w:tcPr>
            <w:tcW w:type="dxa" w:w="1076"/>
            <w:shd w:val="clear" w:color="auto" w:fill="E8E8E8"/>
          </w:tcPr>
          <w:p>
            <w:pPr>
              <w:spacing w:after="0"/>
              <w:jc w:val="left"/>
            </w:pPr>
            <w:r>
              <w:rPr>
                <w:b/>
                <w:sz w:val="16"/>
              </w:rPr>
              <w:t>Incident began</w:t>
            </w:r>
          </w:p>
        </w:tc>
        <w:tc>
          <w:tcPr>
            <w:tcW w:type="dxa" w:w="1076"/>
            <w:shd w:val="clear" w:color="auto" w:fill="E8E8E8"/>
          </w:tcPr>
          <w:p>
            <w:pPr>
              <w:spacing w:after="0"/>
              <w:jc w:val="left"/>
            </w:pPr>
            <w:r>
              <w:rPr>
                <w:b/>
                <w:sz w:val="16"/>
              </w:rPr>
              <w:t>FEMA number</w:t>
            </w:r>
          </w:p>
        </w:tc>
        <w:tc>
          <w:tcPr>
            <w:tcW w:type="dxa" w:w="1447"/>
            <w:shd w:val="clear" w:color="auto" w:fill="E8E8E8"/>
          </w:tcPr>
          <w:p>
            <w:pPr>
              <w:spacing w:after="0"/>
              <w:jc w:val="left"/>
            </w:pPr>
            <w:r>
              <w:rPr>
                <w:b/>
                <w:sz w:val="16"/>
              </w:rPr>
              <w:t>Type</w:t>
            </w:r>
          </w:p>
        </w:tc>
        <w:tc>
          <w:tcPr>
            <w:tcW w:type="dxa" w:w="2558"/>
            <w:shd w:val="clear" w:color="auto" w:fill="E8E8E8"/>
          </w:tcPr>
          <w:p>
            <w:pPr>
              <w:spacing w:after="0"/>
              <w:jc w:val="left"/>
            </w:pPr>
            <w:r>
              <w:rPr>
                <w:b/>
                <w:sz w:val="16"/>
              </w:rPr>
              <w:t>Title</w:t>
            </w:r>
          </w:p>
        </w:tc>
        <w:tc>
          <w:tcPr>
            <w:tcW w:type="dxa" w:w="2373"/>
            <w:shd w:val="clear" w:color="auto" w:fill="E8E8E8"/>
          </w:tcPr>
          <w:p>
            <w:pPr>
              <w:spacing w:after="0"/>
              <w:jc w:val="left"/>
            </w:pPr>
            <w:r>
              <w:rPr>
                <w:b/>
                <w:sz w:val="16"/>
              </w:rPr>
              <w:t>Mapped hazard</w:t>
            </w:r>
          </w:p>
        </w:tc>
        <w:tc>
          <w:tcPr>
            <w:tcW w:type="dxa" w:w="148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095"/>
            <w:shd w:val="clear" w:color="auto" w:fill="E8E8E8"/>
          </w:tcPr>
          <w:p>
            <w:pPr>
              <w:spacing w:after="0"/>
              <w:jc w:val="left"/>
            </w:pPr>
            <w:r>
              <w:rPr>
                <w:b/>
                <w:sz w:val="16"/>
              </w:rPr>
              <w:t>Flags</w:t>
            </w:r>
          </w:p>
        </w:tc>
        <w:tc>
          <w:tcPr>
            <w:tcW w:type="dxa" w:w="928"/>
            <w:shd w:val="clear" w:color="auto" w:fill="E8E8E8"/>
          </w:tcPr>
          <w:p>
            <w:pPr>
              <w:spacing w:after="0"/>
              <w:jc w:val="left"/>
            </w:pPr>
            <w:r>
              <w:rPr>
                <w:b/>
                <w:sz w:val="16"/>
              </w:rPr>
              <w:t>Notes</w:t>
            </w:r>
          </w:p>
        </w:tc>
      </w:tr>
      <w:tr>
        <w:trPr>
          <w:cantSplit/>
        </w:trPr>
        <w:tc>
          <w:tcPr>
            <w:tcW w:type="dxa" w:w="1076"/>
          </w:tcPr>
          <w:p>
            <w:pPr>
              <w:spacing w:after="0"/>
              <w:jc w:val="left"/>
            </w:pPr>
            <w:r>
              <w:rPr>
                <w:sz w:val="16"/>
              </w:rPr>
              <w:t>2024-08-08</w:t>
            </w:r>
          </w:p>
        </w:tc>
        <w:tc>
          <w:tcPr>
            <w:tcW w:type="dxa" w:w="1076"/>
          </w:tcPr>
          <w:p>
            <w:pPr>
              <w:spacing w:after="0"/>
              <w:jc w:val="left"/>
            </w:pPr>
            <w:r>
              <w:rPr>
                <w:sz w:val="16"/>
              </w:rPr>
              <w:t>2024-08-08</w:t>
            </w:r>
          </w:p>
        </w:tc>
        <w:tc>
          <w:tcPr>
            <w:tcW w:type="dxa" w:w="1076"/>
          </w:tcPr>
          <w:p>
            <w:pPr>
              <w:spacing w:after="0"/>
              <w:jc w:val="left"/>
            </w:pPr>
            <w:r>
              <w:rPr>
                <w:sz w:val="16"/>
              </w:rPr>
              <w:t>EM-3609-VT</w:t>
            </w:r>
          </w:p>
        </w:tc>
        <w:tc>
          <w:tcPr>
            <w:tcW w:type="dxa" w:w="1447"/>
          </w:tcPr>
          <w:p>
            <w:pPr>
              <w:spacing w:after="0"/>
              <w:jc w:val="left"/>
            </w:pPr>
            <w:r>
              <w:rPr>
                <w:sz w:val="16"/>
              </w:rPr>
              <w:t>Emergency</w:t>
            </w:r>
          </w:p>
        </w:tc>
        <w:tc>
          <w:tcPr>
            <w:tcW w:type="dxa" w:w="2558"/>
          </w:tcPr>
          <w:p>
            <w:pPr>
              <w:spacing w:after="0"/>
              <w:jc w:val="left"/>
            </w:pPr>
            <w:r>
              <w:rPr>
                <w:sz w:val="16"/>
              </w:rPr>
              <w:t>TROPICAL DEPRESSION DEBBY</w:t>
            </w:r>
          </w:p>
        </w:tc>
        <w:tc>
          <w:tcPr>
            <w:tcW w:type="dxa" w:w="2373"/>
          </w:tcPr>
          <w:p>
            <w:pPr>
              <w:spacing w:after="0"/>
              <w:jc w:val="left"/>
            </w:pPr>
            <w:r>
              <w:rPr>
                <w:sz w:val="16"/>
              </w:rPr>
              <w:t>Hurricane</w:t>
            </w:r>
          </w:p>
        </w:tc>
        <w:tc>
          <w:tcPr>
            <w:tcW w:type="dxa" w:w="1484"/>
          </w:tcPr>
          <w:p>
            <w:pPr>
              <w:spacing w:after="0"/>
              <w:jc w:val="right"/>
            </w:pPr>
            <w:r>
              <w:rPr>
                <w:sz w:val="16"/>
              </w:rPr>
              <w:t>none found</w:t>
            </w:r>
          </w:p>
        </w:tc>
        <w:tc>
          <w:tcPr>
            <w:tcW w:type="dxa" w:w="2095"/>
          </w:tcPr>
          <w:p>
            <w:pPr>
              <w:spacing w:after="0"/>
              <w:jc w:val="left"/>
            </w:pPr>
            <w:r>
              <w:rPr>
                <w:sz w:val="16"/>
              </w:rPr>
              <w:t>new since last plan; within last 5 years</w:t>
            </w:r>
          </w:p>
        </w:tc>
        <w:tc>
          <w:tcPr>
            <w:tcW w:type="dxa" w:w="928"/>
          </w:tcPr>
          <w:p>
            <w:pPr>
              <w:spacing w:after="0"/>
              <w:jc w:val="left"/>
            </w:pPr>
          </w:p>
        </w:tc>
      </w:tr>
      <w:tr>
        <w:trPr>
          <w:cantSplit/>
        </w:trPr>
        <w:tc>
          <w:tcPr>
            <w:tcW w:type="dxa" w:w="1076"/>
          </w:tcPr>
          <w:p>
            <w:pPr>
              <w:spacing w:after="0"/>
              <w:jc w:val="left"/>
            </w:pPr>
            <w:r>
              <w:rPr>
                <w:sz w:val="16"/>
              </w:rPr>
              <w:t>2024-03-02</w:t>
            </w:r>
          </w:p>
        </w:tc>
        <w:tc>
          <w:tcPr>
            <w:tcW w:type="dxa" w:w="1076"/>
          </w:tcPr>
          <w:p>
            <w:pPr>
              <w:spacing w:after="0"/>
              <w:jc w:val="left"/>
            </w:pPr>
            <w:r>
              <w:rPr>
                <w:sz w:val="16"/>
              </w:rPr>
              <w:t>2023-12-18</w:t>
            </w:r>
          </w:p>
        </w:tc>
        <w:tc>
          <w:tcPr>
            <w:tcW w:type="dxa" w:w="1076"/>
          </w:tcPr>
          <w:p>
            <w:pPr>
              <w:spacing w:after="0"/>
              <w:jc w:val="left"/>
            </w:pPr>
            <w:r>
              <w:rPr>
                <w:sz w:val="16"/>
              </w:rPr>
              <w:t>DR-4762-VT</w:t>
            </w:r>
          </w:p>
        </w:tc>
        <w:tc>
          <w:tcPr>
            <w:tcW w:type="dxa" w:w="1447"/>
          </w:tcPr>
          <w:p>
            <w:pPr>
              <w:spacing w:after="0"/>
              <w:jc w:val="left"/>
            </w:pPr>
            <w:r>
              <w:rPr>
                <w:sz w:val="16"/>
              </w:rPr>
              <w:t>Major disaster</w:t>
            </w:r>
          </w:p>
        </w:tc>
        <w:tc>
          <w:tcPr>
            <w:tcW w:type="dxa" w:w="2558"/>
          </w:tcPr>
          <w:p>
            <w:pPr>
              <w:spacing w:after="0"/>
              <w:jc w:val="left"/>
            </w:pPr>
            <w:r>
              <w:rPr>
                <w:sz w:val="16"/>
              </w:rPr>
              <w:t>SEVERE STORM AND FLOODING</w:t>
            </w:r>
          </w:p>
        </w:tc>
        <w:tc>
          <w:tcPr>
            <w:tcW w:type="dxa" w:w="2373"/>
          </w:tcPr>
          <w:p>
            <w:pPr>
              <w:spacing w:after="0"/>
              <w:jc w:val="left"/>
            </w:pPr>
            <w:r>
              <w:rPr>
                <w:sz w:val="16"/>
              </w:rPr>
              <w:t>Inland Flooding</w:t>
            </w:r>
          </w:p>
        </w:tc>
        <w:tc>
          <w:tcPr>
            <w:tcW w:type="dxa" w:w="1484"/>
          </w:tcPr>
          <w:p>
            <w:pPr>
              <w:spacing w:after="0"/>
              <w:jc w:val="right"/>
            </w:pPr>
            <w:r>
              <w:rPr>
                <w:sz w:val="16"/>
              </w:rPr>
              <w:t>$41,195.56</w:t>
            </w:r>
          </w:p>
        </w:tc>
        <w:tc>
          <w:tcPr>
            <w:tcW w:type="dxa" w:w="2095"/>
          </w:tcPr>
          <w:p>
            <w:pPr>
              <w:spacing w:after="0"/>
              <w:jc w:val="left"/>
            </w:pPr>
            <w:r>
              <w:rPr>
                <w:sz w:val="16"/>
              </w:rPr>
              <w:t>new since last plan; within last 5 years</w:t>
            </w:r>
          </w:p>
        </w:tc>
        <w:tc>
          <w:tcPr>
            <w:tcW w:type="dxa" w:w="928"/>
          </w:tcPr>
          <w:p>
            <w:pPr>
              <w:spacing w:after="0"/>
              <w:jc w:val="left"/>
            </w:pPr>
          </w:p>
        </w:tc>
      </w:tr>
      <w:tr>
        <w:trPr>
          <w:cantSplit/>
        </w:trPr>
        <w:tc>
          <w:tcPr>
            <w:tcW w:type="dxa" w:w="1076"/>
          </w:tcPr>
          <w:p>
            <w:pPr>
              <w:spacing w:after="0"/>
              <w:jc w:val="left"/>
            </w:pPr>
            <w:r>
              <w:rPr>
                <w:sz w:val="16"/>
              </w:rPr>
              <w:t>2023-07-14</w:t>
            </w:r>
          </w:p>
        </w:tc>
        <w:tc>
          <w:tcPr>
            <w:tcW w:type="dxa" w:w="1076"/>
          </w:tcPr>
          <w:p>
            <w:pPr>
              <w:spacing w:after="0"/>
              <w:jc w:val="left"/>
            </w:pPr>
            <w:r>
              <w:rPr>
                <w:sz w:val="16"/>
              </w:rPr>
              <w:t>2023-07-07</w:t>
            </w:r>
          </w:p>
        </w:tc>
        <w:tc>
          <w:tcPr>
            <w:tcW w:type="dxa" w:w="1076"/>
          </w:tcPr>
          <w:p>
            <w:pPr>
              <w:spacing w:after="0"/>
              <w:jc w:val="left"/>
            </w:pPr>
            <w:r>
              <w:rPr>
                <w:sz w:val="16"/>
              </w:rPr>
              <w:t>DR-4720-VT</w:t>
            </w:r>
          </w:p>
        </w:tc>
        <w:tc>
          <w:tcPr>
            <w:tcW w:type="dxa" w:w="1447"/>
          </w:tcPr>
          <w:p>
            <w:pPr>
              <w:spacing w:after="0"/>
              <w:jc w:val="left"/>
            </w:pPr>
            <w:r>
              <w:rPr>
                <w:sz w:val="16"/>
              </w:rPr>
              <w:t>Major disaster</w:t>
            </w:r>
          </w:p>
        </w:tc>
        <w:tc>
          <w:tcPr>
            <w:tcW w:type="dxa" w:w="2558"/>
          </w:tcPr>
          <w:p>
            <w:pPr>
              <w:spacing w:after="0"/>
              <w:jc w:val="left"/>
            </w:pPr>
            <w:r>
              <w:rPr>
                <w:sz w:val="16"/>
              </w:rPr>
              <w:t>SEVERE STORMS, FLOODING, LANDSLIDES, AND MUDSLIDES</w:t>
            </w:r>
          </w:p>
        </w:tc>
        <w:tc>
          <w:tcPr>
            <w:tcW w:type="dxa" w:w="2373"/>
          </w:tcPr>
          <w:p>
            <w:pPr>
              <w:spacing w:after="0"/>
              <w:jc w:val="left"/>
            </w:pPr>
            <w:r>
              <w:rPr>
                <w:sz w:val="16"/>
              </w:rPr>
              <w:t>Inland Flooding (primary); also designated: Landslide</w:t>
            </w:r>
          </w:p>
        </w:tc>
        <w:tc>
          <w:tcPr>
            <w:tcW w:type="dxa" w:w="1484"/>
          </w:tcPr>
          <w:p>
            <w:pPr>
              <w:spacing w:after="0"/>
              <w:jc w:val="right"/>
            </w:pPr>
            <w:r>
              <w:rPr>
                <w:sz w:val="16"/>
              </w:rPr>
              <w:t>$5,502,512.29</w:t>
            </w:r>
          </w:p>
        </w:tc>
        <w:tc>
          <w:tcPr>
            <w:tcW w:type="dxa" w:w="2095"/>
          </w:tcPr>
          <w:p>
            <w:pPr>
              <w:spacing w:after="0"/>
              <w:jc w:val="left"/>
            </w:pPr>
            <w:r>
              <w:rPr>
                <w:sz w:val="16"/>
              </w:rPr>
              <w:t>new since last plan; within last 5 years</w:t>
            </w:r>
          </w:p>
        </w:tc>
        <w:tc>
          <w:tcPr>
            <w:tcW w:type="dxa" w:w="928"/>
          </w:tcPr>
          <w:p>
            <w:pPr>
              <w:spacing w:after="0"/>
              <w:jc w:val="left"/>
            </w:pPr>
          </w:p>
        </w:tc>
      </w:tr>
      <w:tr>
        <w:trPr>
          <w:cantSplit/>
        </w:trPr>
        <w:tc>
          <w:tcPr>
            <w:tcW w:type="dxa" w:w="1076"/>
          </w:tcPr>
          <w:p>
            <w:pPr>
              <w:spacing w:after="0"/>
              <w:jc w:val="left"/>
            </w:pPr>
            <w:r>
              <w:rPr>
                <w:sz w:val="16"/>
              </w:rPr>
              <w:t>2023-07-10</w:t>
            </w:r>
          </w:p>
        </w:tc>
        <w:tc>
          <w:tcPr>
            <w:tcW w:type="dxa" w:w="1076"/>
          </w:tcPr>
          <w:p>
            <w:pPr>
              <w:spacing w:after="0"/>
              <w:jc w:val="left"/>
            </w:pPr>
            <w:r>
              <w:rPr>
                <w:sz w:val="16"/>
              </w:rPr>
              <w:t>2023-07-09</w:t>
            </w:r>
          </w:p>
        </w:tc>
        <w:tc>
          <w:tcPr>
            <w:tcW w:type="dxa" w:w="1076"/>
          </w:tcPr>
          <w:p>
            <w:pPr>
              <w:spacing w:after="0"/>
              <w:jc w:val="left"/>
            </w:pPr>
            <w:r>
              <w:rPr>
                <w:sz w:val="16"/>
              </w:rPr>
              <w:t>EM-3595-VT</w:t>
            </w:r>
          </w:p>
        </w:tc>
        <w:tc>
          <w:tcPr>
            <w:tcW w:type="dxa" w:w="1447"/>
          </w:tcPr>
          <w:p>
            <w:pPr>
              <w:spacing w:after="0"/>
              <w:jc w:val="left"/>
            </w:pPr>
            <w:r>
              <w:rPr>
                <w:sz w:val="16"/>
              </w:rPr>
              <w:t>Emergency</w:t>
            </w:r>
          </w:p>
        </w:tc>
        <w:tc>
          <w:tcPr>
            <w:tcW w:type="dxa" w:w="2558"/>
          </w:tcPr>
          <w:p>
            <w:pPr>
              <w:spacing w:after="0"/>
              <w:jc w:val="left"/>
            </w:pPr>
            <w:r>
              <w:rPr>
                <w:sz w:val="16"/>
              </w:rPr>
              <w:t>FLOODING</w:t>
            </w:r>
          </w:p>
        </w:tc>
        <w:tc>
          <w:tcPr>
            <w:tcW w:type="dxa" w:w="2373"/>
          </w:tcPr>
          <w:p>
            <w:pPr>
              <w:spacing w:after="0"/>
              <w:jc w:val="left"/>
            </w:pPr>
            <w:r>
              <w:rPr>
                <w:sz w:val="16"/>
              </w:rPr>
              <w:t>Inland Flooding</w:t>
            </w:r>
          </w:p>
        </w:tc>
        <w:tc>
          <w:tcPr>
            <w:tcW w:type="dxa" w:w="1484"/>
          </w:tcPr>
          <w:p>
            <w:pPr>
              <w:spacing w:after="0"/>
              <w:jc w:val="right"/>
            </w:pPr>
            <w:r>
              <w:rPr>
                <w:sz w:val="16"/>
              </w:rPr>
              <w:t>none found</w:t>
            </w:r>
          </w:p>
        </w:tc>
        <w:tc>
          <w:tcPr>
            <w:tcW w:type="dxa" w:w="2095"/>
          </w:tcPr>
          <w:p>
            <w:pPr>
              <w:spacing w:after="0"/>
              <w:jc w:val="left"/>
            </w:pPr>
            <w:r>
              <w:rPr>
                <w:sz w:val="16"/>
              </w:rPr>
              <w:t>new since last plan; within last 5 years</w:t>
            </w:r>
          </w:p>
        </w:tc>
        <w:tc>
          <w:tcPr>
            <w:tcW w:type="dxa" w:w="928"/>
          </w:tcPr>
          <w:p>
            <w:pPr>
              <w:spacing w:after="0"/>
              <w:jc w:val="left"/>
            </w:pPr>
            <w:r>
              <w:rPr>
                <w:sz w:val="16"/>
              </w:rPr>
              <w:t>same incident as DR-4720</w:t>
            </w:r>
          </w:p>
        </w:tc>
      </w:tr>
      <w:tr>
        <w:trPr>
          <w:cantSplit/>
        </w:trPr>
        <w:tc>
          <w:tcPr>
            <w:tcW w:type="dxa" w:w="1076"/>
          </w:tcPr>
          <w:p>
            <w:pPr>
              <w:spacing w:after="0"/>
              <w:jc w:val="left"/>
            </w:pPr>
            <w:r>
              <w:rPr>
                <w:sz w:val="16"/>
              </w:rPr>
              <w:t>2021-08-22</w:t>
            </w:r>
          </w:p>
        </w:tc>
        <w:tc>
          <w:tcPr>
            <w:tcW w:type="dxa" w:w="1076"/>
          </w:tcPr>
          <w:p>
            <w:pPr>
              <w:spacing w:after="0"/>
              <w:jc w:val="left"/>
            </w:pPr>
            <w:r>
              <w:rPr>
                <w:sz w:val="16"/>
              </w:rPr>
              <w:t>2021-08-22</w:t>
            </w:r>
          </w:p>
        </w:tc>
        <w:tc>
          <w:tcPr>
            <w:tcW w:type="dxa" w:w="1076"/>
          </w:tcPr>
          <w:p>
            <w:pPr>
              <w:spacing w:after="0"/>
              <w:jc w:val="left"/>
            </w:pPr>
            <w:r>
              <w:rPr>
                <w:sz w:val="16"/>
              </w:rPr>
              <w:t>EM-3567-VT</w:t>
            </w:r>
          </w:p>
        </w:tc>
        <w:tc>
          <w:tcPr>
            <w:tcW w:type="dxa" w:w="1447"/>
          </w:tcPr>
          <w:p>
            <w:pPr>
              <w:spacing w:after="0"/>
              <w:jc w:val="left"/>
            </w:pPr>
            <w:r>
              <w:rPr>
                <w:sz w:val="16"/>
              </w:rPr>
              <w:t>Emergency</w:t>
            </w:r>
          </w:p>
        </w:tc>
        <w:tc>
          <w:tcPr>
            <w:tcW w:type="dxa" w:w="2558"/>
          </w:tcPr>
          <w:p>
            <w:pPr>
              <w:spacing w:after="0"/>
              <w:jc w:val="left"/>
            </w:pPr>
            <w:r>
              <w:rPr>
                <w:sz w:val="16"/>
              </w:rPr>
              <w:t>TROPICAL STORM HENRI</w:t>
            </w:r>
          </w:p>
        </w:tc>
        <w:tc>
          <w:tcPr>
            <w:tcW w:type="dxa" w:w="2373"/>
          </w:tcPr>
          <w:p>
            <w:pPr>
              <w:spacing w:after="0"/>
              <w:jc w:val="left"/>
            </w:pPr>
            <w:r>
              <w:rPr>
                <w:sz w:val="16"/>
              </w:rPr>
              <w:t>Hurricane</w:t>
            </w:r>
          </w:p>
        </w:tc>
        <w:tc>
          <w:tcPr>
            <w:tcW w:type="dxa" w:w="1484"/>
          </w:tcPr>
          <w:p>
            <w:pPr>
              <w:spacing w:after="0"/>
              <w:jc w:val="right"/>
            </w:pPr>
            <w:r>
              <w:rPr>
                <w:sz w:val="16"/>
              </w:rPr>
              <w:t>none found</w:t>
            </w:r>
          </w:p>
        </w:tc>
        <w:tc>
          <w:tcPr>
            <w:tcW w:type="dxa" w:w="2095"/>
          </w:tcPr>
          <w:p>
            <w:pPr>
              <w:spacing w:after="0"/>
              <w:jc w:val="left"/>
            </w:pPr>
            <w:r>
              <w:rPr>
                <w:sz w:val="16"/>
              </w:rPr>
              <w:t>new since last plan</w:t>
            </w:r>
          </w:p>
        </w:tc>
        <w:tc>
          <w:tcPr>
            <w:tcW w:type="dxa" w:w="928"/>
          </w:tcPr>
          <w:p>
            <w:pPr>
              <w:spacing w:after="0"/>
              <w:jc w:val="left"/>
            </w:pPr>
          </w:p>
        </w:tc>
      </w:tr>
      <w:tr>
        <w:trPr>
          <w:cantSplit/>
        </w:trPr>
        <w:tc>
          <w:tcPr>
            <w:tcW w:type="dxa" w:w="1076"/>
          </w:tcPr>
          <w:p>
            <w:pPr>
              <w:spacing w:after="0"/>
              <w:jc w:val="left"/>
            </w:pPr>
            <w:r>
              <w:rPr>
                <w:sz w:val="16"/>
              </w:rPr>
              <w:t>2020-04-08</w:t>
            </w:r>
          </w:p>
        </w:tc>
        <w:tc>
          <w:tcPr>
            <w:tcW w:type="dxa" w:w="1076"/>
          </w:tcPr>
          <w:p>
            <w:pPr>
              <w:spacing w:after="0"/>
              <w:jc w:val="left"/>
            </w:pPr>
            <w:r>
              <w:rPr>
                <w:sz w:val="16"/>
              </w:rPr>
              <w:t>2020-01-20</w:t>
            </w:r>
          </w:p>
        </w:tc>
        <w:tc>
          <w:tcPr>
            <w:tcW w:type="dxa" w:w="1076"/>
          </w:tcPr>
          <w:p>
            <w:pPr>
              <w:spacing w:after="0"/>
              <w:jc w:val="left"/>
            </w:pPr>
            <w:r>
              <w:rPr>
                <w:sz w:val="16"/>
              </w:rPr>
              <w:t>DR-4532-VT</w:t>
            </w:r>
          </w:p>
        </w:tc>
        <w:tc>
          <w:tcPr>
            <w:tcW w:type="dxa" w:w="1447"/>
          </w:tcPr>
          <w:p>
            <w:pPr>
              <w:spacing w:after="0"/>
              <w:jc w:val="left"/>
            </w:pPr>
            <w:r>
              <w:rPr>
                <w:sz w:val="16"/>
              </w:rPr>
              <w:t>Major disaster</w:t>
            </w:r>
          </w:p>
        </w:tc>
        <w:tc>
          <w:tcPr>
            <w:tcW w:type="dxa" w:w="2558"/>
          </w:tcPr>
          <w:p>
            <w:pPr>
              <w:spacing w:after="0"/>
              <w:jc w:val="left"/>
            </w:pPr>
            <w:r>
              <w:rPr>
                <w:sz w:val="16"/>
              </w:rPr>
              <w:t>COVID-19 PANDEMIC</w:t>
            </w:r>
          </w:p>
        </w:tc>
        <w:tc>
          <w:tcPr>
            <w:tcW w:type="dxa" w:w="2373"/>
          </w:tcPr>
          <w:p>
            <w:pPr>
              <w:spacing w:after="0"/>
              <w:jc w:val="left"/>
            </w:pPr>
            <w:r>
              <w:rPr>
                <w:sz w:val="16"/>
              </w:rPr>
              <w:t>Non-natural, not counted</w:t>
            </w:r>
          </w:p>
        </w:tc>
        <w:tc>
          <w:tcPr>
            <w:tcW w:type="dxa" w:w="1484"/>
          </w:tcPr>
          <w:p>
            <w:pPr>
              <w:spacing w:after="0"/>
              <w:jc w:val="right"/>
            </w:pPr>
            <w:r>
              <w:rPr>
                <w:sz w:val="16"/>
              </w:rPr>
              <w:t>$3,199,548.54</w:t>
            </w:r>
          </w:p>
        </w:tc>
        <w:tc>
          <w:tcPr>
            <w:tcW w:type="dxa" w:w="2095"/>
          </w:tcPr>
          <w:p>
            <w:pPr>
              <w:spacing w:after="0"/>
              <w:jc w:val="left"/>
            </w:pPr>
            <w:r>
              <w:rPr>
                <w:sz w:val="16"/>
              </w:rPr>
              <w:t>during plan review, check whether your last plan included it</w:t>
            </w:r>
          </w:p>
        </w:tc>
        <w:tc>
          <w:tcPr>
            <w:tcW w:type="dxa" w:w="928"/>
          </w:tcPr>
          <w:p>
            <w:pPr>
              <w:spacing w:after="0"/>
              <w:jc w:val="left"/>
            </w:pPr>
          </w:p>
        </w:tc>
      </w:tr>
      <w:tr>
        <w:trPr>
          <w:cantSplit/>
        </w:trPr>
        <w:tc>
          <w:tcPr>
            <w:tcW w:type="dxa" w:w="1076"/>
          </w:tcPr>
          <w:p>
            <w:pPr>
              <w:spacing w:after="0"/>
              <w:jc w:val="left"/>
            </w:pPr>
            <w:r>
              <w:rPr>
                <w:sz w:val="16"/>
              </w:rPr>
              <w:t>2020-03-13</w:t>
            </w:r>
          </w:p>
        </w:tc>
        <w:tc>
          <w:tcPr>
            <w:tcW w:type="dxa" w:w="1076"/>
          </w:tcPr>
          <w:p>
            <w:pPr>
              <w:spacing w:after="0"/>
              <w:jc w:val="left"/>
            </w:pPr>
            <w:r>
              <w:rPr>
                <w:sz w:val="16"/>
              </w:rPr>
              <w:t>2020-01-20</w:t>
            </w:r>
          </w:p>
        </w:tc>
        <w:tc>
          <w:tcPr>
            <w:tcW w:type="dxa" w:w="1076"/>
          </w:tcPr>
          <w:p>
            <w:pPr>
              <w:spacing w:after="0"/>
              <w:jc w:val="left"/>
            </w:pPr>
            <w:r>
              <w:rPr>
                <w:sz w:val="16"/>
              </w:rPr>
              <w:t>EM-3437-VT</w:t>
            </w:r>
          </w:p>
        </w:tc>
        <w:tc>
          <w:tcPr>
            <w:tcW w:type="dxa" w:w="1447"/>
          </w:tcPr>
          <w:p>
            <w:pPr>
              <w:spacing w:after="0"/>
              <w:jc w:val="left"/>
            </w:pPr>
            <w:r>
              <w:rPr>
                <w:sz w:val="16"/>
              </w:rPr>
              <w:t>Emergency</w:t>
            </w:r>
          </w:p>
        </w:tc>
        <w:tc>
          <w:tcPr>
            <w:tcW w:type="dxa" w:w="2558"/>
          </w:tcPr>
          <w:p>
            <w:pPr>
              <w:spacing w:after="0"/>
              <w:jc w:val="left"/>
            </w:pPr>
            <w:r>
              <w:rPr>
                <w:sz w:val="16"/>
              </w:rPr>
              <w:t>COVID-19</w:t>
            </w:r>
          </w:p>
        </w:tc>
        <w:tc>
          <w:tcPr>
            <w:tcW w:type="dxa" w:w="2373"/>
          </w:tcPr>
          <w:p>
            <w:pPr>
              <w:spacing w:after="0"/>
              <w:jc w:val="left"/>
            </w:pPr>
            <w:r>
              <w:rPr>
                <w:sz w:val="16"/>
              </w:rPr>
              <w:t>Non-natural, not counted</w:t>
            </w:r>
          </w:p>
        </w:tc>
        <w:tc>
          <w:tcPr>
            <w:tcW w:type="dxa" w:w="1484"/>
          </w:tcPr>
          <w:p>
            <w:pPr>
              <w:spacing w:after="0"/>
              <w:jc w:val="right"/>
            </w:pPr>
            <w:r>
              <w:rPr>
                <w:sz w:val="16"/>
              </w:rPr>
              <w:t>none found</w:t>
            </w:r>
          </w:p>
        </w:tc>
        <w:tc>
          <w:tcPr>
            <w:tcW w:type="dxa" w:w="2095"/>
          </w:tcPr>
          <w:p>
            <w:pPr>
              <w:spacing w:after="0"/>
              <w:jc w:val="left"/>
            </w:pPr>
            <w:r>
              <w:rPr>
                <w:sz w:val="16"/>
              </w:rPr>
              <w:t>during plan review, check whether your last plan included it</w:t>
            </w:r>
          </w:p>
        </w:tc>
        <w:tc>
          <w:tcPr>
            <w:tcW w:type="dxa" w:w="928"/>
          </w:tcPr>
          <w:p>
            <w:pPr>
              <w:spacing w:after="0"/>
              <w:jc w:val="left"/>
            </w:pPr>
            <w:r>
              <w:rPr>
                <w:sz w:val="16"/>
              </w:rPr>
              <w:t>same incident as DR-4532</w:t>
            </w:r>
          </w:p>
        </w:tc>
      </w:tr>
      <w:tr>
        <w:trPr>
          <w:cantSplit/>
        </w:trPr>
        <w:tc>
          <w:tcPr>
            <w:tcW w:type="dxa" w:w="1076"/>
          </w:tcPr>
          <w:p>
            <w:pPr>
              <w:spacing w:after="0"/>
              <w:jc w:val="left"/>
            </w:pPr>
            <w:r>
              <w:rPr>
                <w:sz w:val="16"/>
              </w:rPr>
              <w:t>2019-06-14</w:t>
            </w:r>
          </w:p>
        </w:tc>
        <w:tc>
          <w:tcPr>
            <w:tcW w:type="dxa" w:w="1076"/>
          </w:tcPr>
          <w:p>
            <w:pPr>
              <w:spacing w:after="0"/>
              <w:jc w:val="left"/>
            </w:pPr>
            <w:r>
              <w:rPr>
                <w:sz w:val="16"/>
              </w:rPr>
              <w:t>2019-04-15</w:t>
            </w:r>
          </w:p>
        </w:tc>
        <w:tc>
          <w:tcPr>
            <w:tcW w:type="dxa" w:w="1076"/>
          </w:tcPr>
          <w:p>
            <w:pPr>
              <w:spacing w:after="0"/>
              <w:jc w:val="left"/>
            </w:pPr>
            <w:r>
              <w:rPr>
                <w:sz w:val="16"/>
              </w:rPr>
              <w:t>DR-4445-VT</w:t>
            </w:r>
          </w:p>
        </w:tc>
        <w:tc>
          <w:tcPr>
            <w:tcW w:type="dxa" w:w="1447"/>
          </w:tcPr>
          <w:p>
            <w:pPr>
              <w:spacing w:after="0"/>
              <w:jc w:val="left"/>
            </w:pPr>
            <w:r>
              <w:rPr>
                <w:sz w:val="16"/>
              </w:rPr>
              <w:t>Major disaster</w:t>
            </w:r>
          </w:p>
        </w:tc>
        <w:tc>
          <w:tcPr>
            <w:tcW w:type="dxa" w:w="2558"/>
          </w:tcPr>
          <w:p>
            <w:pPr>
              <w:spacing w:after="0"/>
              <w:jc w:val="left"/>
            </w:pPr>
            <w:r>
              <w:rPr>
                <w:sz w:val="16"/>
              </w:rPr>
              <w:t>SEVERE STORMS AND FLOODING</w:t>
            </w:r>
          </w:p>
        </w:tc>
        <w:tc>
          <w:tcPr>
            <w:tcW w:type="dxa" w:w="2373"/>
          </w:tcPr>
          <w:p>
            <w:pPr>
              <w:spacing w:after="0"/>
              <w:jc w:val="left"/>
            </w:pPr>
            <w:r>
              <w:rPr>
                <w:sz w:val="16"/>
              </w:rPr>
              <w:t>Inland Flooding</w:t>
            </w:r>
          </w:p>
        </w:tc>
        <w:tc>
          <w:tcPr>
            <w:tcW w:type="dxa" w:w="1484"/>
          </w:tcPr>
          <w:p>
            <w:pPr>
              <w:spacing w:after="0"/>
              <w:jc w:val="right"/>
            </w:pPr>
            <w:r>
              <w:rPr>
                <w:sz w:val="16"/>
              </w:rPr>
              <w:t>$1,823,467.53</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2017-08-16</w:t>
            </w:r>
          </w:p>
        </w:tc>
        <w:tc>
          <w:tcPr>
            <w:tcW w:type="dxa" w:w="1076"/>
          </w:tcPr>
          <w:p>
            <w:pPr>
              <w:spacing w:after="0"/>
              <w:jc w:val="left"/>
            </w:pPr>
            <w:r>
              <w:rPr>
                <w:sz w:val="16"/>
              </w:rPr>
              <w:t>2017-06-29</w:t>
            </w:r>
          </w:p>
        </w:tc>
        <w:tc>
          <w:tcPr>
            <w:tcW w:type="dxa" w:w="1076"/>
          </w:tcPr>
          <w:p>
            <w:pPr>
              <w:spacing w:after="0"/>
              <w:jc w:val="left"/>
            </w:pPr>
            <w:r>
              <w:rPr>
                <w:sz w:val="16"/>
              </w:rPr>
              <w:t>DR-4330-VT</w:t>
            </w:r>
          </w:p>
        </w:tc>
        <w:tc>
          <w:tcPr>
            <w:tcW w:type="dxa" w:w="1447"/>
          </w:tcPr>
          <w:p>
            <w:pPr>
              <w:spacing w:after="0"/>
              <w:jc w:val="left"/>
            </w:pPr>
            <w:r>
              <w:rPr>
                <w:sz w:val="16"/>
              </w:rPr>
              <w:t>Major disaster</w:t>
            </w:r>
          </w:p>
        </w:tc>
        <w:tc>
          <w:tcPr>
            <w:tcW w:type="dxa" w:w="2558"/>
          </w:tcPr>
          <w:p>
            <w:pPr>
              <w:spacing w:after="0"/>
              <w:jc w:val="left"/>
            </w:pPr>
            <w:r>
              <w:rPr>
                <w:sz w:val="16"/>
              </w:rPr>
              <w:t>SEVERE STORMS AND FLOODING</w:t>
            </w:r>
          </w:p>
        </w:tc>
        <w:tc>
          <w:tcPr>
            <w:tcW w:type="dxa" w:w="2373"/>
          </w:tcPr>
          <w:p>
            <w:pPr>
              <w:spacing w:after="0"/>
              <w:jc w:val="left"/>
            </w:pPr>
            <w:r>
              <w:rPr>
                <w:sz w:val="16"/>
              </w:rPr>
              <w:t>Inland Flooding</w:t>
            </w:r>
          </w:p>
        </w:tc>
        <w:tc>
          <w:tcPr>
            <w:tcW w:type="dxa" w:w="1484"/>
          </w:tcPr>
          <w:p>
            <w:pPr>
              <w:spacing w:after="0"/>
              <w:jc w:val="right"/>
            </w:pPr>
            <w:r>
              <w:rPr>
                <w:sz w:val="16"/>
              </w:rPr>
              <w:t>$871,770.07</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2015-02-03</w:t>
            </w:r>
          </w:p>
        </w:tc>
        <w:tc>
          <w:tcPr>
            <w:tcW w:type="dxa" w:w="1076"/>
          </w:tcPr>
          <w:p>
            <w:pPr>
              <w:spacing w:after="0"/>
              <w:jc w:val="left"/>
            </w:pPr>
            <w:r>
              <w:rPr>
                <w:sz w:val="16"/>
              </w:rPr>
              <w:t>2014-12-09</w:t>
            </w:r>
          </w:p>
        </w:tc>
        <w:tc>
          <w:tcPr>
            <w:tcW w:type="dxa" w:w="1076"/>
          </w:tcPr>
          <w:p>
            <w:pPr>
              <w:spacing w:after="0"/>
              <w:jc w:val="left"/>
            </w:pPr>
            <w:r>
              <w:rPr>
                <w:sz w:val="16"/>
              </w:rPr>
              <w:t>DR-4207-VT</w:t>
            </w:r>
          </w:p>
        </w:tc>
        <w:tc>
          <w:tcPr>
            <w:tcW w:type="dxa" w:w="1447"/>
          </w:tcPr>
          <w:p>
            <w:pPr>
              <w:spacing w:after="0"/>
              <w:jc w:val="left"/>
            </w:pPr>
            <w:r>
              <w:rPr>
                <w:sz w:val="16"/>
              </w:rPr>
              <w:t>Major disaster</w:t>
            </w:r>
          </w:p>
        </w:tc>
        <w:tc>
          <w:tcPr>
            <w:tcW w:type="dxa" w:w="2558"/>
          </w:tcPr>
          <w:p>
            <w:pPr>
              <w:spacing w:after="0"/>
              <w:jc w:val="left"/>
            </w:pPr>
            <w:r>
              <w:rPr>
                <w:sz w:val="16"/>
              </w:rPr>
              <w:t>SEVERE WINTER STORM</w:t>
            </w:r>
          </w:p>
        </w:tc>
        <w:tc>
          <w:tcPr>
            <w:tcW w:type="dxa" w:w="2373"/>
          </w:tcPr>
          <w:p>
            <w:pPr>
              <w:spacing w:after="0"/>
              <w:jc w:val="left"/>
            </w:pPr>
            <w:r>
              <w:rPr>
                <w:sz w:val="16"/>
              </w:rPr>
              <w:t>Winter Weather</w:t>
            </w:r>
          </w:p>
        </w:tc>
        <w:tc>
          <w:tcPr>
            <w:tcW w:type="dxa" w:w="1484"/>
          </w:tcPr>
          <w:p>
            <w:pPr>
              <w:spacing w:after="0"/>
              <w:jc w:val="right"/>
            </w:pPr>
            <w:r>
              <w:rPr>
                <w:sz w:val="16"/>
              </w:rPr>
              <w:t>$188,010.18</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2013-08-02</w:t>
            </w:r>
          </w:p>
        </w:tc>
        <w:tc>
          <w:tcPr>
            <w:tcW w:type="dxa" w:w="1076"/>
          </w:tcPr>
          <w:p>
            <w:pPr>
              <w:spacing w:after="0"/>
              <w:jc w:val="left"/>
            </w:pPr>
            <w:r>
              <w:rPr>
                <w:sz w:val="16"/>
              </w:rPr>
              <w:t>2013-06-25</w:t>
            </w:r>
          </w:p>
        </w:tc>
        <w:tc>
          <w:tcPr>
            <w:tcW w:type="dxa" w:w="1076"/>
          </w:tcPr>
          <w:p>
            <w:pPr>
              <w:spacing w:after="0"/>
              <w:jc w:val="left"/>
            </w:pPr>
            <w:r>
              <w:rPr>
                <w:sz w:val="16"/>
              </w:rPr>
              <w:t>DR-4140-VT</w:t>
            </w:r>
          </w:p>
        </w:tc>
        <w:tc>
          <w:tcPr>
            <w:tcW w:type="dxa" w:w="1447"/>
          </w:tcPr>
          <w:p>
            <w:pPr>
              <w:spacing w:after="0"/>
              <w:jc w:val="left"/>
            </w:pPr>
            <w:r>
              <w:rPr>
                <w:sz w:val="16"/>
              </w:rPr>
              <w:t>Major disaster</w:t>
            </w:r>
          </w:p>
        </w:tc>
        <w:tc>
          <w:tcPr>
            <w:tcW w:type="dxa" w:w="2558"/>
          </w:tcPr>
          <w:p>
            <w:pPr>
              <w:spacing w:after="0"/>
              <w:jc w:val="left"/>
            </w:pPr>
            <w:r>
              <w:rPr>
                <w:sz w:val="16"/>
              </w:rPr>
              <w:t>SEVERE STORMS AND FLOODING</w:t>
            </w:r>
          </w:p>
        </w:tc>
        <w:tc>
          <w:tcPr>
            <w:tcW w:type="dxa" w:w="2373"/>
          </w:tcPr>
          <w:p>
            <w:pPr>
              <w:spacing w:after="0"/>
              <w:jc w:val="left"/>
            </w:pPr>
            <w:r>
              <w:rPr>
                <w:sz w:val="16"/>
              </w:rPr>
              <w:t>Inland Flooding</w:t>
            </w:r>
          </w:p>
        </w:tc>
        <w:tc>
          <w:tcPr>
            <w:tcW w:type="dxa" w:w="1484"/>
          </w:tcPr>
          <w:p>
            <w:pPr>
              <w:spacing w:after="0"/>
              <w:jc w:val="right"/>
            </w:pPr>
            <w:r>
              <w:rPr>
                <w:sz w:val="16"/>
              </w:rPr>
              <w:t>$178,004.62</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2011-09-01</w:t>
            </w:r>
          </w:p>
        </w:tc>
        <w:tc>
          <w:tcPr>
            <w:tcW w:type="dxa" w:w="1076"/>
          </w:tcPr>
          <w:p>
            <w:pPr>
              <w:spacing w:after="0"/>
              <w:jc w:val="left"/>
            </w:pPr>
            <w:r>
              <w:rPr>
                <w:sz w:val="16"/>
              </w:rPr>
              <w:t>2011-08-27</w:t>
            </w:r>
          </w:p>
        </w:tc>
        <w:tc>
          <w:tcPr>
            <w:tcW w:type="dxa" w:w="1076"/>
          </w:tcPr>
          <w:p>
            <w:pPr>
              <w:spacing w:after="0"/>
              <w:jc w:val="left"/>
            </w:pPr>
            <w:r>
              <w:rPr>
                <w:sz w:val="16"/>
              </w:rPr>
              <w:t>DR-4022-VT</w:t>
            </w:r>
          </w:p>
        </w:tc>
        <w:tc>
          <w:tcPr>
            <w:tcW w:type="dxa" w:w="1447"/>
          </w:tcPr>
          <w:p>
            <w:pPr>
              <w:spacing w:after="0"/>
              <w:jc w:val="left"/>
            </w:pPr>
            <w:r>
              <w:rPr>
                <w:sz w:val="16"/>
              </w:rPr>
              <w:t>Major disaster</w:t>
            </w:r>
          </w:p>
        </w:tc>
        <w:tc>
          <w:tcPr>
            <w:tcW w:type="dxa" w:w="2558"/>
          </w:tcPr>
          <w:p>
            <w:pPr>
              <w:spacing w:after="0"/>
              <w:jc w:val="left"/>
            </w:pPr>
            <w:r>
              <w:rPr>
                <w:sz w:val="16"/>
              </w:rPr>
              <w:t>TROPICAL STORM IRENE</w:t>
            </w:r>
          </w:p>
        </w:tc>
        <w:tc>
          <w:tcPr>
            <w:tcW w:type="dxa" w:w="2373"/>
          </w:tcPr>
          <w:p>
            <w:pPr>
              <w:spacing w:after="0"/>
              <w:jc w:val="left"/>
            </w:pPr>
            <w:r>
              <w:rPr>
                <w:sz w:val="16"/>
              </w:rPr>
              <w:t>Hurricane</w:t>
            </w:r>
          </w:p>
        </w:tc>
        <w:tc>
          <w:tcPr>
            <w:tcW w:type="dxa" w:w="1484"/>
          </w:tcPr>
          <w:p>
            <w:pPr>
              <w:spacing w:after="0"/>
              <w:jc w:val="right"/>
            </w:pPr>
            <w:r>
              <w:rPr>
                <w:sz w:val="16"/>
              </w:rPr>
              <w:t>$12,181,097.24</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2011-08-29</w:t>
            </w:r>
          </w:p>
        </w:tc>
        <w:tc>
          <w:tcPr>
            <w:tcW w:type="dxa" w:w="1076"/>
          </w:tcPr>
          <w:p>
            <w:pPr>
              <w:spacing w:after="0"/>
              <w:jc w:val="left"/>
            </w:pPr>
            <w:r>
              <w:rPr>
                <w:sz w:val="16"/>
              </w:rPr>
              <w:t>2011-08-26</w:t>
            </w:r>
          </w:p>
        </w:tc>
        <w:tc>
          <w:tcPr>
            <w:tcW w:type="dxa" w:w="1076"/>
          </w:tcPr>
          <w:p>
            <w:pPr>
              <w:spacing w:after="0"/>
              <w:jc w:val="left"/>
            </w:pPr>
            <w:r>
              <w:rPr>
                <w:sz w:val="16"/>
              </w:rPr>
              <w:t>EM-3338-VT</w:t>
            </w:r>
          </w:p>
        </w:tc>
        <w:tc>
          <w:tcPr>
            <w:tcW w:type="dxa" w:w="1447"/>
          </w:tcPr>
          <w:p>
            <w:pPr>
              <w:spacing w:after="0"/>
              <w:jc w:val="left"/>
            </w:pPr>
            <w:r>
              <w:rPr>
                <w:sz w:val="16"/>
              </w:rPr>
              <w:t>Emergency</w:t>
            </w:r>
          </w:p>
        </w:tc>
        <w:tc>
          <w:tcPr>
            <w:tcW w:type="dxa" w:w="2558"/>
          </w:tcPr>
          <w:p>
            <w:pPr>
              <w:spacing w:after="0"/>
              <w:jc w:val="left"/>
            </w:pPr>
            <w:r>
              <w:rPr>
                <w:sz w:val="16"/>
              </w:rPr>
              <w:t>HURRICANE IRENE</w:t>
            </w:r>
          </w:p>
        </w:tc>
        <w:tc>
          <w:tcPr>
            <w:tcW w:type="dxa" w:w="2373"/>
          </w:tcPr>
          <w:p>
            <w:pPr>
              <w:spacing w:after="0"/>
              <w:jc w:val="left"/>
            </w:pPr>
            <w:r>
              <w:rPr>
                <w:sz w:val="16"/>
              </w:rPr>
              <w:t>Hurricane</w:t>
            </w:r>
          </w:p>
        </w:tc>
        <w:tc>
          <w:tcPr>
            <w:tcW w:type="dxa" w:w="1484"/>
          </w:tcPr>
          <w:p>
            <w:pPr>
              <w:spacing w:after="0"/>
              <w:jc w:val="right"/>
            </w:pPr>
            <w:r>
              <w:rPr>
                <w:sz w:val="16"/>
              </w:rPr>
              <w:t>none found</w:t>
            </w:r>
          </w:p>
        </w:tc>
        <w:tc>
          <w:tcPr>
            <w:tcW w:type="dxa" w:w="2095"/>
          </w:tcPr>
          <w:p>
            <w:pPr>
              <w:spacing w:after="0"/>
              <w:jc w:val="left"/>
            </w:pPr>
          </w:p>
        </w:tc>
        <w:tc>
          <w:tcPr>
            <w:tcW w:type="dxa" w:w="928"/>
          </w:tcPr>
          <w:p>
            <w:pPr>
              <w:spacing w:after="0"/>
              <w:jc w:val="left"/>
            </w:pPr>
            <w:r>
              <w:rPr>
                <w:sz w:val="16"/>
              </w:rPr>
              <w:t>same incident as DR-4022</w:t>
            </w:r>
          </w:p>
        </w:tc>
      </w:tr>
      <w:tr>
        <w:trPr>
          <w:cantSplit/>
        </w:trPr>
        <w:tc>
          <w:tcPr>
            <w:tcW w:type="dxa" w:w="1076"/>
          </w:tcPr>
          <w:p>
            <w:pPr>
              <w:spacing w:after="0"/>
              <w:jc w:val="left"/>
            </w:pPr>
            <w:r>
              <w:rPr>
                <w:sz w:val="16"/>
              </w:rPr>
              <w:t>2007-05-04</w:t>
            </w:r>
          </w:p>
        </w:tc>
        <w:tc>
          <w:tcPr>
            <w:tcW w:type="dxa" w:w="1076"/>
          </w:tcPr>
          <w:p>
            <w:pPr>
              <w:spacing w:after="0"/>
              <w:jc w:val="left"/>
            </w:pPr>
            <w:r>
              <w:rPr>
                <w:sz w:val="16"/>
              </w:rPr>
              <w:t>2007-04-15</w:t>
            </w:r>
          </w:p>
        </w:tc>
        <w:tc>
          <w:tcPr>
            <w:tcW w:type="dxa" w:w="1076"/>
          </w:tcPr>
          <w:p>
            <w:pPr>
              <w:spacing w:after="0"/>
              <w:jc w:val="left"/>
            </w:pPr>
            <w:r>
              <w:rPr>
                <w:sz w:val="16"/>
              </w:rPr>
              <w:t>DR-1698-VT</w:t>
            </w:r>
          </w:p>
        </w:tc>
        <w:tc>
          <w:tcPr>
            <w:tcW w:type="dxa" w:w="1447"/>
          </w:tcPr>
          <w:p>
            <w:pPr>
              <w:spacing w:after="0"/>
              <w:jc w:val="left"/>
            </w:pPr>
            <w:r>
              <w:rPr>
                <w:sz w:val="16"/>
              </w:rPr>
              <w:t>Major disaster</w:t>
            </w:r>
          </w:p>
        </w:tc>
        <w:tc>
          <w:tcPr>
            <w:tcW w:type="dxa" w:w="2558"/>
          </w:tcPr>
          <w:p>
            <w:pPr>
              <w:spacing w:after="0"/>
              <w:jc w:val="left"/>
            </w:pPr>
            <w:r>
              <w:rPr>
                <w:sz w:val="16"/>
              </w:rPr>
              <w:t>SEVERE STORMS AND FLOODING</w:t>
            </w:r>
          </w:p>
        </w:tc>
        <w:tc>
          <w:tcPr>
            <w:tcW w:type="dxa" w:w="2373"/>
          </w:tcPr>
          <w:p>
            <w:pPr>
              <w:spacing w:after="0"/>
              <w:jc w:val="left"/>
            </w:pPr>
            <w:r>
              <w:rPr>
                <w:sz w:val="16"/>
              </w:rPr>
              <w:t>Inland Flooding</w:t>
            </w:r>
          </w:p>
        </w:tc>
        <w:tc>
          <w:tcPr>
            <w:tcW w:type="dxa" w:w="1484"/>
          </w:tcPr>
          <w:p>
            <w:pPr>
              <w:spacing w:after="0"/>
              <w:jc w:val="right"/>
            </w:pPr>
            <w:r>
              <w:rPr>
                <w:sz w:val="16"/>
              </w:rPr>
              <w:t>$585,845.93</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2001-04-10</w:t>
            </w:r>
          </w:p>
        </w:tc>
        <w:tc>
          <w:tcPr>
            <w:tcW w:type="dxa" w:w="1076"/>
          </w:tcPr>
          <w:p>
            <w:pPr>
              <w:spacing w:after="0"/>
              <w:jc w:val="left"/>
            </w:pPr>
            <w:r>
              <w:rPr>
                <w:sz w:val="16"/>
              </w:rPr>
              <w:t>2001-03-05</w:t>
            </w:r>
          </w:p>
        </w:tc>
        <w:tc>
          <w:tcPr>
            <w:tcW w:type="dxa" w:w="1076"/>
          </w:tcPr>
          <w:p>
            <w:pPr>
              <w:spacing w:after="0"/>
              <w:jc w:val="left"/>
            </w:pPr>
            <w:r>
              <w:rPr>
                <w:sz w:val="16"/>
              </w:rPr>
              <w:t>EM-3167-VT</w:t>
            </w:r>
          </w:p>
        </w:tc>
        <w:tc>
          <w:tcPr>
            <w:tcW w:type="dxa" w:w="1447"/>
          </w:tcPr>
          <w:p>
            <w:pPr>
              <w:spacing w:after="0"/>
              <w:jc w:val="left"/>
            </w:pPr>
            <w:r>
              <w:rPr>
                <w:sz w:val="16"/>
              </w:rPr>
              <w:t>Emergency</w:t>
            </w:r>
          </w:p>
        </w:tc>
        <w:tc>
          <w:tcPr>
            <w:tcW w:type="dxa" w:w="2558"/>
          </w:tcPr>
          <w:p>
            <w:pPr>
              <w:spacing w:after="0"/>
              <w:jc w:val="left"/>
            </w:pPr>
            <w:r>
              <w:rPr>
                <w:sz w:val="16"/>
              </w:rPr>
              <w:t>SNOW</w:t>
            </w:r>
          </w:p>
        </w:tc>
        <w:tc>
          <w:tcPr>
            <w:tcW w:type="dxa" w:w="2373"/>
          </w:tcPr>
          <w:p>
            <w:pPr>
              <w:spacing w:after="0"/>
              <w:jc w:val="left"/>
            </w:pPr>
            <w:r>
              <w:rPr>
                <w:sz w:val="16"/>
              </w:rPr>
              <w:t>Winter Weather</w:t>
            </w:r>
          </w:p>
        </w:tc>
        <w:tc>
          <w:tcPr>
            <w:tcW w:type="dxa" w:w="1484"/>
          </w:tcPr>
          <w:p>
            <w:pPr>
              <w:spacing w:after="0"/>
              <w:jc w:val="right"/>
            </w:pPr>
            <w:r>
              <w:rPr>
                <w:sz w:val="16"/>
              </w:rPr>
              <w:t>$127,016.63</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2001-01-18</w:t>
            </w:r>
          </w:p>
        </w:tc>
        <w:tc>
          <w:tcPr>
            <w:tcW w:type="dxa" w:w="1076"/>
          </w:tcPr>
          <w:p>
            <w:pPr>
              <w:spacing w:after="0"/>
              <w:jc w:val="left"/>
            </w:pPr>
            <w:r>
              <w:rPr>
                <w:sz w:val="16"/>
              </w:rPr>
              <w:t>2000-12-16</w:t>
            </w:r>
          </w:p>
        </w:tc>
        <w:tc>
          <w:tcPr>
            <w:tcW w:type="dxa" w:w="1076"/>
          </w:tcPr>
          <w:p>
            <w:pPr>
              <w:spacing w:after="0"/>
              <w:jc w:val="left"/>
            </w:pPr>
            <w:r>
              <w:rPr>
                <w:sz w:val="16"/>
              </w:rPr>
              <w:t>DR-1358-VT</w:t>
            </w:r>
          </w:p>
        </w:tc>
        <w:tc>
          <w:tcPr>
            <w:tcW w:type="dxa" w:w="1447"/>
          </w:tcPr>
          <w:p>
            <w:pPr>
              <w:spacing w:after="0"/>
              <w:jc w:val="left"/>
            </w:pPr>
            <w:r>
              <w:rPr>
                <w:sz w:val="16"/>
              </w:rPr>
              <w:t>Major disaster</w:t>
            </w:r>
          </w:p>
        </w:tc>
        <w:tc>
          <w:tcPr>
            <w:tcW w:type="dxa" w:w="2558"/>
          </w:tcPr>
          <w:p>
            <w:pPr>
              <w:spacing w:after="0"/>
              <w:jc w:val="left"/>
            </w:pPr>
            <w:r>
              <w:rPr>
                <w:sz w:val="16"/>
              </w:rPr>
              <w:t>SEVERE STORMS AND FLOODING</w:t>
            </w:r>
          </w:p>
        </w:tc>
        <w:tc>
          <w:tcPr>
            <w:tcW w:type="dxa" w:w="2373"/>
          </w:tcPr>
          <w:p>
            <w:pPr>
              <w:spacing w:after="0"/>
              <w:jc w:val="left"/>
            </w:pPr>
            <w:r>
              <w:rPr>
                <w:sz w:val="16"/>
              </w:rPr>
              <w:t>Inland Flooding</w:t>
            </w:r>
          </w:p>
        </w:tc>
        <w:tc>
          <w:tcPr>
            <w:tcW w:type="dxa" w:w="1484"/>
          </w:tcPr>
          <w:p>
            <w:pPr>
              <w:spacing w:after="0"/>
              <w:jc w:val="right"/>
            </w:pPr>
            <w:r>
              <w:rPr>
                <w:sz w:val="16"/>
              </w:rPr>
              <w:t>$336,782.02</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2000-07-27</w:t>
            </w:r>
          </w:p>
        </w:tc>
        <w:tc>
          <w:tcPr>
            <w:tcW w:type="dxa" w:w="1076"/>
          </w:tcPr>
          <w:p>
            <w:pPr>
              <w:spacing w:after="0"/>
              <w:jc w:val="left"/>
            </w:pPr>
            <w:r>
              <w:rPr>
                <w:sz w:val="16"/>
              </w:rPr>
              <w:t>2000-07-14</w:t>
            </w:r>
          </w:p>
        </w:tc>
        <w:tc>
          <w:tcPr>
            <w:tcW w:type="dxa" w:w="1076"/>
          </w:tcPr>
          <w:p>
            <w:pPr>
              <w:spacing w:after="0"/>
              <w:jc w:val="left"/>
            </w:pPr>
            <w:r>
              <w:rPr>
                <w:sz w:val="16"/>
              </w:rPr>
              <w:t>DR-1336-VT</w:t>
            </w:r>
          </w:p>
        </w:tc>
        <w:tc>
          <w:tcPr>
            <w:tcW w:type="dxa" w:w="1447"/>
          </w:tcPr>
          <w:p>
            <w:pPr>
              <w:spacing w:after="0"/>
              <w:jc w:val="left"/>
            </w:pPr>
            <w:r>
              <w:rPr>
                <w:sz w:val="16"/>
              </w:rPr>
              <w:t>Major disaster</w:t>
            </w:r>
          </w:p>
        </w:tc>
        <w:tc>
          <w:tcPr>
            <w:tcW w:type="dxa" w:w="2558"/>
          </w:tcPr>
          <w:p>
            <w:pPr>
              <w:spacing w:after="0"/>
              <w:jc w:val="left"/>
            </w:pPr>
            <w:r>
              <w:rPr>
                <w:sz w:val="16"/>
              </w:rPr>
              <w:t>SEVERE STORMS AND FLOODING</w:t>
            </w:r>
          </w:p>
        </w:tc>
        <w:tc>
          <w:tcPr>
            <w:tcW w:type="dxa" w:w="2373"/>
          </w:tcPr>
          <w:p>
            <w:pPr>
              <w:spacing w:after="0"/>
              <w:jc w:val="left"/>
            </w:pPr>
            <w:r>
              <w:rPr>
                <w:sz w:val="16"/>
              </w:rPr>
              <w:t>Inland Flooding</w:t>
            </w:r>
          </w:p>
        </w:tc>
        <w:tc>
          <w:tcPr>
            <w:tcW w:type="dxa" w:w="1484"/>
          </w:tcPr>
          <w:p>
            <w:pPr>
              <w:spacing w:after="0"/>
              <w:jc w:val="right"/>
            </w:pPr>
            <w:r>
              <w:rPr>
                <w:sz w:val="16"/>
              </w:rPr>
              <w:t>$63,331.79</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1999-11-10</w:t>
            </w:r>
          </w:p>
        </w:tc>
        <w:tc>
          <w:tcPr>
            <w:tcW w:type="dxa" w:w="1076"/>
          </w:tcPr>
          <w:p>
            <w:pPr>
              <w:spacing w:after="0"/>
              <w:jc w:val="left"/>
            </w:pPr>
            <w:r>
              <w:rPr>
                <w:sz w:val="16"/>
              </w:rPr>
              <w:t>1999-09-16</w:t>
            </w:r>
          </w:p>
        </w:tc>
        <w:tc>
          <w:tcPr>
            <w:tcW w:type="dxa" w:w="1076"/>
          </w:tcPr>
          <w:p>
            <w:pPr>
              <w:spacing w:after="0"/>
              <w:jc w:val="left"/>
            </w:pPr>
            <w:r>
              <w:rPr>
                <w:sz w:val="16"/>
              </w:rPr>
              <w:t>DR-1307-VT</w:t>
            </w:r>
          </w:p>
        </w:tc>
        <w:tc>
          <w:tcPr>
            <w:tcW w:type="dxa" w:w="1447"/>
          </w:tcPr>
          <w:p>
            <w:pPr>
              <w:spacing w:after="0"/>
              <w:jc w:val="left"/>
            </w:pPr>
            <w:r>
              <w:rPr>
                <w:sz w:val="16"/>
              </w:rPr>
              <w:t>Major disaster</w:t>
            </w:r>
          </w:p>
        </w:tc>
        <w:tc>
          <w:tcPr>
            <w:tcW w:type="dxa" w:w="2558"/>
          </w:tcPr>
          <w:p>
            <w:pPr>
              <w:spacing w:after="0"/>
              <w:jc w:val="left"/>
            </w:pPr>
            <w:r>
              <w:rPr>
                <w:sz w:val="16"/>
              </w:rPr>
              <w:t>TROPICAL STORM FLOYD</w:t>
            </w:r>
          </w:p>
        </w:tc>
        <w:tc>
          <w:tcPr>
            <w:tcW w:type="dxa" w:w="2373"/>
          </w:tcPr>
          <w:p>
            <w:pPr>
              <w:spacing w:after="0"/>
              <w:jc w:val="left"/>
            </w:pPr>
            <w:r>
              <w:rPr>
                <w:sz w:val="16"/>
              </w:rPr>
              <w:t>Hurricane; Inland Flooding</w:t>
            </w:r>
          </w:p>
        </w:tc>
        <w:tc>
          <w:tcPr>
            <w:tcW w:type="dxa" w:w="1484"/>
          </w:tcPr>
          <w:p>
            <w:pPr>
              <w:spacing w:after="0"/>
              <w:jc w:val="right"/>
            </w:pPr>
            <w:r>
              <w:rPr>
                <w:sz w:val="16"/>
              </w:rPr>
              <w:t>$80,679.75</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1998-06-30</w:t>
            </w:r>
          </w:p>
        </w:tc>
        <w:tc>
          <w:tcPr>
            <w:tcW w:type="dxa" w:w="1076"/>
          </w:tcPr>
          <w:p>
            <w:pPr>
              <w:spacing w:after="0"/>
              <w:jc w:val="left"/>
            </w:pPr>
            <w:r>
              <w:rPr>
                <w:sz w:val="16"/>
              </w:rPr>
              <w:t>1998-06-17</w:t>
            </w:r>
          </w:p>
        </w:tc>
        <w:tc>
          <w:tcPr>
            <w:tcW w:type="dxa" w:w="1076"/>
          </w:tcPr>
          <w:p>
            <w:pPr>
              <w:spacing w:after="0"/>
              <w:jc w:val="left"/>
            </w:pPr>
            <w:r>
              <w:rPr>
                <w:sz w:val="16"/>
              </w:rPr>
              <w:t>DR-1228-VT</w:t>
            </w:r>
          </w:p>
        </w:tc>
        <w:tc>
          <w:tcPr>
            <w:tcW w:type="dxa" w:w="1447"/>
          </w:tcPr>
          <w:p>
            <w:pPr>
              <w:spacing w:after="0"/>
              <w:jc w:val="left"/>
            </w:pPr>
            <w:r>
              <w:rPr>
                <w:sz w:val="16"/>
              </w:rPr>
              <w:t>Major disaster</w:t>
            </w:r>
          </w:p>
        </w:tc>
        <w:tc>
          <w:tcPr>
            <w:tcW w:type="dxa" w:w="2558"/>
          </w:tcPr>
          <w:p>
            <w:pPr>
              <w:spacing w:after="0"/>
              <w:jc w:val="left"/>
            </w:pPr>
            <w:r>
              <w:rPr>
                <w:sz w:val="16"/>
              </w:rPr>
              <w:t>SEVERE STORMS AND FLOODING</w:t>
            </w:r>
          </w:p>
        </w:tc>
        <w:tc>
          <w:tcPr>
            <w:tcW w:type="dxa" w:w="2373"/>
          </w:tcPr>
          <w:p>
            <w:pPr>
              <w:spacing w:after="0"/>
              <w:jc w:val="left"/>
            </w:pPr>
            <w:r>
              <w:rPr>
                <w:sz w:val="16"/>
              </w:rPr>
              <w:t>Inland Flooding</w:t>
            </w:r>
          </w:p>
        </w:tc>
        <w:tc>
          <w:tcPr>
            <w:tcW w:type="dxa" w:w="1484"/>
          </w:tcPr>
          <w:p>
            <w:pPr>
              <w:spacing w:after="0"/>
              <w:jc w:val="right"/>
            </w:pPr>
            <w:r>
              <w:rPr>
                <w:sz w:val="16"/>
              </w:rPr>
              <w:t>none found</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1996-02-13</w:t>
            </w:r>
          </w:p>
        </w:tc>
        <w:tc>
          <w:tcPr>
            <w:tcW w:type="dxa" w:w="1076"/>
          </w:tcPr>
          <w:p>
            <w:pPr>
              <w:spacing w:after="0"/>
              <w:jc w:val="left"/>
            </w:pPr>
            <w:r>
              <w:rPr>
                <w:sz w:val="16"/>
              </w:rPr>
              <w:t>1996-01-19</w:t>
            </w:r>
          </w:p>
        </w:tc>
        <w:tc>
          <w:tcPr>
            <w:tcW w:type="dxa" w:w="1076"/>
          </w:tcPr>
          <w:p>
            <w:pPr>
              <w:spacing w:after="0"/>
              <w:jc w:val="left"/>
            </w:pPr>
            <w:r>
              <w:rPr>
                <w:sz w:val="16"/>
              </w:rPr>
              <w:t>DR-1101-VT</w:t>
            </w:r>
          </w:p>
        </w:tc>
        <w:tc>
          <w:tcPr>
            <w:tcW w:type="dxa" w:w="1447"/>
          </w:tcPr>
          <w:p>
            <w:pPr>
              <w:spacing w:after="0"/>
              <w:jc w:val="left"/>
            </w:pPr>
            <w:r>
              <w:rPr>
                <w:sz w:val="16"/>
              </w:rPr>
              <w:t>Major disaster</w:t>
            </w:r>
          </w:p>
        </w:tc>
        <w:tc>
          <w:tcPr>
            <w:tcW w:type="dxa" w:w="2558"/>
          </w:tcPr>
          <w:p>
            <w:pPr>
              <w:spacing w:after="0"/>
              <w:jc w:val="left"/>
            </w:pPr>
            <w:r>
              <w:rPr>
                <w:sz w:val="16"/>
              </w:rPr>
              <w:t>ICE JAMS AND FLOODING</w:t>
            </w:r>
          </w:p>
        </w:tc>
        <w:tc>
          <w:tcPr>
            <w:tcW w:type="dxa" w:w="2373"/>
          </w:tcPr>
          <w:p>
            <w:pPr>
              <w:spacing w:after="0"/>
              <w:jc w:val="left"/>
            </w:pPr>
            <w:r>
              <w:rPr>
                <w:sz w:val="16"/>
              </w:rPr>
              <w:t>Inland Flooding (primary); also designated: Winter Weather</w:t>
            </w:r>
          </w:p>
        </w:tc>
        <w:tc>
          <w:tcPr>
            <w:tcW w:type="dxa" w:w="1484"/>
          </w:tcPr>
          <w:p>
            <w:pPr>
              <w:spacing w:after="0"/>
              <w:jc w:val="right"/>
            </w:pPr>
            <w:r>
              <w:rPr>
                <w:sz w:val="16"/>
              </w:rPr>
              <w:t>none found</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1976-08-05</w:t>
            </w:r>
          </w:p>
        </w:tc>
        <w:tc>
          <w:tcPr>
            <w:tcW w:type="dxa" w:w="1076"/>
          </w:tcPr>
          <w:p>
            <w:pPr>
              <w:spacing w:after="0"/>
              <w:jc w:val="left"/>
            </w:pPr>
            <w:r>
              <w:rPr>
                <w:sz w:val="16"/>
              </w:rPr>
              <w:t>1976-08-05</w:t>
            </w:r>
          </w:p>
        </w:tc>
        <w:tc>
          <w:tcPr>
            <w:tcW w:type="dxa" w:w="1076"/>
          </w:tcPr>
          <w:p>
            <w:pPr>
              <w:spacing w:after="0"/>
              <w:jc w:val="left"/>
            </w:pPr>
            <w:r>
              <w:rPr>
                <w:sz w:val="16"/>
              </w:rPr>
              <w:t>DR-518-VT</w:t>
            </w:r>
          </w:p>
        </w:tc>
        <w:tc>
          <w:tcPr>
            <w:tcW w:type="dxa" w:w="1447"/>
          </w:tcPr>
          <w:p>
            <w:pPr>
              <w:spacing w:after="0"/>
              <w:jc w:val="left"/>
            </w:pPr>
            <w:r>
              <w:rPr>
                <w:sz w:val="16"/>
              </w:rPr>
              <w:t>Major disaster</w:t>
            </w:r>
          </w:p>
        </w:tc>
        <w:tc>
          <w:tcPr>
            <w:tcW w:type="dxa" w:w="2558"/>
          </w:tcPr>
          <w:p>
            <w:pPr>
              <w:spacing w:after="0"/>
              <w:jc w:val="left"/>
            </w:pPr>
            <w:r>
              <w:rPr>
                <w:sz w:val="16"/>
              </w:rPr>
              <w:t>SEVERE STORMS, HIGH WINDS &amp; FLOODING</w:t>
            </w:r>
          </w:p>
        </w:tc>
        <w:tc>
          <w:tcPr>
            <w:tcW w:type="dxa" w:w="2373"/>
          </w:tcPr>
          <w:p>
            <w:pPr>
              <w:spacing w:after="0"/>
              <w:jc w:val="left"/>
            </w:pPr>
            <w:r>
              <w:rPr>
                <w:sz w:val="16"/>
              </w:rPr>
              <w:t>Inland Flooding (primary); also designated: Strong Wind</w:t>
            </w:r>
          </w:p>
        </w:tc>
        <w:tc>
          <w:tcPr>
            <w:tcW w:type="dxa" w:w="1484"/>
          </w:tcPr>
          <w:p>
            <w:pPr>
              <w:spacing w:after="0"/>
              <w:jc w:val="right"/>
            </w:pPr>
            <w:r>
              <w:rPr>
                <w:sz w:val="16"/>
              </w:rPr>
              <w:t>none found</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1973-07-06</w:t>
            </w:r>
          </w:p>
        </w:tc>
        <w:tc>
          <w:tcPr>
            <w:tcW w:type="dxa" w:w="1076"/>
          </w:tcPr>
          <w:p>
            <w:pPr>
              <w:spacing w:after="0"/>
              <w:jc w:val="left"/>
            </w:pPr>
            <w:r>
              <w:rPr>
                <w:sz w:val="16"/>
              </w:rPr>
              <w:t>1973-07-06</w:t>
            </w:r>
          </w:p>
        </w:tc>
        <w:tc>
          <w:tcPr>
            <w:tcW w:type="dxa" w:w="1076"/>
          </w:tcPr>
          <w:p>
            <w:pPr>
              <w:spacing w:after="0"/>
              <w:jc w:val="left"/>
            </w:pPr>
            <w:r>
              <w:rPr>
                <w:sz w:val="16"/>
              </w:rPr>
              <w:t>DR-397-VT</w:t>
            </w:r>
          </w:p>
        </w:tc>
        <w:tc>
          <w:tcPr>
            <w:tcW w:type="dxa" w:w="1447"/>
          </w:tcPr>
          <w:p>
            <w:pPr>
              <w:spacing w:after="0"/>
              <w:jc w:val="left"/>
            </w:pPr>
            <w:r>
              <w:rPr>
                <w:sz w:val="16"/>
              </w:rPr>
              <w:t>Major disaster</w:t>
            </w:r>
          </w:p>
        </w:tc>
        <w:tc>
          <w:tcPr>
            <w:tcW w:type="dxa" w:w="2558"/>
          </w:tcPr>
          <w:p>
            <w:pPr>
              <w:spacing w:after="0"/>
              <w:jc w:val="left"/>
            </w:pPr>
            <w:r>
              <w:rPr>
                <w:sz w:val="16"/>
              </w:rPr>
              <w:t>SEVERE STORMS, FLOODING, &amp; LANDSLIDES</w:t>
            </w:r>
          </w:p>
        </w:tc>
        <w:tc>
          <w:tcPr>
            <w:tcW w:type="dxa" w:w="2373"/>
          </w:tcPr>
          <w:p>
            <w:pPr>
              <w:spacing w:after="0"/>
              <w:jc w:val="left"/>
            </w:pPr>
            <w:r>
              <w:rPr>
                <w:sz w:val="16"/>
              </w:rPr>
              <w:t>Inland Flooding (primary); also designated: Landslide</w:t>
            </w:r>
          </w:p>
        </w:tc>
        <w:tc>
          <w:tcPr>
            <w:tcW w:type="dxa" w:w="1484"/>
          </w:tcPr>
          <w:p>
            <w:pPr>
              <w:spacing w:after="0"/>
              <w:jc w:val="right"/>
            </w:pPr>
            <w:r>
              <w:rPr>
                <w:sz w:val="16"/>
              </w:rPr>
              <w:t>none found</w:t>
            </w:r>
          </w:p>
        </w:tc>
        <w:tc>
          <w:tcPr>
            <w:tcW w:type="dxa" w:w="2095"/>
          </w:tcPr>
          <w:p>
            <w:pPr>
              <w:spacing w:after="0"/>
              <w:jc w:val="left"/>
            </w:pPr>
          </w:p>
        </w:tc>
        <w:tc>
          <w:tcPr>
            <w:tcW w:type="dxa" w:w="928"/>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40" w:before="0"/>
      </w:pPr>
      <w:r>
        <w:rPr>
          <w:sz w:val="15"/>
        </w:rPr>
        <w:t>The County Public Assistance column is the whole county's, including any state agencies FEMA files there; this town's own matched Public Assistance is in the per-member block (B1-f).</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944"/>
        <w:gridCol w:w="1944"/>
        <w:gridCol w:w="1777"/>
        <w:gridCol w:w="2614"/>
        <w:gridCol w:w="1793"/>
        <w:gridCol w:w="1609"/>
        <w:gridCol w:w="1215"/>
        <w:gridCol w:w="1215"/>
      </w:tblGrid>
      <w:tr>
        <w:trPr>
          <w:cantSplit/>
          <w:tblHeader/>
        </w:trPr>
        <w:tc>
          <w:tcPr>
            <w:tcW w:type="dxa" w:w="1944"/>
            <w:shd w:val="clear" w:color="auto" w:fill="E8E8E8"/>
          </w:tcPr>
          <w:p>
            <w:pPr>
              <w:spacing w:after="0"/>
              <w:jc w:val="left"/>
            </w:pPr>
            <w:r>
              <w:rPr>
                <w:b/>
                <w:sz w:val="16"/>
              </w:rPr>
              <w:t>Declared</w:t>
            </w:r>
          </w:p>
        </w:tc>
        <w:tc>
          <w:tcPr>
            <w:tcW w:type="dxa" w:w="1944"/>
            <w:shd w:val="clear" w:color="auto" w:fill="E8E8E8"/>
          </w:tcPr>
          <w:p>
            <w:pPr>
              <w:spacing w:after="0"/>
              <w:jc w:val="left"/>
            </w:pPr>
            <w:r>
              <w:rPr>
                <w:b/>
                <w:sz w:val="16"/>
              </w:rPr>
              <w:t>Incident began</w:t>
            </w:r>
          </w:p>
        </w:tc>
        <w:tc>
          <w:tcPr>
            <w:tcW w:type="dxa" w:w="1777"/>
            <w:shd w:val="clear" w:color="auto" w:fill="E8E8E8"/>
          </w:tcPr>
          <w:p>
            <w:pPr>
              <w:spacing w:after="0"/>
              <w:jc w:val="left"/>
            </w:pPr>
            <w:r>
              <w:rPr>
                <w:b/>
                <w:sz w:val="16"/>
              </w:rPr>
              <w:t>FEMA number</w:t>
            </w:r>
          </w:p>
        </w:tc>
        <w:tc>
          <w:tcPr>
            <w:tcW w:type="dxa" w:w="2614"/>
            <w:shd w:val="clear" w:color="auto" w:fill="E8E8E8"/>
          </w:tcPr>
          <w:p>
            <w:pPr>
              <w:spacing w:after="0"/>
              <w:jc w:val="left"/>
            </w:pPr>
            <w:r>
              <w:rPr>
                <w:b/>
                <w:sz w:val="16"/>
              </w:rPr>
              <w:t>Type</w:t>
            </w:r>
          </w:p>
        </w:tc>
        <w:tc>
          <w:tcPr>
            <w:tcW w:type="dxa" w:w="1793"/>
            <w:shd w:val="clear" w:color="auto" w:fill="E8E8E8"/>
          </w:tcPr>
          <w:p>
            <w:pPr>
              <w:spacing w:after="0"/>
              <w:jc w:val="left"/>
            </w:pPr>
            <w:r>
              <w:rPr>
                <w:b/>
                <w:sz w:val="16"/>
              </w:rPr>
              <w:t>Title</w:t>
            </w:r>
          </w:p>
        </w:tc>
        <w:tc>
          <w:tcPr>
            <w:tcW w:type="dxa" w:w="1609"/>
            <w:shd w:val="clear" w:color="auto" w:fill="E8E8E8"/>
          </w:tcPr>
          <w:p>
            <w:pPr>
              <w:spacing w:after="0"/>
              <w:jc w:val="left"/>
            </w:pPr>
            <w:r>
              <w:rPr>
                <w:b/>
                <w:sz w:val="16"/>
              </w:rPr>
              <w:t>Mapped hazard</w:t>
            </w:r>
          </w:p>
        </w:tc>
        <w:tc>
          <w:tcPr>
            <w:tcW w:type="dxa" w:w="1215"/>
            <w:shd w:val="clear" w:color="auto" w:fill="E8E8E8"/>
          </w:tcPr>
          <w:p>
            <w:pPr>
              <w:spacing w:after="0"/>
              <w:jc w:val="left"/>
            </w:pPr>
            <w:r>
              <w:rPr>
                <w:b/>
                <w:sz w:val="16"/>
              </w:rPr>
              <w:t>Flags</w:t>
            </w:r>
          </w:p>
        </w:tc>
        <w:tc>
          <w:tcPr>
            <w:tcW w:type="dxa" w:w="1215"/>
            <w:shd w:val="clear" w:color="auto" w:fill="E8E8E8"/>
          </w:tcPr>
          <w:p>
            <w:pPr>
              <w:spacing w:after="0"/>
              <w:jc w:val="left"/>
            </w:pPr>
            <w:r>
              <w:rPr>
                <w:b/>
                <w:sz w:val="16"/>
              </w:rPr>
              <w:t>Notes</w:t>
            </w:r>
          </w:p>
        </w:tc>
      </w:tr>
      <w:tr>
        <w:trPr>
          <w:cantSplit/>
        </w:trPr>
        <w:tc>
          <w:tcPr>
            <w:tcW w:type="dxa" w:w="1944"/>
          </w:tcPr>
          <w:p>
            <w:pPr>
              <w:spacing w:after="0"/>
              <w:jc w:val="left"/>
            </w:pPr>
            <w:r>
              <w:rPr>
                <w:sz w:val="16"/>
              </w:rPr>
              <w:t>1964-03-17</w:t>
            </w:r>
          </w:p>
        </w:tc>
        <w:tc>
          <w:tcPr>
            <w:tcW w:type="dxa" w:w="1944"/>
          </w:tcPr>
          <w:p>
            <w:pPr>
              <w:spacing w:after="0"/>
              <w:jc w:val="left"/>
            </w:pPr>
            <w:r>
              <w:rPr>
                <w:sz w:val="16"/>
              </w:rPr>
              <w:t>1964-03-17</w:t>
            </w:r>
          </w:p>
        </w:tc>
        <w:tc>
          <w:tcPr>
            <w:tcW w:type="dxa" w:w="1777"/>
          </w:tcPr>
          <w:p>
            <w:pPr>
              <w:spacing w:after="0"/>
              <w:jc w:val="left"/>
            </w:pPr>
            <w:r>
              <w:rPr>
                <w:sz w:val="16"/>
              </w:rPr>
              <w:t>DR-164-VT</w:t>
            </w:r>
          </w:p>
        </w:tc>
        <w:tc>
          <w:tcPr>
            <w:tcW w:type="dxa" w:w="2614"/>
          </w:tcPr>
          <w:p>
            <w:pPr>
              <w:spacing w:after="0"/>
              <w:jc w:val="left"/>
            </w:pPr>
            <w:r>
              <w:rPr>
                <w:sz w:val="16"/>
              </w:rPr>
              <w:t>Major disaster</w:t>
            </w:r>
          </w:p>
        </w:tc>
        <w:tc>
          <w:tcPr>
            <w:tcW w:type="dxa" w:w="1793"/>
          </w:tcPr>
          <w:p>
            <w:pPr>
              <w:spacing w:after="0"/>
              <w:jc w:val="left"/>
            </w:pPr>
            <w:r>
              <w:rPr>
                <w:sz w:val="16"/>
              </w:rPr>
              <w:t>FLOODING</w:t>
            </w:r>
          </w:p>
        </w:tc>
        <w:tc>
          <w:tcPr>
            <w:tcW w:type="dxa" w:w="1609"/>
          </w:tcPr>
          <w:p>
            <w:pPr>
              <w:spacing w:after="0"/>
              <w:jc w:val="left"/>
            </w:pPr>
            <w:r>
              <w:rPr>
                <w:sz w:val="16"/>
              </w:rPr>
              <w:t>Inland Flooding</w:t>
            </w:r>
          </w:p>
        </w:tc>
        <w:tc>
          <w:tcPr>
            <w:tcW w:type="dxa" w:w="1215"/>
          </w:tcPr>
          <w:p>
            <w:pPr>
              <w:spacing w:after="0"/>
              <w:jc w:val="left"/>
            </w:pPr>
          </w:p>
        </w:tc>
        <w:tc>
          <w:tcPr>
            <w:tcW w:type="dxa" w:w="1215"/>
          </w:tcPr>
          <w:p>
            <w:pPr>
              <w:spacing w:after="0"/>
              <w:jc w:val="left"/>
            </w:pPr>
          </w:p>
        </w:tc>
      </w:tr>
      <w:tr>
        <w:trPr>
          <w:cantSplit/>
        </w:trPr>
        <w:tc>
          <w:tcPr>
            <w:tcW w:type="dxa" w:w="1944"/>
          </w:tcPr>
          <w:p>
            <w:pPr>
              <w:spacing w:after="0"/>
              <w:jc w:val="left"/>
            </w:pPr>
            <w:r>
              <w:rPr>
                <w:sz w:val="16"/>
              </w:rPr>
              <w:t>1963-11-27</w:t>
            </w:r>
          </w:p>
        </w:tc>
        <w:tc>
          <w:tcPr>
            <w:tcW w:type="dxa" w:w="1944"/>
          </w:tcPr>
          <w:p>
            <w:pPr>
              <w:spacing w:after="0"/>
              <w:jc w:val="left"/>
            </w:pPr>
            <w:r>
              <w:rPr>
                <w:sz w:val="16"/>
              </w:rPr>
              <w:t>1963-11-27</w:t>
            </w:r>
          </w:p>
        </w:tc>
        <w:tc>
          <w:tcPr>
            <w:tcW w:type="dxa" w:w="1777"/>
          </w:tcPr>
          <w:p>
            <w:pPr>
              <w:spacing w:after="0"/>
              <w:jc w:val="left"/>
            </w:pPr>
            <w:r>
              <w:rPr>
                <w:sz w:val="16"/>
              </w:rPr>
              <w:t>DR-160-VT</w:t>
            </w:r>
          </w:p>
        </w:tc>
        <w:tc>
          <w:tcPr>
            <w:tcW w:type="dxa" w:w="2614"/>
          </w:tcPr>
          <w:p>
            <w:pPr>
              <w:spacing w:after="0"/>
              <w:jc w:val="left"/>
            </w:pPr>
            <w:r>
              <w:rPr>
                <w:sz w:val="16"/>
              </w:rPr>
              <w:t>Major disaster</w:t>
            </w:r>
          </w:p>
        </w:tc>
        <w:tc>
          <w:tcPr>
            <w:tcW w:type="dxa" w:w="1793"/>
          </w:tcPr>
          <w:p>
            <w:pPr>
              <w:spacing w:after="0"/>
              <w:jc w:val="left"/>
            </w:pPr>
            <w:r>
              <w:rPr>
                <w:sz w:val="16"/>
              </w:rPr>
              <w:t>DROUGHT &amp; IMPENDING FREEZE</w:t>
            </w:r>
          </w:p>
        </w:tc>
        <w:tc>
          <w:tcPr>
            <w:tcW w:type="dxa" w:w="1609"/>
          </w:tcPr>
          <w:p>
            <w:pPr>
              <w:spacing w:after="0"/>
              <w:jc w:val="left"/>
            </w:pPr>
            <w:r>
              <w:rPr>
                <w:sz w:val="16"/>
              </w:rPr>
              <w:t>Drought</w:t>
            </w:r>
          </w:p>
        </w:tc>
        <w:tc>
          <w:tcPr>
            <w:tcW w:type="dxa" w:w="1215"/>
          </w:tcPr>
          <w:p>
            <w:pPr>
              <w:spacing w:after="0"/>
              <w:jc w:val="left"/>
            </w:pPr>
          </w:p>
        </w:tc>
        <w:tc>
          <w:tcPr>
            <w:tcW w:type="dxa" w:w="121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2 rows, $125,289.46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125,289.46"/>
        <w:tblDescription w:val="Hazard Plain table b1d_pa_other"/>
      </w:tblPr>
      <w:tblGrid>
        <w:gridCol w:w="2155"/>
        <w:gridCol w:w="2155"/>
        <w:gridCol w:w="3824"/>
        <w:gridCol w:w="3639"/>
        <w:gridCol w:w="2340"/>
      </w:tblGrid>
      <w:tr>
        <w:trPr>
          <w:cantSplit/>
          <w:tblHeader/>
        </w:trPr>
        <w:tc>
          <w:tcPr>
            <w:tcW w:type="dxa" w:w="2155"/>
            <w:shd w:val="clear" w:color="auto" w:fill="E8E8E8"/>
          </w:tcPr>
          <w:p>
            <w:pPr>
              <w:spacing w:after="0"/>
              <w:jc w:val="left"/>
            </w:pPr>
            <w:r>
              <w:rPr>
                <w:b/>
                <w:sz w:val="16"/>
              </w:rPr>
              <w:t>FEMA number</w:t>
            </w:r>
          </w:p>
        </w:tc>
        <w:tc>
          <w:tcPr>
            <w:tcW w:type="dxa" w:w="2155"/>
            <w:shd w:val="clear" w:color="auto" w:fill="E8E8E8"/>
          </w:tcPr>
          <w:p>
            <w:pPr>
              <w:spacing w:after="0"/>
              <w:jc w:val="left"/>
            </w:pPr>
            <w:r>
              <w:rPr>
                <w:b/>
                <w:sz w:val="16"/>
              </w:rPr>
              <w:t>Declared</w:t>
            </w:r>
          </w:p>
        </w:tc>
        <w:tc>
          <w:tcPr>
            <w:tcW w:type="dxa" w:w="3824"/>
            <w:shd w:val="clear" w:color="auto" w:fill="E8E8E8"/>
          </w:tcPr>
          <w:p>
            <w:pPr>
              <w:spacing w:after="0"/>
              <w:jc w:val="left"/>
            </w:pPr>
            <w:r>
              <w:rPr>
                <w:b/>
                <w:sz w:val="16"/>
              </w:rPr>
              <w:t>Title</w:t>
            </w:r>
          </w:p>
        </w:tc>
        <w:tc>
          <w:tcPr>
            <w:tcW w:type="dxa" w:w="3639"/>
            <w:shd w:val="clear" w:color="auto" w:fill="E8E8E8"/>
          </w:tcPr>
          <w:p>
            <w:pPr>
              <w:spacing w:after="0"/>
              <w:jc w:val="left"/>
            </w:pPr>
            <w:r>
              <w:rPr>
                <w:b/>
                <w:sz w:val="16"/>
              </w:rPr>
              <w:t>Applicant</w:t>
            </w:r>
          </w:p>
        </w:tc>
        <w:tc>
          <w:tcPr>
            <w:tcW w:type="dxa" w:w="234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155"/>
          </w:tcPr>
          <w:p>
            <w:pPr>
              <w:spacing w:after="0"/>
              <w:jc w:val="left"/>
            </w:pPr>
            <w:r>
              <w:rPr>
                <w:sz w:val="16"/>
              </w:rPr>
              <w:t>DR-1816-VT</w:t>
            </w:r>
          </w:p>
        </w:tc>
        <w:tc>
          <w:tcPr>
            <w:tcW w:type="dxa" w:w="2155"/>
          </w:tcPr>
          <w:p>
            <w:pPr>
              <w:spacing w:after="0"/>
              <w:jc w:val="left"/>
            </w:pPr>
            <w:r>
              <w:rPr>
                <w:sz w:val="16"/>
              </w:rPr>
              <w:t>2009-01-14</w:t>
            </w:r>
          </w:p>
        </w:tc>
        <w:tc>
          <w:tcPr>
            <w:tcW w:type="dxa" w:w="3824"/>
          </w:tcPr>
          <w:p>
            <w:pPr>
              <w:spacing w:after="0"/>
              <w:jc w:val="left"/>
            </w:pPr>
            <w:r>
              <w:rPr>
                <w:sz w:val="16"/>
              </w:rPr>
              <w:t>SEVERE WINTER STORM</w:t>
            </w:r>
          </w:p>
        </w:tc>
        <w:tc>
          <w:tcPr>
            <w:tcW w:type="dxa" w:w="3639"/>
          </w:tcPr>
          <w:p>
            <w:pPr>
              <w:spacing w:after="0"/>
              <w:jc w:val="left"/>
            </w:pPr>
            <w:r>
              <w:rPr>
                <w:sz w:val="16"/>
              </w:rPr>
              <w:t>Readsboro, Town of</w:t>
            </w:r>
          </w:p>
        </w:tc>
        <w:tc>
          <w:tcPr>
            <w:tcW w:type="dxa" w:w="2340"/>
          </w:tcPr>
          <w:p>
            <w:pPr>
              <w:spacing w:after="0"/>
              <w:jc w:val="right"/>
            </w:pPr>
            <w:r>
              <w:rPr>
                <w:sz w:val="16"/>
              </w:rPr>
              <w:t>$118,030.70</w:t>
            </w:r>
          </w:p>
        </w:tc>
      </w:tr>
      <w:tr>
        <w:trPr>
          <w:cantSplit/>
        </w:trPr>
        <w:tc>
          <w:tcPr>
            <w:tcW w:type="dxa" w:w="2155"/>
          </w:tcPr>
          <w:p>
            <w:pPr>
              <w:spacing w:after="0"/>
              <w:jc w:val="left"/>
            </w:pPr>
            <w:r>
              <w:rPr>
                <w:sz w:val="16"/>
              </w:rPr>
              <w:t>DR-1488-VT</w:t>
            </w:r>
          </w:p>
        </w:tc>
        <w:tc>
          <w:tcPr>
            <w:tcW w:type="dxa" w:w="2155"/>
          </w:tcPr>
          <w:p>
            <w:pPr>
              <w:spacing w:after="0"/>
              <w:jc w:val="left"/>
            </w:pPr>
            <w:r>
              <w:rPr>
                <w:sz w:val="16"/>
              </w:rPr>
              <w:t>2003-09-12</w:t>
            </w:r>
          </w:p>
        </w:tc>
        <w:tc>
          <w:tcPr>
            <w:tcW w:type="dxa" w:w="3824"/>
          </w:tcPr>
          <w:p>
            <w:pPr>
              <w:spacing w:after="0"/>
              <w:jc w:val="left"/>
            </w:pPr>
            <w:r>
              <w:rPr>
                <w:sz w:val="16"/>
              </w:rPr>
              <w:t>SEVERE STORMS AND FLOODING</w:t>
            </w:r>
          </w:p>
        </w:tc>
        <w:tc>
          <w:tcPr>
            <w:tcW w:type="dxa" w:w="3639"/>
          </w:tcPr>
          <w:p>
            <w:pPr>
              <w:spacing w:after="0"/>
              <w:jc w:val="left"/>
            </w:pPr>
            <w:r>
              <w:rPr>
                <w:sz w:val="16"/>
              </w:rPr>
              <w:t>Readsboro, Town of</w:t>
            </w:r>
          </w:p>
        </w:tc>
        <w:tc>
          <w:tcPr>
            <w:tcW w:type="dxa" w:w="2340"/>
          </w:tcPr>
          <w:p>
            <w:pPr>
              <w:spacing w:after="0"/>
              <w:jc w:val="right"/>
            </w:pPr>
            <w:r>
              <w:rPr>
                <w:sz w:val="16"/>
              </w:rPr>
              <w:t>$7,258.76</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30</w:t>
            </w:r>
          </w:p>
        </w:tc>
        <w:tc>
          <w:tcPr>
            <w:tcW w:type="dxa" w:w="1422"/>
          </w:tcPr>
          <w:p>
            <w:pPr>
              <w:spacing w:after="0"/>
              <w:jc w:val="right"/>
            </w:pPr>
            <w:r>
              <w:rPr>
                <w:sz w:val="16"/>
              </w:rPr>
              <w:t>10</w:t>
            </w:r>
          </w:p>
        </w:tc>
        <w:tc>
          <w:tcPr>
            <w:tcW w:type="dxa" w:w="1356"/>
          </w:tcPr>
          <w:p>
            <w:pPr>
              <w:spacing w:after="0"/>
              <w:jc w:val="right"/>
            </w:pPr>
            <w:r>
              <w:rPr>
                <w:sz w:val="16"/>
              </w:rPr>
              <w:t>0</w:t>
            </w:r>
          </w:p>
        </w:tc>
        <w:tc>
          <w:tcPr>
            <w:tcW w:type="dxa" w:w="963"/>
          </w:tcPr>
          <w:p>
            <w:pPr>
              <w:spacing w:after="0"/>
              <w:jc w:val="right"/>
            </w:pPr>
            <w:r>
              <w:rPr>
                <w:sz w:val="16"/>
              </w:rPr>
              <w:t>10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5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90</w:t>
            </w:r>
          </w:p>
        </w:tc>
        <w:tc>
          <w:tcPr>
            <w:tcW w:type="dxa" w:w="1422"/>
          </w:tcPr>
          <w:p>
            <w:pPr>
              <w:spacing w:after="0"/>
              <w:jc w:val="right"/>
            </w:pPr>
            <w:r>
              <w:rPr>
                <w:sz w:val="16"/>
              </w:rPr>
              <w:t>7</w:t>
            </w:r>
          </w:p>
        </w:tc>
        <w:tc>
          <w:tcPr>
            <w:tcW w:type="dxa" w:w="1356"/>
          </w:tcPr>
          <w:p>
            <w:pPr>
              <w:spacing w:after="0"/>
              <w:jc w:val="right"/>
            </w:pPr>
            <w:r>
              <w:rPr>
                <w:sz w:val="16"/>
              </w:rPr>
              <w:t>1</w:t>
            </w: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8</w:t>
            </w:r>
          </w:p>
        </w:tc>
        <w:tc>
          <w:tcPr>
            <w:tcW w:type="dxa" w:w="1422"/>
          </w:tcPr>
          <w:p>
            <w:pPr>
              <w:spacing w:after="0"/>
              <w:jc w:val="right"/>
            </w:pPr>
            <w:r>
              <w:rPr>
                <w:sz w:val="16"/>
              </w:rPr>
              <w:t>1</w:t>
            </w:r>
          </w:p>
        </w:tc>
        <w:tc>
          <w:tcPr>
            <w:tcW w:type="dxa" w:w="1356"/>
          </w:tcPr>
          <w:p>
            <w:pPr>
              <w:spacing w:after="0"/>
              <w:jc w:val="right"/>
            </w:pPr>
            <w:r>
              <w:rPr>
                <w:sz w:val="16"/>
              </w:rPr>
              <w:t>2</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4 federal declared incidents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68</w:t>
            </w:r>
          </w:p>
        </w:tc>
        <w:tc>
          <w:tcPr>
            <w:tcW w:type="dxa" w:w="1422"/>
          </w:tcPr>
          <w:p>
            <w:pPr>
              <w:spacing w:after="0"/>
              <w:jc w:val="right"/>
            </w:pPr>
            <w:r>
              <w:rPr>
                <w:sz w:val="16"/>
              </w:rPr>
              <w:t>7</w:t>
            </w:r>
          </w:p>
        </w:tc>
        <w:tc>
          <w:tcPr>
            <w:tcW w:type="dxa" w:w="1356"/>
          </w:tcPr>
          <w:p>
            <w:pPr>
              <w:spacing w:after="0"/>
              <w:jc w:val="right"/>
            </w:pPr>
            <w:r>
              <w:rPr>
                <w:sz w:val="16"/>
              </w:rPr>
              <w:t>1</w:t>
            </w:r>
          </w:p>
        </w:tc>
        <w:tc>
          <w:tcPr>
            <w:tcW w:type="dxa" w:w="963"/>
          </w:tcPr>
          <w:p>
            <w:pPr>
              <w:spacing w:after="0"/>
              <w:jc w:val="right"/>
            </w:pPr>
            <w:r>
              <w:rPr>
                <w:sz w:val="16"/>
              </w:rPr>
              <w:t>7</w:t>
            </w:r>
          </w:p>
        </w:tc>
        <w:tc>
          <w:tcPr>
            <w:tcW w:type="dxa" w:w="1356"/>
          </w:tcPr>
          <w:p>
            <w:pPr>
              <w:spacing w:after="0"/>
              <w:jc w:val="right"/>
            </w:pPr>
            <w:r>
              <w:rPr>
                <w:sz w:val="16"/>
              </w:rPr>
              <w:t>13</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2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353</w:t>
            </w:r>
          </w:p>
        </w:tc>
        <w:tc>
          <w:tcPr>
            <w:tcW w:type="dxa" w:w="1422"/>
          </w:tcPr>
          <w:p>
            <w:pPr>
              <w:spacing w:after="0"/>
              <w:jc w:val="right"/>
            </w:pPr>
            <w:r>
              <w:rPr>
                <w:sz w:val="16"/>
              </w:rPr>
              <w:t>49</w:t>
            </w:r>
          </w:p>
        </w:tc>
        <w:tc>
          <w:tcPr>
            <w:tcW w:type="dxa" w:w="1356"/>
          </w:tcPr>
          <w:p>
            <w:pPr>
              <w:spacing w:after="0"/>
              <w:jc w:val="right"/>
            </w:pPr>
            <w:r>
              <w:rPr>
                <w:sz w:val="16"/>
              </w:rPr>
              <w:t>9</w:t>
            </w:r>
          </w:p>
        </w:tc>
        <w:tc>
          <w:tcPr>
            <w:tcW w:type="dxa" w:w="963"/>
          </w:tcPr>
          <w:p>
            <w:pPr>
              <w:spacing w:after="0"/>
              <w:jc w:val="right"/>
            </w:pPr>
            <w:r>
              <w:rPr>
                <w:sz w:val="16"/>
              </w:rPr>
              <w:t>41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39 High Wind records and 39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287</w:t>
            </w:r>
          </w:p>
        </w:tc>
        <w:tc>
          <w:tcPr>
            <w:tcW w:type="dxa" w:w="1422"/>
          </w:tcPr>
          <w:p>
            <w:pPr>
              <w:spacing w:after="0"/>
              <w:jc w:val="right"/>
            </w:pPr>
            <w:r>
              <w:rPr>
                <w:sz w:val="16"/>
              </w:rPr>
              <w:t>46</w:t>
            </w:r>
          </w:p>
        </w:tc>
        <w:tc>
          <w:tcPr>
            <w:tcW w:type="dxa" w:w="1356"/>
          </w:tcPr>
          <w:p>
            <w:pPr>
              <w:spacing w:after="0"/>
              <w:jc w:val="right"/>
            </w:pPr>
            <w:r>
              <w:rPr>
                <w:sz w:val="16"/>
              </w:rPr>
              <w:t>8</w:t>
            </w:r>
          </w:p>
        </w:tc>
        <w:tc>
          <w:tcPr>
            <w:tcW w:type="dxa" w:w="963"/>
          </w:tcPr>
          <w:p>
            <w:pPr>
              <w:spacing w:after="0"/>
              <w:jc w:val="right"/>
            </w:pPr>
            <w:r>
              <w:rPr>
                <w:sz w:val="16"/>
              </w:rPr>
              <w:t>44</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172"/>
        <w:gridCol w:w="1785"/>
        <w:gridCol w:w="1195"/>
        <w:gridCol w:w="2192"/>
        <w:gridCol w:w="1614"/>
        <w:gridCol w:w="290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172"/>
            <w:shd w:val="clear" w:color="auto" w:fill="E8E8E8"/>
          </w:tcPr>
          <w:p>
            <w:pPr>
              <w:spacing w:after="0"/>
              <w:jc w:val="left"/>
            </w:pPr>
            <w:r>
              <w:rPr>
                <w:b/>
                <w:sz w:val="16"/>
              </w:rPr>
              <w:t>Magnitude or extent</w:t>
            </w:r>
          </w:p>
        </w:tc>
        <w:tc>
          <w:tcPr>
            <w:tcW w:type="dxa" w:w="1785"/>
            <w:shd w:val="clear" w:color="auto" w:fill="E8E8E8"/>
          </w:tcPr>
          <w:p>
            <w:pPr>
              <w:spacing w:after="0"/>
              <w:jc w:val="left"/>
            </w:pPr>
            <w:r>
              <w:rPr>
                <w:b/>
                <w:sz w:val="16"/>
              </w:rPr>
              <w:t>Damage</w:t>
            </w:r>
          </w:p>
          <w:p>
            <w:pPr>
              <w:spacing w:after="0"/>
              <w:jc w:val="left"/>
            </w:pPr>
            <w:r>
              <w:rPr>
                <w:i/>
                <w:color w:val="555555"/>
                <w:sz w:val="14"/>
              </w:rPr>
              <w:t>nominal dollars</w:t>
            </w:r>
          </w:p>
        </w:tc>
        <w:tc>
          <w:tcPr>
            <w:tcW w:type="dxa" w:w="119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192"/>
            <w:shd w:val="clear" w:color="auto" w:fill="E8E8E8"/>
          </w:tcPr>
          <w:p>
            <w:pPr>
              <w:spacing w:after="0"/>
              <w:jc w:val="left"/>
            </w:pPr>
            <w:r>
              <w:rPr>
                <w:b/>
                <w:sz w:val="16"/>
              </w:rPr>
              <w:t>Location</w:t>
            </w:r>
          </w:p>
        </w:tc>
        <w:tc>
          <w:tcPr>
            <w:tcW w:type="dxa" w:w="1614"/>
            <w:shd w:val="clear" w:color="auto" w:fill="E8E8E8"/>
          </w:tcPr>
          <w:p>
            <w:pPr>
              <w:spacing w:after="0"/>
              <w:jc w:val="left"/>
            </w:pPr>
            <w:r>
              <w:rPr>
                <w:b/>
                <w:sz w:val="16"/>
              </w:rPr>
              <w:t>Flags</w:t>
            </w:r>
          </w:p>
        </w:tc>
        <w:tc>
          <w:tcPr>
            <w:tcW w:type="dxa" w:w="290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2023-07-13</w:t>
            </w:r>
          </w:p>
        </w:tc>
        <w:tc>
          <w:tcPr>
            <w:tcW w:type="dxa" w:w="1215"/>
          </w:tcPr>
          <w:p>
            <w:pPr>
              <w:spacing w:after="0"/>
              <w:jc w:val="left"/>
            </w:pPr>
            <w:r>
              <w:rPr>
                <w:sz w:val="16"/>
              </w:rPr>
              <w:t>Tornado</w:t>
            </w:r>
          </w:p>
        </w:tc>
        <w:tc>
          <w:tcPr>
            <w:tcW w:type="dxa" w:w="2172"/>
          </w:tcPr>
          <w:p>
            <w:pPr>
              <w:spacing w:after="0"/>
              <w:jc w:val="left"/>
            </w:pPr>
            <w:r>
              <w:rPr>
                <w:sz w:val="16"/>
              </w:rPr>
              <w:t>EF0, 11.85 mi within this county, 20 yd wide</w:t>
            </w:r>
          </w:p>
        </w:tc>
        <w:tc>
          <w:tcPr>
            <w:tcW w:type="dxa" w:w="1785"/>
          </w:tcPr>
          <w:p>
            <w:pPr>
              <w:spacing w:after="0"/>
              <w:jc w:val="left"/>
            </w:pPr>
            <w:r>
              <w:rPr>
                <w:sz w:val="16"/>
              </w:rPr>
              <w:t>$50,000 property; $0 crops (2023 dollars)</w:t>
            </w:r>
          </w:p>
        </w:tc>
        <w:tc>
          <w:tcPr>
            <w:tcW w:type="dxa" w:w="1195"/>
          </w:tcPr>
          <w:p>
            <w:pPr>
              <w:spacing w:after="0"/>
              <w:jc w:val="right"/>
            </w:pPr>
            <w:r>
              <w:rPr>
                <w:sz w:val="16"/>
              </w:rPr>
              <w:t>0, 0</w:t>
            </w:r>
          </w:p>
        </w:tc>
        <w:tc>
          <w:tcPr>
            <w:tcW w:type="dxa" w:w="2192"/>
          </w:tcPr>
          <w:p>
            <w:pPr>
              <w:spacing w:after="0"/>
              <w:jc w:val="left"/>
            </w:pPr>
            <w:r>
              <w:rPr>
                <w:sz w:val="16"/>
              </w:rPr>
              <w:t>BENSON LNDG to BRANDON</w:t>
            </w:r>
          </w:p>
        </w:tc>
        <w:tc>
          <w:tcPr>
            <w:tcW w:type="dxa" w:w="1614"/>
          </w:tcPr>
          <w:p>
            <w:pPr>
              <w:spacing w:after="0"/>
              <w:jc w:val="left"/>
            </w:pPr>
            <w:r>
              <w:rPr>
                <w:sz w:val="16"/>
              </w:rPr>
              <w:t>new since last plan; within last 5 years</w:t>
            </w:r>
          </w:p>
        </w:tc>
        <w:tc>
          <w:tcPr>
            <w:tcW w:type="dxa" w:w="2901"/>
          </w:tcPr>
          <w:p>
            <w:pPr>
              <w:spacing w:after="0"/>
              <w:jc w:val="left"/>
            </w:pPr>
            <w:r>
              <w:rPr>
                <w:sz w:val="16"/>
              </w:rPr>
              <w:t>B1-c worst recorded: Tornado</w:t>
            </w:r>
          </w:p>
        </w:tc>
      </w:tr>
      <w:tr>
        <w:trPr>
          <w:cantSplit/>
        </w:trPr>
        <w:tc>
          <w:tcPr>
            <w:tcW w:type="dxa" w:w="1037"/>
          </w:tcPr>
          <w:p>
            <w:pPr>
              <w:spacing w:after="0"/>
              <w:jc w:val="left"/>
            </w:pPr>
            <w:r>
              <w:rPr>
                <w:sz w:val="16"/>
              </w:rPr>
              <w:t>2023-05-18</w:t>
            </w:r>
          </w:p>
        </w:tc>
        <w:tc>
          <w:tcPr>
            <w:tcW w:type="dxa" w:w="1215"/>
          </w:tcPr>
          <w:p>
            <w:pPr>
              <w:spacing w:after="0"/>
              <w:jc w:val="left"/>
            </w:pPr>
            <w:r>
              <w:rPr>
                <w:sz w:val="16"/>
              </w:rPr>
              <w:t>Frost/Freeze</w:t>
            </w:r>
          </w:p>
        </w:tc>
        <w:tc>
          <w:tcPr>
            <w:tcW w:type="dxa" w:w="2172"/>
          </w:tcPr>
          <w:p>
            <w:pPr>
              <w:spacing w:after="0"/>
              <w:jc w:val="left"/>
            </w:pPr>
          </w:p>
        </w:tc>
        <w:tc>
          <w:tcPr>
            <w:tcW w:type="dxa" w:w="1785"/>
          </w:tcPr>
          <w:p>
            <w:pPr>
              <w:spacing w:after="0"/>
              <w:jc w:val="left"/>
            </w:pPr>
            <w:r>
              <w:rPr>
                <w:sz w:val="16"/>
              </w:rPr>
              <w:t>$0 property; $1,000,000 crops, reported for the zone (2023 dollars)</w:t>
            </w:r>
          </w:p>
        </w:tc>
        <w:tc>
          <w:tcPr>
            <w:tcW w:type="dxa" w:w="1195"/>
          </w:tcPr>
          <w:p>
            <w:pPr>
              <w:spacing w:after="0"/>
              <w:jc w:val="right"/>
            </w:pPr>
            <w:r>
              <w:rPr>
                <w:sz w:val="16"/>
              </w:rPr>
              <w:t>0, 0</w:t>
            </w:r>
          </w:p>
        </w:tc>
        <w:tc>
          <w:tcPr>
            <w:tcW w:type="dxa" w:w="2192"/>
          </w:tcPr>
          <w:p>
            <w:pPr>
              <w:spacing w:after="0"/>
              <w:jc w:val="left"/>
            </w:pPr>
            <w:r>
              <w:rPr>
                <w:sz w:val="16"/>
              </w:rPr>
              <w:t>NWS zone VTZ011 (WESTERN RUTLAND), zone-level: may include parts of neighboring counties</w:t>
            </w:r>
          </w:p>
        </w:tc>
        <w:tc>
          <w:tcPr>
            <w:tcW w:type="dxa" w:w="1614"/>
          </w:tcPr>
          <w:p>
            <w:pPr>
              <w:spacing w:after="0"/>
              <w:jc w:val="left"/>
            </w:pPr>
            <w:r>
              <w:rPr>
                <w:sz w:val="16"/>
              </w:rPr>
              <w:t>new since last plan; within last 5 years</w:t>
            </w:r>
          </w:p>
        </w:tc>
        <w:tc>
          <w:tcPr>
            <w:tcW w:type="dxa" w:w="2901"/>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2020-06-18</w:t>
            </w:r>
          </w:p>
        </w:tc>
        <w:tc>
          <w:tcPr>
            <w:tcW w:type="dxa" w:w="1215"/>
          </w:tcPr>
          <w:p>
            <w:pPr>
              <w:spacing w:after="0"/>
              <w:jc w:val="left"/>
            </w:pPr>
            <w:r>
              <w:rPr>
                <w:sz w:val="16"/>
              </w:rPr>
              <w:t>Heat</w:t>
            </w:r>
          </w:p>
        </w:tc>
        <w:tc>
          <w:tcPr>
            <w:tcW w:type="dxa" w:w="2172"/>
          </w:tcPr>
          <w:p>
            <w:pPr>
              <w:spacing w:after="0"/>
              <w:jc w:val="left"/>
            </w:pPr>
          </w:p>
        </w:tc>
        <w:tc>
          <w:tcPr>
            <w:tcW w:type="dxa" w:w="1785"/>
          </w:tcPr>
          <w:p>
            <w:pPr>
              <w:spacing w:after="0"/>
              <w:jc w:val="left"/>
            </w:pPr>
            <w:r>
              <w:rPr>
                <w:sz w:val="16"/>
              </w:rPr>
              <w:t>$0 property; $0 crops, reported for the zone (2020 dollars)</w:t>
            </w:r>
          </w:p>
        </w:tc>
        <w:tc>
          <w:tcPr>
            <w:tcW w:type="dxa" w:w="1195"/>
          </w:tcPr>
          <w:p>
            <w:pPr>
              <w:spacing w:after="0"/>
              <w:jc w:val="right"/>
            </w:pPr>
            <w:r>
              <w:rPr>
                <w:sz w:val="16"/>
              </w:rPr>
              <w:t>0, 0</w:t>
            </w:r>
          </w:p>
        </w:tc>
        <w:tc>
          <w:tcPr>
            <w:tcW w:type="dxa" w:w="2192"/>
          </w:tcPr>
          <w:p>
            <w:pPr>
              <w:spacing w:after="0"/>
              <w:jc w:val="left"/>
            </w:pPr>
            <w:r>
              <w:rPr>
                <w:sz w:val="16"/>
              </w:rPr>
              <w:t>NWS zone VTZ011 (WESTERN RUTLAND), zone-level: may include parts of neighboring counties</w:t>
            </w:r>
          </w:p>
        </w:tc>
        <w:tc>
          <w:tcPr>
            <w:tcW w:type="dxa" w:w="1614"/>
          </w:tcPr>
          <w:p>
            <w:pPr>
              <w:spacing w:after="0"/>
              <w:jc w:val="left"/>
            </w:pPr>
            <w:r>
              <w:rPr>
                <w:sz w:val="16"/>
              </w:rPr>
              <w:t>during plan review, check whether your last plan included it</w:t>
            </w:r>
          </w:p>
        </w:tc>
        <w:tc>
          <w:tcPr>
            <w:tcW w:type="dxa" w:w="2901"/>
          </w:tcPr>
          <w:p>
            <w:pPr>
              <w:spacing w:after="0"/>
              <w:jc w:val="left"/>
            </w:pPr>
            <w:r>
              <w:rPr>
                <w:sz w:val="16"/>
              </w:rPr>
              <w:t>B1-c worst recorded: Excessive Heat, Heat</w:t>
            </w:r>
          </w:p>
        </w:tc>
      </w:tr>
      <w:tr>
        <w:trPr>
          <w:cantSplit/>
        </w:trPr>
        <w:tc>
          <w:tcPr>
            <w:tcW w:type="dxa" w:w="1037"/>
          </w:tcPr>
          <w:p>
            <w:pPr>
              <w:spacing w:after="0"/>
              <w:jc w:val="left"/>
            </w:pPr>
            <w:r>
              <w:rPr>
                <w:sz w:val="16"/>
              </w:rPr>
              <w:t>2016-07-23</w:t>
            </w:r>
          </w:p>
        </w:tc>
        <w:tc>
          <w:tcPr>
            <w:tcW w:type="dxa" w:w="1215"/>
          </w:tcPr>
          <w:p>
            <w:pPr>
              <w:spacing w:after="0"/>
              <w:jc w:val="left"/>
            </w:pPr>
            <w:r>
              <w:rPr>
                <w:sz w:val="16"/>
              </w:rPr>
              <w:t>Thunderstorm Wind</w:t>
            </w:r>
          </w:p>
        </w:tc>
        <w:tc>
          <w:tcPr>
            <w:tcW w:type="dxa" w:w="2172"/>
          </w:tcPr>
          <w:p>
            <w:pPr>
              <w:spacing w:after="0"/>
              <w:jc w:val="left"/>
            </w:pPr>
            <w:r>
              <w:rPr>
                <w:sz w:val="16"/>
              </w:rPr>
              <w:t>50 kt (58 mph) estimated gust</w:t>
            </w:r>
          </w:p>
        </w:tc>
        <w:tc>
          <w:tcPr>
            <w:tcW w:type="dxa" w:w="1785"/>
          </w:tcPr>
          <w:p>
            <w:pPr>
              <w:spacing w:after="0"/>
              <w:jc w:val="left"/>
            </w:pPr>
            <w:r>
              <w:rPr>
                <w:sz w:val="16"/>
              </w:rPr>
              <w:t>$25,000 property; $0 crops (2016 dollars)</w:t>
            </w:r>
          </w:p>
        </w:tc>
        <w:tc>
          <w:tcPr>
            <w:tcW w:type="dxa" w:w="1195"/>
          </w:tcPr>
          <w:p>
            <w:pPr>
              <w:spacing w:after="0"/>
              <w:jc w:val="right"/>
            </w:pPr>
            <w:r>
              <w:rPr>
                <w:sz w:val="16"/>
              </w:rPr>
              <w:t>1, 0</w:t>
            </w:r>
          </w:p>
        </w:tc>
        <w:tc>
          <w:tcPr>
            <w:tcW w:type="dxa" w:w="2192"/>
          </w:tcPr>
          <w:p>
            <w:pPr>
              <w:spacing w:after="0"/>
              <w:jc w:val="left"/>
            </w:pPr>
            <w:r>
              <w:rPr>
                <w:sz w:val="16"/>
              </w:rPr>
              <w:t>HUBBARDTON</w:t>
            </w:r>
          </w:p>
        </w:tc>
        <w:tc>
          <w:tcPr>
            <w:tcW w:type="dxa" w:w="1614"/>
          </w:tcPr>
          <w:p>
            <w:pPr>
              <w:spacing w:after="0"/>
              <w:jc w:val="left"/>
            </w:pPr>
          </w:p>
        </w:tc>
        <w:tc>
          <w:tcPr>
            <w:tcW w:type="dxa" w:w="2901"/>
          </w:tcPr>
          <w:p>
            <w:pPr>
              <w:spacing w:after="0"/>
              <w:jc w:val="left"/>
            </w:pPr>
            <w:r>
              <w:rPr>
                <w:sz w:val="16"/>
              </w:rPr>
              <w:t>deaths or injuries recorded</w:t>
            </w:r>
          </w:p>
        </w:tc>
      </w:tr>
      <w:tr>
        <w:trPr>
          <w:cantSplit/>
        </w:trPr>
        <w:tc>
          <w:tcPr>
            <w:tcW w:type="dxa" w:w="1037"/>
          </w:tcPr>
          <w:p>
            <w:pPr>
              <w:spacing w:after="0"/>
              <w:jc w:val="left"/>
            </w:pPr>
            <w:r>
              <w:rPr>
                <w:sz w:val="16"/>
              </w:rPr>
              <w:t>2015-02-01</w:t>
            </w:r>
          </w:p>
        </w:tc>
        <w:tc>
          <w:tcPr>
            <w:tcW w:type="dxa" w:w="1215"/>
          </w:tcPr>
          <w:p>
            <w:pPr>
              <w:spacing w:after="0"/>
              <w:jc w:val="left"/>
            </w:pPr>
            <w:r>
              <w:rPr>
                <w:sz w:val="16"/>
              </w:rPr>
              <w:t>Cold/Wind Chill</w:t>
            </w:r>
          </w:p>
        </w:tc>
        <w:tc>
          <w:tcPr>
            <w:tcW w:type="dxa" w:w="2172"/>
          </w:tcPr>
          <w:p>
            <w:pPr>
              <w:spacing w:after="0"/>
              <w:jc w:val="left"/>
            </w:pPr>
          </w:p>
        </w:tc>
        <w:tc>
          <w:tcPr>
            <w:tcW w:type="dxa" w:w="1785"/>
          </w:tcPr>
          <w:p>
            <w:pPr>
              <w:spacing w:after="0"/>
              <w:jc w:val="left"/>
            </w:pPr>
            <w:r>
              <w:rPr>
                <w:sz w:val="16"/>
              </w:rPr>
              <w:t>$0 property; $0 crops, reported for the zone (2015 dollars)</w:t>
            </w:r>
          </w:p>
        </w:tc>
        <w:tc>
          <w:tcPr>
            <w:tcW w:type="dxa" w:w="1195"/>
          </w:tcPr>
          <w:p>
            <w:pPr>
              <w:spacing w:after="0"/>
              <w:jc w:val="right"/>
            </w:pPr>
            <w:r>
              <w:rPr>
                <w:sz w:val="16"/>
              </w:rPr>
              <w:t>0, 0</w:t>
            </w:r>
          </w:p>
        </w:tc>
        <w:tc>
          <w:tcPr>
            <w:tcW w:type="dxa" w:w="2192"/>
          </w:tcPr>
          <w:p>
            <w:pPr>
              <w:spacing w:after="0"/>
              <w:jc w:val="left"/>
            </w:pPr>
            <w:r>
              <w:rPr>
                <w:sz w:val="16"/>
              </w:rPr>
              <w:t>NWS zone VTZ019 (EASTERN RUTLAND), zone-level: may include parts of neighboring counties</w:t>
            </w:r>
          </w:p>
        </w:tc>
        <w:tc>
          <w:tcPr>
            <w:tcW w:type="dxa" w:w="1614"/>
          </w:tcPr>
          <w:p>
            <w:pPr>
              <w:spacing w:after="0"/>
              <w:jc w:val="left"/>
            </w:pPr>
          </w:p>
        </w:tc>
        <w:tc>
          <w:tcPr>
            <w:tcW w:type="dxa" w:w="290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2011-08-28</w:t>
            </w:r>
          </w:p>
        </w:tc>
        <w:tc>
          <w:tcPr>
            <w:tcW w:type="dxa" w:w="1215"/>
          </w:tcPr>
          <w:p>
            <w:pPr>
              <w:spacing w:after="0"/>
              <w:jc w:val="left"/>
            </w:pPr>
            <w:r>
              <w:rPr>
                <w:sz w:val="16"/>
              </w:rPr>
              <w:t>Flash Flood</w:t>
            </w:r>
          </w:p>
        </w:tc>
        <w:tc>
          <w:tcPr>
            <w:tcW w:type="dxa" w:w="2172"/>
          </w:tcPr>
          <w:p>
            <w:pPr>
              <w:spacing w:after="0"/>
              <w:jc w:val="left"/>
            </w:pPr>
          </w:p>
        </w:tc>
        <w:tc>
          <w:tcPr>
            <w:tcW w:type="dxa" w:w="1785"/>
          </w:tcPr>
          <w:p>
            <w:pPr>
              <w:spacing w:after="0"/>
              <w:jc w:val="left"/>
            </w:pPr>
            <w:r>
              <w:rPr>
                <w:sz w:val="16"/>
              </w:rPr>
              <w:t>$50,000,000 property; $1,500,000 crops (2011 dollars)</w:t>
            </w:r>
          </w:p>
        </w:tc>
        <w:tc>
          <w:tcPr>
            <w:tcW w:type="dxa" w:w="1195"/>
          </w:tcPr>
          <w:p>
            <w:pPr>
              <w:spacing w:after="0"/>
              <w:jc w:val="right"/>
            </w:pPr>
            <w:r>
              <w:rPr>
                <w:sz w:val="16"/>
              </w:rPr>
              <w:t>2, 0</w:t>
            </w:r>
          </w:p>
        </w:tc>
        <w:tc>
          <w:tcPr>
            <w:tcW w:type="dxa" w:w="2192"/>
          </w:tcPr>
          <w:p>
            <w:pPr>
              <w:spacing w:after="0"/>
              <w:jc w:val="left"/>
            </w:pPr>
            <w:r>
              <w:rPr>
                <w:sz w:val="16"/>
              </w:rPr>
              <w:t>BENSON to WEST PAWLET</w:t>
            </w:r>
          </w:p>
        </w:tc>
        <w:tc>
          <w:tcPr>
            <w:tcW w:type="dxa" w:w="1614"/>
          </w:tcPr>
          <w:p>
            <w:pPr>
              <w:spacing w:after="0"/>
              <w:jc w:val="left"/>
            </w:pPr>
          </w:p>
        </w:tc>
        <w:tc>
          <w:tcPr>
            <w:tcW w:type="dxa" w:w="2901"/>
          </w:tcPr>
          <w:p>
            <w:pPr>
              <w:spacing w:after="0"/>
              <w:jc w:val="left"/>
            </w:pPr>
            <w:r>
              <w:rPr>
                <w:sz w:val="16"/>
              </w:rPr>
              <w:t>deaths or injuries recorded</w:t>
            </w:r>
          </w:p>
        </w:tc>
      </w:tr>
      <w:tr>
        <w:trPr>
          <w:cantSplit/>
        </w:trPr>
        <w:tc>
          <w:tcPr>
            <w:tcW w:type="dxa" w:w="1037"/>
          </w:tcPr>
          <w:p>
            <w:pPr>
              <w:spacing w:after="0"/>
              <w:jc w:val="left"/>
            </w:pPr>
            <w:r>
              <w:rPr>
                <w:sz w:val="16"/>
              </w:rPr>
              <w:t>2007-05-10</w:t>
            </w:r>
          </w:p>
        </w:tc>
        <w:tc>
          <w:tcPr>
            <w:tcW w:type="dxa" w:w="1215"/>
          </w:tcPr>
          <w:p>
            <w:pPr>
              <w:spacing w:after="0"/>
              <w:jc w:val="left"/>
            </w:pPr>
            <w:r>
              <w:rPr>
                <w:sz w:val="16"/>
              </w:rPr>
              <w:t>Lightning</w:t>
            </w:r>
          </w:p>
        </w:tc>
        <w:tc>
          <w:tcPr>
            <w:tcW w:type="dxa" w:w="2172"/>
          </w:tcPr>
          <w:p>
            <w:pPr>
              <w:spacing w:after="0"/>
              <w:jc w:val="left"/>
            </w:pPr>
          </w:p>
        </w:tc>
        <w:tc>
          <w:tcPr>
            <w:tcW w:type="dxa" w:w="1785"/>
          </w:tcPr>
          <w:p>
            <w:pPr>
              <w:spacing w:after="0"/>
              <w:jc w:val="left"/>
            </w:pPr>
            <w:r>
              <w:rPr>
                <w:sz w:val="16"/>
              </w:rPr>
              <w:t>$50,000 property; $0 crops (2007 dollars)</w:t>
            </w:r>
          </w:p>
        </w:tc>
        <w:tc>
          <w:tcPr>
            <w:tcW w:type="dxa" w:w="1195"/>
          </w:tcPr>
          <w:p>
            <w:pPr>
              <w:spacing w:after="0"/>
              <w:jc w:val="right"/>
            </w:pPr>
            <w:r>
              <w:rPr>
                <w:sz w:val="16"/>
              </w:rPr>
              <w:t>0, 0</w:t>
            </w:r>
          </w:p>
        </w:tc>
        <w:tc>
          <w:tcPr>
            <w:tcW w:type="dxa" w:w="2192"/>
          </w:tcPr>
          <w:p>
            <w:pPr>
              <w:spacing w:after="0"/>
              <w:jc w:val="left"/>
            </w:pPr>
            <w:r>
              <w:rPr>
                <w:sz w:val="16"/>
              </w:rPr>
              <w:t>CLARENDON</w:t>
            </w:r>
          </w:p>
        </w:tc>
        <w:tc>
          <w:tcPr>
            <w:tcW w:type="dxa" w:w="1614"/>
          </w:tcPr>
          <w:p>
            <w:pPr>
              <w:spacing w:after="0"/>
              <w:jc w:val="left"/>
            </w:pPr>
          </w:p>
        </w:tc>
        <w:tc>
          <w:tcPr>
            <w:tcW w:type="dxa" w:w="2901"/>
          </w:tcPr>
          <w:p>
            <w:pPr>
              <w:spacing w:after="0"/>
              <w:jc w:val="left"/>
            </w:pPr>
            <w:r>
              <w:rPr>
                <w:sz w:val="16"/>
              </w:rPr>
              <w:t>B1-c worst recorded: Lightning</w:t>
            </w:r>
          </w:p>
        </w:tc>
      </w:tr>
      <w:tr>
        <w:trPr>
          <w:cantSplit/>
        </w:trPr>
        <w:tc>
          <w:tcPr>
            <w:tcW w:type="dxa" w:w="1037"/>
          </w:tcPr>
          <w:p>
            <w:pPr>
              <w:spacing w:after="0"/>
              <w:jc w:val="left"/>
            </w:pPr>
            <w:r>
              <w:rPr>
                <w:sz w:val="16"/>
              </w:rPr>
              <w:t>2007-04-16</w:t>
            </w:r>
          </w:p>
        </w:tc>
        <w:tc>
          <w:tcPr>
            <w:tcW w:type="dxa" w:w="1215"/>
          </w:tcPr>
          <w:p>
            <w:pPr>
              <w:spacing w:after="0"/>
              <w:jc w:val="left"/>
            </w:pPr>
            <w:r>
              <w:rPr>
                <w:sz w:val="16"/>
              </w:rPr>
              <w:t>High Wind</w:t>
            </w:r>
          </w:p>
        </w:tc>
        <w:tc>
          <w:tcPr>
            <w:tcW w:type="dxa" w:w="2172"/>
          </w:tcPr>
          <w:p>
            <w:pPr>
              <w:spacing w:after="0"/>
              <w:jc w:val="left"/>
            </w:pPr>
            <w:r>
              <w:rPr>
                <w:sz w:val="16"/>
              </w:rPr>
              <w:t>69 kt (79 mph) estimated gust</w:t>
            </w:r>
          </w:p>
        </w:tc>
        <w:tc>
          <w:tcPr>
            <w:tcW w:type="dxa" w:w="1785"/>
          </w:tcPr>
          <w:p>
            <w:pPr>
              <w:spacing w:after="0"/>
              <w:jc w:val="left"/>
            </w:pPr>
            <w:r>
              <w:rPr>
                <w:sz w:val="16"/>
              </w:rPr>
              <w:t>$3,500,000 property; $0 crops, reported for the zone (2007 dollars)</w:t>
            </w:r>
          </w:p>
        </w:tc>
        <w:tc>
          <w:tcPr>
            <w:tcW w:type="dxa" w:w="1195"/>
          </w:tcPr>
          <w:p>
            <w:pPr>
              <w:spacing w:after="0"/>
              <w:jc w:val="right"/>
            </w:pPr>
            <w:r>
              <w:rPr>
                <w:sz w:val="16"/>
              </w:rPr>
              <w:t>0, 0</w:t>
            </w:r>
          </w:p>
        </w:tc>
        <w:tc>
          <w:tcPr>
            <w:tcW w:type="dxa" w:w="2192"/>
          </w:tcPr>
          <w:p>
            <w:pPr>
              <w:spacing w:after="0"/>
              <w:jc w:val="left"/>
            </w:pPr>
            <w:r>
              <w:rPr>
                <w:sz w:val="16"/>
              </w:rPr>
              <w:t>NWS zone VTZ011 (WESTERN RUTLAND), zone-level: may include parts of neighboring counties</w:t>
            </w:r>
          </w:p>
        </w:tc>
        <w:tc>
          <w:tcPr>
            <w:tcW w:type="dxa" w:w="1614"/>
          </w:tcPr>
          <w:p>
            <w:pPr>
              <w:spacing w:after="0"/>
              <w:jc w:val="left"/>
            </w:pPr>
          </w:p>
        </w:tc>
        <w:tc>
          <w:tcPr>
            <w:tcW w:type="dxa" w:w="290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1998-01-06</w:t>
            </w:r>
          </w:p>
        </w:tc>
        <w:tc>
          <w:tcPr>
            <w:tcW w:type="dxa" w:w="1215"/>
          </w:tcPr>
          <w:p>
            <w:pPr>
              <w:spacing w:after="0"/>
              <w:jc w:val="left"/>
            </w:pPr>
            <w:r>
              <w:rPr>
                <w:sz w:val="16"/>
              </w:rPr>
              <w:t>Ice Storm</w:t>
            </w:r>
          </w:p>
        </w:tc>
        <w:tc>
          <w:tcPr>
            <w:tcW w:type="dxa" w:w="2172"/>
          </w:tcPr>
          <w:p>
            <w:pPr>
              <w:spacing w:after="0"/>
              <w:jc w:val="left"/>
            </w:pPr>
          </w:p>
        </w:tc>
        <w:tc>
          <w:tcPr>
            <w:tcW w:type="dxa" w:w="1785"/>
          </w:tcPr>
          <w:p>
            <w:pPr>
              <w:spacing w:after="0"/>
              <w:jc w:val="left"/>
            </w:pPr>
            <w:r>
              <w:rPr>
                <w:sz w:val="16"/>
              </w:rPr>
              <w:t>$80,000 property; crops not reported, reported for the zone (1998 dollars)</w:t>
            </w:r>
          </w:p>
        </w:tc>
        <w:tc>
          <w:tcPr>
            <w:tcW w:type="dxa" w:w="1195"/>
          </w:tcPr>
          <w:p>
            <w:pPr>
              <w:spacing w:after="0"/>
              <w:jc w:val="right"/>
            </w:pPr>
            <w:r>
              <w:rPr>
                <w:sz w:val="16"/>
              </w:rPr>
              <w:t>0, 0</w:t>
            </w:r>
          </w:p>
        </w:tc>
        <w:tc>
          <w:tcPr>
            <w:tcW w:type="dxa" w:w="2192"/>
          </w:tcPr>
          <w:p>
            <w:pPr>
              <w:spacing w:after="0"/>
              <w:jc w:val="left"/>
            </w:pPr>
            <w:r>
              <w:rPr>
                <w:sz w:val="16"/>
              </w:rPr>
              <w:t>NWS zone VTZ011 (RUTLAND), zone-level: may include parts of neighboring counties</w:t>
            </w:r>
          </w:p>
        </w:tc>
        <w:tc>
          <w:tcPr>
            <w:tcW w:type="dxa" w:w="1614"/>
          </w:tcPr>
          <w:p>
            <w:pPr>
              <w:spacing w:after="0"/>
              <w:jc w:val="left"/>
            </w:pPr>
          </w:p>
        </w:tc>
        <w:tc>
          <w:tcPr>
            <w:tcW w:type="dxa" w:w="2901"/>
          </w:tcPr>
          <w:p>
            <w:pPr>
              <w:spacing w:after="0"/>
              <w:jc w:val="left"/>
            </w:pPr>
            <w:r>
              <w:rPr>
                <w:sz w:val="16"/>
              </w:rPr>
              <w:t>B1-c worst recorded: Ice Storm</w:t>
            </w:r>
          </w:p>
        </w:tc>
      </w:tr>
      <w:tr>
        <w:trPr>
          <w:cantSplit/>
        </w:trPr>
        <w:tc>
          <w:tcPr>
            <w:tcW w:type="dxa" w:w="1037"/>
          </w:tcPr>
          <w:p>
            <w:pPr>
              <w:spacing w:after="0"/>
              <w:jc w:val="left"/>
            </w:pPr>
            <w:r>
              <w:rPr>
                <w:sz w:val="16"/>
              </w:rPr>
              <w:t>1996-12-07</w:t>
            </w:r>
          </w:p>
        </w:tc>
        <w:tc>
          <w:tcPr>
            <w:tcW w:type="dxa" w:w="1215"/>
          </w:tcPr>
          <w:p>
            <w:pPr>
              <w:spacing w:after="0"/>
              <w:jc w:val="left"/>
            </w:pPr>
            <w:r>
              <w:rPr>
                <w:sz w:val="16"/>
              </w:rPr>
              <w:t>Winter Storm</w:t>
            </w:r>
          </w:p>
        </w:tc>
        <w:tc>
          <w:tcPr>
            <w:tcW w:type="dxa" w:w="2172"/>
          </w:tcPr>
          <w:p>
            <w:pPr>
              <w:spacing w:after="0"/>
              <w:jc w:val="left"/>
            </w:pPr>
          </w:p>
        </w:tc>
        <w:tc>
          <w:tcPr>
            <w:tcW w:type="dxa" w:w="1785"/>
          </w:tcPr>
          <w:p>
            <w:pPr>
              <w:spacing w:after="0"/>
              <w:jc w:val="left"/>
            </w:pPr>
            <w:r>
              <w:rPr>
                <w:sz w:val="16"/>
              </w:rPr>
              <w:t>$90,000 property; crops not reported, reported for the zone (1996 dollars)</w:t>
            </w:r>
          </w:p>
        </w:tc>
        <w:tc>
          <w:tcPr>
            <w:tcW w:type="dxa" w:w="1195"/>
          </w:tcPr>
          <w:p>
            <w:pPr>
              <w:spacing w:after="0"/>
              <w:jc w:val="right"/>
            </w:pPr>
            <w:r>
              <w:rPr>
                <w:sz w:val="16"/>
              </w:rPr>
              <w:t>1, 0</w:t>
            </w:r>
          </w:p>
        </w:tc>
        <w:tc>
          <w:tcPr>
            <w:tcW w:type="dxa" w:w="2192"/>
          </w:tcPr>
          <w:p>
            <w:pPr>
              <w:spacing w:after="0"/>
              <w:jc w:val="left"/>
            </w:pPr>
            <w:r>
              <w:rPr>
                <w:sz w:val="16"/>
              </w:rPr>
              <w:t>NWS zone VTZ011 (WESTERN RUTLAND), zone-level: may include parts of neighboring counties</w:t>
            </w:r>
          </w:p>
        </w:tc>
        <w:tc>
          <w:tcPr>
            <w:tcW w:type="dxa" w:w="1614"/>
          </w:tcPr>
          <w:p>
            <w:pPr>
              <w:spacing w:after="0"/>
              <w:jc w:val="left"/>
            </w:pPr>
          </w:p>
        </w:tc>
        <w:tc>
          <w:tcPr>
            <w:tcW w:type="dxa" w:w="2901"/>
          </w:tcPr>
          <w:p>
            <w:pPr>
              <w:spacing w:after="0"/>
              <w:jc w:val="left"/>
            </w:pPr>
            <w:r>
              <w:rPr>
                <w:sz w:val="16"/>
              </w:rPr>
              <w:t>deaths or injuries recorded</w:t>
            </w:r>
          </w:p>
        </w:tc>
      </w:tr>
      <w:tr>
        <w:trPr>
          <w:cantSplit/>
        </w:trPr>
        <w:tc>
          <w:tcPr>
            <w:tcW w:type="dxa" w:w="1037"/>
          </w:tcPr>
          <w:p>
            <w:pPr>
              <w:spacing w:after="0"/>
              <w:jc w:val="left"/>
            </w:pPr>
            <w:r>
              <w:rPr>
                <w:sz w:val="16"/>
              </w:rPr>
              <w:t>1988-08-28</w:t>
            </w:r>
          </w:p>
        </w:tc>
        <w:tc>
          <w:tcPr>
            <w:tcW w:type="dxa" w:w="1215"/>
          </w:tcPr>
          <w:p>
            <w:pPr>
              <w:spacing w:after="0"/>
              <w:jc w:val="left"/>
            </w:pPr>
            <w:r>
              <w:rPr>
                <w:sz w:val="16"/>
              </w:rPr>
              <w:t>Hail</w:t>
            </w:r>
          </w:p>
        </w:tc>
        <w:tc>
          <w:tcPr>
            <w:tcW w:type="dxa" w:w="2172"/>
          </w:tcPr>
          <w:p>
            <w:pPr>
              <w:spacing w:after="0"/>
              <w:jc w:val="left"/>
            </w:pPr>
            <w:r>
              <w:rPr>
                <w:sz w:val="16"/>
              </w:rPr>
              <w:t>2.5 in</w:t>
            </w:r>
          </w:p>
        </w:tc>
        <w:tc>
          <w:tcPr>
            <w:tcW w:type="dxa" w:w="1785"/>
          </w:tcPr>
          <w:p>
            <w:pPr>
              <w:spacing w:after="0"/>
              <w:jc w:val="left"/>
            </w:pPr>
            <w:r>
              <w:rPr>
                <w:sz w:val="16"/>
              </w:rPr>
              <w:t>damage not recorded (pre-1996 record)</w:t>
            </w:r>
          </w:p>
        </w:tc>
        <w:tc>
          <w:tcPr>
            <w:tcW w:type="dxa" w:w="1195"/>
          </w:tcPr>
          <w:p>
            <w:pPr>
              <w:spacing w:after="0"/>
              <w:jc w:val="right"/>
            </w:pPr>
            <w:r>
              <w:rPr>
                <w:sz w:val="16"/>
              </w:rPr>
              <w:t>0, 0</w:t>
            </w:r>
          </w:p>
        </w:tc>
        <w:tc>
          <w:tcPr>
            <w:tcW w:type="dxa" w:w="2192"/>
          </w:tcPr>
          <w:p>
            <w:pPr>
              <w:spacing w:after="0"/>
              <w:jc w:val="left"/>
            </w:pPr>
            <w:r>
              <w:rPr>
                <w:sz w:val="16"/>
              </w:rPr>
              <w:t>location not recorded</w:t>
            </w:r>
          </w:p>
        </w:tc>
        <w:tc>
          <w:tcPr>
            <w:tcW w:type="dxa" w:w="1614"/>
          </w:tcPr>
          <w:p>
            <w:pPr>
              <w:spacing w:after="0"/>
              <w:jc w:val="left"/>
            </w:pPr>
          </w:p>
        </w:tc>
        <w:tc>
          <w:tcPr>
            <w:tcW w:type="dxa" w:w="2901"/>
          </w:tcPr>
          <w:p>
            <w:pPr>
              <w:spacing w:after="0"/>
              <w:jc w:val="left"/>
            </w:pPr>
            <w:r>
              <w:rPr>
                <w:sz w:val="16"/>
              </w:rPr>
              <w:t>B1-c worst recorded: Hail</w:t>
            </w:r>
          </w:p>
        </w:tc>
      </w:tr>
      <w:tr>
        <w:trPr>
          <w:cantSplit/>
        </w:trPr>
        <w:tc>
          <w:tcPr>
            <w:tcW w:type="dxa" w:w="1037"/>
          </w:tcPr>
          <w:p>
            <w:pPr>
              <w:spacing w:after="0"/>
              <w:jc w:val="left"/>
            </w:pPr>
            <w:r>
              <w:rPr>
                <w:sz w:val="16"/>
              </w:rPr>
              <w:t>1984-05-23</w:t>
            </w:r>
          </w:p>
        </w:tc>
        <w:tc>
          <w:tcPr>
            <w:tcW w:type="dxa" w:w="1215"/>
          </w:tcPr>
          <w:p>
            <w:pPr>
              <w:spacing w:after="0"/>
              <w:jc w:val="left"/>
            </w:pPr>
            <w:r>
              <w:rPr>
                <w:sz w:val="16"/>
              </w:rPr>
              <w:t>Thunderstorm Wind</w:t>
            </w:r>
          </w:p>
        </w:tc>
        <w:tc>
          <w:tcPr>
            <w:tcW w:type="dxa" w:w="2172"/>
          </w:tcPr>
          <w:p>
            <w:pPr>
              <w:spacing w:after="0"/>
              <w:jc w:val="left"/>
            </w:pPr>
            <w:r>
              <w:rPr>
                <w:sz w:val="16"/>
              </w:rPr>
              <w:t>82 kt (94 mph), measurement type not recorded</w:t>
            </w:r>
          </w:p>
        </w:tc>
        <w:tc>
          <w:tcPr>
            <w:tcW w:type="dxa" w:w="1785"/>
          </w:tcPr>
          <w:p>
            <w:pPr>
              <w:spacing w:after="0"/>
              <w:jc w:val="left"/>
            </w:pPr>
            <w:r>
              <w:rPr>
                <w:sz w:val="16"/>
              </w:rPr>
              <w:t>damage not recorded (pre-1996 record)</w:t>
            </w:r>
          </w:p>
        </w:tc>
        <w:tc>
          <w:tcPr>
            <w:tcW w:type="dxa" w:w="1195"/>
          </w:tcPr>
          <w:p>
            <w:pPr>
              <w:spacing w:after="0"/>
              <w:jc w:val="right"/>
            </w:pPr>
            <w:r>
              <w:rPr>
                <w:sz w:val="16"/>
              </w:rPr>
              <w:t>0, 0</w:t>
            </w:r>
          </w:p>
        </w:tc>
        <w:tc>
          <w:tcPr>
            <w:tcW w:type="dxa" w:w="2192"/>
          </w:tcPr>
          <w:p>
            <w:pPr>
              <w:spacing w:after="0"/>
              <w:jc w:val="left"/>
            </w:pPr>
            <w:r>
              <w:rPr>
                <w:sz w:val="16"/>
              </w:rPr>
              <w:t>location not recorded</w:t>
            </w:r>
          </w:p>
        </w:tc>
        <w:tc>
          <w:tcPr>
            <w:tcW w:type="dxa" w:w="1614"/>
          </w:tcPr>
          <w:p>
            <w:pPr>
              <w:spacing w:after="0"/>
              <w:jc w:val="left"/>
            </w:pPr>
          </w:p>
        </w:tc>
        <w:tc>
          <w:tcPr>
            <w:tcW w:type="dxa" w:w="2901"/>
          </w:tcPr>
          <w:p>
            <w:pPr>
              <w:spacing w:after="0"/>
              <w:jc w:val="left"/>
            </w:pPr>
            <w:r>
              <w:rPr>
                <w:sz w:val="16"/>
              </w:rPr>
              <w:t>B1-c worst recorded: Thunderstorm Wind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(846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keepNext/>
        <w:spacing w:after="80" w:before="0"/>
      </w:pPr>
      <w:r>
        <w:rPr>
          <w:i/>
        </w:rPr>
        <w:t>Inherited from Rutland County, county-level (county FIPS 50021); scope: whole section.</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2"/>
        <w:gridCol w:w="1435"/>
        <w:gridCol w:w="1556"/>
        <w:gridCol w:w="1037"/>
        <w:gridCol w:w="1695"/>
        <w:gridCol w:w="1515"/>
        <w:gridCol w:w="1482"/>
        <w:gridCol w:w="1037"/>
        <w:gridCol w:w="2087"/>
      </w:tblGrid>
      <w:tr>
        <w:trPr>
          <w:cantSplit/>
          <w:tblHeader/>
        </w:trPr>
        <w:tc>
          <w:tcPr>
            <w:tcW w:type="dxa" w:w="1037"/>
            <w:shd w:val="clear" w:color="auto" w:fill="E8E8E8"/>
          </w:tcPr>
          <w:p>
            <w:pPr>
              <w:spacing w:after="0"/>
              <w:jc w:val="left"/>
            </w:pPr>
            <w:r>
              <w:rPr>
                <w:b/>
                <w:sz w:val="16"/>
              </w:rPr>
              <w:t>Hazard</w:t>
            </w:r>
          </w:p>
        </w:tc>
        <w:tc>
          <w:tcPr>
            <w:tcW w:type="dxa" w:w="123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5"/>
            <w:shd w:val="clear" w:color="auto" w:fill="E8E8E8"/>
          </w:tcPr>
          <w:p>
            <w:pPr>
              <w:spacing w:after="0"/>
              <w:jc w:val="left"/>
            </w:pPr>
            <w:r>
              <w:rPr>
                <w:b/>
                <w:sz w:val="16"/>
              </w:rPr>
              <w:t>Unit</w:t>
            </w:r>
          </w:p>
        </w:tc>
        <w:tc>
          <w:tcPr>
            <w:tcW w:type="dxa" w:w="155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695"/>
            <w:shd w:val="clear" w:color="auto" w:fill="E8E8E8"/>
          </w:tcPr>
          <w:p>
            <w:pPr>
              <w:spacing w:after="0"/>
              <w:jc w:val="left"/>
            </w:pPr>
            <w:r>
              <w:rPr>
                <w:b/>
                <w:sz w:val="16"/>
              </w:rPr>
              <w:t>Descriptor basis</w:t>
            </w:r>
          </w:p>
        </w:tc>
        <w:tc>
          <w:tcPr>
            <w:tcW w:type="dxa" w:w="1515"/>
            <w:shd w:val="clear" w:color="auto" w:fill="E8E8E8"/>
          </w:tcPr>
          <w:p>
            <w:pPr>
              <w:spacing w:after="0"/>
              <w:jc w:val="right"/>
            </w:pPr>
            <w:r>
              <w:rPr>
                <w:b/>
                <w:sz w:val="16"/>
              </w:rPr>
              <w:t>NRI events or days in its record period (hail, wind and tornado are area-weighted, so can be fractional)</w:t>
            </w:r>
          </w:p>
        </w:tc>
        <w:tc>
          <w:tcPr>
            <w:tcW w:type="dxa" w:w="148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8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2"/>
          </w:tcPr>
          <w:p>
            <w:pPr>
              <w:spacing w:after="0"/>
              <w:jc w:val="right"/>
            </w:pPr>
            <w:r>
              <w:rPr>
                <w:sz w:val="16"/>
              </w:rPr>
              <w:t>0.01</w:t>
            </w:r>
          </w:p>
        </w:tc>
        <w:tc>
          <w:tcPr>
            <w:tcW w:type="dxa" w:w="1435"/>
          </w:tcPr>
          <w:p>
            <w:pPr>
              <w:spacing w:after="0"/>
              <w:jc w:val="left"/>
            </w:pPr>
            <w:r>
              <w:rPr>
                <w:sz w:val="16"/>
              </w:rPr>
              <w:t>events per year</w:t>
            </w:r>
          </w:p>
        </w:tc>
        <w:tc>
          <w:tcPr>
            <w:tcW w:type="dxa" w:w="1556"/>
          </w:tcPr>
          <w:p>
            <w:pPr>
              <w:spacing w:after="0"/>
              <w:jc w:val="left"/>
            </w:pPr>
            <w:r>
              <w:rPr>
                <w:sz w:val="16"/>
              </w:rPr>
              <w:t>about 1 in 100 years</w:t>
            </w:r>
          </w:p>
        </w:tc>
        <w:tc>
          <w:tcPr>
            <w:tcW w:type="dxa" w:w="1037"/>
          </w:tcPr>
          <w:p>
            <w:pPr>
              <w:spacing w:after="0"/>
              <w:jc w:val="left"/>
            </w:pPr>
            <w:r>
              <w:rPr>
                <w:sz w:val="16"/>
              </w:rPr>
              <w:t>Possible</w:t>
            </w:r>
          </w:p>
        </w:tc>
        <w:tc>
          <w:tcPr>
            <w:tcW w:type="dxa" w:w="1695"/>
          </w:tcPr>
          <w:p>
            <w:pPr>
              <w:spacing w:after="0"/>
              <w:jc w:val="left"/>
            </w:pPr>
            <w:r>
              <w:rPr>
                <w:sz w:val="16"/>
              </w:rPr>
              <w:t>FEMA annualized frequency (modeled)</w:t>
            </w:r>
          </w:p>
        </w:tc>
        <w:tc>
          <w:tcPr>
            <w:tcW w:type="dxa" w:w="1515"/>
          </w:tcPr>
          <w:p>
            <w:pPr>
              <w:spacing w:after="0"/>
              <w:jc w:val="right"/>
            </w:pPr>
            <w:r>
              <w:rPr>
                <w:sz w:val="16"/>
              </w:rPr>
              <w:t>0</w:t>
            </w:r>
          </w:p>
        </w:tc>
        <w:tc>
          <w:tcPr>
            <w:tcW w:type="dxa" w:w="1482"/>
          </w:tcPr>
          <w:p>
            <w:pPr>
              <w:spacing w:after="0"/>
              <w:jc w:val="left"/>
            </w:pPr>
            <w:r>
              <w:rPr>
                <w:sz w:val="16"/>
              </w:rPr>
              <w:t>1994 to 2023 (30 years)</w:t>
            </w:r>
          </w:p>
        </w:tc>
        <w:tc>
          <w:tcPr>
            <w:tcW w:type="dxa" w:w="1037"/>
          </w:tcPr>
          <w:p>
            <w:pPr>
              <w:spacing w:after="0"/>
              <w:jc w:val="left"/>
            </w:pPr>
            <w:r>
              <w:rPr>
                <w:sz w:val="16"/>
              </w:rPr>
              <w:t>see B1-f</w:t>
            </w:r>
          </w:p>
        </w:tc>
        <w:tc>
          <w:tcPr>
            <w:tcW w:type="dxa" w:w="2087"/>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2"/>
          </w:tcPr>
          <w:p>
            <w:pPr>
              <w:spacing w:after="0"/>
              <w:jc w:val="right"/>
            </w:pPr>
          </w:p>
        </w:tc>
        <w:tc>
          <w:tcPr>
            <w:tcW w:type="dxa" w:w="1435"/>
          </w:tcPr>
          <w:p>
            <w:pPr>
              <w:spacing w:after="0"/>
              <w:jc w:val="left"/>
            </w:pPr>
            <w:r>
              <w:rPr>
                <w:sz w:val="16"/>
              </w:rPr>
              <w:t>events per year at a location (modeled)</w:t>
            </w:r>
          </w:p>
        </w:tc>
        <w:tc>
          <w:tcPr>
            <w:tcW w:type="dxa" w:w="1556"/>
          </w:tcPr>
          <w:p>
            <w:pPr>
              <w:spacing w:after="0"/>
              <w:jc w:val="left"/>
            </w:pP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2"/>
          </w:tcPr>
          <w:p>
            <w:pPr>
              <w:spacing w:after="0"/>
              <w:jc w:val="right"/>
            </w:pPr>
            <w:r>
              <w:rPr>
                <w:sz w:val="16"/>
              </w:rPr>
              <w:t>2.94</w:t>
            </w:r>
          </w:p>
        </w:tc>
        <w:tc>
          <w:tcPr>
            <w:tcW w:type="dxa" w:w="1435"/>
          </w:tcPr>
          <w:p>
            <w:pPr>
              <w:spacing w:after="0"/>
              <w:jc w:val="left"/>
            </w:pPr>
            <w:r>
              <w:rPr>
                <w:sz w:val="16"/>
              </w:rPr>
              <w:t>event-days per year</w:t>
            </w:r>
          </w:p>
        </w:tc>
        <w:tc>
          <w:tcPr>
            <w:tcW w:type="dxa" w:w="1556"/>
          </w:tcPr>
          <w:p>
            <w:pPr>
              <w:spacing w:after="0"/>
              <w:jc w:val="left"/>
            </w:pPr>
            <w:r>
              <w:rPr>
                <w:sz w:val="16"/>
              </w:rPr>
              <w:t>about 2.94 days per year</w:t>
            </w:r>
          </w:p>
        </w:tc>
        <w:tc>
          <w:tcPr>
            <w:tcW w:type="dxa" w:w="1037"/>
          </w:tcPr>
          <w:p>
            <w:pPr>
              <w:spacing w:after="0"/>
              <w:jc w:val="left"/>
            </w:pPr>
            <w:r>
              <w:rPr>
                <w:sz w:val="16"/>
              </w:rPr>
              <w:t>Likely</w:t>
            </w:r>
          </w:p>
        </w:tc>
        <w:tc>
          <w:tcPr>
            <w:tcW w:type="dxa" w:w="1695"/>
          </w:tcPr>
          <w:p>
            <w:pPr>
              <w:spacing w:after="0"/>
              <w:jc w:val="left"/>
            </w:pPr>
            <w:r>
              <w:rPr>
                <w:sz w:val="16"/>
              </w:rPr>
              <w:t>event-days in 11 of 30 years, 1996 to 2025 (36.7%)</w:t>
            </w:r>
          </w:p>
        </w:tc>
        <w:tc>
          <w:tcPr>
            <w:tcW w:type="dxa" w:w="1515"/>
          </w:tcPr>
          <w:p>
            <w:pPr>
              <w:spacing w:after="0"/>
              <w:jc w:val="right"/>
            </w:pPr>
            <w:r>
              <w:rPr>
                <w:sz w:val="16"/>
              </w:rPr>
              <w:t>55.9</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87"/>
          </w:tcPr>
          <w:p>
            <w:pPr>
              <w:spacing w:after="0"/>
              <w:jc w:val="left"/>
            </w:pPr>
            <w:r>
              <w:rPr>
                <w:sz w:val="16"/>
              </w:rPr>
              <w:t>NRI gives about 2.94 cold wave event-days a year here (its annualized frequency over 19 years; not its event count divided by the years), but Storm Events has a record in only 11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2"/>
          </w:tcPr>
          <w:p>
            <w:pPr>
              <w:spacing w:after="0"/>
              <w:jc w:val="right"/>
            </w:pPr>
            <w:r>
              <w:rPr>
                <w:sz w:val="16"/>
              </w:rPr>
              <w:t>0</w:t>
            </w:r>
          </w:p>
        </w:tc>
        <w:tc>
          <w:tcPr>
            <w:tcW w:type="dxa" w:w="1435"/>
          </w:tcPr>
          <w:p>
            <w:pPr>
              <w:spacing w:after="0"/>
              <w:jc w:val="left"/>
            </w:pPr>
            <w:r>
              <w:rPr>
                <w:sz w:val="16"/>
              </w:rPr>
              <w:t>event-days per year</w:t>
            </w:r>
          </w:p>
        </w:tc>
        <w:tc>
          <w:tcPr>
            <w:tcW w:type="dxa" w:w="1556"/>
          </w:tcPr>
          <w:p>
            <w:pPr>
              <w:spacing w:after="0"/>
              <w:jc w:val="left"/>
            </w:pPr>
            <w:r>
              <w:rPr>
                <w:sz w:val="16"/>
              </w:rPr>
              <w:t>none modeled</w:t>
            </w:r>
          </w:p>
        </w:tc>
        <w:tc>
          <w:tcPr>
            <w:tcW w:type="dxa" w:w="1037"/>
          </w:tcPr>
          <w:p>
            <w:pPr>
              <w:spacing w:after="0"/>
              <w:jc w:val="left"/>
            </w:pPr>
          </w:p>
        </w:tc>
        <w:tc>
          <w:tcPr>
            <w:tcW w:type="dxa" w:w="1695"/>
          </w:tcPr>
          <w:p>
            <w:pPr>
              <w:spacing w:after="0"/>
              <w:jc w:val="left"/>
            </w:pPr>
            <w:r>
              <w:rPr>
                <w:sz w:val="16"/>
              </w:rPr>
              <w:t>event-days in 0 of 30 years, 1996 to 2025 (0%)</w:t>
            </w:r>
          </w:p>
        </w:tc>
        <w:tc>
          <w:tcPr>
            <w:tcW w:type="dxa" w:w="1515"/>
          </w:tcPr>
          <w:p>
            <w:pPr>
              <w:spacing w:after="0"/>
              <w:jc w:val="right"/>
            </w:pPr>
            <w:r>
              <w:rPr>
                <w:sz w:val="16"/>
              </w:rPr>
              <w:t>0</w:t>
            </w:r>
          </w:p>
        </w:tc>
        <w:tc>
          <w:tcPr>
            <w:tcW w:type="dxa" w:w="148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87"/>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32"/>
          </w:tcPr>
          <w:p>
            <w:pPr>
              <w:spacing w:after="0"/>
              <w:jc w:val="right"/>
            </w:pPr>
            <w:r>
              <w:rPr>
                <w:sz w:val="16"/>
              </w:rPr>
              <w:t>0.00158</w:t>
            </w:r>
          </w:p>
        </w:tc>
        <w:tc>
          <w:tcPr>
            <w:tcW w:type="dxa" w:w="1435"/>
          </w:tcPr>
          <w:p>
            <w:pPr>
              <w:spacing w:after="0"/>
              <w:jc w:val="left"/>
            </w:pPr>
            <w:r>
              <w:rPr>
                <w:sz w:val="16"/>
              </w:rPr>
              <w:t>annual probability at a location</w:t>
            </w:r>
          </w:p>
        </w:tc>
        <w:tc>
          <w:tcPr>
            <w:tcW w:type="dxa" w:w="1556"/>
          </w:tcPr>
          <w:p>
            <w:pPr>
              <w:spacing w:after="0"/>
              <w:jc w:val="left"/>
            </w:pPr>
            <w:r>
              <w:rPr>
                <w:sz w:val="16"/>
              </w:rPr>
              <w:t>chance a given location in the county has at least minor-damage shaking in a year: 0.158%</w:t>
            </w: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2"/>
          </w:tcPr>
          <w:p>
            <w:pPr>
              <w:spacing w:after="0"/>
              <w:jc w:val="right"/>
            </w:pPr>
            <w:r>
              <w:rPr>
                <w:sz w:val="16"/>
              </w:rPr>
              <w:t>1.82</w:t>
            </w:r>
          </w:p>
        </w:tc>
        <w:tc>
          <w:tcPr>
            <w:tcW w:type="dxa" w:w="1435"/>
          </w:tcPr>
          <w:p>
            <w:pPr>
              <w:spacing w:after="0"/>
              <w:jc w:val="left"/>
            </w:pPr>
            <w:r>
              <w:rPr>
                <w:sz w:val="16"/>
              </w:rPr>
              <w:t>events per year</w:t>
            </w:r>
          </w:p>
        </w:tc>
        <w:tc>
          <w:tcPr>
            <w:tcW w:type="dxa" w:w="1556"/>
          </w:tcPr>
          <w:p>
            <w:pPr>
              <w:spacing w:after="0"/>
              <w:jc w:val="left"/>
            </w:pPr>
            <w:r>
              <w:rPr>
                <w:sz w:val="16"/>
              </w:rPr>
              <w:t>about 1.82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15"/>
          </w:tcPr>
          <w:p>
            <w:pPr>
              <w:spacing w:after="0"/>
              <w:jc w:val="right"/>
            </w:pPr>
            <w:r>
              <w:rPr>
                <w:sz w:val="16"/>
              </w:rPr>
              <w:t>69.0 (modeled)</w:t>
            </w:r>
          </w:p>
        </w:tc>
        <w:tc>
          <w:tcPr>
            <w:tcW w:type="dxa" w:w="1482"/>
          </w:tcPr>
          <w:p>
            <w:pPr>
              <w:spacing w:after="0"/>
              <w:jc w:val="left"/>
            </w:pPr>
            <w:r>
              <w:rPr>
                <w:sz w:val="16"/>
              </w:rPr>
              <w:t>1986 to 2023 (38 years)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Heat Wave</w:t>
            </w:r>
          </w:p>
        </w:tc>
        <w:tc>
          <w:tcPr>
            <w:tcW w:type="dxa" w:w="1232"/>
          </w:tcPr>
          <w:p>
            <w:pPr>
              <w:spacing w:after="0"/>
              <w:jc w:val="right"/>
            </w:pPr>
            <w:r>
              <w:rPr>
                <w:sz w:val="16"/>
              </w:rPr>
              <w:t>1.99</w:t>
            </w:r>
          </w:p>
        </w:tc>
        <w:tc>
          <w:tcPr>
            <w:tcW w:type="dxa" w:w="1435"/>
          </w:tcPr>
          <w:p>
            <w:pPr>
              <w:spacing w:after="0"/>
              <w:jc w:val="left"/>
            </w:pPr>
            <w:r>
              <w:rPr>
                <w:sz w:val="16"/>
              </w:rPr>
              <w:t>event-days per year</w:t>
            </w:r>
          </w:p>
        </w:tc>
        <w:tc>
          <w:tcPr>
            <w:tcW w:type="dxa" w:w="1556"/>
          </w:tcPr>
          <w:p>
            <w:pPr>
              <w:spacing w:after="0"/>
              <w:jc w:val="left"/>
            </w:pPr>
            <w:r>
              <w:rPr>
                <w:sz w:val="16"/>
              </w:rPr>
              <w:t>about 1.99 days per year</w:t>
            </w:r>
          </w:p>
        </w:tc>
        <w:tc>
          <w:tcPr>
            <w:tcW w:type="dxa" w:w="1037"/>
          </w:tcPr>
          <w:p>
            <w:pPr>
              <w:spacing w:after="0"/>
              <w:jc w:val="left"/>
            </w:pPr>
            <w:r>
              <w:rPr>
                <w:sz w:val="16"/>
              </w:rPr>
              <w:t>Likely</w:t>
            </w:r>
          </w:p>
        </w:tc>
        <w:tc>
          <w:tcPr>
            <w:tcW w:type="dxa" w:w="1695"/>
          </w:tcPr>
          <w:p>
            <w:pPr>
              <w:spacing w:after="0"/>
              <w:jc w:val="left"/>
            </w:pPr>
            <w:r>
              <w:rPr>
                <w:sz w:val="16"/>
              </w:rPr>
              <w:t>event-days in 6 of 30 years, 1996 to 2025 (20%)</w:t>
            </w:r>
          </w:p>
        </w:tc>
        <w:tc>
          <w:tcPr>
            <w:tcW w:type="dxa" w:w="1515"/>
          </w:tcPr>
          <w:p>
            <w:pPr>
              <w:spacing w:after="0"/>
              <w:jc w:val="right"/>
            </w:pPr>
            <w:r>
              <w:rPr>
                <w:sz w:val="16"/>
              </w:rPr>
              <w:t>33.6</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87"/>
          </w:tcPr>
          <w:p>
            <w:pPr>
              <w:spacing w:after="0"/>
              <w:jc w:val="left"/>
            </w:pPr>
            <w:r>
              <w:rPr>
                <w:sz w:val="16"/>
              </w:rPr>
              <w:t>NRI gives about 1.99 heat wave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2"/>
          </w:tcPr>
          <w:p>
            <w:pPr>
              <w:spacing w:after="0"/>
              <w:jc w:val="right"/>
            </w:pPr>
            <w:r>
              <w:rPr>
                <w:sz w:val="16"/>
              </w:rPr>
              <w:t>0.0478</w:t>
            </w:r>
          </w:p>
        </w:tc>
        <w:tc>
          <w:tcPr>
            <w:tcW w:type="dxa" w:w="1435"/>
          </w:tcPr>
          <w:p>
            <w:pPr>
              <w:spacing w:after="0"/>
              <w:jc w:val="left"/>
            </w:pPr>
            <w:r>
              <w:rPr>
                <w:sz w:val="16"/>
              </w:rPr>
              <w:t>events per year</w:t>
            </w:r>
          </w:p>
        </w:tc>
        <w:tc>
          <w:tcPr>
            <w:tcW w:type="dxa" w:w="1556"/>
          </w:tcPr>
          <w:p>
            <w:pPr>
              <w:spacing w:after="0"/>
              <w:jc w:val="left"/>
            </w:pPr>
            <w:r>
              <w:rPr>
                <w:sz w:val="16"/>
              </w:rPr>
              <w:t>about 1 in 21 years</w:t>
            </w:r>
          </w:p>
        </w:tc>
        <w:tc>
          <w:tcPr>
            <w:tcW w:type="dxa" w:w="1037"/>
          </w:tcPr>
          <w:p>
            <w:pPr>
              <w:spacing w:after="0"/>
              <w:jc w:val="left"/>
            </w:pPr>
            <w:r>
              <w:rPr>
                <w:sz w:val="16"/>
              </w:rPr>
              <w:t>Possible</w:t>
            </w:r>
          </w:p>
        </w:tc>
        <w:tc>
          <w:tcPr>
            <w:tcW w:type="dxa" w:w="1695"/>
          </w:tcPr>
          <w:p>
            <w:pPr>
              <w:spacing w:after="0"/>
              <w:jc w:val="left"/>
            </w:pPr>
            <w:r>
              <w:rPr>
                <w:sz w:val="16"/>
              </w:rPr>
              <w:t>FEMA annualized frequency (modeled)</w:t>
            </w:r>
          </w:p>
        </w:tc>
        <w:tc>
          <w:tcPr>
            <w:tcW w:type="dxa" w:w="1515"/>
          </w:tcPr>
          <w:p>
            <w:pPr>
              <w:spacing w:after="0"/>
              <w:jc w:val="right"/>
            </w:pPr>
            <w:r>
              <w:rPr>
                <w:sz w:val="16"/>
              </w:rPr>
              <w:t>18</w:t>
            </w:r>
          </w:p>
        </w:tc>
        <w:tc>
          <w:tcPr>
            <w:tcW w:type="dxa" w:w="1482"/>
          </w:tcPr>
          <w:p>
            <w:pPr>
              <w:spacing w:after="0"/>
              <w:jc w:val="left"/>
            </w:pPr>
            <w:r>
              <w:rPr>
                <w:sz w:val="16"/>
              </w:rPr>
              <w:t>1851 to 2024 (Atlantic)</w:t>
            </w:r>
          </w:p>
        </w:tc>
        <w:tc>
          <w:tcPr>
            <w:tcW w:type="dxa" w:w="1037"/>
          </w:tcPr>
          <w:p>
            <w:pPr>
              <w:spacing w:after="0"/>
              <w:jc w:val="left"/>
            </w:pPr>
            <w:r>
              <w:rPr>
                <w:sz w:val="16"/>
              </w:rPr>
              <w:t>see B1-f</w:t>
            </w:r>
          </w:p>
        </w:tc>
        <w:tc>
          <w:tcPr>
            <w:tcW w:type="dxa" w:w="2087"/>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2"/>
          </w:tcPr>
          <w:p>
            <w:pPr>
              <w:spacing w:after="0"/>
              <w:jc w:val="right"/>
            </w:pPr>
            <w:r>
              <w:rPr>
                <w:sz w:val="16"/>
              </w:rPr>
              <w:t>0.472</w:t>
            </w:r>
          </w:p>
        </w:tc>
        <w:tc>
          <w:tcPr>
            <w:tcW w:type="dxa" w:w="1435"/>
          </w:tcPr>
          <w:p>
            <w:pPr>
              <w:spacing w:after="0"/>
              <w:jc w:val="left"/>
            </w:pPr>
            <w:r>
              <w:rPr>
                <w:sz w:val="16"/>
              </w:rPr>
              <w:t>event-days per year</w:t>
            </w:r>
          </w:p>
        </w:tc>
        <w:tc>
          <w:tcPr>
            <w:tcW w:type="dxa" w:w="1556"/>
          </w:tcPr>
          <w:p>
            <w:pPr>
              <w:spacing w:after="0"/>
              <w:jc w:val="left"/>
            </w:pPr>
            <w:r>
              <w:rPr>
                <w:sz w:val="16"/>
              </w:rPr>
              <w:t>about 0.472 days per year</w:t>
            </w:r>
          </w:p>
        </w:tc>
        <w:tc>
          <w:tcPr>
            <w:tcW w:type="dxa" w:w="1037"/>
          </w:tcPr>
          <w:p>
            <w:pPr>
              <w:spacing w:after="0"/>
              <w:jc w:val="left"/>
            </w:pPr>
            <w:r>
              <w:rPr>
                <w:sz w:val="16"/>
              </w:rPr>
              <w:t>Possible</w:t>
            </w:r>
          </w:p>
        </w:tc>
        <w:tc>
          <w:tcPr>
            <w:tcW w:type="dxa" w:w="1695"/>
          </w:tcPr>
          <w:p>
            <w:pPr>
              <w:spacing w:after="0"/>
              <w:jc w:val="left"/>
            </w:pPr>
            <w:r>
              <w:rPr>
                <w:sz w:val="16"/>
              </w:rPr>
              <w:t>event-days in 2 of 30 years, 1996 to 2025 (6.67%)</w:t>
            </w:r>
          </w:p>
        </w:tc>
        <w:tc>
          <w:tcPr>
            <w:tcW w:type="dxa" w:w="1515"/>
          </w:tcPr>
          <w:p>
            <w:pPr>
              <w:spacing w:after="0"/>
              <w:jc w:val="right"/>
            </w:pPr>
            <w:r>
              <w:rPr>
                <w:sz w:val="16"/>
              </w:rPr>
              <w:t>32</w:t>
            </w:r>
          </w:p>
        </w:tc>
        <w:tc>
          <w:tcPr>
            <w:tcW w:type="dxa" w:w="1482"/>
          </w:tcPr>
          <w:p>
            <w:pPr>
              <w:spacing w:after="0"/>
              <w:jc w:val="left"/>
            </w:pPr>
            <w:r>
              <w:rPr>
                <w:sz w:val="16"/>
              </w:rPr>
              <w:t>1946-12-31 to 2014-02-12 (67 years)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Inland Flooding</w:t>
            </w:r>
          </w:p>
        </w:tc>
        <w:tc>
          <w:tcPr>
            <w:tcW w:type="dxa" w:w="1232"/>
          </w:tcPr>
          <w:p>
            <w:pPr>
              <w:spacing w:after="0"/>
              <w:jc w:val="right"/>
            </w:pPr>
            <w:r>
              <w:rPr>
                <w:sz w:val="16"/>
              </w:rPr>
              <w:t>2.14</w:t>
            </w:r>
          </w:p>
        </w:tc>
        <w:tc>
          <w:tcPr>
            <w:tcW w:type="dxa" w:w="1435"/>
          </w:tcPr>
          <w:p>
            <w:pPr>
              <w:spacing w:after="0"/>
              <w:jc w:val="left"/>
            </w:pPr>
            <w:r>
              <w:rPr>
                <w:sz w:val="16"/>
              </w:rPr>
              <w:t>event-days per year</w:t>
            </w:r>
          </w:p>
        </w:tc>
        <w:tc>
          <w:tcPr>
            <w:tcW w:type="dxa" w:w="1556"/>
          </w:tcPr>
          <w:p>
            <w:pPr>
              <w:spacing w:after="0"/>
              <w:jc w:val="left"/>
            </w:pPr>
            <w:r>
              <w:rPr>
                <w:sz w:val="16"/>
              </w:rPr>
              <w:t>about 2.14 days per year</w:t>
            </w:r>
          </w:p>
        </w:tc>
        <w:tc>
          <w:tcPr>
            <w:tcW w:type="dxa" w:w="1037"/>
          </w:tcPr>
          <w:p>
            <w:pPr>
              <w:spacing w:after="0"/>
              <w:jc w:val="left"/>
            </w:pPr>
            <w:r>
              <w:rPr>
                <w:sz w:val="16"/>
              </w:rPr>
              <w:t>Likely</w:t>
            </w:r>
          </w:p>
        </w:tc>
        <w:tc>
          <w:tcPr>
            <w:tcW w:type="dxa" w:w="1695"/>
          </w:tcPr>
          <w:p>
            <w:pPr>
              <w:spacing w:after="0"/>
              <w:jc w:val="left"/>
            </w:pPr>
            <w:r>
              <w:rPr>
                <w:sz w:val="16"/>
              </w:rPr>
              <w:t>event-days in 22 of 30 years, 1996 to 2025 (73.3%)</w:t>
            </w:r>
          </w:p>
        </w:tc>
        <w:tc>
          <w:tcPr>
            <w:tcW w:type="dxa" w:w="1515"/>
          </w:tcPr>
          <w:p>
            <w:pPr>
              <w:spacing w:after="0"/>
              <w:jc w:val="right"/>
            </w:pPr>
            <w:r>
              <w:rPr>
                <w:sz w:val="16"/>
              </w:rPr>
              <w:t>60</w:t>
            </w:r>
          </w:p>
        </w:tc>
        <w:tc>
          <w:tcPr>
            <w:tcW w:type="dxa" w:w="1482"/>
          </w:tcPr>
          <w:p>
            <w:pPr>
              <w:spacing w:after="0"/>
              <w:jc w:val="left"/>
            </w:pPr>
            <w:r>
              <w:rPr>
                <w:sz w:val="16"/>
              </w:rPr>
              <w:t>1996 to 2023 (28 years)</w:t>
            </w:r>
          </w:p>
        </w:tc>
        <w:tc>
          <w:tcPr>
            <w:tcW w:type="dxa" w:w="1037"/>
          </w:tcPr>
          <w:p>
            <w:pPr>
              <w:spacing w:after="0"/>
              <w:jc w:val="left"/>
            </w:pPr>
            <w:r>
              <w:rPr>
                <w:sz w:val="16"/>
              </w:rPr>
              <w:t>see B1-f</w:t>
            </w:r>
          </w:p>
        </w:tc>
        <w:tc>
          <w:tcPr>
            <w:tcW w:type="dxa" w:w="2087"/>
          </w:tcPr>
          <w:p>
            <w:pPr>
              <w:spacing w:after="0"/>
              <w:jc w:val="left"/>
            </w:pPr>
          </w:p>
        </w:tc>
      </w:tr>
      <w:tr>
        <w:trPr>
          <w:cantSplit/>
        </w:trPr>
        <w:tc>
          <w:tcPr>
            <w:tcW w:type="dxa" w:w="1037"/>
          </w:tcPr>
          <w:p>
            <w:pPr>
              <w:spacing w:after="0"/>
              <w:jc w:val="left"/>
            </w:pPr>
            <w:r>
              <w:rPr>
                <w:sz w:val="16"/>
              </w:rPr>
              <w:t>Landslide</w:t>
            </w:r>
          </w:p>
        </w:tc>
        <w:tc>
          <w:tcPr>
            <w:tcW w:type="dxa" w:w="1232"/>
          </w:tcPr>
          <w:p>
            <w:pPr>
              <w:spacing w:after="0"/>
              <w:jc w:val="right"/>
            </w:pPr>
            <w:r>
              <w:rPr>
                <w:sz w:val="16"/>
              </w:rPr>
              <w:t>1.63</w:t>
            </w:r>
          </w:p>
        </w:tc>
        <w:tc>
          <w:tcPr>
            <w:tcW w:type="dxa" w:w="1435"/>
          </w:tcPr>
          <w:p>
            <w:pPr>
              <w:spacing w:after="0"/>
              <w:jc w:val="left"/>
            </w:pPr>
            <w:r>
              <w:rPr>
                <w:sz w:val="16"/>
              </w:rPr>
              <w:t>events per year (modeled)</w:t>
            </w:r>
          </w:p>
        </w:tc>
        <w:tc>
          <w:tcPr>
            <w:tcW w:type="dxa" w:w="1556"/>
          </w:tcPr>
          <w:p>
            <w:pPr>
              <w:spacing w:after="0"/>
              <w:jc w:val="left"/>
            </w:pPr>
            <w:r>
              <w:rPr>
                <w:sz w:val="16"/>
              </w:rPr>
              <w:t>about 1.63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p>
        </w:tc>
      </w:tr>
      <w:tr>
        <w:trPr>
          <w:cantSplit/>
        </w:trPr>
        <w:tc>
          <w:tcPr>
            <w:tcW w:type="dxa" w:w="1037"/>
          </w:tcPr>
          <w:p>
            <w:pPr>
              <w:spacing w:after="0"/>
              <w:jc w:val="left"/>
            </w:pPr>
            <w:r>
              <w:rPr>
                <w:sz w:val="16"/>
              </w:rPr>
              <w:t>Lightning</w:t>
            </w:r>
          </w:p>
        </w:tc>
        <w:tc>
          <w:tcPr>
            <w:tcW w:type="dxa" w:w="1232"/>
          </w:tcPr>
          <w:p>
            <w:pPr>
              <w:spacing w:after="0"/>
              <w:jc w:val="right"/>
            </w:pPr>
            <w:r>
              <w:rPr>
                <w:sz w:val="16"/>
              </w:rPr>
              <w:t>22.9</w:t>
            </w:r>
          </w:p>
        </w:tc>
        <w:tc>
          <w:tcPr>
            <w:tcW w:type="dxa" w:w="1435"/>
          </w:tcPr>
          <w:p>
            <w:pPr>
              <w:spacing w:after="0"/>
              <w:jc w:val="left"/>
            </w:pPr>
            <w:r>
              <w:rPr>
                <w:sz w:val="16"/>
              </w:rPr>
              <w:t>days per year with a strike</w:t>
            </w:r>
          </w:p>
        </w:tc>
        <w:tc>
          <w:tcPr>
            <w:tcW w:type="dxa" w:w="1556"/>
          </w:tcPr>
          <w:p>
            <w:pPr>
              <w:spacing w:after="0"/>
              <w:jc w:val="left"/>
            </w:pPr>
            <w:r>
              <w:rPr>
                <w:sz w:val="16"/>
              </w:rPr>
              <w:t>about 22.9 days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1995 to 2023 (29 years; CONUS)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Strong Wind</w:t>
            </w:r>
          </w:p>
        </w:tc>
        <w:tc>
          <w:tcPr>
            <w:tcW w:type="dxa" w:w="1232"/>
          </w:tcPr>
          <w:p>
            <w:pPr>
              <w:spacing w:after="0"/>
              <w:jc w:val="right"/>
            </w:pPr>
            <w:r>
              <w:rPr>
                <w:sz w:val="16"/>
              </w:rPr>
              <w:t>1.1</w:t>
            </w:r>
          </w:p>
        </w:tc>
        <w:tc>
          <w:tcPr>
            <w:tcW w:type="dxa" w:w="1435"/>
          </w:tcPr>
          <w:p>
            <w:pPr>
              <w:spacing w:after="0"/>
              <w:jc w:val="left"/>
            </w:pPr>
            <w:r>
              <w:rPr>
                <w:sz w:val="16"/>
              </w:rPr>
              <w:t>events per year</w:t>
            </w:r>
          </w:p>
        </w:tc>
        <w:tc>
          <w:tcPr>
            <w:tcW w:type="dxa" w:w="1556"/>
          </w:tcPr>
          <w:p>
            <w:pPr>
              <w:spacing w:after="0"/>
              <w:jc w:val="left"/>
            </w:pPr>
            <w:r>
              <w:rPr>
                <w:sz w:val="16"/>
              </w:rPr>
              <w:t>about 1.1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15"/>
          </w:tcPr>
          <w:p>
            <w:pPr>
              <w:spacing w:after="0"/>
              <w:jc w:val="right"/>
            </w:pPr>
            <w:r>
              <w:rPr>
                <w:sz w:val="16"/>
              </w:rPr>
              <w:t>42</w:t>
            </w:r>
          </w:p>
        </w:tc>
        <w:tc>
          <w:tcPr>
            <w:tcW w:type="dxa" w:w="1482"/>
          </w:tcPr>
          <w:p>
            <w:pPr>
              <w:spacing w:after="0"/>
              <w:jc w:val="left"/>
            </w:pPr>
            <w:r>
              <w:rPr>
                <w:sz w:val="16"/>
              </w:rPr>
              <w:t>1986 to 2023 (38 years)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Tornado</w:t>
            </w:r>
          </w:p>
        </w:tc>
        <w:tc>
          <w:tcPr>
            <w:tcW w:type="dxa" w:w="1232"/>
          </w:tcPr>
          <w:p>
            <w:pPr>
              <w:spacing w:after="0"/>
              <w:jc w:val="right"/>
            </w:pPr>
            <w:r>
              <w:rPr>
                <w:sz w:val="16"/>
              </w:rPr>
              <w:t>0.106</w:t>
            </w:r>
          </w:p>
        </w:tc>
        <w:tc>
          <w:tcPr>
            <w:tcW w:type="dxa" w:w="1435"/>
          </w:tcPr>
          <w:p>
            <w:pPr>
              <w:spacing w:after="0"/>
              <w:jc w:val="left"/>
            </w:pPr>
            <w:r>
              <w:rPr>
                <w:sz w:val="16"/>
              </w:rPr>
              <w:t>events per year</w:t>
            </w:r>
          </w:p>
        </w:tc>
        <w:tc>
          <w:tcPr>
            <w:tcW w:type="dxa" w:w="1556"/>
          </w:tcPr>
          <w:p>
            <w:pPr>
              <w:spacing w:after="0"/>
              <w:jc w:val="left"/>
            </w:pPr>
            <w:r>
              <w:rPr>
                <w:sz w:val="16"/>
              </w:rPr>
              <w:t>about 1 in 9 years</w:t>
            </w:r>
          </w:p>
        </w:tc>
        <w:tc>
          <w:tcPr>
            <w:tcW w:type="dxa" w:w="1037"/>
          </w:tcPr>
          <w:p>
            <w:pPr>
              <w:spacing w:after="0"/>
              <w:jc w:val="left"/>
            </w:pPr>
            <w:r>
              <w:rPr>
                <w:sz w:val="16"/>
              </w:rPr>
              <w:t>Likely</w:t>
            </w:r>
          </w:p>
        </w:tc>
        <w:tc>
          <w:tcPr>
            <w:tcW w:type="dxa" w:w="1695"/>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1950 to 2023 (EF2+); 1986 to 2023 (EF0-1)</w:t>
            </w:r>
          </w:p>
        </w:tc>
        <w:tc>
          <w:tcPr>
            <w:tcW w:type="dxa" w:w="1037"/>
          </w:tcPr>
          <w:p>
            <w:pPr>
              <w:spacing w:after="0"/>
              <w:jc w:val="left"/>
            </w:pPr>
            <w:r>
              <w:rPr>
                <w:sz w:val="16"/>
              </w:rPr>
              <w:t>see B1-f</w:t>
            </w:r>
          </w:p>
        </w:tc>
        <w:tc>
          <w:tcPr>
            <w:tcW w:type="dxa" w:w="2087"/>
          </w:tcPr>
          <w:p>
            <w:pPr>
              <w:spacing w:after="0"/>
              <w:jc w:val="left"/>
            </w:pPr>
          </w:p>
        </w:tc>
      </w:tr>
      <w:tr>
        <w:trPr>
          <w:cantSplit/>
        </w:trPr>
        <w:tc>
          <w:tcPr>
            <w:tcW w:type="dxa" w:w="1037"/>
          </w:tcPr>
          <w:p>
            <w:pPr>
              <w:spacing w:after="0"/>
              <w:jc w:val="left"/>
            </w:pPr>
            <w:r>
              <w:rPr>
                <w:sz w:val="16"/>
              </w:rPr>
              <w:t>Tsunami</w:t>
            </w:r>
          </w:p>
        </w:tc>
        <w:tc>
          <w:tcPr>
            <w:tcW w:type="dxa" w:w="1232"/>
          </w:tcPr>
          <w:p>
            <w:pPr>
              <w:spacing w:after="0"/>
              <w:jc w:val="right"/>
            </w:pPr>
          </w:p>
        </w:tc>
        <w:tc>
          <w:tcPr>
            <w:tcW w:type="dxa" w:w="1435"/>
          </w:tcPr>
          <w:p>
            <w:pPr>
              <w:spacing w:after="0"/>
              <w:jc w:val="left"/>
            </w:pPr>
            <w:r>
              <w:rPr>
                <w:sz w:val="16"/>
              </w:rPr>
              <w:t>annual probability at the most exposed location (used in place of a county value)</w:t>
            </w:r>
          </w:p>
        </w:tc>
        <w:tc>
          <w:tcPr>
            <w:tcW w:type="dxa" w:w="1556"/>
          </w:tcPr>
          <w:p>
            <w:pPr>
              <w:spacing w:after="0"/>
              <w:jc w:val="left"/>
            </w:pP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2"/>
          </w:tcPr>
          <w:p>
            <w:pPr>
              <w:spacing w:after="0"/>
              <w:jc w:val="right"/>
            </w:pPr>
          </w:p>
        </w:tc>
        <w:tc>
          <w:tcPr>
            <w:tcW w:type="dxa" w:w="1435"/>
          </w:tcPr>
          <w:p>
            <w:pPr>
              <w:spacing w:after="0"/>
              <w:jc w:val="left"/>
            </w:pPr>
            <w:r>
              <w:rPr>
                <w:sz w:val="16"/>
              </w:rPr>
              <w:t>annual probability</w:t>
            </w:r>
          </w:p>
        </w:tc>
        <w:tc>
          <w:tcPr>
            <w:tcW w:type="dxa" w:w="1556"/>
          </w:tcPr>
          <w:p>
            <w:pPr>
              <w:spacing w:after="0"/>
              <w:jc w:val="left"/>
            </w:pP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2"/>
          </w:tcPr>
          <w:p>
            <w:pPr>
              <w:spacing w:after="0"/>
              <w:jc w:val="right"/>
            </w:pPr>
            <w:r>
              <w:rPr>
                <w:sz w:val="16"/>
              </w:rPr>
              <w:t>0.0000251</w:t>
            </w:r>
          </w:p>
        </w:tc>
        <w:tc>
          <w:tcPr>
            <w:tcW w:type="dxa" w:w="1435"/>
          </w:tcPr>
          <w:p>
            <w:pPr>
              <w:spacing w:after="0"/>
              <w:jc w:val="left"/>
            </w:pPr>
            <w:r>
              <w:rPr>
                <w:sz w:val="16"/>
              </w:rPr>
              <w:t>annual probability at a location</w:t>
            </w:r>
          </w:p>
        </w:tc>
        <w:tc>
          <w:tcPr>
            <w:tcW w:type="dxa" w:w="1556"/>
          </w:tcPr>
          <w:p>
            <w:pPr>
              <w:spacing w:after="0"/>
              <w:jc w:val="left"/>
            </w:pPr>
            <w:r>
              <w:rPr>
                <w:sz w:val="16"/>
              </w:rPr>
              <w:t>chance a given location in the county burns in a year: 0.00251%</w:t>
            </w:r>
          </w:p>
        </w:tc>
        <w:tc>
          <w:tcPr>
            <w:tcW w:type="dxa" w:w="1037"/>
          </w:tcPr>
          <w:p>
            <w:pPr>
              <w:spacing w:after="0"/>
              <w:jc w:val="left"/>
            </w:pPr>
          </w:p>
        </w:tc>
        <w:tc>
          <w:tcPr>
            <w:tcW w:type="dxa" w:w="1695"/>
          </w:tcPr>
          <w:p>
            <w:pPr>
              <w:spacing w:after="0"/>
              <w:jc w:val="left"/>
            </w:pPr>
            <w:r>
              <w:rPr>
                <w:sz w:val="16"/>
              </w:rPr>
              <w:t>Storm Events records in 0 of 30 years, 1996 to 2025 (0%)</w:t>
            </w: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2"/>
          </w:tcPr>
          <w:p>
            <w:pPr>
              <w:spacing w:after="0"/>
              <w:jc w:val="right"/>
            </w:pPr>
            <w:r>
              <w:rPr>
                <w:sz w:val="16"/>
              </w:rPr>
              <w:t>18.4</w:t>
            </w:r>
          </w:p>
        </w:tc>
        <w:tc>
          <w:tcPr>
            <w:tcW w:type="dxa" w:w="1435"/>
          </w:tcPr>
          <w:p>
            <w:pPr>
              <w:spacing w:after="0"/>
              <w:jc w:val="left"/>
            </w:pPr>
            <w:r>
              <w:rPr>
                <w:sz w:val="16"/>
              </w:rPr>
              <w:t>event-days per year</w:t>
            </w:r>
          </w:p>
        </w:tc>
        <w:tc>
          <w:tcPr>
            <w:tcW w:type="dxa" w:w="1556"/>
          </w:tcPr>
          <w:p>
            <w:pPr>
              <w:spacing w:after="0"/>
              <w:jc w:val="left"/>
            </w:pPr>
            <w:r>
              <w:rPr>
                <w:sz w:val="16"/>
              </w:rPr>
              <w:t>about 18.4 days per year</w:t>
            </w:r>
          </w:p>
        </w:tc>
        <w:tc>
          <w:tcPr>
            <w:tcW w:type="dxa" w:w="1037"/>
          </w:tcPr>
          <w:p>
            <w:pPr>
              <w:spacing w:after="0"/>
              <w:jc w:val="left"/>
            </w:pPr>
            <w:r>
              <w:rPr>
                <w:sz w:val="16"/>
              </w:rPr>
              <w:t>Highly likely</w:t>
            </w:r>
          </w:p>
        </w:tc>
        <w:tc>
          <w:tcPr>
            <w:tcW w:type="dxa" w:w="1695"/>
          </w:tcPr>
          <w:p>
            <w:pPr>
              <w:spacing w:after="0"/>
              <w:jc w:val="left"/>
            </w:pPr>
            <w:r>
              <w:rPr>
                <w:sz w:val="16"/>
              </w:rPr>
              <w:t>event-days in 30 of 30 years, 1996 to 2025 (100%)</w:t>
            </w:r>
          </w:p>
        </w:tc>
        <w:tc>
          <w:tcPr>
            <w:tcW w:type="dxa" w:w="1515"/>
          </w:tcPr>
          <w:p>
            <w:pPr>
              <w:spacing w:after="0"/>
              <w:jc w:val="right"/>
            </w:pPr>
            <w:r>
              <w:rPr>
                <w:sz w:val="16"/>
              </w:rPr>
              <w:t>348</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87"/>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43</w:t>
            </w:r>
          </w:p>
        </w:tc>
        <w:tc>
          <w:tcPr>
            <w:tcW w:type="dxa" w:w="1476"/>
          </w:tcPr>
          <w:p>
            <w:pPr>
              <w:spacing w:after="0"/>
              <w:jc w:val="right"/>
            </w:pPr>
            <w:r>
              <w:rPr>
                <w:sz w:val="16"/>
              </w:rPr>
              <w:t>30</w:t>
            </w:r>
          </w:p>
        </w:tc>
        <w:tc>
          <w:tcPr>
            <w:tcW w:type="dxa" w:w="1476"/>
          </w:tcPr>
          <w:p>
            <w:pPr>
              <w:spacing w:after="0"/>
              <w:jc w:val="right"/>
            </w:pPr>
            <w:r>
              <w:rPr>
                <w:sz w:val="16"/>
              </w:rPr>
              <w:t>1.43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167</w:t>
            </w:r>
          </w:p>
        </w:tc>
        <w:tc>
          <w:tcPr>
            <w:tcW w:type="dxa" w:w="1476"/>
          </w:tcPr>
          <w:p>
            <w:pPr>
              <w:spacing w:after="0"/>
              <w:jc w:val="right"/>
            </w:pPr>
            <w:r>
              <w:rPr>
                <w:sz w:val="16"/>
              </w:rPr>
              <w:t>30</w:t>
            </w:r>
          </w:p>
        </w:tc>
        <w:tc>
          <w:tcPr>
            <w:tcW w:type="dxa" w:w="1476"/>
          </w:tcPr>
          <w:p>
            <w:pPr>
              <w:spacing w:after="0"/>
              <w:jc w:val="right"/>
            </w:pPr>
            <w:r>
              <w:rPr>
                <w:sz w:val="16"/>
              </w:rPr>
              <w:t>5.57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26</w:t>
            </w:r>
          </w:p>
        </w:tc>
        <w:tc>
          <w:tcPr>
            <w:tcW w:type="dxa" w:w="1476"/>
          </w:tcPr>
          <w:p>
            <w:pPr>
              <w:spacing w:after="0"/>
              <w:jc w:val="right"/>
            </w:pPr>
            <w:r>
              <w:rPr>
                <w:sz w:val="16"/>
              </w:rPr>
              <w:t>30</w:t>
            </w:r>
          </w:p>
        </w:tc>
        <w:tc>
          <w:tcPr>
            <w:tcW w:type="dxa" w:w="1476"/>
          </w:tcPr>
          <w:p>
            <w:pPr>
              <w:spacing w:after="0"/>
              <w:jc w:val="right"/>
            </w:pPr>
            <w:r>
              <w:rPr>
                <w:sz w:val="16"/>
              </w:rPr>
              <w:t>0.867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27"/>
        <w:gridCol w:w="852"/>
        <w:gridCol w:w="680"/>
        <w:gridCol w:w="648"/>
        <w:gridCol w:w="4140"/>
        <w:gridCol w:w="5929"/>
      </w:tblGrid>
      <w:tr>
        <w:trPr>
          <w:cantSplit/>
          <w:tblHeader/>
        </w:trPr>
        <w:tc>
          <w:tcPr>
            <w:tcW w:type="dxa" w:w="1037"/>
            <w:shd w:val="clear" w:color="auto" w:fill="E8E8E8"/>
          </w:tcPr>
          <w:p>
            <w:pPr>
              <w:spacing w:after="0"/>
              <w:jc w:val="left"/>
            </w:pPr>
            <w:r>
              <w:rPr>
                <w:b/>
                <w:sz w:val="16"/>
              </w:rPr>
              <w:t>Hazard</w:t>
            </w:r>
          </w:p>
        </w:tc>
        <w:tc>
          <w:tcPr>
            <w:tcW w:type="dxa" w:w="827"/>
            <w:shd w:val="clear" w:color="auto" w:fill="E8E8E8"/>
          </w:tcPr>
          <w:p>
            <w:pPr>
              <w:spacing w:after="0"/>
              <w:jc w:val="right"/>
            </w:pPr>
            <w:r>
              <w:rPr>
                <w:b/>
                <w:sz w:val="16"/>
              </w:rPr>
              <w:t>Tracts</w:t>
            </w:r>
          </w:p>
          <w:p>
            <w:pPr>
              <w:spacing w:after="0"/>
              <w:jc w:val="right"/>
            </w:pPr>
            <w:r>
              <w:rPr>
                <w:i/>
                <w:color w:val="555555"/>
                <w:sz w:val="14"/>
              </w:rPr>
              <w:t>rated of all</w:t>
            </w:r>
          </w:p>
        </w:tc>
        <w:tc>
          <w:tcPr>
            <w:tcW w:type="dxa" w:w="85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140"/>
            <w:shd w:val="clear" w:color="auto" w:fill="E8E8E8"/>
          </w:tcPr>
          <w:p>
            <w:pPr>
              <w:spacing w:after="0"/>
              <w:jc w:val="left"/>
            </w:pPr>
            <w:r>
              <w:rPr>
                <w:b/>
                <w:sz w:val="16"/>
              </w:rPr>
              <w:t>Tracts by rating</w:t>
            </w:r>
          </w:p>
        </w:tc>
        <w:tc>
          <w:tcPr>
            <w:tcW w:type="dxa" w:w="592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27"/>
          </w:tcPr>
          <w:p>
            <w:pPr>
              <w:spacing w:after="0"/>
              <w:jc w:val="right"/>
            </w:pPr>
            <w:r>
              <w:rPr>
                <w:sz w:val="16"/>
              </w:rPr>
              <w:t>15 of 20</w:t>
            </w:r>
          </w:p>
        </w:tc>
        <w:tc>
          <w:tcPr>
            <w:tcW w:type="dxa" w:w="852"/>
          </w:tcPr>
          <w:p>
            <w:pPr>
              <w:spacing w:after="0"/>
              <w:jc w:val="right"/>
            </w:pPr>
            <w:r>
              <w:rPr>
                <w:sz w:val="16"/>
              </w:rPr>
              <w:t>54.4</w:t>
            </w:r>
          </w:p>
        </w:tc>
        <w:tc>
          <w:tcPr>
            <w:tcW w:type="dxa" w:w="680"/>
          </w:tcPr>
          <w:p>
            <w:pPr>
              <w:spacing w:after="0"/>
              <w:jc w:val="right"/>
            </w:pPr>
            <w:r>
              <w:rPr>
                <w:sz w:val="16"/>
              </w:rPr>
              <w:t>58.5</w:t>
            </w:r>
          </w:p>
        </w:tc>
        <w:tc>
          <w:tcPr>
            <w:tcW w:type="dxa" w:w="648"/>
          </w:tcPr>
          <w:p>
            <w:pPr>
              <w:spacing w:after="0"/>
              <w:jc w:val="right"/>
            </w:pPr>
            <w:r>
              <w:rPr>
                <w:sz w:val="16"/>
              </w:rPr>
              <w:t>60.8</w:t>
            </w:r>
          </w:p>
        </w:tc>
        <w:tc>
          <w:tcPr>
            <w:tcW w:type="dxa" w:w="4140"/>
          </w:tcPr>
          <w:p>
            <w:pPr>
              <w:spacing w:after="0"/>
              <w:jc w:val="left"/>
            </w:pPr>
            <w:r>
              <w:rPr>
                <w:sz w:val="16"/>
              </w:rPr>
              <w:t>Very Low 15, Not Applicable 5</w:t>
            </w:r>
          </w:p>
        </w:tc>
        <w:tc>
          <w:tcPr>
            <w:tcW w:type="dxa" w:w="5929"/>
          </w:tcPr>
          <w:p>
            <w:pPr>
              <w:spacing w:after="0"/>
              <w:jc w:val="left"/>
            </w:pPr>
          </w:p>
        </w:tc>
      </w:tr>
      <w:tr>
        <w:trPr>
          <w:cantSplit/>
        </w:trPr>
        <w:tc>
          <w:tcPr>
            <w:tcW w:type="dxa" w:w="1037"/>
          </w:tcPr>
          <w:p>
            <w:pPr>
              <w:spacing w:after="0"/>
              <w:jc w:val="left"/>
            </w:pPr>
            <w:r>
              <w:rPr>
                <w:sz w:val="16"/>
              </w:rPr>
              <w:t>Coastal Flooding</w:t>
            </w:r>
          </w:p>
        </w:tc>
        <w:tc>
          <w:tcPr>
            <w:tcW w:type="dxa" w:w="827"/>
          </w:tcPr>
          <w:p>
            <w:pPr>
              <w:spacing w:after="0"/>
              <w:jc w:val="right"/>
            </w:pPr>
            <w:r>
              <w:rPr>
                <w:sz w:val="16"/>
              </w:rPr>
              <w:t>0 of 20</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20</w:t>
            </w:r>
          </w:p>
        </w:tc>
        <w:tc>
          <w:tcPr>
            <w:tcW w:type="dxa" w:w="5929"/>
          </w:tcPr>
          <w:p>
            <w:pPr>
              <w:spacing w:after="0"/>
              <w:jc w:val="left"/>
            </w:pPr>
          </w:p>
        </w:tc>
      </w:tr>
      <w:tr>
        <w:trPr>
          <w:cantSplit/>
        </w:trPr>
        <w:tc>
          <w:tcPr>
            <w:tcW w:type="dxa" w:w="1037"/>
          </w:tcPr>
          <w:p>
            <w:pPr>
              <w:spacing w:after="0"/>
              <w:jc w:val="left"/>
            </w:pPr>
            <w:r>
              <w:rPr>
                <w:sz w:val="16"/>
              </w:rPr>
              <w:t>Cold Wave</w:t>
            </w:r>
          </w:p>
        </w:tc>
        <w:tc>
          <w:tcPr>
            <w:tcW w:type="dxa" w:w="827"/>
          </w:tcPr>
          <w:p>
            <w:pPr>
              <w:spacing w:after="0"/>
              <w:jc w:val="right"/>
            </w:pPr>
            <w:r>
              <w:rPr>
                <w:sz w:val="16"/>
              </w:rPr>
              <w:t>20 of 20</w:t>
            </w:r>
          </w:p>
        </w:tc>
        <w:tc>
          <w:tcPr>
            <w:tcW w:type="dxa" w:w="852"/>
          </w:tcPr>
          <w:p>
            <w:pPr>
              <w:spacing w:after="0"/>
              <w:jc w:val="right"/>
            </w:pPr>
            <w:r>
              <w:rPr>
                <w:sz w:val="16"/>
              </w:rPr>
              <w:t>36.7</w:t>
            </w:r>
          </w:p>
        </w:tc>
        <w:tc>
          <w:tcPr>
            <w:tcW w:type="dxa" w:w="680"/>
          </w:tcPr>
          <w:p>
            <w:pPr>
              <w:spacing w:after="0"/>
              <w:jc w:val="right"/>
            </w:pPr>
            <w:r>
              <w:rPr>
                <w:sz w:val="16"/>
              </w:rPr>
              <w:t>59.9</w:t>
            </w:r>
          </w:p>
        </w:tc>
        <w:tc>
          <w:tcPr>
            <w:tcW w:type="dxa" w:w="648"/>
          </w:tcPr>
          <w:p>
            <w:pPr>
              <w:spacing w:after="0"/>
              <w:jc w:val="right"/>
            </w:pPr>
            <w:r>
              <w:rPr>
                <w:sz w:val="16"/>
              </w:rPr>
              <w:t>77.0</w:t>
            </w:r>
          </w:p>
        </w:tc>
        <w:tc>
          <w:tcPr>
            <w:tcW w:type="dxa" w:w="4140"/>
          </w:tcPr>
          <w:p>
            <w:pPr>
              <w:spacing w:after="0"/>
              <w:jc w:val="left"/>
            </w:pPr>
            <w:r>
              <w:rPr>
                <w:sz w:val="16"/>
              </w:rPr>
              <w:t>Relatively Moderate 16, Relatively Low 4</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27"/>
          </w:tcPr>
          <w:p>
            <w:pPr>
              <w:spacing w:after="0"/>
              <w:jc w:val="right"/>
            </w:pPr>
            <w:r>
              <w:rPr>
                <w:sz w:val="16"/>
              </w:rPr>
              <w:t>0 of 20</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 Rating 20</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827"/>
          </w:tcPr>
          <w:p>
            <w:pPr>
              <w:spacing w:after="0"/>
              <w:jc w:val="right"/>
            </w:pPr>
            <w:r>
              <w:rPr>
                <w:sz w:val="16"/>
              </w:rPr>
              <w:t>20 of 20</w:t>
            </w:r>
          </w:p>
        </w:tc>
        <w:tc>
          <w:tcPr>
            <w:tcW w:type="dxa" w:w="852"/>
          </w:tcPr>
          <w:p>
            <w:pPr>
              <w:spacing w:after="0"/>
              <w:jc w:val="right"/>
            </w:pPr>
            <w:r>
              <w:rPr>
                <w:sz w:val="16"/>
              </w:rPr>
              <w:t>21.3</w:t>
            </w:r>
          </w:p>
        </w:tc>
        <w:tc>
          <w:tcPr>
            <w:tcW w:type="dxa" w:w="680"/>
          </w:tcPr>
          <w:p>
            <w:pPr>
              <w:spacing w:after="0"/>
              <w:jc w:val="right"/>
            </w:pPr>
            <w:r>
              <w:rPr>
                <w:sz w:val="16"/>
              </w:rPr>
              <w:t>40.3</w:t>
            </w:r>
          </w:p>
        </w:tc>
        <w:tc>
          <w:tcPr>
            <w:tcW w:type="dxa" w:w="648"/>
          </w:tcPr>
          <w:p>
            <w:pPr>
              <w:spacing w:after="0"/>
              <w:jc w:val="right"/>
            </w:pPr>
            <w:r>
              <w:rPr>
                <w:sz w:val="16"/>
              </w:rPr>
              <w:t>72.2</w:t>
            </w:r>
          </w:p>
        </w:tc>
        <w:tc>
          <w:tcPr>
            <w:tcW w:type="dxa" w:w="4140"/>
          </w:tcPr>
          <w:p>
            <w:pPr>
              <w:spacing w:after="0"/>
              <w:jc w:val="left"/>
            </w:pPr>
            <w:r>
              <w:rPr>
                <w:sz w:val="16"/>
              </w:rPr>
              <w:t>Relatively Low 8, Very Low 12</w:t>
            </w:r>
          </w:p>
        </w:tc>
        <w:tc>
          <w:tcPr>
            <w:tcW w:type="dxa" w:w="5929"/>
          </w:tcPr>
          <w:p>
            <w:pPr>
              <w:spacing w:after="0"/>
              <w:jc w:val="left"/>
            </w:pPr>
          </w:p>
        </w:tc>
      </w:tr>
      <w:tr>
        <w:trPr>
          <w:cantSplit/>
        </w:trPr>
        <w:tc>
          <w:tcPr>
            <w:tcW w:type="dxa" w:w="1037"/>
          </w:tcPr>
          <w:p>
            <w:pPr>
              <w:spacing w:after="0"/>
              <w:jc w:val="left"/>
            </w:pPr>
            <w:r>
              <w:rPr>
                <w:sz w:val="16"/>
              </w:rPr>
              <w:t>Hail</w:t>
            </w:r>
          </w:p>
        </w:tc>
        <w:tc>
          <w:tcPr>
            <w:tcW w:type="dxa" w:w="827"/>
          </w:tcPr>
          <w:p>
            <w:pPr>
              <w:spacing w:after="0"/>
              <w:jc w:val="right"/>
            </w:pPr>
            <w:r>
              <w:rPr>
                <w:sz w:val="16"/>
              </w:rPr>
              <w:t>20 of 20</w:t>
            </w:r>
          </w:p>
        </w:tc>
        <w:tc>
          <w:tcPr>
            <w:tcW w:type="dxa" w:w="852"/>
          </w:tcPr>
          <w:p>
            <w:pPr>
              <w:spacing w:after="0"/>
              <w:jc w:val="right"/>
            </w:pPr>
            <w:r>
              <w:rPr>
                <w:sz w:val="16"/>
              </w:rPr>
              <w:t>30.9</w:t>
            </w:r>
          </w:p>
        </w:tc>
        <w:tc>
          <w:tcPr>
            <w:tcW w:type="dxa" w:w="680"/>
          </w:tcPr>
          <w:p>
            <w:pPr>
              <w:spacing w:after="0"/>
              <w:jc w:val="right"/>
            </w:pPr>
            <w:r>
              <w:rPr>
                <w:sz w:val="16"/>
              </w:rPr>
              <w:t>45.2</w:t>
            </w:r>
          </w:p>
        </w:tc>
        <w:tc>
          <w:tcPr>
            <w:tcW w:type="dxa" w:w="648"/>
          </w:tcPr>
          <w:p>
            <w:pPr>
              <w:spacing w:after="0"/>
              <w:jc w:val="right"/>
            </w:pPr>
            <w:r>
              <w:rPr>
                <w:sz w:val="16"/>
              </w:rPr>
              <w:t>59.2</w:t>
            </w:r>
          </w:p>
        </w:tc>
        <w:tc>
          <w:tcPr>
            <w:tcW w:type="dxa" w:w="4140"/>
          </w:tcPr>
          <w:p>
            <w:pPr>
              <w:spacing w:after="0"/>
              <w:jc w:val="left"/>
            </w:pPr>
            <w:r>
              <w:rPr>
                <w:sz w:val="16"/>
              </w:rPr>
              <w:t>Relatively Low 17, Very Low 3</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27"/>
          </w:tcPr>
          <w:p>
            <w:pPr>
              <w:spacing w:after="0"/>
              <w:jc w:val="right"/>
            </w:pPr>
            <w:r>
              <w:rPr>
                <w:sz w:val="16"/>
              </w:rPr>
              <w:t>20 of 20</w:t>
            </w:r>
          </w:p>
        </w:tc>
        <w:tc>
          <w:tcPr>
            <w:tcW w:type="dxa" w:w="852"/>
          </w:tcPr>
          <w:p>
            <w:pPr>
              <w:spacing w:after="0"/>
              <w:jc w:val="right"/>
            </w:pPr>
            <w:r>
              <w:rPr>
                <w:sz w:val="16"/>
              </w:rPr>
              <w:t>5.0</w:t>
            </w:r>
          </w:p>
        </w:tc>
        <w:tc>
          <w:tcPr>
            <w:tcW w:type="dxa" w:w="680"/>
          </w:tcPr>
          <w:p>
            <w:pPr>
              <w:spacing w:after="0"/>
              <w:jc w:val="right"/>
            </w:pPr>
            <w:r>
              <w:rPr>
                <w:sz w:val="16"/>
              </w:rPr>
              <w:t>38.8</w:t>
            </w:r>
          </w:p>
        </w:tc>
        <w:tc>
          <w:tcPr>
            <w:tcW w:type="dxa" w:w="648"/>
          </w:tcPr>
          <w:p>
            <w:pPr>
              <w:spacing w:after="0"/>
              <w:jc w:val="right"/>
            </w:pPr>
            <w:r>
              <w:rPr>
                <w:sz w:val="16"/>
              </w:rPr>
              <w:t>65.6</w:t>
            </w:r>
          </w:p>
        </w:tc>
        <w:tc>
          <w:tcPr>
            <w:tcW w:type="dxa" w:w="4140"/>
          </w:tcPr>
          <w:p>
            <w:pPr>
              <w:spacing w:after="0"/>
              <w:jc w:val="left"/>
            </w:pPr>
            <w:r>
              <w:rPr>
                <w:sz w:val="16"/>
              </w:rPr>
              <w:t>Relatively Moderate 3, Relatively Low 13, Very Low 4</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27"/>
          </w:tcPr>
          <w:p>
            <w:pPr>
              <w:spacing w:after="0"/>
              <w:jc w:val="right"/>
            </w:pPr>
            <w:r>
              <w:rPr>
                <w:sz w:val="16"/>
              </w:rPr>
              <w:t>20 of 20</w:t>
            </w:r>
          </w:p>
        </w:tc>
        <w:tc>
          <w:tcPr>
            <w:tcW w:type="dxa" w:w="852"/>
          </w:tcPr>
          <w:p>
            <w:pPr>
              <w:spacing w:after="0"/>
              <w:jc w:val="right"/>
            </w:pPr>
            <w:r>
              <w:rPr>
                <w:sz w:val="16"/>
              </w:rPr>
              <w:t>52.6</w:t>
            </w:r>
          </w:p>
        </w:tc>
        <w:tc>
          <w:tcPr>
            <w:tcW w:type="dxa" w:w="680"/>
          </w:tcPr>
          <w:p>
            <w:pPr>
              <w:spacing w:after="0"/>
              <w:jc w:val="right"/>
            </w:pPr>
            <w:r>
              <w:rPr>
                <w:sz w:val="16"/>
              </w:rPr>
              <w:t>60.2</w:t>
            </w:r>
          </w:p>
        </w:tc>
        <w:tc>
          <w:tcPr>
            <w:tcW w:type="dxa" w:w="648"/>
          </w:tcPr>
          <w:p>
            <w:pPr>
              <w:spacing w:after="0"/>
              <w:jc w:val="right"/>
            </w:pPr>
            <w:r>
              <w:rPr>
                <w:sz w:val="16"/>
              </w:rPr>
              <w:t>75.3</w:t>
            </w:r>
          </w:p>
        </w:tc>
        <w:tc>
          <w:tcPr>
            <w:tcW w:type="dxa" w:w="4140"/>
          </w:tcPr>
          <w:p>
            <w:pPr>
              <w:spacing w:after="0"/>
              <w:jc w:val="left"/>
            </w:pPr>
            <w:r>
              <w:rPr>
                <w:sz w:val="16"/>
              </w:rPr>
              <w:t>Relatively Low 20</w:t>
            </w:r>
          </w:p>
        </w:tc>
        <w:tc>
          <w:tcPr>
            <w:tcW w:type="dxa" w:w="5929"/>
          </w:tcPr>
          <w:p>
            <w:pPr>
              <w:spacing w:after="0"/>
              <w:jc w:val="left"/>
            </w:pPr>
          </w:p>
        </w:tc>
      </w:tr>
      <w:tr>
        <w:trPr>
          <w:cantSplit/>
        </w:trPr>
        <w:tc>
          <w:tcPr>
            <w:tcW w:type="dxa" w:w="1037"/>
          </w:tcPr>
          <w:p>
            <w:pPr>
              <w:spacing w:after="0"/>
              <w:jc w:val="left"/>
            </w:pPr>
            <w:r>
              <w:rPr>
                <w:sz w:val="16"/>
              </w:rPr>
              <w:t>Ice Storm</w:t>
            </w:r>
          </w:p>
        </w:tc>
        <w:tc>
          <w:tcPr>
            <w:tcW w:type="dxa" w:w="827"/>
          </w:tcPr>
          <w:p>
            <w:pPr>
              <w:spacing w:after="0"/>
              <w:jc w:val="right"/>
            </w:pPr>
            <w:r>
              <w:rPr>
                <w:sz w:val="16"/>
              </w:rPr>
              <w:t>20 of 20</w:t>
            </w:r>
          </w:p>
        </w:tc>
        <w:tc>
          <w:tcPr>
            <w:tcW w:type="dxa" w:w="852"/>
          </w:tcPr>
          <w:p>
            <w:pPr>
              <w:spacing w:after="0"/>
              <w:jc w:val="right"/>
            </w:pPr>
            <w:r>
              <w:rPr>
                <w:sz w:val="16"/>
              </w:rPr>
              <w:t>37.1</w:t>
            </w:r>
          </w:p>
        </w:tc>
        <w:tc>
          <w:tcPr>
            <w:tcW w:type="dxa" w:w="680"/>
          </w:tcPr>
          <w:p>
            <w:pPr>
              <w:spacing w:after="0"/>
              <w:jc w:val="right"/>
            </w:pPr>
            <w:r>
              <w:rPr>
                <w:sz w:val="16"/>
              </w:rPr>
              <w:t>56.9</w:t>
            </w:r>
          </w:p>
        </w:tc>
        <w:tc>
          <w:tcPr>
            <w:tcW w:type="dxa" w:w="648"/>
          </w:tcPr>
          <w:p>
            <w:pPr>
              <w:spacing w:after="0"/>
              <w:jc w:val="right"/>
            </w:pPr>
            <w:r>
              <w:rPr>
                <w:sz w:val="16"/>
              </w:rPr>
              <w:t>85.8</w:t>
            </w:r>
          </w:p>
        </w:tc>
        <w:tc>
          <w:tcPr>
            <w:tcW w:type="dxa" w:w="4140"/>
          </w:tcPr>
          <w:p>
            <w:pPr>
              <w:spacing w:after="0"/>
              <w:jc w:val="left"/>
            </w:pPr>
            <w:r>
              <w:rPr>
                <w:sz w:val="16"/>
              </w:rPr>
              <w:t>Relatively Moderate 6, Relatively Low 14</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27"/>
          </w:tcPr>
          <w:p>
            <w:pPr>
              <w:spacing w:after="0"/>
              <w:jc w:val="right"/>
            </w:pPr>
            <w:r>
              <w:rPr>
                <w:sz w:val="16"/>
              </w:rPr>
              <w:t>20 of 20</w:t>
            </w:r>
          </w:p>
        </w:tc>
        <w:tc>
          <w:tcPr>
            <w:tcW w:type="dxa" w:w="852"/>
          </w:tcPr>
          <w:p>
            <w:pPr>
              <w:spacing w:after="0"/>
              <w:jc w:val="right"/>
            </w:pPr>
            <w:r>
              <w:rPr>
                <w:sz w:val="16"/>
              </w:rPr>
              <w:t>25.3</w:t>
            </w:r>
          </w:p>
        </w:tc>
        <w:tc>
          <w:tcPr>
            <w:tcW w:type="dxa" w:w="680"/>
          </w:tcPr>
          <w:p>
            <w:pPr>
              <w:spacing w:after="0"/>
              <w:jc w:val="right"/>
            </w:pPr>
            <w:r>
              <w:rPr>
                <w:sz w:val="16"/>
              </w:rPr>
              <w:t>45.7</w:t>
            </w:r>
          </w:p>
        </w:tc>
        <w:tc>
          <w:tcPr>
            <w:tcW w:type="dxa" w:w="648"/>
          </w:tcPr>
          <w:p>
            <w:pPr>
              <w:spacing w:after="0"/>
              <w:jc w:val="right"/>
            </w:pPr>
            <w:r>
              <w:rPr>
                <w:sz w:val="16"/>
              </w:rPr>
              <w:t>83.7</w:t>
            </w:r>
          </w:p>
        </w:tc>
        <w:tc>
          <w:tcPr>
            <w:tcW w:type="dxa" w:w="4140"/>
          </w:tcPr>
          <w:p>
            <w:pPr>
              <w:spacing w:after="0"/>
              <w:jc w:val="left"/>
            </w:pPr>
            <w:r>
              <w:rPr>
                <w:sz w:val="16"/>
              </w:rPr>
              <w:t>Relatively High 2, Relatively Moderate 7, Relatively Low 11</w:t>
            </w:r>
          </w:p>
        </w:tc>
        <w:tc>
          <w:tcPr>
            <w:tcW w:type="dxa" w:w="5929"/>
          </w:tcPr>
          <w:p>
            <w:pPr>
              <w:spacing w:after="0"/>
              <w:jc w:val="left"/>
            </w:pPr>
          </w:p>
        </w:tc>
      </w:tr>
      <w:tr>
        <w:trPr>
          <w:cantSplit/>
        </w:trPr>
        <w:tc>
          <w:tcPr>
            <w:tcW w:type="dxa" w:w="1037"/>
          </w:tcPr>
          <w:p>
            <w:pPr>
              <w:spacing w:after="0"/>
              <w:jc w:val="left"/>
            </w:pPr>
            <w:r>
              <w:rPr>
                <w:sz w:val="16"/>
              </w:rPr>
              <w:t>Landslide</w:t>
            </w:r>
          </w:p>
        </w:tc>
        <w:tc>
          <w:tcPr>
            <w:tcW w:type="dxa" w:w="827"/>
          </w:tcPr>
          <w:p>
            <w:pPr>
              <w:spacing w:after="0"/>
              <w:jc w:val="right"/>
            </w:pPr>
            <w:r>
              <w:rPr>
                <w:sz w:val="16"/>
              </w:rPr>
              <w:t>20 of 20</w:t>
            </w:r>
          </w:p>
        </w:tc>
        <w:tc>
          <w:tcPr>
            <w:tcW w:type="dxa" w:w="852"/>
          </w:tcPr>
          <w:p>
            <w:pPr>
              <w:spacing w:after="0"/>
              <w:jc w:val="right"/>
            </w:pPr>
            <w:r>
              <w:rPr>
                <w:sz w:val="16"/>
              </w:rPr>
              <w:t>17.0</w:t>
            </w:r>
          </w:p>
        </w:tc>
        <w:tc>
          <w:tcPr>
            <w:tcW w:type="dxa" w:w="680"/>
          </w:tcPr>
          <w:p>
            <w:pPr>
              <w:spacing w:after="0"/>
              <w:jc w:val="right"/>
            </w:pPr>
            <w:r>
              <w:rPr>
                <w:sz w:val="16"/>
              </w:rPr>
              <w:t>88.8</w:t>
            </w:r>
          </w:p>
        </w:tc>
        <w:tc>
          <w:tcPr>
            <w:tcW w:type="dxa" w:w="648"/>
          </w:tcPr>
          <w:p>
            <w:pPr>
              <w:spacing w:after="0"/>
              <w:jc w:val="right"/>
            </w:pPr>
            <w:r>
              <w:rPr>
                <w:sz w:val="16"/>
              </w:rPr>
              <w:t>97.7</w:t>
            </w:r>
          </w:p>
        </w:tc>
        <w:tc>
          <w:tcPr>
            <w:tcW w:type="dxa" w:w="4140"/>
          </w:tcPr>
          <w:p>
            <w:pPr>
              <w:spacing w:after="0"/>
              <w:jc w:val="left"/>
            </w:pPr>
            <w:r>
              <w:rPr>
                <w:sz w:val="16"/>
              </w:rPr>
              <w:t>Relatively Moderate 2, Relatively Low 11, Very Low 7</w:t>
            </w:r>
          </w:p>
        </w:tc>
        <w:tc>
          <w:tcPr>
            <w:tcW w:type="dxa" w:w="5929"/>
          </w:tcPr>
          <w:p>
            <w:pPr>
              <w:spacing w:after="0"/>
              <w:jc w:val="left"/>
            </w:pPr>
          </w:p>
        </w:tc>
      </w:tr>
      <w:tr>
        <w:trPr>
          <w:cantSplit/>
        </w:trPr>
        <w:tc>
          <w:tcPr>
            <w:tcW w:type="dxa" w:w="1037"/>
          </w:tcPr>
          <w:p>
            <w:pPr>
              <w:spacing w:after="0"/>
              <w:jc w:val="left"/>
            </w:pPr>
            <w:r>
              <w:rPr>
                <w:sz w:val="16"/>
              </w:rPr>
              <w:t>Lightning</w:t>
            </w:r>
          </w:p>
        </w:tc>
        <w:tc>
          <w:tcPr>
            <w:tcW w:type="dxa" w:w="827"/>
          </w:tcPr>
          <w:p>
            <w:pPr>
              <w:spacing w:after="0"/>
              <w:jc w:val="right"/>
            </w:pPr>
            <w:r>
              <w:rPr>
                <w:sz w:val="16"/>
              </w:rPr>
              <w:t>20 of 20</w:t>
            </w:r>
          </w:p>
        </w:tc>
        <w:tc>
          <w:tcPr>
            <w:tcW w:type="dxa" w:w="852"/>
          </w:tcPr>
          <w:p>
            <w:pPr>
              <w:spacing w:after="0"/>
              <w:jc w:val="right"/>
            </w:pPr>
            <w:r>
              <w:rPr>
                <w:sz w:val="16"/>
              </w:rPr>
              <w:t>42.2</w:t>
            </w:r>
          </w:p>
        </w:tc>
        <w:tc>
          <w:tcPr>
            <w:tcW w:type="dxa" w:w="680"/>
          </w:tcPr>
          <w:p>
            <w:pPr>
              <w:spacing w:after="0"/>
              <w:jc w:val="right"/>
            </w:pPr>
            <w:r>
              <w:rPr>
                <w:sz w:val="16"/>
              </w:rPr>
              <w:t>68.7</w:t>
            </w:r>
          </w:p>
        </w:tc>
        <w:tc>
          <w:tcPr>
            <w:tcW w:type="dxa" w:w="648"/>
          </w:tcPr>
          <w:p>
            <w:pPr>
              <w:spacing w:after="0"/>
              <w:jc w:val="right"/>
            </w:pPr>
            <w:r>
              <w:rPr>
                <w:sz w:val="16"/>
              </w:rPr>
              <w:t>91.9</w:t>
            </w:r>
          </w:p>
        </w:tc>
        <w:tc>
          <w:tcPr>
            <w:tcW w:type="dxa" w:w="4140"/>
          </w:tcPr>
          <w:p>
            <w:pPr>
              <w:spacing w:after="0"/>
              <w:jc w:val="left"/>
            </w:pPr>
            <w:r>
              <w:rPr>
                <w:sz w:val="16"/>
              </w:rPr>
              <w:t>Relatively High 5, Relatively Moderate 12, Relatively Low 3</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27"/>
          </w:tcPr>
          <w:p>
            <w:pPr>
              <w:spacing w:after="0"/>
              <w:jc w:val="right"/>
            </w:pPr>
            <w:r>
              <w:rPr>
                <w:sz w:val="16"/>
              </w:rPr>
              <w:t>20 of 20</w:t>
            </w:r>
          </w:p>
        </w:tc>
        <w:tc>
          <w:tcPr>
            <w:tcW w:type="dxa" w:w="852"/>
          </w:tcPr>
          <w:p>
            <w:pPr>
              <w:spacing w:after="0"/>
              <w:jc w:val="right"/>
            </w:pPr>
            <w:r>
              <w:rPr>
                <w:sz w:val="16"/>
              </w:rPr>
              <w:t>40.7</w:t>
            </w:r>
          </w:p>
        </w:tc>
        <w:tc>
          <w:tcPr>
            <w:tcW w:type="dxa" w:w="680"/>
          </w:tcPr>
          <w:p>
            <w:pPr>
              <w:spacing w:after="0"/>
              <w:jc w:val="right"/>
            </w:pPr>
            <w:r>
              <w:rPr>
                <w:sz w:val="16"/>
              </w:rPr>
              <w:t>67.0</w:t>
            </w:r>
          </w:p>
        </w:tc>
        <w:tc>
          <w:tcPr>
            <w:tcW w:type="dxa" w:w="648"/>
          </w:tcPr>
          <w:p>
            <w:pPr>
              <w:spacing w:after="0"/>
              <w:jc w:val="right"/>
            </w:pPr>
            <w:r>
              <w:rPr>
                <w:sz w:val="16"/>
              </w:rPr>
              <w:t>87.1</w:t>
            </w:r>
          </w:p>
        </w:tc>
        <w:tc>
          <w:tcPr>
            <w:tcW w:type="dxa" w:w="4140"/>
          </w:tcPr>
          <w:p>
            <w:pPr>
              <w:spacing w:after="0"/>
              <w:jc w:val="left"/>
            </w:pPr>
            <w:r>
              <w:rPr>
                <w:sz w:val="16"/>
              </w:rPr>
              <w:t>Relatively High 1, Relatively Moderate 15, Relatively Low 4</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27"/>
          </w:tcPr>
          <w:p>
            <w:pPr>
              <w:spacing w:after="0"/>
              <w:jc w:val="right"/>
            </w:pPr>
            <w:r>
              <w:rPr>
                <w:sz w:val="16"/>
              </w:rPr>
              <w:t>20 of 20</w:t>
            </w:r>
          </w:p>
        </w:tc>
        <w:tc>
          <w:tcPr>
            <w:tcW w:type="dxa" w:w="852"/>
          </w:tcPr>
          <w:p>
            <w:pPr>
              <w:spacing w:after="0"/>
              <w:jc w:val="right"/>
            </w:pPr>
            <w:r>
              <w:rPr>
                <w:sz w:val="16"/>
              </w:rPr>
              <w:t>17.5</w:t>
            </w:r>
          </w:p>
        </w:tc>
        <w:tc>
          <w:tcPr>
            <w:tcW w:type="dxa" w:w="680"/>
          </w:tcPr>
          <w:p>
            <w:pPr>
              <w:spacing w:after="0"/>
              <w:jc w:val="right"/>
            </w:pPr>
            <w:r>
              <w:rPr>
                <w:sz w:val="16"/>
              </w:rPr>
              <w:t>30.7</w:t>
            </w:r>
          </w:p>
        </w:tc>
        <w:tc>
          <w:tcPr>
            <w:tcW w:type="dxa" w:w="648"/>
          </w:tcPr>
          <w:p>
            <w:pPr>
              <w:spacing w:after="0"/>
              <w:jc w:val="right"/>
            </w:pPr>
            <w:r>
              <w:rPr>
                <w:sz w:val="16"/>
              </w:rPr>
              <w:t>44.3</w:t>
            </w:r>
          </w:p>
        </w:tc>
        <w:tc>
          <w:tcPr>
            <w:tcW w:type="dxa" w:w="4140"/>
          </w:tcPr>
          <w:p>
            <w:pPr>
              <w:spacing w:after="0"/>
              <w:jc w:val="left"/>
            </w:pPr>
            <w:r>
              <w:rPr>
                <w:sz w:val="16"/>
              </w:rPr>
              <w:t>Relatively Low 11, Very Low 9</w:t>
            </w:r>
          </w:p>
        </w:tc>
        <w:tc>
          <w:tcPr>
            <w:tcW w:type="dxa" w:w="5929"/>
          </w:tcPr>
          <w:p>
            <w:pPr>
              <w:spacing w:after="0"/>
              <w:jc w:val="left"/>
            </w:pPr>
          </w:p>
        </w:tc>
      </w:tr>
      <w:tr>
        <w:trPr>
          <w:cantSplit/>
        </w:trPr>
        <w:tc>
          <w:tcPr>
            <w:tcW w:type="dxa" w:w="1037"/>
          </w:tcPr>
          <w:p>
            <w:pPr>
              <w:spacing w:after="0"/>
              <w:jc w:val="left"/>
            </w:pPr>
            <w:r>
              <w:rPr>
                <w:sz w:val="16"/>
              </w:rPr>
              <w:t>Tsunami</w:t>
            </w:r>
          </w:p>
        </w:tc>
        <w:tc>
          <w:tcPr>
            <w:tcW w:type="dxa" w:w="827"/>
          </w:tcPr>
          <w:p>
            <w:pPr>
              <w:spacing w:after="0"/>
              <w:jc w:val="right"/>
            </w:pPr>
            <w:r>
              <w:rPr>
                <w:sz w:val="16"/>
              </w:rPr>
              <w:t>0 of 20</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20</w:t>
            </w:r>
          </w:p>
        </w:tc>
        <w:tc>
          <w:tcPr>
            <w:tcW w:type="dxa" w:w="5929"/>
          </w:tcPr>
          <w:p>
            <w:pPr>
              <w:spacing w:after="0"/>
              <w:jc w:val="left"/>
            </w:pPr>
          </w:p>
        </w:tc>
      </w:tr>
      <w:tr>
        <w:trPr>
          <w:cantSplit/>
        </w:trPr>
        <w:tc>
          <w:tcPr>
            <w:tcW w:type="dxa" w:w="1037"/>
          </w:tcPr>
          <w:p>
            <w:pPr>
              <w:spacing w:after="0"/>
              <w:jc w:val="left"/>
            </w:pPr>
            <w:r>
              <w:rPr>
                <w:sz w:val="16"/>
              </w:rPr>
              <w:t>Volcanic Activity</w:t>
            </w:r>
          </w:p>
        </w:tc>
        <w:tc>
          <w:tcPr>
            <w:tcW w:type="dxa" w:w="827"/>
          </w:tcPr>
          <w:p>
            <w:pPr>
              <w:spacing w:after="0"/>
              <w:jc w:val="right"/>
            </w:pPr>
            <w:r>
              <w:rPr>
                <w:sz w:val="16"/>
              </w:rPr>
              <w:t>0 of 20</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20</w:t>
            </w:r>
          </w:p>
        </w:tc>
        <w:tc>
          <w:tcPr>
            <w:tcW w:type="dxa" w:w="5929"/>
          </w:tcPr>
          <w:p>
            <w:pPr>
              <w:spacing w:after="0"/>
              <w:jc w:val="left"/>
            </w:pPr>
          </w:p>
        </w:tc>
      </w:tr>
      <w:tr>
        <w:trPr>
          <w:cantSplit/>
        </w:trPr>
        <w:tc>
          <w:tcPr>
            <w:tcW w:type="dxa" w:w="1037"/>
          </w:tcPr>
          <w:p>
            <w:pPr>
              <w:spacing w:after="0"/>
              <w:jc w:val="left"/>
            </w:pPr>
            <w:r>
              <w:rPr>
                <w:sz w:val="16"/>
              </w:rPr>
              <w:t>Wildfire</w:t>
            </w:r>
          </w:p>
        </w:tc>
        <w:tc>
          <w:tcPr>
            <w:tcW w:type="dxa" w:w="827"/>
          </w:tcPr>
          <w:p>
            <w:pPr>
              <w:spacing w:after="0"/>
              <w:jc w:val="right"/>
            </w:pPr>
            <w:r>
              <w:rPr>
                <w:sz w:val="16"/>
              </w:rPr>
              <w:t>20 of 20</w:t>
            </w:r>
          </w:p>
        </w:tc>
        <w:tc>
          <w:tcPr>
            <w:tcW w:type="dxa" w:w="852"/>
          </w:tcPr>
          <w:p>
            <w:pPr>
              <w:spacing w:after="0"/>
              <w:jc w:val="right"/>
            </w:pPr>
            <w:r>
              <w:rPr>
                <w:sz w:val="16"/>
              </w:rPr>
              <w:t>35.5</w:t>
            </w:r>
          </w:p>
        </w:tc>
        <w:tc>
          <w:tcPr>
            <w:tcW w:type="dxa" w:w="680"/>
          </w:tcPr>
          <w:p>
            <w:pPr>
              <w:spacing w:after="0"/>
              <w:jc w:val="right"/>
            </w:pPr>
            <w:r>
              <w:rPr>
                <w:sz w:val="16"/>
              </w:rPr>
              <w:t>58.0</w:t>
            </w:r>
          </w:p>
        </w:tc>
        <w:tc>
          <w:tcPr>
            <w:tcW w:type="dxa" w:w="648"/>
          </w:tcPr>
          <w:p>
            <w:pPr>
              <w:spacing w:after="0"/>
              <w:jc w:val="right"/>
            </w:pPr>
            <w:r>
              <w:rPr>
                <w:sz w:val="16"/>
              </w:rPr>
              <w:t>69.5</w:t>
            </w:r>
          </w:p>
        </w:tc>
        <w:tc>
          <w:tcPr>
            <w:tcW w:type="dxa" w:w="4140"/>
          </w:tcPr>
          <w:p>
            <w:pPr>
              <w:spacing w:after="0"/>
              <w:jc w:val="left"/>
            </w:pPr>
            <w:r>
              <w:rPr>
                <w:sz w:val="16"/>
              </w:rPr>
              <w:t>Relatively Low 1, Very Low 19</w:t>
            </w:r>
          </w:p>
        </w:tc>
        <w:tc>
          <w:tcPr>
            <w:tcW w:type="dxa" w:w="5929"/>
          </w:tcPr>
          <w:p>
            <w:pPr>
              <w:spacing w:after="0"/>
              <w:jc w:val="left"/>
            </w:pPr>
          </w:p>
        </w:tc>
      </w:tr>
      <w:tr>
        <w:trPr>
          <w:cantSplit/>
        </w:trPr>
        <w:tc>
          <w:tcPr>
            <w:tcW w:type="dxa" w:w="1037"/>
          </w:tcPr>
          <w:p>
            <w:pPr>
              <w:spacing w:after="0"/>
              <w:jc w:val="left"/>
            </w:pPr>
            <w:r>
              <w:rPr>
                <w:sz w:val="16"/>
              </w:rPr>
              <w:t>Winter Weather</w:t>
            </w:r>
          </w:p>
        </w:tc>
        <w:tc>
          <w:tcPr>
            <w:tcW w:type="dxa" w:w="827"/>
          </w:tcPr>
          <w:p>
            <w:pPr>
              <w:spacing w:after="0"/>
              <w:jc w:val="right"/>
            </w:pPr>
            <w:r>
              <w:rPr>
                <w:sz w:val="16"/>
              </w:rPr>
              <w:t>20 of 20</w:t>
            </w:r>
          </w:p>
        </w:tc>
        <w:tc>
          <w:tcPr>
            <w:tcW w:type="dxa" w:w="852"/>
          </w:tcPr>
          <w:p>
            <w:pPr>
              <w:spacing w:after="0"/>
              <w:jc w:val="right"/>
            </w:pPr>
            <w:r>
              <w:rPr>
                <w:sz w:val="16"/>
              </w:rPr>
              <w:t>42.0</w:t>
            </w:r>
          </w:p>
        </w:tc>
        <w:tc>
          <w:tcPr>
            <w:tcW w:type="dxa" w:w="680"/>
          </w:tcPr>
          <w:p>
            <w:pPr>
              <w:spacing w:after="0"/>
              <w:jc w:val="right"/>
            </w:pPr>
            <w:r>
              <w:rPr>
                <w:sz w:val="16"/>
              </w:rPr>
              <w:t>65.4</w:t>
            </w:r>
          </w:p>
        </w:tc>
        <w:tc>
          <w:tcPr>
            <w:tcW w:type="dxa" w:w="648"/>
          </w:tcPr>
          <w:p>
            <w:pPr>
              <w:spacing w:after="0"/>
              <w:jc w:val="right"/>
            </w:pPr>
            <w:r>
              <w:rPr>
                <w:sz w:val="16"/>
              </w:rPr>
              <w:t>86.5</w:t>
            </w:r>
          </w:p>
        </w:tc>
        <w:tc>
          <w:tcPr>
            <w:tcW w:type="dxa" w:w="4140"/>
          </w:tcPr>
          <w:p>
            <w:pPr>
              <w:spacing w:after="0"/>
              <w:jc w:val="left"/>
            </w:pPr>
            <w:r>
              <w:rPr>
                <w:sz w:val="16"/>
              </w:rPr>
              <w:t>Relatively High 3, Relatively Moderate 14, Relatively Low 3</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County tracts, shown for context: this town's planning area is the town, which the county tracts do not split out.</w:t>
      </w:r>
    </w:p>
    <w:p>
      <w:pPr>
        <w:spacing w:after="40" w:before="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053"/>
        <w:gridCol w:w="897"/>
        <w:gridCol w:w="2795"/>
        <w:gridCol w:w="2918"/>
        <w:gridCol w:w="2053"/>
        <w:gridCol w:w="2498"/>
        <w:gridCol w:w="897"/>
      </w:tblGrid>
      <w:tr>
        <w:trPr>
          <w:cantSplit/>
          <w:tblHeader/>
        </w:trPr>
        <w:tc>
          <w:tcPr>
            <w:tcW w:type="dxa" w:w="2053"/>
            <w:shd w:val="clear" w:color="auto" w:fill="E8E8E8"/>
          </w:tcPr>
          <w:p>
            <w:pPr>
              <w:spacing w:after="0"/>
              <w:jc w:val="left"/>
            </w:pPr>
            <w:r>
              <w:rPr>
                <w:b/>
                <w:sz w:val="16"/>
              </w:rPr>
              <w:t>Member</w:t>
            </w:r>
          </w:p>
        </w:tc>
        <w:tc>
          <w:tcPr>
            <w:tcW w:type="dxa" w:w="897"/>
            <w:shd w:val="clear" w:color="auto" w:fill="E8E8E8"/>
          </w:tcPr>
          <w:p>
            <w:pPr>
              <w:spacing w:after="0"/>
              <w:jc w:val="left"/>
            </w:pPr>
            <w:r>
              <w:rPr>
                <w:b/>
                <w:sz w:val="16"/>
              </w:rPr>
              <w:t>Type</w:t>
            </w:r>
          </w:p>
        </w:tc>
        <w:tc>
          <w:tcPr>
            <w:tcW w:type="dxa" w:w="2795"/>
            <w:shd w:val="clear" w:color="auto" w:fill="E8E8E8"/>
          </w:tcPr>
          <w:p>
            <w:pPr>
              <w:spacing w:after="0"/>
              <w:jc w:val="left"/>
            </w:pPr>
            <w:r>
              <w:rPr>
                <w:b/>
                <w:sz w:val="16"/>
              </w:rPr>
              <w:t>Plan status</w:t>
            </w:r>
          </w:p>
        </w:tc>
        <w:tc>
          <w:tcPr>
            <w:tcW w:type="dxa" w:w="291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5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498"/>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97"/>
            <w:shd w:val="clear" w:color="auto" w:fill="E8E8E8"/>
          </w:tcPr>
          <w:p>
            <w:pPr>
              <w:spacing w:after="0"/>
              <w:jc w:val="left"/>
            </w:pPr>
            <w:r>
              <w:rPr>
                <w:b/>
                <w:sz w:val="16"/>
              </w:rPr>
              <w:t>Notes</w:t>
            </w:r>
          </w:p>
        </w:tc>
      </w:tr>
      <w:tr>
        <w:trPr>
          <w:cantSplit/>
        </w:trPr>
        <w:tc>
          <w:tcPr>
            <w:tcW w:type="dxa" w:w="2053"/>
          </w:tcPr>
          <w:p>
            <w:pPr>
              <w:spacing w:after="0"/>
              <w:jc w:val="left"/>
            </w:pPr>
            <w:r>
              <w:rPr>
                <w:sz w:val="16"/>
              </w:rPr>
              <w:t>Shrewsbury town</w:t>
            </w:r>
          </w:p>
        </w:tc>
        <w:tc>
          <w:tcPr>
            <w:tcW w:type="dxa" w:w="897"/>
          </w:tcPr>
          <w:p>
            <w:pPr>
              <w:spacing w:after="0"/>
              <w:jc w:val="left"/>
            </w:pPr>
            <w:r>
              <w:rPr>
                <w:sz w:val="16"/>
              </w:rPr>
              <w:t>Town</w:t>
            </w:r>
          </w:p>
        </w:tc>
        <w:tc>
          <w:tcPr>
            <w:tcW w:type="dxa" w:w="2795"/>
          </w:tcPr>
          <w:p>
            <w:pPr>
              <w:spacing w:after="0"/>
              <w:jc w:val="left"/>
            </w:pPr>
            <w:r>
              <w:rPr>
                <w:sz w:val="16"/>
              </w:rPr>
              <w:t>Expired on 2026-01-31</w:t>
            </w:r>
          </w:p>
        </w:tc>
        <w:tc>
          <w:tcPr>
            <w:tcW w:type="dxa" w:w="2918"/>
          </w:tcPr>
          <w:p>
            <w:pPr>
              <w:spacing w:after="0"/>
              <w:jc w:val="right"/>
            </w:pPr>
            <w:r>
              <w:rPr>
                <w:sz w:val="16"/>
              </w:rPr>
              <w:t>FMA RL 0, SRL 0; any 1</w:t>
            </w:r>
          </w:p>
        </w:tc>
        <w:tc>
          <w:tcPr>
            <w:tcW w:type="dxa" w:w="2053"/>
          </w:tcPr>
          <w:p>
            <w:pPr>
              <w:spacing w:after="0"/>
              <w:jc w:val="right"/>
            </w:pPr>
            <w:r>
              <w:rPr>
                <w:sz w:val="16"/>
              </w:rPr>
              <w:t>$3,456,268.22</w:t>
            </w:r>
          </w:p>
        </w:tc>
        <w:tc>
          <w:tcPr>
            <w:tcW w:type="dxa" w:w="2498"/>
          </w:tcPr>
          <w:p>
            <w:pPr>
              <w:spacing w:after="0"/>
              <w:jc w:val="right"/>
            </w:pPr>
            <w:r>
              <w:rPr>
                <w:sz w:val="16"/>
              </w:rPr>
              <w:t>7; 1</w:t>
            </w:r>
          </w:p>
        </w:tc>
        <w:tc>
          <w:tcPr>
            <w:tcW w:type="dxa" w:w="89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rPr>
        <w:t>Inherited from Rutland County, county-level (county FIPS 50021); scope: NRI exposure and expected annual loss; since-plan figures use the town's own approval date.</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Rutland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utland County, county-level"/>
        <w:tblDescription w:val="Hazard Plain table b2ab"/>
      </w:tblPr>
      <w:tblGrid>
        <w:gridCol w:w="1037"/>
        <w:gridCol w:w="1483"/>
        <w:gridCol w:w="1133"/>
        <w:gridCol w:w="1042"/>
        <w:gridCol w:w="1126"/>
        <w:gridCol w:w="1126"/>
        <w:gridCol w:w="1157"/>
        <w:gridCol w:w="1042"/>
        <w:gridCol w:w="1181"/>
        <w:gridCol w:w="1083"/>
        <w:gridCol w:w="1330"/>
        <w:gridCol w:w="1371"/>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42"/>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1"/>
            <w:shd w:val="clear" w:color="auto" w:fill="E8E8E8"/>
          </w:tcPr>
          <w:p>
            <w:pPr>
              <w:spacing w:after="0"/>
              <w:jc w:val="right"/>
            </w:pPr>
            <w:r>
              <w:rPr>
                <w:b/>
                <w:sz w:val="16"/>
              </w:rPr>
              <w:t>Storm Events damage since 2021-02-01</w:t>
            </w:r>
          </w:p>
          <w:p>
            <w:pPr>
              <w:spacing w:after="0"/>
              <w:jc w:val="right"/>
            </w:pPr>
            <w:r>
              <w:rPr>
                <w:i/>
                <w:color w:val="555555"/>
                <w:sz w:val="14"/>
              </w:rPr>
              <w:t>county-coded records, property plus crops, nominal dollars</w:t>
            </w:r>
          </w:p>
        </w:tc>
        <w:tc>
          <w:tcPr>
            <w:tcW w:type="dxa" w:w="108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7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$550,483</w:t>
            </w:r>
          </w:p>
        </w:tc>
        <w:tc>
          <w:tcPr>
            <w:tcW w:type="dxa" w:w="1133"/>
          </w:tcPr>
          <w:p>
            <w:pPr>
              <w:spacing w:after="0"/>
              <w:jc w:val="right"/>
            </w:pPr>
          </w:p>
        </w:tc>
        <w:tc>
          <w:tcPr>
            <w:tcW w:type="dxa" w:w="1042"/>
          </w:tcPr>
          <w:p>
            <w:pPr>
              <w:spacing w:after="0"/>
              <w:jc w:val="right"/>
            </w:pPr>
            <w:r>
              <w:rPr>
                <w:sz w:val="16"/>
              </w:rPr>
              <w:t>1</w:t>
            </w:r>
          </w:p>
        </w:tc>
        <w:tc>
          <w:tcPr>
            <w:tcW w:type="dxa" w:w="1126"/>
          </w:tcPr>
          <w:p>
            <w:pPr>
              <w:spacing w:after="0"/>
              <w:jc w:val="right"/>
            </w:pPr>
            <w:r>
              <w:rPr>
                <w:sz w:val="16"/>
              </w:rPr>
              <w:t>under $1</w:t>
            </w:r>
          </w:p>
        </w:tc>
        <w:tc>
          <w:tcPr>
            <w:tcW w:type="dxa" w:w="1126"/>
          </w:tcPr>
          <w:p>
            <w:pPr>
              <w:spacing w:after="0"/>
              <w:jc w:val="right"/>
            </w:pPr>
          </w:p>
        </w:tc>
        <w:tc>
          <w:tcPr>
            <w:tcW w:type="dxa" w:w="1157"/>
          </w:tcPr>
          <w:p>
            <w:pPr>
              <w:spacing w:after="0"/>
              <w:jc w:val="right"/>
            </w:pPr>
            <w:r>
              <w:rPr>
                <w:sz w:val="16"/>
              </w:rPr>
              <w:t>$3,364</w:t>
            </w:r>
          </w:p>
        </w:tc>
        <w:tc>
          <w:tcPr>
            <w:tcW w:type="dxa" w:w="1042"/>
          </w:tcPr>
          <w:p>
            <w:pPr>
              <w:spacing w:after="0"/>
              <w:jc w:val="right"/>
            </w:pPr>
            <w:r>
              <w:rPr>
                <w:sz w:val="16"/>
              </w:rPr>
              <w:t>under 0.0001%</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371"/>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3"/>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7"/>
          </w:tcPr>
          <w:p>
            <w:pPr>
              <w:spacing w:after="0"/>
              <w:jc w:val="right"/>
            </w:pPr>
          </w:p>
        </w:tc>
        <w:tc>
          <w:tcPr>
            <w:tcW w:type="dxa" w:w="1042"/>
          </w:tcPr>
          <w:p>
            <w:pPr>
              <w:spacing w:after="0"/>
              <w:jc w:val="right"/>
            </w:pP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37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$16,663,246,943</w:t>
            </w:r>
          </w:p>
        </w:tc>
        <w:tc>
          <w:tcPr>
            <w:tcW w:type="dxa" w:w="1133"/>
          </w:tcPr>
          <w:p>
            <w:pPr>
              <w:spacing w:after="0"/>
              <w:jc w:val="right"/>
            </w:pPr>
            <w:r>
              <w:rPr>
                <w:sz w:val="16"/>
              </w:rPr>
              <w:t>$37,098,776</w:t>
            </w:r>
          </w:p>
        </w:tc>
        <w:tc>
          <w:tcPr>
            <w:tcW w:type="dxa" w:w="1042"/>
          </w:tcPr>
          <w:p>
            <w:pPr>
              <w:spacing w:after="0"/>
              <w:jc w:val="right"/>
            </w:pPr>
            <w:r>
              <w:rPr>
                <w:sz w:val="16"/>
              </w:rPr>
              <w:t>60,514</w:t>
            </w:r>
          </w:p>
        </w:tc>
        <w:tc>
          <w:tcPr>
            <w:tcW w:type="dxa" w:w="1126"/>
          </w:tcPr>
          <w:p>
            <w:pPr>
              <w:spacing w:after="0"/>
              <w:jc w:val="right"/>
            </w:pPr>
            <w:r>
              <w:rPr>
                <w:sz w:val="16"/>
              </w:rPr>
              <w:t>$235</w:t>
            </w:r>
          </w:p>
        </w:tc>
        <w:tc>
          <w:tcPr>
            <w:tcW w:type="dxa" w:w="1126"/>
          </w:tcPr>
          <w:p>
            <w:pPr>
              <w:spacing w:after="0"/>
              <w:jc w:val="right"/>
            </w:pPr>
            <w:r>
              <w:rPr>
                <w:sz w:val="16"/>
              </w:rPr>
              <w:t>$47,081</w:t>
            </w:r>
          </w:p>
        </w:tc>
        <w:tc>
          <w:tcPr>
            <w:tcW w:type="dxa" w:w="1157"/>
          </w:tcPr>
          <w:p>
            <w:pPr>
              <w:spacing w:after="0"/>
              <w:jc w:val="right"/>
            </w:pPr>
            <w:r>
              <w:rPr>
                <w:sz w:val="16"/>
              </w:rPr>
              <w:t>$1,505,163</w:t>
            </w:r>
          </w:p>
        </w:tc>
        <w:tc>
          <w:tcPr>
            <w:tcW w:type="dxa" w:w="1042"/>
          </w:tcPr>
          <w:p>
            <w:pPr>
              <w:spacing w:after="0"/>
              <w:jc w:val="right"/>
            </w:pPr>
            <w:r>
              <w:rPr>
                <w:sz w:val="16"/>
              </w:rPr>
              <w:t>under 0.0001%</w:t>
            </w:r>
          </w:p>
        </w:tc>
        <w:tc>
          <w:tcPr>
            <w:tcW w:type="dxa" w:w="1181"/>
          </w:tcPr>
          <w:p>
            <w:pPr>
              <w:spacing w:after="0"/>
              <w:jc w:val="right"/>
            </w:pPr>
          </w:p>
        </w:tc>
        <w:tc>
          <w:tcPr>
            <w:tcW w:type="dxa" w:w="1083"/>
          </w:tcPr>
          <w:p>
            <w:pPr>
              <w:spacing w:after="0"/>
              <w:jc w:val="right"/>
            </w:pPr>
            <w:r>
              <w:rPr>
                <w:sz w:val="16"/>
              </w:rPr>
              <w:t>$1,000,000</w:t>
            </w:r>
          </w:p>
        </w:tc>
        <w:tc>
          <w:tcPr>
            <w:tcW w:type="dxa" w:w="1330"/>
          </w:tcPr>
          <w:p>
            <w:pPr>
              <w:spacing w:after="0"/>
              <w:jc w:val="right"/>
            </w:pPr>
          </w:p>
        </w:tc>
        <w:tc>
          <w:tcPr>
            <w:tcW w:type="dxa" w:w="1371"/>
          </w:tcPr>
          <w:p>
            <w:pPr>
              <w:spacing w:after="0"/>
              <w:jc w:val="left"/>
            </w:pPr>
            <w:r>
              <w:rPr>
                <w:sz w:val="16"/>
              </w:rPr>
              <w:t>Storm Events damage since the plan includes 1 zone-level Frost/Freeze record ($1,000,000), an event type the NRI definition of this hazard leaves out.</w:t>
            </w: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3"/>
          </w:tcPr>
          <w:p>
            <w:pPr>
              <w:spacing w:after="0"/>
              <w:jc w:val="right"/>
            </w:pPr>
            <w:r>
              <w:rPr>
                <w:sz w:val="16"/>
              </w:rPr>
              <w:t>$0</w:t>
            </w:r>
          </w:p>
        </w:tc>
        <w:tc>
          <w:tcPr>
            <w:tcW w:type="dxa" w:w="1042"/>
          </w:tcPr>
          <w:p>
            <w:pPr>
              <w:spacing w:after="0"/>
              <w:jc w:val="right"/>
            </w:pPr>
          </w:p>
        </w:tc>
        <w:tc>
          <w:tcPr>
            <w:tcW w:type="dxa" w:w="1126"/>
          </w:tcPr>
          <w:p>
            <w:pPr>
              <w:spacing w:after="0"/>
              <w:jc w:val="right"/>
            </w:pPr>
          </w:p>
        </w:tc>
        <w:tc>
          <w:tcPr>
            <w:tcW w:type="dxa" w:w="1126"/>
          </w:tcPr>
          <w:p>
            <w:pPr>
              <w:spacing w:after="0"/>
              <w:jc w:val="right"/>
            </w:pPr>
            <w:r>
              <w:rPr>
                <w:sz w:val="16"/>
              </w:rPr>
              <w:t>$0</w:t>
            </w:r>
          </w:p>
        </w:tc>
        <w:tc>
          <w:tcPr>
            <w:tcW w:type="dxa" w:w="1157"/>
          </w:tcPr>
          <w:p>
            <w:pPr>
              <w:spacing w:after="0"/>
              <w:jc w:val="right"/>
            </w:pPr>
          </w:p>
        </w:tc>
        <w:tc>
          <w:tcPr>
            <w:tcW w:type="dxa" w:w="1042"/>
          </w:tcPr>
          <w:p>
            <w:pPr>
              <w:spacing w:after="0"/>
              <w:jc w:val="right"/>
            </w:pP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371"/>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$28,817,922,994</w:t>
            </w:r>
          </w:p>
        </w:tc>
        <w:tc>
          <w:tcPr>
            <w:tcW w:type="dxa" w:w="1133"/>
          </w:tcPr>
          <w:p>
            <w:pPr>
              <w:spacing w:after="0"/>
              <w:jc w:val="right"/>
            </w:pPr>
          </w:p>
        </w:tc>
        <w:tc>
          <w:tcPr>
            <w:tcW w:type="dxa" w:w="1042"/>
          </w:tcPr>
          <w:p>
            <w:pPr>
              <w:spacing w:after="0"/>
              <w:jc w:val="right"/>
            </w:pPr>
            <w:r>
              <w:rPr>
                <w:sz w:val="16"/>
              </w:rPr>
              <w:t>60,572</w:t>
            </w:r>
          </w:p>
        </w:tc>
        <w:tc>
          <w:tcPr>
            <w:tcW w:type="dxa" w:w="1126"/>
          </w:tcPr>
          <w:p>
            <w:pPr>
              <w:spacing w:after="0"/>
              <w:jc w:val="right"/>
            </w:pPr>
            <w:r>
              <w:rPr>
                <w:sz w:val="16"/>
              </w:rPr>
              <w:t>$410,437</w:t>
            </w:r>
          </w:p>
        </w:tc>
        <w:tc>
          <w:tcPr>
            <w:tcW w:type="dxa" w:w="1126"/>
          </w:tcPr>
          <w:p>
            <w:pPr>
              <w:spacing w:after="0"/>
              <w:jc w:val="right"/>
            </w:pPr>
          </w:p>
        </w:tc>
        <w:tc>
          <w:tcPr>
            <w:tcW w:type="dxa" w:w="1157"/>
          </w:tcPr>
          <w:p>
            <w:pPr>
              <w:spacing w:after="0"/>
              <w:jc w:val="right"/>
            </w:pPr>
            <w:r>
              <w:rPr>
                <w:sz w:val="16"/>
              </w:rPr>
              <w:t>$61,764</w:t>
            </w:r>
          </w:p>
        </w:tc>
        <w:tc>
          <w:tcPr>
            <w:tcW w:type="dxa" w:w="1042"/>
          </w:tcPr>
          <w:p>
            <w:pPr>
              <w:spacing w:after="0"/>
              <w:jc w:val="right"/>
            </w:pPr>
            <w:r>
              <w:rPr>
                <w:sz w:val="16"/>
              </w:rPr>
              <w:t>0.00142%</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371"/>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$16,663,246,943</w:t>
            </w:r>
          </w:p>
        </w:tc>
        <w:tc>
          <w:tcPr>
            <w:tcW w:type="dxa" w:w="1133"/>
          </w:tcPr>
          <w:p>
            <w:pPr>
              <w:spacing w:after="0"/>
              <w:jc w:val="right"/>
            </w:pPr>
            <w:r>
              <w:rPr>
                <w:sz w:val="16"/>
              </w:rPr>
              <w:t>$37,098,776</w:t>
            </w:r>
          </w:p>
        </w:tc>
        <w:tc>
          <w:tcPr>
            <w:tcW w:type="dxa" w:w="1042"/>
          </w:tcPr>
          <w:p>
            <w:pPr>
              <w:spacing w:after="0"/>
              <w:jc w:val="right"/>
            </w:pPr>
            <w:r>
              <w:rPr>
                <w:sz w:val="16"/>
              </w:rPr>
              <w:t>60,514</w:t>
            </w:r>
          </w:p>
        </w:tc>
        <w:tc>
          <w:tcPr>
            <w:tcW w:type="dxa" w:w="1126"/>
          </w:tcPr>
          <w:p>
            <w:pPr>
              <w:spacing w:after="0"/>
              <w:jc w:val="right"/>
            </w:pPr>
            <w:r>
              <w:rPr>
                <w:sz w:val="16"/>
              </w:rPr>
              <w:t>$5,975</w:t>
            </w:r>
          </w:p>
        </w:tc>
        <w:tc>
          <w:tcPr>
            <w:tcW w:type="dxa" w:w="1126"/>
          </w:tcPr>
          <w:p>
            <w:pPr>
              <w:spacing w:after="0"/>
              <w:jc w:val="right"/>
            </w:pPr>
            <w:r>
              <w:rPr>
                <w:sz w:val="16"/>
              </w:rPr>
              <w:t>$6,784</w:t>
            </w:r>
          </w:p>
        </w:tc>
        <w:tc>
          <w:tcPr>
            <w:tcW w:type="dxa" w:w="1157"/>
          </w:tcPr>
          <w:p>
            <w:pPr>
              <w:spacing w:after="0"/>
              <w:jc w:val="right"/>
            </w:pPr>
            <w:r>
              <w:rPr>
                <w:sz w:val="16"/>
              </w:rPr>
              <w:t>$108,212</w:t>
            </w:r>
          </w:p>
        </w:tc>
        <w:tc>
          <w:tcPr>
            <w:tcW w:type="dxa" w:w="1042"/>
          </w:tcPr>
          <w:p>
            <w:pPr>
              <w:spacing w:after="0"/>
              <w:jc w:val="right"/>
            </w:pPr>
            <w:r>
              <w:rPr>
                <w:sz w:val="16"/>
              </w:rPr>
              <w:t>under 0.0001%</w:t>
            </w:r>
          </w:p>
        </w:tc>
        <w:tc>
          <w:tcPr>
            <w:tcW w:type="dxa" w:w="1181"/>
          </w:tcPr>
          <w:p>
            <w:pPr>
              <w:spacing w:after="0"/>
              <w:jc w:val="right"/>
            </w:pPr>
            <w:r>
              <w:rPr>
                <w:sz w:val="16"/>
              </w:rPr>
              <w:t>$0</w:t>
            </w:r>
          </w:p>
        </w:tc>
        <w:tc>
          <w:tcPr>
            <w:tcW w:type="dxa" w:w="1083"/>
          </w:tcPr>
          <w:p>
            <w:pPr>
              <w:spacing w:after="0"/>
              <w:jc w:val="right"/>
            </w:pPr>
          </w:p>
        </w:tc>
        <w:tc>
          <w:tcPr>
            <w:tcW w:type="dxa" w:w="1330"/>
          </w:tcPr>
          <w:p>
            <w:pPr>
              <w:spacing w:after="0"/>
              <w:jc w:val="right"/>
            </w:pPr>
          </w:p>
        </w:tc>
        <w:tc>
          <w:tcPr>
            <w:tcW w:type="dxa" w:w="1371"/>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$16,663,246,943</w:t>
            </w:r>
          </w:p>
        </w:tc>
        <w:tc>
          <w:tcPr>
            <w:tcW w:type="dxa" w:w="1133"/>
          </w:tcPr>
          <w:p>
            <w:pPr>
              <w:spacing w:after="0"/>
              <w:jc w:val="right"/>
            </w:pPr>
            <w:r>
              <w:rPr>
                <w:sz w:val="16"/>
              </w:rPr>
              <w:t>$37,098,776</w:t>
            </w:r>
          </w:p>
        </w:tc>
        <w:tc>
          <w:tcPr>
            <w:tcW w:type="dxa" w:w="1042"/>
          </w:tcPr>
          <w:p>
            <w:pPr>
              <w:spacing w:after="0"/>
              <w:jc w:val="right"/>
            </w:pPr>
            <w:r>
              <w:rPr>
                <w:sz w:val="16"/>
              </w:rPr>
              <w:t>60,514</w:t>
            </w:r>
          </w:p>
        </w:tc>
        <w:tc>
          <w:tcPr>
            <w:tcW w:type="dxa" w:w="1126"/>
          </w:tcPr>
          <w:p>
            <w:pPr>
              <w:spacing w:after="0"/>
              <w:jc w:val="right"/>
            </w:pPr>
            <w:r>
              <w:rPr>
                <w:sz w:val="16"/>
              </w:rPr>
              <w:t>under $1</w:t>
            </w:r>
          </w:p>
        </w:tc>
        <w:tc>
          <w:tcPr>
            <w:tcW w:type="dxa" w:w="1126"/>
          </w:tcPr>
          <w:p>
            <w:pPr>
              <w:spacing w:after="0"/>
              <w:jc w:val="right"/>
            </w:pPr>
            <w:r>
              <w:rPr>
                <w:sz w:val="16"/>
              </w:rPr>
              <w:t>$32,662</w:t>
            </w:r>
          </w:p>
        </w:tc>
        <w:tc>
          <w:tcPr>
            <w:tcW w:type="dxa" w:w="1157"/>
          </w:tcPr>
          <w:p>
            <w:pPr>
              <w:spacing w:after="0"/>
              <w:jc w:val="right"/>
            </w:pPr>
            <w:r>
              <w:rPr>
                <w:sz w:val="16"/>
              </w:rPr>
              <w:t>$515,187</w:t>
            </w:r>
          </w:p>
        </w:tc>
        <w:tc>
          <w:tcPr>
            <w:tcW w:type="dxa" w:w="1042"/>
          </w:tcPr>
          <w:p>
            <w:pPr>
              <w:spacing w:after="0"/>
              <w:jc w:val="right"/>
            </w:pPr>
            <w:r>
              <w:rPr>
                <w:sz w:val="16"/>
              </w:rPr>
              <w:t>under 0.0001%</w:t>
            </w:r>
          </w:p>
        </w:tc>
        <w:tc>
          <w:tcPr>
            <w:tcW w:type="dxa" w:w="1181"/>
          </w:tcPr>
          <w:p>
            <w:pPr>
              <w:spacing w:after="0"/>
              <w:jc w:val="right"/>
            </w:pPr>
          </w:p>
        </w:tc>
        <w:tc>
          <w:tcPr>
            <w:tcW w:type="dxa" w:w="1083"/>
          </w:tcPr>
          <w:p>
            <w:pPr>
              <w:spacing w:after="0"/>
              <w:jc w:val="right"/>
            </w:pPr>
            <w:r>
              <w:rPr>
                <w:sz w:val="16"/>
              </w:rPr>
              <w:t>$0</w:t>
            </w:r>
          </w:p>
        </w:tc>
        <w:tc>
          <w:tcPr>
            <w:tcW w:type="dxa" w:w="1330"/>
          </w:tcPr>
          <w:p>
            <w:pPr>
              <w:spacing w:after="0"/>
              <w:jc w:val="right"/>
            </w:pPr>
          </w:p>
        </w:tc>
        <w:tc>
          <w:tcPr>
            <w:tcW w:type="dxa" w:w="1371"/>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$16,647,220,195</w:t>
            </w:r>
          </w:p>
        </w:tc>
        <w:tc>
          <w:tcPr>
            <w:tcW w:type="dxa" w:w="1133"/>
          </w:tcPr>
          <w:p>
            <w:pPr>
              <w:spacing w:after="0"/>
              <w:jc w:val="right"/>
            </w:pPr>
            <w:r>
              <w:rPr>
                <w:sz w:val="16"/>
              </w:rPr>
              <w:t>$37,098,776</w:t>
            </w:r>
          </w:p>
        </w:tc>
        <w:tc>
          <w:tcPr>
            <w:tcW w:type="dxa" w:w="1042"/>
          </w:tcPr>
          <w:p>
            <w:pPr>
              <w:spacing w:after="0"/>
              <w:jc w:val="right"/>
            </w:pPr>
            <w:r>
              <w:rPr>
                <w:sz w:val="16"/>
              </w:rPr>
              <w:t>60,431</w:t>
            </w:r>
          </w:p>
        </w:tc>
        <w:tc>
          <w:tcPr>
            <w:tcW w:type="dxa" w:w="1126"/>
          </w:tcPr>
          <w:p>
            <w:pPr>
              <w:spacing w:after="0"/>
              <w:jc w:val="right"/>
            </w:pPr>
            <w:r>
              <w:rPr>
                <w:sz w:val="16"/>
              </w:rPr>
              <w:t>$614,522</w:t>
            </w:r>
          </w:p>
        </w:tc>
        <w:tc>
          <w:tcPr>
            <w:tcW w:type="dxa" w:w="1126"/>
          </w:tcPr>
          <w:p>
            <w:pPr>
              <w:spacing w:after="0"/>
              <w:jc w:val="right"/>
            </w:pPr>
            <w:r>
              <w:rPr>
                <w:sz w:val="16"/>
              </w:rPr>
              <w:t>$40,053</w:t>
            </w:r>
          </w:p>
        </w:tc>
        <w:tc>
          <w:tcPr>
            <w:tcW w:type="dxa" w:w="1157"/>
          </w:tcPr>
          <w:p>
            <w:pPr>
              <w:spacing w:after="0"/>
              <w:jc w:val="right"/>
            </w:pPr>
            <w:r>
              <w:rPr>
                <w:sz w:val="16"/>
              </w:rPr>
              <w:t>$24,450</w:t>
            </w:r>
          </w:p>
        </w:tc>
        <w:tc>
          <w:tcPr>
            <w:tcW w:type="dxa" w:w="1042"/>
          </w:tcPr>
          <w:p>
            <w:pPr>
              <w:spacing w:after="0"/>
              <w:jc w:val="right"/>
            </w:pPr>
            <w:r>
              <w:rPr>
                <w:sz w:val="16"/>
              </w:rPr>
              <w:t>0.00369%</w:t>
            </w:r>
          </w:p>
        </w:tc>
        <w:tc>
          <w:tcPr>
            <w:tcW w:type="dxa" w:w="1181"/>
          </w:tcPr>
          <w:p>
            <w:pPr>
              <w:spacing w:after="0"/>
              <w:jc w:val="right"/>
            </w:pPr>
          </w:p>
        </w:tc>
        <w:tc>
          <w:tcPr>
            <w:tcW w:type="dxa" w:w="1083"/>
          </w:tcPr>
          <w:p>
            <w:pPr>
              <w:spacing w:after="0"/>
              <w:jc w:val="right"/>
            </w:pPr>
          </w:p>
        </w:tc>
        <w:tc>
          <w:tcPr>
            <w:tcW w:type="dxa" w:w="1330"/>
          </w:tcPr>
          <w:p>
            <w:pPr>
              <w:spacing w:after="0"/>
              <w:jc w:val="right"/>
            </w:pPr>
            <w:r>
              <w:rPr>
                <w:sz w:val="16"/>
              </w:rPr>
              <w:t>none found (2 declarations)</w:t>
            </w:r>
          </w:p>
        </w:tc>
        <w:tc>
          <w:tcPr>
            <w:tcW w:type="dxa" w:w="1371"/>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$16,463,135,194</w:t>
            </w:r>
          </w:p>
        </w:tc>
        <w:tc>
          <w:tcPr>
            <w:tcW w:type="dxa" w:w="1133"/>
          </w:tcPr>
          <w:p>
            <w:pPr>
              <w:spacing w:after="0"/>
              <w:jc w:val="right"/>
            </w:pPr>
          </w:p>
        </w:tc>
        <w:tc>
          <w:tcPr>
            <w:tcW w:type="dxa" w:w="1042"/>
          </w:tcPr>
          <w:p>
            <w:pPr>
              <w:spacing w:after="0"/>
              <w:jc w:val="right"/>
            </w:pPr>
            <w:r>
              <w:rPr>
                <w:sz w:val="16"/>
              </w:rPr>
              <w:t>60,201</w:t>
            </w:r>
          </w:p>
        </w:tc>
        <w:tc>
          <w:tcPr>
            <w:tcW w:type="dxa" w:w="1126"/>
          </w:tcPr>
          <w:p>
            <w:pPr>
              <w:spacing w:after="0"/>
              <w:jc w:val="right"/>
            </w:pPr>
            <w:r>
              <w:rPr>
                <w:sz w:val="16"/>
              </w:rPr>
              <w:t>$153,971</w:t>
            </w:r>
          </w:p>
        </w:tc>
        <w:tc>
          <w:tcPr>
            <w:tcW w:type="dxa" w:w="1126"/>
          </w:tcPr>
          <w:p>
            <w:pPr>
              <w:spacing w:after="0"/>
              <w:jc w:val="right"/>
            </w:pPr>
          </w:p>
        </w:tc>
        <w:tc>
          <w:tcPr>
            <w:tcW w:type="dxa" w:w="1157"/>
          </w:tcPr>
          <w:p>
            <w:pPr>
              <w:spacing w:after="0"/>
              <w:jc w:val="right"/>
            </w:pPr>
            <w:r>
              <w:rPr>
                <w:sz w:val="16"/>
              </w:rPr>
              <w:t>$15,362</w:t>
            </w:r>
          </w:p>
        </w:tc>
        <w:tc>
          <w:tcPr>
            <w:tcW w:type="dxa" w:w="1042"/>
          </w:tcPr>
          <w:p>
            <w:pPr>
              <w:spacing w:after="0"/>
              <w:jc w:val="right"/>
            </w:pPr>
            <w:r>
              <w:rPr>
                <w:sz w:val="16"/>
              </w:rPr>
              <w:t>0.000935%</w:t>
            </w:r>
          </w:p>
        </w:tc>
        <w:tc>
          <w:tcPr>
            <w:tcW w:type="dxa" w:w="1181"/>
          </w:tcPr>
          <w:p>
            <w:pPr>
              <w:spacing w:after="0"/>
              <w:jc w:val="right"/>
            </w:pPr>
          </w:p>
        </w:tc>
        <w:tc>
          <w:tcPr>
            <w:tcW w:type="dxa" w:w="1083"/>
          </w:tcPr>
          <w:p>
            <w:pPr>
              <w:spacing w:after="0"/>
              <w:jc w:val="right"/>
            </w:pPr>
            <w:r>
              <w:rPr>
                <w:sz w:val="16"/>
              </w:rPr>
              <w:t>$0</w:t>
            </w:r>
          </w:p>
        </w:tc>
        <w:tc>
          <w:tcPr>
            <w:tcW w:type="dxa" w:w="1330"/>
          </w:tcPr>
          <w:p>
            <w:pPr>
              <w:spacing w:after="0"/>
              <w:jc w:val="right"/>
            </w:pPr>
          </w:p>
        </w:tc>
        <w:tc>
          <w:tcPr>
            <w:tcW w:type="dxa" w:w="1371"/>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$16,622,340,352</w:t>
            </w:r>
          </w:p>
        </w:tc>
        <w:tc>
          <w:tcPr>
            <w:tcW w:type="dxa" w:w="1133"/>
          </w:tcPr>
          <w:p>
            <w:pPr>
              <w:spacing w:after="0"/>
              <w:jc w:val="right"/>
            </w:pPr>
            <w:r>
              <w:rPr>
                <w:sz w:val="16"/>
              </w:rPr>
              <w:t>$5,200,804</w:t>
            </w:r>
          </w:p>
        </w:tc>
        <w:tc>
          <w:tcPr>
            <w:tcW w:type="dxa" w:w="1042"/>
          </w:tcPr>
          <w:p>
            <w:pPr>
              <w:spacing w:after="0"/>
              <w:jc w:val="right"/>
            </w:pPr>
            <w:r>
              <w:rPr>
                <w:sz w:val="16"/>
              </w:rPr>
              <w:t>2,469</w:t>
            </w:r>
          </w:p>
        </w:tc>
        <w:tc>
          <w:tcPr>
            <w:tcW w:type="dxa" w:w="1126"/>
          </w:tcPr>
          <w:p>
            <w:pPr>
              <w:spacing w:after="0"/>
              <w:jc w:val="right"/>
            </w:pPr>
            <w:r>
              <w:rPr>
                <w:sz w:val="16"/>
              </w:rPr>
              <w:t>$12,581,087</w:t>
            </w:r>
          </w:p>
        </w:tc>
        <w:tc>
          <w:tcPr>
            <w:tcW w:type="dxa" w:w="1126"/>
          </w:tcPr>
          <w:p>
            <w:pPr>
              <w:spacing w:after="0"/>
              <w:jc w:val="right"/>
            </w:pPr>
            <w:r>
              <w:rPr>
                <w:sz w:val="16"/>
              </w:rPr>
              <w:t>$76,216</w:t>
            </w:r>
          </w:p>
        </w:tc>
        <w:tc>
          <w:tcPr>
            <w:tcW w:type="dxa" w:w="1157"/>
          </w:tcPr>
          <w:p>
            <w:pPr>
              <w:spacing w:after="0"/>
              <w:jc w:val="right"/>
            </w:pPr>
            <w:r>
              <w:rPr>
                <w:sz w:val="16"/>
              </w:rPr>
              <w:t>$705,227</w:t>
            </w:r>
          </w:p>
        </w:tc>
        <w:tc>
          <w:tcPr>
            <w:tcW w:type="dxa" w:w="1042"/>
          </w:tcPr>
          <w:p>
            <w:pPr>
              <w:spacing w:after="0"/>
              <w:jc w:val="right"/>
            </w:pPr>
            <w:r>
              <w:rPr>
                <w:sz w:val="16"/>
              </w:rPr>
              <w:t>n/a (see note)</w:t>
            </w:r>
          </w:p>
        </w:tc>
        <w:tc>
          <w:tcPr>
            <w:tcW w:type="dxa" w:w="1181"/>
          </w:tcPr>
          <w:p>
            <w:pPr>
              <w:spacing w:after="0"/>
              <w:jc w:val="right"/>
            </w:pPr>
            <w:r>
              <w:rPr>
                <w:sz w:val="16"/>
              </w:rPr>
              <w:t>$825,000</w:t>
            </w:r>
          </w:p>
        </w:tc>
        <w:tc>
          <w:tcPr>
            <w:tcW w:type="dxa" w:w="1083"/>
          </w:tcPr>
          <w:p>
            <w:pPr>
              <w:spacing w:after="0"/>
              <w:jc w:val="right"/>
            </w:pPr>
          </w:p>
        </w:tc>
        <w:tc>
          <w:tcPr>
            <w:tcW w:type="dxa" w:w="1330"/>
          </w:tcPr>
          <w:p>
            <w:pPr>
              <w:spacing w:after="0"/>
              <w:jc w:val="right"/>
            </w:pPr>
            <w:r>
              <w:rPr>
                <w:sz w:val="16"/>
              </w:rPr>
              <w:t>$5,543,707.85</w:t>
            </w:r>
          </w:p>
        </w:tc>
        <w:tc>
          <w:tcPr>
            <w:tcW w:type="dxa" w:w="137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$943,469,323</w:t>
            </w:r>
          </w:p>
        </w:tc>
        <w:tc>
          <w:tcPr>
            <w:tcW w:type="dxa" w:w="1133"/>
          </w:tcPr>
          <w:p>
            <w:pPr>
              <w:spacing w:after="0"/>
              <w:jc w:val="right"/>
            </w:pPr>
          </w:p>
        </w:tc>
        <w:tc>
          <w:tcPr>
            <w:tcW w:type="dxa" w:w="1042"/>
          </w:tcPr>
          <w:p>
            <w:pPr>
              <w:spacing w:after="0"/>
              <w:jc w:val="right"/>
            </w:pPr>
            <w:r>
              <w:rPr>
                <w:sz w:val="16"/>
              </w:rPr>
              <w:t>3,194</w:t>
            </w:r>
          </w:p>
        </w:tc>
        <w:tc>
          <w:tcPr>
            <w:tcW w:type="dxa" w:w="1126"/>
          </w:tcPr>
          <w:p>
            <w:pPr>
              <w:spacing w:after="0"/>
              <w:jc w:val="right"/>
            </w:pPr>
            <w:r>
              <w:rPr>
                <w:sz w:val="16"/>
              </w:rPr>
              <w:t>$16,748</w:t>
            </w:r>
          </w:p>
        </w:tc>
        <w:tc>
          <w:tcPr>
            <w:tcW w:type="dxa" w:w="1126"/>
          </w:tcPr>
          <w:p>
            <w:pPr>
              <w:spacing w:after="0"/>
              <w:jc w:val="right"/>
            </w:pPr>
          </w:p>
        </w:tc>
        <w:tc>
          <w:tcPr>
            <w:tcW w:type="dxa" w:w="1157"/>
          </w:tcPr>
          <w:p>
            <w:pPr>
              <w:spacing w:after="0"/>
              <w:jc w:val="right"/>
            </w:pPr>
            <w:r>
              <w:rPr>
                <w:sz w:val="16"/>
              </w:rPr>
              <w:t>$9,219</w:t>
            </w:r>
          </w:p>
        </w:tc>
        <w:tc>
          <w:tcPr>
            <w:tcW w:type="dxa" w:w="1042"/>
          </w:tcPr>
          <w:p>
            <w:pPr>
              <w:spacing w:after="0"/>
              <w:jc w:val="right"/>
            </w:pPr>
            <w:r>
              <w:rPr>
                <w:sz w:val="16"/>
              </w:rPr>
              <w:t>0.00178%</w:t>
            </w:r>
          </w:p>
        </w:tc>
        <w:tc>
          <w:tcPr>
            <w:tcW w:type="dxa" w:w="1181"/>
          </w:tcPr>
          <w:p>
            <w:pPr>
              <w:spacing w:after="0"/>
              <w:jc w:val="right"/>
            </w:pPr>
          </w:p>
        </w:tc>
        <w:tc>
          <w:tcPr>
            <w:tcW w:type="dxa" w:w="1083"/>
          </w:tcPr>
          <w:p>
            <w:pPr>
              <w:spacing w:after="0"/>
              <w:jc w:val="right"/>
            </w:pPr>
          </w:p>
        </w:tc>
        <w:tc>
          <w:tcPr>
            <w:tcW w:type="dxa" w:w="1330"/>
          </w:tcPr>
          <w:p>
            <w:pPr>
              <w:spacing w:after="0"/>
              <w:jc w:val="right"/>
            </w:pPr>
            <w:r>
              <w:rPr>
                <w:sz w:val="16"/>
              </w:rPr>
              <w:t>$5,502,512.29</w:t>
            </w:r>
          </w:p>
        </w:tc>
        <w:tc>
          <w:tcPr>
            <w:tcW w:type="dxa" w:w="1371"/>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$16,663,246,943</w:t>
            </w:r>
          </w:p>
        </w:tc>
        <w:tc>
          <w:tcPr>
            <w:tcW w:type="dxa" w:w="1133"/>
          </w:tcPr>
          <w:p>
            <w:pPr>
              <w:spacing w:after="0"/>
              <w:jc w:val="right"/>
            </w:pPr>
          </w:p>
        </w:tc>
        <w:tc>
          <w:tcPr>
            <w:tcW w:type="dxa" w:w="1042"/>
          </w:tcPr>
          <w:p>
            <w:pPr>
              <w:spacing w:after="0"/>
              <w:jc w:val="right"/>
            </w:pPr>
            <w:r>
              <w:rPr>
                <w:sz w:val="16"/>
              </w:rPr>
              <w:t>60,514</w:t>
            </w:r>
          </w:p>
        </w:tc>
        <w:tc>
          <w:tcPr>
            <w:tcW w:type="dxa" w:w="1126"/>
          </w:tcPr>
          <w:p>
            <w:pPr>
              <w:spacing w:after="0"/>
              <w:jc w:val="right"/>
            </w:pPr>
            <w:r>
              <w:rPr>
                <w:sz w:val="16"/>
              </w:rPr>
              <w:t>$33,147</w:t>
            </w:r>
          </w:p>
        </w:tc>
        <w:tc>
          <w:tcPr>
            <w:tcW w:type="dxa" w:w="1126"/>
          </w:tcPr>
          <w:p>
            <w:pPr>
              <w:spacing w:after="0"/>
              <w:jc w:val="right"/>
            </w:pPr>
          </w:p>
        </w:tc>
        <w:tc>
          <w:tcPr>
            <w:tcW w:type="dxa" w:w="1157"/>
          </w:tcPr>
          <w:p>
            <w:pPr>
              <w:spacing w:after="0"/>
              <w:jc w:val="right"/>
            </w:pPr>
            <w:r>
              <w:rPr>
                <w:sz w:val="16"/>
              </w:rPr>
              <w:t>$435,989</w:t>
            </w:r>
          </w:p>
        </w:tc>
        <w:tc>
          <w:tcPr>
            <w:tcW w:type="dxa" w:w="1042"/>
          </w:tcPr>
          <w:p>
            <w:pPr>
              <w:spacing w:after="0"/>
              <w:jc w:val="right"/>
            </w:pPr>
            <w:r>
              <w:rPr>
                <w:sz w:val="16"/>
              </w:rPr>
              <w:t>0.000199%</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371"/>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$16,663,246,943</w:t>
            </w:r>
          </w:p>
        </w:tc>
        <w:tc>
          <w:tcPr>
            <w:tcW w:type="dxa" w:w="1133"/>
          </w:tcPr>
          <w:p>
            <w:pPr>
              <w:spacing w:after="0"/>
              <w:jc w:val="right"/>
            </w:pPr>
            <w:r>
              <w:rPr>
                <w:sz w:val="16"/>
              </w:rPr>
              <w:t>$37,098,776</w:t>
            </w:r>
          </w:p>
        </w:tc>
        <w:tc>
          <w:tcPr>
            <w:tcW w:type="dxa" w:w="1042"/>
          </w:tcPr>
          <w:p>
            <w:pPr>
              <w:spacing w:after="0"/>
              <w:jc w:val="right"/>
            </w:pPr>
            <w:r>
              <w:rPr>
                <w:sz w:val="16"/>
              </w:rPr>
              <w:t>60,514</w:t>
            </w:r>
          </w:p>
        </w:tc>
        <w:tc>
          <w:tcPr>
            <w:tcW w:type="dxa" w:w="1126"/>
          </w:tcPr>
          <w:p>
            <w:pPr>
              <w:spacing w:after="0"/>
              <w:jc w:val="right"/>
            </w:pPr>
            <w:r>
              <w:rPr>
                <w:sz w:val="16"/>
              </w:rPr>
              <w:t>$331,764</w:t>
            </w:r>
          </w:p>
        </w:tc>
        <w:tc>
          <w:tcPr>
            <w:tcW w:type="dxa" w:w="1126"/>
          </w:tcPr>
          <w:p>
            <w:pPr>
              <w:spacing w:after="0"/>
              <w:jc w:val="right"/>
            </w:pPr>
            <w:r>
              <w:rPr>
                <w:sz w:val="16"/>
              </w:rPr>
              <w:t>$4,410</w:t>
            </w:r>
          </w:p>
        </w:tc>
        <w:tc>
          <w:tcPr>
            <w:tcW w:type="dxa" w:w="1157"/>
          </w:tcPr>
          <w:p>
            <w:pPr>
              <w:spacing w:after="0"/>
              <w:jc w:val="right"/>
            </w:pPr>
            <w:r>
              <w:rPr>
                <w:sz w:val="16"/>
              </w:rPr>
              <w:t>$354,324</w:t>
            </w:r>
          </w:p>
        </w:tc>
        <w:tc>
          <w:tcPr>
            <w:tcW w:type="dxa" w:w="1042"/>
          </w:tcPr>
          <w:p>
            <w:pPr>
              <w:spacing w:after="0"/>
              <w:jc w:val="right"/>
            </w:pPr>
            <w:r>
              <w:rPr>
                <w:sz w:val="16"/>
              </w:rPr>
              <w:t>0.00199%</w:t>
            </w:r>
          </w:p>
        </w:tc>
        <w:tc>
          <w:tcPr>
            <w:tcW w:type="dxa" w:w="1181"/>
          </w:tcPr>
          <w:p>
            <w:pPr>
              <w:spacing w:after="0"/>
              <w:jc w:val="right"/>
            </w:pPr>
            <w:r>
              <w:rPr>
                <w:sz w:val="16"/>
              </w:rPr>
              <w:t>$1,015,000</w:t>
            </w:r>
          </w:p>
        </w:tc>
        <w:tc>
          <w:tcPr>
            <w:tcW w:type="dxa" w:w="1083"/>
          </w:tcPr>
          <w:p>
            <w:pPr>
              <w:spacing w:after="0"/>
              <w:jc w:val="right"/>
            </w:pPr>
            <w:r>
              <w:rPr>
                <w:sz w:val="16"/>
              </w:rPr>
              <w:t>$300,000</w:t>
            </w:r>
          </w:p>
        </w:tc>
        <w:tc>
          <w:tcPr>
            <w:tcW w:type="dxa" w:w="1330"/>
          </w:tcPr>
          <w:p>
            <w:pPr>
              <w:spacing w:after="0"/>
              <w:jc w:val="right"/>
            </w:pPr>
          </w:p>
        </w:tc>
        <w:tc>
          <w:tcPr>
            <w:tcW w:type="dxa" w:w="1371"/>
          </w:tcPr>
          <w:p>
            <w:pPr>
              <w:spacing w:after="0"/>
              <w:jc w:val="left"/>
            </w:pPr>
            <w:r>
              <w:rPr>
                <w:sz w:val="16"/>
              </w:rPr>
              <w:t>Storm Events damage since the plan includes 3 zone-level High Wind records ($200,000) and 4 zone-level Strong Wind records ($100,000), event types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$16,663,246,943</w:t>
            </w:r>
          </w:p>
        </w:tc>
        <w:tc>
          <w:tcPr>
            <w:tcW w:type="dxa" w:w="1133"/>
          </w:tcPr>
          <w:p>
            <w:pPr>
              <w:spacing w:after="0"/>
              <w:jc w:val="right"/>
            </w:pPr>
            <w:r>
              <w:rPr>
                <w:sz w:val="16"/>
              </w:rPr>
              <w:t>$37,098,776</w:t>
            </w:r>
          </w:p>
        </w:tc>
        <w:tc>
          <w:tcPr>
            <w:tcW w:type="dxa" w:w="1042"/>
          </w:tcPr>
          <w:p>
            <w:pPr>
              <w:spacing w:after="0"/>
              <w:jc w:val="right"/>
            </w:pPr>
            <w:r>
              <w:rPr>
                <w:sz w:val="16"/>
              </w:rPr>
              <w:t>60,514</w:t>
            </w:r>
          </w:p>
        </w:tc>
        <w:tc>
          <w:tcPr>
            <w:tcW w:type="dxa" w:w="1126"/>
          </w:tcPr>
          <w:p>
            <w:pPr>
              <w:spacing w:after="0"/>
              <w:jc w:val="right"/>
            </w:pPr>
            <w:r>
              <w:rPr>
                <w:sz w:val="16"/>
              </w:rPr>
              <w:t>$217,454</w:t>
            </w:r>
          </w:p>
        </w:tc>
        <w:tc>
          <w:tcPr>
            <w:tcW w:type="dxa" w:w="1126"/>
          </w:tcPr>
          <w:p>
            <w:pPr>
              <w:spacing w:after="0"/>
              <w:jc w:val="right"/>
            </w:pPr>
            <w:r>
              <w:rPr>
                <w:sz w:val="16"/>
              </w:rPr>
              <w:t>$239</w:t>
            </w:r>
          </w:p>
        </w:tc>
        <w:tc>
          <w:tcPr>
            <w:tcW w:type="dxa" w:w="1157"/>
          </w:tcPr>
          <w:p>
            <w:pPr>
              <w:spacing w:after="0"/>
              <w:jc w:val="right"/>
            </w:pPr>
            <w:r>
              <w:rPr>
                <w:sz w:val="16"/>
              </w:rPr>
              <w:t>$219,139</w:t>
            </w:r>
          </w:p>
        </w:tc>
        <w:tc>
          <w:tcPr>
            <w:tcW w:type="dxa" w:w="1042"/>
          </w:tcPr>
          <w:p>
            <w:pPr>
              <w:spacing w:after="0"/>
              <w:jc w:val="right"/>
            </w:pPr>
            <w:r>
              <w:rPr>
                <w:sz w:val="16"/>
              </w:rPr>
              <w:t>0.0013%</w:t>
            </w:r>
          </w:p>
        </w:tc>
        <w:tc>
          <w:tcPr>
            <w:tcW w:type="dxa" w:w="1181"/>
          </w:tcPr>
          <w:p>
            <w:pPr>
              <w:spacing w:after="0"/>
              <w:jc w:val="right"/>
            </w:pPr>
            <w:r>
              <w:rPr>
                <w:sz w:val="16"/>
              </w:rPr>
              <w:t>$50,000</w:t>
            </w:r>
          </w:p>
        </w:tc>
        <w:tc>
          <w:tcPr>
            <w:tcW w:type="dxa" w:w="1083"/>
          </w:tcPr>
          <w:p>
            <w:pPr>
              <w:spacing w:after="0"/>
              <w:jc w:val="right"/>
            </w:pPr>
          </w:p>
        </w:tc>
        <w:tc>
          <w:tcPr>
            <w:tcW w:type="dxa" w:w="1330"/>
          </w:tcPr>
          <w:p>
            <w:pPr>
              <w:spacing w:after="0"/>
              <w:jc w:val="right"/>
            </w:pPr>
          </w:p>
        </w:tc>
        <w:tc>
          <w:tcPr>
            <w:tcW w:type="dxa" w:w="1371"/>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3"/>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7"/>
          </w:tcPr>
          <w:p>
            <w:pPr>
              <w:spacing w:after="0"/>
              <w:jc w:val="right"/>
            </w:pPr>
          </w:p>
        </w:tc>
        <w:tc>
          <w:tcPr>
            <w:tcW w:type="dxa" w:w="1042"/>
          </w:tcPr>
          <w:p>
            <w:pPr>
              <w:spacing w:after="0"/>
              <w:jc w:val="right"/>
            </w:pP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37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3"/>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7"/>
          </w:tcPr>
          <w:p>
            <w:pPr>
              <w:spacing w:after="0"/>
              <w:jc w:val="right"/>
            </w:pPr>
          </w:p>
        </w:tc>
        <w:tc>
          <w:tcPr>
            <w:tcW w:type="dxa" w:w="1042"/>
          </w:tcPr>
          <w:p>
            <w:pPr>
              <w:spacing w:after="0"/>
              <w:jc w:val="right"/>
            </w:pP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37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$6,934,641,525</w:t>
            </w:r>
          </w:p>
        </w:tc>
        <w:tc>
          <w:tcPr>
            <w:tcW w:type="dxa" w:w="1133"/>
          </w:tcPr>
          <w:p>
            <w:pPr>
              <w:spacing w:after="0"/>
              <w:jc w:val="right"/>
            </w:pPr>
            <w:r>
              <w:rPr>
                <w:sz w:val="16"/>
              </w:rPr>
              <w:t>$15,485,832</w:t>
            </w:r>
          </w:p>
        </w:tc>
        <w:tc>
          <w:tcPr>
            <w:tcW w:type="dxa" w:w="1042"/>
          </w:tcPr>
          <w:p>
            <w:pPr>
              <w:spacing w:after="0"/>
              <w:jc w:val="right"/>
            </w:pPr>
            <w:r>
              <w:rPr>
                <w:sz w:val="16"/>
              </w:rPr>
              <w:t>26,200</w:t>
            </w:r>
          </w:p>
        </w:tc>
        <w:tc>
          <w:tcPr>
            <w:tcW w:type="dxa" w:w="1126"/>
          </w:tcPr>
          <w:p>
            <w:pPr>
              <w:spacing w:after="0"/>
              <w:jc w:val="right"/>
            </w:pPr>
            <w:r>
              <w:rPr>
                <w:sz w:val="16"/>
              </w:rPr>
              <w:t>$9,765</w:t>
            </w:r>
          </w:p>
        </w:tc>
        <w:tc>
          <w:tcPr>
            <w:tcW w:type="dxa" w:w="1126"/>
          </w:tcPr>
          <w:p>
            <w:pPr>
              <w:spacing w:after="0"/>
              <w:jc w:val="right"/>
            </w:pPr>
            <w:r>
              <w:rPr>
                <w:sz w:val="16"/>
              </w:rPr>
              <w:t>$3</w:t>
            </w:r>
          </w:p>
        </w:tc>
        <w:tc>
          <w:tcPr>
            <w:tcW w:type="dxa" w:w="1157"/>
          </w:tcPr>
          <w:p>
            <w:pPr>
              <w:spacing w:after="0"/>
              <w:jc w:val="right"/>
            </w:pPr>
            <w:r>
              <w:rPr>
                <w:sz w:val="16"/>
              </w:rPr>
              <w:t>$926</w:t>
            </w:r>
          </w:p>
        </w:tc>
        <w:tc>
          <w:tcPr>
            <w:tcW w:type="dxa" w:w="1042"/>
          </w:tcPr>
          <w:p>
            <w:pPr>
              <w:spacing w:after="0"/>
              <w:jc w:val="right"/>
            </w:pPr>
            <w:r>
              <w:rPr>
                <w:sz w:val="16"/>
              </w:rPr>
              <w:t>0.000141%</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371"/>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$16,663,246,943</w:t>
            </w:r>
          </w:p>
        </w:tc>
        <w:tc>
          <w:tcPr>
            <w:tcW w:type="dxa" w:w="1133"/>
          </w:tcPr>
          <w:p>
            <w:pPr>
              <w:spacing w:after="0"/>
              <w:jc w:val="right"/>
            </w:pPr>
            <w:r>
              <w:rPr>
                <w:sz w:val="16"/>
              </w:rPr>
              <w:t>$37,098,776</w:t>
            </w:r>
          </w:p>
        </w:tc>
        <w:tc>
          <w:tcPr>
            <w:tcW w:type="dxa" w:w="1042"/>
          </w:tcPr>
          <w:p>
            <w:pPr>
              <w:spacing w:after="0"/>
              <w:jc w:val="right"/>
            </w:pPr>
            <w:r>
              <w:rPr>
                <w:sz w:val="16"/>
              </w:rPr>
              <w:t>60,514</w:t>
            </w:r>
          </w:p>
        </w:tc>
        <w:tc>
          <w:tcPr>
            <w:tcW w:type="dxa" w:w="1126"/>
          </w:tcPr>
          <w:p>
            <w:pPr>
              <w:spacing w:after="0"/>
              <w:jc w:val="right"/>
            </w:pPr>
            <w:r>
              <w:rPr>
                <w:sz w:val="16"/>
              </w:rPr>
              <w:t>$86,004</w:t>
            </w:r>
          </w:p>
        </w:tc>
        <w:tc>
          <w:tcPr>
            <w:tcW w:type="dxa" w:w="1126"/>
          </w:tcPr>
          <w:p>
            <w:pPr>
              <w:spacing w:after="0"/>
              <w:jc w:val="right"/>
            </w:pPr>
            <w:r>
              <w:rPr>
                <w:sz w:val="16"/>
              </w:rPr>
              <w:t>$33</w:t>
            </w:r>
          </w:p>
        </w:tc>
        <w:tc>
          <w:tcPr>
            <w:tcW w:type="dxa" w:w="1157"/>
          </w:tcPr>
          <w:p>
            <w:pPr>
              <w:spacing w:after="0"/>
              <w:jc w:val="right"/>
            </w:pPr>
            <w:r>
              <w:rPr>
                <w:sz w:val="16"/>
              </w:rPr>
              <w:t>$24,069</w:t>
            </w:r>
          </w:p>
        </w:tc>
        <w:tc>
          <w:tcPr>
            <w:tcW w:type="dxa" w:w="1042"/>
          </w:tcPr>
          <w:p>
            <w:pPr>
              <w:spacing w:after="0"/>
              <w:jc w:val="right"/>
            </w:pPr>
            <w:r>
              <w:rPr>
                <w:sz w:val="16"/>
              </w:rPr>
              <w:t>0.000516%</w:t>
            </w:r>
          </w:p>
        </w:tc>
        <w:tc>
          <w:tcPr>
            <w:tcW w:type="dxa" w:w="1181"/>
          </w:tcPr>
          <w:p>
            <w:pPr>
              <w:spacing w:after="0"/>
              <w:jc w:val="right"/>
            </w:pPr>
          </w:p>
        </w:tc>
        <w:tc>
          <w:tcPr>
            <w:tcW w:type="dxa" w:w="1083"/>
          </w:tcPr>
          <w:p>
            <w:pPr>
              <w:spacing w:after="0"/>
              <w:jc w:val="right"/>
            </w:pPr>
            <w:r>
              <w:rPr>
                <w:sz w:val="16"/>
              </w:rPr>
              <w:t>$120,000</w:t>
            </w:r>
          </w:p>
        </w:tc>
        <w:tc>
          <w:tcPr>
            <w:tcW w:type="dxa" w:w="1330"/>
          </w:tcPr>
          <w:p>
            <w:pPr>
              <w:spacing w:after="0"/>
              <w:jc w:val="right"/>
            </w:pPr>
          </w:p>
        </w:tc>
        <w:tc>
          <w:tcPr>
            <w:tcW w:type="dxa" w:w="1371"/>
          </w:tcPr>
          <w:p>
            <w:pPr>
              <w:spacing w:after="0"/>
              <w:jc w:val="left"/>
            </w:pPr>
          </w:p>
        </w:tc>
      </w:tr>
    </w:tbl>
    <w:p>
      <w:pPr>
        <w:spacing w:after="40" w:before="60"/>
      </w:pPr>
      <w:r>
        <w:rPr>
          <w:sz w:val="15"/>
        </w:rPr>
        <w:t>Every dollar figure in this table is for the whole county; only the since-plan date is the town's own approval date.</w:t>
      </w:r>
    </w:p>
    <w:p>
      <w:pPr>
        <w:spacing w:after="40" w:before="0"/>
      </w:pPr>
      <w:r>
        <w:rPr>
          <w:sz w:val="15"/>
        </w:rPr>
        <w:t>Totals since 2021-02-01 (Storm Events through 2026-06-30): 53 county-coded records, 53 with a damage value recorded (including $0), $1,890,000; 69 zone-level records, 69 with a damage value recorded (including $0), $1,420,000 reported for the zone; Public Assistance on counted declarations $5,543,707.85 (5 declarations, 2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Vermont Flood Ready Atlas and ANR river corridors for town flood and erosion locations.</w:t>
      </w:r>
    </w:p>
    <w:p>
      <w:pPr>
        <w:spacing w:after="60" w:before="0"/>
      </w:pPr>
      <w:r>
        <w:rPr>
          <w:color w:val="555555"/>
          <w:sz w:val="17"/>
        </w:rPr>
        <w:t>ERAF Flood Hazard Summary gives E911 building counts in the SFHA per town.</w:t>
      </w:r>
    </w:p>
    <w:p>
      <w:pPr>
        <w:spacing w:after="60" w:before="0"/>
      </w:pPr>
      <w:r>
        <w:rPr>
          <w:color w:val="555555"/>
          <w:sz w:val="17"/>
        </w:rPr>
        <w:t>Vermont Dam Inventory for dams in and upstream of the town.</w:t>
      </w:r>
    </w:p>
    <w:p>
      <w:pPr>
        <w:spacing w:after="60" w:before="0"/>
      </w:pPr>
      <w:r>
        <w:rPr>
          <w:color w:val="555555"/>
          <w:sz w:val="17"/>
        </w:rPr>
        <w:t xml:space="preserve">VEM hazard mitigation planning resources and the 2023 Vermont State Hazard Mitigation Plan. </w:t>
      </w:r>
      <w:hyperlink r:id="rId24">
        <w:r>
          <w:rPr>
            <w:color w:val="1F4E99"/>
            <w:sz w:val="17"/>
            <w:u w:val="single"/>
          </w:rPr>
          <w:t>https://vem.vermont.gov/hm-planning-resources</w:t>
        </w:r>
      </w:hyperlink>
    </w:p>
    <w:p>
      <w:pPr>
        <w:pStyle w:val="Heading2"/>
        <w:keepNext/>
        <w:spacing w:after="80"/>
      </w:pPr>
      <w:r>
        <w:rPr/>
        <w:t>Supports B2-a: context</w:t>
      </w:r>
    </w:p>
    <w:p>
      <w:pPr>
        <w:keepNext/>
        <w:spacing w:after="80" w:before="0"/>
      </w:pPr>
      <w:r>
        <w:rPr>
          <w:i/>
        </w:rPr>
        <w:t>Inherited from Rutland County, county-level (county FIPS 50021); scope: whole section.</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60,514</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$16,663,246,943</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$37,098,776</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$14,668,591</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$3,982,394</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Rutland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utland County, county-level"/>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027"/>
        <w:gridCol w:w="1558"/>
        <w:gridCol w:w="1558"/>
        <w:gridCol w:w="1558"/>
        <w:gridCol w:w="1558"/>
        <w:gridCol w:w="1558"/>
        <w:gridCol w:w="1558"/>
        <w:gridCol w:w="1735"/>
      </w:tblGrid>
      <w:tr>
        <w:trPr>
          <w:cantSplit/>
          <w:tblHeader/>
        </w:trPr>
        <w:tc>
          <w:tcPr>
            <w:tcW w:type="dxa" w:w="3027"/>
            <w:shd w:val="clear" w:color="auto" w:fill="E8E8E8"/>
          </w:tcPr>
          <w:p>
            <w:pPr>
              <w:spacing w:after="0"/>
              <w:jc w:val="left"/>
            </w:pPr>
            <w:r>
              <w:rPr>
                <w:b/>
                <w:sz w:val="16"/>
              </w:rPr>
              <w:t>Scope</w:t>
            </w:r>
          </w:p>
        </w:tc>
        <w:tc>
          <w:tcPr>
            <w:tcW w:type="dxa" w:w="1558"/>
            <w:shd w:val="clear" w:color="auto" w:fill="E8E8E8"/>
          </w:tcPr>
          <w:p>
            <w:pPr>
              <w:spacing w:after="0"/>
              <w:jc w:val="right"/>
            </w:pPr>
            <w:r>
              <w:rPr>
                <w:b/>
                <w:sz w:val="16"/>
              </w:rPr>
              <w:t>RL, FMA</w:t>
            </w:r>
          </w:p>
          <w:p>
            <w:pPr>
              <w:spacing w:after="0"/>
              <w:jc w:val="right"/>
            </w:pPr>
            <w:r>
              <w:rPr>
                <w:i/>
                <w:color w:val="555555"/>
                <w:sz w:val="14"/>
              </w:rPr>
              <w:t>properties</w:t>
            </w:r>
          </w:p>
        </w:tc>
        <w:tc>
          <w:tcPr>
            <w:tcW w:type="dxa" w:w="1558"/>
            <w:shd w:val="clear" w:color="auto" w:fill="E8E8E8"/>
          </w:tcPr>
          <w:p>
            <w:pPr>
              <w:spacing w:after="0"/>
              <w:jc w:val="right"/>
            </w:pPr>
            <w:r>
              <w:rPr>
                <w:b/>
                <w:sz w:val="16"/>
              </w:rPr>
              <w:t>SRL, FMA</w:t>
            </w:r>
          </w:p>
          <w:p>
            <w:pPr>
              <w:spacing w:after="0"/>
              <w:jc w:val="right"/>
            </w:pPr>
            <w:r>
              <w:rPr>
                <w:i/>
                <w:color w:val="555555"/>
                <w:sz w:val="14"/>
              </w:rPr>
              <w:t>properties</w:t>
            </w:r>
          </w:p>
        </w:tc>
        <w:tc>
          <w:tcPr>
            <w:tcW w:type="dxa" w:w="1558"/>
            <w:shd w:val="clear" w:color="auto" w:fill="E8E8E8"/>
          </w:tcPr>
          <w:p>
            <w:pPr>
              <w:spacing w:after="0"/>
              <w:jc w:val="right"/>
            </w:pPr>
            <w:r>
              <w:rPr>
                <w:b/>
                <w:sz w:val="16"/>
              </w:rPr>
              <w:t>RL, NFIP</w:t>
            </w:r>
          </w:p>
          <w:p>
            <w:pPr>
              <w:spacing w:after="0"/>
              <w:jc w:val="right"/>
            </w:pPr>
            <w:r>
              <w:rPr>
                <w:i/>
                <w:color w:val="555555"/>
                <w:sz w:val="14"/>
              </w:rPr>
              <w:t>properties</w:t>
            </w:r>
          </w:p>
        </w:tc>
        <w:tc>
          <w:tcPr>
            <w:tcW w:type="dxa" w:w="1558"/>
            <w:shd w:val="clear" w:color="auto" w:fill="E8E8E8"/>
          </w:tcPr>
          <w:p>
            <w:pPr>
              <w:spacing w:after="0"/>
              <w:jc w:val="right"/>
            </w:pPr>
            <w:r>
              <w:rPr>
                <w:b/>
                <w:sz w:val="16"/>
              </w:rPr>
              <w:t>SRL, NFIP</w:t>
            </w:r>
          </w:p>
          <w:p>
            <w:pPr>
              <w:spacing w:after="0"/>
              <w:jc w:val="right"/>
            </w:pPr>
            <w:r>
              <w:rPr>
                <w:i/>
                <w:color w:val="555555"/>
                <w:sz w:val="14"/>
              </w:rPr>
              <w:t>properties</w:t>
            </w:r>
          </w:p>
        </w:tc>
        <w:tc>
          <w:tcPr>
            <w:tcW w:type="dxa" w:w="155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58"/>
            <w:shd w:val="clear" w:color="auto" w:fill="E8E8E8"/>
          </w:tcPr>
          <w:p>
            <w:pPr>
              <w:spacing w:after="0"/>
              <w:jc w:val="right"/>
            </w:pPr>
            <w:r>
              <w:rPr>
                <w:b/>
                <w:sz w:val="16"/>
              </w:rPr>
              <w:t>Mitigated</w:t>
            </w:r>
          </w:p>
          <w:p>
            <w:pPr>
              <w:spacing w:after="0"/>
              <w:jc w:val="right"/>
            </w:pPr>
            <w:r>
              <w:rPr>
                <w:i/>
                <w:color w:val="555555"/>
                <w:sz w:val="14"/>
              </w:rPr>
              <w:t>properties</w:t>
            </w:r>
          </w:p>
        </w:tc>
        <w:tc>
          <w:tcPr>
            <w:tcW w:type="dxa" w:w="173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027"/>
          </w:tcPr>
          <w:p>
            <w:pPr>
              <w:spacing w:after="0"/>
              <w:jc w:val="left"/>
            </w:pPr>
            <w:r>
              <w:rPr>
                <w:sz w:val="16"/>
              </w:rPr>
              <w:t>County total</w:t>
            </w:r>
          </w:p>
        </w:tc>
        <w:tc>
          <w:tcPr>
            <w:tcW w:type="dxa" w:w="1558"/>
          </w:tcPr>
          <w:p>
            <w:pPr>
              <w:spacing w:after="0"/>
              <w:jc w:val="right"/>
            </w:pPr>
            <w:r>
              <w:rPr>
                <w:sz w:val="16"/>
              </w:rPr>
              <w:t>1</w:t>
            </w:r>
          </w:p>
        </w:tc>
        <w:tc>
          <w:tcPr>
            <w:tcW w:type="dxa" w:w="1558"/>
          </w:tcPr>
          <w:p>
            <w:pPr>
              <w:spacing w:after="0"/>
              <w:jc w:val="right"/>
            </w:pPr>
            <w:r>
              <w:rPr>
                <w:sz w:val="16"/>
              </w:rPr>
              <w:t>1</w:t>
            </w:r>
          </w:p>
        </w:tc>
        <w:tc>
          <w:tcPr>
            <w:tcW w:type="dxa" w:w="1558"/>
          </w:tcPr>
          <w:p>
            <w:pPr>
              <w:spacing w:after="0"/>
              <w:jc w:val="right"/>
            </w:pPr>
            <w:r>
              <w:rPr>
                <w:sz w:val="16"/>
              </w:rPr>
              <w:t>14</w:t>
            </w:r>
          </w:p>
        </w:tc>
        <w:tc>
          <w:tcPr>
            <w:tcW w:type="dxa" w:w="1558"/>
          </w:tcPr>
          <w:p>
            <w:pPr>
              <w:spacing w:after="0"/>
              <w:jc w:val="right"/>
            </w:pPr>
            <w:r>
              <w:rPr>
                <w:sz w:val="16"/>
              </w:rPr>
              <w:t>1</w:t>
            </w:r>
          </w:p>
        </w:tc>
        <w:tc>
          <w:tcPr>
            <w:tcW w:type="dxa" w:w="1558"/>
          </w:tcPr>
          <w:p>
            <w:pPr>
              <w:spacing w:after="0"/>
              <w:jc w:val="right"/>
            </w:pPr>
            <w:r>
              <w:rPr>
                <w:sz w:val="16"/>
              </w:rPr>
              <w:t>15</w:t>
            </w:r>
          </w:p>
        </w:tc>
        <w:tc>
          <w:tcPr>
            <w:tcW w:type="dxa" w:w="1558"/>
          </w:tcPr>
          <w:p>
            <w:pPr>
              <w:spacing w:after="0"/>
              <w:jc w:val="right"/>
            </w:pPr>
            <w:r>
              <w:rPr>
                <w:sz w:val="16"/>
              </w:rPr>
              <w:t>0</w:t>
            </w:r>
          </w:p>
        </w:tc>
        <w:tc>
          <w:tcPr>
            <w:tcW w:type="dxa" w:w="1735"/>
          </w:tcPr>
          <w:p>
            <w:pPr>
              <w:spacing w:after="0"/>
              <w:jc w:val="right"/>
            </w:pPr>
            <w:r>
              <w:rPr>
                <w:sz w:val="16"/>
              </w:rPr>
              <w:t>9</w:t>
            </w:r>
          </w:p>
        </w:tc>
      </w:tr>
      <w:tr>
        <w:trPr>
          <w:cantSplit/>
        </w:trPr>
        <w:tc>
          <w:tcPr>
            <w:tcW w:type="dxa" w:w="3027"/>
          </w:tcPr>
          <w:p>
            <w:pPr>
              <w:spacing w:after="0"/>
              <w:jc w:val="left"/>
            </w:pPr>
            <w:r>
              <w:rPr>
                <w:sz w:val="16"/>
              </w:rPr>
              <w:t>BRANDON,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FAIR HAVEN,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POULTNEY,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RUTLAND, CITY OF</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8</w:t>
            </w:r>
          </w:p>
        </w:tc>
        <w:tc>
          <w:tcPr>
            <w:tcW w:type="dxa" w:w="1558"/>
          </w:tcPr>
          <w:p>
            <w:pPr>
              <w:spacing w:after="0"/>
              <w:jc w:val="right"/>
            </w:pPr>
            <w:r>
              <w:rPr>
                <w:sz w:val="16"/>
              </w:rPr>
              <w:t>1</w:t>
            </w:r>
          </w:p>
        </w:tc>
        <w:tc>
          <w:tcPr>
            <w:tcW w:type="dxa" w:w="1558"/>
          </w:tcPr>
          <w:p>
            <w:pPr>
              <w:spacing w:after="0"/>
              <w:jc w:val="right"/>
            </w:pPr>
            <w:r>
              <w:rPr>
                <w:sz w:val="16"/>
              </w:rPr>
              <w:t>8</w:t>
            </w:r>
          </w:p>
        </w:tc>
        <w:tc>
          <w:tcPr>
            <w:tcW w:type="dxa" w:w="1558"/>
          </w:tcPr>
          <w:p>
            <w:pPr>
              <w:spacing w:after="0"/>
              <w:jc w:val="right"/>
            </w:pPr>
            <w:r>
              <w:rPr>
                <w:sz w:val="16"/>
              </w:rPr>
              <w:t>0</w:t>
            </w:r>
          </w:p>
        </w:tc>
        <w:tc>
          <w:tcPr>
            <w:tcW w:type="dxa" w:w="1735"/>
          </w:tcPr>
          <w:p>
            <w:pPr>
              <w:spacing w:after="0"/>
              <w:jc w:val="right"/>
            </w:pPr>
            <w:r>
              <w:rPr>
                <w:sz w:val="16"/>
              </w:rPr>
              <w:t>4</w:t>
            </w:r>
          </w:p>
        </w:tc>
      </w:tr>
      <w:tr>
        <w:trPr>
          <w:cantSplit/>
        </w:trPr>
        <w:tc>
          <w:tcPr>
            <w:tcW w:type="dxa" w:w="3027"/>
          </w:tcPr>
          <w:p>
            <w:pPr>
              <w:spacing w:after="0"/>
              <w:jc w:val="left"/>
            </w:pPr>
            <w:r>
              <w:rPr>
                <w:sz w:val="16"/>
              </w:rPr>
              <w:t>SHREWSBURY,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WALLINGFORD, TOWN OF</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735"/>
          </w:tcPr>
          <w:p>
            <w:pPr>
              <w:spacing w:after="0"/>
              <w:jc w:val="right"/>
            </w:pPr>
            <w:r>
              <w:rPr>
                <w:sz w:val="16"/>
              </w:rPr>
              <w:t>2</w:t>
            </w:r>
          </w:p>
        </w:tc>
      </w:tr>
      <w:tr>
        <w:trPr>
          <w:cantSplit/>
        </w:trPr>
        <w:tc>
          <w:tcPr>
            <w:tcW w:type="dxa" w:w="3027"/>
          </w:tcPr>
          <w:p>
            <w:pPr>
              <w:spacing w:after="0"/>
              <w:jc w:val="left"/>
            </w:pPr>
            <w:r>
              <w:rPr>
                <w:sz w:val="16"/>
              </w:rPr>
              <w:t>RUTLAND,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Shrewsbury town</w:t>
            </w:r>
          </w:p>
        </w:tc>
        <w:tc>
          <w:tcPr>
            <w:tcW w:type="dxa" w:w="1499"/>
          </w:tcPr>
          <w:p>
            <w:pPr>
              <w:spacing w:after="0"/>
              <w:jc w:val="left"/>
            </w:pPr>
            <w:r>
              <w:rPr>
                <w:sz w:val="16"/>
              </w:rPr>
              <w:t>500102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1</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 property is FMA repetitive loss but not NFIP repetitive loss, and 14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Shrewsbury town, VT: risk-assessment baseline packet, release 2026-10 (data as of 2026-09-28; Vermont town 5002165275).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6">
        <w:r>
          <w:rPr>
            <w:color w:val="1F4E99"/>
            <w:sz w:val="17"/>
            <w:u w:val="single"/>
          </w:rPr>
          <w:t>https://www2.census.gov/geo/docs/maps-data/data/gazetteer/2024_Gazetteer/2024_Gaz_counties_national.zip</w:t>
        </w:r>
      </w:hyperlink>
      <w:r>
        <w:rPr>
          <w:sz w:val="17"/>
        </w:rPr>
        <w:t xml:space="preserve">, </w:t>
      </w:r>
      <w:hyperlink r:id="rId27">
        <w:r>
          <w:rPr>
            <w:color w:val="1F4E99"/>
            <w:sz w:val="17"/>
            <w:u w:val="single"/>
          </w:rPr>
          <w:t>https://www2.census.gov/geo/docs/maps-data/data/gazetteer/2024_Gazetteer/2024_Gaz_cousubs_national.zip</w:t>
        </w:r>
      </w:hyperlink>
      <w:r>
        <w:rPr>
          <w:sz w:val="17"/>
        </w:rPr>
        <w:t xml:space="preserve">, </w:t>
      </w:r>
      <w:hyperlink r:id="rId28">
        <w:r>
          <w:rPr>
            <w:color w:val="1F4E99"/>
            <w:sz w:val="17"/>
            <w:u w:val="single"/>
          </w:rPr>
          <w:t>https://www2.census.gov/geo/docs/maps-data/data/gazetteer/2024_Gazetteer/2024_Gaz_place_national.zip</w:t>
        </w:r>
      </w:hyperlink>
      <w:r>
        <w:rPr>
          <w:sz w:val="17"/>
        </w:rPr>
        <w:t xml:space="preserve">, </w:t>
      </w:r>
      <w:hyperlink r:id="rId29">
        <w:r>
          <w:rPr>
            <w:color w:val="1F4E99"/>
            <w:sz w:val="17"/>
            <w:u w:val="single"/>
          </w:rPr>
          <w:t>https://www2.census.gov/geo/docs/maps-data/data/gazetteer/2024_Gazetteer/2024_Gaz_unsd_national.zip</w:t>
        </w:r>
      </w:hyperlink>
      <w:r>
        <w:rPr>
          <w:sz w:val="17"/>
        </w:rPr>
        <w:t xml:space="preserve">, </w:t>
      </w:r>
      <w:hyperlink r:id="rId30">
        <w:r>
          <w:rPr>
            <w:color w:val="1F4E99"/>
            <w:sz w:val="17"/>
            <w:u w:val="single"/>
          </w:rPr>
          <w:t>https://www2.census.gov/geo/docs/maps-data/data/gazetteer/2024_Gazetteer/2024_Gaz_elsd_national.zip</w:t>
        </w:r>
      </w:hyperlink>
      <w:r>
        <w:rPr>
          <w:sz w:val="17"/>
        </w:rPr>
        <w:t xml:space="preserve">, </w:t>
      </w:r>
      <w:hyperlink r:id="rId31">
        <w:r>
          <w:rPr>
            <w:color w:val="1F4E99"/>
            <w:sz w:val="17"/>
            <w:u w:val="single"/>
          </w:rPr>
          <w:t>https://www2.census.gov/geo/docs/maps-data/data/gazetteer/2024_Gazetteer/2024_Gaz_scsd_national.zip</w:t>
        </w:r>
      </w:hyperlink>
      <w:r>
        <w:rPr>
          <w:sz w:val="17"/>
        </w:rPr>
        <w:t xml:space="preserve">, </w:t>
      </w:r>
      <w:hyperlink r:id="rId32">
        <w:r>
          <w:rPr>
            <w:color w:val="1F4E99"/>
            <w:sz w:val="17"/>
            <w:u w:val="single"/>
          </w:rPr>
          <w:t>https://www2.census.gov/geo/docs/reference/codes2020/national_place_by_county2020.txt</w:t>
        </w:r>
      </w:hyperlink>
      <w:r>
        <w:rPr>
          <w:sz w:val="17"/>
        </w:rPr>
        <w:t xml:space="preserve">, </w:t>
      </w:r>
      <w:hyperlink r:id="rId33">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hazard-plain_2026-10_VT_5002165275.docx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Shrewsbury town, VT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vem.vermont.gov/hm-planning-resources" TargetMode="External"/><Relationship Id="rId25" Type="http://schemas.openxmlformats.org/officeDocument/2006/relationships/hyperlink" Target="https://creativecommons.org/licenses/by/4.0/" TargetMode="External"/><Relationship Id="rId26" Type="http://schemas.openxmlformats.org/officeDocument/2006/relationships/hyperlink" Target="https://www2.census.gov/geo/docs/maps-data/data/gazetteer/2024_Gazetteer/2024_Gaz_counties_national.zip" TargetMode="External"/><Relationship Id="rId27" Type="http://schemas.openxmlformats.org/officeDocument/2006/relationships/hyperlink" Target="https://www2.census.gov/geo/docs/maps-data/data/gazetteer/2024_Gazetteer/2024_Gaz_cousubs_national.zip" TargetMode="External"/><Relationship Id="rId28" Type="http://schemas.openxmlformats.org/officeDocument/2006/relationships/hyperlink" Target="https://www2.census.gov/geo/docs/maps-data/data/gazetteer/2024_Gazetteer/2024_Gaz_place_national.zip" TargetMode="External"/><Relationship Id="rId29" Type="http://schemas.openxmlformats.org/officeDocument/2006/relationships/hyperlink" Target="https://www2.census.gov/geo/docs/maps-data/data/gazetteer/2024_Gazetteer/2024_Gaz_unsd_national.zip" TargetMode="External"/><Relationship Id="rId30" Type="http://schemas.openxmlformats.org/officeDocument/2006/relationships/hyperlink" Target="https://www2.census.gov/geo/docs/maps-data/data/gazetteer/2024_Gazetteer/2024_Gaz_elsd_national.zip" TargetMode="External"/><Relationship Id="rId31" Type="http://schemas.openxmlformats.org/officeDocument/2006/relationships/hyperlink" Target="https://www2.census.gov/geo/docs/maps-data/data/gazetteer/2024_Gazetteer/2024_Gaz_scsd_national.zip" TargetMode="External"/><Relationship Id="rId32" Type="http://schemas.openxmlformats.org/officeDocument/2006/relationships/hyperlink" Target="https://www2.census.gov/geo/docs/reference/codes2020/national_place_by_county2020.txt" TargetMode="External"/><Relationship Id="rId33"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Shrewsbury town, VT: Risk-assessment baseline packet</dc:title>
  <dc:subject>Hazard Plain release 2026-10, as of 2026-09-28. Preview: automated baseline</dc:subject>
  <dc:creator>Hazard Plain</dc:creator>
  <cp:keywords>Hazard Plain; hazard mitigation; risk assessment; 5002165275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