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Hand-checked on 2026-09-28</w:t>
      </w:r>
    </w:p>
    <w:p>
      <w:pPr>
        <w:pStyle w:val="Title"/>
        <w:spacing w:after="80"/>
      </w:pPr>
      <w:r>
        <w:rPr/>
        <w:t>Pittsford town, VT</w:t>
      </w:r>
    </w:p>
    <w:p>
      <w:pPr>
        <w:spacing w:after="120" w:before="0"/>
      </w:pPr>
      <w:r>
        <w:rPr>
          <w:color w:val="555555"/>
          <w:sz w:val="24"/>
        </w:rPr>
        <w:t>Risk-assessment baseline packet (county-level sections from Rutland County)</w:t>
      </w:r>
    </w:p>
    <w:p>
      <w:pPr>
        <w:spacing w:after="120" w:before="0"/>
      </w:pPr>
      <w:r>
        <w:rPr>
          <w:b/>
          <w:sz w:val="18"/>
        </w:rPr>
        <w:t xml:space="preserve">Town FIPS: </w:t>
      </w:r>
      <w:r>
        <w:rPr>
          <w:sz w:val="18"/>
        </w:rPr>
        <w:t>5002155600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2026-05-05. Plan: Pittsford, Vermont Local Hazard Mitigation Plan (FEMA plan 107514), approved 2021-05-06.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Rutland County data (county FIPS 50021; each heading says so); the plan clock, B1-f and B2-c are for Pittsford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2021-05-06: 5 new hazard declarations (4 incidents) and 119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($13,362,530 a year), Cold Wave ($1,552,479) and Strong Wind ($690,498).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5002155600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2026-05-05</w:t>
      </w:r>
    </w:p>
    <w:p>
      <w:pPr>
        <w:keepNext/>
        <w:spacing w:after="40" w:before="0"/>
      </w:pPr>
      <w:r>
        <w:rPr>
          <w:b/>
        </w:rPr>
        <w:t xml:space="preserve">Plan: </w:t>
      </w:r>
      <w:r>
        <w:rPr/>
        <w:t>Pittsford, Vermont Local Hazard Mitigation Plan (FEMA plan 107514)</w:t>
      </w:r>
    </w:p>
    <w:p>
      <w:pPr>
        <w:keepNext/>
        <w:spacing w:after="40" w:before="0"/>
      </w:pPr>
      <w:r>
        <w:rPr>
          <w:b/>
        </w:rPr>
        <w:t xml:space="preserve">Approved: </w:t>
      </w:r>
      <w:r>
        <w:rPr/>
        <w:t>2021-05-06</w:t>
      </w:r>
    </w:p>
    <w:p>
      <w:pPr>
        <w:keepNext/>
        <w:spacing w:after="40" w:before="0"/>
      </w:pPr>
      <w:r>
        <w:rPr>
          <w:b/>
        </w:rPr>
        <w:t xml:space="preserve">Days since expiry: </w:t>
      </w:r>
      <w:r>
        <w:rPr/>
        <w:t>148</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2021-05-06)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(4 incidents): EM-3567-VT (Tropical Storm Henri), EM-3595-VT (Flooding), DR-4720-VT (Severe Storms, Flooding, Landslides, and Mudslides), DR-4762-VT (Severe Storm and Flooding), EM-3609-VT (Tropical Depression Debby)</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(Rutland County, county-level): </w:t>
      </w:r>
      <w:r>
        <w:rPr/>
        <w:t>119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2153"/>
        <w:gridCol w:w="1001"/>
        <w:gridCol w:w="3118"/>
        <w:gridCol w:w="3256"/>
        <w:gridCol w:w="1601"/>
        <w:gridCol w:w="1601"/>
        <w:gridCol w:w="1381"/>
      </w:tblGrid>
      <w:tr>
        <w:trPr>
          <w:cantSplit/>
          <w:tblHeader/>
        </w:trPr>
        <w:tc>
          <w:tcPr>
            <w:tcW w:type="dxa" w:w="2153"/>
            <w:shd w:val="clear" w:color="auto" w:fill="E8E8E8"/>
          </w:tcPr>
          <w:p>
            <w:pPr>
              <w:spacing w:after="0"/>
              <w:jc w:val="left"/>
            </w:pPr>
            <w:r>
              <w:rPr>
                <w:b/>
                <w:sz w:val="16"/>
              </w:rPr>
              <w:t>Jurisdiction</w:t>
            </w:r>
          </w:p>
        </w:tc>
        <w:tc>
          <w:tcPr>
            <w:tcW w:type="dxa" w:w="1001"/>
            <w:shd w:val="clear" w:color="auto" w:fill="E8E8E8"/>
          </w:tcPr>
          <w:p>
            <w:pPr>
              <w:spacing w:after="0"/>
              <w:jc w:val="left"/>
            </w:pPr>
            <w:r>
              <w:rPr>
                <w:b/>
                <w:sz w:val="16"/>
              </w:rPr>
              <w:t>Type</w:t>
            </w:r>
          </w:p>
        </w:tc>
        <w:tc>
          <w:tcPr>
            <w:tcW w:type="dxa" w:w="3118"/>
            <w:shd w:val="clear" w:color="auto" w:fill="E8E8E8"/>
          </w:tcPr>
          <w:p>
            <w:pPr>
              <w:spacing w:after="0"/>
              <w:jc w:val="left"/>
            </w:pPr>
            <w:r>
              <w:rPr>
                <w:b/>
                <w:sz w:val="16"/>
              </w:rPr>
              <w:t>Status</w:t>
            </w:r>
          </w:p>
        </w:tc>
        <w:tc>
          <w:tcPr>
            <w:tcW w:type="dxa" w:w="3256"/>
            <w:shd w:val="clear" w:color="auto" w:fill="E8E8E8"/>
          </w:tcPr>
          <w:p>
            <w:pPr>
              <w:spacing w:after="0"/>
              <w:jc w:val="left"/>
            </w:pPr>
            <w:r>
              <w:rPr>
                <w:b/>
                <w:sz w:val="16"/>
              </w:rPr>
              <w:t>Plan</w:t>
            </w:r>
          </w:p>
        </w:tc>
        <w:tc>
          <w:tcPr>
            <w:tcW w:type="dxa" w:w="1601"/>
            <w:shd w:val="clear" w:color="auto" w:fill="E8E8E8"/>
          </w:tcPr>
          <w:p>
            <w:pPr>
              <w:spacing w:after="0"/>
              <w:jc w:val="left"/>
            </w:pPr>
            <w:r>
              <w:rPr>
                <w:b/>
                <w:sz w:val="16"/>
              </w:rPr>
              <w:t>Approved</w:t>
            </w:r>
          </w:p>
        </w:tc>
        <w:tc>
          <w:tcPr>
            <w:tcW w:type="dxa" w:w="1601"/>
            <w:shd w:val="clear" w:color="auto" w:fill="E8E8E8"/>
          </w:tcPr>
          <w:p>
            <w:pPr>
              <w:spacing w:after="0"/>
              <w:jc w:val="left"/>
            </w:pPr>
            <w:r>
              <w:rPr>
                <w:b/>
                <w:sz w:val="16"/>
              </w:rPr>
              <w:t>Expires</w:t>
            </w:r>
          </w:p>
        </w:tc>
        <w:tc>
          <w:tcPr>
            <w:tcW w:type="dxa" w:w="138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153"/>
          </w:tcPr>
          <w:p>
            <w:pPr>
              <w:spacing w:after="0"/>
              <w:jc w:val="left"/>
            </w:pPr>
            <w:r>
              <w:rPr>
                <w:sz w:val="16"/>
              </w:rPr>
              <w:t>Pittsford town</w:t>
            </w:r>
          </w:p>
        </w:tc>
        <w:tc>
          <w:tcPr>
            <w:tcW w:type="dxa" w:w="1001"/>
          </w:tcPr>
          <w:p>
            <w:pPr>
              <w:spacing w:after="0"/>
              <w:jc w:val="left"/>
            </w:pPr>
            <w:r>
              <w:rPr>
                <w:sz w:val="16"/>
              </w:rPr>
              <w:t>Town</w:t>
            </w:r>
          </w:p>
        </w:tc>
        <w:tc>
          <w:tcPr>
            <w:tcW w:type="dxa" w:w="3118"/>
          </w:tcPr>
          <w:p>
            <w:pPr>
              <w:spacing w:after="0"/>
              <w:jc w:val="left"/>
            </w:pPr>
            <w:r>
              <w:rPr>
                <w:sz w:val="16"/>
              </w:rPr>
              <w:t>Expired on 2026-05-05</w:t>
            </w:r>
          </w:p>
        </w:tc>
        <w:tc>
          <w:tcPr>
            <w:tcW w:type="dxa" w:w="3256"/>
          </w:tcPr>
          <w:p>
            <w:pPr>
              <w:spacing w:after="0"/>
              <w:jc w:val="left"/>
            </w:pPr>
            <w:r>
              <w:rPr>
                <w:sz w:val="16"/>
              </w:rPr>
              <w:t>Pittsford, Vermont Local Hazard Mitigation Plan (FEMA plan 107514)</w:t>
            </w:r>
          </w:p>
        </w:tc>
        <w:tc>
          <w:tcPr>
            <w:tcW w:type="dxa" w:w="1601"/>
          </w:tcPr>
          <w:p>
            <w:pPr>
              <w:spacing w:after="0"/>
              <w:jc w:val="left"/>
            </w:pPr>
            <w:r>
              <w:rPr>
                <w:sz w:val="16"/>
              </w:rPr>
              <w:t>2021-05-06</w:t>
            </w:r>
          </w:p>
        </w:tc>
        <w:tc>
          <w:tcPr>
            <w:tcW w:type="dxa" w:w="1601"/>
          </w:tcPr>
          <w:p>
            <w:pPr>
              <w:spacing w:after="0"/>
              <w:jc w:val="left"/>
            </w:pPr>
            <w:r>
              <w:rPr>
                <w:sz w:val="16"/>
              </w:rPr>
              <w:t>2026-05-05</w:t>
            </w:r>
          </w:p>
        </w:tc>
        <w:tc>
          <w:tcPr>
            <w:tcW w:type="dxa" w:w="1381"/>
          </w:tcPr>
          <w:p>
            <w:pPr>
              <w:spacing w:after="0"/>
              <w:jc w:val="right"/>
            </w:pPr>
            <w:r>
              <w:rPr>
                <w:sz w:val="16"/>
              </w:rPr>
              <w:t>-148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Rutland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3"/>
        <w:gridCol w:w="1037"/>
        <w:gridCol w:w="1311"/>
        <w:gridCol w:w="1654"/>
        <w:gridCol w:w="1126"/>
        <w:gridCol w:w="1126"/>
        <w:gridCol w:w="1832"/>
        <w:gridCol w:w="1195"/>
        <w:gridCol w:w="1997"/>
        <w:gridCol w:w="2121"/>
      </w:tblGrid>
      <w:tr>
        <w:trPr>
          <w:cantSplit/>
          <w:tblHeader/>
        </w:trPr>
        <w:tc>
          <w:tcPr>
            <w:tcW w:type="dxa" w:w="71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1"/>
            <w:shd w:val="clear" w:color="auto" w:fill="E8E8E8"/>
          </w:tcPr>
          <w:p>
            <w:pPr>
              <w:spacing w:after="0"/>
              <w:jc w:val="left"/>
            </w:pPr>
            <w:r>
              <w:rPr>
                <w:b/>
                <w:sz w:val="16"/>
              </w:rPr>
              <w:t>NRI risk rating</w:t>
            </w:r>
          </w:p>
        </w:tc>
        <w:tc>
          <w:tcPr>
            <w:tcW w:type="dxa" w:w="165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9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21"/>
            <w:shd w:val="clear" w:color="auto" w:fill="E8E8E8"/>
          </w:tcPr>
          <w:p>
            <w:pPr>
              <w:spacing w:after="0"/>
              <w:jc w:val="left"/>
            </w:pPr>
            <w:r>
              <w:rPr>
                <w:b/>
                <w:sz w:val="16"/>
              </w:rPr>
              <w:t>Storm Events coverage note</w:t>
            </w:r>
          </w:p>
        </w:tc>
      </w:tr>
      <w:tr>
        <w:trPr>
          <w:cantSplit/>
        </w:trPr>
        <w:tc>
          <w:tcPr>
            <w:tcW w:type="dxa" w:w="713"/>
          </w:tcPr>
          <w:p>
            <w:pPr>
              <w:spacing w:after="0"/>
              <w:jc w:val="right"/>
            </w:pPr>
            <w:r>
              <w:rPr>
                <w:sz w:val="16"/>
              </w:rPr>
              <w:t>1</w:t>
            </w:r>
          </w:p>
        </w:tc>
        <w:tc>
          <w:tcPr>
            <w:tcW w:type="dxa" w:w="1037"/>
          </w:tcPr>
          <w:p>
            <w:pPr>
              <w:spacing w:after="0"/>
              <w:jc w:val="left"/>
            </w:pPr>
            <w:r>
              <w:rPr>
                <w:sz w:val="16"/>
              </w:rPr>
              <w:t>Inland Flooding</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832"/>
          </w:tcPr>
          <w:p>
            <w:pPr>
              <w:spacing w:after="0"/>
              <w:jc w:val="right"/>
            </w:pPr>
            <w:r>
              <w:rPr>
                <w:sz w:val="16"/>
              </w:rPr>
              <w:t>$705,227</w:t>
            </w:r>
          </w:p>
        </w:tc>
        <w:tc>
          <w:tcPr>
            <w:tcW w:type="dxa" w:w="1195"/>
          </w:tcPr>
          <w:p>
            <w:pPr>
              <w:spacing w:after="0"/>
              <w:jc w:val="right"/>
            </w:pPr>
            <w:r>
              <w:rPr>
                <w:sz w:val="16"/>
              </w:rPr>
              <w:t>$13,362,530</w:t>
            </w:r>
          </w:p>
        </w:tc>
        <w:tc>
          <w:tcPr>
            <w:tcW w:type="dxa" w:w="1997"/>
          </w:tcPr>
          <w:p>
            <w:pPr>
              <w:spacing w:after="0"/>
              <w:jc w:val="right"/>
            </w:pPr>
            <w:r>
              <w:rPr>
                <w:sz w:val="16"/>
              </w:rPr>
              <w:t>68</w:t>
            </w:r>
          </w:p>
        </w:tc>
        <w:tc>
          <w:tcPr>
            <w:tcW w:type="dxa" w:w="2121"/>
          </w:tcPr>
          <w:p>
            <w:pPr>
              <w:spacing w:after="0"/>
              <w:jc w:val="left"/>
            </w:pPr>
          </w:p>
        </w:tc>
      </w:tr>
      <w:tr>
        <w:trPr>
          <w:cantSplit/>
        </w:trPr>
        <w:tc>
          <w:tcPr>
            <w:tcW w:type="dxa" w:w="713"/>
          </w:tcPr>
          <w:p>
            <w:pPr>
              <w:spacing w:after="0"/>
              <w:jc w:val="right"/>
            </w:pPr>
            <w:r>
              <w:rPr>
                <w:sz w:val="16"/>
              </w:rPr>
              <w:t>2</w:t>
            </w:r>
          </w:p>
        </w:tc>
        <w:tc>
          <w:tcPr>
            <w:tcW w:type="dxa" w:w="1037"/>
          </w:tcPr>
          <w:p>
            <w:pPr>
              <w:spacing w:after="0"/>
              <w:jc w:val="left"/>
            </w:pPr>
            <w:r>
              <w:rPr>
                <w:sz w:val="16"/>
              </w:rPr>
              <w:t>Cold Wave</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832"/>
          </w:tcPr>
          <w:p>
            <w:pPr>
              <w:spacing w:after="0"/>
              <w:jc w:val="right"/>
            </w:pPr>
            <w:r>
              <w:rPr>
                <w:sz w:val="16"/>
              </w:rPr>
              <w:t>$1,505,163</w:t>
            </w:r>
          </w:p>
        </w:tc>
        <w:tc>
          <w:tcPr>
            <w:tcW w:type="dxa" w:w="1195"/>
          </w:tcPr>
          <w:p>
            <w:pPr>
              <w:spacing w:after="0"/>
              <w:jc w:val="right"/>
            </w:pPr>
            <w:r>
              <w:rPr>
                <w:sz w:val="16"/>
              </w:rPr>
              <w:t>$1,552,479</w:t>
            </w:r>
          </w:p>
        </w:tc>
        <w:tc>
          <w:tcPr>
            <w:tcW w:type="dxa" w:w="1997"/>
          </w:tcPr>
          <w:p>
            <w:pPr>
              <w:spacing w:after="0"/>
              <w:jc w:val="right"/>
            </w:pPr>
            <w:r>
              <w:rPr>
                <w:sz w:val="16"/>
              </w:rPr>
              <w:t>30</w:t>
            </w:r>
          </w:p>
        </w:tc>
        <w:tc>
          <w:tcPr>
            <w:tcW w:type="dxa" w:w="2121"/>
          </w:tcPr>
          <w:p>
            <w:pPr>
              <w:spacing w:after="0"/>
              <w:jc w:val="left"/>
            </w:pPr>
            <w:r>
              <w:rPr>
                <w:sz w:val="16"/>
              </w:rPr>
              <w:t>Includes 5 Frost/Freeze records (outside NRI's Cold Wave definition; counted in this table and in B1-d, not in the B1-e descriptor).</w:t>
            </w:r>
          </w:p>
        </w:tc>
      </w:tr>
      <w:tr>
        <w:trPr>
          <w:cantSplit/>
        </w:trPr>
        <w:tc>
          <w:tcPr>
            <w:tcW w:type="dxa" w:w="713"/>
          </w:tcPr>
          <w:p>
            <w:pPr>
              <w:spacing w:after="0"/>
              <w:jc w:val="right"/>
            </w:pPr>
            <w:r>
              <w:rPr>
                <w:sz w:val="16"/>
              </w:rPr>
              <w:t>3</w:t>
            </w:r>
          </w:p>
        </w:tc>
        <w:tc>
          <w:tcPr>
            <w:tcW w:type="dxa" w:w="1037"/>
          </w:tcPr>
          <w:p>
            <w:pPr>
              <w:spacing w:after="0"/>
              <w:jc w:val="left"/>
            </w:pPr>
            <w:r>
              <w:rPr>
                <w:sz w:val="16"/>
              </w:rPr>
              <w:t>Strong Wind</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832"/>
          </w:tcPr>
          <w:p>
            <w:pPr>
              <w:spacing w:after="0"/>
              <w:jc w:val="right"/>
            </w:pPr>
            <w:r>
              <w:rPr>
                <w:sz w:val="16"/>
              </w:rPr>
              <w:t>$354,324</w:t>
            </w:r>
          </w:p>
        </w:tc>
        <w:tc>
          <w:tcPr>
            <w:tcW w:type="dxa" w:w="1195"/>
          </w:tcPr>
          <w:p>
            <w:pPr>
              <w:spacing w:after="0"/>
              <w:jc w:val="right"/>
            </w:pPr>
            <w:r>
              <w:rPr>
                <w:sz w:val="16"/>
              </w:rPr>
              <w:t>$690,498</w:t>
            </w:r>
          </w:p>
        </w:tc>
        <w:tc>
          <w:tcPr>
            <w:tcW w:type="dxa" w:w="1997"/>
          </w:tcPr>
          <w:p>
            <w:pPr>
              <w:spacing w:after="0"/>
              <w:jc w:val="right"/>
            </w:pPr>
            <w:r>
              <w:rPr>
                <w:sz w:val="16"/>
              </w:rPr>
              <w:t>282</w:t>
            </w:r>
          </w:p>
        </w:tc>
        <w:tc>
          <w:tcPr>
            <w:tcW w:type="dxa" w:w="2121"/>
          </w:tcPr>
          <w:p>
            <w:pPr>
              <w:spacing w:after="0"/>
              <w:jc w:val="left"/>
            </w:pPr>
            <w:r>
              <w:rPr>
                <w:sz w:val="16"/>
              </w:rPr>
              <w:t>Includes 39 High Wind and 39 Strong Wind records (NOAA non-thunderstorm wind types, outside NRI's Strong Wind definition).</w:t>
            </w:r>
          </w:p>
        </w:tc>
      </w:tr>
      <w:tr>
        <w:trPr>
          <w:cantSplit/>
        </w:trPr>
        <w:tc>
          <w:tcPr>
            <w:tcW w:type="dxa" w:w="713"/>
          </w:tcPr>
          <w:p>
            <w:pPr>
              <w:spacing w:after="0"/>
              <w:jc w:val="right"/>
            </w:pPr>
            <w:r>
              <w:rPr>
                <w:sz w:val="16"/>
              </w:rPr>
              <w:t>4</w:t>
            </w:r>
          </w:p>
        </w:tc>
        <w:tc>
          <w:tcPr>
            <w:tcW w:type="dxa" w:w="1037"/>
          </w:tcPr>
          <w:p>
            <w:pPr>
              <w:spacing w:after="0"/>
              <w:jc w:val="left"/>
            </w:pPr>
            <w:r>
              <w:rPr>
                <w:sz w:val="16"/>
              </w:rPr>
              <w:t>Hurricane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832"/>
          </w:tcPr>
          <w:p>
            <w:pPr>
              <w:spacing w:after="0"/>
              <w:jc w:val="right"/>
            </w:pPr>
            <w:r>
              <w:rPr>
                <w:sz w:val="16"/>
              </w:rPr>
              <w:t>$24,450</w:t>
            </w:r>
          </w:p>
        </w:tc>
        <w:tc>
          <w:tcPr>
            <w:tcW w:type="dxa" w:w="1195"/>
          </w:tcPr>
          <w:p>
            <w:pPr>
              <w:spacing w:after="0"/>
              <w:jc w:val="right"/>
            </w:pPr>
            <w:r>
              <w:rPr>
                <w:sz w:val="16"/>
              </w:rPr>
              <w:t>$679,026</w:t>
            </w:r>
          </w:p>
        </w:tc>
        <w:tc>
          <w:tcPr>
            <w:tcW w:type="dxa" w:w="1997"/>
          </w:tcPr>
          <w:p>
            <w:pPr>
              <w:spacing w:after="0"/>
              <w:jc w:val="right"/>
            </w:pPr>
            <w:r>
              <w:rPr>
                <w:sz w:val="16"/>
              </w:rPr>
              <w:t>0</w:t>
            </w:r>
          </w:p>
        </w:tc>
        <w:tc>
          <w:tcPr>
            <w:tcW w:type="dxa" w:w="2121"/>
          </w:tcPr>
          <w:p>
            <w:pPr>
              <w:spacing w:after="0"/>
              <w:jc w:val="left"/>
            </w:pPr>
            <w:r>
              <w:rPr>
                <w:sz w:val="16"/>
              </w:rPr>
              <w:t>Declared 4 times; no Storm Events record of this type.</w:t>
            </w:r>
          </w:p>
        </w:tc>
      </w:tr>
      <w:tr>
        <w:trPr>
          <w:cantSplit/>
        </w:trPr>
        <w:tc>
          <w:tcPr>
            <w:tcW w:type="dxa" w:w="713"/>
          </w:tcPr>
          <w:p>
            <w:pPr>
              <w:spacing w:after="0"/>
              <w:jc w:val="right"/>
            </w:pPr>
            <w:r>
              <w:rPr>
                <w:sz w:val="16"/>
              </w:rPr>
              <w:t>5</w:t>
            </w:r>
          </w:p>
        </w:tc>
        <w:tc>
          <w:tcPr>
            <w:tcW w:type="dxa" w:w="1037"/>
          </w:tcPr>
          <w:p>
            <w:pPr>
              <w:spacing w:after="0"/>
              <w:jc w:val="left"/>
            </w:pPr>
            <w:r>
              <w:rPr>
                <w:sz w:val="16"/>
              </w:rPr>
              <w:t>Heat Wave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832"/>
          </w:tcPr>
          <w:p>
            <w:pPr>
              <w:spacing w:after="0"/>
              <w:jc w:val="right"/>
            </w:pPr>
            <w:r>
              <w:rPr>
                <w:sz w:val="16"/>
              </w:rPr>
              <w:t>$515,187</w:t>
            </w:r>
          </w:p>
        </w:tc>
        <w:tc>
          <w:tcPr>
            <w:tcW w:type="dxa" w:w="1195"/>
          </w:tcPr>
          <w:p>
            <w:pPr>
              <w:spacing w:after="0"/>
              <w:jc w:val="right"/>
            </w:pPr>
            <w:r>
              <w:rPr>
                <w:sz w:val="16"/>
              </w:rPr>
              <w:t>$547,849</w:t>
            </w:r>
          </w:p>
        </w:tc>
        <w:tc>
          <w:tcPr>
            <w:tcW w:type="dxa" w:w="1997"/>
          </w:tcPr>
          <w:p>
            <w:pPr>
              <w:spacing w:after="0"/>
              <w:jc w:val="right"/>
            </w:pPr>
            <w:r>
              <w:rPr>
                <w:sz w:val="16"/>
              </w:rPr>
              <w:t>8</w:t>
            </w:r>
          </w:p>
        </w:tc>
        <w:tc>
          <w:tcPr>
            <w:tcW w:type="dxa" w:w="2121"/>
          </w:tcPr>
          <w:p>
            <w:pPr>
              <w:spacing w:after="0"/>
              <w:jc w:val="left"/>
            </w:pPr>
          </w:p>
        </w:tc>
      </w:tr>
      <w:tr>
        <w:trPr>
          <w:cantSplit/>
        </w:trPr>
        <w:tc>
          <w:tcPr>
            <w:tcW w:type="dxa" w:w="713"/>
          </w:tcPr>
          <w:p>
            <w:pPr>
              <w:spacing w:after="0"/>
              <w:jc w:val="right"/>
            </w:pPr>
            <w:r>
              <w:rPr>
                <w:sz w:val="16"/>
              </w:rPr>
              <w:t>6</w:t>
            </w:r>
          </w:p>
        </w:tc>
        <w:tc>
          <w:tcPr>
            <w:tcW w:type="dxa" w:w="1037"/>
          </w:tcPr>
          <w:p>
            <w:pPr>
              <w:spacing w:after="0"/>
              <w:jc w:val="left"/>
            </w:pPr>
            <w:r>
              <w:rPr>
                <w:sz w:val="16"/>
              </w:rPr>
              <w:t>Earthquake</w:t>
            </w:r>
          </w:p>
        </w:tc>
        <w:tc>
          <w:tcPr>
            <w:tcW w:type="dxa" w:w="1311"/>
          </w:tcPr>
          <w:p>
            <w:pPr>
              <w:spacing w:after="0"/>
              <w:jc w:val="left"/>
            </w:pPr>
            <w:r>
              <w:rPr>
                <w:sz w:val="16"/>
              </w:rPr>
              <w:t>Very Low</w:t>
            </w:r>
          </w:p>
        </w:tc>
        <w:tc>
          <w:tcPr>
            <w:tcW w:type="dxa" w:w="1654"/>
          </w:tcPr>
          <w:p>
            <w:pPr>
              <w:spacing w:after="0"/>
              <w:jc w:val="left"/>
            </w:pPr>
            <w:r>
              <w:rPr>
                <w:sz w:val="16"/>
              </w:rPr>
              <w:t>Relatively Low</w:t>
            </w:r>
          </w:p>
        </w:tc>
        <w:tc>
          <w:tcPr>
            <w:tcW w:type="dxa" w:w="1126"/>
          </w:tcPr>
          <w:p>
            <w:pPr>
              <w:spacing w:after="0"/>
              <w:jc w:val="right"/>
            </w:pPr>
            <w:r>
              <w:rPr>
                <w:sz w:val="16"/>
              </w:rPr>
              <w:t>$410,437</w:t>
            </w:r>
          </w:p>
        </w:tc>
        <w:tc>
          <w:tcPr>
            <w:tcW w:type="dxa" w:w="1126"/>
          </w:tcPr>
          <w:p>
            <w:pPr>
              <w:spacing w:after="0"/>
              <w:jc w:val="right"/>
            </w:pPr>
            <w:r>
              <w:rPr>
                <w:sz w:val="16"/>
              </w:rPr>
              <w:t>n/a</w:t>
            </w:r>
          </w:p>
        </w:tc>
        <w:tc>
          <w:tcPr>
            <w:tcW w:type="dxa" w:w="1832"/>
          </w:tcPr>
          <w:p>
            <w:pPr>
              <w:spacing w:after="0"/>
              <w:jc w:val="right"/>
            </w:pPr>
            <w:r>
              <w:rPr>
                <w:sz w:val="16"/>
              </w:rPr>
              <w:t>$61,764</w:t>
            </w:r>
          </w:p>
        </w:tc>
        <w:tc>
          <w:tcPr>
            <w:tcW w:type="dxa" w:w="1195"/>
          </w:tcPr>
          <w:p>
            <w:pPr>
              <w:spacing w:after="0"/>
              <w:jc w:val="right"/>
            </w:pPr>
            <w:r>
              <w:rPr>
                <w:sz w:val="16"/>
              </w:rPr>
              <w:t>$472,201</w:t>
            </w:r>
          </w:p>
        </w:tc>
        <w:tc>
          <w:tcPr>
            <w:tcW w:type="dxa" w:w="1997"/>
          </w:tcPr>
          <w:p>
            <w:pPr>
              <w:spacing w:after="0"/>
              <w:jc w:val="right"/>
            </w:pPr>
          </w:p>
        </w:tc>
        <w:tc>
          <w:tcPr>
            <w:tcW w:type="dxa" w:w="2121"/>
          </w:tcPr>
          <w:p>
            <w:pPr>
              <w:spacing w:after="0"/>
              <w:jc w:val="left"/>
            </w:pPr>
            <w:r>
              <w:rPr>
                <w:sz w:val="16"/>
              </w:rPr>
              <w:t>Storm Events does not record earthquakes.</w:t>
            </w:r>
          </w:p>
        </w:tc>
      </w:tr>
      <w:tr>
        <w:trPr>
          <w:cantSplit/>
        </w:trPr>
        <w:tc>
          <w:tcPr>
            <w:tcW w:type="dxa" w:w="713"/>
          </w:tcPr>
          <w:p>
            <w:pPr>
              <w:spacing w:after="0"/>
              <w:jc w:val="right"/>
            </w:pPr>
            <w:r>
              <w:rPr>
                <w:sz w:val="16"/>
              </w:rPr>
              <w:t>7</w:t>
            </w:r>
          </w:p>
        </w:tc>
        <w:tc>
          <w:tcPr>
            <w:tcW w:type="dxa" w:w="1037"/>
          </w:tcPr>
          <w:p>
            <w:pPr>
              <w:spacing w:after="0"/>
              <w:jc w:val="left"/>
            </w:pPr>
            <w:r>
              <w:rPr>
                <w:sz w:val="16"/>
              </w:rPr>
              <w:t>Lightning</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$33,147</w:t>
            </w:r>
          </w:p>
        </w:tc>
        <w:tc>
          <w:tcPr>
            <w:tcW w:type="dxa" w:w="1126"/>
          </w:tcPr>
          <w:p>
            <w:pPr>
              <w:spacing w:after="0"/>
              <w:jc w:val="right"/>
            </w:pPr>
            <w:r>
              <w:rPr>
                <w:sz w:val="16"/>
              </w:rPr>
              <w:t>n/a</w:t>
            </w:r>
          </w:p>
        </w:tc>
        <w:tc>
          <w:tcPr>
            <w:tcW w:type="dxa" w:w="1832"/>
          </w:tcPr>
          <w:p>
            <w:pPr>
              <w:spacing w:after="0"/>
              <w:jc w:val="right"/>
            </w:pPr>
            <w:r>
              <w:rPr>
                <w:sz w:val="16"/>
              </w:rPr>
              <w:t>$435,989</w:t>
            </w:r>
          </w:p>
        </w:tc>
        <w:tc>
          <w:tcPr>
            <w:tcW w:type="dxa" w:w="1195"/>
          </w:tcPr>
          <w:p>
            <w:pPr>
              <w:spacing w:after="0"/>
              <w:jc w:val="right"/>
            </w:pPr>
            <w:r>
              <w:rPr>
                <w:sz w:val="16"/>
              </w:rPr>
              <w:t>$469,136</w:t>
            </w:r>
          </w:p>
        </w:tc>
        <w:tc>
          <w:tcPr>
            <w:tcW w:type="dxa" w:w="1997"/>
          </w:tcPr>
          <w:p>
            <w:pPr>
              <w:spacing w:after="0"/>
              <w:jc w:val="right"/>
            </w:pPr>
            <w:r>
              <w:rPr>
                <w:sz w:val="16"/>
              </w:rPr>
              <w:t>6</w:t>
            </w:r>
          </w:p>
        </w:tc>
        <w:tc>
          <w:tcPr>
            <w:tcW w:type="dxa" w:w="2121"/>
          </w:tcPr>
          <w:p>
            <w:pPr>
              <w:spacing w:after="0"/>
              <w:jc w:val="left"/>
            </w:pPr>
          </w:p>
        </w:tc>
      </w:tr>
      <w:tr>
        <w:trPr>
          <w:cantSplit/>
        </w:trPr>
        <w:tc>
          <w:tcPr>
            <w:tcW w:type="dxa" w:w="713"/>
          </w:tcPr>
          <w:p>
            <w:pPr>
              <w:spacing w:after="0"/>
              <w:jc w:val="right"/>
            </w:pPr>
            <w:r>
              <w:rPr>
                <w:sz w:val="16"/>
              </w:rPr>
              <w:t>8</w:t>
            </w:r>
          </w:p>
        </w:tc>
        <w:tc>
          <w:tcPr>
            <w:tcW w:type="dxa" w:w="1037"/>
          </w:tcPr>
          <w:p>
            <w:pPr>
              <w:spacing w:after="0"/>
              <w:jc w:val="left"/>
            </w:pPr>
            <w:r>
              <w:rPr>
                <w:sz w:val="16"/>
              </w:rPr>
              <w:t>Tornado</w:t>
            </w:r>
          </w:p>
        </w:tc>
        <w:tc>
          <w:tcPr>
            <w:tcW w:type="dxa" w:w="1311"/>
          </w:tcPr>
          <w:p>
            <w:pPr>
              <w:spacing w:after="0"/>
              <w:jc w:val="left"/>
            </w:pPr>
            <w:r>
              <w:rPr>
                <w:sz w:val="16"/>
              </w:rPr>
              <w:t>Very Low</w:t>
            </w:r>
          </w:p>
        </w:tc>
        <w:tc>
          <w:tcPr>
            <w:tcW w:type="dxa" w:w="1654"/>
          </w:tcPr>
          <w:p>
            <w:pPr>
              <w:spacing w:after="0"/>
              <w:jc w:val="left"/>
            </w:pPr>
            <w:r>
              <w:rPr>
                <w:sz w:val="16"/>
              </w:rPr>
              <w:t>Relatively Low</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832"/>
          </w:tcPr>
          <w:p>
            <w:pPr>
              <w:spacing w:after="0"/>
              <w:jc w:val="right"/>
            </w:pPr>
            <w:r>
              <w:rPr>
                <w:sz w:val="16"/>
              </w:rPr>
              <w:t>$219,139</w:t>
            </w:r>
          </w:p>
        </w:tc>
        <w:tc>
          <w:tcPr>
            <w:tcW w:type="dxa" w:w="1195"/>
          </w:tcPr>
          <w:p>
            <w:pPr>
              <w:spacing w:after="0"/>
              <w:jc w:val="right"/>
            </w:pPr>
            <w:r>
              <w:rPr>
                <w:sz w:val="16"/>
              </w:rPr>
              <w:t>$436,832</w:t>
            </w:r>
          </w:p>
        </w:tc>
        <w:tc>
          <w:tcPr>
            <w:tcW w:type="dxa" w:w="1997"/>
          </w:tcPr>
          <w:p>
            <w:pPr>
              <w:spacing w:after="0"/>
              <w:jc w:val="right"/>
            </w:pPr>
            <w:r>
              <w:rPr>
                <w:sz w:val="16"/>
              </w:rPr>
              <w:t>1</w:t>
            </w:r>
          </w:p>
        </w:tc>
        <w:tc>
          <w:tcPr>
            <w:tcW w:type="dxa" w:w="2121"/>
          </w:tcPr>
          <w:p>
            <w:pPr>
              <w:spacing w:after="0"/>
              <w:jc w:val="left"/>
            </w:pPr>
          </w:p>
        </w:tc>
      </w:tr>
      <w:tr>
        <w:trPr>
          <w:cantSplit/>
        </w:trPr>
        <w:tc>
          <w:tcPr>
            <w:tcW w:type="dxa" w:w="713"/>
          </w:tcPr>
          <w:p>
            <w:pPr>
              <w:spacing w:after="0"/>
              <w:jc w:val="right"/>
            </w:pPr>
            <w:r>
              <w:rPr>
                <w:sz w:val="16"/>
              </w:rPr>
              <w:t>9</w:t>
            </w:r>
          </w:p>
        </w:tc>
        <w:tc>
          <w:tcPr>
            <w:tcW w:type="dxa" w:w="1037"/>
          </w:tcPr>
          <w:p>
            <w:pPr>
              <w:spacing w:after="0"/>
              <w:jc w:val="left"/>
            </w:pPr>
            <w:r>
              <w:rPr>
                <w:sz w:val="16"/>
              </w:rPr>
              <w:t>Ice Storm</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$153,971</w:t>
            </w:r>
          </w:p>
        </w:tc>
        <w:tc>
          <w:tcPr>
            <w:tcW w:type="dxa" w:w="1126"/>
          </w:tcPr>
          <w:p>
            <w:pPr>
              <w:spacing w:after="0"/>
              <w:jc w:val="right"/>
            </w:pPr>
            <w:r>
              <w:rPr>
                <w:sz w:val="16"/>
              </w:rPr>
              <w:t>n/a</w:t>
            </w:r>
          </w:p>
        </w:tc>
        <w:tc>
          <w:tcPr>
            <w:tcW w:type="dxa" w:w="1832"/>
          </w:tcPr>
          <w:p>
            <w:pPr>
              <w:spacing w:after="0"/>
              <w:jc w:val="right"/>
            </w:pPr>
            <w:r>
              <w:rPr>
                <w:sz w:val="16"/>
              </w:rPr>
              <w:t>$15,362</w:t>
            </w:r>
          </w:p>
        </w:tc>
        <w:tc>
          <w:tcPr>
            <w:tcW w:type="dxa" w:w="1195"/>
          </w:tcPr>
          <w:p>
            <w:pPr>
              <w:spacing w:after="0"/>
              <w:jc w:val="right"/>
            </w:pPr>
            <w:r>
              <w:rPr>
                <w:sz w:val="16"/>
              </w:rPr>
              <w:t>$169,333</w:t>
            </w:r>
          </w:p>
        </w:tc>
        <w:tc>
          <w:tcPr>
            <w:tcW w:type="dxa" w:w="1997"/>
          </w:tcPr>
          <w:p>
            <w:pPr>
              <w:spacing w:after="0"/>
              <w:jc w:val="right"/>
            </w:pPr>
            <w:r>
              <w:rPr>
                <w:sz w:val="16"/>
              </w:rPr>
              <w:t>2</w:t>
            </w:r>
          </w:p>
        </w:tc>
        <w:tc>
          <w:tcPr>
            <w:tcW w:type="dxa" w:w="2121"/>
          </w:tcPr>
          <w:p>
            <w:pPr>
              <w:spacing w:after="0"/>
              <w:jc w:val="left"/>
            </w:pPr>
          </w:p>
        </w:tc>
      </w:tr>
      <w:tr>
        <w:trPr>
          <w:cantSplit/>
        </w:trPr>
        <w:tc>
          <w:tcPr>
            <w:tcW w:type="dxa" w:w="713"/>
          </w:tcPr>
          <w:p>
            <w:pPr>
              <w:spacing w:after="0"/>
              <w:jc w:val="right"/>
            </w:pPr>
            <w:r>
              <w:rPr>
                <w:sz w:val="16"/>
              </w:rPr>
              <w:t>10</w:t>
            </w:r>
          </w:p>
        </w:tc>
        <w:tc>
          <w:tcPr>
            <w:tcW w:type="dxa" w:w="1037"/>
          </w:tcPr>
          <w:p>
            <w:pPr>
              <w:spacing w:after="0"/>
              <w:jc w:val="left"/>
            </w:pPr>
            <w:r>
              <w:rPr>
                <w:sz w:val="16"/>
              </w:rPr>
              <w:t>Hail</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832"/>
          </w:tcPr>
          <w:p>
            <w:pPr>
              <w:spacing w:after="0"/>
              <w:jc w:val="right"/>
            </w:pPr>
            <w:r>
              <w:rPr>
                <w:sz w:val="16"/>
              </w:rPr>
              <w:t>$108,212</w:t>
            </w:r>
          </w:p>
        </w:tc>
        <w:tc>
          <w:tcPr>
            <w:tcW w:type="dxa" w:w="1195"/>
          </w:tcPr>
          <w:p>
            <w:pPr>
              <w:spacing w:after="0"/>
              <w:jc w:val="right"/>
            </w:pPr>
            <w:r>
              <w:rPr>
                <w:sz w:val="16"/>
              </w:rPr>
              <w:t>$120,971</w:t>
            </w:r>
          </w:p>
        </w:tc>
        <w:tc>
          <w:tcPr>
            <w:tcW w:type="dxa" w:w="1997"/>
          </w:tcPr>
          <w:p>
            <w:pPr>
              <w:spacing w:after="0"/>
              <w:jc w:val="right"/>
            </w:pPr>
            <w:r>
              <w:rPr>
                <w:sz w:val="16"/>
              </w:rPr>
              <w:t>78</w:t>
            </w:r>
          </w:p>
        </w:tc>
        <w:tc>
          <w:tcPr>
            <w:tcW w:type="dxa" w:w="2121"/>
          </w:tcPr>
          <w:p>
            <w:pPr>
              <w:spacing w:after="0"/>
              <w:jc w:val="left"/>
            </w:pPr>
          </w:p>
        </w:tc>
      </w:tr>
      <w:tr>
        <w:trPr>
          <w:cantSplit/>
        </w:trPr>
        <w:tc>
          <w:tcPr>
            <w:tcW w:type="dxa" w:w="713"/>
          </w:tcPr>
          <w:p>
            <w:pPr>
              <w:spacing w:after="0"/>
              <w:jc w:val="right"/>
            </w:pPr>
            <w:r>
              <w:rPr>
                <w:sz w:val="16"/>
              </w:rPr>
              <w:t>11</w:t>
            </w:r>
          </w:p>
        </w:tc>
        <w:tc>
          <w:tcPr>
            <w:tcW w:type="dxa" w:w="1037"/>
          </w:tcPr>
          <w:p>
            <w:pPr>
              <w:spacing w:after="0"/>
              <w:jc w:val="left"/>
            </w:pPr>
            <w:r>
              <w:rPr>
                <w:sz w:val="16"/>
              </w:rPr>
              <w:t>Winter Weather</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832"/>
          </w:tcPr>
          <w:p>
            <w:pPr>
              <w:spacing w:after="0"/>
              <w:jc w:val="right"/>
            </w:pPr>
            <w:r>
              <w:rPr>
                <w:sz w:val="16"/>
              </w:rPr>
              <w:t>$24,069</w:t>
            </w:r>
          </w:p>
        </w:tc>
        <w:tc>
          <w:tcPr>
            <w:tcW w:type="dxa" w:w="1195"/>
          </w:tcPr>
          <w:p>
            <w:pPr>
              <w:spacing w:after="0"/>
              <w:jc w:val="right"/>
            </w:pPr>
            <w:r>
              <w:rPr>
                <w:sz w:val="16"/>
              </w:rPr>
              <w:t>$110,107</w:t>
            </w:r>
          </w:p>
        </w:tc>
        <w:tc>
          <w:tcPr>
            <w:tcW w:type="dxa" w:w="1997"/>
          </w:tcPr>
          <w:p>
            <w:pPr>
              <w:spacing w:after="0"/>
              <w:jc w:val="right"/>
            </w:pPr>
            <w:r>
              <w:rPr>
                <w:sz w:val="16"/>
              </w:rPr>
              <w:t>287</w:t>
            </w:r>
          </w:p>
        </w:tc>
        <w:tc>
          <w:tcPr>
            <w:tcW w:type="dxa" w:w="2121"/>
          </w:tcPr>
          <w:p>
            <w:pPr>
              <w:spacing w:after="0"/>
              <w:jc w:val="left"/>
            </w:pPr>
          </w:p>
        </w:tc>
      </w:tr>
      <w:tr>
        <w:trPr>
          <w:cantSplit/>
        </w:trPr>
        <w:tc>
          <w:tcPr>
            <w:tcW w:type="dxa" w:w="713"/>
          </w:tcPr>
          <w:p>
            <w:pPr>
              <w:spacing w:after="0"/>
              <w:jc w:val="right"/>
            </w:pPr>
            <w:r>
              <w:rPr>
                <w:sz w:val="16"/>
              </w:rPr>
              <w:t>12</w:t>
            </w:r>
          </w:p>
        </w:tc>
        <w:tc>
          <w:tcPr>
            <w:tcW w:type="dxa" w:w="1037"/>
          </w:tcPr>
          <w:p>
            <w:pPr>
              <w:spacing w:after="0"/>
              <w:jc w:val="left"/>
            </w:pPr>
            <w:r>
              <w:rPr>
                <w:sz w:val="16"/>
              </w:rPr>
              <w:t>Landslide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$16,748</w:t>
            </w:r>
          </w:p>
        </w:tc>
        <w:tc>
          <w:tcPr>
            <w:tcW w:type="dxa" w:w="1126"/>
          </w:tcPr>
          <w:p>
            <w:pPr>
              <w:spacing w:after="0"/>
              <w:jc w:val="right"/>
            </w:pPr>
            <w:r>
              <w:rPr>
                <w:sz w:val="16"/>
              </w:rPr>
              <w:t>n/a</w:t>
            </w:r>
          </w:p>
        </w:tc>
        <w:tc>
          <w:tcPr>
            <w:tcW w:type="dxa" w:w="1832"/>
          </w:tcPr>
          <w:p>
            <w:pPr>
              <w:spacing w:after="0"/>
              <w:jc w:val="right"/>
            </w:pPr>
            <w:r>
              <w:rPr>
                <w:sz w:val="16"/>
              </w:rPr>
              <w:t>$9,219</w:t>
            </w:r>
          </w:p>
        </w:tc>
        <w:tc>
          <w:tcPr>
            <w:tcW w:type="dxa" w:w="1195"/>
          </w:tcPr>
          <w:p>
            <w:pPr>
              <w:spacing w:after="0"/>
              <w:jc w:val="right"/>
            </w:pPr>
            <w:r>
              <w:rPr>
                <w:sz w:val="16"/>
              </w:rPr>
              <w:t>$25,967</w:t>
            </w:r>
          </w:p>
        </w:tc>
        <w:tc>
          <w:tcPr>
            <w:tcW w:type="dxa" w:w="1997"/>
          </w:tcPr>
          <w:p>
            <w:pPr>
              <w:spacing w:after="0"/>
              <w:jc w:val="right"/>
            </w:pPr>
            <w:r>
              <w:rPr>
                <w:sz w:val="16"/>
              </w:rPr>
              <w:t>0</w:t>
            </w:r>
          </w:p>
        </w:tc>
        <w:tc>
          <w:tcPr>
            <w:tcW w:type="dxa" w:w="2121"/>
          </w:tcPr>
          <w:p>
            <w:pPr>
              <w:spacing w:after="0"/>
              <w:jc w:val="left"/>
            </w:pPr>
            <w:r>
              <w:rPr>
                <w:sz w:val="16"/>
              </w:rPr>
              <w:t>Declared 2 times; no Storm Events record of this type.</w:t>
            </w:r>
          </w:p>
        </w:tc>
      </w:tr>
      <w:tr>
        <w:trPr>
          <w:cantSplit/>
        </w:trPr>
        <w:tc>
          <w:tcPr>
            <w:tcW w:type="dxa" w:w="713"/>
          </w:tcPr>
          <w:p>
            <w:pPr>
              <w:spacing w:after="0"/>
              <w:jc w:val="right"/>
            </w:pPr>
            <w:r>
              <w:rPr>
                <w:sz w:val="16"/>
              </w:rPr>
              <w:t>13</w:t>
            </w:r>
          </w:p>
        </w:tc>
        <w:tc>
          <w:tcPr>
            <w:tcW w:type="dxa" w:w="1037"/>
          </w:tcPr>
          <w:p>
            <w:pPr>
              <w:spacing w:after="0"/>
              <w:jc w:val="left"/>
            </w:pPr>
            <w:r>
              <w:rPr>
                <w:sz w:val="16"/>
              </w:rPr>
              <w:t>Wildfire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832"/>
          </w:tcPr>
          <w:p>
            <w:pPr>
              <w:spacing w:after="0"/>
              <w:jc w:val="right"/>
            </w:pPr>
            <w:r>
              <w:rPr>
                <w:sz w:val="16"/>
              </w:rPr>
              <w:t>$926</w:t>
            </w:r>
          </w:p>
        </w:tc>
        <w:tc>
          <w:tcPr>
            <w:tcW w:type="dxa" w:w="1195"/>
          </w:tcPr>
          <w:p>
            <w:pPr>
              <w:spacing w:after="0"/>
              <w:jc w:val="right"/>
            </w:pPr>
            <w:r>
              <w:rPr>
                <w:sz w:val="16"/>
              </w:rPr>
              <w:t>$10,694</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14</w:t>
            </w:r>
          </w:p>
        </w:tc>
        <w:tc>
          <w:tcPr>
            <w:tcW w:type="dxa" w:w="1037"/>
          </w:tcPr>
          <w:p>
            <w:pPr>
              <w:spacing w:after="0"/>
              <w:jc w:val="left"/>
            </w:pPr>
            <w:r>
              <w:rPr>
                <w:sz w:val="16"/>
              </w:rPr>
              <w:t>Avalanche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832"/>
          </w:tcPr>
          <w:p>
            <w:pPr>
              <w:spacing w:after="0"/>
              <w:jc w:val="right"/>
            </w:pPr>
            <w:r>
              <w:rPr>
                <w:sz w:val="16"/>
              </w:rPr>
              <w:t>$3,364</w:t>
            </w:r>
          </w:p>
        </w:tc>
        <w:tc>
          <w:tcPr>
            <w:tcW w:type="dxa" w:w="1195"/>
          </w:tcPr>
          <w:p>
            <w:pPr>
              <w:spacing w:after="0"/>
              <w:jc w:val="right"/>
            </w:pPr>
            <w:r>
              <w:rPr>
                <w:sz w:val="16"/>
              </w:rPr>
              <w:t>$3,364</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15</w:t>
            </w:r>
          </w:p>
        </w:tc>
        <w:tc>
          <w:tcPr>
            <w:tcW w:type="dxa" w:w="1037"/>
          </w:tcPr>
          <w:p>
            <w:pPr>
              <w:spacing w:after="0"/>
              <w:jc w:val="left"/>
            </w:pPr>
            <w:r>
              <w:rPr>
                <w:sz w:val="16"/>
              </w:rPr>
              <w:t>Drought</w:t>
            </w:r>
          </w:p>
        </w:tc>
        <w:tc>
          <w:tcPr>
            <w:tcW w:type="dxa" w:w="1311"/>
          </w:tcPr>
          <w:p>
            <w:pPr>
              <w:spacing w:after="0"/>
              <w:jc w:val="left"/>
            </w:pPr>
            <w:r>
              <w:rPr>
                <w:sz w:val="16"/>
              </w:rPr>
              <w:t>No Rating</w:t>
            </w:r>
          </w:p>
        </w:tc>
        <w:tc>
          <w:tcPr>
            <w:tcW w:type="dxa" w:w="165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832"/>
          </w:tcPr>
          <w:p>
            <w:pPr>
              <w:spacing w:after="0"/>
              <w:jc w:val="right"/>
            </w:pPr>
            <w:r>
              <w:rPr>
                <w:sz w:val="16"/>
              </w:rPr>
              <w:t>n/a</w:t>
            </w:r>
          </w:p>
        </w:tc>
        <w:tc>
          <w:tcPr>
            <w:tcW w:type="dxa" w:w="1195"/>
          </w:tcPr>
          <w:p>
            <w:pPr>
              <w:spacing w:after="0"/>
              <w:jc w:val="right"/>
            </w:pPr>
            <w:r>
              <w:rPr>
                <w:sz w:val="16"/>
              </w:rPr>
              <w:t>$0</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Rutland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9627 (Very Low, 60.8); tract 9642 (Very Low, 60.6); tract 9638 (Very Low, 60.5)</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9633 (Relatively Low, 72.2); tract 9627 (Relatively Low, 58.6); tract 9622 (Relatively Low, 56.3)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9633 (Relatively Low, 75.3); tract 9627 (Relatively Low, 72.4); tract 9638 (Relatively Low, 69.9)</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9628 (Relatively Moderate, 97.7); tract 9621 (Relatively Moderate, 96.0); tract 9623 (Relatively Low, 94.6)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9633 (Relatively Low, 44.3); tract 9638 (Relatively Low, 43.4); tract 9627 (Relatively Low, 39.3)</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9628 (Relatively Low, 69.5); tract 9638 (Very Low, 67.0); tract 9627 (Very Low, 65.9)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9627 is Census Tract 9627).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Rutland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9"/>
        <w:gridCol w:w="1839"/>
        <w:gridCol w:w="1698"/>
        <w:gridCol w:w="1876"/>
        <w:gridCol w:w="1594"/>
        <w:gridCol w:w="1547"/>
        <w:gridCol w:w="1872"/>
        <w:gridCol w:w="1877"/>
      </w:tblGrid>
      <w:tr>
        <w:trPr>
          <w:cantSplit/>
          <w:tblHeader/>
        </w:trPr>
        <w:tc>
          <w:tcPr>
            <w:tcW w:type="dxa" w:w="1809"/>
            <w:shd w:val="clear" w:color="auto" w:fill="E8E8E8"/>
          </w:tcPr>
          <w:p>
            <w:pPr>
              <w:spacing w:after="0"/>
              <w:jc w:val="left"/>
            </w:pPr>
            <w:r>
              <w:rPr>
                <w:b/>
                <w:sz w:val="16"/>
              </w:rPr>
              <w:t>Hazard</w:t>
            </w:r>
          </w:p>
        </w:tc>
        <w:tc>
          <w:tcPr>
            <w:tcW w:type="dxa" w:w="1839"/>
            <w:shd w:val="clear" w:color="auto" w:fill="E8E8E8"/>
          </w:tcPr>
          <w:p>
            <w:pPr>
              <w:spacing w:after="0"/>
              <w:jc w:val="left"/>
            </w:pPr>
            <w:r>
              <w:rPr>
                <w:b/>
                <w:sz w:val="16"/>
              </w:rPr>
              <w:t>Scale</w:t>
            </w:r>
          </w:p>
        </w:tc>
        <w:tc>
          <w:tcPr>
            <w:tcW w:type="dxa" w:w="169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6"/>
            <w:shd w:val="clear" w:color="auto" w:fill="E8E8E8"/>
          </w:tcPr>
          <w:p>
            <w:pPr>
              <w:spacing w:after="0"/>
              <w:jc w:val="left"/>
            </w:pPr>
            <w:r>
              <w:rPr>
                <w:b/>
                <w:sz w:val="16"/>
              </w:rPr>
              <w:t>Observed range</w:t>
            </w:r>
          </w:p>
        </w:tc>
        <w:tc>
          <w:tcPr>
            <w:tcW w:type="dxa" w:w="1594"/>
            <w:shd w:val="clear" w:color="auto" w:fill="E8E8E8"/>
          </w:tcPr>
          <w:p>
            <w:pPr>
              <w:spacing w:after="0"/>
              <w:jc w:val="left"/>
            </w:pPr>
            <w:r>
              <w:rPr>
                <w:b/>
                <w:sz w:val="16"/>
              </w:rPr>
              <w:t>Worst recorded event</w:t>
            </w:r>
          </w:p>
        </w:tc>
        <w:tc>
          <w:tcPr>
            <w:tcW w:type="dxa" w:w="1547"/>
            <w:shd w:val="clear" w:color="auto" w:fill="E8E8E8"/>
          </w:tcPr>
          <w:p>
            <w:pPr>
              <w:spacing w:after="0"/>
              <w:jc w:val="left"/>
            </w:pPr>
            <w:r>
              <w:rPr>
                <w:b/>
                <w:sz w:val="16"/>
              </w:rPr>
              <w:t>Most damaging (when different)</w:t>
            </w:r>
          </w:p>
        </w:tc>
        <w:tc>
          <w:tcPr>
            <w:tcW w:type="dxa" w:w="1872"/>
            <w:shd w:val="clear" w:color="auto" w:fill="E8E8E8"/>
          </w:tcPr>
          <w:p>
            <w:pPr>
              <w:spacing w:after="0"/>
              <w:jc w:val="left"/>
            </w:pPr>
            <w:r>
              <w:rPr>
                <w:b/>
                <w:sz w:val="16"/>
              </w:rPr>
              <w:t>Where in the county</w:t>
            </w:r>
          </w:p>
        </w:tc>
        <w:tc>
          <w:tcPr>
            <w:tcW w:type="dxa" w:w="1877"/>
            <w:shd w:val="clear" w:color="auto" w:fill="E8E8E8"/>
          </w:tcPr>
          <w:p>
            <w:pPr>
              <w:spacing w:after="0"/>
              <w:jc w:val="left"/>
            </w:pPr>
            <w:r>
              <w:rPr>
                <w:b/>
                <w:sz w:val="16"/>
              </w:rPr>
              <w:t>Note</w:t>
            </w:r>
          </w:p>
        </w:tc>
      </w:tr>
      <w:tr>
        <w:trPr>
          <w:cantSplit/>
        </w:trPr>
        <w:tc>
          <w:tcPr>
            <w:tcW w:type="dxa" w:w="1809"/>
          </w:tcPr>
          <w:p>
            <w:pPr>
              <w:spacing w:after="0"/>
              <w:jc w:val="left"/>
            </w:pPr>
            <w:r>
              <w:rPr>
                <w:sz w:val="16"/>
              </w:rPr>
              <w:t>Avalanche</w:t>
            </w:r>
          </w:p>
        </w:tc>
        <w:tc>
          <w:tcPr>
            <w:tcW w:type="dxa" w:w="1839"/>
          </w:tcPr>
          <w:p>
            <w:pPr>
              <w:spacing w:after="0"/>
              <w:jc w:val="left"/>
            </w:pPr>
            <w:r>
              <w:rPr>
                <w:sz w:val="16"/>
              </w:rPr>
              <w:t>none (count and damage only)</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p>
        </w:tc>
      </w:tr>
      <w:tr>
        <w:trPr>
          <w:cantSplit/>
        </w:trPr>
        <w:tc>
          <w:tcPr>
            <w:tcW w:type="dxa" w:w="1809"/>
          </w:tcPr>
          <w:p>
            <w:pPr>
              <w:spacing w:after="0"/>
              <w:jc w:val="left"/>
            </w:pPr>
            <w:r>
              <w:rPr>
                <w:sz w:val="16"/>
              </w:rPr>
              <w:t>Cold/Wind Chill, Extreme Cold/Wind Chill</w:t>
            </w:r>
          </w:p>
        </w:tc>
        <w:tc>
          <w:tcPr>
            <w:tcW w:type="dxa" w:w="1839"/>
          </w:tcPr>
          <w:p>
            <w:pPr>
              <w:spacing w:after="0"/>
              <w:jc w:val="left"/>
            </w:pPr>
            <w:r>
              <w:rPr>
                <w:sz w:val="16"/>
              </w:rPr>
              <w:t>wind chill</w:t>
            </w:r>
          </w:p>
        </w:tc>
        <w:tc>
          <w:tcPr>
            <w:tcW w:type="dxa" w:w="1698"/>
          </w:tcPr>
          <w:p>
            <w:pPr>
              <w:spacing w:after="0"/>
              <w:jc w:val="right"/>
            </w:pPr>
            <w:r>
              <w:rPr>
                <w:sz w:val="16"/>
              </w:rPr>
              <w:t>25 records, 1997 to 2026 (25 zone-level)</w:t>
            </w:r>
          </w:p>
        </w:tc>
        <w:tc>
          <w:tcPr>
            <w:tcW w:type="dxa" w:w="1876"/>
          </w:tcPr>
          <w:p>
            <w:pPr>
              <w:spacing w:after="0"/>
              <w:jc w:val="left"/>
            </w:pPr>
            <w:r>
              <w:rPr>
                <w:sz w:val="16"/>
              </w:rPr>
              <w:t>1 day to 28 days (median 2 days); 23 with a recorded value</w:t>
            </w:r>
          </w:p>
        </w:tc>
        <w:tc>
          <w:tcPr>
            <w:tcW w:type="dxa" w:w="1594"/>
          </w:tcPr>
          <w:p>
            <w:pPr>
              <w:spacing w:after="0"/>
              <w:jc w:val="left"/>
            </w:pPr>
            <w:r>
              <w:rPr>
                <w:sz w:val="16"/>
              </w:rPr>
              <w:t>February 2015 (1 monthly summary record), zone-level</w:t>
            </w:r>
          </w:p>
        </w:tc>
        <w:tc>
          <w:tcPr>
            <w:tcW w:type="dxa" w:w="1547"/>
          </w:tcPr>
          <w:p>
            <w:pPr>
              <w:spacing w:after="0"/>
              <w:jc w:val="left"/>
            </w:pPr>
          </w:p>
        </w:tc>
        <w:tc>
          <w:tcPr>
            <w:tcW w:type="dxa" w:w="1872"/>
          </w:tcPr>
          <w:p>
            <w:pPr>
              <w:spacing w:after="0"/>
              <w:jc w:val="left"/>
            </w:pPr>
            <w:r>
              <w:rPr>
                <w:sz w:val="16"/>
              </w:rPr>
              <w:t>Countywide (zone-level records).</w:t>
            </w:r>
          </w:p>
        </w:tc>
        <w:tc>
          <w:tcPr>
            <w:tcW w:type="dxa" w:w="1877"/>
          </w:tcPr>
          <w:p>
            <w:pPr>
              <w:spacing w:after="0"/>
              <w:jc w:val="left"/>
            </w:pPr>
          </w:p>
        </w:tc>
      </w:tr>
      <w:tr>
        <w:trPr>
          <w:cantSplit/>
        </w:trPr>
        <w:tc>
          <w:tcPr>
            <w:tcW w:type="dxa" w:w="1809"/>
          </w:tcPr>
          <w:p>
            <w:pPr>
              <w:spacing w:after="0"/>
              <w:jc w:val="left"/>
            </w:pPr>
            <w:r>
              <w:rPr>
                <w:sz w:val="16"/>
              </w:rPr>
              <w:t>Frost/Freeze (outside NRI's Cold Wave definition)</w:t>
            </w:r>
          </w:p>
        </w:tc>
        <w:tc>
          <w:tcPr>
            <w:tcW w:type="dxa" w:w="1839"/>
          </w:tcPr>
          <w:p>
            <w:pPr>
              <w:spacing w:after="0"/>
              <w:jc w:val="left"/>
            </w:pPr>
            <w:r>
              <w:rPr>
                <w:sz w:val="16"/>
              </w:rPr>
              <w:t>crop damage</w:t>
            </w:r>
          </w:p>
        </w:tc>
        <w:tc>
          <w:tcPr>
            <w:tcW w:type="dxa" w:w="1698"/>
          </w:tcPr>
          <w:p>
            <w:pPr>
              <w:spacing w:after="0"/>
              <w:jc w:val="right"/>
            </w:pPr>
            <w:r>
              <w:rPr>
                <w:sz w:val="16"/>
              </w:rPr>
              <w:t>5 records, 2005 to 2023 (5 zone-level)</w:t>
            </w:r>
          </w:p>
        </w:tc>
        <w:tc>
          <w:tcPr>
            <w:tcW w:type="dxa" w:w="1876"/>
          </w:tcPr>
          <w:p>
            <w:pPr>
              <w:spacing w:after="0"/>
              <w:jc w:val="left"/>
            </w:pPr>
          </w:p>
        </w:tc>
        <w:tc>
          <w:tcPr>
            <w:tcW w:type="dxa" w:w="1594"/>
          </w:tcPr>
          <w:p>
            <w:pPr>
              <w:spacing w:after="0"/>
              <w:jc w:val="left"/>
            </w:pPr>
            <w:r>
              <w:rPr>
                <w:sz w:val="16"/>
              </w:rPr>
              <w:t>Frost/Freeze, 2023-05-18, $1,000,000 crop damage (2023 dollars); NWS zone VTZ011</w:t>
            </w:r>
          </w:p>
        </w:tc>
        <w:tc>
          <w:tcPr>
            <w:tcW w:type="dxa" w:w="1547"/>
          </w:tcPr>
          <w:p>
            <w:pPr>
              <w:spacing w:after="0"/>
              <w:jc w:val="left"/>
            </w:pPr>
          </w:p>
        </w:tc>
        <w:tc>
          <w:tcPr>
            <w:tcW w:type="dxa" w:w="1872"/>
          </w:tcPr>
          <w:p>
            <w:pPr>
              <w:spacing w:after="0"/>
              <w:jc w:val="left"/>
            </w:pPr>
            <w:r>
              <w:rPr>
                <w:sz w:val="16"/>
              </w:rPr>
              <w:t>Countywide (zone-level records).</w:t>
            </w:r>
          </w:p>
        </w:tc>
        <w:tc>
          <w:tcPr>
            <w:tcW w:type="dxa" w:w="1877"/>
          </w:tcPr>
          <w:p>
            <w:pPr>
              <w:spacing w:after="0"/>
              <w:jc w:val="left"/>
            </w:pPr>
          </w:p>
        </w:tc>
      </w:tr>
      <w:tr>
        <w:trPr>
          <w:cantSplit/>
        </w:trPr>
        <w:tc>
          <w:tcPr>
            <w:tcW w:type="dxa" w:w="1809"/>
          </w:tcPr>
          <w:p>
            <w:pPr>
              <w:spacing w:after="0"/>
              <w:jc w:val="left"/>
            </w:pPr>
            <w:r>
              <w:rPr>
                <w:sz w:val="16"/>
              </w:rPr>
              <w:t>Drought</w:t>
            </w:r>
          </w:p>
        </w:tc>
        <w:tc>
          <w:tcPr>
            <w:tcW w:type="dxa" w:w="1839"/>
          </w:tcPr>
          <w:p>
            <w:pPr>
              <w:spacing w:after="0"/>
              <w:jc w:val="left"/>
            </w:pPr>
            <w:r>
              <w:rPr>
                <w:sz w:val="16"/>
              </w:rPr>
              <w:t>U.S. Drought Monitor scale (D0 to D4)</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9"/>
          </w:tcPr>
          <w:p>
            <w:pPr>
              <w:spacing w:after="0"/>
              <w:jc w:val="left"/>
            </w:pPr>
            <w:r>
              <w:rPr>
                <w:sz w:val="16"/>
              </w:rPr>
              <w:t>Earthquake</w:t>
            </w:r>
          </w:p>
        </w:tc>
        <w:tc>
          <w:tcPr>
            <w:tcW w:type="dxa" w:w="1839"/>
          </w:tcPr>
          <w:p>
            <w:pPr>
              <w:spacing w:after="0"/>
              <w:jc w:val="left"/>
            </w:pPr>
            <w:r>
              <w:rPr>
                <w:sz w:val="16"/>
              </w:rPr>
              <w:t>Modified Mercalli (local data)</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r>
              <w:rPr>
                <w:sz w:val="16"/>
              </w:rPr>
              <w:t>Storm Events does not record earthquakes; the USGS earthquake catalog is the source.</w:t>
            </w:r>
          </w:p>
        </w:tc>
      </w:tr>
      <w:tr>
        <w:trPr>
          <w:cantSplit/>
        </w:trPr>
        <w:tc>
          <w:tcPr>
            <w:tcW w:type="dxa" w:w="1809"/>
          </w:tcPr>
          <w:p>
            <w:pPr>
              <w:spacing w:after="0"/>
              <w:jc w:val="left"/>
            </w:pPr>
            <w:r>
              <w:rPr>
                <w:sz w:val="16"/>
              </w:rPr>
              <w:t>Hail</w:t>
            </w:r>
          </w:p>
        </w:tc>
        <w:tc>
          <w:tcPr>
            <w:tcW w:type="dxa" w:w="1839"/>
          </w:tcPr>
          <w:p>
            <w:pPr>
              <w:spacing w:after="0"/>
              <w:jc w:val="left"/>
            </w:pPr>
            <w:r>
              <w:rPr>
                <w:sz w:val="16"/>
              </w:rPr>
              <w:t>hail size (inches)</w:t>
            </w:r>
          </w:p>
        </w:tc>
        <w:tc>
          <w:tcPr>
            <w:tcW w:type="dxa" w:w="1698"/>
          </w:tcPr>
          <w:p>
            <w:pPr>
              <w:spacing w:after="0"/>
              <w:jc w:val="right"/>
            </w:pPr>
            <w:r>
              <w:rPr>
                <w:sz w:val="16"/>
              </w:rPr>
              <w:t>90 records, 1966 to 2025</w:t>
            </w:r>
          </w:p>
        </w:tc>
        <w:tc>
          <w:tcPr>
            <w:tcW w:type="dxa" w:w="1876"/>
          </w:tcPr>
          <w:p>
            <w:pPr>
              <w:spacing w:after="0"/>
              <w:jc w:val="left"/>
            </w:pPr>
            <w:r>
              <w:rPr>
                <w:sz w:val="16"/>
              </w:rPr>
              <w:t>0.75 in to 2.5 in (median 1 in); 89 with a recorded value</w:t>
            </w:r>
          </w:p>
        </w:tc>
        <w:tc>
          <w:tcPr>
            <w:tcW w:type="dxa" w:w="1594"/>
          </w:tcPr>
          <w:p>
            <w:pPr>
              <w:spacing w:after="0"/>
              <w:jc w:val="left"/>
            </w:pPr>
            <w:r>
              <w:rPr>
                <w:sz w:val="16"/>
              </w:rPr>
              <w:t>2.5 in hail, 1988-08-28</w:t>
            </w:r>
          </w:p>
        </w:tc>
        <w:tc>
          <w:tcPr>
            <w:tcW w:type="dxa" w:w="1547"/>
          </w:tcPr>
          <w:p>
            <w:pPr>
              <w:spacing w:after="0"/>
              <w:jc w:val="left"/>
            </w:pPr>
            <w:r>
              <w:rPr>
                <w:sz w:val="16"/>
              </w:rPr>
              <w:t>Hail, 2014-05-27, $75,000 property; $0 crops (2014 dollars)</w:t>
            </w:r>
          </w:p>
        </w:tc>
        <w:tc>
          <w:tcPr>
            <w:tcW w:type="dxa" w:w="1872"/>
          </w:tcPr>
          <w:p>
            <w:pPr>
              <w:spacing w:after="0"/>
              <w:jc w:val="left"/>
            </w:pPr>
            <w:r>
              <w:rPr>
                <w:sz w:val="16"/>
              </w:rPr>
              <w:t>Event records naming places in the county: Rutland city (9 records), Rutland town (9 records), Clarendon town (7 records), Pittsford town (7 records), Fair Haven town (5 records), Mendon town (5 records), Proctor town (5 records), Brandon town (4 records), Castleton town (4 records), Chittenden town (4 records); and 15 more places (see the Excel file).</w:t>
            </w:r>
          </w:p>
        </w:tc>
        <w:tc>
          <w:tcPr>
            <w:tcW w:type="dxa" w:w="1877"/>
          </w:tcPr>
          <w:p>
            <w:pPr>
              <w:spacing w:after="0"/>
              <w:jc w:val="left"/>
            </w:pPr>
          </w:p>
        </w:tc>
      </w:tr>
      <w:tr>
        <w:trPr>
          <w:cantSplit/>
        </w:trPr>
        <w:tc>
          <w:tcPr>
            <w:tcW w:type="dxa" w:w="1809"/>
          </w:tcPr>
          <w:p>
            <w:pPr>
              <w:spacing w:after="0"/>
              <w:jc w:val="left"/>
            </w:pPr>
            <w:r>
              <w:rPr>
                <w:sz w:val="16"/>
              </w:rPr>
              <w:t>Excessive Heat, Heat</w:t>
            </w:r>
          </w:p>
        </w:tc>
        <w:tc>
          <w:tcPr>
            <w:tcW w:type="dxa" w:w="1839"/>
          </w:tcPr>
          <w:p>
            <w:pPr>
              <w:spacing w:after="0"/>
              <w:jc w:val="left"/>
            </w:pPr>
            <w:r>
              <w:rPr>
                <w:sz w:val="16"/>
              </w:rPr>
              <w:t>heat index (in event narratives)</w:t>
            </w:r>
          </w:p>
        </w:tc>
        <w:tc>
          <w:tcPr>
            <w:tcW w:type="dxa" w:w="1698"/>
          </w:tcPr>
          <w:p>
            <w:pPr>
              <w:spacing w:after="0"/>
              <w:jc w:val="right"/>
            </w:pPr>
            <w:r>
              <w:rPr>
                <w:sz w:val="16"/>
              </w:rPr>
              <w:t>8 records, 2006 to 2025 (8 zone-level)</w:t>
            </w:r>
          </w:p>
        </w:tc>
        <w:tc>
          <w:tcPr>
            <w:tcW w:type="dxa" w:w="1876"/>
          </w:tcPr>
          <w:p>
            <w:pPr>
              <w:spacing w:after="0"/>
              <w:jc w:val="left"/>
            </w:pPr>
            <w:r>
              <w:rPr>
                <w:sz w:val="16"/>
              </w:rPr>
              <w:t>1 day to 6 days (median 3 days); 6 with a recorded value</w:t>
            </w:r>
          </w:p>
        </w:tc>
        <w:tc>
          <w:tcPr>
            <w:tcW w:type="dxa" w:w="1594"/>
          </w:tcPr>
          <w:p>
            <w:pPr>
              <w:spacing w:after="0"/>
              <w:jc w:val="left"/>
            </w:pPr>
            <w:r>
              <w:rPr>
                <w:sz w:val="16"/>
              </w:rPr>
              <w:t>6 consecutive days, 2020-06-18 to 2020-06-23, zone-level</w:t>
            </w:r>
          </w:p>
        </w:tc>
        <w:tc>
          <w:tcPr>
            <w:tcW w:type="dxa" w:w="1547"/>
          </w:tcPr>
          <w:p>
            <w:pPr>
              <w:spacing w:after="0"/>
              <w:jc w:val="left"/>
            </w:pPr>
            <w:r>
              <w:rPr>
                <w:sz w:val="16"/>
              </w:rPr>
              <w:t>Heat, 2012-03-17, $0 property; $350,000 crops (zone total, 2012 dollars)</w:t>
            </w:r>
          </w:p>
        </w:tc>
        <w:tc>
          <w:tcPr>
            <w:tcW w:type="dxa" w:w="1872"/>
          </w:tcPr>
          <w:p>
            <w:pPr>
              <w:spacing w:after="0"/>
              <w:jc w:val="left"/>
            </w:pPr>
            <w:r>
              <w:rPr>
                <w:sz w:val="16"/>
              </w:rPr>
              <w:t>Countywide (zone-level records).</w:t>
            </w:r>
          </w:p>
        </w:tc>
        <w:tc>
          <w:tcPr>
            <w:tcW w:type="dxa" w:w="1877"/>
          </w:tcPr>
          <w:p>
            <w:pPr>
              <w:spacing w:after="0"/>
              <w:jc w:val="left"/>
            </w:pPr>
            <w:r>
              <w:rPr>
                <w:sz w:val="16"/>
              </w:rPr>
              <w:t>Heat records from November to March (unseasonable warmth, not a heat wave) are counted but not used for the longest run.</w:t>
            </w:r>
          </w:p>
        </w:tc>
      </w:tr>
      <w:tr>
        <w:trPr>
          <w:cantSplit/>
        </w:trPr>
        <w:tc>
          <w:tcPr>
            <w:tcW w:type="dxa" w:w="1809"/>
          </w:tcPr>
          <w:p>
            <w:pPr>
              <w:spacing w:after="0"/>
              <w:jc w:val="left"/>
            </w:pPr>
            <w:r>
              <w:rPr>
                <w:sz w:val="16"/>
              </w:rPr>
              <w:t>Hurricane, Tropical Storm, Tropical Depression</w:t>
            </w:r>
          </w:p>
        </w:tc>
        <w:tc>
          <w:tcPr>
            <w:tcW w:type="dxa" w:w="1839"/>
          </w:tcPr>
          <w:p>
            <w:pPr>
              <w:spacing w:after="0"/>
              <w:jc w:val="left"/>
            </w:pPr>
            <w:r>
              <w:rPr>
                <w:sz w:val="16"/>
              </w:rPr>
              <w:t>Saffir-Simpson</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9"/>
          </w:tcPr>
          <w:p>
            <w:pPr>
              <w:spacing w:after="0"/>
              <w:jc w:val="left"/>
            </w:pPr>
            <w:r>
              <w:rPr>
                <w:sz w:val="16"/>
              </w:rPr>
              <w:t>Ice Storm</w:t>
            </w:r>
          </w:p>
        </w:tc>
        <w:tc>
          <w:tcPr>
            <w:tcW w:type="dxa" w:w="1839"/>
          </w:tcPr>
          <w:p>
            <w:pPr>
              <w:spacing w:after="0"/>
              <w:jc w:val="left"/>
            </w:pPr>
            <w:r>
              <w:rPr>
                <w:sz w:val="16"/>
              </w:rPr>
              <w:t>Sperry-Piltz ice scale (local data)</w:t>
            </w:r>
          </w:p>
        </w:tc>
        <w:tc>
          <w:tcPr>
            <w:tcW w:type="dxa" w:w="1698"/>
          </w:tcPr>
          <w:p>
            <w:pPr>
              <w:spacing w:after="0"/>
              <w:jc w:val="right"/>
            </w:pPr>
            <w:r>
              <w:rPr>
                <w:sz w:val="16"/>
              </w:rPr>
              <w:t>2 records, 1998 to 2025 (2 zone-level)</w:t>
            </w:r>
          </w:p>
        </w:tc>
        <w:tc>
          <w:tcPr>
            <w:tcW w:type="dxa" w:w="1876"/>
          </w:tcPr>
          <w:p>
            <w:pPr>
              <w:spacing w:after="0"/>
              <w:jc w:val="left"/>
            </w:pPr>
          </w:p>
        </w:tc>
        <w:tc>
          <w:tcPr>
            <w:tcW w:type="dxa" w:w="1594"/>
          </w:tcPr>
          <w:p>
            <w:pPr>
              <w:spacing w:after="0"/>
              <w:jc w:val="left"/>
            </w:pPr>
            <w:r>
              <w:rPr>
                <w:sz w:val="16"/>
              </w:rPr>
              <w:t>Ice Storm, 1998-01-06, $80,000 property; crops not reported (1998 dollars); NWS zone VTZ011</w:t>
            </w:r>
          </w:p>
        </w:tc>
        <w:tc>
          <w:tcPr>
            <w:tcW w:type="dxa" w:w="1547"/>
          </w:tcPr>
          <w:p>
            <w:pPr>
              <w:spacing w:after="0"/>
              <w:jc w:val="left"/>
            </w:pPr>
          </w:p>
        </w:tc>
        <w:tc>
          <w:tcPr>
            <w:tcW w:type="dxa" w:w="1872"/>
          </w:tcPr>
          <w:p>
            <w:pPr>
              <w:spacing w:after="0"/>
              <w:jc w:val="left"/>
            </w:pPr>
            <w:r>
              <w:rPr>
                <w:sz w:val="16"/>
              </w:rPr>
              <w:t>Countywide (zone-level records).</w:t>
            </w:r>
          </w:p>
        </w:tc>
        <w:tc>
          <w:tcPr>
            <w:tcW w:type="dxa" w:w="1877"/>
          </w:tcPr>
          <w:p>
            <w:pPr>
              <w:spacing w:after="0"/>
              <w:jc w:val="left"/>
            </w:pPr>
          </w:p>
        </w:tc>
      </w:tr>
      <w:tr>
        <w:trPr>
          <w:cantSplit/>
        </w:trPr>
        <w:tc>
          <w:tcPr>
            <w:tcW w:type="dxa" w:w="1809"/>
          </w:tcPr>
          <w:p>
            <w:pPr>
              <w:spacing w:after="0"/>
              <w:jc w:val="left"/>
            </w:pPr>
            <w:r>
              <w:rPr>
                <w:sz w:val="16"/>
              </w:rPr>
              <w:t>Flash Flood, Flood, Lakeshore Flood</w:t>
            </w:r>
          </w:p>
        </w:tc>
        <w:tc>
          <w:tcPr>
            <w:tcW w:type="dxa" w:w="1839"/>
          </w:tcPr>
          <w:p>
            <w:pPr>
              <w:spacing w:after="0"/>
              <w:jc w:val="left"/>
            </w:pPr>
            <w:r>
              <w:rPr>
                <w:sz w:val="16"/>
              </w:rPr>
              <w:t>damage and flood days (flood depth: FIRM)</w:t>
            </w:r>
          </w:p>
        </w:tc>
        <w:tc>
          <w:tcPr>
            <w:tcW w:type="dxa" w:w="1698"/>
          </w:tcPr>
          <w:p>
            <w:pPr>
              <w:spacing w:after="0"/>
              <w:jc w:val="right"/>
            </w:pPr>
            <w:r>
              <w:rPr>
                <w:sz w:val="16"/>
              </w:rPr>
              <w:t>68 records, 1996 to 2026 (21 zone-level)</w:t>
            </w:r>
          </w:p>
        </w:tc>
        <w:tc>
          <w:tcPr>
            <w:tcW w:type="dxa" w:w="1876"/>
          </w:tcPr>
          <w:p>
            <w:pPr>
              <w:spacing w:after="0"/>
              <w:jc w:val="left"/>
            </w:pPr>
          </w:p>
        </w:tc>
        <w:tc>
          <w:tcPr>
            <w:tcW w:type="dxa" w:w="1594"/>
          </w:tcPr>
          <w:p>
            <w:pPr>
              <w:spacing w:after="0"/>
              <w:jc w:val="left"/>
            </w:pPr>
            <w:r>
              <w:rPr>
                <w:sz w:val="16"/>
              </w:rPr>
              <w:t>Flash Flood, 2011-08-28, $50,000,000 property; $1,500,000 crops (2011 dollars), 2 direct deaths</w:t>
            </w:r>
          </w:p>
        </w:tc>
        <w:tc>
          <w:tcPr>
            <w:tcW w:type="dxa" w:w="1547"/>
          </w:tcPr>
          <w:p>
            <w:pPr>
              <w:spacing w:after="0"/>
              <w:jc w:val="left"/>
            </w:pPr>
          </w:p>
        </w:tc>
        <w:tc>
          <w:tcPr>
            <w:tcW w:type="dxa" w:w="1872"/>
          </w:tcPr>
          <w:p>
            <w:pPr>
              <w:spacing w:after="0"/>
              <w:jc w:val="left"/>
            </w:pPr>
            <w:r>
              <w:rPr>
                <w:sz w:val="16"/>
              </w:rPr>
              <w:t>Event records naming places in the county: Rutland city (7 records), Rutland town (7 records), Brandon town (5 records), Clarendon town (5 records), Wallingford town (5 records), Castleton town (4 records), Pawlet town (4 records), Killington town (3 records), Benson town (2 records), Fair Haven town (2 records); and 7 more places (see the Excel file). Zone-level records (21) apply countywide.</w:t>
            </w:r>
          </w:p>
        </w:tc>
        <w:tc>
          <w:tcPr>
            <w:tcW w:type="dxa" w:w="187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9"/>
          </w:tcPr>
          <w:p>
            <w:pPr>
              <w:spacing w:after="0"/>
              <w:jc w:val="left"/>
            </w:pPr>
            <w:r>
              <w:rPr>
                <w:sz w:val="16"/>
              </w:rPr>
              <w:t>Debris Flow</w:t>
            </w:r>
          </w:p>
        </w:tc>
        <w:tc>
          <w:tcPr>
            <w:tcW w:type="dxa" w:w="1839"/>
          </w:tcPr>
          <w:p>
            <w:pPr>
              <w:spacing w:after="0"/>
              <w:jc w:val="left"/>
            </w:pPr>
            <w:r>
              <w:rPr>
                <w:sz w:val="16"/>
              </w:rPr>
              <w:t>none (count and damage only)</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p>
        </w:tc>
      </w:tr>
      <w:tr>
        <w:trPr>
          <w:cantSplit/>
        </w:trPr>
        <w:tc>
          <w:tcPr>
            <w:tcW w:type="dxa" w:w="1809"/>
          </w:tcPr>
          <w:p>
            <w:pPr>
              <w:spacing w:after="0"/>
              <w:jc w:val="left"/>
            </w:pPr>
            <w:r>
              <w:rPr>
                <w:sz w:val="16"/>
              </w:rPr>
              <w:t>Lightning</w:t>
            </w:r>
          </w:p>
        </w:tc>
        <w:tc>
          <w:tcPr>
            <w:tcW w:type="dxa" w:w="1839"/>
          </w:tcPr>
          <w:p>
            <w:pPr>
              <w:spacing w:after="0"/>
              <w:jc w:val="left"/>
            </w:pPr>
            <w:r>
              <w:rPr>
                <w:sz w:val="16"/>
              </w:rPr>
              <w:t>annualized frequency (the measure FEMA's Local Mitigation Planning Handbook names)</w:t>
            </w:r>
          </w:p>
        </w:tc>
        <w:tc>
          <w:tcPr>
            <w:tcW w:type="dxa" w:w="1698"/>
          </w:tcPr>
          <w:p>
            <w:pPr>
              <w:spacing w:after="0"/>
              <w:jc w:val="right"/>
            </w:pPr>
            <w:r>
              <w:rPr>
                <w:sz w:val="16"/>
              </w:rPr>
              <w:t>6 records, 2000 to 2013</w:t>
            </w:r>
          </w:p>
        </w:tc>
        <w:tc>
          <w:tcPr>
            <w:tcW w:type="dxa" w:w="1876"/>
          </w:tcPr>
          <w:p>
            <w:pPr>
              <w:spacing w:after="0"/>
              <w:jc w:val="left"/>
            </w:pPr>
          </w:p>
        </w:tc>
        <w:tc>
          <w:tcPr>
            <w:tcW w:type="dxa" w:w="1594"/>
          </w:tcPr>
          <w:p>
            <w:pPr>
              <w:spacing w:after="0"/>
              <w:jc w:val="left"/>
            </w:pPr>
            <w:r>
              <w:rPr>
                <w:sz w:val="16"/>
              </w:rPr>
              <w:t>Lightning, 2007-05-10, $50,000 property; $0 crops (2007 dollars)</w:t>
            </w:r>
          </w:p>
        </w:tc>
        <w:tc>
          <w:tcPr>
            <w:tcW w:type="dxa" w:w="1547"/>
          </w:tcPr>
          <w:p>
            <w:pPr>
              <w:spacing w:after="0"/>
              <w:jc w:val="left"/>
            </w:pPr>
          </w:p>
        </w:tc>
        <w:tc>
          <w:tcPr>
            <w:tcW w:type="dxa" w:w="1872"/>
          </w:tcPr>
          <w:p>
            <w:pPr>
              <w:spacing w:after="0"/>
              <w:jc w:val="left"/>
            </w:pPr>
            <w:r>
              <w:rPr>
                <w:sz w:val="16"/>
              </w:rPr>
              <w:t>Event records naming places in the county: Clarendon town (2 records), Brandon town (1 record), Hubbardton town (1 record), Poultney town (1 record), Poultney village (1 record).</w:t>
            </w:r>
          </w:p>
        </w:tc>
        <w:tc>
          <w:tcPr>
            <w:tcW w:type="dxa" w:w="1877"/>
          </w:tcPr>
          <w:p>
            <w:pPr>
              <w:spacing w:after="0"/>
              <w:jc w:val="left"/>
            </w:pPr>
            <w:r>
              <w:rPr>
                <w:sz w:val="16"/>
              </w:rPr>
              <w:t>Storm Events lists lightning with damage or casualties.</w:t>
            </w:r>
          </w:p>
        </w:tc>
      </w:tr>
      <w:tr>
        <w:trPr>
          <w:cantSplit/>
        </w:trPr>
        <w:tc>
          <w:tcPr>
            <w:tcW w:type="dxa" w:w="1809"/>
          </w:tcPr>
          <w:p>
            <w:pPr>
              <w:spacing w:after="0"/>
              <w:jc w:val="left"/>
            </w:pPr>
            <w:r>
              <w:rPr>
                <w:sz w:val="16"/>
              </w:rPr>
              <w:t>High Wind and Strong Wind (outside NRI's Strong Wind definition)</w:t>
            </w:r>
          </w:p>
        </w:tc>
        <w:tc>
          <w:tcPr>
            <w:tcW w:type="dxa" w:w="1839"/>
          </w:tcPr>
          <w:p>
            <w:pPr>
              <w:spacing w:after="0"/>
              <w:jc w:val="left"/>
            </w:pPr>
            <w:r>
              <w:rPr>
                <w:sz w:val="16"/>
              </w:rPr>
              <w:t>wind speed (kt and mph)</w:t>
            </w:r>
          </w:p>
        </w:tc>
        <w:tc>
          <w:tcPr>
            <w:tcW w:type="dxa" w:w="1698"/>
          </w:tcPr>
          <w:p>
            <w:pPr>
              <w:spacing w:after="0"/>
              <w:jc w:val="right"/>
            </w:pPr>
            <w:r>
              <w:rPr>
                <w:sz w:val="16"/>
              </w:rPr>
              <w:t>78 records, 1996 to 2025 (77 zone-level)</w:t>
            </w:r>
          </w:p>
        </w:tc>
        <w:tc>
          <w:tcPr>
            <w:tcW w:type="dxa" w:w="1876"/>
          </w:tcPr>
          <w:p>
            <w:pPr>
              <w:spacing w:after="0"/>
              <w:jc w:val="left"/>
            </w:pPr>
            <w:r>
              <w:rPr>
                <w:sz w:val="16"/>
              </w:rPr>
              <w:t>30 kt (35 mph) to 69 kt (79 mph) (median 43 kt (49 mph)); 69 with a recorded value</w:t>
            </w:r>
          </w:p>
        </w:tc>
        <w:tc>
          <w:tcPr>
            <w:tcW w:type="dxa" w:w="1594"/>
          </w:tcPr>
          <w:p>
            <w:pPr>
              <w:spacing w:after="0"/>
              <w:jc w:val="left"/>
            </w:pPr>
            <w:r>
              <w:rPr>
                <w:sz w:val="16"/>
              </w:rPr>
              <w:t>69 kt (79 mph) estimated gust, High Wind, 2007-04-16; NWS zone VTZ011</w:t>
            </w:r>
          </w:p>
        </w:tc>
        <w:tc>
          <w:tcPr>
            <w:tcW w:type="dxa" w:w="1547"/>
          </w:tcPr>
          <w:p>
            <w:pPr>
              <w:spacing w:after="0"/>
              <w:jc w:val="left"/>
            </w:pPr>
          </w:p>
        </w:tc>
        <w:tc>
          <w:tcPr>
            <w:tcW w:type="dxa" w:w="1872"/>
          </w:tcPr>
          <w:p>
            <w:pPr>
              <w:spacing w:after="0"/>
              <w:jc w:val="left"/>
            </w:pPr>
            <w:r>
              <w:rPr>
                <w:sz w:val="16"/>
              </w:rPr>
              <w:t>No event record names a listed place in the county. Zone-level records (77) apply countywide.</w:t>
            </w:r>
          </w:p>
        </w:tc>
        <w:tc>
          <w:tcPr>
            <w:tcW w:type="dxa" w:w="1877"/>
          </w:tcPr>
          <w:p>
            <w:pPr>
              <w:spacing w:after="0"/>
              <w:jc w:val="left"/>
            </w:pPr>
          </w:p>
        </w:tc>
      </w:tr>
      <w:tr>
        <w:trPr>
          <w:cantSplit/>
        </w:trPr>
        <w:tc>
          <w:tcPr>
            <w:tcW w:type="dxa" w:w="1809"/>
          </w:tcPr>
          <w:p>
            <w:pPr>
              <w:spacing w:after="0"/>
              <w:jc w:val="left"/>
            </w:pPr>
            <w:r>
              <w:rPr>
                <w:sz w:val="16"/>
              </w:rPr>
              <w:t>Thunderstorm Wind</w:t>
            </w:r>
          </w:p>
        </w:tc>
        <w:tc>
          <w:tcPr>
            <w:tcW w:type="dxa" w:w="1839"/>
          </w:tcPr>
          <w:p>
            <w:pPr>
              <w:spacing w:after="0"/>
              <w:jc w:val="left"/>
            </w:pPr>
            <w:r>
              <w:rPr>
                <w:sz w:val="16"/>
              </w:rPr>
              <w:t>wind speed (kt and mph)</w:t>
            </w:r>
          </w:p>
        </w:tc>
        <w:tc>
          <w:tcPr>
            <w:tcW w:type="dxa" w:w="1698"/>
          </w:tcPr>
          <w:p>
            <w:pPr>
              <w:spacing w:after="0"/>
              <w:jc w:val="right"/>
            </w:pPr>
            <w:r>
              <w:rPr>
                <w:sz w:val="16"/>
              </w:rPr>
              <w:t>275 records, 1955 to 2026</w:t>
            </w:r>
          </w:p>
        </w:tc>
        <w:tc>
          <w:tcPr>
            <w:tcW w:type="dxa" w:w="1876"/>
          </w:tcPr>
          <w:p>
            <w:pPr>
              <w:spacing w:after="0"/>
              <w:jc w:val="left"/>
            </w:pPr>
            <w:r>
              <w:rPr>
                <w:sz w:val="16"/>
              </w:rPr>
              <w:t>50 kt (58 mph) to 82 kt (94 mph) (median 50 kt (58 mph)); 180 with a recorded value</w:t>
            </w:r>
          </w:p>
        </w:tc>
        <w:tc>
          <w:tcPr>
            <w:tcW w:type="dxa" w:w="1594"/>
          </w:tcPr>
          <w:p>
            <w:pPr>
              <w:spacing w:after="0"/>
              <w:jc w:val="left"/>
            </w:pPr>
            <w:r>
              <w:rPr>
                <w:sz w:val="16"/>
              </w:rPr>
              <w:t>82 kt (94 mph), measurement type not recorded, Thunderstorm Wind, 1984-05-23</w:t>
            </w:r>
          </w:p>
        </w:tc>
        <w:tc>
          <w:tcPr>
            <w:tcW w:type="dxa" w:w="1547"/>
          </w:tcPr>
          <w:p>
            <w:pPr>
              <w:spacing w:after="0"/>
              <w:jc w:val="left"/>
            </w:pPr>
            <w:r>
              <w:rPr>
                <w:sz w:val="16"/>
              </w:rPr>
              <w:t>Thunderstorm Wind, 2022-08-26, $500,000 property; $100,000 crops (2022 dollars)</w:t>
            </w:r>
          </w:p>
        </w:tc>
        <w:tc>
          <w:tcPr>
            <w:tcW w:type="dxa" w:w="1872"/>
          </w:tcPr>
          <w:p>
            <w:pPr>
              <w:spacing w:after="0"/>
              <w:jc w:val="left"/>
            </w:pPr>
            <w:r>
              <w:rPr>
                <w:sz w:val="16"/>
              </w:rPr>
              <w:t>Event records naming places in the county: Rutland city (28 records), Rutland town (28 records), Castleton town (20 records), Pittsford town (17 records), Poultney town (15 records), Brandon town (12 records), Danby town (11 records), Poultney village (11 records), Pawlet town (10 records), Benson town (9 records); and 17 more places (see the Excel file).</w:t>
            </w:r>
          </w:p>
        </w:tc>
        <w:tc>
          <w:tcPr>
            <w:tcW w:type="dxa" w:w="1877"/>
          </w:tcPr>
          <w:p>
            <w:pPr>
              <w:spacing w:after="0"/>
              <w:jc w:val="left"/>
            </w:pPr>
          </w:p>
        </w:tc>
      </w:tr>
      <w:tr>
        <w:trPr>
          <w:cantSplit/>
        </w:trPr>
        <w:tc>
          <w:tcPr>
            <w:tcW w:type="dxa" w:w="1809"/>
          </w:tcPr>
          <w:p>
            <w:pPr>
              <w:spacing w:after="0"/>
              <w:jc w:val="left"/>
            </w:pPr>
            <w:r>
              <w:rPr>
                <w:sz w:val="16"/>
              </w:rPr>
              <w:t>Tornado</w:t>
            </w:r>
          </w:p>
        </w:tc>
        <w:tc>
          <w:tcPr>
            <w:tcW w:type="dxa" w:w="1839"/>
          </w:tcPr>
          <w:p>
            <w:pPr>
              <w:spacing w:after="0"/>
              <w:jc w:val="left"/>
            </w:pPr>
            <w:r>
              <w:rPr>
                <w:sz w:val="16"/>
              </w:rPr>
              <w:t>Enhanced Fujita (Fujita before Feb 2007)</w:t>
            </w:r>
          </w:p>
        </w:tc>
        <w:tc>
          <w:tcPr>
            <w:tcW w:type="dxa" w:w="1698"/>
          </w:tcPr>
          <w:p>
            <w:pPr>
              <w:spacing w:after="0"/>
              <w:jc w:val="right"/>
            </w:pPr>
            <w:r>
              <w:rPr>
                <w:sz w:val="16"/>
              </w:rPr>
              <w:t>2 records, 1961 to 2023</w:t>
            </w:r>
          </w:p>
        </w:tc>
        <w:tc>
          <w:tcPr>
            <w:tcW w:type="dxa" w:w="1876"/>
          </w:tcPr>
          <w:p>
            <w:pPr>
              <w:spacing w:after="0"/>
              <w:jc w:val="left"/>
            </w:pPr>
            <w:r>
              <w:rPr>
                <w:sz w:val="16"/>
              </w:rPr>
              <w:t>F/EF0; 2 with a recorded value</w:t>
            </w:r>
          </w:p>
        </w:tc>
        <w:tc>
          <w:tcPr>
            <w:tcW w:type="dxa" w:w="1594"/>
          </w:tcPr>
          <w:p>
            <w:pPr>
              <w:spacing w:after="0"/>
              <w:jc w:val="left"/>
            </w:pPr>
            <w:r>
              <w:rPr>
                <w:sz w:val="16"/>
              </w:rPr>
              <w:t>EF0 tornado, 2023-07-13, 11.85 mi within this county, 20 yd wide, $50,000 property; $0 crops (2023 dollars)</w:t>
            </w:r>
          </w:p>
        </w:tc>
        <w:tc>
          <w:tcPr>
            <w:tcW w:type="dxa" w:w="1547"/>
          </w:tcPr>
          <w:p>
            <w:pPr>
              <w:spacing w:after="0"/>
              <w:jc w:val="left"/>
            </w:pPr>
          </w:p>
        </w:tc>
        <w:tc>
          <w:tcPr>
            <w:tcW w:type="dxa" w:w="1872"/>
          </w:tcPr>
          <w:p>
            <w:pPr>
              <w:spacing w:after="0"/>
              <w:jc w:val="left"/>
            </w:pPr>
            <w:r>
              <w:rPr>
                <w:sz w:val="16"/>
              </w:rPr>
              <w:t>Event records naming places in the county: Benson town (1 record), Brandon town (1 record).</w:t>
            </w:r>
          </w:p>
        </w:tc>
        <w:tc>
          <w:tcPr>
            <w:tcW w:type="dxa" w:w="187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9"/>
          </w:tcPr>
          <w:p>
            <w:pPr>
              <w:spacing w:after="0"/>
              <w:jc w:val="left"/>
            </w:pPr>
            <w:r>
              <w:rPr>
                <w:sz w:val="16"/>
              </w:rPr>
              <w:t>Wildfire</w:t>
            </w:r>
          </w:p>
        </w:tc>
        <w:tc>
          <w:tcPr>
            <w:tcW w:type="dxa" w:w="1839"/>
          </w:tcPr>
          <w:p>
            <w:pPr>
              <w:spacing w:after="0"/>
              <w:jc w:val="left"/>
            </w:pPr>
            <w:r>
              <w:rPr>
                <w:sz w:val="16"/>
              </w:rPr>
              <w:t>acres burned (local data)</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p>
        </w:tc>
      </w:tr>
      <w:tr>
        <w:trPr>
          <w:cantSplit/>
        </w:trPr>
        <w:tc>
          <w:tcPr>
            <w:tcW w:type="dxa" w:w="1809"/>
          </w:tcPr>
          <w:p>
            <w:pPr>
              <w:spacing w:after="0"/>
              <w:jc w:val="left"/>
            </w:pPr>
            <w:r>
              <w:rPr>
                <w:sz w:val="16"/>
              </w:rPr>
              <w:t>Winter Storm, Heavy Snow, Blizzard, Lake-Effect Snow, Winter Weather, Sleet</w:t>
            </w:r>
          </w:p>
        </w:tc>
        <w:tc>
          <w:tcPr>
            <w:tcW w:type="dxa" w:w="1839"/>
          </w:tcPr>
          <w:p>
            <w:pPr>
              <w:spacing w:after="0"/>
              <w:jc w:val="left"/>
            </w:pPr>
            <w:r>
              <w:rPr>
                <w:sz w:val="16"/>
              </w:rPr>
              <w:t>none in data (snowfall: local data)</w:t>
            </w:r>
          </w:p>
        </w:tc>
        <w:tc>
          <w:tcPr>
            <w:tcW w:type="dxa" w:w="1698"/>
          </w:tcPr>
          <w:p>
            <w:pPr>
              <w:spacing w:after="0"/>
              <w:jc w:val="right"/>
            </w:pPr>
            <w:r>
              <w:rPr>
                <w:sz w:val="16"/>
              </w:rPr>
              <w:t>287 records, 1996 to 2026 (287 zone-level)</w:t>
            </w:r>
          </w:p>
        </w:tc>
        <w:tc>
          <w:tcPr>
            <w:tcW w:type="dxa" w:w="1876"/>
          </w:tcPr>
          <w:p>
            <w:pPr>
              <w:spacing w:after="0"/>
              <w:jc w:val="left"/>
            </w:pPr>
          </w:p>
        </w:tc>
        <w:tc>
          <w:tcPr>
            <w:tcW w:type="dxa" w:w="1594"/>
          </w:tcPr>
          <w:p>
            <w:pPr>
              <w:spacing w:after="0"/>
              <w:jc w:val="left"/>
            </w:pPr>
            <w:r>
              <w:rPr>
                <w:sz w:val="16"/>
              </w:rPr>
              <w:t>Winter Storm, 2014-12-09, $200,000 property; $0 crops (2014 dollars); NWS zone VTZ019</w:t>
            </w:r>
          </w:p>
        </w:tc>
        <w:tc>
          <w:tcPr>
            <w:tcW w:type="dxa" w:w="1547"/>
          </w:tcPr>
          <w:p>
            <w:pPr>
              <w:spacing w:after="0"/>
              <w:jc w:val="left"/>
            </w:pPr>
          </w:p>
        </w:tc>
        <w:tc>
          <w:tcPr>
            <w:tcW w:type="dxa" w:w="1872"/>
          </w:tcPr>
          <w:p>
            <w:pPr>
              <w:spacing w:after="0"/>
              <w:jc w:val="left"/>
            </w:pPr>
            <w:r>
              <w:rPr>
                <w:sz w:val="16"/>
              </w:rPr>
              <w:t>Countywide (zone-level records).</w:t>
            </w:r>
          </w:p>
        </w:tc>
        <w:tc>
          <w:tcPr>
            <w:tcW w:type="dxa" w:w="187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Rutland County (federal declarations, statewide declarations and Storm Events history).</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9"/>
        <w:gridCol w:w="2421"/>
        <w:gridCol w:w="2251"/>
        <w:gridCol w:w="2688"/>
        <w:gridCol w:w="1370"/>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9"/>
            <w:shd w:val="clear" w:color="auto" w:fill="E8E8E8"/>
          </w:tcPr>
          <w:p>
            <w:pPr>
              <w:spacing w:after="0"/>
              <w:jc w:val="left"/>
            </w:pPr>
            <w:r>
              <w:rPr>
                <w:b/>
                <w:sz w:val="16"/>
              </w:rPr>
              <w:t>Type</w:t>
            </w:r>
          </w:p>
        </w:tc>
        <w:tc>
          <w:tcPr>
            <w:tcW w:type="dxa" w:w="2421"/>
            <w:shd w:val="clear" w:color="auto" w:fill="E8E8E8"/>
          </w:tcPr>
          <w:p>
            <w:pPr>
              <w:spacing w:after="0"/>
              <w:jc w:val="left"/>
            </w:pPr>
            <w:r>
              <w:rPr>
                <w:b/>
                <w:sz w:val="16"/>
              </w:rPr>
              <w:t>Title</w:t>
            </w:r>
          </w:p>
        </w:tc>
        <w:tc>
          <w:tcPr>
            <w:tcW w:type="dxa" w:w="2251"/>
            <w:shd w:val="clear" w:color="auto" w:fill="E8E8E8"/>
          </w:tcPr>
          <w:p>
            <w:pPr>
              <w:spacing w:after="0"/>
              <w:jc w:val="left"/>
            </w:pPr>
            <w:r>
              <w:rPr>
                <w:b/>
                <w:sz w:val="16"/>
              </w:rPr>
              <w:t>Mapped hazard</w:t>
            </w:r>
          </w:p>
        </w:tc>
        <w:tc>
          <w:tcPr>
            <w:tcW w:type="dxa" w:w="268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0"/>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79"/>
          </w:tcPr>
          <w:p>
            <w:pPr>
              <w:spacing w:after="0"/>
              <w:jc w:val="left"/>
            </w:pPr>
            <w:r>
              <w:rPr>
                <w:sz w:val="16"/>
              </w:rPr>
              <w:t>Emergency</w:t>
            </w:r>
          </w:p>
        </w:tc>
        <w:tc>
          <w:tcPr>
            <w:tcW w:type="dxa" w:w="2421"/>
          </w:tcPr>
          <w:p>
            <w:pPr>
              <w:spacing w:after="0"/>
              <w:jc w:val="left"/>
            </w:pPr>
            <w:r>
              <w:rPr>
                <w:sz w:val="16"/>
              </w:rPr>
              <w:t>Tropical Depression Debby</w:t>
            </w:r>
          </w:p>
        </w:tc>
        <w:tc>
          <w:tcPr>
            <w:tcW w:type="dxa" w:w="2251"/>
          </w:tcPr>
          <w:p>
            <w:pPr>
              <w:spacing w:after="0"/>
              <w:jc w:val="left"/>
            </w:pPr>
            <w:r>
              <w:rPr>
                <w:sz w:val="16"/>
              </w:rPr>
              <w:t>Hurricane</w:t>
            </w:r>
          </w:p>
        </w:tc>
        <w:tc>
          <w:tcPr>
            <w:tcW w:type="dxa" w:w="2688"/>
          </w:tcPr>
          <w:p>
            <w:pPr>
              <w:spacing w:after="0"/>
              <w:jc w:val="right"/>
            </w:pPr>
            <w:r>
              <w:rPr>
                <w:sz w:val="16"/>
              </w:rPr>
              <w:t>no Public Assistance recorded</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79"/>
          </w:tcPr>
          <w:p>
            <w:pPr>
              <w:spacing w:after="0"/>
              <w:jc w:val="left"/>
            </w:pPr>
            <w:r>
              <w:rPr>
                <w:sz w:val="16"/>
              </w:rPr>
              <w:t>Major disaster</w:t>
            </w:r>
          </w:p>
        </w:tc>
        <w:tc>
          <w:tcPr>
            <w:tcW w:type="dxa" w:w="2421"/>
          </w:tcPr>
          <w:p>
            <w:pPr>
              <w:spacing w:after="0"/>
              <w:jc w:val="left"/>
            </w:pPr>
            <w:r>
              <w:rPr>
                <w:sz w:val="16"/>
              </w:rPr>
              <w:t>Severe Storm and Flooding</w:t>
            </w:r>
          </w:p>
        </w:tc>
        <w:tc>
          <w:tcPr>
            <w:tcW w:type="dxa" w:w="2251"/>
          </w:tcPr>
          <w:p>
            <w:pPr>
              <w:spacing w:after="0"/>
              <w:jc w:val="left"/>
            </w:pPr>
            <w:r>
              <w:rPr>
                <w:sz w:val="16"/>
              </w:rPr>
              <w:t>Inland Flooding</w:t>
            </w:r>
          </w:p>
        </w:tc>
        <w:tc>
          <w:tcPr>
            <w:tcW w:type="dxa" w:w="2688"/>
          </w:tcPr>
          <w:p>
            <w:pPr>
              <w:spacing w:after="0"/>
              <w:jc w:val="right"/>
            </w:pPr>
            <w:r>
              <w:rPr>
                <w:sz w:val="16"/>
              </w:rPr>
              <w:t>$41,195.56</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79"/>
          </w:tcPr>
          <w:p>
            <w:pPr>
              <w:spacing w:after="0"/>
              <w:jc w:val="left"/>
            </w:pPr>
            <w:r>
              <w:rPr>
                <w:sz w:val="16"/>
              </w:rPr>
              <w:t>Major disaster</w:t>
            </w:r>
          </w:p>
        </w:tc>
        <w:tc>
          <w:tcPr>
            <w:tcW w:type="dxa" w:w="2421"/>
          </w:tcPr>
          <w:p>
            <w:pPr>
              <w:spacing w:after="0"/>
              <w:jc w:val="left"/>
            </w:pPr>
            <w:r>
              <w:rPr>
                <w:sz w:val="16"/>
              </w:rPr>
              <w:t>Severe Storms, Flooding, Landslides, and Mudslides</w:t>
            </w:r>
          </w:p>
        </w:tc>
        <w:tc>
          <w:tcPr>
            <w:tcW w:type="dxa" w:w="2251"/>
          </w:tcPr>
          <w:p>
            <w:pPr>
              <w:spacing w:after="0"/>
              <w:jc w:val="left"/>
            </w:pPr>
            <w:r>
              <w:rPr>
                <w:sz w:val="16"/>
              </w:rPr>
              <w:t>Inland Flooding (primary); also designated: Landslide</w:t>
            </w:r>
          </w:p>
        </w:tc>
        <w:tc>
          <w:tcPr>
            <w:tcW w:type="dxa" w:w="2688"/>
          </w:tcPr>
          <w:p>
            <w:pPr>
              <w:spacing w:after="0"/>
              <w:jc w:val="right"/>
            </w:pPr>
            <w:r>
              <w:rPr>
                <w:sz w:val="16"/>
              </w:rPr>
              <w:t>$5,502,512.29</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79"/>
          </w:tcPr>
          <w:p>
            <w:pPr>
              <w:spacing w:after="0"/>
              <w:jc w:val="left"/>
            </w:pPr>
            <w:r>
              <w:rPr>
                <w:sz w:val="16"/>
              </w:rPr>
              <w:t>Emergency</w:t>
            </w:r>
          </w:p>
        </w:tc>
        <w:tc>
          <w:tcPr>
            <w:tcW w:type="dxa" w:w="2421"/>
          </w:tcPr>
          <w:p>
            <w:pPr>
              <w:spacing w:after="0"/>
              <w:jc w:val="left"/>
            </w:pPr>
            <w:r>
              <w:rPr>
                <w:sz w:val="16"/>
              </w:rPr>
              <w:t>Flooding</w:t>
            </w:r>
          </w:p>
        </w:tc>
        <w:tc>
          <w:tcPr>
            <w:tcW w:type="dxa" w:w="2251"/>
          </w:tcPr>
          <w:p>
            <w:pPr>
              <w:spacing w:after="0"/>
              <w:jc w:val="left"/>
            </w:pPr>
            <w:r>
              <w:rPr>
                <w:sz w:val="16"/>
              </w:rPr>
              <w:t>Inland Flooding</w:t>
            </w:r>
          </w:p>
        </w:tc>
        <w:tc>
          <w:tcPr>
            <w:tcW w:type="dxa" w:w="2688"/>
          </w:tcPr>
          <w:p>
            <w:pPr>
              <w:spacing w:after="0"/>
              <w:jc w:val="right"/>
            </w:pPr>
            <w:r>
              <w:rPr>
                <w:sz w:val="16"/>
              </w:rPr>
              <w:t>no Public Assistance recorded</w:t>
            </w:r>
          </w:p>
        </w:tc>
        <w:tc>
          <w:tcPr>
            <w:tcW w:type="dxa" w:w="1370"/>
          </w:tcPr>
          <w:p>
            <w:pPr>
              <w:spacing w:after="0"/>
              <w:jc w:val="left"/>
            </w:pPr>
            <w:r>
              <w:rPr>
                <w:sz w:val="16"/>
              </w:rPr>
              <w:t>new since last plan; within last 5 years</w:t>
            </w:r>
          </w:p>
        </w:tc>
        <w:tc>
          <w:tcPr>
            <w:tcW w:type="dxa" w:w="893"/>
          </w:tcPr>
          <w:p>
            <w:pPr>
              <w:spacing w:after="0"/>
              <w:jc w:val="left"/>
            </w:pPr>
            <w:r>
              <w:rPr>
                <w:sz w:val="16"/>
              </w:rPr>
              <w:t>same incident as DR-4720</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79"/>
          </w:tcPr>
          <w:p>
            <w:pPr>
              <w:spacing w:after="0"/>
              <w:jc w:val="left"/>
            </w:pPr>
            <w:r>
              <w:rPr>
                <w:sz w:val="16"/>
              </w:rPr>
              <w:t>Emergency</w:t>
            </w:r>
          </w:p>
        </w:tc>
        <w:tc>
          <w:tcPr>
            <w:tcW w:type="dxa" w:w="2421"/>
          </w:tcPr>
          <w:p>
            <w:pPr>
              <w:spacing w:after="0"/>
              <w:jc w:val="left"/>
            </w:pPr>
            <w:r>
              <w:rPr>
                <w:sz w:val="16"/>
              </w:rPr>
              <w:t>Tropical Storm Henri</w:t>
            </w:r>
          </w:p>
        </w:tc>
        <w:tc>
          <w:tcPr>
            <w:tcW w:type="dxa" w:w="2251"/>
          </w:tcPr>
          <w:p>
            <w:pPr>
              <w:spacing w:after="0"/>
              <w:jc w:val="left"/>
            </w:pPr>
            <w:r>
              <w:rPr>
                <w:sz w:val="16"/>
              </w:rPr>
              <w:t>Hurricane</w:t>
            </w:r>
          </w:p>
        </w:tc>
        <w:tc>
          <w:tcPr>
            <w:tcW w:type="dxa" w:w="2688"/>
          </w:tcPr>
          <w:p>
            <w:pPr>
              <w:spacing w:after="0"/>
              <w:jc w:val="right"/>
            </w:pPr>
            <w:r>
              <w:rPr>
                <w:sz w:val="16"/>
              </w:rPr>
              <w:t>no Public Assistance recorded</w:t>
            </w:r>
          </w:p>
        </w:tc>
        <w:tc>
          <w:tcPr>
            <w:tcW w:type="dxa" w:w="1370"/>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79"/>
          </w:tcPr>
          <w:p>
            <w:pPr>
              <w:spacing w:after="0"/>
              <w:jc w:val="left"/>
            </w:pPr>
            <w:r>
              <w:rPr>
                <w:sz w:val="16"/>
              </w:rPr>
              <w:t>Major disaster</w:t>
            </w:r>
          </w:p>
        </w:tc>
        <w:tc>
          <w:tcPr>
            <w:tcW w:type="dxa" w:w="2421"/>
          </w:tcPr>
          <w:p>
            <w:pPr>
              <w:spacing w:after="0"/>
              <w:jc w:val="left"/>
            </w:pPr>
            <w:r>
              <w:rPr>
                <w:sz w:val="16"/>
              </w:rPr>
              <w:t>COVID-19 Pandemic</w:t>
            </w:r>
          </w:p>
        </w:tc>
        <w:tc>
          <w:tcPr>
            <w:tcW w:type="dxa" w:w="2251"/>
          </w:tcPr>
          <w:p>
            <w:pPr>
              <w:spacing w:after="0"/>
              <w:jc w:val="left"/>
            </w:pPr>
            <w:r>
              <w:rPr>
                <w:sz w:val="16"/>
              </w:rPr>
              <w:t>Non-natural, not counted</w:t>
            </w:r>
          </w:p>
        </w:tc>
        <w:tc>
          <w:tcPr>
            <w:tcW w:type="dxa" w:w="2688"/>
          </w:tcPr>
          <w:p>
            <w:pPr>
              <w:spacing w:after="0"/>
              <w:jc w:val="right"/>
            </w:pPr>
            <w:r>
              <w:rPr>
                <w:sz w:val="16"/>
              </w:rPr>
              <w:t>$3,199,548.54</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79"/>
          </w:tcPr>
          <w:p>
            <w:pPr>
              <w:spacing w:after="0"/>
              <w:jc w:val="left"/>
            </w:pPr>
            <w:r>
              <w:rPr>
                <w:sz w:val="16"/>
              </w:rPr>
              <w:t>Emergency</w:t>
            </w:r>
          </w:p>
        </w:tc>
        <w:tc>
          <w:tcPr>
            <w:tcW w:type="dxa" w:w="2421"/>
          </w:tcPr>
          <w:p>
            <w:pPr>
              <w:spacing w:after="0"/>
              <w:jc w:val="left"/>
            </w:pPr>
            <w:r>
              <w:rPr>
                <w:sz w:val="16"/>
              </w:rPr>
              <w:t>COVID-19</w:t>
            </w:r>
          </w:p>
        </w:tc>
        <w:tc>
          <w:tcPr>
            <w:tcW w:type="dxa" w:w="2251"/>
          </w:tcPr>
          <w:p>
            <w:pPr>
              <w:spacing w:after="0"/>
              <w:jc w:val="left"/>
            </w:pPr>
            <w:r>
              <w:rPr>
                <w:sz w:val="16"/>
              </w:rPr>
              <w:t>Non-natural, not counted</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r>
              <w:rPr>
                <w:sz w:val="16"/>
              </w:rPr>
              <w:t>same incident as DR-4532</w:t>
            </w: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$1,823,467.53</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$871,770.07</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79"/>
          </w:tcPr>
          <w:p>
            <w:pPr>
              <w:spacing w:after="0"/>
              <w:jc w:val="left"/>
            </w:pPr>
            <w:r>
              <w:rPr>
                <w:sz w:val="16"/>
              </w:rPr>
              <w:t>Major disaster</w:t>
            </w:r>
          </w:p>
        </w:tc>
        <w:tc>
          <w:tcPr>
            <w:tcW w:type="dxa" w:w="2421"/>
          </w:tcPr>
          <w:p>
            <w:pPr>
              <w:spacing w:after="0"/>
              <w:jc w:val="left"/>
            </w:pPr>
            <w:r>
              <w:rPr>
                <w:sz w:val="16"/>
              </w:rPr>
              <w:t>Severe Winter Storm</w:t>
            </w:r>
          </w:p>
        </w:tc>
        <w:tc>
          <w:tcPr>
            <w:tcW w:type="dxa" w:w="2251"/>
          </w:tcPr>
          <w:p>
            <w:pPr>
              <w:spacing w:after="0"/>
              <w:jc w:val="left"/>
            </w:pPr>
            <w:r>
              <w:rPr>
                <w:sz w:val="16"/>
              </w:rPr>
              <w:t>Winter Weather</w:t>
            </w:r>
          </w:p>
        </w:tc>
        <w:tc>
          <w:tcPr>
            <w:tcW w:type="dxa" w:w="2688"/>
          </w:tcPr>
          <w:p>
            <w:pPr>
              <w:spacing w:after="0"/>
              <w:jc w:val="right"/>
            </w:pPr>
            <w:r>
              <w:rPr>
                <w:sz w:val="16"/>
              </w:rPr>
              <w:t>$188,010.18</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$178,004.62</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79"/>
          </w:tcPr>
          <w:p>
            <w:pPr>
              <w:spacing w:after="0"/>
              <w:jc w:val="left"/>
            </w:pPr>
            <w:r>
              <w:rPr>
                <w:sz w:val="16"/>
              </w:rPr>
              <w:t>Major disaster</w:t>
            </w:r>
          </w:p>
        </w:tc>
        <w:tc>
          <w:tcPr>
            <w:tcW w:type="dxa" w:w="2421"/>
          </w:tcPr>
          <w:p>
            <w:pPr>
              <w:spacing w:after="0"/>
              <w:jc w:val="left"/>
            </w:pPr>
            <w:r>
              <w:rPr>
                <w:sz w:val="16"/>
              </w:rPr>
              <w:t>Tropical Storm Irene</w:t>
            </w:r>
          </w:p>
        </w:tc>
        <w:tc>
          <w:tcPr>
            <w:tcW w:type="dxa" w:w="2251"/>
          </w:tcPr>
          <w:p>
            <w:pPr>
              <w:spacing w:after="0"/>
              <w:jc w:val="left"/>
            </w:pPr>
            <w:r>
              <w:rPr>
                <w:sz w:val="16"/>
              </w:rPr>
              <w:t>Hurricane</w:t>
            </w:r>
          </w:p>
        </w:tc>
        <w:tc>
          <w:tcPr>
            <w:tcW w:type="dxa" w:w="2688"/>
          </w:tcPr>
          <w:p>
            <w:pPr>
              <w:spacing w:after="0"/>
              <w:jc w:val="right"/>
            </w:pPr>
            <w:r>
              <w:rPr>
                <w:sz w:val="16"/>
              </w:rPr>
              <w:t>$12,181,097.24</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79"/>
          </w:tcPr>
          <w:p>
            <w:pPr>
              <w:spacing w:after="0"/>
              <w:jc w:val="left"/>
            </w:pPr>
            <w:r>
              <w:rPr>
                <w:sz w:val="16"/>
              </w:rPr>
              <w:t>Emergency</w:t>
            </w:r>
          </w:p>
        </w:tc>
        <w:tc>
          <w:tcPr>
            <w:tcW w:type="dxa" w:w="2421"/>
          </w:tcPr>
          <w:p>
            <w:pPr>
              <w:spacing w:after="0"/>
              <w:jc w:val="left"/>
            </w:pPr>
            <w:r>
              <w:rPr>
                <w:sz w:val="16"/>
              </w:rPr>
              <w:t>Hurricane Irene</w:t>
            </w:r>
          </w:p>
        </w:tc>
        <w:tc>
          <w:tcPr>
            <w:tcW w:type="dxa" w:w="2251"/>
          </w:tcPr>
          <w:p>
            <w:pPr>
              <w:spacing w:after="0"/>
              <w:jc w:val="left"/>
            </w:pPr>
            <w:r>
              <w:rPr>
                <w:sz w:val="16"/>
              </w:rPr>
              <w:t>Hurricane</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r>
              <w:rPr>
                <w:sz w:val="16"/>
              </w:rPr>
              <w:t>same incident as DR-4022</w:t>
            </w: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$585,845.93</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79"/>
          </w:tcPr>
          <w:p>
            <w:pPr>
              <w:spacing w:after="0"/>
              <w:jc w:val="left"/>
            </w:pPr>
            <w:r>
              <w:rPr>
                <w:sz w:val="16"/>
              </w:rPr>
              <w:t>Emergency</w:t>
            </w:r>
          </w:p>
        </w:tc>
        <w:tc>
          <w:tcPr>
            <w:tcW w:type="dxa" w:w="2421"/>
          </w:tcPr>
          <w:p>
            <w:pPr>
              <w:spacing w:after="0"/>
              <w:jc w:val="left"/>
            </w:pPr>
            <w:r>
              <w:rPr>
                <w:sz w:val="16"/>
              </w:rPr>
              <w:t>Snow</w:t>
            </w:r>
          </w:p>
        </w:tc>
        <w:tc>
          <w:tcPr>
            <w:tcW w:type="dxa" w:w="2251"/>
          </w:tcPr>
          <w:p>
            <w:pPr>
              <w:spacing w:after="0"/>
              <w:jc w:val="left"/>
            </w:pPr>
            <w:r>
              <w:rPr>
                <w:sz w:val="16"/>
              </w:rPr>
              <w:t>Winter Weather</w:t>
            </w:r>
          </w:p>
        </w:tc>
        <w:tc>
          <w:tcPr>
            <w:tcW w:type="dxa" w:w="2688"/>
          </w:tcPr>
          <w:p>
            <w:pPr>
              <w:spacing w:after="0"/>
              <w:jc w:val="right"/>
            </w:pPr>
            <w:r>
              <w:rPr>
                <w:sz w:val="16"/>
              </w:rPr>
              <w:t>$127,016.63</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2001-01-18</w:t>
            </w:r>
          </w:p>
        </w:tc>
        <w:tc>
          <w:tcPr>
            <w:tcW w:type="dxa" w:w="1037"/>
          </w:tcPr>
          <w:p>
            <w:pPr>
              <w:spacing w:after="0"/>
              <w:jc w:val="left"/>
            </w:pPr>
            <w:r>
              <w:rPr>
                <w:sz w:val="16"/>
              </w:rPr>
              <w:t>2000-12-16</w:t>
            </w:r>
          </w:p>
        </w:tc>
        <w:tc>
          <w:tcPr>
            <w:tcW w:type="dxa" w:w="1037"/>
          </w:tcPr>
          <w:p>
            <w:pPr>
              <w:spacing w:after="0"/>
              <w:jc w:val="left"/>
            </w:pPr>
            <w:r>
              <w:rPr>
                <w:sz w:val="16"/>
              </w:rPr>
              <w:t>DR-1358-VT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$336,782.02</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$63,331.79</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79"/>
          </w:tcPr>
          <w:p>
            <w:pPr>
              <w:spacing w:after="0"/>
              <w:jc w:val="left"/>
            </w:pPr>
            <w:r>
              <w:rPr>
                <w:sz w:val="16"/>
              </w:rPr>
              <w:t>Major disaster</w:t>
            </w:r>
          </w:p>
        </w:tc>
        <w:tc>
          <w:tcPr>
            <w:tcW w:type="dxa" w:w="2421"/>
          </w:tcPr>
          <w:p>
            <w:pPr>
              <w:spacing w:after="0"/>
              <w:jc w:val="left"/>
            </w:pPr>
            <w:r>
              <w:rPr>
                <w:sz w:val="16"/>
              </w:rPr>
              <w:t>Tropical Storm Floyd</w:t>
            </w:r>
          </w:p>
        </w:tc>
        <w:tc>
          <w:tcPr>
            <w:tcW w:type="dxa" w:w="2251"/>
          </w:tcPr>
          <w:p>
            <w:pPr>
              <w:spacing w:after="0"/>
              <w:jc w:val="left"/>
            </w:pPr>
            <w:r>
              <w:rPr>
                <w:sz w:val="16"/>
              </w:rPr>
              <w:t>Hurricane; Inland Flooding</w:t>
            </w:r>
          </w:p>
        </w:tc>
        <w:tc>
          <w:tcPr>
            <w:tcW w:type="dxa" w:w="2688"/>
          </w:tcPr>
          <w:p>
            <w:pPr>
              <w:spacing w:after="0"/>
              <w:jc w:val="right"/>
            </w:pPr>
            <w:r>
              <w:rPr>
                <w:sz w:val="16"/>
              </w:rPr>
              <w:t>$80,679.75</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79"/>
          </w:tcPr>
          <w:p>
            <w:pPr>
              <w:spacing w:after="0"/>
              <w:jc w:val="left"/>
            </w:pPr>
            <w:r>
              <w:rPr>
                <w:sz w:val="16"/>
              </w:rPr>
              <w:t>Major disaster</w:t>
            </w:r>
          </w:p>
        </w:tc>
        <w:tc>
          <w:tcPr>
            <w:tcW w:type="dxa" w:w="2421"/>
          </w:tcPr>
          <w:p>
            <w:pPr>
              <w:spacing w:after="0"/>
              <w:jc w:val="left"/>
            </w:pPr>
            <w:r>
              <w:rPr>
                <w:sz w:val="16"/>
              </w:rPr>
              <w:t>Ice Jams and Flooding</w:t>
            </w:r>
          </w:p>
        </w:tc>
        <w:tc>
          <w:tcPr>
            <w:tcW w:type="dxa" w:w="2251"/>
          </w:tcPr>
          <w:p>
            <w:pPr>
              <w:spacing w:after="0"/>
              <w:jc w:val="left"/>
            </w:pPr>
            <w:r>
              <w:rPr>
                <w:sz w:val="16"/>
              </w:rPr>
              <w:t>Inland Flooding (primary); also designated: Winter Weather</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79"/>
          </w:tcPr>
          <w:p>
            <w:pPr>
              <w:spacing w:after="0"/>
              <w:jc w:val="left"/>
            </w:pPr>
            <w:r>
              <w:rPr>
                <w:sz w:val="16"/>
              </w:rPr>
              <w:t>Major disaster</w:t>
            </w:r>
          </w:p>
        </w:tc>
        <w:tc>
          <w:tcPr>
            <w:tcW w:type="dxa" w:w="2421"/>
          </w:tcPr>
          <w:p>
            <w:pPr>
              <w:spacing w:after="0"/>
              <w:jc w:val="left"/>
            </w:pPr>
            <w:r>
              <w:rPr>
                <w:sz w:val="16"/>
              </w:rPr>
              <w:t>Severe Storms, High Winds &amp; Flooding</w:t>
            </w:r>
          </w:p>
        </w:tc>
        <w:tc>
          <w:tcPr>
            <w:tcW w:type="dxa" w:w="2251"/>
          </w:tcPr>
          <w:p>
            <w:pPr>
              <w:spacing w:after="0"/>
              <w:jc w:val="left"/>
            </w:pPr>
            <w:r>
              <w:rPr>
                <w:sz w:val="16"/>
              </w:rPr>
              <w:t>Inland Flooding (primary); also designated: Strong Wind</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79"/>
          </w:tcPr>
          <w:p>
            <w:pPr>
              <w:spacing w:after="0"/>
              <w:jc w:val="left"/>
            </w:pPr>
            <w:r>
              <w:rPr>
                <w:sz w:val="16"/>
              </w:rPr>
              <w:t>Major disaster</w:t>
            </w:r>
          </w:p>
        </w:tc>
        <w:tc>
          <w:tcPr>
            <w:tcW w:type="dxa" w:w="2421"/>
          </w:tcPr>
          <w:p>
            <w:pPr>
              <w:spacing w:after="0"/>
              <w:jc w:val="left"/>
            </w:pPr>
            <w:r>
              <w:rPr>
                <w:sz w:val="16"/>
              </w:rPr>
              <w:t>Severe Storms, Flooding, &amp; Landslides</w:t>
            </w:r>
          </w:p>
        </w:tc>
        <w:tc>
          <w:tcPr>
            <w:tcW w:type="dxa" w:w="2251"/>
          </w:tcPr>
          <w:p>
            <w:pPr>
              <w:spacing w:after="0"/>
              <w:jc w:val="left"/>
            </w:pPr>
            <w:r>
              <w:rPr>
                <w:sz w:val="16"/>
              </w:rPr>
              <w:t>Inland Flooding (primary); also designated: Landslide</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$125,289.46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25,289.46"/>
        <w:tblDescription w:val="Hazard Plain table b1d_pa_other"/>
      </w:tblPr>
      <w:tblGrid>
        <w:gridCol w:w="2155"/>
        <w:gridCol w:w="2155"/>
        <w:gridCol w:w="3824"/>
        <w:gridCol w:w="3639"/>
        <w:gridCol w:w="2340"/>
      </w:tblGrid>
      <w:tr>
        <w:trPr>
          <w:cantSplit/>
          <w:tblHeader/>
        </w:trPr>
        <w:tc>
          <w:tcPr>
            <w:tcW w:type="dxa" w:w="2155"/>
            <w:shd w:val="clear" w:color="auto" w:fill="E8E8E8"/>
          </w:tcPr>
          <w:p>
            <w:pPr>
              <w:spacing w:after="0"/>
              <w:jc w:val="left"/>
            </w:pPr>
            <w:r>
              <w:rPr>
                <w:b/>
                <w:sz w:val="16"/>
              </w:rPr>
              <w:t>FEMA number</w:t>
            </w:r>
          </w:p>
        </w:tc>
        <w:tc>
          <w:tcPr>
            <w:tcW w:type="dxa" w:w="2155"/>
            <w:shd w:val="clear" w:color="auto" w:fill="E8E8E8"/>
          </w:tcPr>
          <w:p>
            <w:pPr>
              <w:spacing w:after="0"/>
              <w:jc w:val="left"/>
            </w:pPr>
            <w:r>
              <w:rPr>
                <w:b/>
                <w:sz w:val="16"/>
              </w:rPr>
              <w:t>Declared</w:t>
            </w:r>
          </w:p>
        </w:tc>
        <w:tc>
          <w:tcPr>
            <w:tcW w:type="dxa" w:w="3824"/>
            <w:shd w:val="clear" w:color="auto" w:fill="E8E8E8"/>
          </w:tcPr>
          <w:p>
            <w:pPr>
              <w:spacing w:after="0"/>
              <w:jc w:val="left"/>
            </w:pPr>
            <w:r>
              <w:rPr>
                <w:b/>
                <w:sz w:val="16"/>
              </w:rPr>
              <w:t>Title</w:t>
            </w:r>
          </w:p>
        </w:tc>
        <w:tc>
          <w:tcPr>
            <w:tcW w:type="dxa" w:w="3639"/>
            <w:shd w:val="clear" w:color="auto" w:fill="E8E8E8"/>
          </w:tcPr>
          <w:p>
            <w:pPr>
              <w:spacing w:after="0"/>
              <w:jc w:val="left"/>
            </w:pPr>
            <w:r>
              <w:rPr>
                <w:b/>
                <w:sz w:val="16"/>
              </w:rPr>
              <w:t>Applicant</w:t>
            </w:r>
          </w:p>
        </w:tc>
        <w:tc>
          <w:tcPr>
            <w:tcW w:type="dxa" w:w="23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55"/>
          </w:tcPr>
          <w:p>
            <w:pPr>
              <w:spacing w:after="0"/>
              <w:jc w:val="left"/>
            </w:pPr>
            <w:r>
              <w:rPr>
                <w:sz w:val="16"/>
              </w:rPr>
              <w:t>DR-1816-VT</w:t>
            </w:r>
          </w:p>
        </w:tc>
        <w:tc>
          <w:tcPr>
            <w:tcW w:type="dxa" w:w="2155"/>
          </w:tcPr>
          <w:p>
            <w:pPr>
              <w:spacing w:after="0"/>
              <w:jc w:val="left"/>
            </w:pPr>
            <w:r>
              <w:rPr>
                <w:sz w:val="16"/>
              </w:rPr>
              <w:t>2009-01-14</w:t>
            </w:r>
          </w:p>
        </w:tc>
        <w:tc>
          <w:tcPr>
            <w:tcW w:type="dxa" w:w="3824"/>
          </w:tcPr>
          <w:p>
            <w:pPr>
              <w:spacing w:after="0"/>
              <w:jc w:val="left"/>
            </w:pPr>
            <w:r>
              <w:rPr>
                <w:sz w:val="16"/>
              </w:rPr>
              <w:t>Severe Winter Storm</w:t>
            </w:r>
          </w:p>
        </w:tc>
        <w:tc>
          <w:tcPr>
            <w:tcW w:type="dxa" w:w="3639"/>
          </w:tcPr>
          <w:p>
            <w:pPr>
              <w:spacing w:after="0"/>
              <w:jc w:val="left"/>
            </w:pPr>
            <w:r>
              <w:rPr>
                <w:sz w:val="16"/>
              </w:rPr>
              <w:t>Readsboro, Town of</w:t>
            </w:r>
          </w:p>
        </w:tc>
        <w:tc>
          <w:tcPr>
            <w:tcW w:type="dxa" w:w="2340"/>
          </w:tcPr>
          <w:p>
            <w:pPr>
              <w:spacing w:after="0"/>
              <w:jc w:val="right"/>
            </w:pPr>
            <w:r>
              <w:rPr>
                <w:sz w:val="16"/>
              </w:rPr>
              <w:t>$118,030.70</w:t>
            </w:r>
          </w:p>
        </w:tc>
      </w:tr>
      <w:tr>
        <w:trPr>
          <w:cantSplit/>
        </w:trPr>
        <w:tc>
          <w:tcPr>
            <w:tcW w:type="dxa" w:w="2155"/>
          </w:tcPr>
          <w:p>
            <w:pPr>
              <w:spacing w:after="0"/>
              <w:jc w:val="left"/>
            </w:pPr>
            <w:r>
              <w:rPr>
                <w:sz w:val="16"/>
              </w:rPr>
              <w:t>DR-1488-VT</w:t>
            </w:r>
          </w:p>
        </w:tc>
        <w:tc>
          <w:tcPr>
            <w:tcW w:type="dxa" w:w="2155"/>
          </w:tcPr>
          <w:p>
            <w:pPr>
              <w:spacing w:after="0"/>
              <w:jc w:val="left"/>
            </w:pPr>
            <w:r>
              <w:rPr>
                <w:sz w:val="16"/>
              </w:rPr>
              <w:t>2003-09-12</w:t>
            </w:r>
          </w:p>
        </w:tc>
        <w:tc>
          <w:tcPr>
            <w:tcW w:type="dxa" w:w="3824"/>
          </w:tcPr>
          <w:p>
            <w:pPr>
              <w:spacing w:after="0"/>
              <w:jc w:val="left"/>
            </w:pPr>
            <w:r>
              <w:rPr>
                <w:sz w:val="16"/>
              </w:rPr>
              <w:t>Severe Storms and Flooding</w:t>
            </w:r>
          </w:p>
        </w:tc>
        <w:tc>
          <w:tcPr>
            <w:tcW w:type="dxa" w:w="3639"/>
          </w:tcPr>
          <w:p>
            <w:pPr>
              <w:spacing w:after="0"/>
              <w:jc w:val="left"/>
            </w:pPr>
            <w:r>
              <w:rPr>
                <w:sz w:val="16"/>
              </w:rPr>
              <w:t>Readsboro, Town of</w:t>
            </w:r>
          </w:p>
        </w:tc>
        <w:tc>
          <w:tcPr>
            <w:tcW w:type="dxa" w:w="2340"/>
          </w:tcPr>
          <w:p>
            <w:pPr>
              <w:spacing w:after="0"/>
              <w:jc w:val="right"/>
            </w:pPr>
            <w:r>
              <w:rPr>
                <w:sz w:val="16"/>
              </w:rPr>
              <w:t>$7,258.76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30</w:t>
            </w:r>
          </w:p>
        </w:tc>
        <w:tc>
          <w:tcPr>
            <w:tcW w:type="dxa" w:w="1159"/>
          </w:tcPr>
          <w:p>
            <w:pPr>
              <w:spacing w:after="0"/>
              <w:jc w:val="right"/>
            </w:pPr>
            <w:r>
              <w:rPr>
                <w:sz w:val="16"/>
              </w:rPr>
              <w:t>10</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90</w:t>
            </w:r>
          </w:p>
        </w:tc>
        <w:tc>
          <w:tcPr>
            <w:tcW w:type="dxa" w:w="1159"/>
          </w:tcPr>
          <w:p>
            <w:pPr>
              <w:spacing w:after="0"/>
              <w:jc w:val="right"/>
            </w:pPr>
            <w:r>
              <w:rPr>
                <w:sz w:val="16"/>
              </w:rPr>
              <w:t>7</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68</w:t>
            </w:r>
          </w:p>
        </w:tc>
        <w:tc>
          <w:tcPr>
            <w:tcW w:type="dxa" w:w="1159"/>
          </w:tcPr>
          <w:p>
            <w:pPr>
              <w:spacing w:after="0"/>
              <w:jc w:val="right"/>
            </w:pPr>
            <w:r>
              <w:rPr>
                <w:sz w:val="16"/>
              </w:rPr>
              <w:t>7</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13</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353</w:t>
            </w:r>
          </w:p>
        </w:tc>
        <w:tc>
          <w:tcPr>
            <w:tcW w:type="dxa" w:w="1159"/>
          </w:tcPr>
          <w:p>
            <w:pPr>
              <w:spacing w:after="0"/>
              <w:jc w:val="right"/>
            </w:pPr>
            <w:r>
              <w:rPr>
                <w:sz w:val="16"/>
              </w:rPr>
              <w:t>48</w:t>
            </w:r>
          </w:p>
        </w:tc>
        <w:tc>
          <w:tcPr>
            <w:tcW w:type="dxa" w:w="2116"/>
          </w:tcPr>
          <w:p>
            <w:pPr>
              <w:spacing w:after="0"/>
              <w:jc w:val="right"/>
            </w:pPr>
            <w:r>
              <w:rPr>
                <w:sz w:val="16"/>
              </w:rPr>
              <w:t>10</w:t>
            </w:r>
          </w:p>
        </w:tc>
        <w:tc>
          <w:tcPr>
            <w:tcW w:type="dxa" w:w="786"/>
          </w:tcPr>
          <w:p>
            <w:pPr>
              <w:spacing w:after="0"/>
              <w:jc w:val="right"/>
            </w:pPr>
            <w:r>
              <w:rPr>
                <w:sz w:val="16"/>
              </w:rPr>
              <w:t>41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39 High Wind and 39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287</w:t>
            </w:r>
          </w:p>
        </w:tc>
        <w:tc>
          <w:tcPr>
            <w:tcW w:type="dxa" w:w="1159"/>
          </w:tcPr>
          <w:p>
            <w:pPr>
              <w:spacing w:after="0"/>
              <w:jc w:val="right"/>
            </w:pPr>
            <w:r>
              <w:rPr>
                <w:sz w:val="16"/>
              </w:rPr>
              <w:t>44</w:t>
            </w:r>
          </w:p>
        </w:tc>
        <w:tc>
          <w:tcPr>
            <w:tcW w:type="dxa" w:w="2116"/>
          </w:tcPr>
          <w:p>
            <w:pPr>
              <w:spacing w:after="0"/>
              <w:jc w:val="right"/>
            </w:pPr>
            <w:r>
              <w:rPr>
                <w:sz w:val="16"/>
              </w:rPr>
              <w:t>7</w:t>
            </w:r>
          </w:p>
        </w:tc>
        <w:tc>
          <w:tcPr>
            <w:tcW w:type="dxa" w:w="786"/>
          </w:tcPr>
          <w:p>
            <w:pPr>
              <w:spacing w:after="0"/>
              <w:jc w:val="right"/>
            </w:pPr>
            <w:r>
              <w:rPr>
                <w:sz w:val="16"/>
              </w:rPr>
              <w:t>44</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97"/>
        <w:gridCol w:w="3054"/>
        <w:gridCol w:w="927"/>
        <w:gridCol w:w="2537"/>
        <w:gridCol w:w="1115"/>
        <w:gridCol w:w="232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97"/>
            <w:shd w:val="clear" w:color="auto" w:fill="E8E8E8"/>
          </w:tcPr>
          <w:p>
            <w:pPr>
              <w:spacing w:after="0"/>
              <w:jc w:val="left"/>
            </w:pPr>
            <w:r>
              <w:rPr>
                <w:b/>
                <w:sz w:val="16"/>
              </w:rPr>
              <w:t>Magnitude or extent</w:t>
            </w:r>
          </w:p>
        </w:tc>
        <w:tc>
          <w:tcPr>
            <w:tcW w:type="dxa" w:w="3054"/>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37"/>
            <w:shd w:val="clear" w:color="auto" w:fill="E8E8E8"/>
          </w:tcPr>
          <w:p>
            <w:pPr>
              <w:spacing w:after="0"/>
              <w:jc w:val="left"/>
            </w:pPr>
            <w:r>
              <w:rPr>
                <w:b/>
                <w:sz w:val="16"/>
              </w:rPr>
              <w:t>Location</w:t>
            </w:r>
          </w:p>
        </w:tc>
        <w:tc>
          <w:tcPr>
            <w:tcW w:type="dxa" w:w="1115"/>
            <w:shd w:val="clear" w:color="auto" w:fill="E8E8E8"/>
          </w:tcPr>
          <w:p>
            <w:pPr>
              <w:spacing w:after="0"/>
              <w:jc w:val="left"/>
            </w:pPr>
            <w:r>
              <w:rPr>
                <w:b/>
                <w:sz w:val="16"/>
              </w:rPr>
              <w:t>Flags</w:t>
            </w:r>
          </w:p>
        </w:tc>
        <w:tc>
          <w:tcPr>
            <w:tcW w:type="dxa" w:w="232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Tornado</w:t>
            </w:r>
          </w:p>
        </w:tc>
        <w:tc>
          <w:tcPr>
            <w:tcW w:type="dxa" w:w="1897"/>
          </w:tcPr>
          <w:p>
            <w:pPr>
              <w:spacing w:after="0"/>
              <w:jc w:val="left"/>
            </w:pPr>
            <w:r>
              <w:rPr>
                <w:sz w:val="16"/>
              </w:rPr>
              <w:t>EF0, 11.85 mi within this county, 20 yd wide</w:t>
            </w:r>
          </w:p>
        </w:tc>
        <w:tc>
          <w:tcPr>
            <w:tcW w:type="dxa" w:w="3054"/>
          </w:tcPr>
          <w:p>
            <w:pPr>
              <w:spacing w:after="0"/>
              <w:jc w:val="left"/>
            </w:pPr>
            <w:r>
              <w:rPr>
                <w:sz w:val="16"/>
              </w:rPr>
              <w:t>$50,000 property; $0 crops (2023 dollars)</w:t>
            </w:r>
          </w:p>
        </w:tc>
        <w:tc>
          <w:tcPr>
            <w:tcW w:type="dxa" w:w="927"/>
          </w:tcPr>
          <w:p>
            <w:pPr>
              <w:spacing w:after="0"/>
              <w:jc w:val="right"/>
            </w:pPr>
            <w:r>
              <w:rPr>
                <w:sz w:val="16"/>
              </w:rPr>
              <w:t>0, 0</w:t>
            </w:r>
          </w:p>
        </w:tc>
        <w:tc>
          <w:tcPr>
            <w:tcW w:type="dxa" w:w="2537"/>
          </w:tcPr>
          <w:p>
            <w:pPr>
              <w:spacing w:after="0"/>
              <w:jc w:val="left"/>
            </w:pPr>
            <w:r>
              <w:rPr>
                <w:sz w:val="16"/>
              </w:rPr>
              <w:t>BENSON LNDG to BRANDON</w:t>
            </w:r>
          </w:p>
        </w:tc>
        <w:tc>
          <w:tcPr>
            <w:tcW w:type="dxa" w:w="1115"/>
          </w:tcPr>
          <w:p>
            <w:pPr>
              <w:spacing w:after="0"/>
              <w:jc w:val="left"/>
            </w:pPr>
            <w:r>
              <w:rPr>
                <w:sz w:val="16"/>
              </w:rPr>
              <w:t>new since last plan; within last 5 years</w:t>
            </w:r>
          </w:p>
        </w:tc>
        <w:tc>
          <w:tcPr>
            <w:tcW w:type="dxa" w:w="2329"/>
          </w:tcPr>
          <w:p>
            <w:pPr>
              <w:spacing w:after="0"/>
              <w:jc w:val="left"/>
            </w:pPr>
            <w:r>
              <w:rPr>
                <w:sz w:val="16"/>
              </w:rPr>
              <w:t>B1-c worst recorded: Tornado</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897"/>
          </w:tcPr>
          <w:p>
            <w:pPr>
              <w:spacing w:after="0"/>
              <w:jc w:val="left"/>
            </w:pPr>
          </w:p>
        </w:tc>
        <w:tc>
          <w:tcPr>
            <w:tcW w:type="dxa" w:w="3054"/>
          </w:tcPr>
          <w:p>
            <w:pPr>
              <w:spacing w:after="0"/>
              <w:jc w:val="left"/>
            </w:pPr>
            <w:r>
              <w:rPr>
                <w:sz w:val="16"/>
              </w:rPr>
              <w:t>$0 property; $1,000,000 crops (zone total, 2023 dollars)</w:t>
            </w:r>
          </w:p>
        </w:tc>
        <w:tc>
          <w:tcPr>
            <w:tcW w:type="dxa" w:w="927"/>
          </w:tcPr>
          <w:p>
            <w:pPr>
              <w:spacing w:after="0"/>
              <w:jc w:val="right"/>
            </w:pPr>
            <w:r>
              <w:rPr>
                <w:sz w:val="16"/>
              </w:rPr>
              <w:t>0, 0</w:t>
            </w:r>
          </w:p>
        </w:tc>
        <w:tc>
          <w:tcPr>
            <w:tcW w:type="dxa" w:w="2537"/>
          </w:tcPr>
          <w:p>
            <w:pPr>
              <w:spacing w:after="0"/>
              <w:jc w:val="left"/>
            </w:pPr>
            <w:r>
              <w:rPr>
                <w:sz w:val="16"/>
              </w:rPr>
              <w:t>NWS zone VTZ011 (WESTERN RUTLAND), zone-level</w:t>
            </w:r>
          </w:p>
        </w:tc>
        <w:tc>
          <w:tcPr>
            <w:tcW w:type="dxa" w:w="1115"/>
          </w:tcPr>
          <w:p>
            <w:pPr>
              <w:spacing w:after="0"/>
              <w:jc w:val="left"/>
            </w:pPr>
            <w:r>
              <w:rPr>
                <w:sz w:val="16"/>
              </w:rPr>
              <w:t>new since last plan; within last 5 years</w:t>
            </w:r>
          </w:p>
        </w:tc>
        <w:tc>
          <w:tcPr>
            <w:tcW w:type="dxa" w:w="2329"/>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897"/>
          </w:tcPr>
          <w:p>
            <w:pPr>
              <w:spacing w:after="0"/>
              <w:jc w:val="left"/>
            </w:pPr>
          </w:p>
        </w:tc>
        <w:tc>
          <w:tcPr>
            <w:tcW w:type="dxa" w:w="3054"/>
          </w:tcPr>
          <w:p>
            <w:pPr>
              <w:spacing w:after="0"/>
              <w:jc w:val="left"/>
            </w:pPr>
            <w:r>
              <w:rPr>
                <w:sz w:val="16"/>
              </w:rPr>
              <w:t>$0 property; $0 crops (zone total, 2020 dollars)</w:t>
            </w:r>
          </w:p>
        </w:tc>
        <w:tc>
          <w:tcPr>
            <w:tcW w:type="dxa" w:w="927"/>
          </w:tcPr>
          <w:p>
            <w:pPr>
              <w:spacing w:after="0"/>
              <w:jc w:val="right"/>
            </w:pPr>
            <w:r>
              <w:rPr>
                <w:sz w:val="16"/>
              </w:rPr>
              <w:t>0, 0</w:t>
            </w:r>
          </w:p>
        </w:tc>
        <w:tc>
          <w:tcPr>
            <w:tcW w:type="dxa" w:w="2537"/>
          </w:tcPr>
          <w:p>
            <w:pPr>
              <w:spacing w:after="0"/>
              <w:jc w:val="left"/>
            </w:pPr>
            <w:r>
              <w:rPr>
                <w:sz w:val="16"/>
              </w:rPr>
              <w:t>NWS zone VTZ011 (WESTERN RUTLAND), zone-level</w:t>
            </w:r>
          </w:p>
        </w:tc>
        <w:tc>
          <w:tcPr>
            <w:tcW w:type="dxa" w:w="1115"/>
          </w:tcPr>
          <w:p>
            <w:pPr>
              <w:spacing w:after="0"/>
              <w:jc w:val="left"/>
            </w:pPr>
            <w:r>
              <w:rPr>
                <w:sz w:val="16"/>
              </w:rPr>
              <w:t>in the 12 months before plan approval</w:t>
            </w:r>
          </w:p>
        </w:tc>
        <w:tc>
          <w:tcPr>
            <w:tcW w:type="dxa" w:w="2329"/>
          </w:tcPr>
          <w:p>
            <w:pPr>
              <w:spacing w:after="0"/>
              <w:jc w:val="left"/>
            </w:pPr>
            <w:r>
              <w:rPr>
                <w:sz w:val="16"/>
              </w:rPr>
              <w:t>B1-c worst recorded: Excessive Heat, Heat</w:t>
            </w:r>
          </w:p>
        </w:tc>
      </w:tr>
      <w:tr>
        <w:trPr>
          <w:cantSplit/>
        </w:trPr>
        <w:tc>
          <w:tcPr>
            <w:tcW w:type="dxa" w:w="1037"/>
          </w:tcPr>
          <w:p>
            <w:pPr>
              <w:spacing w:after="0"/>
              <w:jc w:val="left"/>
            </w:pPr>
            <w:r>
              <w:rPr>
                <w:sz w:val="16"/>
              </w:rPr>
              <w:t>2016-07-23</w:t>
            </w:r>
          </w:p>
        </w:tc>
        <w:tc>
          <w:tcPr>
            <w:tcW w:type="dxa" w:w="1215"/>
          </w:tcPr>
          <w:p>
            <w:pPr>
              <w:spacing w:after="0"/>
              <w:jc w:val="left"/>
            </w:pPr>
            <w:r>
              <w:rPr>
                <w:sz w:val="16"/>
              </w:rPr>
              <w:t>Thunderstorm Wind</w:t>
            </w:r>
          </w:p>
        </w:tc>
        <w:tc>
          <w:tcPr>
            <w:tcW w:type="dxa" w:w="1897"/>
          </w:tcPr>
          <w:p>
            <w:pPr>
              <w:spacing w:after="0"/>
              <w:jc w:val="left"/>
            </w:pPr>
            <w:r>
              <w:rPr>
                <w:sz w:val="16"/>
              </w:rPr>
              <w:t>50 kt (58 mph) estimated gust</w:t>
            </w:r>
          </w:p>
        </w:tc>
        <w:tc>
          <w:tcPr>
            <w:tcW w:type="dxa" w:w="3054"/>
          </w:tcPr>
          <w:p>
            <w:pPr>
              <w:spacing w:after="0"/>
              <w:jc w:val="left"/>
            </w:pPr>
            <w:r>
              <w:rPr>
                <w:sz w:val="16"/>
              </w:rPr>
              <w:t>$25,000 property; $0 crops (2016 dollars)</w:t>
            </w:r>
          </w:p>
        </w:tc>
        <w:tc>
          <w:tcPr>
            <w:tcW w:type="dxa" w:w="927"/>
          </w:tcPr>
          <w:p>
            <w:pPr>
              <w:spacing w:after="0"/>
              <w:jc w:val="right"/>
            </w:pPr>
            <w:r>
              <w:rPr>
                <w:sz w:val="16"/>
              </w:rPr>
              <w:t>1, 0</w:t>
            </w:r>
          </w:p>
        </w:tc>
        <w:tc>
          <w:tcPr>
            <w:tcW w:type="dxa" w:w="2537"/>
          </w:tcPr>
          <w:p>
            <w:pPr>
              <w:spacing w:after="0"/>
              <w:jc w:val="left"/>
            </w:pPr>
            <w:r>
              <w:rPr>
                <w:sz w:val="16"/>
              </w:rPr>
              <w:t>HUBBARDTON</w:t>
            </w:r>
          </w:p>
        </w:tc>
        <w:tc>
          <w:tcPr>
            <w:tcW w:type="dxa" w:w="1115"/>
          </w:tcPr>
          <w:p>
            <w:pPr>
              <w:spacing w:after="0"/>
              <w:jc w:val="left"/>
            </w:pPr>
          </w:p>
        </w:tc>
        <w:tc>
          <w:tcPr>
            <w:tcW w:type="dxa" w:w="2329"/>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897"/>
          </w:tcPr>
          <w:p>
            <w:pPr>
              <w:spacing w:after="0"/>
              <w:jc w:val="left"/>
            </w:pPr>
          </w:p>
        </w:tc>
        <w:tc>
          <w:tcPr>
            <w:tcW w:type="dxa" w:w="3054"/>
          </w:tcPr>
          <w:p>
            <w:pPr>
              <w:spacing w:after="0"/>
              <w:jc w:val="left"/>
            </w:pPr>
            <w:r>
              <w:rPr>
                <w:sz w:val="16"/>
              </w:rPr>
              <w:t>$0 property; $0 crops (zone total, 2015 dollars)</w:t>
            </w:r>
          </w:p>
        </w:tc>
        <w:tc>
          <w:tcPr>
            <w:tcW w:type="dxa" w:w="927"/>
          </w:tcPr>
          <w:p>
            <w:pPr>
              <w:spacing w:after="0"/>
              <w:jc w:val="right"/>
            </w:pPr>
            <w:r>
              <w:rPr>
                <w:sz w:val="16"/>
              </w:rPr>
              <w:t>0, 0</w:t>
            </w:r>
          </w:p>
        </w:tc>
        <w:tc>
          <w:tcPr>
            <w:tcW w:type="dxa" w:w="2537"/>
          </w:tcPr>
          <w:p>
            <w:pPr>
              <w:spacing w:after="0"/>
              <w:jc w:val="left"/>
            </w:pPr>
            <w:r>
              <w:rPr>
                <w:sz w:val="16"/>
              </w:rPr>
              <w:t>NWS zone VTZ019 (EASTERN RUTLAND), zone-level</w:t>
            </w:r>
          </w:p>
        </w:tc>
        <w:tc>
          <w:tcPr>
            <w:tcW w:type="dxa" w:w="1115"/>
          </w:tcPr>
          <w:p>
            <w:pPr>
              <w:spacing w:after="0"/>
              <w:jc w:val="left"/>
            </w:pPr>
          </w:p>
        </w:tc>
        <w:tc>
          <w:tcPr>
            <w:tcW w:type="dxa" w:w="232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897"/>
          </w:tcPr>
          <w:p>
            <w:pPr>
              <w:spacing w:after="0"/>
              <w:jc w:val="left"/>
            </w:pPr>
          </w:p>
        </w:tc>
        <w:tc>
          <w:tcPr>
            <w:tcW w:type="dxa" w:w="3054"/>
          </w:tcPr>
          <w:p>
            <w:pPr>
              <w:spacing w:after="0"/>
              <w:jc w:val="left"/>
            </w:pPr>
            <w:r>
              <w:rPr>
                <w:sz w:val="16"/>
              </w:rPr>
              <w:t>$50,000,000 property; $1,500,000 crops (2011 dollars)</w:t>
            </w:r>
          </w:p>
        </w:tc>
        <w:tc>
          <w:tcPr>
            <w:tcW w:type="dxa" w:w="927"/>
          </w:tcPr>
          <w:p>
            <w:pPr>
              <w:spacing w:after="0"/>
              <w:jc w:val="right"/>
            </w:pPr>
            <w:r>
              <w:rPr>
                <w:sz w:val="16"/>
              </w:rPr>
              <w:t>2, 0</w:t>
            </w:r>
          </w:p>
        </w:tc>
        <w:tc>
          <w:tcPr>
            <w:tcW w:type="dxa" w:w="2537"/>
          </w:tcPr>
          <w:p>
            <w:pPr>
              <w:spacing w:after="0"/>
              <w:jc w:val="left"/>
            </w:pPr>
            <w:r>
              <w:rPr>
                <w:sz w:val="16"/>
              </w:rPr>
              <w:t>BENSON to WEST PAWLET</w:t>
            </w:r>
          </w:p>
        </w:tc>
        <w:tc>
          <w:tcPr>
            <w:tcW w:type="dxa" w:w="1115"/>
          </w:tcPr>
          <w:p>
            <w:pPr>
              <w:spacing w:after="0"/>
              <w:jc w:val="left"/>
            </w:pPr>
          </w:p>
        </w:tc>
        <w:tc>
          <w:tcPr>
            <w:tcW w:type="dxa" w:w="2329"/>
          </w:tcPr>
          <w:p>
            <w:pPr>
              <w:spacing w:after="0"/>
              <w:jc w:val="left"/>
            </w:pPr>
            <w:r>
              <w:rPr>
                <w:sz w:val="16"/>
              </w:rPr>
              <w:t>deaths or injuries recorded</w:t>
            </w:r>
          </w:p>
        </w:tc>
      </w:tr>
      <w:tr>
        <w:trPr>
          <w:cantSplit/>
        </w:trPr>
        <w:tc>
          <w:tcPr>
            <w:tcW w:type="dxa" w:w="1037"/>
          </w:tcPr>
          <w:p>
            <w:pPr>
              <w:spacing w:after="0"/>
              <w:jc w:val="left"/>
            </w:pPr>
            <w:r>
              <w:rPr>
                <w:sz w:val="16"/>
              </w:rPr>
              <w:t>2007-05-10</w:t>
            </w:r>
          </w:p>
        </w:tc>
        <w:tc>
          <w:tcPr>
            <w:tcW w:type="dxa" w:w="1215"/>
          </w:tcPr>
          <w:p>
            <w:pPr>
              <w:spacing w:after="0"/>
              <w:jc w:val="left"/>
            </w:pPr>
            <w:r>
              <w:rPr>
                <w:sz w:val="16"/>
              </w:rPr>
              <w:t>Lightning</w:t>
            </w:r>
          </w:p>
        </w:tc>
        <w:tc>
          <w:tcPr>
            <w:tcW w:type="dxa" w:w="1897"/>
          </w:tcPr>
          <w:p>
            <w:pPr>
              <w:spacing w:after="0"/>
              <w:jc w:val="left"/>
            </w:pPr>
          </w:p>
        </w:tc>
        <w:tc>
          <w:tcPr>
            <w:tcW w:type="dxa" w:w="3054"/>
          </w:tcPr>
          <w:p>
            <w:pPr>
              <w:spacing w:after="0"/>
              <w:jc w:val="left"/>
            </w:pPr>
            <w:r>
              <w:rPr>
                <w:sz w:val="16"/>
              </w:rPr>
              <w:t>$50,000 property; $0 crops (2007 dollars)</w:t>
            </w:r>
          </w:p>
        </w:tc>
        <w:tc>
          <w:tcPr>
            <w:tcW w:type="dxa" w:w="927"/>
          </w:tcPr>
          <w:p>
            <w:pPr>
              <w:spacing w:after="0"/>
              <w:jc w:val="right"/>
            </w:pPr>
            <w:r>
              <w:rPr>
                <w:sz w:val="16"/>
              </w:rPr>
              <w:t>0, 0</w:t>
            </w:r>
          </w:p>
        </w:tc>
        <w:tc>
          <w:tcPr>
            <w:tcW w:type="dxa" w:w="2537"/>
          </w:tcPr>
          <w:p>
            <w:pPr>
              <w:spacing w:after="0"/>
              <w:jc w:val="left"/>
            </w:pPr>
            <w:r>
              <w:rPr>
                <w:sz w:val="16"/>
              </w:rPr>
              <w:t>CLARENDON</w:t>
            </w:r>
          </w:p>
        </w:tc>
        <w:tc>
          <w:tcPr>
            <w:tcW w:type="dxa" w:w="1115"/>
          </w:tcPr>
          <w:p>
            <w:pPr>
              <w:spacing w:after="0"/>
              <w:jc w:val="left"/>
            </w:pPr>
          </w:p>
        </w:tc>
        <w:tc>
          <w:tcPr>
            <w:tcW w:type="dxa" w:w="2329"/>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1897"/>
          </w:tcPr>
          <w:p>
            <w:pPr>
              <w:spacing w:after="0"/>
              <w:jc w:val="left"/>
            </w:pPr>
            <w:r>
              <w:rPr>
                <w:sz w:val="16"/>
              </w:rPr>
              <w:t>69 kt (79 mph) estimated gust</w:t>
            </w:r>
          </w:p>
        </w:tc>
        <w:tc>
          <w:tcPr>
            <w:tcW w:type="dxa" w:w="3054"/>
          </w:tcPr>
          <w:p>
            <w:pPr>
              <w:spacing w:after="0"/>
              <w:jc w:val="left"/>
            </w:pPr>
            <w:r>
              <w:rPr>
                <w:sz w:val="16"/>
              </w:rPr>
              <w:t>$3,500,000 property; $0 crops (zone total, 2007 dollars)</w:t>
            </w:r>
          </w:p>
        </w:tc>
        <w:tc>
          <w:tcPr>
            <w:tcW w:type="dxa" w:w="927"/>
          </w:tcPr>
          <w:p>
            <w:pPr>
              <w:spacing w:after="0"/>
              <w:jc w:val="right"/>
            </w:pPr>
            <w:r>
              <w:rPr>
                <w:sz w:val="16"/>
              </w:rPr>
              <w:t>0, 0</w:t>
            </w:r>
          </w:p>
        </w:tc>
        <w:tc>
          <w:tcPr>
            <w:tcW w:type="dxa" w:w="2537"/>
          </w:tcPr>
          <w:p>
            <w:pPr>
              <w:spacing w:after="0"/>
              <w:jc w:val="left"/>
            </w:pPr>
            <w:r>
              <w:rPr>
                <w:sz w:val="16"/>
              </w:rPr>
              <w:t>NWS zone VTZ011 (WESTERN RUTLAND), zone-level</w:t>
            </w:r>
          </w:p>
        </w:tc>
        <w:tc>
          <w:tcPr>
            <w:tcW w:type="dxa" w:w="1115"/>
          </w:tcPr>
          <w:p>
            <w:pPr>
              <w:spacing w:after="0"/>
              <w:jc w:val="left"/>
            </w:pPr>
          </w:p>
        </w:tc>
        <w:tc>
          <w:tcPr>
            <w:tcW w:type="dxa" w:w="2329"/>
          </w:tcPr>
          <w:p>
            <w:pPr>
              <w:spacing w:after="0"/>
              <w:jc w:val="left"/>
            </w:pPr>
            <w:r>
              <w:rPr>
                <w:sz w:val="16"/>
              </w:rPr>
              <w:t>B1-c worst recorded: High Wind and Strong Wind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897"/>
          </w:tcPr>
          <w:p>
            <w:pPr>
              <w:spacing w:after="0"/>
              <w:jc w:val="left"/>
            </w:pPr>
          </w:p>
        </w:tc>
        <w:tc>
          <w:tcPr>
            <w:tcW w:type="dxa" w:w="3054"/>
          </w:tcPr>
          <w:p>
            <w:pPr>
              <w:spacing w:after="0"/>
              <w:jc w:val="left"/>
            </w:pPr>
            <w:r>
              <w:rPr>
                <w:sz w:val="16"/>
              </w:rPr>
              <w:t>$80,000 property; crops not reported (zone total, 1998 dollars)</w:t>
            </w:r>
          </w:p>
        </w:tc>
        <w:tc>
          <w:tcPr>
            <w:tcW w:type="dxa" w:w="927"/>
          </w:tcPr>
          <w:p>
            <w:pPr>
              <w:spacing w:after="0"/>
              <w:jc w:val="right"/>
            </w:pPr>
            <w:r>
              <w:rPr>
                <w:sz w:val="16"/>
              </w:rPr>
              <w:t>0, 0</w:t>
            </w:r>
          </w:p>
        </w:tc>
        <w:tc>
          <w:tcPr>
            <w:tcW w:type="dxa" w:w="2537"/>
          </w:tcPr>
          <w:p>
            <w:pPr>
              <w:spacing w:after="0"/>
              <w:jc w:val="left"/>
            </w:pPr>
            <w:r>
              <w:rPr>
                <w:sz w:val="16"/>
              </w:rPr>
              <w:t>NWS zone VTZ011 (RUTLAND), zone-level</w:t>
            </w:r>
          </w:p>
        </w:tc>
        <w:tc>
          <w:tcPr>
            <w:tcW w:type="dxa" w:w="1115"/>
          </w:tcPr>
          <w:p>
            <w:pPr>
              <w:spacing w:after="0"/>
              <w:jc w:val="left"/>
            </w:pPr>
          </w:p>
        </w:tc>
        <w:tc>
          <w:tcPr>
            <w:tcW w:type="dxa" w:w="2329"/>
          </w:tcPr>
          <w:p>
            <w:pPr>
              <w:spacing w:after="0"/>
              <w:jc w:val="left"/>
            </w:pPr>
            <w:r>
              <w:rPr>
                <w:sz w:val="16"/>
              </w:rPr>
              <w:t>B1-c worst recorded: Ice Storm</w:t>
            </w:r>
          </w:p>
        </w:tc>
      </w:tr>
      <w:tr>
        <w:trPr>
          <w:cantSplit/>
        </w:trPr>
        <w:tc>
          <w:tcPr>
            <w:tcW w:type="dxa" w:w="1037"/>
          </w:tcPr>
          <w:p>
            <w:pPr>
              <w:spacing w:after="0"/>
              <w:jc w:val="left"/>
            </w:pPr>
            <w:r>
              <w:rPr>
                <w:sz w:val="16"/>
              </w:rPr>
              <w:t>1996-12-07</w:t>
            </w:r>
          </w:p>
        </w:tc>
        <w:tc>
          <w:tcPr>
            <w:tcW w:type="dxa" w:w="1215"/>
          </w:tcPr>
          <w:p>
            <w:pPr>
              <w:spacing w:after="0"/>
              <w:jc w:val="left"/>
            </w:pPr>
            <w:r>
              <w:rPr>
                <w:sz w:val="16"/>
              </w:rPr>
              <w:t>Winter Storm</w:t>
            </w:r>
          </w:p>
        </w:tc>
        <w:tc>
          <w:tcPr>
            <w:tcW w:type="dxa" w:w="1897"/>
          </w:tcPr>
          <w:p>
            <w:pPr>
              <w:spacing w:after="0"/>
              <w:jc w:val="left"/>
            </w:pPr>
          </w:p>
        </w:tc>
        <w:tc>
          <w:tcPr>
            <w:tcW w:type="dxa" w:w="3054"/>
          </w:tcPr>
          <w:p>
            <w:pPr>
              <w:spacing w:after="0"/>
              <w:jc w:val="left"/>
            </w:pPr>
            <w:r>
              <w:rPr>
                <w:sz w:val="16"/>
              </w:rPr>
              <w:t>$90,000 property; crops not reported (zone total, 1996 dollars)</w:t>
            </w:r>
          </w:p>
        </w:tc>
        <w:tc>
          <w:tcPr>
            <w:tcW w:type="dxa" w:w="927"/>
          </w:tcPr>
          <w:p>
            <w:pPr>
              <w:spacing w:after="0"/>
              <w:jc w:val="right"/>
            </w:pPr>
            <w:r>
              <w:rPr>
                <w:sz w:val="16"/>
              </w:rPr>
              <w:t>1, 0</w:t>
            </w:r>
          </w:p>
        </w:tc>
        <w:tc>
          <w:tcPr>
            <w:tcW w:type="dxa" w:w="2537"/>
          </w:tcPr>
          <w:p>
            <w:pPr>
              <w:spacing w:after="0"/>
              <w:jc w:val="left"/>
            </w:pPr>
            <w:r>
              <w:rPr>
                <w:sz w:val="16"/>
              </w:rPr>
              <w:t>NWS zone VTZ011 (WESTERN RUTLAND), zone-level</w:t>
            </w:r>
          </w:p>
        </w:tc>
        <w:tc>
          <w:tcPr>
            <w:tcW w:type="dxa" w:w="1115"/>
          </w:tcPr>
          <w:p>
            <w:pPr>
              <w:spacing w:after="0"/>
              <w:jc w:val="left"/>
            </w:pPr>
          </w:p>
        </w:tc>
        <w:tc>
          <w:tcPr>
            <w:tcW w:type="dxa" w:w="2329"/>
          </w:tcPr>
          <w:p>
            <w:pPr>
              <w:spacing w:after="0"/>
              <w:jc w:val="left"/>
            </w:pPr>
            <w:r>
              <w:rPr>
                <w:sz w:val="16"/>
              </w:rPr>
              <w:t>deaths or injuries recorded</w:t>
            </w:r>
          </w:p>
        </w:tc>
      </w:tr>
      <w:tr>
        <w:trPr>
          <w:cantSplit/>
        </w:trPr>
        <w:tc>
          <w:tcPr>
            <w:tcW w:type="dxa" w:w="1037"/>
          </w:tcPr>
          <w:p>
            <w:pPr>
              <w:spacing w:after="0"/>
              <w:jc w:val="left"/>
            </w:pPr>
            <w:r>
              <w:rPr>
                <w:sz w:val="16"/>
              </w:rPr>
              <w:t>1988-08-28</w:t>
            </w:r>
          </w:p>
        </w:tc>
        <w:tc>
          <w:tcPr>
            <w:tcW w:type="dxa" w:w="1215"/>
          </w:tcPr>
          <w:p>
            <w:pPr>
              <w:spacing w:after="0"/>
              <w:jc w:val="left"/>
            </w:pPr>
            <w:r>
              <w:rPr>
                <w:sz w:val="16"/>
              </w:rPr>
              <w:t>Hail</w:t>
            </w:r>
          </w:p>
        </w:tc>
        <w:tc>
          <w:tcPr>
            <w:tcW w:type="dxa" w:w="1897"/>
          </w:tcPr>
          <w:p>
            <w:pPr>
              <w:spacing w:after="0"/>
              <w:jc w:val="left"/>
            </w:pPr>
            <w:r>
              <w:rPr>
                <w:sz w:val="16"/>
              </w:rPr>
              <w:t>2.5 in</w:t>
            </w:r>
          </w:p>
        </w:tc>
        <w:tc>
          <w:tcPr>
            <w:tcW w:type="dxa" w:w="3054"/>
          </w:tcPr>
          <w:p>
            <w:pPr>
              <w:spacing w:after="0"/>
              <w:jc w:val="left"/>
            </w:pPr>
            <w:r>
              <w:rPr>
                <w:sz w:val="16"/>
              </w:rPr>
              <w:t>damage not recorded (pre-1996 record)</w:t>
            </w:r>
          </w:p>
        </w:tc>
        <w:tc>
          <w:tcPr>
            <w:tcW w:type="dxa" w:w="927"/>
          </w:tcPr>
          <w:p>
            <w:pPr>
              <w:spacing w:after="0"/>
              <w:jc w:val="right"/>
            </w:pPr>
            <w:r>
              <w:rPr>
                <w:sz w:val="16"/>
              </w:rPr>
              <w:t>0, 0</w:t>
            </w:r>
          </w:p>
        </w:tc>
        <w:tc>
          <w:tcPr>
            <w:tcW w:type="dxa" w:w="2537"/>
          </w:tcPr>
          <w:p>
            <w:pPr>
              <w:spacing w:after="0"/>
              <w:jc w:val="left"/>
            </w:pPr>
            <w:r>
              <w:rPr>
                <w:sz w:val="16"/>
              </w:rPr>
              <w:t>location not recorded</w:t>
            </w:r>
          </w:p>
        </w:tc>
        <w:tc>
          <w:tcPr>
            <w:tcW w:type="dxa" w:w="1115"/>
          </w:tcPr>
          <w:p>
            <w:pPr>
              <w:spacing w:after="0"/>
              <w:jc w:val="left"/>
            </w:pPr>
          </w:p>
        </w:tc>
        <w:tc>
          <w:tcPr>
            <w:tcW w:type="dxa" w:w="2329"/>
          </w:tcPr>
          <w:p>
            <w:pPr>
              <w:spacing w:after="0"/>
              <w:jc w:val="left"/>
            </w:pPr>
            <w:r>
              <w:rPr>
                <w:sz w:val="16"/>
              </w:rPr>
              <w:t>B1-c worst recorded: Hail</w:t>
            </w:r>
          </w:p>
        </w:tc>
      </w:tr>
      <w:tr>
        <w:trPr>
          <w:cantSplit/>
        </w:trPr>
        <w:tc>
          <w:tcPr>
            <w:tcW w:type="dxa" w:w="1037"/>
          </w:tcPr>
          <w:p>
            <w:pPr>
              <w:spacing w:after="0"/>
              <w:jc w:val="left"/>
            </w:pPr>
            <w:r>
              <w:rPr>
                <w:sz w:val="16"/>
              </w:rPr>
              <w:t>1984-05-23</w:t>
            </w:r>
          </w:p>
        </w:tc>
        <w:tc>
          <w:tcPr>
            <w:tcW w:type="dxa" w:w="1215"/>
          </w:tcPr>
          <w:p>
            <w:pPr>
              <w:spacing w:after="0"/>
              <w:jc w:val="left"/>
            </w:pPr>
            <w:r>
              <w:rPr>
                <w:sz w:val="16"/>
              </w:rPr>
              <w:t>Thunderstorm Wind</w:t>
            </w:r>
          </w:p>
        </w:tc>
        <w:tc>
          <w:tcPr>
            <w:tcW w:type="dxa" w:w="1897"/>
          </w:tcPr>
          <w:p>
            <w:pPr>
              <w:spacing w:after="0"/>
              <w:jc w:val="left"/>
            </w:pPr>
            <w:r>
              <w:rPr>
                <w:sz w:val="16"/>
              </w:rPr>
              <w:t>82 kt (94 mph), measurement type not recorded</w:t>
            </w:r>
          </w:p>
        </w:tc>
        <w:tc>
          <w:tcPr>
            <w:tcW w:type="dxa" w:w="3054"/>
          </w:tcPr>
          <w:p>
            <w:pPr>
              <w:spacing w:after="0"/>
              <w:jc w:val="left"/>
            </w:pPr>
            <w:r>
              <w:rPr>
                <w:sz w:val="16"/>
              </w:rPr>
              <w:t>damage not recorded (pre-1996 record)</w:t>
            </w:r>
          </w:p>
        </w:tc>
        <w:tc>
          <w:tcPr>
            <w:tcW w:type="dxa" w:w="927"/>
          </w:tcPr>
          <w:p>
            <w:pPr>
              <w:spacing w:after="0"/>
              <w:jc w:val="right"/>
            </w:pPr>
            <w:r>
              <w:rPr>
                <w:sz w:val="16"/>
              </w:rPr>
              <w:t>0, 0</w:t>
            </w:r>
          </w:p>
        </w:tc>
        <w:tc>
          <w:tcPr>
            <w:tcW w:type="dxa" w:w="2537"/>
          </w:tcPr>
          <w:p>
            <w:pPr>
              <w:spacing w:after="0"/>
              <w:jc w:val="left"/>
            </w:pPr>
            <w:r>
              <w:rPr>
                <w:sz w:val="16"/>
              </w:rPr>
              <w:t>location not recorded</w:t>
            </w:r>
          </w:p>
        </w:tc>
        <w:tc>
          <w:tcPr>
            <w:tcW w:type="dxa" w:w="1115"/>
          </w:tcPr>
          <w:p>
            <w:pPr>
              <w:spacing w:after="0"/>
              <w:jc w:val="left"/>
            </w:pPr>
          </w:p>
        </w:tc>
        <w:tc>
          <w:tcPr>
            <w:tcW w:type="dxa" w:w="2329"/>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(846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Rutland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1"/>
        <w:gridCol w:w="1296"/>
        <w:gridCol w:w="1623"/>
        <w:gridCol w:w="1101"/>
        <w:gridCol w:w="2101"/>
        <w:gridCol w:w="1539"/>
        <w:gridCol w:w="1569"/>
        <w:gridCol w:w="1037"/>
        <w:gridCol w:w="1538"/>
      </w:tblGrid>
      <w:tr>
        <w:trPr>
          <w:cantSplit/>
          <w:tblHeader/>
        </w:trPr>
        <w:tc>
          <w:tcPr>
            <w:tcW w:type="dxa" w:w="1037"/>
            <w:shd w:val="clear" w:color="auto" w:fill="E8E8E8"/>
          </w:tcPr>
          <w:p>
            <w:pPr>
              <w:spacing w:after="0"/>
              <w:jc w:val="left"/>
            </w:pPr>
            <w:r>
              <w:rPr>
                <w:b/>
                <w:sz w:val="16"/>
              </w:rPr>
              <w:t>Hazard</w:t>
            </w:r>
          </w:p>
        </w:tc>
        <w:tc>
          <w:tcPr>
            <w:tcW w:type="dxa" w:w="127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6"/>
            <w:shd w:val="clear" w:color="auto" w:fill="E8E8E8"/>
          </w:tcPr>
          <w:p>
            <w:pPr>
              <w:spacing w:after="0"/>
              <w:jc w:val="left"/>
            </w:pPr>
            <w:r>
              <w:rPr>
                <w:b/>
                <w:sz w:val="16"/>
              </w:rPr>
              <w:t>Unit</w:t>
            </w:r>
          </w:p>
        </w:tc>
        <w:tc>
          <w:tcPr>
            <w:tcW w:type="dxa" w:w="1623"/>
            <w:shd w:val="clear" w:color="auto" w:fill="E8E8E8"/>
          </w:tcPr>
          <w:p>
            <w:pPr>
              <w:spacing w:after="0"/>
              <w:jc w:val="left"/>
            </w:pPr>
            <w:r>
              <w:rPr>
                <w:b/>
                <w:sz w:val="16"/>
              </w:rPr>
              <w:t>In plain terms</w:t>
            </w:r>
          </w:p>
        </w:tc>
        <w:tc>
          <w:tcPr>
            <w:tcW w:type="dxa" w:w="1101"/>
            <w:shd w:val="clear" w:color="auto" w:fill="E8E8E8"/>
          </w:tcPr>
          <w:p>
            <w:pPr>
              <w:spacing w:after="0"/>
              <w:jc w:val="left"/>
            </w:pPr>
            <w:r>
              <w:rPr>
                <w:b/>
                <w:sz w:val="16"/>
              </w:rPr>
              <w:t>Descriptor</w:t>
            </w:r>
          </w:p>
        </w:tc>
        <w:tc>
          <w:tcPr>
            <w:tcW w:type="dxa" w:w="2101"/>
            <w:shd w:val="clear" w:color="auto" w:fill="E8E8E8"/>
          </w:tcPr>
          <w:p>
            <w:pPr>
              <w:spacing w:after="0"/>
              <w:jc w:val="left"/>
            </w:pPr>
            <w:r>
              <w:rPr>
                <w:b/>
                <w:sz w:val="16"/>
              </w:rPr>
              <w:t>Descriptor basis</w:t>
            </w:r>
          </w:p>
        </w:tc>
        <w:tc>
          <w:tcPr>
            <w:tcW w:type="dxa" w:w="1539"/>
            <w:shd w:val="clear" w:color="auto" w:fill="E8E8E8"/>
          </w:tcPr>
          <w:p>
            <w:pPr>
              <w:spacing w:after="0"/>
              <w:jc w:val="right"/>
            </w:pPr>
            <w:r>
              <w:rPr>
                <w:b/>
                <w:sz w:val="16"/>
              </w:rPr>
              <w:t>NRI events or days in its record period (hail, wind and tornado are area-weighted, so can be fractional)</w:t>
            </w:r>
          </w:p>
        </w:tc>
        <w:tc>
          <w:tcPr>
            <w:tcW w:type="dxa" w:w="15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1"/>
          </w:tcPr>
          <w:p>
            <w:pPr>
              <w:spacing w:after="0"/>
              <w:jc w:val="right"/>
            </w:pPr>
            <w:r>
              <w:rPr>
                <w:sz w:val="16"/>
              </w:rPr>
              <w:t>0.01</w:t>
            </w:r>
          </w:p>
        </w:tc>
        <w:tc>
          <w:tcPr>
            <w:tcW w:type="dxa" w:w="1296"/>
          </w:tcPr>
          <w:p>
            <w:pPr>
              <w:spacing w:after="0"/>
              <w:jc w:val="left"/>
            </w:pPr>
            <w:r>
              <w:rPr>
                <w:sz w:val="16"/>
              </w:rPr>
              <w:t>events per year</w:t>
            </w:r>
          </w:p>
        </w:tc>
        <w:tc>
          <w:tcPr>
            <w:tcW w:type="dxa" w:w="1623"/>
          </w:tcPr>
          <w:p>
            <w:pPr>
              <w:spacing w:after="0"/>
              <w:jc w:val="left"/>
            </w:pPr>
            <w:r>
              <w:rPr>
                <w:sz w:val="16"/>
              </w:rPr>
              <w:t>about 1 in 100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0</w:t>
            </w:r>
          </w:p>
        </w:tc>
        <w:tc>
          <w:tcPr>
            <w:tcW w:type="dxa" w:w="1569"/>
          </w:tcPr>
          <w:p>
            <w:pPr>
              <w:spacing w:after="0"/>
              <w:jc w:val="left"/>
            </w:pPr>
            <w:r>
              <w:rPr>
                <w:sz w:val="16"/>
              </w:rPr>
              <w:t>1994 to 2023 (30 years)</w:t>
            </w:r>
          </w:p>
        </w:tc>
        <w:tc>
          <w:tcPr>
            <w:tcW w:type="dxa" w:w="1037"/>
          </w:tcPr>
          <w:p>
            <w:pPr>
              <w:spacing w:after="0"/>
              <w:jc w:val="left"/>
            </w:pPr>
            <w:r>
              <w:rPr>
                <w:sz w:val="16"/>
              </w:rPr>
              <w:t>see B1-f</w:t>
            </w:r>
          </w:p>
        </w:tc>
        <w:tc>
          <w:tcPr>
            <w:tcW w:type="dxa" w:w="153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1"/>
          </w:tcPr>
          <w:p>
            <w:pPr>
              <w:spacing w:after="0"/>
              <w:jc w:val="right"/>
            </w:pPr>
            <w:r>
              <w:rPr>
                <w:sz w:val="16"/>
              </w:rPr>
              <w:t>2.94</w:t>
            </w:r>
          </w:p>
        </w:tc>
        <w:tc>
          <w:tcPr>
            <w:tcW w:type="dxa" w:w="1296"/>
          </w:tcPr>
          <w:p>
            <w:pPr>
              <w:spacing w:after="0"/>
              <w:jc w:val="left"/>
            </w:pPr>
            <w:r>
              <w:rPr>
                <w:sz w:val="16"/>
              </w:rPr>
              <w:t>event-days per year</w:t>
            </w:r>
          </w:p>
        </w:tc>
        <w:tc>
          <w:tcPr>
            <w:tcW w:type="dxa" w:w="1623"/>
          </w:tcPr>
          <w:p>
            <w:pPr>
              <w:spacing w:after="0"/>
              <w:jc w:val="left"/>
            </w:pPr>
            <w:r>
              <w:rPr>
                <w:sz w:val="16"/>
              </w:rPr>
              <w:t>about 2.94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11 of 30 years, 1996 to 2025 (36.7%)</w:t>
            </w:r>
          </w:p>
        </w:tc>
        <w:tc>
          <w:tcPr>
            <w:tcW w:type="dxa" w:w="1539"/>
          </w:tcPr>
          <w:p>
            <w:pPr>
              <w:spacing w:after="0"/>
              <w:jc w:val="right"/>
            </w:pPr>
            <w:r>
              <w:rPr>
                <w:sz w:val="16"/>
              </w:rPr>
              <w:t>55.9</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Drought</w:t>
            </w:r>
          </w:p>
        </w:tc>
        <w:tc>
          <w:tcPr>
            <w:tcW w:type="dxa" w:w="1271"/>
          </w:tcPr>
          <w:p>
            <w:pPr>
              <w:spacing w:after="0"/>
              <w:jc w:val="right"/>
            </w:pPr>
            <w:r>
              <w:rPr>
                <w:sz w:val="16"/>
              </w:rPr>
              <w:t>0</w:t>
            </w:r>
          </w:p>
        </w:tc>
        <w:tc>
          <w:tcPr>
            <w:tcW w:type="dxa" w:w="1296"/>
          </w:tcPr>
          <w:p>
            <w:pPr>
              <w:spacing w:after="0"/>
              <w:jc w:val="left"/>
            </w:pPr>
            <w:r>
              <w:rPr>
                <w:sz w:val="16"/>
              </w:rPr>
              <w:t>event-days per year</w:t>
            </w:r>
          </w:p>
        </w:tc>
        <w:tc>
          <w:tcPr>
            <w:tcW w:type="dxa" w:w="1623"/>
          </w:tcPr>
          <w:p>
            <w:pPr>
              <w:spacing w:after="0"/>
              <w:jc w:val="left"/>
            </w:pPr>
            <w:r>
              <w:rPr>
                <w:sz w:val="16"/>
              </w:rPr>
              <w:t>none modeled</w:t>
            </w:r>
          </w:p>
        </w:tc>
        <w:tc>
          <w:tcPr>
            <w:tcW w:type="dxa" w:w="1101"/>
          </w:tcPr>
          <w:p>
            <w:pPr>
              <w:spacing w:after="0"/>
              <w:jc w:val="left"/>
            </w:pPr>
          </w:p>
        </w:tc>
        <w:tc>
          <w:tcPr>
            <w:tcW w:type="dxa" w:w="2101"/>
          </w:tcPr>
          <w:p>
            <w:pPr>
              <w:spacing w:after="0"/>
              <w:jc w:val="left"/>
            </w:pPr>
            <w:r>
              <w:rPr>
                <w:sz w:val="16"/>
              </w:rPr>
              <w:t>Storm Events event-days in 0 of 30 years, 1996 to 2025 (0%)</w:t>
            </w:r>
          </w:p>
        </w:tc>
        <w:tc>
          <w:tcPr>
            <w:tcW w:type="dxa" w:w="1539"/>
          </w:tcPr>
          <w:p>
            <w:pPr>
              <w:spacing w:after="0"/>
              <w:jc w:val="right"/>
            </w:pPr>
            <w:r>
              <w:rPr>
                <w:sz w:val="16"/>
              </w:rPr>
              <w:t>0</w:t>
            </w:r>
          </w:p>
        </w:tc>
        <w:tc>
          <w:tcPr>
            <w:tcW w:type="dxa" w:w="15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1"/>
          </w:tcPr>
          <w:p>
            <w:pPr>
              <w:spacing w:after="0"/>
              <w:jc w:val="right"/>
            </w:pPr>
            <w:r>
              <w:rPr>
                <w:sz w:val="16"/>
              </w:rPr>
              <w:t>0.00158</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has at least minor-damage shaking in a year: 0.158%</w:t>
            </w:r>
          </w:p>
        </w:tc>
        <w:tc>
          <w:tcPr>
            <w:tcW w:type="dxa" w:w="1101"/>
          </w:tcPr>
          <w:p>
            <w:pPr>
              <w:spacing w:after="0"/>
              <w:jc w:val="left"/>
            </w:pPr>
          </w:p>
        </w:tc>
        <w:tc>
          <w:tcPr>
            <w:tcW w:type="dxa" w:w="2101"/>
          </w:tcPr>
          <w:p>
            <w:pPr>
              <w:spacing w:after="0"/>
              <w:jc w:val="left"/>
            </w:pP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1"/>
          </w:tcPr>
          <w:p>
            <w:pPr>
              <w:spacing w:after="0"/>
              <w:jc w:val="right"/>
            </w:pPr>
            <w:r>
              <w:rPr>
                <w:sz w:val="16"/>
              </w:rPr>
              <w:t>1.82</w:t>
            </w:r>
          </w:p>
        </w:tc>
        <w:tc>
          <w:tcPr>
            <w:tcW w:type="dxa" w:w="1296"/>
          </w:tcPr>
          <w:p>
            <w:pPr>
              <w:spacing w:after="0"/>
              <w:jc w:val="left"/>
            </w:pPr>
            <w:r>
              <w:rPr>
                <w:sz w:val="16"/>
              </w:rPr>
              <w:t>events per year</w:t>
            </w:r>
          </w:p>
        </w:tc>
        <w:tc>
          <w:tcPr>
            <w:tcW w:type="dxa" w:w="1623"/>
          </w:tcPr>
          <w:p>
            <w:pPr>
              <w:spacing w:after="0"/>
              <w:jc w:val="left"/>
            </w:pPr>
            <w:r>
              <w:rPr>
                <w:sz w:val="16"/>
              </w:rPr>
              <w:t>about 1.82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69.0 (modeled)</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Heat Wave</w:t>
            </w:r>
          </w:p>
        </w:tc>
        <w:tc>
          <w:tcPr>
            <w:tcW w:type="dxa" w:w="1271"/>
          </w:tcPr>
          <w:p>
            <w:pPr>
              <w:spacing w:after="0"/>
              <w:jc w:val="right"/>
            </w:pPr>
            <w:r>
              <w:rPr>
                <w:sz w:val="16"/>
              </w:rPr>
              <w:t>1.99</w:t>
            </w:r>
          </w:p>
        </w:tc>
        <w:tc>
          <w:tcPr>
            <w:tcW w:type="dxa" w:w="1296"/>
          </w:tcPr>
          <w:p>
            <w:pPr>
              <w:spacing w:after="0"/>
              <w:jc w:val="left"/>
            </w:pPr>
            <w:r>
              <w:rPr>
                <w:sz w:val="16"/>
              </w:rPr>
              <w:t>event-days per year</w:t>
            </w:r>
          </w:p>
        </w:tc>
        <w:tc>
          <w:tcPr>
            <w:tcW w:type="dxa" w:w="1623"/>
          </w:tcPr>
          <w:p>
            <w:pPr>
              <w:spacing w:after="0"/>
              <w:jc w:val="left"/>
            </w:pPr>
            <w:r>
              <w:rPr>
                <w:sz w:val="16"/>
              </w:rPr>
              <w:t>about 1.99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6 of 30 years, 1996 to 2025 (20%)</w:t>
            </w:r>
          </w:p>
        </w:tc>
        <w:tc>
          <w:tcPr>
            <w:tcW w:type="dxa" w:w="1539"/>
          </w:tcPr>
          <w:p>
            <w:pPr>
              <w:spacing w:after="0"/>
              <w:jc w:val="right"/>
            </w:pPr>
            <w:r>
              <w:rPr>
                <w:sz w:val="16"/>
              </w:rPr>
              <w:t>33.6</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Hurricane</w:t>
            </w:r>
          </w:p>
        </w:tc>
        <w:tc>
          <w:tcPr>
            <w:tcW w:type="dxa" w:w="1271"/>
          </w:tcPr>
          <w:p>
            <w:pPr>
              <w:spacing w:after="0"/>
              <w:jc w:val="right"/>
            </w:pPr>
            <w:r>
              <w:rPr>
                <w:sz w:val="16"/>
              </w:rPr>
              <w:t>0.0478</w:t>
            </w:r>
          </w:p>
        </w:tc>
        <w:tc>
          <w:tcPr>
            <w:tcW w:type="dxa" w:w="1296"/>
          </w:tcPr>
          <w:p>
            <w:pPr>
              <w:spacing w:after="0"/>
              <w:jc w:val="left"/>
            </w:pPr>
            <w:r>
              <w:rPr>
                <w:sz w:val="16"/>
              </w:rPr>
              <w:t>events per year</w:t>
            </w:r>
          </w:p>
        </w:tc>
        <w:tc>
          <w:tcPr>
            <w:tcW w:type="dxa" w:w="1623"/>
          </w:tcPr>
          <w:p>
            <w:pPr>
              <w:spacing w:after="0"/>
              <w:jc w:val="left"/>
            </w:pPr>
            <w:r>
              <w:rPr>
                <w:sz w:val="16"/>
              </w:rPr>
              <w:t>about 1 in 21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18</w:t>
            </w:r>
          </w:p>
        </w:tc>
        <w:tc>
          <w:tcPr>
            <w:tcW w:type="dxa" w:w="1569"/>
          </w:tcPr>
          <w:p>
            <w:pPr>
              <w:spacing w:after="0"/>
              <w:jc w:val="left"/>
            </w:pPr>
            <w:r>
              <w:rPr>
                <w:sz w:val="16"/>
              </w:rPr>
              <w:t>1851 to 2024 (Atlantic)</w:t>
            </w:r>
          </w:p>
        </w:tc>
        <w:tc>
          <w:tcPr>
            <w:tcW w:type="dxa" w:w="1037"/>
          </w:tcPr>
          <w:p>
            <w:pPr>
              <w:spacing w:after="0"/>
              <w:jc w:val="left"/>
            </w:pPr>
            <w:r>
              <w:rPr>
                <w:sz w:val="16"/>
              </w:rPr>
              <w:t>see B1-f</w:t>
            </w:r>
          </w:p>
        </w:tc>
        <w:tc>
          <w:tcPr>
            <w:tcW w:type="dxa" w:w="153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1"/>
          </w:tcPr>
          <w:p>
            <w:pPr>
              <w:spacing w:after="0"/>
              <w:jc w:val="right"/>
            </w:pPr>
            <w:r>
              <w:rPr>
                <w:sz w:val="16"/>
              </w:rPr>
              <w:t>0.472</w:t>
            </w:r>
          </w:p>
        </w:tc>
        <w:tc>
          <w:tcPr>
            <w:tcW w:type="dxa" w:w="1296"/>
          </w:tcPr>
          <w:p>
            <w:pPr>
              <w:spacing w:after="0"/>
              <w:jc w:val="left"/>
            </w:pPr>
            <w:r>
              <w:rPr>
                <w:sz w:val="16"/>
              </w:rPr>
              <w:t>event-days per year</w:t>
            </w:r>
          </w:p>
        </w:tc>
        <w:tc>
          <w:tcPr>
            <w:tcW w:type="dxa" w:w="1623"/>
          </w:tcPr>
          <w:p>
            <w:pPr>
              <w:spacing w:after="0"/>
              <w:jc w:val="left"/>
            </w:pPr>
            <w:r>
              <w:rPr>
                <w:sz w:val="16"/>
              </w:rPr>
              <w:t>about 0.472 days per year</w:t>
            </w:r>
          </w:p>
        </w:tc>
        <w:tc>
          <w:tcPr>
            <w:tcW w:type="dxa" w:w="1101"/>
          </w:tcPr>
          <w:p>
            <w:pPr>
              <w:spacing w:after="0"/>
              <w:jc w:val="left"/>
            </w:pPr>
            <w:r>
              <w:rPr>
                <w:sz w:val="16"/>
              </w:rPr>
              <w:t>Possible</w:t>
            </w:r>
          </w:p>
        </w:tc>
        <w:tc>
          <w:tcPr>
            <w:tcW w:type="dxa" w:w="2101"/>
          </w:tcPr>
          <w:p>
            <w:pPr>
              <w:spacing w:after="0"/>
              <w:jc w:val="left"/>
            </w:pPr>
            <w:r>
              <w:rPr>
                <w:sz w:val="16"/>
              </w:rPr>
              <w:t>Storm Events event-days in 2 of 30 years, 1996 to 2025 (6.67%)</w:t>
            </w:r>
          </w:p>
        </w:tc>
        <w:tc>
          <w:tcPr>
            <w:tcW w:type="dxa" w:w="1539"/>
          </w:tcPr>
          <w:p>
            <w:pPr>
              <w:spacing w:after="0"/>
              <w:jc w:val="right"/>
            </w:pPr>
            <w:r>
              <w:rPr>
                <w:sz w:val="16"/>
              </w:rPr>
              <w:t>32</w:t>
            </w:r>
          </w:p>
        </w:tc>
        <w:tc>
          <w:tcPr>
            <w:tcW w:type="dxa" w:w="1569"/>
          </w:tcPr>
          <w:p>
            <w:pPr>
              <w:spacing w:after="0"/>
              <w:jc w:val="left"/>
            </w:pPr>
            <w:r>
              <w:rPr>
                <w:sz w:val="16"/>
              </w:rPr>
              <w:t>1946-12-31 to 2014-02-12 (67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Inland Flooding</w:t>
            </w:r>
          </w:p>
        </w:tc>
        <w:tc>
          <w:tcPr>
            <w:tcW w:type="dxa" w:w="1271"/>
          </w:tcPr>
          <w:p>
            <w:pPr>
              <w:spacing w:after="0"/>
              <w:jc w:val="right"/>
            </w:pPr>
            <w:r>
              <w:rPr>
                <w:sz w:val="16"/>
              </w:rPr>
              <w:t>2.14</w:t>
            </w:r>
          </w:p>
        </w:tc>
        <w:tc>
          <w:tcPr>
            <w:tcW w:type="dxa" w:w="1296"/>
          </w:tcPr>
          <w:p>
            <w:pPr>
              <w:spacing w:after="0"/>
              <w:jc w:val="left"/>
            </w:pPr>
            <w:r>
              <w:rPr>
                <w:sz w:val="16"/>
              </w:rPr>
              <w:t>event-days per year</w:t>
            </w:r>
          </w:p>
        </w:tc>
        <w:tc>
          <w:tcPr>
            <w:tcW w:type="dxa" w:w="1623"/>
          </w:tcPr>
          <w:p>
            <w:pPr>
              <w:spacing w:after="0"/>
              <w:jc w:val="left"/>
            </w:pPr>
            <w:r>
              <w:rPr>
                <w:sz w:val="16"/>
              </w:rPr>
              <w:t>about 2.14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22 of 30 years, 1996 to 2025 (73.3%)</w:t>
            </w:r>
          </w:p>
        </w:tc>
        <w:tc>
          <w:tcPr>
            <w:tcW w:type="dxa" w:w="1539"/>
          </w:tcPr>
          <w:p>
            <w:pPr>
              <w:spacing w:after="0"/>
              <w:jc w:val="right"/>
            </w:pPr>
            <w:r>
              <w:rPr>
                <w:sz w:val="16"/>
              </w:rPr>
              <w:t>60</w:t>
            </w:r>
          </w:p>
        </w:tc>
        <w:tc>
          <w:tcPr>
            <w:tcW w:type="dxa" w:w="1569"/>
          </w:tcPr>
          <w:p>
            <w:pPr>
              <w:spacing w:after="0"/>
              <w:jc w:val="left"/>
            </w:pPr>
            <w:r>
              <w:rPr>
                <w:sz w:val="16"/>
              </w:rPr>
              <w:t>1996 to 2023 (28 years)</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Landslide</w:t>
            </w:r>
          </w:p>
        </w:tc>
        <w:tc>
          <w:tcPr>
            <w:tcW w:type="dxa" w:w="1271"/>
          </w:tcPr>
          <w:p>
            <w:pPr>
              <w:spacing w:after="0"/>
              <w:jc w:val="right"/>
            </w:pPr>
            <w:r>
              <w:rPr>
                <w:sz w:val="16"/>
              </w:rPr>
              <w:t>1.63</w:t>
            </w:r>
          </w:p>
        </w:tc>
        <w:tc>
          <w:tcPr>
            <w:tcW w:type="dxa" w:w="1296"/>
          </w:tcPr>
          <w:p>
            <w:pPr>
              <w:spacing w:after="0"/>
              <w:jc w:val="left"/>
            </w:pPr>
            <w:r>
              <w:rPr>
                <w:sz w:val="16"/>
              </w:rPr>
              <w:t>events per year (modeled)</w:t>
            </w:r>
          </w:p>
        </w:tc>
        <w:tc>
          <w:tcPr>
            <w:tcW w:type="dxa" w:w="1623"/>
          </w:tcPr>
          <w:p>
            <w:pPr>
              <w:spacing w:after="0"/>
              <w:jc w:val="left"/>
            </w:pPr>
            <w:r>
              <w:rPr>
                <w:sz w:val="16"/>
              </w:rPr>
              <w:t>about 1.63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Lightning</w:t>
            </w:r>
          </w:p>
        </w:tc>
        <w:tc>
          <w:tcPr>
            <w:tcW w:type="dxa" w:w="1271"/>
          </w:tcPr>
          <w:p>
            <w:pPr>
              <w:spacing w:after="0"/>
              <w:jc w:val="right"/>
            </w:pPr>
            <w:r>
              <w:rPr>
                <w:sz w:val="16"/>
              </w:rPr>
              <w:t>22.9</w:t>
            </w:r>
          </w:p>
        </w:tc>
        <w:tc>
          <w:tcPr>
            <w:tcW w:type="dxa" w:w="1296"/>
          </w:tcPr>
          <w:p>
            <w:pPr>
              <w:spacing w:after="0"/>
              <w:jc w:val="left"/>
            </w:pPr>
            <w:r>
              <w:rPr>
                <w:sz w:val="16"/>
              </w:rPr>
              <w:t>days per year with a strike</w:t>
            </w:r>
          </w:p>
        </w:tc>
        <w:tc>
          <w:tcPr>
            <w:tcW w:type="dxa" w:w="1623"/>
          </w:tcPr>
          <w:p>
            <w:pPr>
              <w:spacing w:after="0"/>
              <w:jc w:val="left"/>
            </w:pPr>
            <w:r>
              <w:rPr>
                <w:sz w:val="16"/>
              </w:rPr>
              <w:t>about 22.9 days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1995 to 2023 (29 years; CONUS)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Strong Wind</w:t>
            </w:r>
          </w:p>
        </w:tc>
        <w:tc>
          <w:tcPr>
            <w:tcW w:type="dxa" w:w="1271"/>
          </w:tcPr>
          <w:p>
            <w:pPr>
              <w:spacing w:after="0"/>
              <w:jc w:val="right"/>
            </w:pPr>
            <w:r>
              <w:rPr>
                <w:sz w:val="16"/>
              </w:rPr>
              <w:t>1.1</w:t>
            </w:r>
          </w:p>
        </w:tc>
        <w:tc>
          <w:tcPr>
            <w:tcW w:type="dxa" w:w="1296"/>
          </w:tcPr>
          <w:p>
            <w:pPr>
              <w:spacing w:after="0"/>
              <w:jc w:val="left"/>
            </w:pPr>
            <w:r>
              <w:rPr>
                <w:sz w:val="16"/>
              </w:rPr>
              <w:t>events per year</w:t>
            </w:r>
          </w:p>
        </w:tc>
        <w:tc>
          <w:tcPr>
            <w:tcW w:type="dxa" w:w="1623"/>
          </w:tcPr>
          <w:p>
            <w:pPr>
              <w:spacing w:after="0"/>
              <w:jc w:val="left"/>
            </w:pPr>
            <w:r>
              <w:rPr>
                <w:sz w:val="16"/>
              </w:rPr>
              <w:t>about 1.1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42</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Tornado</w:t>
            </w:r>
          </w:p>
        </w:tc>
        <w:tc>
          <w:tcPr>
            <w:tcW w:type="dxa" w:w="1271"/>
          </w:tcPr>
          <w:p>
            <w:pPr>
              <w:spacing w:after="0"/>
              <w:jc w:val="right"/>
            </w:pPr>
            <w:r>
              <w:rPr>
                <w:sz w:val="16"/>
              </w:rPr>
              <w:t>0.106</w:t>
            </w:r>
          </w:p>
        </w:tc>
        <w:tc>
          <w:tcPr>
            <w:tcW w:type="dxa" w:w="1296"/>
          </w:tcPr>
          <w:p>
            <w:pPr>
              <w:spacing w:after="0"/>
              <w:jc w:val="left"/>
            </w:pPr>
            <w:r>
              <w:rPr>
                <w:sz w:val="16"/>
              </w:rPr>
              <w:t>events per year</w:t>
            </w:r>
          </w:p>
        </w:tc>
        <w:tc>
          <w:tcPr>
            <w:tcW w:type="dxa" w:w="1623"/>
          </w:tcPr>
          <w:p>
            <w:pPr>
              <w:spacing w:after="0"/>
              <w:jc w:val="left"/>
            </w:pPr>
            <w:r>
              <w:rPr>
                <w:sz w:val="16"/>
              </w:rPr>
              <w:t>about 1 in 9 years</w:t>
            </w:r>
          </w:p>
        </w:tc>
        <w:tc>
          <w:tcPr>
            <w:tcW w:type="dxa" w:w="1101"/>
          </w:tcPr>
          <w:p>
            <w:pPr>
              <w:spacing w:after="0"/>
              <w:jc w:val="left"/>
            </w:pPr>
            <w:r>
              <w:rPr>
                <w:sz w:val="16"/>
              </w:rPr>
              <w:t>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1950 to 2023 (EF2+); 1986 to 2023 (EF0-1)</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Wildfire</w:t>
            </w:r>
          </w:p>
        </w:tc>
        <w:tc>
          <w:tcPr>
            <w:tcW w:type="dxa" w:w="1271"/>
          </w:tcPr>
          <w:p>
            <w:pPr>
              <w:spacing w:after="0"/>
              <w:jc w:val="right"/>
            </w:pPr>
            <w:r>
              <w:rPr>
                <w:sz w:val="16"/>
              </w:rPr>
              <w:t>0.0000251</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burns in a year: 0.00251%</w:t>
            </w:r>
          </w:p>
        </w:tc>
        <w:tc>
          <w:tcPr>
            <w:tcW w:type="dxa" w:w="1101"/>
          </w:tcPr>
          <w:p>
            <w:pPr>
              <w:spacing w:after="0"/>
              <w:jc w:val="left"/>
            </w:pPr>
          </w:p>
        </w:tc>
        <w:tc>
          <w:tcPr>
            <w:tcW w:type="dxa" w:w="2101"/>
          </w:tcPr>
          <w:p>
            <w:pPr>
              <w:spacing w:after="0"/>
              <w:jc w:val="left"/>
            </w:pPr>
            <w:r>
              <w:rPr>
                <w:sz w:val="16"/>
              </w:rPr>
              <w:t>Storm Events records in 0 of 30 years, 1996 to 2025 (0%)</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1"/>
          </w:tcPr>
          <w:p>
            <w:pPr>
              <w:spacing w:after="0"/>
              <w:jc w:val="right"/>
            </w:pPr>
            <w:r>
              <w:rPr>
                <w:sz w:val="16"/>
              </w:rPr>
              <w:t>18.4</w:t>
            </w:r>
          </w:p>
        </w:tc>
        <w:tc>
          <w:tcPr>
            <w:tcW w:type="dxa" w:w="1296"/>
          </w:tcPr>
          <w:p>
            <w:pPr>
              <w:spacing w:after="0"/>
              <w:jc w:val="left"/>
            </w:pPr>
            <w:r>
              <w:rPr>
                <w:sz w:val="16"/>
              </w:rPr>
              <w:t>event-days per year</w:t>
            </w:r>
          </w:p>
        </w:tc>
        <w:tc>
          <w:tcPr>
            <w:tcW w:type="dxa" w:w="1623"/>
          </w:tcPr>
          <w:p>
            <w:pPr>
              <w:spacing w:after="0"/>
              <w:jc w:val="left"/>
            </w:pPr>
            <w:r>
              <w:rPr>
                <w:sz w:val="16"/>
              </w:rPr>
              <w:t>about 18.4 days per year</w:t>
            </w:r>
          </w:p>
        </w:tc>
        <w:tc>
          <w:tcPr>
            <w:tcW w:type="dxa" w:w="1101"/>
          </w:tcPr>
          <w:p>
            <w:pPr>
              <w:spacing w:after="0"/>
              <w:jc w:val="left"/>
            </w:pPr>
            <w:r>
              <w:rPr>
                <w:sz w:val="16"/>
              </w:rPr>
              <w:t>Highly likely</w:t>
            </w:r>
          </w:p>
        </w:tc>
        <w:tc>
          <w:tcPr>
            <w:tcW w:type="dxa" w:w="2101"/>
          </w:tcPr>
          <w:p>
            <w:pPr>
              <w:spacing w:after="0"/>
              <w:jc w:val="left"/>
            </w:pPr>
            <w:r>
              <w:rPr>
                <w:sz w:val="16"/>
              </w:rPr>
              <w:t>Storm Events event-days in 30 of 30 years, 1996 to 2025 (100%)</w:t>
            </w:r>
          </w:p>
        </w:tc>
        <w:tc>
          <w:tcPr>
            <w:tcW w:type="dxa" w:w="1539"/>
          </w:tcPr>
          <w:p>
            <w:pPr>
              <w:spacing w:after="0"/>
              <w:jc w:val="right"/>
            </w:pPr>
            <w:r>
              <w:rPr>
                <w:sz w:val="16"/>
              </w:rPr>
              <w:t>348</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43</w:t>
            </w:r>
          </w:p>
        </w:tc>
        <w:tc>
          <w:tcPr>
            <w:tcW w:type="dxa" w:w="1381"/>
          </w:tcPr>
          <w:p>
            <w:pPr>
              <w:spacing w:after="0"/>
              <w:jc w:val="right"/>
            </w:pPr>
            <w:r>
              <w:rPr>
                <w:sz w:val="16"/>
              </w:rPr>
              <w:t>30</w:t>
            </w:r>
          </w:p>
        </w:tc>
        <w:tc>
          <w:tcPr>
            <w:tcW w:type="dxa" w:w="1381"/>
          </w:tcPr>
          <w:p>
            <w:pPr>
              <w:spacing w:after="0"/>
              <w:jc w:val="right"/>
            </w:pPr>
            <w:r>
              <w:rPr>
                <w:sz w:val="16"/>
              </w:rPr>
              <w:t>1.43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167</w:t>
            </w:r>
          </w:p>
        </w:tc>
        <w:tc>
          <w:tcPr>
            <w:tcW w:type="dxa" w:w="1381"/>
          </w:tcPr>
          <w:p>
            <w:pPr>
              <w:spacing w:after="0"/>
              <w:jc w:val="right"/>
            </w:pPr>
            <w:r>
              <w:rPr>
                <w:sz w:val="16"/>
              </w:rPr>
              <w:t>30</w:t>
            </w:r>
          </w:p>
        </w:tc>
        <w:tc>
          <w:tcPr>
            <w:tcW w:type="dxa" w:w="1381"/>
          </w:tcPr>
          <w:p>
            <w:pPr>
              <w:spacing w:after="0"/>
              <w:jc w:val="right"/>
            </w:pPr>
            <w:r>
              <w:rPr>
                <w:sz w:val="16"/>
              </w:rPr>
              <w:t>5.57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15 of 20</w:t>
            </w:r>
          </w:p>
        </w:tc>
        <w:tc>
          <w:tcPr>
            <w:tcW w:type="dxa" w:w="1056"/>
          </w:tcPr>
          <w:p>
            <w:pPr>
              <w:spacing w:after="0"/>
              <w:jc w:val="right"/>
            </w:pPr>
            <w:r>
              <w:rPr>
                <w:sz w:val="16"/>
              </w:rPr>
              <w:t>54.4</w:t>
            </w:r>
          </w:p>
        </w:tc>
        <w:tc>
          <w:tcPr>
            <w:tcW w:type="dxa" w:w="1108"/>
          </w:tcPr>
          <w:p>
            <w:pPr>
              <w:spacing w:after="0"/>
              <w:jc w:val="right"/>
            </w:pPr>
            <w:r>
              <w:rPr>
                <w:sz w:val="16"/>
              </w:rPr>
              <w:t>58.5</w:t>
            </w:r>
          </w:p>
        </w:tc>
        <w:tc>
          <w:tcPr>
            <w:tcW w:type="dxa" w:w="1056"/>
          </w:tcPr>
          <w:p>
            <w:pPr>
              <w:spacing w:after="0"/>
              <w:jc w:val="right"/>
            </w:pPr>
            <w:r>
              <w:rPr>
                <w:sz w:val="16"/>
              </w:rPr>
              <w:t>60.8</w:t>
            </w:r>
          </w:p>
        </w:tc>
        <w:tc>
          <w:tcPr>
            <w:tcW w:type="dxa" w:w="7802"/>
          </w:tcPr>
          <w:p>
            <w:pPr>
              <w:spacing w:after="0"/>
              <w:jc w:val="left"/>
            </w:pPr>
            <w:r>
              <w:rPr>
                <w:sz w:val="16"/>
              </w:rPr>
              <w:t>Very Low 15, Not Applicable 5</w:t>
            </w:r>
          </w:p>
        </w:tc>
      </w:tr>
      <w:tr>
        <w:trPr>
          <w:cantSplit/>
        </w:trPr>
        <w:tc>
          <w:tcPr>
            <w:tcW w:type="dxa" w:w="1690"/>
          </w:tcPr>
          <w:p>
            <w:pPr>
              <w:spacing w:after="0"/>
              <w:jc w:val="left"/>
            </w:pPr>
            <w:r>
              <w:rPr>
                <w:sz w:val="16"/>
              </w:rPr>
              <w:t>Cold Wave</w:t>
            </w:r>
          </w:p>
        </w:tc>
        <w:tc>
          <w:tcPr>
            <w:tcW w:type="dxa" w:w="1399"/>
          </w:tcPr>
          <w:p>
            <w:pPr>
              <w:spacing w:after="0"/>
              <w:jc w:val="right"/>
            </w:pPr>
            <w:r>
              <w:rPr>
                <w:sz w:val="16"/>
              </w:rPr>
              <w:t>20 of 20</w:t>
            </w:r>
          </w:p>
        </w:tc>
        <w:tc>
          <w:tcPr>
            <w:tcW w:type="dxa" w:w="1056"/>
          </w:tcPr>
          <w:p>
            <w:pPr>
              <w:spacing w:after="0"/>
              <w:jc w:val="right"/>
            </w:pPr>
            <w:r>
              <w:rPr>
                <w:sz w:val="16"/>
              </w:rPr>
              <w:t>36.7</w:t>
            </w:r>
          </w:p>
        </w:tc>
        <w:tc>
          <w:tcPr>
            <w:tcW w:type="dxa" w:w="1108"/>
          </w:tcPr>
          <w:p>
            <w:pPr>
              <w:spacing w:after="0"/>
              <w:jc w:val="right"/>
            </w:pPr>
            <w:r>
              <w:rPr>
                <w:sz w:val="16"/>
              </w:rPr>
              <w:t>59.9</w:t>
            </w:r>
          </w:p>
        </w:tc>
        <w:tc>
          <w:tcPr>
            <w:tcW w:type="dxa" w:w="1056"/>
          </w:tcPr>
          <w:p>
            <w:pPr>
              <w:spacing w:after="0"/>
              <w:jc w:val="right"/>
            </w:pPr>
            <w:r>
              <w:rPr>
                <w:sz w:val="16"/>
              </w:rPr>
              <w:t>77.0</w:t>
            </w:r>
          </w:p>
        </w:tc>
        <w:tc>
          <w:tcPr>
            <w:tcW w:type="dxa" w:w="7802"/>
          </w:tcPr>
          <w:p>
            <w:pPr>
              <w:spacing w:after="0"/>
              <w:jc w:val="left"/>
            </w:pPr>
            <w:r>
              <w:rPr>
                <w:sz w:val="16"/>
              </w:rPr>
              <w:t>Relatively Moderate 16, Relatively Low 4</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20</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20</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20 of 20</w:t>
            </w:r>
          </w:p>
        </w:tc>
        <w:tc>
          <w:tcPr>
            <w:tcW w:type="dxa" w:w="1056"/>
          </w:tcPr>
          <w:p>
            <w:pPr>
              <w:spacing w:after="0"/>
              <w:jc w:val="right"/>
            </w:pPr>
            <w:r>
              <w:rPr>
                <w:sz w:val="16"/>
              </w:rPr>
              <w:t>21.3</w:t>
            </w:r>
          </w:p>
        </w:tc>
        <w:tc>
          <w:tcPr>
            <w:tcW w:type="dxa" w:w="1108"/>
          </w:tcPr>
          <w:p>
            <w:pPr>
              <w:spacing w:after="0"/>
              <w:jc w:val="right"/>
            </w:pPr>
            <w:r>
              <w:rPr>
                <w:sz w:val="16"/>
              </w:rPr>
              <w:t>40.3</w:t>
            </w:r>
          </w:p>
        </w:tc>
        <w:tc>
          <w:tcPr>
            <w:tcW w:type="dxa" w:w="1056"/>
          </w:tcPr>
          <w:p>
            <w:pPr>
              <w:spacing w:after="0"/>
              <w:jc w:val="right"/>
            </w:pPr>
            <w:r>
              <w:rPr>
                <w:sz w:val="16"/>
              </w:rPr>
              <w:t>72.2</w:t>
            </w:r>
          </w:p>
        </w:tc>
        <w:tc>
          <w:tcPr>
            <w:tcW w:type="dxa" w:w="7802"/>
          </w:tcPr>
          <w:p>
            <w:pPr>
              <w:spacing w:after="0"/>
              <w:jc w:val="left"/>
            </w:pPr>
            <w:r>
              <w:rPr>
                <w:sz w:val="16"/>
              </w:rPr>
              <w:t>Relatively Low 8, Very Low 12</w:t>
            </w:r>
          </w:p>
        </w:tc>
      </w:tr>
      <w:tr>
        <w:trPr>
          <w:cantSplit/>
        </w:trPr>
        <w:tc>
          <w:tcPr>
            <w:tcW w:type="dxa" w:w="1690"/>
          </w:tcPr>
          <w:p>
            <w:pPr>
              <w:spacing w:after="0"/>
              <w:jc w:val="left"/>
            </w:pPr>
            <w:r>
              <w:rPr>
                <w:sz w:val="16"/>
              </w:rPr>
              <w:t>Hail</w:t>
            </w:r>
          </w:p>
        </w:tc>
        <w:tc>
          <w:tcPr>
            <w:tcW w:type="dxa" w:w="1399"/>
          </w:tcPr>
          <w:p>
            <w:pPr>
              <w:spacing w:after="0"/>
              <w:jc w:val="right"/>
            </w:pPr>
            <w:r>
              <w:rPr>
                <w:sz w:val="16"/>
              </w:rPr>
              <w:t>20 of 20</w:t>
            </w:r>
          </w:p>
        </w:tc>
        <w:tc>
          <w:tcPr>
            <w:tcW w:type="dxa" w:w="1056"/>
          </w:tcPr>
          <w:p>
            <w:pPr>
              <w:spacing w:after="0"/>
              <w:jc w:val="right"/>
            </w:pPr>
            <w:r>
              <w:rPr>
                <w:sz w:val="16"/>
              </w:rPr>
              <w:t>30.9</w:t>
            </w:r>
          </w:p>
        </w:tc>
        <w:tc>
          <w:tcPr>
            <w:tcW w:type="dxa" w:w="1108"/>
          </w:tcPr>
          <w:p>
            <w:pPr>
              <w:spacing w:after="0"/>
              <w:jc w:val="right"/>
            </w:pPr>
            <w:r>
              <w:rPr>
                <w:sz w:val="16"/>
              </w:rPr>
              <w:t>45.2</w:t>
            </w:r>
          </w:p>
        </w:tc>
        <w:tc>
          <w:tcPr>
            <w:tcW w:type="dxa" w:w="1056"/>
          </w:tcPr>
          <w:p>
            <w:pPr>
              <w:spacing w:after="0"/>
              <w:jc w:val="right"/>
            </w:pPr>
            <w:r>
              <w:rPr>
                <w:sz w:val="16"/>
              </w:rPr>
              <w:t>59.2</w:t>
            </w:r>
          </w:p>
        </w:tc>
        <w:tc>
          <w:tcPr>
            <w:tcW w:type="dxa" w:w="7802"/>
          </w:tcPr>
          <w:p>
            <w:pPr>
              <w:spacing w:after="0"/>
              <w:jc w:val="left"/>
            </w:pPr>
            <w:r>
              <w:rPr>
                <w:sz w:val="16"/>
              </w:rPr>
              <w:t>Relatively Low 17, Very Low 3</w:t>
            </w:r>
          </w:p>
        </w:tc>
      </w:tr>
      <w:tr>
        <w:trPr>
          <w:cantSplit/>
        </w:trPr>
        <w:tc>
          <w:tcPr>
            <w:tcW w:type="dxa" w:w="1690"/>
          </w:tcPr>
          <w:p>
            <w:pPr>
              <w:spacing w:after="0"/>
              <w:jc w:val="left"/>
            </w:pPr>
            <w:r>
              <w:rPr>
                <w:sz w:val="16"/>
              </w:rPr>
              <w:t>Heat Wave</w:t>
            </w:r>
          </w:p>
        </w:tc>
        <w:tc>
          <w:tcPr>
            <w:tcW w:type="dxa" w:w="1399"/>
          </w:tcPr>
          <w:p>
            <w:pPr>
              <w:spacing w:after="0"/>
              <w:jc w:val="right"/>
            </w:pPr>
            <w:r>
              <w:rPr>
                <w:sz w:val="16"/>
              </w:rPr>
              <w:t>20 of 20</w:t>
            </w:r>
          </w:p>
        </w:tc>
        <w:tc>
          <w:tcPr>
            <w:tcW w:type="dxa" w:w="1056"/>
          </w:tcPr>
          <w:p>
            <w:pPr>
              <w:spacing w:after="0"/>
              <w:jc w:val="right"/>
            </w:pPr>
            <w:r>
              <w:rPr>
                <w:sz w:val="16"/>
              </w:rPr>
              <w:t>5.0</w:t>
            </w:r>
          </w:p>
        </w:tc>
        <w:tc>
          <w:tcPr>
            <w:tcW w:type="dxa" w:w="1108"/>
          </w:tcPr>
          <w:p>
            <w:pPr>
              <w:spacing w:after="0"/>
              <w:jc w:val="right"/>
            </w:pPr>
            <w:r>
              <w:rPr>
                <w:sz w:val="16"/>
              </w:rPr>
              <w:t>38.8</w:t>
            </w:r>
          </w:p>
        </w:tc>
        <w:tc>
          <w:tcPr>
            <w:tcW w:type="dxa" w:w="1056"/>
          </w:tcPr>
          <w:p>
            <w:pPr>
              <w:spacing w:after="0"/>
              <w:jc w:val="right"/>
            </w:pPr>
            <w:r>
              <w:rPr>
                <w:sz w:val="16"/>
              </w:rPr>
              <w:t>65.6</w:t>
            </w:r>
          </w:p>
        </w:tc>
        <w:tc>
          <w:tcPr>
            <w:tcW w:type="dxa" w:w="7802"/>
          </w:tcPr>
          <w:p>
            <w:pPr>
              <w:spacing w:after="0"/>
              <w:jc w:val="left"/>
            </w:pPr>
            <w:r>
              <w:rPr>
                <w:sz w:val="16"/>
              </w:rPr>
              <w:t>Relatively Moderate 3, Relatively Low 13, Very Low 4</w:t>
            </w:r>
          </w:p>
        </w:tc>
      </w:tr>
      <w:tr>
        <w:trPr>
          <w:cantSplit/>
        </w:trPr>
        <w:tc>
          <w:tcPr>
            <w:tcW w:type="dxa" w:w="1690"/>
          </w:tcPr>
          <w:p>
            <w:pPr>
              <w:spacing w:after="0"/>
              <w:jc w:val="left"/>
            </w:pPr>
            <w:r>
              <w:rPr>
                <w:sz w:val="16"/>
              </w:rPr>
              <w:t>Hurricane</w:t>
            </w:r>
          </w:p>
        </w:tc>
        <w:tc>
          <w:tcPr>
            <w:tcW w:type="dxa" w:w="1399"/>
          </w:tcPr>
          <w:p>
            <w:pPr>
              <w:spacing w:after="0"/>
              <w:jc w:val="right"/>
            </w:pPr>
            <w:r>
              <w:rPr>
                <w:sz w:val="16"/>
              </w:rPr>
              <w:t>20 of 20</w:t>
            </w:r>
          </w:p>
        </w:tc>
        <w:tc>
          <w:tcPr>
            <w:tcW w:type="dxa" w:w="1056"/>
          </w:tcPr>
          <w:p>
            <w:pPr>
              <w:spacing w:after="0"/>
              <w:jc w:val="right"/>
            </w:pPr>
            <w:r>
              <w:rPr>
                <w:sz w:val="16"/>
              </w:rPr>
              <w:t>52.6</w:t>
            </w:r>
          </w:p>
        </w:tc>
        <w:tc>
          <w:tcPr>
            <w:tcW w:type="dxa" w:w="1108"/>
          </w:tcPr>
          <w:p>
            <w:pPr>
              <w:spacing w:after="0"/>
              <w:jc w:val="right"/>
            </w:pPr>
            <w:r>
              <w:rPr>
                <w:sz w:val="16"/>
              </w:rPr>
              <w:t>60.2</w:t>
            </w:r>
          </w:p>
        </w:tc>
        <w:tc>
          <w:tcPr>
            <w:tcW w:type="dxa" w:w="1056"/>
          </w:tcPr>
          <w:p>
            <w:pPr>
              <w:spacing w:after="0"/>
              <w:jc w:val="right"/>
            </w:pPr>
            <w:r>
              <w:rPr>
                <w:sz w:val="16"/>
              </w:rPr>
              <w:t>75.3</w:t>
            </w:r>
          </w:p>
        </w:tc>
        <w:tc>
          <w:tcPr>
            <w:tcW w:type="dxa" w:w="7802"/>
          </w:tcPr>
          <w:p>
            <w:pPr>
              <w:spacing w:after="0"/>
              <w:jc w:val="left"/>
            </w:pPr>
            <w:r>
              <w:rPr>
                <w:sz w:val="16"/>
              </w:rPr>
              <w:t>Relatively Low 20</w:t>
            </w:r>
          </w:p>
        </w:tc>
      </w:tr>
      <w:tr>
        <w:trPr>
          <w:cantSplit/>
        </w:trPr>
        <w:tc>
          <w:tcPr>
            <w:tcW w:type="dxa" w:w="1690"/>
          </w:tcPr>
          <w:p>
            <w:pPr>
              <w:spacing w:after="0"/>
              <w:jc w:val="left"/>
            </w:pPr>
            <w:r>
              <w:rPr>
                <w:sz w:val="16"/>
              </w:rPr>
              <w:t>Ice Storm</w:t>
            </w:r>
          </w:p>
        </w:tc>
        <w:tc>
          <w:tcPr>
            <w:tcW w:type="dxa" w:w="1399"/>
          </w:tcPr>
          <w:p>
            <w:pPr>
              <w:spacing w:after="0"/>
              <w:jc w:val="right"/>
            </w:pPr>
            <w:r>
              <w:rPr>
                <w:sz w:val="16"/>
              </w:rPr>
              <w:t>20 of 20</w:t>
            </w:r>
          </w:p>
        </w:tc>
        <w:tc>
          <w:tcPr>
            <w:tcW w:type="dxa" w:w="1056"/>
          </w:tcPr>
          <w:p>
            <w:pPr>
              <w:spacing w:after="0"/>
              <w:jc w:val="right"/>
            </w:pPr>
            <w:r>
              <w:rPr>
                <w:sz w:val="16"/>
              </w:rPr>
              <w:t>37.1</w:t>
            </w:r>
          </w:p>
        </w:tc>
        <w:tc>
          <w:tcPr>
            <w:tcW w:type="dxa" w:w="1108"/>
          </w:tcPr>
          <w:p>
            <w:pPr>
              <w:spacing w:after="0"/>
              <w:jc w:val="right"/>
            </w:pPr>
            <w:r>
              <w:rPr>
                <w:sz w:val="16"/>
              </w:rPr>
              <w:t>56.9</w:t>
            </w:r>
          </w:p>
        </w:tc>
        <w:tc>
          <w:tcPr>
            <w:tcW w:type="dxa" w:w="1056"/>
          </w:tcPr>
          <w:p>
            <w:pPr>
              <w:spacing w:after="0"/>
              <w:jc w:val="right"/>
            </w:pPr>
            <w:r>
              <w:rPr>
                <w:sz w:val="16"/>
              </w:rPr>
              <w:t>85.8</w:t>
            </w:r>
          </w:p>
        </w:tc>
        <w:tc>
          <w:tcPr>
            <w:tcW w:type="dxa" w:w="7802"/>
          </w:tcPr>
          <w:p>
            <w:pPr>
              <w:spacing w:after="0"/>
              <w:jc w:val="left"/>
            </w:pPr>
            <w:r>
              <w:rPr>
                <w:sz w:val="16"/>
              </w:rPr>
              <w:t>Relatively Moderate 6, Relatively Low 14</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20 of 20</w:t>
            </w:r>
          </w:p>
        </w:tc>
        <w:tc>
          <w:tcPr>
            <w:tcW w:type="dxa" w:w="1056"/>
          </w:tcPr>
          <w:p>
            <w:pPr>
              <w:spacing w:after="0"/>
              <w:jc w:val="right"/>
            </w:pPr>
            <w:r>
              <w:rPr>
                <w:sz w:val="16"/>
              </w:rPr>
              <w:t>25.3</w:t>
            </w:r>
          </w:p>
        </w:tc>
        <w:tc>
          <w:tcPr>
            <w:tcW w:type="dxa" w:w="1108"/>
          </w:tcPr>
          <w:p>
            <w:pPr>
              <w:spacing w:after="0"/>
              <w:jc w:val="right"/>
            </w:pPr>
            <w:r>
              <w:rPr>
                <w:sz w:val="16"/>
              </w:rPr>
              <w:t>45.7</w:t>
            </w:r>
          </w:p>
        </w:tc>
        <w:tc>
          <w:tcPr>
            <w:tcW w:type="dxa" w:w="1056"/>
          </w:tcPr>
          <w:p>
            <w:pPr>
              <w:spacing w:after="0"/>
              <w:jc w:val="right"/>
            </w:pPr>
            <w:r>
              <w:rPr>
                <w:sz w:val="16"/>
              </w:rPr>
              <w:t>83.7</w:t>
            </w:r>
          </w:p>
        </w:tc>
        <w:tc>
          <w:tcPr>
            <w:tcW w:type="dxa" w:w="7802"/>
          </w:tcPr>
          <w:p>
            <w:pPr>
              <w:spacing w:after="0"/>
              <w:jc w:val="left"/>
            </w:pPr>
            <w:r>
              <w:rPr>
                <w:sz w:val="16"/>
              </w:rPr>
              <w:t>Relatively High 2, Relatively Moderate 7, Relatively Low 11</w:t>
            </w:r>
          </w:p>
        </w:tc>
      </w:tr>
      <w:tr>
        <w:trPr>
          <w:cantSplit/>
        </w:trPr>
        <w:tc>
          <w:tcPr>
            <w:tcW w:type="dxa" w:w="1690"/>
          </w:tcPr>
          <w:p>
            <w:pPr>
              <w:spacing w:after="0"/>
              <w:jc w:val="left"/>
            </w:pPr>
            <w:r>
              <w:rPr>
                <w:sz w:val="16"/>
              </w:rPr>
              <w:t>Landslide</w:t>
            </w:r>
          </w:p>
        </w:tc>
        <w:tc>
          <w:tcPr>
            <w:tcW w:type="dxa" w:w="1399"/>
          </w:tcPr>
          <w:p>
            <w:pPr>
              <w:spacing w:after="0"/>
              <w:jc w:val="right"/>
            </w:pPr>
            <w:r>
              <w:rPr>
                <w:sz w:val="16"/>
              </w:rPr>
              <w:t>20 of 20</w:t>
            </w:r>
          </w:p>
        </w:tc>
        <w:tc>
          <w:tcPr>
            <w:tcW w:type="dxa" w:w="1056"/>
          </w:tcPr>
          <w:p>
            <w:pPr>
              <w:spacing w:after="0"/>
              <w:jc w:val="right"/>
            </w:pPr>
            <w:r>
              <w:rPr>
                <w:sz w:val="16"/>
              </w:rPr>
              <w:t>17.0</w:t>
            </w:r>
          </w:p>
        </w:tc>
        <w:tc>
          <w:tcPr>
            <w:tcW w:type="dxa" w:w="1108"/>
          </w:tcPr>
          <w:p>
            <w:pPr>
              <w:spacing w:after="0"/>
              <w:jc w:val="right"/>
            </w:pPr>
            <w:r>
              <w:rPr>
                <w:sz w:val="16"/>
              </w:rPr>
              <w:t>88.8</w:t>
            </w:r>
          </w:p>
        </w:tc>
        <w:tc>
          <w:tcPr>
            <w:tcW w:type="dxa" w:w="1056"/>
          </w:tcPr>
          <w:p>
            <w:pPr>
              <w:spacing w:after="0"/>
              <w:jc w:val="right"/>
            </w:pPr>
            <w:r>
              <w:rPr>
                <w:sz w:val="16"/>
              </w:rPr>
              <w:t>97.7</w:t>
            </w:r>
          </w:p>
        </w:tc>
        <w:tc>
          <w:tcPr>
            <w:tcW w:type="dxa" w:w="7802"/>
          </w:tcPr>
          <w:p>
            <w:pPr>
              <w:spacing w:after="0"/>
              <w:jc w:val="left"/>
            </w:pPr>
            <w:r>
              <w:rPr>
                <w:sz w:val="16"/>
              </w:rPr>
              <w:t>Relatively Moderate 2, Relatively Low 11, Very Low 7</w:t>
            </w:r>
          </w:p>
        </w:tc>
      </w:tr>
      <w:tr>
        <w:trPr>
          <w:cantSplit/>
        </w:trPr>
        <w:tc>
          <w:tcPr>
            <w:tcW w:type="dxa" w:w="1690"/>
          </w:tcPr>
          <w:p>
            <w:pPr>
              <w:spacing w:after="0"/>
              <w:jc w:val="left"/>
            </w:pPr>
            <w:r>
              <w:rPr>
                <w:sz w:val="16"/>
              </w:rPr>
              <w:t>Lightning</w:t>
            </w:r>
          </w:p>
        </w:tc>
        <w:tc>
          <w:tcPr>
            <w:tcW w:type="dxa" w:w="1399"/>
          </w:tcPr>
          <w:p>
            <w:pPr>
              <w:spacing w:after="0"/>
              <w:jc w:val="right"/>
            </w:pPr>
            <w:r>
              <w:rPr>
                <w:sz w:val="16"/>
              </w:rPr>
              <w:t>20 of 20</w:t>
            </w:r>
          </w:p>
        </w:tc>
        <w:tc>
          <w:tcPr>
            <w:tcW w:type="dxa" w:w="1056"/>
          </w:tcPr>
          <w:p>
            <w:pPr>
              <w:spacing w:after="0"/>
              <w:jc w:val="right"/>
            </w:pPr>
            <w:r>
              <w:rPr>
                <w:sz w:val="16"/>
              </w:rPr>
              <w:t>42.2</w:t>
            </w:r>
          </w:p>
        </w:tc>
        <w:tc>
          <w:tcPr>
            <w:tcW w:type="dxa" w:w="1108"/>
          </w:tcPr>
          <w:p>
            <w:pPr>
              <w:spacing w:after="0"/>
              <w:jc w:val="right"/>
            </w:pPr>
            <w:r>
              <w:rPr>
                <w:sz w:val="16"/>
              </w:rPr>
              <w:t>68.7</w:t>
            </w:r>
          </w:p>
        </w:tc>
        <w:tc>
          <w:tcPr>
            <w:tcW w:type="dxa" w:w="1056"/>
          </w:tcPr>
          <w:p>
            <w:pPr>
              <w:spacing w:after="0"/>
              <w:jc w:val="right"/>
            </w:pPr>
            <w:r>
              <w:rPr>
                <w:sz w:val="16"/>
              </w:rPr>
              <w:t>91.9</w:t>
            </w:r>
          </w:p>
        </w:tc>
        <w:tc>
          <w:tcPr>
            <w:tcW w:type="dxa" w:w="7802"/>
          </w:tcPr>
          <w:p>
            <w:pPr>
              <w:spacing w:after="0"/>
              <w:jc w:val="left"/>
            </w:pPr>
            <w:r>
              <w:rPr>
                <w:sz w:val="16"/>
              </w:rPr>
              <w:t>Relatively High 5, Relatively Moderate 12, Relatively Low 3</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20 of 20</w:t>
            </w:r>
          </w:p>
        </w:tc>
        <w:tc>
          <w:tcPr>
            <w:tcW w:type="dxa" w:w="1056"/>
          </w:tcPr>
          <w:p>
            <w:pPr>
              <w:spacing w:after="0"/>
              <w:jc w:val="right"/>
            </w:pPr>
            <w:r>
              <w:rPr>
                <w:sz w:val="16"/>
              </w:rPr>
              <w:t>40.7</w:t>
            </w:r>
          </w:p>
        </w:tc>
        <w:tc>
          <w:tcPr>
            <w:tcW w:type="dxa" w:w="1108"/>
          </w:tcPr>
          <w:p>
            <w:pPr>
              <w:spacing w:after="0"/>
              <w:jc w:val="right"/>
            </w:pPr>
            <w:r>
              <w:rPr>
                <w:sz w:val="16"/>
              </w:rPr>
              <w:t>67.0</w:t>
            </w:r>
          </w:p>
        </w:tc>
        <w:tc>
          <w:tcPr>
            <w:tcW w:type="dxa" w:w="1056"/>
          </w:tcPr>
          <w:p>
            <w:pPr>
              <w:spacing w:after="0"/>
              <w:jc w:val="right"/>
            </w:pPr>
            <w:r>
              <w:rPr>
                <w:sz w:val="16"/>
              </w:rPr>
              <w:t>87.1</w:t>
            </w:r>
          </w:p>
        </w:tc>
        <w:tc>
          <w:tcPr>
            <w:tcW w:type="dxa" w:w="7802"/>
          </w:tcPr>
          <w:p>
            <w:pPr>
              <w:spacing w:after="0"/>
              <w:jc w:val="left"/>
            </w:pPr>
            <w:r>
              <w:rPr>
                <w:sz w:val="16"/>
              </w:rPr>
              <w:t>Relatively High 1, Relatively Moderate 15, Relatively Low 4</w:t>
            </w:r>
          </w:p>
        </w:tc>
      </w:tr>
      <w:tr>
        <w:trPr>
          <w:cantSplit/>
        </w:trPr>
        <w:tc>
          <w:tcPr>
            <w:tcW w:type="dxa" w:w="1690"/>
          </w:tcPr>
          <w:p>
            <w:pPr>
              <w:spacing w:after="0"/>
              <w:jc w:val="left"/>
            </w:pPr>
            <w:r>
              <w:rPr>
                <w:sz w:val="16"/>
              </w:rPr>
              <w:t>Tornado</w:t>
            </w:r>
          </w:p>
        </w:tc>
        <w:tc>
          <w:tcPr>
            <w:tcW w:type="dxa" w:w="1399"/>
          </w:tcPr>
          <w:p>
            <w:pPr>
              <w:spacing w:after="0"/>
              <w:jc w:val="right"/>
            </w:pPr>
            <w:r>
              <w:rPr>
                <w:sz w:val="16"/>
              </w:rPr>
              <w:t>20 of 20</w:t>
            </w:r>
          </w:p>
        </w:tc>
        <w:tc>
          <w:tcPr>
            <w:tcW w:type="dxa" w:w="1056"/>
          </w:tcPr>
          <w:p>
            <w:pPr>
              <w:spacing w:after="0"/>
              <w:jc w:val="right"/>
            </w:pPr>
            <w:r>
              <w:rPr>
                <w:sz w:val="16"/>
              </w:rPr>
              <w:t>17.5</w:t>
            </w:r>
          </w:p>
        </w:tc>
        <w:tc>
          <w:tcPr>
            <w:tcW w:type="dxa" w:w="1108"/>
          </w:tcPr>
          <w:p>
            <w:pPr>
              <w:spacing w:after="0"/>
              <w:jc w:val="right"/>
            </w:pPr>
            <w:r>
              <w:rPr>
                <w:sz w:val="16"/>
              </w:rPr>
              <w:t>30.7</w:t>
            </w:r>
          </w:p>
        </w:tc>
        <w:tc>
          <w:tcPr>
            <w:tcW w:type="dxa" w:w="1056"/>
          </w:tcPr>
          <w:p>
            <w:pPr>
              <w:spacing w:after="0"/>
              <w:jc w:val="right"/>
            </w:pPr>
            <w:r>
              <w:rPr>
                <w:sz w:val="16"/>
              </w:rPr>
              <w:t>44.3</w:t>
            </w:r>
          </w:p>
        </w:tc>
        <w:tc>
          <w:tcPr>
            <w:tcW w:type="dxa" w:w="7802"/>
          </w:tcPr>
          <w:p>
            <w:pPr>
              <w:spacing w:after="0"/>
              <w:jc w:val="left"/>
            </w:pPr>
            <w:r>
              <w:rPr>
                <w:sz w:val="16"/>
              </w:rPr>
              <w:t>Relatively Low 11, Very Low 9</w:t>
            </w:r>
          </w:p>
        </w:tc>
      </w:tr>
      <w:tr>
        <w:trPr>
          <w:cantSplit/>
        </w:trPr>
        <w:tc>
          <w:tcPr>
            <w:tcW w:type="dxa" w:w="1690"/>
          </w:tcPr>
          <w:p>
            <w:pPr>
              <w:spacing w:after="0"/>
              <w:jc w:val="left"/>
            </w:pPr>
            <w:r>
              <w:rPr>
                <w:sz w:val="16"/>
              </w:rPr>
              <w:t>Wildfire</w:t>
            </w:r>
          </w:p>
        </w:tc>
        <w:tc>
          <w:tcPr>
            <w:tcW w:type="dxa" w:w="1399"/>
          </w:tcPr>
          <w:p>
            <w:pPr>
              <w:spacing w:after="0"/>
              <w:jc w:val="right"/>
            </w:pPr>
            <w:r>
              <w:rPr>
                <w:sz w:val="16"/>
              </w:rPr>
              <w:t>20 of 20</w:t>
            </w:r>
          </w:p>
        </w:tc>
        <w:tc>
          <w:tcPr>
            <w:tcW w:type="dxa" w:w="1056"/>
          </w:tcPr>
          <w:p>
            <w:pPr>
              <w:spacing w:after="0"/>
              <w:jc w:val="right"/>
            </w:pPr>
            <w:r>
              <w:rPr>
                <w:sz w:val="16"/>
              </w:rPr>
              <w:t>35.5</w:t>
            </w:r>
          </w:p>
        </w:tc>
        <w:tc>
          <w:tcPr>
            <w:tcW w:type="dxa" w:w="1108"/>
          </w:tcPr>
          <w:p>
            <w:pPr>
              <w:spacing w:after="0"/>
              <w:jc w:val="right"/>
            </w:pPr>
            <w:r>
              <w:rPr>
                <w:sz w:val="16"/>
              </w:rPr>
              <w:t>58.0</w:t>
            </w:r>
          </w:p>
        </w:tc>
        <w:tc>
          <w:tcPr>
            <w:tcW w:type="dxa" w:w="1056"/>
          </w:tcPr>
          <w:p>
            <w:pPr>
              <w:spacing w:after="0"/>
              <w:jc w:val="right"/>
            </w:pPr>
            <w:r>
              <w:rPr>
                <w:sz w:val="16"/>
              </w:rPr>
              <w:t>69.5</w:t>
            </w:r>
          </w:p>
        </w:tc>
        <w:tc>
          <w:tcPr>
            <w:tcW w:type="dxa" w:w="7802"/>
          </w:tcPr>
          <w:p>
            <w:pPr>
              <w:spacing w:after="0"/>
              <w:jc w:val="left"/>
            </w:pPr>
            <w:r>
              <w:rPr>
                <w:sz w:val="16"/>
              </w:rPr>
              <w:t>Relatively Low 1, Very Low 19</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20 of 20</w:t>
            </w:r>
          </w:p>
        </w:tc>
        <w:tc>
          <w:tcPr>
            <w:tcW w:type="dxa" w:w="1056"/>
          </w:tcPr>
          <w:p>
            <w:pPr>
              <w:spacing w:after="0"/>
              <w:jc w:val="right"/>
            </w:pPr>
            <w:r>
              <w:rPr>
                <w:sz w:val="16"/>
              </w:rPr>
              <w:t>42.0</w:t>
            </w:r>
          </w:p>
        </w:tc>
        <w:tc>
          <w:tcPr>
            <w:tcW w:type="dxa" w:w="1108"/>
          </w:tcPr>
          <w:p>
            <w:pPr>
              <w:spacing w:after="0"/>
              <w:jc w:val="right"/>
            </w:pPr>
            <w:r>
              <w:rPr>
                <w:sz w:val="16"/>
              </w:rPr>
              <w:t>65.4</w:t>
            </w:r>
          </w:p>
        </w:tc>
        <w:tc>
          <w:tcPr>
            <w:tcW w:type="dxa" w:w="1056"/>
          </w:tcPr>
          <w:p>
            <w:pPr>
              <w:spacing w:after="0"/>
              <w:jc w:val="right"/>
            </w:pPr>
            <w:r>
              <w:rPr>
                <w:sz w:val="16"/>
              </w:rPr>
              <w:t>86.5</w:t>
            </w:r>
          </w:p>
        </w:tc>
        <w:tc>
          <w:tcPr>
            <w:tcW w:type="dxa" w:w="7802"/>
          </w:tcPr>
          <w:p>
            <w:pPr>
              <w:spacing w:after="0"/>
              <w:jc w:val="left"/>
            </w:pPr>
            <w:r>
              <w:rPr>
                <w:sz w:val="16"/>
              </w:rPr>
              <w:t>Relatively High 3, Relatively Moderate 14, 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Rutland County's 20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9"/>
        <w:gridCol w:w="846"/>
        <w:gridCol w:w="2635"/>
        <w:gridCol w:w="2751"/>
        <w:gridCol w:w="2844"/>
        <w:gridCol w:w="3217"/>
      </w:tblGrid>
      <w:tr>
        <w:trPr>
          <w:cantSplit/>
          <w:tblHeader/>
        </w:trPr>
        <w:tc>
          <w:tcPr>
            <w:tcW w:type="dxa" w:w="1819"/>
            <w:shd w:val="clear" w:color="auto" w:fill="E8E8E8"/>
          </w:tcPr>
          <w:p>
            <w:pPr>
              <w:spacing w:after="0"/>
              <w:jc w:val="left"/>
            </w:pPr>
            <w:r>
              <w:rPr>
                <w:b/>
                <w:sz w:val="16"/>
              </w:rPr>
              <w:t>Jurisdiction</w:t>
            </w:r>
          </w:p>
        </w:tc>
        <w:tc>
          <w:tcPr>
            <w:tcW w:type="dxa" w:w="846"/>
            <w:shd w:val="clear" w:color="auto" w:fill="E8E8E8"/>
          </w:tcPr>
          <w:p>
            <w:pPr>
              <w:spacing w:after="0"/>
              <w:jc w:val="left"/>
            </w:pPr>
            <w:r>
              <w:rPr>
                <w:b/>
                <w:sz w:val="16"/>
              </w:rPr>
              <w:t>Type</w:t>
            </w:r>
          </w:p>
        </w:tc>
        <w:tc>
          <w:tcPr>
            <w:tcW w:type="dxa" w:w="2635"/>
            <w:shd w:val="clear" w:color="auto" w:fill="E8E8E8"/>
          </w:tcPr>
          <w:p>
            <w:pPr>
              <w:spacing w:after="0"/>
              <w:jc w:val="left"/>
            </w:pPr>
            <w:r>
              <w:rPr>
                <w:b/>
                <w:sz w:val="16"/>
              </w:rPr>
              <w:t>Plan status</w:t>
            </w:r>
          </w:p>
        </w:tc>
        <w:tc>
          <w:tcPr>
            <w:tcW w:type="dxa" w:w="275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4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21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9"/>
          </w:tcPr>
          <w:p>
            <w:pPr>
              <w:spacing w:after="0"/>
              <w:jc w:val="left"/>
            </w:pPr>
            <w:r>
              <w:rPr>
                <w:sz w:val="16"/>
              </w:rPr>
              <w:t>Pittsford town</w:t>
            </w:r>
          </w:p>
        </w:tc>
        <w:tc>
          <w:tcPr>
            <w:tcW w:type="dxa" w:w="846"/>
          </w:tcPr>
          <w:p>
            <w:pPr>
              <w:spacing w:after="0"/>
              <w:jc w:val="left"/>
            </w:pPr>
            <w:r>
              <w:rPr>
                <w:sz w:val="16"/>
              </w:rPr>
              <w:t>Town</w:t>
            </w:r>
          </w:p>
        </w:tc>
        <w:tc>
          <w:tcPr>
            <w:tcW w:type="dxa" w:w="2635"/>
          </w:tcPr>
          <w:p>
            <w:pPr>
              <w:spacing w:after="0"/>
              <w:jc w:val="left"/>
            </w:pPr>
            <w:r>
              <w:rPr>
                <w:sz w:val="16"/>
              </w:rPr>
              <w:t>Expired on 2026-05-05</w:t>
            </w:r>
          </w:p>
        </w:tc>
        <w:tc>
          <w:tcPr>
            <w:tcW w:type="dxa" w:w="2751"/>
          </w:tcPr>
          <w:p>
            <w:pPr>
              <w:spacing w:after="0"/>
              <w:jc w:val="right"/>
            </w:pPr>
            <w:r>
              <w:rPr>
                <w:sz w:val="16"/>
              </w:rPr>
              <w:t>FMA RL 0, SRL 0; any 0</w:t>
            </w:r>
          </w:p>
        </w:tc>
        <w:tc>
          <w:tcPr>
            <w:tcW w:type="dxa" w:w="2844"/>
          </w:tcPr>
          <w:p>
            <w:pPr>
              <w:spacing w:after="0"/>
              <w:jc w:val="right"/>
            </w:pPr>
            <w:r>
              <w:rPr>
                <w:sz w:val="16"/>
              </w:rPr>
              <w:t>$98,597.94</w:t>
            </w:r>
          </w:p>
        </w:tc>
        <w:tc>
          <w:tcPr>
            <w:tcW w:type="dxa" w:w="3217"/>
          </w:tcPr>
          <w:p>
            <w:pPr>
              <w:spacing w:after="0"/>
              <w:jc w:val="right"/>
            </w:pPr>
            <w:r>
              <w:rPr>
                <w:sz w:val="16"/>
              </w:rPr>
              <w:t>24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Rutland County (National Risk Index exposure and expected annual loss; since-plan counts use Pittsford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(Rutland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Rutland County, county-level)"/>
        <w:tblDescription w:val="Hazard Plain table b2ab"/>
      </w:tblPr>
      <w:tblGrid>
        <w:gridCol w:w="1037"/>
        <w:gridCol w:w="1483"/>
        <w:gridCol w:w="1128"/>
        <w:gridCol w:w="1038"/>
        <w:gridCol w:w="1126"/>
        <w:gridCol w:w="1126"/>
        <w:gridCol w:w="1060"/>
        <w:gridCol w:w="1034"/>
        <w:gridCol w:w="1129"/>
        <w:gridCol w:w="1050"/>
        <w:gridCol w:w="1312"/>
        <w:gridCol w:w="158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29"/>
            <w:shd w:val="clear" w:color="auto" w:fill="E8E8E8"/>
          </w:tcPr>
          <w:p>
            <w:pPr>
              <w:spacing w:after="0"/>
              <w:jc w:val="right"/>
            </w:pPr>
            <w:r>
              <w:rPr>
                <w:b/>
                <w:sz w:val="16"/>
              </w:rPr>
              <w:t>Storm Events damage since 2021-05-06</w:t>
            </w:r>
          </w:p>
          <w:p>
            <w:pPr>
              <w:spacing w:after="0"/>
              <w:jc w:val="right"/>
            </w:pPr>
            <w:r>
              <w:rPr>
                <w:i/>
                <w:color w:val="555555"/>
                <w:sz w:val="14"/>
              </w:rPr>
              <w:t>county-coded records, property plus crops, nominal dollars</w:t>
            </w:r>
          </w:p>
        </w:tc>
        <w:tc>
          <w:tcPr>
            <w:tcW w:type="dxa" w:w="105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$550,483</w:t>
            </w:r>
          </w:p>
        </w:tc>
        <w:tc>
          <w:tcPr>
            <w:tcW w:type="dxa" w:w="1128"/>
          </w:tcPr>
          <w:p>
            <w:pPr>
              <w:spacing w:after="0"/>
              <w:jc w:val="right"/>
            </w:pPr>
            <w:r>
              <w:rPr>
                <w:sz w:val="16"/>
              </w:rPr>
              <w:t>n/a</w:t>
            </w:r>
          </w:p>
        </w:tc>
        <w:tc>
          <w:tcPr>
            <w:tcW w:type="dxa" w:w="1038"/>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60"/>
          </w:tcPr>
          <w:p>
            <w:pPr>
              <w:spacing w:after="0"/>
              <w:jc w:val="right"/>
            </w:pPr>
            <w:r>
              <w:rPr>
                <w:sz w:val="16"/>
              </w:rPr>
              <w:t>$3,364</w:t>
            </w:r>
          </w:p>
        </w:tc>
        <w:tc>
          <w:tcPr>
            <w:tcW w:type="dxa" w:w="1034"/>
          </w:tcPr>
          <w:p>
            <w:pPr>
              <w:spacing w:after="0"/>
              <w:jc w:val="right"/>
            </w:pPr>
            <w:r>
              <w:rPr>
                <w:sz w:val="16"/>
              </w:rPr>
              <w:t>under 0.0001%</w:t>
            </w:r>
          </w:p>
        </w:tc>
        <w:tc>
          <w:tcPr>
            <w:tcW w:type="dxa" w:w="1129"/>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060"/>
          </w:tcPr>
          <w:p>
            <w:pPr>
              <w:spacing w:after="0"/>
              <w:jc w:val="right"/>
            </w:pPr>
            <w:r>
              <w:rPr>
                <w:sz w:val="16"/>
              </w:rPr>
              <w:t>$1,505,163</w:t>
            </w:r>
          </w:p>
        </w:tc>
        <w:tc>
          <w:tcPr>
            <w:tcW w:type="dxa" w:w="1034"/>
          </w:tcPr>
          <w:p>
            <w:pPr>
              <w:spacing w:after="0"/>
              <w:jc w:val="right"/>
            </w:pPr>
            <w:r>
              <w:rPr>
                <w:sz w:val="16"/>
              </w:rPr>
              <w:t>under 0.0001%</w:t>
            </w:r>
          </w:p>
        </w:tc>
        <w:tc>
          <w:tcPr>
            <w:tcW w:type="dxa" w:w="1129"/>
          </w:tcPr>
          <w:p>
            <w:pPr>
              <w:spacing w:after="0"/>
              <w:jc w:val="right"/>
            </w:pPr>
          </w:p>
        </w:tc>
        <w:tc>
          <w:tcPr>
            <w:tcW w:type="dxa" w:w="1050"/>
          </w:tcPr>
          <w:p>
            <w:pPr>
              <w:spacing w:after="0"/>
              <w:jc w:val="right"/>
            </w:pPr>
            <w:r>
              <w:rPr>
                <w:sz w:val="16"/>
              </w:rPr>
              <w:t>$1,000,000</w:t>
            </w:r>
          </w:p>
        </w:tc>
        <w:tc>
          <w:tcPr>
            <w:tcW w:type="dxa" w:w="1312"/>
          </w:tcPr>
          <w:p>
            <w:pPr>
              <w:spacing w:after="0"/>
              <w:jc w:val="right"/>
            </w:pPr>
          </w:p>
        </w:tc>
        <w:tc>
          <w:tcPr>
            <w:tcW w:type="dxa" w:w="1588"/>
          </w:tcPr>
          <w:p>
            <w:pPr>
              <w:spacing w:after="0"/>
              <w:jc w:val="left"/>
            </w:pPr>
            <w:r>
              <w:rPr>
                <w:sz w:val="16"/>
              </w:rPr>
              <w:t>Storm Events damage since the plan includes 1 zone-level Frost/Freeze record ($1,000,000): outside NRI's Cold Wave definition.</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8"/>
          </w:tcPr>
          <w:p>
            <w:pPr>
              <w:spacing w:after="0"/>
              <w:jc w:val="right"/>
            </w:pPr>
            <w:r>
              <w:rPr>
                <w:sz w:val="16"/>
              </w:rPr>
              <w:t>$0</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60"/>
          </w:tcPr>
          <w:p>
            <w:pPr>
              <w:spacing w:after="0"/>
              <w:jc w:val="right"/>
            </w:pPr>
            <w:r>
              <w:rPr>
                <w:sz w:val="16"/>
              </w:rPr>
              <w:t>n/a</w:t>
            </w:r>
          </w:p>
        </w:tc>
        <w:tc>
          <w:tcPr>
            <w:tcW w:type="dxa" w:w="1034"/>
          </w:tcPr>
          <w:p>
            <w:pPr>
              <w:spacing w:after="0"/>
              <w:jc w:val="right"/>
            </w:pPr>
          </w:p>
        </w:tc>
        <w:tc>
          <w:tcPr>
            <w:tcW w:type="dxa" w:w="1129"/>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$28,817,922,994</w:t>
            </w:r>
          </w:p>
        </w:tc>
        <w:tc>
          <w:tcPr>
            <w:tcW w:type="dxa" w:w="1128"/>
          </w:tcPr>
          <w:p>
            <w:pPr>
              <w:spacing w:after="0"/>
              <w:jc w:val="right"/>
            </w:pPr>
            <w:r>
              <w:rPr>
                <w:sz w:val="16"/>
              </w:rPr>
              <w:t>n/a</w:t>
            </w:r>
          </w:p>
        </w:tc>
        <w:tc>
          <w:tcPr>
            <w:tcW w:type="dxa" w:w="1038"/>
          </w:tcPr>
          <w:p>
            <w:pPr>
              <w:spacing w:after="0"/>
              <w:jc w:val="right"/>
            </w:pPr>
            <w:r>
              <w:rPr>
                <w:sz w:val="16"/>
              </w:rPr>
              <w:t>60,572</w:t>
            </w:r>
          </w:p>
        </w:tc>
        <w:tc>
          <w:tcPr>
            <w:tcW w:type="dxa" w:w="1126"/>
          </w:tcPr>
          <w:p>
            <w:pPr>
              <w:spacing w:after="0"/>
              <w:jc w:val="right"/>
            </w:pPr>
            <w:r>
              <w:rPr>
                <w:sz w:val="16"/>
              </w:rPr>
              <w:t>$410,437</w:t>
            </w:r>
          </w:p>
        </w:tc>
        <w:tc>
          <w:tcPr>
            <w:tcW w:type="dxa" w:w="1126"/>
          </w:tcPr>
          <w:p>
            <w:pPr>
              <w:spacing w:after="0"/>
              <w:jc w:val="right"/>
            </w:pPr>
            <w:r>
              <w:rPr>
                <w:sz w:val="16"/>
              </w:rPr>
              <w:t>n/a</w:t>
            </w:r>
          </w:p>
        </w:tc>
        <w:tc>
          <w:tcPr>
            <w:tcW w:type="dxa" w:w="1060"/>
          </w:tcPr>
          <w:p>
            <w:pPr>
              <w:spacing w:after="0"/>
              <w:jc w:val="right"/>
            </w:pPr>
            <w:r>
              <w:rPr>
                <w:sz w:val="16"/>
              </w:rPr>
              <w:t>$61,764</w:t>
            </w:r>
          </w:p>
        </w:tc>
        <w:tc>
          <w:tcPr>
            <w:tcW w:type="dxa" w:w="1034"/>
          </w:tcPr>
          <w:p>
            <w:pPr>
              <w:spacing w:after="0"/>
              <w:jc w:val="right"/>
            </w:pPr>
            <w:r>
              <w:rPr>
                <w:sz w:val="16"/>
              </w:rPr>
              <w:t>0.00142%</w:t>
            </w:r>
          </w:p>
        </w:tc>
        <w:tc>
          <w:tcPr>
            <w:tcW w:type="dxa" w:w="1129"/>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060"/>
          </w:tcPr>
          <w:p>
            <w:pPr>
              <w:spacing w:after="0"/>
              <w:jc w:val="right"/>
            </w:pPr>
            <w:r>
              <w:rPr>
                <w:sz w:val="16"/>
              </w:rPr>
              <w:t>$108,212</w:t>
            </w:r>
          </w:p>
        </w:tc>
        <w:tc>
          <w:tcPr>
            <w:tcW w:type="dxa" w:w="1034"/>
          </w:tcPr>
          <w:p>
            <w:pPr>
              <w:spacing w:after="0"/>
              <w:jc w:val="right"/>
            </w:pPr>
            <w:r>
              <w:rPr>
                <w:sz w:val="16"/>
              </w:rPr>
              <w:t>under 0.0001%</w:t>
            </w:r>
          </w:p>
        </w:tc>
        <w:tc>
          <w:tcPr>
            <w:tcW w:type="dxa" w:w="1129"/>
          </w:tcPr>
          <w:p>
            <w:pPr>
              <w:spacing w:after="0"/>
              <w:jc w:val="right"/>
            </w:pPr>
            <w:r>
              <w:rPr>
                <w:sz w:val="16"/>
              </w:rPr>
              <w:t>$0</w:t>
            </w: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060"/>
          </w:tcPr>
          <w:p>
            <w:pPr>
              <w:spacing w:after="0"/>
              <w:jc w:val="right"/>
            </w:pPr>
            <w:r>
              <w:rPr>
                <w:sz w:val="16"/>
              </w:rPr>
              <w:t>$515,187</w:t>
            </w:r>
          </w:p>
        </w:tc>
        <w:tc>
          <w:tcPr>
            <w:tcW w:type="dxa" w:w="1034"/>
          </w:tcPr>
          <w:p>
            <w:pPr>
              <w:spacing w:after="0"/>
              <w:jc w:val="right"/>
            </w:pPr>
            <w:r>
              <w:rPr>
                <w:sz w:val="16"/>
              </w:rPr>
              <w:t>under 0.0001%</w:t>
            </w:r>
          </w:p>
        </w:tc>
        <w:tc>
          <w:tcPr>
            <w:tcW w:type="dxa" w:w="1129"/>
          </w:tcPr>
          <w:p>
            <w:pPr>
              <w:spacing w:after="0"/>
              <w:jc w:val="right"/>
            </w:pPr>
          </w:p>
        </w:tc>
        <w:tc>
          <w:tcPr>
            <w:tcW w:type="dxa" w:w="1050"/>
          </w:tcPr>
          <w:p>
            <w:pPr>
              <w:spacing w:after="0"/>
              <w:jc w:val="right"/>
            </w:pPr>
            <w:r>
              <w:rPr>
                <w:sz w:val="16"/>
              </w:rPr>
              <w:t>$0</w:t>
            </w: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$16,647,220,195</w:t>
            </w:r>
          </w:p>
        </w:tc>
        <w:tc>
          <w:tcPr>
            <w:tcW w:type="dxa" w:w="1128"/>
          </w:tcPr>
          <w:p>
            <w:pPr>
              <w:spacing w:after="0"/>
              <w:jc w:val="right"/>
            </w:pPr>
            <w:r>
              <w:rPr>
                <w:sz w:val="16"/>
              </w:rPr>
              <w:t>$37,098,776</w:t>
            </w:r>
          </w:p>
        </w:tc>
        <w:tc>
          <w:tcPr>
            <w:tcW w:type="dxa" w:w="1038"/>
          </w:tcPr>
          <w:p>
            <w:pPr>
              <w:spacing w:after="0"/>
              <w:jc w:val="right"/>
            </w:pPr>
            <w:r>
              <w:rPr>
                <w:sz w:val="16"/>
              </w:rPr>
              <w:t>60,431</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060"/>
          </w:tcPr>
          <w:p>
            <w:pPr>
              <w:spacing w:after="0"/>
              <w:jc w:val="right"/>
            </w:pPr>
            <w:r>
              <w:rPr>
                <w:sz w:val="16"/>
              </w:rPr>
              <w:t>$24,450</w:t>
            </w:r>
          </w:p>
        </w:tc>
        <w:tc>
          <w:tcPr>
            <w:tcW w:type="dxa" w:w="1034"/>
          </w:tcPr>
          <w:p>
            <w:pPr>
              <w:spacing w:after="0"/>
              <w:jc w:val="right"/>
            </w:pPr>
            <w:r>
              <w:rPr>
                <w:sz w:val="16"/>
              </w:rPr>
              <w:t>0.00369%</w:t>
            </w:r>
          </w:p>
        </w:tc>
        <w:tc>
          <w:tcPr>
            <w:tcW w:type="dxa" w:w="1129"/>
          </w:tcPr>
          <w:p>
            <w:pPr>
              <w:spacing w:after="0"/>
              <w:jc w:val="right"/>
            </w:pPr>
          </w:p>
        </w:tc>
        <w:tc>
          <w:tcPr>
            <w:tcW w:type="dxa" w:w="1050"/>
          </w:tcPr>
          <w:p>
            <w:pPr>
              <w:spacing w:after="0"/>
              <w:jc w:val="right"/>
            </w:pPr>
          </w:p>
        </w:tc>
        <w:tc>
          <w:tcPr>
            <w:tcW w:type="dxa" w:w="1312"/>
          </w:tcPr>
          <w:p>
            <w:pPr>
              <w:spacing w:after="0"/>
              <w:jc w:val="right"/>
            </w:pPr>
            <w:r>
              <w:rPr>
                <w:sz w:val="16"/>
              </w:rPr>
              <w:t>no Public Assistance recorded (2 declarations)</w:t>
            </w:r>
          </w:p>
        </w:tc>
        <w:tc>
          <w:tcPr>
            <w:tcW w:type="dxa" w:w="158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$16,463,135,194</w:t>
            </w:r>
          </w:p>
        </w:tc>
        <w:tc>
          <w:tcPr>
            <w:tcW w:type="dxa" w:w="1128"/>
          </w:tcPr>
          <w:p>
            <w:pPr>
              <w:spacing w:after="0"/>
              <w:jc w:val="right"/>
            </w:pPr>
            <w:r>
              <w:rPr>
                <w:sz w:val="16"/>
              </w:rPr>
              <w:t>n/a</w:t>
            </w:r>
          </w:p>
        </w:tc>
        <w:tc>
          <w:tcPr>
            <w:tcW w:type="dxa" w:w="1038"/>
          </w:tcPr>
          <w:p>
            <w:pPr>
              <w:spacing w:after="0"/>
              <w:jc w:val="right"/>
            </w:pPr>
            <w:r>
              <w:rPr>
                <w:sz w:val="16"/>
              </w:rPr>
              <w:t>60,201</w:t>
            </w:r>
          </w:p>
        </w:tc>
        <w:tc>
          <w:tcPr>
            <w:tcW w:type="dxa" w:w="1126"/>
          </w:tcPr>
          <w:p>
            <w:pPr>
              <w:spacing w:after="0"/>
              <w:jc w:val="right"/>
            </w:pPr>
            <w:r>
              <w:rPr>
                <w:sz w:val="16"/>
              </w:rPr>
              <w:t>$153,971</w:t>
            </w:r>
          </w:p>
        </w:tc>
        <w:tc>
          <w:tcPr>
            <w:tcW w:type="dxa" w:w="1126"/>
          </w:tcPr>
          <w:p>
            <w:pPr>
              <w:spacing w:after="0"/>
              <w:jc w:val="right"/>
            </w:pPr>
            <w:r>
              <w:rPr>
                <w:sz w:val="16"/>
              </w:rPr>
              <w:t>n/a</w:t>
            </w:r>
          </w:p>
        </w:tc>
        <w:tc>
          <w:tcPr>
            <w:tcW w:type="dxa" w:w="1060"/>
          </w:tcPr>
          <w:p>
            <w:pPr>
              <w:spacing w:after="0"/>
              <w:jc w:val="right"/>
            </w:pPr>
            <w:r>
              <w:rPr>
                <w:sz w:val="16"/>
              </w:rPr>
              <w:t>$15,362</w:t>
            </w:r>
          </w:p>
        </w:tc>
        <w:tc>
          <w:tcPr>
            <w:tcW w:type="dxa" w:w="1034"/>
          </w:tcPr>
          <w:p>
            <w:pPr>
              <w:spacing w:after="0"/>
              <w:jc w:val="right"/>
            </w:pPr>
            <w:r>
              <w:rPr>
                <w:sz w:val="16"/>
              </w:rPr>
              <w:t>0.000935%</w:t>
            </w:r>
          </w:p>
        </w:tc>
        <w:tc>
          <w:tcPr>
            <w:tcW w:type="dxa" w:w="1129"/>
          </w:tcPr>
          <w:p>
            <w:pPr>
              <w:spacing w:after="0"/>
              <w:jc w:val="right"/>
            </w:pPr>
          </w:p>
        </w:tc>
        <w:tc>
          <w:tcPr>
            <w:tcW w:type="dxa" w:w="1050"/>
          </w:tcPr>
          <w:p>
            <w:pPr>
              <w:spacing w:after="0"/>
              <w:jc w:val="right"/>
            </w:pPr>
            <w:r>
              <w:rPr>
                <w:sz w:val="16"/>
              </w:rPr>
              <w:t>$0</w:t>
            </w: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$16,622,340,352</w:t>
            </w:r>
          </w:p>
        </w:tc>
        <w:tc>
          <w:tcPr>
            <w:tcW w:type="dxa" w:w="1128"/>
          </w:tcPr>
          <w:p>
            <w:pPr>
              <w:spacing w:after="0"/>
              <w:jc w:val="right"/>
            </w:pPr>
            <w:r>
              <w:rPr>
                <w:sz w:val="16"/>
              </w:rPr>
              <w:t>$5,200,804</w:t>
            </w:r>
          </w:p>
        </w:tc>
        <w:tc>
          <w:tcPr>
            <w:tcW w:type="dxa" w:w="1038"/>
          </w:tcPr>
          <w:p>
            <w:pPr>
              <w:spacing w:after="0"/>
              <w:jc w:val="right"/>
            </w:pPr>
            <w:r>
              <w:rPr>
                <w:sz w:val="16"/>
              </w:rPr>
              <w:t>2,469</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060"/>
          </w:tcPr>
          <w:p>
            <w:pPr>
              <w:spacing w:after="0"/>
              <w:jc w:val="right"/>
            </w:pPr>
            <w:r>
              <w:rPr>
                <w:sz w:val="16"/>
              </w:rPr>
              <w:t>$705,227</w:t>
            </w:r>
          </w:p>
        </w:tc>
        <w:tc>
          <w:tcPr>
            <w:tcW w:type="dxa" w:w="1034"/>
          </w:tcPr>
          <w:p>
            <w:pPr>
              <w:spacing w:after="0"/>
              <w:jc w:val="right"/>
            </w:pPr>
            <w:r>
              <w:rPr>
                <w:sz w:val="16"/>
              </w:rPr>
              <w:t>n/a (see note)</w:t>
            </w:r>
          </w:p>
        </w:tc>
        <w:tc>
          <w:tcPr>
            <w:tcW w:type="dxa" w:w="1129"/>
          </w:tcPr>
          <w:p>
            <w:pPr>
              <w:spacing w:after="0"/>
              <w:jc w:val="right"/>
            </w:pPr>
            <w:r>
              <w:rPr>
                <w:sz w:val="16"/>
              </w:rPr>
              <w:t>$825,000</w:t>
            </w:r>
          </w:p>
        </w:tc>
        <w:tc>
          <w:tcPr>
            <w:tcW w:type="dxa" w:w="1050"/>
          </w:tcPr>
          <w:p>
            <w:pPr>
              <w:spacing w:after="0"/>
              <w:jc w:val="right"/>
            </w:pPr>
          </w:p>
        </w:tc>
        <w:tc>
          <w:tcPr>
            <w:tcW w:type="dxa" w:w="1312"/>
          </w:tcPr>
          <w:p>
            <w:pPr>
              <w:spacing w:after="0"/>
              <w:jc w:val="right"/>
            </w:pPr>
            <w:r>
              <w:rPr>
                <w:sz w:val="16"/>
              </w:rPr>
              <w:t>$5,543,707.85</w:t>
            </w:r>
          </w:p>
        </w:tc>
        <w:tc>
          <w:tcPr>
            <w:tcW w:type="dxa" w:w="158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$943,469,323</w:t>
            </w:r>
          </w:p>
        </w:tc>
        <w:tc>
          <w:tcPr>
            <w:tcW w:type="dxa" w:w="1128"/>
          </w:tcPr>
          <w:p>
            <w:pPr>
              <w:spacing w:after="0"/>
              <w:jc w:val="right"/>
            </w:pPr>
            <w:r>
              <w:rPr>
                <w:sz w:val="16"/>
              </w:rPr>
              <w:t>n/a</w:t>
            </w:r>
          </w:p>
        </w:tc>
        <w:tc>
          <w:tcPr>
            <w:tcW w:type="dxa" w:w="1038"/>
          </w:tcPr>
          <w:p>
            <w:pPr>
              <w:spacing w:after="0"/>
              <w:jc w:val="right"/>
            </w:pPr>
            <w:r>
              <w:rPr>
                <w:sz w:val="16"/>
              </w:rPr>
              <w:t>3,194</w:t>
            </w:r>
          </w:p>
        </w:tc>
        <w:tc>
          <w:tcPr>
            <w:tcW w:type="dxa" w:w="1126"/>
          </w:tcPr>
          <w:p>
            <w:pPr>
              <w:spacing w:after="0"/>
              <w:jc w:val="right"/>
            </w:pPr>
            <w:r>
              <w:rPr>
                <w:sz w:val="16"/>
              </w:rPr>
              <w:t>$16,748</w:t>
            </w:r>
          </w:p>
        </w:tc>
        <w:tc>
          <w:tcPr>
            <w:tcW w:type="dxa" w:w="1126"/>
          </w:tcPr>
          <w:p>
            <w:pPr>
              <w:spacing w:after="0"/>
              <w:jc w:val="right"/>
            </w:pPr>
            <w:r>
              <w:rPr>
                <w:sz w:val="16"/>
              </w:rPr>
              <w:t>n/a</w:t>
            </w:r>
          </w:p>
        </w:tc>
        <w:tc>
          <w:tcPr>
            <w:tcW w:type="dxa" w:w="1060"/>
          </w:tcPr>
          <w:p>
            <w:pPr>
              <w:spacing w:after="0"/>
              <w:jc w:val="right"/>
            </w:pPr>
            <w:r>
              <w:rPr>
                <w:sz w:val="16"/>
              </w:rPr>
              <w:t>$9,219</w:t>
            </w:r>
          </w:p>
        </w:tc>
        <w:tc>
          <w:tcPr>
            <w:tcW w:type="dxa" w:w="1034"/>
          </w:tcPr>
          <w:p>
            <w:pPr>
              <w:spacing w:after="0"/>
              <w:jc w:val="right"/>
            </w:pPr>
            <w:r>
              <w:rPr>
                <w:sz w:val="16"/>
              </w:rPr>
              <w:t>0.00178%</w:t>
            </w:r>
          </w:p>
        </w:tc>
        <w:tc>
          <w:tcPr>
            <w:tcW w:type="dxa" w:w="1129"/>
          </w:tcPr>
          <w:p>
            <w:pPr>
              <w:spacing w:after="0"/>
              <w:jc w:val="right"/>
            </w:pPr>
          </w:p>
        </w:tc>
        <w:tc>
          <w:tcPr>
            <w:tcW w:type="dxa" w:w="1050"/>
          </w:tcPr>
          <w:p>
            <w:pPr>
              <w:spacing w:after="0"/>
              <w:jc w:val="right"/>
            </w:pPr>
          </w:p>
        </w:tc>
        <w:tc>
          <w:tcPr>
            <w:tcW w:type="dxa" w:w="1312"/>
          </w:tcPr>
          <w:p>
            <w:pPr>
              <w:spacing w:after="0"/>
              <w:jc w:val="right"/>
            </w:pPr>
            <w:r>
              <w:rPr>
                <w:sz w:val="16"/>
              </w:rPr>
              <w:t>$5,502,512.29</w:t>
            </w:r>
          </w:p>
        </w:tc>
        <w:tc>
          <w:tcPr>
            <w:tcW w:type="dxa" w:w="158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$16,663,246,943</w:t>
            </w:r>
          </w:p>
        </w:tc>
        <w:tc>
          <w:tcPr>
            <w:tcW w:type="dxa" w:w="1128"/>
          </w:tcPr>
          <w:p>
            <w:pPr>
              <w:spacing w:after="0"/>
              <w:jc w:val="right"/>
            </w:pPr>
            <w:r>
              <w:rPr>
                <w:sz w:val="16"/>
              </w:rPr>
              <w:t>n/a</w:t>
            </w:r>
          </w:p>
        </w:tc>
        <w:tc>
          <w:tcPr>
            <w:tcW w:type="dxa" w:w="1038"/>
          </w:tcPr>
          <w:p>
            <w:pPr>
              <w:spacing w:after="0"/>
              <w:jc w:val="right"/>
            </w:pPr>
            <w:r>
              <w:rPr>
                <w:sz w:val="16"/>
              </w:rPr>
              <w:t>60,514</w:t>
            </w:r>
          </w:p>
        </w:tc>
        <w:tc>
          <w:tcPr>
            <w:tcW w:type="dxa" w:w="1126"/>
          </w:tcPr>
          <w:p>
            <w:pPr>
              <w:spacing w:after="0"/>
              <w:jc w:val="right"/>
            </w:pPr>
            <w:r>
              <w:rPr>
                <w:sz w:val="16"/>
              </w:rPr>
              <w:t>$33,147</w:t>
            </w:r>
          </w:p>
        </w:tc>
        <w:tc>
          <w:tcPr>
            <w:tcW w:type="dxa" w:w="1126"/>
          </w:tcPr>
          <w:p>
            <w:pPr>
              <w:spacing w:after="0"/>
              <w:jc w:val="right"/>
            </w:pPr>
            <w:r>
              <w:rPr>
                <w:sz w:val="16"/>
              </w:rPr>
              <w:t>n/a</w:t>
            </w:r>
          </w:p>
        </w:tc>
        <w:tc>
          <w:tcPr>
            <w:tcW w:type="dxa" w:w="1060"/>
          </w:tcPr>
          <w:p>
            <w:pPr>
              <w:spacing w:after="0"/>
              <w:jc w:val="right"/>
            </w:pPr>
            <w:r>
              <w:rPr>
                <w:sz w:val="16"/>
              </w:rPr>
              <w:t>$435,989</w:t>
            </w:r>
          </w:p>
        </w:tc>
        <w:tc>
          <w:tcPr>
            <w:tcW w:type="dxa" w:w="1034"/>
          </w:tcPr>
          <w:p>
            <w:pPr>
              <w:spacing w:after="0"/>
              <w:jc w:val="right"/>
            </w:pPr>
            <w:r>
              <w:rPr>
                <w:sz w:val="16"/>
              </w:rPr>
              <w:t>0.000199%</w:t>
            </w:r>
          </w:p>
        </w:tc>
        <w:tc>
          <w:tcPr>
            <w:tcW w:type="dxa" w:w="1129"/>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060"/>
          </w:tcPr>
          <w:p>
            <w:pPr>
              <w:spacing w:after="0"/>
              <w:jc w:val="right"/>
            </w:pPr>
            <w:r>
              <w:rPr>
                <w:sz w:val="16"/>
              </w:rPr>
              <w:t>$354,324</w:t>
            </w:r>
          </w:p>
        </w:tc>
        <w:tc>
          <w:tcPr>
            <w:tcW w:type="dxa" w:w="1034"/>
          </w:tcPr>
          <w:p>
            <w:pPr>
              <w:spacing w:after="0"/>
              <w:jc w:val="right"/>
            </w:pPr>
            <w:r>
              <w:rPr>
                <w:sz w:val="16"/>
              </w:rPr>
              <w:t>0.00199%</w:t>
            </w:r>
          </w:p>
        </w:tc>
        <w:tc>
          <w:tcPr>
            <w:tcW w:type="dxa" w:w="1129"/>
          </w:tcPr>
          <w:p>
            <w:pPr>
              <w:spacing w:after="0"/>
              <w:jc w:val="right"/>
            </w:pPr>
            <w:r>
              <w:rPr>
                <w:sz w:val="16"/>
              </w:rPr>
              <w:t>$1,015,000</w:t>
            </w:r>
          </w:p>
        </w:tc>
        <w:tc>
          <w:tcPr>
            <w:tcW w:type="dxa" w:w="1050"/>
          </w:tcPr>
          <w:p>
            <w:pPr>
              <w:spacing w:after="0"/>
              <w:jc w:val="right"/>
            </w:pPr>
            <w:r>
              <w:rPr>
                <w:sz w:val="16"/>
              </w:rPr>
              <w:t>$265,000</w:t>
            </w:r>
          </w:p>
        </w:tc>
        <w:tc>
          <w:tcPr>
            <w:tcW w:type="dxa" w:w="1312"/>
          </w:tcPr>
          <w:p>
            <w:pPr>
              <w:spacing w:after="0"/>
              <w:jc w:val="right"/>
            </w:pPr>
          </w:p>
        </w:tc>
        <w:tc>
          <w:tcPr>
            <w:tcW w:type="dxa" w:w="1588"/>
          </w:tcPr>
          <w:p>
            <w:pPr>
              <w:spacing w:after="0"/>
              <w:jc w:val="left"/>
            </w:pPr>
            <w:r>
              <w:rPr>
                <w:sz w:val="16"/>
              </w:rPr>
              <w:t>Storm Events damage since the plan includes 3 zone-level High Wind records ($200,000) and 3 zone-level Strong Wind records ($65,000):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060"/>
          </w:tcPr>
          <w:p>
            <w:pPr>
              <w:spacing w:after="0"/>
              <w:jc w:val="right"/>
            </w:pPr>
            <w:r>
              <w:rPr>
                <w:sz w:val="16"/>
              </w:rPr>
              <w:t>$219,139</w:t>
            </w:r>
          </w:p>
        </w:tc>
        <w:tc>
          <w:tcPr>
            <w:tcW w:type="dxa" w:w="1034"/>
          </w:tcPr>
          <w:p>
            <w:pPr>
              <w:spacing w:after="0"/>
              <w:jc w:val="right"/>
            </w:pPr>
            <w:r>
              <w:rPr>
                <w:sz w:val="16"/>
              </w:rPr>
              <w:t>0.0013%</w:t>
            </w:r>
          </w:p>
        </w:tc>
        <w:tc>
          <w:tcPr>
            <w:tcW w:type="dxa" w:w="1129"/>
          </w:tcPr>
          <w:p>
            <w:pPr>
              <w:spacing w:after="0"/>
              <w:jc w:val="right"/>
            </w:pPr>
            <w:r>
              <w:rPr>
                <w:sz w:val="16"/>
              </w:rPr>
              <w:t>$50,000</w:t>
            </w: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$6,934,641,525</w:t>
            </w:r>
          </w:p>
        </w:tc>
        <w:tc>
          <w:tcPr>
            <w:tcW w:type="dxa" w:w="1128"/>
          </w:tcPr>
          <w:p>
            <w:pPr>
              <w:spacing w:after="0"/>
              <w:jc w:val="right"/>
            </w:pPr>
            <w:r>
              <w:rPr>
                <w:sz w:val="16"/>
              </w:rPr>
              <w:t>$15,485,832</w:t>
            </w:r>
          </w:p>
        </w:tc>
        <w:tc>
          <w:tcPr>
            <w:tcW w:type="dxa" w:w="1038"/>
          </w:tcPr>
          <w:p>
            <w:pPr>
              <w:spacing w:after="0"/>
              <w:jc w:val="right"/>
            </w:pPr>
            <w:r>
              <w:rPr>
                <w:sz w:val="16"/>
              </w:rPr>
              <w:t>26,200</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060"/>
          </w:tcPr>
          <w:p>
            <w:pPr>
              <w:spacing w:after="0"/>
              <w:jc w:val="right"/>
            </w:pPr>
            <w:r>
              <w:rPr>
                <w:sz w:val="16"/>
              </w:rPr>
              <w:t>$926</w:t>
            </w:r>
          </w:p>
        </w:tc>
        <w:tc>
          <w:tcPr>
            <w:tcW w:type="dxa" w:w="1034"/>
          </w:tcPr>
          <w:p>
            <w:pPr>
              <w:spacing w:after="0"/>
              <w:jc w:val="right"/>
            </w:pPr>
            <w:r>
              <w:rPr>
                <w:sz w:val="16"/>
              </w:rPr>
              <w:t>0.000141%</w:t>
            </w:r>
          </w:p>
        </w:tc>
        <w:tc>
          <w:tcPr>
            <w:tcW w:type="dxa" w:w="1129"/>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060"/>
          </w:tcPr>
          <w:p>
            <w:pPr>
              <w:spacing w:after="0"/>
              <w:jc w:val="right"/>
            </w:pPr>
            <w:r>
              <w:rPr>
                <w:sz w:val="16"/>
              </w:rPr>
              <w:t>$24,069</w:t>
            </w:r>
          </w:p>
        </w:tc>
        <w:tc>
          <w:tcPr>
            <w:tcW w:type="dxa" w:w="1034"/>
          </w:tcPr>
          <w:p>
            <w:pPr>
              <w:spacing w:after="0"/>
              <w:jc w:val="right"/>
            </w:pPr>
            <w:r>
              <w:rPr>
                <w:sz w:val="16"/>
              </w:rPr>
              <w:t>0.000516%</w:t>
            </w:r>
          </w:p>
        </w:tc>
        <w:tc>
          <w:tcPr>
            <w:tcW w:type="dxa" w:w="1129"/>
          </w:tcPr>
          <w:p>
            <w:pPr>
              <w:spacing w:after="0"/>
              <w:jc w:val="right"/>
            </w:pPr>
          </w:p>
        </w:tc>
        <w:tc>
          <w:tcPr>
            <w:tcW w:type="dxa" w:w="1050"/>
          </w:tcPr>
          <w:p>
            <w:pPr>
              <w:spacing w:after="0"/>
              <w:jc w:val="right"/>
            </w:pPr>
            <w:r>
              <w:rPr>
                <w:sz w:val="16"/>
              </w:rPr>
              <w:t>$110,000</w:t>
            </w:r>
          </w:p>
        </w:tc>
        <w:tc>
          <w:tcPr>
            <w:tcW w:type="dxa" w:w="1312"/>
          </w:tcPr>
          <w:p>
            <w:pPr>
              <w:spacing w:after="0"/>
              <w:jc w:val="right"/>
            </w:pPr>
          </w:p>
        </w:tc>
        <w:tc>
          <w:tcPr>
            <w:tcW w:type="dxa" w:w="15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2021-05-06 (Storm Events through 2026-06-30): 53 county-coded records, 53 with a damage value recorded (including $0), $1,890,000; 66 zone-level records, 66 with a damage value recorded (including $0), $1,375,000 reported for the zone; Public Assistance: $5,543,707.85 on 5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Rutland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60,514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$16,663,246,943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$37,098,776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$14,668,591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$3,982,394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Rutland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Rutland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14</w:t>
            </w:r>
          </w:p>
        </w:tc>
        <w:tc>
          <w:tcPr>
            <w:tcW w:type="dxa" w:w="1467"/>
          </w:tcPr>
          <w:p>
            <w:pPr>
              <w:spacing w:after="0"/>
              <w:jc w:val="right"/>
            </w:pPr>
            <w:r>
              <w:rPr>
                <w:sz w:val="16"/>
              </w:rPr>
              <w:t>1</w:t>
            </w:r>
          </w:p>
        </w:tc>
        <w:tc>
          <w:tcPr>
            <w:tcW w:type="dxa" w:w="1467"/>
          </w:tcPr>
          <w:p>
            <w:pPr>
              <w:spacing w:after="0"/>
              <w:jc w:val="right"/>
            </w:pPr>
            <w:r>
              <w:rPr>
                <w:sz w:val="16"/>
              </w:rPr>
              <w:t>15</w:t>
            </w:r>
          </w:p>
        </w:tc>
        <w:tc>
          <w:tcPr>
            <w:tcW w:type="dxa" w:w="1467"/>
          </w:tcPr>
          <w:p>
            <w:pPr>
              <w:spacing w:after="0"/>
              <w:jc w:val="right"/>
            </w:pPr>
            <w:r>
              <w:rPr>
                <w:sz w:val="16"/>
              </w:rPr>
              <w:t>0</w:t>
            </w:r>
          </w:p>
        </w:tc>
        <w:tc>
          <w:tcPr>
            <w:tcW w:type="dxa" w:w="1633"/>
          </w:tcPr>
          <w:p>
            <w:pPr>
              <w:spacing w:after="0"/>
              <w:jc w:val="right"/>
            </w:pPr>
            <w:r>
              <w:rPr>
                <w:sz w:val="16"/>
              </w:rPr>
              <w:t>9</w:t>
            </w:r>
          </w:p>
        </w:tc>
      </w:tr>
      <w:tr>
        <w:trPr>
          <w:cantSplit/>
        </w:trPr>
        <w:tc>
          <w:tcPr>
            <w:tcW w:type="dxa" w:w="3678"/>
          </w:tcPr>
          <w:p>
            <w:pPr>
              <w:spacing w:after="0"/>
              <w:jc w:val="left"/>
            </w:pPr>
            <w:r>
              <w:rPr>
                <w:sz w:val="16"/>
              </w:rPr>
              <w:t>of which: Brandon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Fair Haven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Poultney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Rutland city</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8</w:t>
            </w:r>
          </w:p>
        </w:tc>
        <w:tc>
          <w:tcPr>
            <w:tcW w:type="dxa" w:w="1467"/>
          </w:tcPr>
          <w:p>
            <w:pPr>
              <w:spacing w:after="0"/>
              <w:jc w:val="right"/>
            </w:pPr>
            <w:r>
              <w:rPr>
                <w:sz w:val="16"/>
              </w:rPr>
              <w:t>1</w:t>
            </w:r>
          </w:p>
        </w:tc>
        <w:tc>
          <w:tcPr>
            <w:tcW w:type="dxa" w:w="1467"/>
          </w:tcPr>
          <w:p>
            <w:pPr>
              <w:spacing w:after="0"/>
              <w:jc w:val="right"/>
            </w:pPr>
            <w:r>
              <w:rPr>
                <w:sz w:val="16"/>
              </w:rPr>
              <w:t>8</w:t>
            </w:r>
          </w:p>
        </w:tc>
        <w:tc>
          <w:tcPr>
            <w:tcW w:type="dxa" w:w="1467"/>
          </w:tcPr>
          <w:p>
            <w:pPr>
              <w:spacing w:after="0"/>
              <w:jc w:val="right"/>
            </w:pPr>
            <w:r>
              <w:rPr>
                <w:sz w:val="16"/>
              </w:rPr>
              <w:t>0</w:t>
            </w:r>
          </w:p>
        </w:tc>
        <w:tc>
          <w:tcPr>
            <w:tcW w:type="dxa" w:w="1633"/>
          </w:tcPr>
          <w:p>
            <w:pPr>
              <w:spacing w:after="0"/>
              <w:jc w:val="right"/>
            </w:pPr>
            <w:r>
              <w:rPr>
                <w:sz w:val="16"/>
              </w:rPr>
              <w:t>4</w:t>
            </w:r>
          </w:p>
        </w:tc>
      </w:tr>
      <w:tr>
        <w:trPr>
          <w:cantSplit/>
        </w:trPr>
        <w:tc>
          <w:tcPr>
            <w:tcW w:type="dxa" w:w="3678"/>
          </w:tcPr>
          <w:p>
            <w:pPr>
              <w:spacing w:after="0"/>
              <w:jc w:val="left"/>
            </w:pPr>
            <w:r>
              <w:rPr>
                <w:sz w:val="16"/>
              </w:rPr>
              <w:t>of which: Shrewsbury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Wallingford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Rutland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Pittsford town</w:t>
            </w:r>
          </w:p>
        </w:tc>
        <w:tc>
          <w:tcPr>
            <w:tcW w:type="dxa" w:w="1620"/>
          </w:tcPr>
          <w:p>
            <w:pPr>
              <w:spacing w:after="0"/>
              <w:jc w:val="left"/>
            </w:pPr>
            <w:r>
              <w:rPr>
                <w:sz w:val="16"/>
              </w:rPr>
              <w:t>500098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Pittsford town, VT: risk-assessment baseline packet, release 2026-10 (data as of 2026-09-30; Town FIPS 5002155600). Hand-checked on 2026-09-28. </w:t>
      </w:r>
      <w:hyperlink r:id="rId16">
        <w:r>
          <w:rPr>
            <w:color w:val="1F4E99"/>
            <w:sz w:val="17"/>
            <w:u w:val="single"/>
          </w:rPr>
          <w:t>https://hazardplain.org/vt/5002155600/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spacing w:after="40" w:before="0"/>
      </w:pPr>
      <w:r>
        <w:rPr>
          <w:sz w:val="17"/>
        </w:rPr>
        <w:t>This packet was hand-checked against FEMA and NOAA sources on 2026-09-28.</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hazard-plain_2026-10_VT_5002155600.docx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Pittsford town, VT | Risk-assessment baseline packet | release 2026-10, as of 2026-09-30</w:t>
    </w:r>
  </w:p>
  <w:p>
    <w:r>
      <w:rPr>
        <w:b/>
        <w:color w:val="555555"/>
        <w:sz w:val="15"/>
      </w:rPr>
      <w:t>Hand-checked on 2026-09-28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15560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Pittsford town, VT: Risk-assessment baseline packet</dc:title>
  <dc:subject>Hazard Plain release 2026-10, as of 2026-09-30. Hand-checked on 2026-09-28</dc:subject>
  <dc:creator>Hazard Plain</dc:creator>
  <cp:keywords>Hazard Plain; hazard mitigation; risk assessment; 5002155600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