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Westmore town, VT</w:t>
      </w:r>
    </w:p>
    <w:p>
      <w:pPr>
        <w:spacing w:after="120" w:before="0"/>
      </w:pPr>
      <w:r>
        <w:rPr>
          <w:color w:val="555555"/>
          <w:sz w:val="24"/>
        </w:rPr>
        <w:t>Risk-assessment baseline packet (county-level sections from Orleans County)</w:t>
      </w:r>
    </w:p>
    <w:p>
      <w:pPr>
        <w:spacing w:after="120" w:before="0"/>
      </w:pPr>
      <w:r>
        <w:rPr>
          <w:b/>
          <w:sz w:val="18"/>
        </w:rPr>
        <w:t xml:space="preserve">Unit: </w:t>
      </w:r>
      <w:r>
        <w:rPr>
          <w:sz w:val="18"/>
        </w:rPr>
        <w:t>Vermont town 5001981700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2030-08-28</w:t>
      </w:r>
    </w:p>
    <w:p>
      <w:pPr>
        <w:keepNext/>
        <w:spacing w:after="40" w:before="0"/>
      </w:pPr>
      <w:r>
        <w:rPr>
          <w:b/>
        </w:rPr>
        <w:t xml:space="preserve">Plan: </w:t>
      </w:r>
      <w:r>
        <w:rPr/>
        <w:t>Local Hazard Mitigation Plan, Town of Westmore, Vermont 2025 (FEMA plan 111015)</w:t>
      </w:r>
    </w:p>
    <w:p>
      <w:pPr>
        <w:keepNext/>
        <w:spacing w:after="40" w:before="0"/>
      </w:pPr>
      <w:r>
        <w:rPr>
          <w:b/>
        </w:rPr>
        <w:t xml:space="preserve">Approved: </w:t>
      </w:r>
      <w:r>
        <w:rPr/>
        <w:t>2025-08-29</w:t>
      </w:r>
    </w:p>
    <w:p>
      <w:pPr>
        <w:keepNext/>
        <w:spacing w:after="40" w:before="0"/>
      </w:pPr>
      <w:r>
        <w:rPr>
          <w:b/>
        </w:rPr>
        <w:t xml:space="preserve">Expires: </w:t>
      </w:r>
      <w:r>
        <w:rPr/>
        <w:t>2030-08-28</w:t>
      </w:r>
    </w:p>
    <w:p>
      <w:pPr>
        <w:keepNext/>
        <w:spacing w:after="40" w:before="0"/>
      </w:pPr>
      <w:r>
        <w:rPr>
          <w:b/>
        </w:rPr>
        <w:t xml:space="preserve">As of: </w:t>
      </w:r>
      <w:r>
        <w:rPr/>
        <w:t>2026-09-28</w:t>
      </w:r>
    </w:p>
    <w:p>
      <w:pPr>
        <w:keepNext/>
        <w:spacing w:after="40" w:before="0"/>
      </w:pPr>
      <w:r>
        <w:rPr>
          <w:b/>
        </w:rPr>
        <w:t xml:space="preserve">Days: </w:t>
      </w:r>
      <w:r>
        <w:rPr/>
        <w:t>1,430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80"/>
        <w:gridCol w:w="785"/>
        <w:gridCol w:w="3201"/>
        <w:gridCol w:w="3021"/>
        <w:gridCol w:w="1255"/>
        <w:gridCol w:w="1255"/>
        <w:gridCol w:w="1082"/>
        <w:gridCol w:w="1147"/>
        <w:gridCol w:w="785"/>
      </w:tblGrid>
      <w:tr>
        <w:trPr>
          <w:cantSplit/>
          <w:tblHeader/>
        </w:trPr>
        <w:tc>
          <w:tcPr>
            <w:tcW w:type="dxa" w:w="1580"/>
            <w:shd w:val="clear" w:color="auto" w:fill="E8E8E8"/>
          </w:tcPr>
          <w:p>
            <w:pPr>
              <w:spacing w:after="0"/>
              <w:jc w:val="left"/>
            </w:pPr>
            <w:r>
              <w:rPr>
                <w:b/>
                <w:sz w:val="16"/>
              </w:rPr>
              <w:t>Jurisdiction</w:t>
            </w:r>
          </w:p>
        </w:tc>
        <w:tc>
          <w:tcPr>
            <w:tcW w:type="dxa" w:w="785"/>
            <w:shd w:val="clear" w:color="auto" w:fill="E8E8E8"/>
          </w:tcPr>
          <w:p>
            <w:pPr>
              <w:spacing w:after="0"/>
              <w:jc w:val="left"/>
            </w:pPr>
            <w:r>
              <w:rPr>
                <w:b/>
                <w:sz w:val="16"/>
              </w:rPr>
              <w:t>Type</w:t>
            </w:r>
          </w:p>
        </w:tc>
        <w:tc>
          <w:tcPr>
            <w:tcW w:type="dxa" w:w="3201"/>
            <w:shd w:val="clear" w:color="auto" w:fill="E8E8E8"/>
          </w:tcPr>
          <w:p>
            <w:pPr>
              <w:spacing w:after="0"/>
              <w:jc w:val="left"/>
            </w:pPr>
            <w:r>
              <w:rPr>
                <w:b/>
                <w:sz w:val="16"/>
              </w:rPr>
              <w:t>Status</w:t>
            </w:r>
          </w:p>
        </w:tc>
        <w:tc>
          <w:tcPr>
            <w:tcW w:type="dxa" w:w="3021"/>
            <w:shd w:val="clear" w:color="auto" w:fill="E8E8E8"/>
          </w:tcPr>
          <w:p>
            <w:pPr>
              <w:spacing w:after="0"/>
              <w:jc w:val="left"/>
            </w:pPr>
            <w:r>
              <w:rPr>
                <w:b/>
                <w:sz w:val="16"/>
              </w:rPr>
              <w:t>Plan</w:t>
            </w:r>
          </w:p>
        </w:tc>
        <w:tc>
          <w:tcPr>
            <w:tcW w:type="dxa" w:w="1255"/>
            <w:shd w:val="clear" w:color="auto" w:fill="E8E8E8"/>
          </w:tcPr>
          <w:p>
            <w:pPr>
              <w:spacing w:after="0"/>
              <w:jc w:val="left"/>
            </w:pPr>
            <w:r>
              <w:rPr>
                <w:b/>
                <w:sz w:val="16"/>
              </w:rPr>
              <w:t>Approved</w:t>
            </w:r>
          </w:p>
        </w:tc>
        <w:tc>
          <w:tcPr>
            <w:tcW w:type="dxa" w:w="1255"/>
            <w:shd w:val="clear" w:color="auto" w:fill="E8E8E8"/>
          </w:tcPr>
          <w:p>
            <w:pPr>
              <w:spacing w:after="0"/>
              <w:jc w:val="left"/>
            </w:pPr>
            <w:r>
              <w:rPr>
                <w:b/>
                <w:sz w:val="16"/>
              </w:rPr>
              <w:t>Expires</w:t>
            </w:r>
          </w:p>
        </w:tc>
        <w:tc>
          <w:tcPr>
            <w:tcW w:type="dxa" w:w="10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47"/>
            <w:shd w:val="clear" w:color="auto" w:fill="E8E8E8"/>
          </w:tcPr>
          <w:p>
            <w:pPr>
              <w:spacing w:after="0"/>
              <w:jc w:val="left"/>
            </w:pPr>
            <w:r>
              <w:rPr>
                <w:b/>
                <w:sz w:val="16"/>
              </w:rPr>
              <w:t>Update underway</w:t>
            </w:r>
          </w:p>
        </w:tc>
        <w:tc>
          <w:tcPr>
            <w:tcW w:type="dxa" w:w="785"/>
            <w:shd w:val="clear" w:color="auto" w:fill="E8E8E8"/>
          </w:tcPr>
          <w:p>
            <w:pPr>
              <w:spacing w:after="0"/>
              <w:jc w:val="left"/>
            </w:pPr>
            <w:r>
              <w:rPr>
                <w:b/>
                <w:sz w:val="16"/>
              </w:rPr>
              <w:t>Notes</w:t>
            </w:r>
          </w:p>
        </w:tc>
      </w:tr>
      <w:tr>
        <w:trPr>
          <w:cantSplit/>
        </w:trPr>
        <w:tc>
          <w:tcPr>
            <w:tcW w:type="dxa" w:w="1580"/>
          </w:tcPr>
          <w:p>
            <w:pPr>
              <w:spacing w:after="0"/>
              <w:jc w:val="left"/>
            </w:pPr>
            <w:r>
              <w:rPr>
                <w:sz w:val="16"/>
              </w:rPr>
              <w:t>Westmore town</w:t>
            </w:r>
          </w:p>
        </w:tc>
        <w:tc>
          <w:tcPr>
            <w:tcW w:type="dxa" w:w="785"/>
          </w:tcPr>
          <w:p>
            <w:pPr>
              <w:spacing w:after="0"/>
              <w:jc w:val="left"/>
            </w:pPr>
            <w:r>
              <w:rPr>
                <w:sz w:val="16"/>
              </w:rPr>
              <w:t>Town</w:t>
            </w:r>
          </w:p>
        </w:tc>
        <w:tc>
          <w:tcPr>
            <w:tcW w:type="dxa" w:w="3201"/>
          </w:tcPr>
          <w:p>
            <w:pPr>
              <w:spacing w:after="0"/>
              <w:jc w:val="left"/>
            </w:pPr>
            <w:r>
              <w:rPr>
                <w:sz w:val="16"/>
              </w:rPr>
              <w:t>Approved, expires 2030-08-28</w:t>
            </w:r>
          </w:p>
        </w:tc>
        <w:tc>
          <w:tcPr>
            <w:tcW w:type="dxa" w:w="3021"/>
          </w:tcPr>
          <w:p>
            <w:pPr>
              <w:spacing w:after="0"/>
              <w:jc w:val="left"/>
            </w:pPr>
            <w:r>
              <w:rPr>
                <w:sz w:val="16"/>
              </w:rPr>
              <w:t>Local Hazard Mitigation Plan, Town of Westmore, Vermont 2025 (FEMA plan 111015)</w:t>
            </w:r>
          </w:p>
        </w:tc>
        <w:tc>
          <w:tcPr>
            <w:tcW w:type="dxa" w:w="1255"/>
          </w:tcPr>
          <w:p>
            <w:pPr>
              <w:spacing w:after="0"/>
              <w:jc w:val="left"/>
            </w:pPr>
            <w:r>
              <w:rPr>
                <w:sz w:val="16"/>
              </w:rPr>
              <w:t>2025-08-29</w:t>
            </w:r>
          </w:p>
        </w:tc>
        <w:tc>
          <w:tcPr>
            <w:tcW w:type="dxa" w:w="1255"/>
          </w:tcPr>
          <w:p>
            <w:pPr>
              <w:spacing w:after="0"/>
              <w:jc w:val="left"/>
            </w:pPr>
            <w:r>
              <w:rPr>
                <w:sz w:val="16"/>
              </w:rPr>
              <w:t>2030-08-28</w:t>
            </w:r>
          </w:p>
        </w:tc>
        <w:tc>
          <w:tcPr>
            <w:tcW w:type="dxa" w:w="1082"/>
          </w:tcPr>
          <w:p>
            <w:pPr>
              <w:spacing w:after="0"/>
              <w:jc w:val="right"/>
            </w:pPr>
            <w:r>
              <w:rPr>
                <w:sz w:val="16"/>
              </w:rPr>
              <w:t>1,430</w:t>
            </w:r>
          </w:p>
        </w:tc>
        <w:tc>
          <w:tcPr>
            <w:tcW w:type="dxa" w:w="1147"/>
          </w:tcPr>
          <w:p>
            <w:pPr>
              <w:spacing w:after="0"/>
              <w:jc w:val="left"/>
            </w:pPr>
          </w:p>
        </w:tc>
        <w:tc>
          <w:tcPr>
            <w:tcW w:type="dxa" w:w="78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Orleans County, county-level (county FIPS 50019);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97"/>
          </w:tcPr>
          <w:p>
            <w:pPr>
              <w:spacing w:after="0"/>
              <w:jc w:val="right"/>
            </w:pPr>
            <w:r>
              <w:rPr>
                <w:sz w:val="16"/>
              </w:rPr>
              <w:t>$58,714</w:t>
            </w:r>
          </w:p>
        </w:tc>
        <w:tc>
          <w:tcPr>
            <w:tcW w:type="dxa" w:w="1111"/>
          </w:tcPr>
          <w:p>
            <w:pPr>
              <w:spacing w:after="0"/>
              <w:jc w:val="right"/>
            </w:pPr>
            <w:r>
              <w:rPr>
                <w:sz w:val="16"/>
              </w:rPr>
              <w:t>$9,397,979</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97"/>
          </w:tcPr>
          <w:p>
            <w:pPr>
              <w:spacing w:after="0"/>
              <w:jc w:val="right"/>
            </w:pPr>
            <w:r>
              <w:rPr>
                <w:sz w:val="16"/>
              </w:rPr>
              <w:t>$859,463</w:t>
            </w:r>
          </w:p>
        </w:tc>
        <w:tc>
          <w:tcPr>
            <w:tcW w:type="dxa" w:w="1111"/>
          </w:tcPr>
          <w:p>
            <w:pPr>
              <w:spacing w:after="0"/>
              <w:jc w:val="right"/>
            </w:pPr>
            <w:r>
              <w:rPr>
                <w:sz w:val="16"/>
              </w:rPr>
              <w:t>$893,303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97"/>
          </w:tcPr>
          <w:p>
            <w:pPr>
              <w:spacing w:after="0"/>
              <w:jc w:val="right"/>
            </w:pPr>
            <w:r>
              <w:rPr>
                <w:sz w:val="16"/>
              </w:rPr>
              <w:t>$8,264</w:t>
            </w:r>
          </w:p>
        </w:tc>
        <w:tc>
          <w:tcPr>
            <w:tcW w:type="dxa" w:w="1111"/>
          </w:tcPr>
          <w:p>
            <w:pPr>
              <w:spacing w:after="0"/>
              <w:jc w:val="right"/>
            </w:pPr>
            <w:r>
              <w:rPr>
                <w:sz w:val="16"/>
              </w:rPr>
              <w:t>$466,998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p>
        </w:tc>
        <w:tc>
          <w:tcPr>
            <w:tcW w:type="dxa" w:w="1297"/>
          </w:tcPr>
          <w:p>
            <w:pPr>
              <w:spacing w:after="0"/>
              <w:jc w:val="right"/>
            </w:pPr>
            <w:r>
              <w:rPr>
                <w:sz w:val="16"/>
              </w:rPr>
              <w:t>$29,337</w:t>
            </w:r>
          </w:p>
        </w:tc>
        <w:tc>
          <w:tcPr>
            <w:tcW w:type="dxa" w:w="1111"/>
          </w:tcPr>
          <w:p>
            <w:pPr>
              <w:spacing w:after="0"/>
              <w:jc w:val="right"/>
            </w:pPr>
            <w:r>
              <w:rPr>
                <w:sz w:val="16"/>
              </w:rPr>
              <w:t>$235,957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p>
        </w:tc>
        <w:tc>
          <w:tcPr>
            <w:tcW w:type="dxa" w:w="1297"/>
          </w:tcPr>
          <w:p>
            <w:pPr>
              <w:spacing w:after="0"/>
              <w:jc w:val="right"/>
            </w:pPr>
            <w:r>
              <w:rPr>
                <w:sz w:val="16"/>
              </w:rPr>
              <w:t>$188,205</w:t>
            </w:r>
          </w:p>
        </w:tc>
        <w:tc>
          <w:tcPr>
            <w:tcW w:type="dxa" w:w="1111"/>
          </w:tcPr>
          <w:p>
            <w:pPr>
              <w:spacing w:after="0"/>
              <w:jc w:val="right"/>
            </w:pPr>
            <w:r>
              <w:rPr>
                <w:sz w:val="16"/>
              </w:rPr>
              <w:t>$215,816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97"/>
          </w:tcPr>
          <w:p>
            <w:pPr>
              <w:spacing w:after="0"/>
              <w:jc w:val="right"/>
            </w:pPr>
            <w:r>
              <w:rPr>
                <w:sz w:val="16"/>
              </w:rPr>
              <w:t>$126,705</w:t>
            </w:r>
          </w:p>
        </w:tc>
        <w:tc>
          <w:tcPr>
            <w:tcW w:type="dxa" w:w="1111"/>
          </w:tcPr>
          <w:p>
            <w:pPr>
              <w:spacing w:after="0"/>
              <w:jc w:val="right"/>
            </w:pPr>
            <w:r>
              <w:rPr>
                <w:sz w:val="16"/>
              </w:rPr>
              <w:t>$215,294</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r>
              <w:rPr>
                <w:sz w:val="16"/>
              </w:rPr>
              <w:t>Includes 16 High Wind records and 27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97"/>
          </w:tcPr>
          <w:p>
            <w:pPr>
              <w:spacing w:after="0"/>
              <w:jc w:val="right"/>
            </w:pPr>
            <w:r>
              <w:rPr>
                <w:sz w:val="16"/>
              </w:rPr>
              <w:t>$40,384</w:t>
            </w:r>
          </w:p>
        </w:tc>
        <w:tc>
          <w:tcPr>
            <w:tcW w:type="dxa" w:w="1111"/>
          </w:tcPr>
          <w:p>
            <w:pPr>
              <w:spacing w:after="0"/>
              <w:jc w:val="right"/>
            </w:pPr>
            <w:r>
              <w:rPr>
                <w:sz w:val="16"/>
              </w:rPr>
              <w:t>$136,922</w:t>
            </w:r>
          </w:p>
        </w:tc>
        <w:tc>
          <w:tcPr>
            <w:tcW w:type="dxa" w:w="1199"/>
          </w:tcPr>
          <w:p>
            <w:pPr>
              <w:spacing w:after="0"/>
              <w:jc w:val="right"/>
            </w:pPr>
            <w:r>
              <w:rPr>
                <w:sz w:val="16"/>
              </w:rPr>
              <w:t>312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$51,818</w:t>
            </w:r>
          </w:p>
        </w:tc>
        <w:tc>
          <w:tcPr>
            <w:tcW w:type="dxa" w:w="1111"/>
          </w:tcPr>
          <w:p>
            <w:pPr>
              <w:spacing w:after="0"/>
              <w:jc w:val="right"/>
            </w:pPr>
            <w:r>
              <w:rPr>
                <w:sz w:val="16"/>
              </w:rPr>
              <w:t>$102,066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p>
        </w:tc>
        <w:tc>
          <w:tcPr>
            <w:tcW w:type="dxa" w:w="1297"/>
          </w:tcPr>
          <w:p>
            <w:pPr>
              <w:spacing w:after="0"/>
              <w:jc w:val="right"/>
            </w:pPr>
            <w:r>
              <w:rPr>
                <w:sz w:val="16"/>
              </w:rPr>
              <w:t>$2,650</w:t>
            </w:r>
          </w:p>
        </w:tc>
        <w:tc>
          <w:tcPr>
            <w:tcW w:type="dxa" w:w="1111"/>
          </w:tcPr>
          <w:p>
            <w:pPr>
              <w:spacing w:after="0"/>
              <w:jc w:val="right"/>
            </w:pPr>
            <w:r>
              <w:rPr>
                <w:sz w:val="16"/>
              </w:rPr>
              <w:t>$83,455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97"/>
          </w:tcPr>
          <w:p>
            <w:pPr>
              <w:spacing w:after="0"/>
              <w:jc w:val="right"/>
            </w:pPr>
            <w:r>
              <w:rPr>
                <w:sz w:val="16"/>
              </w:rPr>
              <w:t>$70,027</w:t>
            </w:r>
          </w:p>
        </w:tc>
        <w:tc>
          <w:tcPr>
            <w:tcW w:type="dxa" w:w="1111"/>
          </w:tcPr>
          <w:p>
            <w:pPr>
              <w:spacing w:after="0"/>
              <w:jc w:val="right"/>
            </w:pPr>
            <w:r>
              <w:rPr>
                <w:sz w:val="16"/>
              </w:rPr>
              <w:t>$80,511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97"/>
          </w:tcPr>
          <w:p>
            <w:pPr>
              <w:spacing w:after="0"/>
              <w:jc w:val="right"/>
            </w:pPr>
            <w:r>
              <w:rPr>
                <w:sz w:val="16"/>
              </w:rPr>
              <w:t>$8,376</w:t>
            </w:r>
          </w:p>
        </w:tc>
        <w:tc>
          <w:tcPr>
            <w:tcW w:type="dxa" w:w="1111"/>
          </w:tcPr>
          <w:p>
            <w:pPr>
              <w:spacing w:after="0"/>
              <w:jc w:val="right"/>
            </w:pPr>
            <w:r>
              <w:rPr>
                <w:sz w:val="16"/>
              </w:rPr>
              <w:t>$15,717</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p>
        </w:tc>
        <w:tc>
          <w:tcPr>
            <w:tcW w:type="dxa" w:w="1297"/>
          </w:tcPr>
          <w:p>
            <w:pPr>
              <w:spacing w:after="0"/>
              <w:jc w:val="right"/>
            </w:pPr>
            <w:r>
              <w:rPr>
                <w:sz w:val="16"/>
              </w:rPr>
              <w:t>$3,541</w:t>
            </w:r>
          </w:p>
        </w:tc>
        <w:tc>
          <w:tcPr>
            <w:tcW w:type="dxa" w:w="1111"/>
          </w:tcPr>
          <w:p>
            <w:pPr>
              <w:spacing w:after="0"/>
              <w:jc w:val="right"/>
            </w:pPr>
            <w:r>
              <w:rPr>
                <w:sz w:val="16"/>
              </w:rPr>
              <w:t>$7,709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97"/>
          </w:tcPr>
          <w:p>
            <w:pPr>
              <w:spacing w:after="0"/>
              <w:jc w:val="right"/>
            </w:pPr>
            <w:r>
              <w:rPr>
                <w:sz w:val="16"/>
              </w:rPr>
              <w:t>$470</w:t>
            </w:r>
          </w:p>
        </w:tc>
        <w:tc>
          <w:tcPr>
            <w:tcW w:type="dxa" w:w="1111"/>
          </w:tcPr>
          <w:p>
            <w:pPr>
              <w:spacing w:after="0"/>
              <w:jc w:val="right"/>
            </w:pPr>
            <w:r>
              <w:rPr>
                <w:sz w:val="16"/>
              </w:rPr>
              <w:t>$7,113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$681</w:t>
            </w:r>
          </w:p>
        </w:tc>
        <w:tc>
          <w:tcPr>
            <w:tcW w:type="dxa" w:w="1111"/>
          </w:tcPr>
          <w:p>
            <w:pPr>
              <w:spacing w:after="0"/>
              <w:jc w:val="right"/>
            </w:pPr>
            <w:r>
              <w:rPr>
                <w:sz w:val="16"/>
              </w:rPr>
              <w:t>$681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Orleans County, county-level (county FIPS 50019);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Orleans County, county-level (county FIPS 50019);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65"/>
        <w:gridCol w:w="1922"/>
        <w:gridCol w:w="1586"/>
        <w:gridCol w:w="1843"/>
        <w:gridCol w:w="2137"/>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65"/>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843"/>
            <w:shd w:val="clear" w:color="auto" w:fill="E8E8E8"/>
          </w:tcPr>
          <w:p>
            <w:pPr>
              <w:spacing w:after="0"/>
              <w:jc w:val="left"/>
            </w:pPr>
            <w:r>
              <w:rPr>
                <w:b/>
                <w:sz w:val="16"/>
              </w:rPr>
              <w:t>Where in the county</w:t>
            </w:r>
          </w:p>
        </w:tc>
        <w:tc>
          <w:tcPr>
            <w:tcW w:type="dxa" w:w="2137"/>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26, 1997 to 2026 (26 zone-level)</w:t>
            </w:r>
          </w:p>
        </w:tc>
        <w:tc>
          <w:tcPr>
            <w:tcW w:type="dxa" w:w="1765"/>
          </w:tcPr>
          <w:p>
            <w:pPr>
              <w:spacing w:after="0"/>
              <w:jc w:val="left"/>
            </w:pPr>
            <w:r>
              <w:rPr>
                <w:sz w:val="16"/>
              </w:rPr>
              <w:t>1 day to 28 days (median 2 days); 25 with a recorded value</w:t>
            </w:r>
          </w:p>
        </w:tc>
        <w:tc>
          <w:tcPr>
            <w:tcW w:type="dxa" w:w="192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3, 2005 to 2023 (3 zone-level)</w:t>
            </w:r>
          </w:p>
        </w:tc>
        <w:tc>
          <w:tcPr>
            <w:tcW w:type="dxa" w:w="1765"/>
          </w:tcPr>
          <w:p>
            <w:pPr>
              <w:spacing w:after="0"/>
              <w:jc w:val="left"/>
            </w:pPr>
          </w:p>
        </w:tc>
        <w:tc>
          <w:tcPr>
            <w:tcW w:type="dxa" w:w="1922"/>
          </w:tcPr>
          <w:p>
            <w:pPr>
              <w:spacing w:after="0"/>
              <w:jc w:val="left"/>
            </w:pPr>
            <w:r>
              <w:rPr>
                <w:sz w:val="16"/>
              </w:rPr>
              <w:t>Frost/Freeze, 2023-05-18, $100,000 crop damage, reported for the zone (2023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51, 1964 to 2025</w:t>
            </w:r>
          </w:p>
        </w:tc>
        <w:tc>
          <w:tcPr>
            <w:tcW w:type="dxa" w:w="1765"/>
          </w:tcPr>
          <w:p>
            <w:pPr>
              <w:spacing w:after="0"/>
              <w:jc w:val="left"/>
            </w:pPr>
            <w:r>
              <w:rPr>
                <w:sz w:val="16"/>
              </w:rPr>
              <w:t>0.75 in to 2 in (median 1 in); 49 with a recorded value</w:t>
            </w:r>
          </w:p>
        </w:tc>
        <w:tc>
          <w:tcPr>
            <w:tcW w:type="dxa" w:w="1922"/>
          </w:tcPr>
          <w:p>
            <w:pPr>
              <w:spacing w:after="0"/>
              <w:jc w:val="left"/>
            </w:pPr>
            <w:r>
              <w:rPr>
                <w:sz w:val="16"/>
              </w:rPr>
              <w:t>2 in hail, 1974-07-04</w:t>
            </w:r>
          </w:p>
        </w:tc>
        <w:tc>
          <w:tcPr>
            <w:tcW w:type="dxa" w:w="1586"/>
          </w:tcPr>
          <w:p>
            <w:pPr>
              <w:spacing w:after="0"/>
              <w:jc w:val="left"/>
            </w:pPr>
            <w:r>
              <w:rPr>
                <w:sz w:val="16"/>
              </w:rPr>
              <w:t>Hail, 2007-07-10, $25,000 property; $0 crops (2007 dollars)</w:t>
            </w:r>
          </w:p>
        </w:tc>
        <w:tc>
          <w:tcPr>
            <w:tcW w:type="dxa" w:w="1843"/>
          </w:tcPr>
          <w:p>
            <w:pPr>
              <w:spacing w:after="0"/>
              <w:jc w:val="left"/>
            </w:pPr>
            <w:r>
              <w:rPr>
                <w:sz w:val="16"/>
              </w:rPr>
              <w:t>Event records naming places in the county (county page list): Newport town (11 records), Newport city (8 records), Barton town (4 records), Greensboro town (4 records), Morgan town (3 records), North Troy village (3 records), Orleans village (3 records), Troy town (3 records), Albany town (2 records), Albany village (2 records); and 14 more places (see the XLSX file).</w:t>
            </w:r>
          </w:p>
        </w:tc>
        <w:tc>
          <w:tcPr>
            <w:tcW w:type="dxa" w:w="2137"/>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4, 2006 to 2025 (4 zone-level)</w:t>
            </w:r>
          </w:p>
        </w:tc>
        <w:tc>
          <w:tcPr>
            <w:tcW w:type="dxa" w:w="1765"/>
          </w:tcPr>
          <w:p>
            <w:pPr>
              <w:spacing w:after="0"/>
              <w:jc w:val="left"/>
            </w:pPr>
            <w:r>
              <w:rPr>
                <w:sz w:val="16"/>
              </w:rPr>
              <w:t>1 day to 6 days (median 2 days); 3 with a recorded value</w:t>
            </w:r>
          </w:p>
        </w:tc>
        <w:tc>
          <w:tcPr>
            <w:tcW w:type="dxa" w:w="1922"/>
          </w:tcPr>
          <w:p>
            <w:pPr>
              <w:spacing w:after="0"/>
              <w:jc w:val="left"/>
            </w:pPr>
            <w:r>
              <w:rPr>
                <w:sz w:val="16"/>
              </w:rPr>
              <w:t>6 consecutive days, 2018-07-01 to 2018-07-06, zone-level</w:t>
            </w:r>
          </w:p>
        </w:tc>
        <w:tc>
          <w:tcPr>
            <w:tcW w:type="dxa" w:w="1586"/>
          </w:tcPr>
          <w:p>
            <w:pPr>
              <w:spacing w:after="0"/>
              <w:jc w:val="left"/>
            </w:pPr>
            <w:r>
              <w:rPr>
                <w:sz w:val="16"/>
              </w:rPr>
              <w:t>Heat, 2012-03-17, $0 property; $1,000,000 crops, reported for the zone (2012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2, 1998 to 2013 (2 zone-level)</w:t>
            </w:r>
          </w:p>
        </w:tc>
        <w:tc>
          <w:tcPr>
            <w:tcW w:type="dxa" w:w="1765"/>
          </w:tcPr>
          <w:p>
            <w:pPr>
              <w:spacing w:after="0"/>
              <w:jc w:val="left"/>
            </w:pPr>
          </w:p>
        </w:tc>
        <w:tc>
          <w:tcPr>
            <w:tcW w:type="dxa" w:w="1922"/>
          </w:tcPr>
          <w:p>
            <w:pPr>
              <w:spacing w:after="0"/>
              <w:jc w:val="left"/>
            </w:pPr>
            <w:r>
              <w:rPr>
                <w:sz w:val="16"/>
              </w:rPr>
              <w:t>Ice Storm, 2013-12-21, $750,000 property; $0 crops, reported for the zone (2013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59, 1996 to 2024 (10 zone-level)</w:t>
            </w:r>
          </w:p>
        </w:tc>
        <w:tc>
          <w:tcPr>
            <w:tcW w:type="dxa" w:w="1765"/>
          </w:tcPr>
          <w:p>
            <w:pPr>
              <w:spacing w:after="0"/>
              <w:jc w:val="left"/>
            </w:pPr>
          </w:p>
        </w:tc>
        <w:tc>
          <w:tcPr>
            <w:tcW w:type="dxa" w:w="1922"/>
          </w:tcPr>
          <w:p>
            <w:pPr>
              <w:spacing w:after="0"/>
              <w:jc w:val="left"/>
            </w:pPr>
            <w:r>
              <w:rPr>
                <w:sz w:val="16"/>
              </w:rPr>
              <w:t>Flood, 2011-08-28, $500,000,000 property; $250,000 crops (2011 dollars)</w:t>
            </w:r>
          </w:p>
        </w:tc>
        <w:tc>
          <w:tcPr>
            <w:tcW w:type="dxa" w:w="1586"/>
          </w:tcPr>
          <w:p>
            <w:pPr>
              <w:spacing w:after="0"/>
              <w:jc w:val="left"/>
            </w:pPr>
          </w:p>
        </w:tc>
        <w:tc>
          <w:tcPr>
            <w:tcW w:type="dxa" w:w="1843"/>
          </w:tcPr>
          <w:p>
            <w:pPr>
              <w:spacing w:after="0"/>
              <w:jc w:val="left"/>
            </w:pPr>
            <w:r>
              <w:rPr>
                <w:sz w:val="16"/>
              </w:rPr>
              <w:t>Event records naming places in the county (county page list): Troy town (8 records), Lowell town (7 records), Jay town (6 records), North Troy village (6 records), Barton town (4 records), Glover town (4 records), Westmore town (4 records), Craftsbury town (3 records), Greensboro town (3 records), Holland town (3 records); and 13 more places (see the XLSX file). Zone-level records (10)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1996 to 2015</w:t>
            </w:r>
          </w:p>
        </w:tc>
        <w:tc>
          <w:tcPr>
            <w:tcW w:type="dxa" w:w="1765"/>
          </w:tcPr>
          <w:p>
            <w:pPr>
              <w:spacing w:after="0"/>
              <w:jc w:val="left"/>
            </w:pPr>
          </w:p>
        </w:tc>
        <w:tc>
          <w:tcPr>
            <w:tcW w:type="dxa" w:w="1922"/>
          </w:tcPr>
          <w:p>
            <w:pPr>
              <w:spacing w:after="0"/>
              <w:jc w:val="left"/>
            </w:pPr>
            <w:r>
              <w:rPr>
                <w:sz w:val="16"/>
              </w:rPr>
              <w:t>Lightning, 2007-07-11, $250,000 property; $0 crops (2007 dollars)</w:t>
            </w:r>
          </w:p>
        </w:tc>
        <w:tc>
          <w:tcPr>
            <w:tcW w:type="dxa" w:w="1586"/>
          </w:tcPr>
          <w:p>
            <w:pPr>
              <w:spacing w:after="0"/>
              <w:jc w:val="left"/>
            </w:pPr>
          </w:p>
        </w:tc>
        <w:tc>
          <w:tcPr>
            <w:tcW w:type="dxa" w:w="1843"/>
          </w:tcPr>
          <w:p>
            <w:pPr>
              <w:spacing w:after="0"/>
              <w:jc w:val="left"/>
            </w:pPr>
            <w:r>
              <w:rPr>
                <w:sz w:val="16"/>
              </w:rPr>
              <w:t>Event records naming places in the county (county page list): Derby Line village (2 records), Derby town (2 records), Newport city (2 records), Newport town (2 records), North Troy village (2 records), Troy town (2 records), Greensboro town (1 record), Westmore town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43, 1996 to 2026 (43 zone-level)</w:t>
            </w:r>
          </w:p>
        </w:tc>
        <w:tc>
          <w:tcPr>
            <w:tcW w:type="dxa" w:w="1765"/>
          </w:tcPr>
          <w:p>
            <w:pPr>
              <w:spacing w:after="0"/>
              <w:jc w:val="left"/>
            </w:pPr>
            <w:r>
              <w:rPr>
                <w:sz w:val="16"/>
              </w:rPr>
              <w:t>35 kt (40 mph) to 55 kt (63 mph) (median 43 kt (49 mph)); 37 with a recorded value</w:t>
            </w:r>
          </w:p>
        </w:tc>
        <w:tc>
          <w:tcPr>
            <w:tcW w:type="dxa" w:w="1922"/>
          </w:tcPr>
          <w:p>
            <w:pPr>
              <w:spacing w:after="0"/>
              <w:jc w:val="left"/>
            </w:pPr>
            <w:r>
              <w:rPr>
                <w:sz w:val="16"/>
              </w:rPr>
              <w:t>55 kt (63 mph) measured gust, High Wind, 2025-12-19; NWS zone VTZ003 (ORLEANS), zone-level: may include parts of neighboring counties</w:t>
            </w:r>
          </w:p>
        </w:tc>
        <w:tc>
          <w:tcPr>
            <w:tcW w:type="dxa" w:w="1586"/>
          </w:tcPr>
          <w:p>
            <w:pPr>
              <w:spacing w:after="0"/>
              <w:jc w:val="left"/>
            </w:pPr>
            <w:r>
              <w:rPr>
                <w:sz w:val="16"/>
              </w:rPr>
              <w:t>High Wind, 2017-10-30, $300,000 property; $0 crops, reported for the zone (2017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136, 1958 to 2025</w:t>
            </w:r>
          </w:p>
        </w:tc>
        <w:tc>
          <w:tcPr>
            <w:tcW w:type="dxa" w:w="1765"/>
          </w:tcPr>
          <w:p>
            <w:pPr>
              <w:spacing w:after="0"/>
              <w:jc w:val="left"/>
            </w:pPr>
            <w:r>
              <w:rPr>
                <w:sz w:val="16"/>
              </w:rPr>
              <w:t>45 kt (52 mph) to 65 kt (75 mph) (median 50 kt (58 mph)); 79 with a recorded value</w:t>
            </w:r>
          </w:p>
        </w:tc>
        <w:tc>
          <w:tcPr>
            <w:tcW w:type="dxa" w:w="1922"/>
          </w:tcPr>
          <w:p>
            <w:pPr>
              <w:spacing w:after="0"/>
              <w:jc w:val="left"/>
            </w:pPr>
            <w:r>
              <w:rPr>
                <w:sz w:val="16"/>
              </w:rPr>
              <w:t>65 kt (75 mph) estimated gust, Thunderstorm Wind, 2018-09-03; same speed and measurement basis also recorded on 2014-05-17</w:t>
            </w:r>
          </w:p>
        </w:tc>
        <w:tc>
          <w:tcPr>
            <w:tcW w:type="dxa" w:w="1586"/>
          </w:tcPr>
          <w:p>
            <w:pPr>
              <w:spacing w:after="0"/>
              <w:jc w:val="left"/>
            </w:pPr>
            <w:r>
              <w:rPr>
                <w:sz w:val="16"/>
              </w:rPr>
              <w:t>Thunderstorm Wind, 1994-08-09, $500,000 property; crops not recorded (1994 dollars)</w:t>
            </w:r>
          </w:p>
        </w:tc>
        <w:tc>
          <w:tcPr>
            <w:tcW w:type="dxa" w:w="1843"/>
          </w:tcPr>
          <w:p>
            <w:pPr>
              <w:spacing w:after="0"/>
              <w:jc w:val="left"/>
            </w:pPr>
            <w:r>
              <w:rPr>
                <w:sz w:val="16"/>
              </w:rPr>
              <w:t>Event records naming places in the county (county page list): Derby town (17 records), Barton town (15 records), Derby Center village (13 records), Newport city (12 records), Newport town (12 records), Barton village (10 records), Glover town (9 records), Charleston town (7 records), Irasburg town (7 records), Lowell town (6 records); and 15 more places (see the XLSX file).</w:t>
            </w:r>
          </w:p>
        </w:tc>
        <w:tc>
          <w:tcPr>
            <w:tcW w:type="dxa" w:w="2137"/>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6, 1962 to 2012</w:t>
            </w:r>
          </w:p>
        </w:tc>
        <w:tc>
          <w:tcPr>
            <w:tcW w:type="dxa" w:w="1765"/>
          </w:tcPr>
          <w:p>
            <w:pPr>
              <w:spacing w:after="0"/>
              <w:jc w:val="left"/>
            </w:pPr>
            <w:r>
              <w:rPr>
                <w:sz w:val="16"/>
              </w:rPr>
              <w:t>F/EF0 to F/EF1 (median F/EF1); 6 with a recorded value</w:t>
            </w:r>
          </w:p>
        </w:tc>
        <w:tc>
          <w:tcPr>
            <w:tcW w:type="dxa" w:w="1922"/>
          </w:tcPr>
          <w:p>
            <w:pPr>
              <w:spacing w:after="0"/>
              <w:jc w:val="left"/>
            </w:pPr>
            <w:r>
              <w:rPr>
                <w:sz w:val="16"/>
              </w:rPr>
              <w:t>F1 tornado, 1962-05-20, 9.4 mi path length (records before 1996 may include the whole path; rating and listing come from the county where the tornado began), 100 yd wide, $25,000 property; crops not recorded (1962 dollars), 1 direct injury</w:t>
            </w:r>
          </w:p>
        </w:tc>
        <w:tc>
          <w:tcPr>
            <w:tcW w:type="dxa" w:w="1586"/>
          </w:tcPr>
          <w:p>
            <w:pPr>
              <w:spacing w:after="0"/>
              <w:jc w:val="left"/>
            </w:pPr>
            <w:r>
              <w:rPr>
                <w:sz w:val="16"/>
              </w:rPr>
              <w:t>Tornado, 1993-09-03, $500,000 property; $50,000 crops (1993 dollars)</w:t>
            </w:r>
          </w:p>
        </w:tc>
        <w:tc>
          <w:tcPr>
            <w:tcW w:type="dxa" w:w="1843"/>
          </w:tcPr>
          <w:p>
            <w:pPr>
              <w:spacing w:after="0"/>
              <w:jc w:val="left"/>
            </w:pPr>
            <w:r>
              <w:rPr>
                <w:sz w:val="16"/>
              </w:rPr>
              <w:t>Event records naming places in the county (county page list): Albany town (1 record), Craftsbury town (1 record).</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312, 1996 to 2026 (312 zone-level)</w:t>
            </w:r>
          </w:p>
        </w:tc>
        <w:tc>
          <w:tcPr>
            <w:tcW w:type="dxa" w:w="1765"/>
          </w:tcPr>
          <w:p>
            <w:pPr>
              <w:spacing w:after="0"/>
              <w:jc w:val="left"/>
            </w:pPr>
          </w:p>
        </w:tc>
        <w:tc>
          <w:tcPr>
            <w:tcW w:type="dxa" w:w="1922"/>
          </w:tcPr>
          <w:p>
            <w:pPr>
              <w:spacing w:after="0"/>
              <w:jc w:val="left"/>
            </w:pPr>
            <w:r>
              <w:rPr>
                <w:sz w:val="16"/>
              </w:rPr>
              <w:t>Heavy Snow, 2007-02-14, $200,000 property; $0 crops, reported for the zone (2007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Orleans County, county-level (county FIPS 50019);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$826,445.12</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80"/>
          </w:tcPr>
          <w:p>
            <w:pPr>
              <w:spacing w:after="0"/>
              <w:jc w:val="left"/>
            </w:pPr>
            <w:r>
              <w:rPr>
                <w:sz w:val="16"/>
              </w:rPr>
              <w:t>Major disaster</w:t>
            </w:r>
          </w:p>
        </w:tc>
        <w:tc>
          <w:tcPr>
            <w:tcW w:type="dxa" w:w="2425"/>
          </w:tcPr>
          <w:p>
            <w:pPr>
              <w:spacing w:after="0"/>
              <w:jc w:val="left"/>
            </w:pPr>
            <w:r>
              <w:rPr>
                <w:sz w:val="16"/>
              </w:rPr>
              <w:t>SEVERE STORM, FLOODING, LANDSLIDES, AND MUDSLIDES</w:t>
            </w:r>
          </w:p>
        </w:tc>
        <w:tc>
          <w:tcPr>
            <w:tcW w:type="dxa" w:w="2254"/>
          </w:tcPr>
          <w:p>
            <w:pPr>
              <w:spacing w:after="0"/>
              <w:jc w:val="left"/>
            </w:pPr>
            <w:r>
              <w:rPr>
                <w:sz w:val="16"/>
              </w:rPr>
              <w:t>Inland Flooding; Landslide</w:t>
            </w:r>
          </w:p>
        </w:tc>
        <w:tc>
          <w:tcPr>
            <w:tcW w:type="dxa" w:w="1429"/>
          </w:tcPr>
          <w:p>
            <w:pPr>
              <w:spacing w:after="0"/>
              <w:jc w:val="right"/>
            </w:pPr>
            <w:r>
              <w:rPr>
                <w:sz w:val="16"/>
              </w:rPr>
              <w:t>$3,944,267.51</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$183,656.60</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$12,375,975.14</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$30,028.07</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$8,296.97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$1,724,554.91</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$3,465.90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$25,155.79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$104,766.27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80"/>
          </w:tcPr>
          <w:p>
            <w:pPr>
              <w:spacing w:after="0"/>
              <w:jc w:val="left"/>
            </w:pPr>
            <w:r>
              <w:rPr>
                <w:sz w:val="16"/>
              </w:rPr>
              <w:t>Major disaster</w:t>
            </w:r>
          </w:p>
        </w:tc>
        <w:tc>
          <w:tcPr>
            <w:tcW w:type="dxa" w:w="2425"/>
          </w:tcPr>
          <w:p>
            <w:pPr>
              <w:spacing w:after="0"/>
              <w:jc w:val="left"/>
            </w:pPr>
            <w:r>
              <w:rPr>
                <w:sz w:val="16"/>
              </w:rPr>
              <w:t>SEVERE WINTER STORMS</w:t>
            </w:r>
          </w:p>
        </w:tc>
        <w:tc>
          <w:tcPr>
            <w:tcW w:type="dxa" w:w="2254"/>
          </w:tcPr>
          <w:p>
            <w:pPr>
              <w:spacing w:after="0"/>
              <w:jc w:val="left"/>
            </w:pPr>
            <w:r>
              <w:rPr>
                <w:sz w:val="16"/>
              </w:rPr>
              <w:t>Ice Storm</w:t>
            </w:r>
          </w:p>
        </w:tc>
        <w:tc>
          <w:tcPr>
            <w:tcW w:type="dxa" w:w="1429"/>
          </w:tcPr>
          <w:p>
            <w:pPr>
              <w:spacing w:after="0"/>
              <w:jc w:val="right"/>
            </w:pPr>
            <w:r>
              <w:rPr>
                <w:sz w:val="16"/>
              </w:rPr>
              <w:t>$159,765.18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$118,956.26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80"/>
          </w:tcPr>
          <w:p>
            <w:pPr>
              <w:spacing w:after="0"/>
              <w:jc w:val="left"/>
            </w:pPr>
            <w:r>
              <w:rPr>
                <w:sz w:val="16"/>
              </w:rPr>
              <w:t>Major disaster</w:t>
            </w:r>
          </w:p>
        </w:tc>
        <w:tc>
          <w:tcPr>
            <w:tcW w:type="dxa" w:w="2425"/>
          </w:tcPr>
          <w:p>
            <w:pPr>
              <w:spacing w:after="0"/>
              <w:jc w:val="left"/>
            </w:pPr>
            <w:r>
              <w:rPr>
                <w:sz w:val="16"/>
              </w:rPr>
              <w:t>SEVERE STORM, TORNADO, AND FLOODING</w:t>
            </w:r>
          </w:p>
        </w:tc>
        <w:tc>
          <w:tcPr>
            <w:tcW w:type="dxa" w:w="2254"/>
          </w:tcPr>
          <w:p>
            <w:pPr>
              <w:spacing w:after="0"/>
              <w:jc w:val="left"/>
            </w:pPr>
            <w:r>
              <w:rPr>
                <w:sz w:val="16"/>
              </w:rPr>
              <w:t>Inland Flooding; Tornado</w:t>
            </w:r>
          </w:p>
        </w:tc>
        <w:tc>
          <w:tcPr>
            <w:tcW w:type="dxa" w:w="1429"/>
          </w:tcPr>
          <w:p>
            <w:pPr>
              <w:spacing w:after="0"/>
              <w:jc w:val="right"/>
            </w:pPr>
            <w:r>
              <w:rPr>
                <w:sz w:val="16"/>
              </w:rPr>
              <w:t>$602,890.87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$2,471,731.57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$1,111,247.93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$295,839.15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$263,095.90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$488,997.69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$57,860.41</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$21,094.70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80"/>
          </w:tcPr>
          <w:p>
            <w:pPr>
              <w:spacing w:after="0"/>
              <w:jc w:val="left"/>
            </w:pPr>
            <w:r>
              <w:rPr>
                <w:sz w:val="16"/>
              </w:rPr>
              <w:t>Major disaster</w:t>
            </w:r>
          </w:p>
        </w:tc>
        <w:tc>
          <w:tcPr>
            <w:tcW w:type="dxa" w:w="2425"/>
          </w:tcPr>
          <w:p>
            <w:pPr>
              <w:spacing w:after="0"/>
              <w:jc w:val="left"/>
            </w:pPr>
            <w:r>
              <w:rPr>
                <w:sz w:val="16"/>
              </w:rPr>
              <w:t>EXCESSIVE RAINFALL, HIGH WINDS,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80"/>
          </w:tcPr>
          <w:p>
            <w:pPr>
              <w:spacing w:after="0"/>
              <w:jc w:val="left"/>
            </w:pPr>
            <w:r>
              <w:rPr>
                <w:sz w:val="16"/>
              </w:rPr>
              <w:t>Major disaster</w:t>
            </w:r>
          </w:p>
        </w:tc>
        <w:tc>
          <w:tcPr>
            <w:tcW w:type="dxa" w:w="2425"/>
          </w:tcPr>
          <w:p>
            <w:pPr>
              <w:spacing w:after="0"/>
              <w:jc w:val="left"/>
            </w:pPr>
            <w:r>
              <w:rPr>
                <w:sz w:val="16"/>
              </w:rPr>
              <w:t>EXCESSIVE RAINFALL,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312</w:t>
            </w:r>
          </w:p>
        </w:tc>
        <w:tc>
          <w:tcPr>
            <w:tcW w:type="dxa" w:w="1422"/>
          </w:tcPr>
          <w:p>
            <w:pPr>
              <w:spacing w:after="0"/>
              <w:jc w:val="right"/>
            </w:pPr>
            <w:r>
              <w:rPr>
                <w:sz w:val="16"/>
              </w:rPr>
              <w:t>9</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2"/>
        <w:gridCol w:w="3639"/>
        <w:gridCol w:w="1797"/>
        <w:gridCol w:w="1220"/>
        <w:gridCol w:w="2103"/>
        <w:gridCol w:w="1179"/>
        <w:gridCol w:w="1735"/>
      </w:tblGrid>
      <w:tr>
        <w:trPr>
          <w:cantSplit/>
          <w:tblHeader/>
        </w:trPr>
        <w:tc>
          <w:tcPr>
            <w:tcW w:type="dxa" w:w="1037"/>
            <w:shd w:val="clear" w:color="auto" w:fill="E8E8E8"/>
          </w:tcPr>
          <w:p>
            <w:pPr>
              <w:spacing w:after="0"/>
              <w:jc w:val="left"/>
            </w:pPr>
            <w:r>
              <w:rPr>
                <w:b/>
                <w:sz w:val="16"/>
              </w:rPr>
              <w:t>Date</w:t>
            </w:r>
          </w:p>
        </w:tc>
        <w:tc>
          <w:tcPr>
            <w:tcW w:type="dxa" w:w="1402"/>
            <w:shd w:val="clear" w:color="auto" w:fill="E8E8E8"/>
          </w:tcPr>
          <w:p>
            <w:pPr>
              <w:spacing w:after="0"/>
              <w:jc w:val="left"/>
            </w:pPr>
            <w:r>
              <w:rPr>
                <w:b/>
                <w:sz w:val="16"/>
              </w:rPr>
              <w:t>Event type</w:t>
            </w:r>
          </w:p>
        </w:tc>
        <w:tc>
          <w:tcPr>
            <w:tcW w:type="dxa" w:w="3639"/>
            <w:shd w:val="clear" w:color="auto" w:fill="E8E8E8"/>
          </w:tcPr>
          <w:p>
            <w:pPr>
              <w:spacing w:after="0"/>
              <w:jc w:val="left"/>
            </w:pPr>
            <w:r>
              <w:rPr>
                <w:b/>
                <w:sz w:val="16"/>
              </w:rPr>
              <w:t>Magnitude or extent</w:t>
            </w:r>
          </w:p>
        </w:tc>
        <w:tc>
          <w:tcPr>
            <w:tcW w:type="dxa" w:w="1797"/>
            <w:shd w:val="clear" w:color="auto" w:fill="E8E8E8"/>
          </w:tcPr>
          <w:p>
            <w:pPr>
              <w:spacing w:after="0"/>
              <w:jc w:val="left"/>
            </w:pPr>
            <w:r>
              <w:rPr>
                <w:b/>
                <w:sz w:val="16"/>
              </w:rPr>
              <w:t>Damage</w:t>
            </w:r>
          </w:p>
          <w:p>
            <w:pPr>
              <w:spacing w:after="0"/>
              <w:jc w:val="left"/>
            </w:pPr>
            <w:r>
              <w:rPr>
                <w:i/>
                <w:color w:val="555555"/>
                <w:sz w:val="14"/>
              </w:rPr>
              <w:t>nominal dollars</w:t>
            </w:r>
          </w:p>
        </w:tc>
        <w:tc>
          <w:tcPr>
            <w:tcW w:type="dxa" w:w="12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3"/>
            <w:shd w:val="clear" w:color="auto" w:fill="E8E8E8"/>
          </w:tcPr>
          <w:p>
            <w:pPr>
              <w:spacing w:after="0"/>
              <w:jc w:val="left"/>
            </w:pPr>
            <w:r>
              <w:rPr>
                <w:b/>
                <w:sz w:val="16"/>
              </w:rPr>
              <w:t>Location</w:t>
            </w:r>
          </w:p>
        </w:tc>
        <w:tc>
          <w:tcPr>
            <w:tcW w:type="dxa" w:w="1179"/>
            <w:shd w:val="clear" w:color="auto" w:fill="E8E8E8"/>
          </w:tcPr>
          <w:p>
            <w:pPr>
              <w:spacing w:after="0"/>
              <w:jc w:val="left"/>
            </w:pPr>
            <w:r>
              <w:rPr>
                <w:b/>
                <w:sz w:val="16"/>
              </w:rPr>
              <w:t>Flags</w:t>
            </w:r>
          </w:p>
        </w:tc>
        <w:tc>
          <w:tcPr>
            <w:tcW w:type="dxa" w:w="17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402"/>
          </w:tcPr>
          <w:p>
            <w:pPr>
              <w:spacing w:after="0"/>
              <w:jc w:val="left"/>
            </w:pPr>
            <w:r>
              <w:rPr>
                <w:sz w:val="16"/>
              </w:rPr>
              <w:t>High Wind</w:t>
            </w:r>
          </w:p>
        </w:tc>
        <w:tc>
          <w:tcPr>
            <w:tcW w:type="dxa" w:w="3639"/>
          </w:tcPr>
          <w:p>
            <w:pPr>
              <w:spacing w:after="0"/>
              <w:jc w:val="left"/>
            </w:pPr>
            <w:r>
              <w:rPr>
                <w:sz w:val="16"/>
              </w:rPr>
              <w:t>55 kt (63 mph) measured gust</w:t>
            </w:r>
          </w:p>
        </w:tc>
        <w:tc>
          <w:tcPr>
            <w:tcW w:type="dxa" w:w="1797"/>
          </w:tcPr>
          <w:p>
            <w:pPr>
              <w:spacing w:after="0"/>
              <w:jc w:val="left"/>
            </w:pPr>
            <w:r>
              <w:rPr>
                <w:sz w:val="16"/>
              </w:rPr>
              <w:t>$10,000 property; $0 crops, reported for the zone (2025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new since last plan; within last 5 years</w:t>
            </w:r>
          </w:p>
        </w:tc>
        <w:tc>
          <w:tcPr>
            <w:tcW w:type="dxa" w:w="17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2023-05-18</w:t>
            </w:r>
          </w:p>
        </w:tc>
        <w:tc>
          <w:tcPr>
            <w:tcW w:type="dxa" w:w="1402"/>
          </w:tcPr>
          <w:p>
            <w:pPr>
              <w:spacing w:after="0"/>
              <w:jc w:val="left"/>
            </w:pPr>
            <w:r>
              <w:rPr>
                <w:sz w:val="16"/>
              </w:rPr>
              <w:t>Frost/Freeze</w:t>
            </w:r>
          </w:p>
        </w:tc>
        <w:tc>
          <w:tcPr>
            <w:tcW w:type="dxa" w:w="3639"/>
          </w:tcPr>
          <w:p>
            <w:pPr>
              <w:spacing w:after="0"/>
              <w:jc w:val="left"/>
            </w:pPr>
          </w:p>
        </w:tc>
        <w:tc>
          <w:tcPr>
            <w:tcW w:type="dxa" w:w="1797"/>
          </w:tcPr>
          <w:p>
            <w:pPr>
              <w:spacing w:after="0"/>
              <w:jc w:val="left"/>
            </w:pPr>
            <w:r>
              <w:rPr>
                <w:sz w:val="16"/>
              </w:rPr>
              <w:t>$0 property; $100,000 crops, reported for the zone (2023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within last 5 years</w:t>
            </w:r>
          </w:p>
        </w:tc>
        <w:tc>
          <w:tcPr>
            <w:tcW w:type="dxa" w:w="173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2018-09-03</w:t>
            </w:r>
          </w:p>
        </w:tc>
        <w:tc>
          <w:tcPr>
            <w:tcW w:type="dxa" w:w="1402"/>
          </w:tcPr>
          <w:p>
            <w:pPr>
              <w:spacing w:after="0"/>
              <w:jc w:val="left"/>
            </w:pPr>
            <w:r>
              <w:rPr>
                <w:sz w:val="16"/>
              </w:rPr>
              <w:t>Thunderstorm Wind</w:t>
            </w:r>
          </w:p>
        </w:tc>
        <w:tc>
          <w:tcPr>
            <w:tcW w:type="dxa" w:w="3639"/>
          </w:tcPr>
          <w:p>
            <w:pPr>
              <w:spacing w:after="0"/>
              <w:jc w:val="left"/>
            </w:pPr>
            <w:r>
              <w:rPr>
                <w:sz w:val="16"/>
              </w:rPr>
              <w:t>65 kt (75 mph) estimated gust</w:t>
            </w:r>
          </w:p>
        </w:tc>
        <w:tc>
          <w:tcPr>
            <w:tcW w:type="dxa" w:w="1797"/>
          </w:tcPr>
          <w:p>
            <w:pPr>
              <w:spacing w:after="0"/>
              <w:jc w:val="left"/>
            </w:pPr>
            <w:r>
              <w:rPr>
                <w:sz w:val="16"/>
              </w:rPr>
              <w:t>$25,000 property; $0 crops (2018 dollars)</w:t>
            </w:r>
          </w:p>
        </w:tc>
        <w:tc>
          <w:tcPr>
            <w:tcW w:type="dxa" w:w="1220"/>
          </w:tcPr>
          <w:p>
            <w:pPr>
              <w:spacing w:after="0"/>
              <w:jc w:val="right"/>
            </w:pPr>
            <w:r>
              <w:rPr>
                <w:sz w:val="16"/>
              </w:rPr>
              <w:t>0, 0</w:t>
            </w:r>
          </w:p>
        </w:tc>
        <w:tc>
          <w:tcPr>
            <w:tcW w:type="dxa" w:w="2103"/>
          </w:tcPr>
          <w:p>
            <w:pPr>
              <w:spacing w:after="0"/>
              <w:jc w:val="left"/>
            </w:pPr>
            <w:r>
              <w:rPr>
                <w:sz w:val="16"/>
              </w:rPr>
              <w:t>IRASBURG</w:t>
            </w:r>
          </w:p>
        </w:tc>
        <w:tc>
          <w:tcPr>
            <w:tcW w:type="dxa" w:w="1179"/>
          </w:tcPr>
          <w:p>
            <w:pPr>
              <w:spacing w:after="0"/>
              <w:jc w:val="left"/>
            </w:pPr>
          </w:p>
        </w:tc>
        <w:tc>
          <w:tcPr>
            <w:tcW w:type="dxa" w:w="1735"/>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402"/>
          </w:tcPr>
          <w:p>
            <w:pPr>
              <w:spacing w:after="0"/>
              <w:jc w:val="left"/>
            </w:pPr>
            <w:r>
              <w:rPr>
                <w:sz w:val="16"/>
              </w:rPr>
              <w:t>Heat</w:t>
            </w:r>
          </w:p>
        </w:tc>
        <w:tc>
          <w:tcPr>
            <w:tcW w:type="dxa" w:w="3639"/>
          </w:tcPr>
          <w:p>
            <w:pPr>
              <w:spacing w:after="0"/>
              <w:jc w:val="left"/>
            </w:pPr>
          </w:p>
        </w:tc>
        <w:tc>
          <w:tcPr>
            <w:tcW w:type="dxa" w:w="1797"/>
          </w:tcPr>
          <w:p>
            <w:pPr>
              <w:spacing w:after="0"/>
              <w:jc w:val="left"/>
            </w:pPr>
            <w:r>
              <w:rPr>
                <w:sz w:val="16"/>
              </w:rPr>
              <w:t>$0 property; $0 crops, reported for the zone (2018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402"/>
          </w:tcPr>
          <w:p>
            <w:pPr>
              <w:spacing w:after="0"/>
              <w:jc w:val="left"/>
            </w:pPr>
            <w:r>
              <w:rPr>
                <w:sz w:val="16"/>
              </w:rPr>
              <w:t>Cold/Wind Chill</w:t>
            </w:r>
          </w:p>
        </w:tc>
        <w:tc>
          <w:tcPr>
            <w:tcW w:type="dxa" w:w="3639"/>
          </w:tcPr>
          <w:p>
            <w:pPr>
              <w:spacing w:after="0"/>
              <w:jc w:val="left"/>
            </w:pPr>
          </w:p>
        </w:tc>
        <w:tc>
          <w:tcPr>
            <w:tcW w:type="dxa" w:w="1797"/>
          </w:tcPr>
          <w:p>
            <w:pPr>
              <w:spacing w:after="0"/>
              <w:jc w:val="left"/>
            </w:pPr>
            <w:r>
              <w:rPr>
                <w:sz w:val="16"/>
              </w:rPr>
              <w:t>$0 property; $0 crops, reported for the zone (2015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402"/>
          </w:tcPr>
          <w:p>
            <w:pPr>
              <w:spacing w:after="0"/>
              <w:jc w:val="left"/>
            </w:pPr>
            <w:r>
              <w:rPr>
                <w:sz w:val="16"/>
              </w:rPr>
              <w:t>Ice Storm</w:t>
            </w:r>
          </w:p>
        </w:tc>
        <w:tc>
          <w:tcPr>
            <w:tcW w:type="dxa" w:w="3639"/>
          </w:tcPr>
          <w:p>
            <w:pPr>
              <w:spacing w:after="0"/>
              <w:jc w:val="left"/>
            </w:pPr>
          </w:p>
        </w:tc>
        <w:tc>
          <w:tcPr>
            <w:tcW w:type="dxa" w:w="1797"/>
          </w:tcPr>
          <w:p>
            <w:pPr>
              <w:spacing w:after="0"/>
              <w:jc w:val="left"/>
            </w:pPr>
            <w:r>
              <w:rPr>
                <w:sz w:val="16"/>
              </w:rPr>
              <w:t>$750,000 property; $0 crops, reported for the zone (2013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402"/>
          </w:tcPr>
          <w:p>
            <w:pPr>
              <w:spacing w:after="0"/>
              <w:jc w:val="left"/>
            </w:pPr>
            <w:r>
              <w:rPr>
                <w:sz w:val="16"/>
              </w:rPr>
              <w:t>Flood</w:t>
            </w:r>
          </w:p>
        </w:tc>
        <w:tc>
          <w:tcPr>
            <w:tcW w:type="dxa" w:w="3639"/>
          </w:tcPr>
          <w:p>
            <w:pPr>
              <w:spacing w:after="0"/>
              <w:jc w:val="left"/>
            </w:pPr>
          </w:p>
        </w:tc>
        <w:tc>
          <w:tcPr>
            <w:tcW w:type="dxa" w:w="1797"/>
          </w:tcPr>
          <w:p>
            <w:pPr>
              <w:spacing w:after="0"/>
              <w:jc w:val="left"/>
            </w:pPr>
            <w:r>
              <w:rPr>
                <w:sz w:val="16"/>
              </w:rPr>
              <w:t>$500,000,000 property; $250,000 crops (2011 dollars)</w:t>
            </w:r>
          </w:p>
        </w:tc>
        <w:tc>
          <w:tcPr>
            <w:tcW w:type="dxa" w:w="1220"/>
          </w:tcPr>
          <w:p>
            <w:pPr>
              <w:spacing w:after="0"/>
              <w:jc w:val="right"/>
            </w:pPr>
            <w:r>
              <w:rPr>
                <w:sz w:val="16"/>
              </w:rPr>
              <w:t>0, 0</w:t>
            </w:r>
          </w:p>
        </w:tc>
        <w:tc>
          <w:tcPr>
            <w:tcW w:type="dxa" w:w="2103"/>
          </w:tcPr>
          <w:p>
            <w:pPr>
              <w:spacing w:after="0"/>
              <w:jc w:val="left"/>
            </w:pPr>
            <w:r>
              <w:rPr>
                <w:sz w:val="16"/>
              </w:rPr>
              <w:t>JAY to CRAFTSBURY</w:t>
            </w:r>
          </w:p>
        </w:tc>
        <w:tc>
          <w:tcPr>
            <w:tcW w:type="dxa" w:w="1179"/>
          </w:tcPr>
          <w:p>
            <w:pPr>
              <w:spacing w:after="0"/>
              <w:jc w:val="left"/>
            </w:pPr>
          </w:p>
        </w:tc>
        <w:tc>
          <w:tcPr>
            <w:tcW w:type="dxa" w:w="17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402"/>
          </w:tcPr>
          <w:p>
            <w:pPr>
              <w:spacing w:after="0"/>
              <w:jc w:val="left"/>
            </w:pPr>
            <w:r>
              <w:rPr>
                <w:sz w:val="16"/>
              </w:rPr>
              <w:t>Lightning</w:t>
            </w:r>
          </w:p>
        </w:tc>
        <w:tc>
          <w:tcPr>
            <w:tcW w:type="dxa" w:w="3639"/>
          </w:tcPr>
          <w:p>
            <w:pPr>
              <w:spacing w:after="0"/>
              <w:jc w:val="left"/>
            </w:pPr>
          </w:p>
        </w:tc>
        <w:tc>
          <w:tcPr>
            <w:tcW w:type="dxa" w:w="1797"/>
          </w:tcPr>
          <w:p>
            <w:pPr>
              <w:spacing w:after="0"/>
              <w:jc w:val="left"/>
            </w:pPr>
            <w:r>
              <w:rPr>
                <w:sz w:val="16"/>
              </w:rPr>
              <w:t>$250,000 property; $0 crops (2007 dollars)</w:t>
            </w:r>
          </w:p>
        </w:tc>
        <w:tc>
          <w:tcPr>
            <w:tcW w:type="dxa" w:w="1220"/>
          </w:tcPr>
          <w:p>
            <w:pPr>
              <w:spacing w:after="0"/>
              <w:jc w:val="right"/>
            </w:pPr>
            <w:r>
              <w:rPr>
                <w:sz w:val="16"/>
              </w:rPr>
              <w:t>0, 0</w:t>
            </w:r>
          </w:p>
        </w:tc>
        <w:tc>
          <w:tcPr>
            <w:tcW w:type="dxa" w:w="2103"/>
          </w:tcPr>
          <w:p>
            <w:pPr>
              <w:spacing w:after="0"/>
              <w:jc w:val="left"/>
            </w:pPr>
            <w:r>
              <w:rPr>
                <w:sz w:val="16"/>
              </w:rPr>
              <w:t>WESTMORE</w:t>
            </w:r>
          </w:p>
        </w:tc>
        <w:tc>
          <w:tcPr>
            <w:tcW w:type="dxa" w:w="1179"/>
          </w:tcPr>
          <w:p>
            <w:pPr>
              <w:spacing w:after="0"/>
              <w:jc w:val="left"/>
            </w:pPr>
          </w:p>
        </w:tc>
        <w:tc>
          <w:tcPr>
            <w:tcW w:type="dxa" w:w="1735"/>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402"/>
          </w:tcPr>
          <w:p>
            <w:pPr>
              <w:spacing w:after="0"/>
              <w:jc w:val="left"/>
            </w:pPr>
            <w:r>
              <w:rPr>
                <w:sz w:val="16"/>
              </w:rPr>
              <w:t>Heavy Snow</w:t>
            </w:r>
          </w:p>
        </w:tc>
        <w:tc>
          <w:tcPr>
            <w:tcW w:type="dxa" w:w="3639"/>
          </w:tcPr>
          <w:p>
            <w:pPr>
              <w:spacing w:after="0"/>
              <w:jc w:val="left"/>
            </w:pPr>
          </w:p>
        </w:tc>
        <w:tc>
          <w:tcPr>
            <w:tcW w:type="dxa" w:w="1797"/>
          </w:tcPr>
          <w:p>
            <w:pPr>
              <w:spacing w:after="0"/>
              <w:jc w:val="left"/>
            </w:pPr>
            <w:r>
              <w:rPr>
                <w:sz w:val="16"/>
              </w:rPr>
              <w:t>$200,000 property; $0 crops, reported for the zone (2007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$60,000 property; crops not reported (1999 dollars)</w:t>
            </w:r>
          </w:p>
        </w:tc>
        <w:tc>
          <w:tcPr>
            <w:tcW w:type="dxa" w:w="1220"/>
          </w:tcPr>
          <w:p>
            <w:pPr>
              <w:spacing w:after="0"/>
              <w:jc w:val="right"/>
            </w:pPr>
            <w:r>
              <w:rPr>
                <w:sz w:val="16"/>
              </w:rPr>
              <w:t>1, 0</w:t>
            </w:r>
          </w:p>
        </w:tc>
        <w:tc>
          <w:tcPr>
            <w:tcW w:type="dxa" w:w="2103"/>
          </w:tcPr>
          <w:p>
            <w:pPr>
              <w:spacing w:after="0"/>
              <w:jc w:val="left"/>
            </w:pPr>
            <w:r>
              <w:rPr>
                <w:sz w:val="16"/>
              </w:rPr>
              <w:t>COUNTYWIDE</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damage not recorded (pre-1996 record)</w:t>
            </w:r>
          </w:p>
        </w:tc>
        <w:tc>
          <w:tcPr>
            <w:tcW w:type="dxa" w:w="1220"/>
          </w:tcPr>
          <w:p>
            <w:pPr>
              <w:spacing w:after="0"/>
              <w:jc w:val="right"/>
            </w:pPr>
            <w:r>
              <w:rPr>
                <w:sz w:val="16"/>
              </w:rPr>
              <w:t>2, 5</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402"/>
          </w:tcPr>
          <w:p>
            <w:pPr>
              <w:spacing w:after="0"/>
              <w:jc w:val="left"/>
            </w:pPr>
            <w:r>
              <w:rPr>
                <w:sz w:val="16"/>
              </w:rPr>
              <w:t>Tornado</w:t>
            </w:r>
          </w:p>
        </w:tc>
        <w:tc>
          <w:tcPr>
            <w:tcW w:type="dxa" w:w="3639"/>
          </w:tcPr>
          <w:p>
            <w:pPr>
              <w:spacing w:after="0"/>
              <w:jc w:val="left"/>
            </w:pPr>
            <w:r>
              <w:rPr>
                <w:sz w:val="16"/>
              </w:rPr>
              <w:t>F1, 9.4 mi path length (records before 1996 may include the whole path; rating and listing come from the county where the tornado began), 100 yd wide</w:t>
            </w:r>
          </w:p>
        </w:tc>
        <w:tc>
          <w:tcPr>
            <w:tcW w:type="dxa" w:w="1797"/>
          </w:tcPr>
          <w:p>
            <w:pPr>
              <w:spacing w:after="0"/>
              <w:jc w:val="left"/>
            </w:pPr>
            <w:r>
              <w:rPr>
                <w:sz w:val="16"/>
              </w:rPr>
              <w:t>$25,000 property; crops not recorded (1962 dollars)</w:t>
            </w:r>
          </w:p>
        </w:tc>
        <w:tc>
          <w:tcPr>
            <w:tcW w:type="dxa" w:w="1220"/>
          </w:tcPr>
          <w:p>
            <w:pPr>
              <w:spacing w:after="0"/>
              <w:jc w:val="right"/>
            </w:pPr>
            <w:r>
              <w:rPr>
                <w:sz w:val="16"/>
              </w:rPr>
              <w:t>0, 1</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Orleans County, county-level (county FIPS 50019);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4.9</w:t>
            </w:r>
          </w:p>
        </w:tc>
        <w:tc>
          <w:tcPr>
            <w:tcW w:type="dxa" w:w="1431"/>
          </w:tcPr>
          <w:p>
            <w:pPr>
              <w:spacing w:after="0"/>
              <w:jc w:val="left"/>
            </w:pPr>
            <w:r>
              <w:rPr>
                <w:sz w:val="16"/>
              </w:rPr>
              <w:t>event-days per year</w:t>
            </w:r>
          </w:p>
        </w:tc>
        <w:tc>
          <w:tcPr>
            <w:tcW w:type="dxa" w:w="1552"/>
          </w:tcPr>
          <w:p>
            <w:pPr>
              <w:spacing w:after="0"/>
              <w:jc w:val="left"/>
            </w:pPr>
            <w:r>
              <w:rPr>
                <w:sz w:val="16"/>
              </w:rPr>
              <w:t>about 4.9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4.9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0.00121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w:t>
            </w:r>
          </w:p>
        </w:tc>
        <w:tc>
          <w:tcPr>
            <w:tcW w:type="dxa" w:w="1431"/>
          </w:tcPr>
          <w:p>
            <w:pPr>
              <w:spacing w:after="0"/>
              <w:jc w:val="left"/>
            </w:pPr>
            <w:r>
              <w:rPr>
                <w:sz w:val="16"/>
              </w:rPr>
              <w:t>events per year</w:t>
            </w:r>
          </w:p>
        </w:tc>
        <w:tc>
          <w:tcPr>
            <w:tcW w:type="dxa" w:w="1552"/>
          </w:tcPr>
          <w:p>
            <w:pPr>
              <w:spacing w:after="0"/>
              <w:jc w:val="left"/>
            </w:pPr>
            <w:r>
              <w:rPr>
                <w:sz w:val="16"/>
              </w:rPr>
              <w:t>about 0.84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31.9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0.685</w:t>
            </w:r>
          </w:p>
        </w:tc>
        <w:tc>
          <w:tcPr>
            <w:tcW w:type="dxa" w:w="1431"/>
          </w:tcPr>
          <w:p>
            <w:pPr>
              <w:spacing w:after="0"/>
              <w:jc w:val="left"/>
            </w:pPr>
            <w:r>
              <w:rPr>
                <w:sz w:val="16"/>
              </w:rPr>
              <w:t>event-days per year</w:t>
            </w:r>
          </w:p>
        </w:tc>
        <w:tc>
          <w:tcPr>
            <w:tcW w:type="dxa" w:w="1552"/>
          </w:tcPr>
          <w:p>
            <w:pPr>
              <w:spacing w:after="0"/>
              <w:jc w:val="left"/>
            </w:pPr>
            <w:r>
              <w:rPr>
                <w:sz w:val="16"/>
              </w:rPr>
              <w:t>about 0.685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0.0298</w:t>
            </w:r>
          </w:p>
        </w:tc>
        <w:tc>
          <w:tcPr>
            <w:tcW w:type="dxa" w:w="1431"/>
          </w:tcPr>
          <w:p>
            <w:pPr>
              <w:spacing w:after="0"/>
              <w:jc w:val="left"/>
            </w:pPr>
            <w:r>
              <w:rPr>
                <w:sz w:val="16"/>
              </w:rPr>
              <w:t>events per year</w:t>
            </w:r>
          </w:p>
        </w:tc>
        <w:tc>
          <w:tcPr>
            <w:tcW w:type="dxa" w:w="1552"/>
          </w:tcPr>
          <w:p>
            <w:pPr>
              <w:spacing w:after="0"/>
              <w:jc w:val="left"/>
            </w:pPr>
            <w:r>
              <w:rPr>
                <w:sz w:val="16"/>
              </w:rPr>
              <w:t>about 1 in 34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0.265</w:t>
            </w:r>
          </w:p>
        </w:tc>
        <w:tc>
          <w:tcPr>
            <w:tcW w:type="dxa" w:w="1431"/>
          </w:tcPr>
          <w:p>
            <w:pPr>
              <w:spacing w:after="0"/>
              <w:jc w:val="left"/>
            </w:pPr>
            <w:r>
              <w:rPr>
                <w:sz w:val="16"/>
              </w:rPr>
              <w:t>event-days per year</w:t>
            </w:r>
          </w:p>
        </w:tc>
        <w:tc>
          <w:tcPr>
            <w:tcW w:type="dxa" w:w="1552"/>
          </w:tcPr>
          <w:p>
            <w:pPr>
              <w:spacing w:after="0"/>
              <w:jc w:val="left"/>
            </w:pPr>
            <w:r>
              <w:rPr>
                <w:sz w:val="16"/>
              </w:rPr>
              <w:t>about 0.265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18</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1.75</w:t>
            </w:r>
          </w:p>
        </w:tc>
        <w:tc>
          <w:tcPr>
            <w:tcW w:type="dxa" w:w="1431"/>
          </w:tcPr>
          <w:p>
            <w:pPr>
              <w:spacing w:after="0"/>
              <w:jc w:val="left"/>
            </w:pPr>
            <w:r>
              <w:rPr>
                <w:sz w:val="16"/>
              </w:rPr>
              <w:t>event-days per year</w:t>
            </w:r>
          </w:p>
        </w:tc>
        <w:tc>
          <w:tcPr>
            <w:tcW w:type="dxa" w:w="1552"/>
          </w:tcPr>
          <w:p>
            <w:pPr>
              <w:spacing w:after="0"/>
              <w:jc w:val="left"/>
            </w:pPr>
            <w:r>
              <w:rPr>
                <w:sz w:val="16"/>
              </w:rPr>
              <w:t>about 1.75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3"/>
          </w:tcPr>
          <w:p>
            <w:pPr>
              <w:spacing w:after="0"/>
              <w:jc w:val="right"/>
            </w:pPr>
            <w:r>
              <w:rPr>
                <w:sz w:val="16"/>
              </w:rPr>
              <w:t>49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0.811</w:t>
            </w:r>
          </w:p>
        </w:tc>
        <w:tc>
          <w:tcPr>
            <w:tcW w:type="dxa" w:w="1431"/>
          </w:tcPr>
          <w:p>
            <w:pPr>
              <w:spacing w:after="0"/>
              <w:jc w:val="left"/>
            </w:pPr>
            <w:r>
              <w:rPr>
                <w:sz w:val="16"/>
              </w:rPr>
              <w:t>events per year (modeled)</w:t>
            </w:r>
          </w:p>
        </w:tc>
        <w:tc>
          <w:tcPr>
            <w:tcW w:type="dxa" w:w="1552"/>
          </w:tcPr>
          <w:p>
            <w:pPr>
              <w:spacing w:after="0"/>
              <w:jc w:val="left"/>
            </w:pPr>
            <w:r>
              <w:rPr>
                <w:sz w:val="16"/>
              </w:rPr>
              <w:t>about 0.81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21.5</w:t>
            </w:r>
          </w:p>
        </w:tc>
        <w:tc>
          <w:tcPr>
            <w:tcW w:type="dxa" w:w="1431"/>
          </w:tcPr>
          <w:p>
            <w:pPr>
              <w:spacing w:after="0"/>
              <w:jc w:val="left"/>
            </w:pPr>
            <w:r>
              <w:rPr>
                <w:sz w:val="16"/>
              </w:rPr>
              <w:t>days per year with a strike</w:t>
            </w:r>
          </w:p>
        </w:tc>
        <w:tc>
          <w:tcPr>
            <w:tcW w:type="dxa" w:w="1552"/>
          </w:tcPr>
          <w:p>
            <w:pPr>
              <w:spacing w:after="0"/>
              <w:jc w:val="left"/>
            </w:pPr>
            <w:r>
              <w:rPr>
                <w:sz w:val="16"/>
              </w:rPr>
              <w:t>about 21.5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0.523</w:t>
            </w:r>
          </w:p>
        </w:tc>
        <w:tc>
          <w:tcPr>
            <w:tcW w:type="dxa" w:w="1431"/>
          </w:tcPr>
          <w:p>
            <w:pPr>
              <w:spacing w:after="0"/>
              <w:jc w:val="left"/>
            </w:pPr>
            <w:r>
              <w:rPr>
                <w:sz w:val="16"/>
              </w:rPr>
              <w:t>events per year</w:t>
            </w:r>
          </w:p>
        </w:tc>
        <w:tc>
          <w:tcPr>
            <w:tcW w:type="dxa" w:w="1552"/>
          </w:tcPr>
          <w:p>
            <w:pPr>
              <w:spacing w:after="0"/>
              <w:jc w:val="left"/>
            </w:pPr>
            <w:r>
              <w:rPr>
                <w:sz w:val="16"/>
              </w:rPr>
              <w:t>about 0.52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20</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0.0313</w:t>
            </w:r>
          </w:p>
        </w:tc>
        <w:tc>
          <w:tcPr>
            <w:tcW w:type="dxa" w:w="1431"/>
          </w:tcPr>
          <w:p>
            <w:pPr>
              <w:spacing w:after="0"/>
              <w:jc w:val="left"/>
            </w:pPr>
            <w:r>
              <w:rPr>
                <w:sz w:val="16"/>
              </w:rPr>
              <w:t>events per year</w:t>
            </w:r>
          </w:p>
        </w:tc>
        <w:tc>
          <w:tcPr>
            <w:tcW w:type="dxa" w:w="1552"/>
          </w:tcPr>
          <w:p>
            <w:pPr>
              <w:spacing w:after="0"/>
              <w:jc w:val="left"/>
            </w:pPr>
            <w:r>
              <w:rPr>
                <w:sz w:val="16"/>
              </w:rPr>
              <w:t>about 1 in 32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0.0000155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0.00155%</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22.5</w:t>
            </w:r>
          </w:p>
        </w:tc>
        <w:tc>
          <w:tcPr>
            <w:tcW w:type="dxa" w:w="1431"/>
          </w:tcPr>
          <w:p>
            <w:pPr>
              <w:spacing w:after="0"/>
              <w:jc w:val="left"/>
            </w:pPr>
            <w:r>
              <w:rPr>
                <w:sz w:val="16"/>
              </w:rPr>
              <w:t>event-days per year</w:t>
            </w:r>
          </w:p>
        </w:tc>
        <w:tc>
          <w:tcPr>
            <w:tcW w:type="dxa" w:w="1552"/>
          </w:tcPr>
          <w:p>
            <w:pPr>
              <w:spacing w:after="0"/>
              <w:jc w:val="left"/>
            </w:pPr>
            <w:r>
              <w:rPr>
                <w:sz w:val="16"/>
              </w:rPr>
              <w:t>about 22.5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428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5 of 10</w:t>
            </w:r>
          </w:p>
        </w:tc>
        <w:tc>
          <w:tcPr>
            <w:tcW w:type="dxa" w:w="910"/>
          </w:tcPr>
          <w:p>
            <w:pPr>
              <w:spacing w:after="0"/>
              <w:jc w:val="right"/>
            </w:pPr>
            <w:r>
              <w:rPr>
                <w:sz w:val="16"/>
              </w:rPr>
              <w:t>39.1</w:t>
            </w:r>
          </w:p>
        </w:tc>
        <w:tc>
          <w:tcPr>
            <w:tcW w:type="dxa" w:w="692"/>
          </w:tcPr>
          <w:p>
            <w:pPr>
              <w:spacing w:after="0"/>
              <w:jc w:val="right"/>
            </w:pPr>
            <w:r>
              <w:rPr>
                <w:sz w:val="16"/>
              </w:rPr>
              <w:t>41.2</w:t>
            </w:r>
          </w:p>
        </w:tc>
        <w:tc>
          <w:tcPr>
            <w:tcW w:type="dxa" w:w="659"/>
          </w:tcPr>
          <w:p>
            <w:pPr>
              <w:spacing w:after="0"/>
              <w:jc w:val="right"/>
            </w:pPr>
            <w:r>
              <w:rPr>
                <w:sz w:val="16"/>
              </w:rPr>
              <w:t>42.0</w:t>
            </w:r>
          </w:p>
        </w:tc>
        <w:tc>
          <w:tcPr>
            <w:tcW w:type="dxa" w:w="2872"/>
          </w:tcPr>
          <w:p>
            <w:pPr>
              <w:spacing w:after="0"/>
              <w:jc w:val="left"/>
            </w:pPr>
            <w:r>
              <w:rPr>
                <w:sz w:val="16"/>
              </w:rPr>
              <w:t>Very Low 5, Not Applicable 5</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53.2</w:t>
            </w:r>
          </w:p>
        </w:tc>
        <w:tc>
          <w:tcPr>
            <w:tcW w:type="dxa" w:w="692"/>
          </w:tcPr>
          <w:p>
            <w:pPr>
              <w:spacing w:after="0"/>
              <w:jc w:val="right"/>
            </w:pPr>
            <w:r>
              <w:rPr>
                <w:sz w:val="16"/>
              </w:rPr>
              <w:t>62.9</w:t>
            </w:r>
          </w:p>
        </w:tc>
        <w:tc>
          <w:tcPr>
            <w:tcW w:type="dxa" w:w="659"/>
          </w:tcPr>
          <w:p>
            <w:pPr>
              <w:spacing w:after="0"/>
              <w:jc w:val="right"/>
            </w:pPr>
            <w:r>
              <w:rPr>
                <w:sz w:val="16"/>
              </w:rPr>
              <w:t>78.3</w:t>
            </w:r>
          </w:p>
        </w:tc>
        <w:tc>
          <w:tcPr>
            <w:tcW w:type="dxa" w:w="2872"/>
          </w:tcPr>
          <w:p>
            <w:pPr>
              <w:spacing w:after="0"/>
              <w:jc w:val="left"/>
            </w:pPr>
            <w:r>
              <w:rPr>
                <w:sz w:val="16"/>
              </w:rPr>
              <w:t>Relatively High 1,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31.6</w:t>
            </w:r>
          </w:p>
        </w:tc>
        <w:tc>
          <w:tcPr>
            <w:tcW w:type="dxa" w:w="692"/>
          </w:tcPr>
          <w:p>
            <w:pPr>
              <w:spacing w:after="0"/>
              <w:jc w:val="right"/>
            </w:pPr>
            <w:r>
              <w:rPr>
                <w:sz w:val="16"/>
              </w:rPr>
              <w:t>41.2</w:t>
            </w:r>
          </w:p>
        </w:tc>
        <w:tc>
          <w:tcPr>
            <w:tcW w:type="dxa" w:w="659"/>
          </w:tcPr>
          <w:p>
            <w:pPr>
              <w:spacing w:after="0"/>
              <w:jc w:val="right"/>
            </w:pPr>
            <w:r>
              <w:rPr>
                <w:sz w:val="16"/>
              </w:rPr>
              <w:t>65.4</w:t>
            </w:r>
          </w:p>
        </w:tc>
        <w:tc>
          <w:tcPr>
            <w:tcW w:type="dxa" w:w="2872"/>
          </w:tcPr>
          <w:p>
            <w:pPr>
              <w:spacing w:after="0"/>
              <w:jc w:val="left"/>
            </w:pPr>
            <w:r>
              <w:rPr>
                <w:sz w:val="16"/>
              </w:rPr>
              <w:t>Relatively Low 6, Very Low 4</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19.3</w:t>
            </w:r>
          </w:p>
        </w:tc>
        <w:tc>
          <w:tcPr>
            <w:tcW w:type="dxa" w:w="692"/>
          </w:tcPr>
          <w:p>
            <w:pPr>
              <w:spacing w:after="0"/>
              <w:jc w:val="right"/>
            </w:pPr>
            <w:r>
              <w:rPr>
                <w:sz w:val="16"/>
              </w:rPr>
              <w:t>25.2</w:t>
            </w:r>
          </w:p>
        </w:tc>
        <w:tc>
          <w:tcPr>
            <w:tcW w:type="dxa" w:w="659"/>
          </w:tcPr>
          <w:p>
            <w:pPr>
              <w:spacing w:after="0"/>
              <w:jc w:val="right"/>
            </w:pPr>
            <w:r>
              <w:rPr>
                <w:sz w:val="16"/>
              </w:rPr>
              <w:t>37.2</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5.4</w:t>
            </w:r>
          </w:p>
        </w:tc>
        <w:tc>
          <w:tcPr>
            <w:tcW w:type="dxa" w:w="692"/>
          </w:tcPr>
          <w:p>
            <w:pPr>
              <w:spacing w:after="0"/>
              <w:jc w:val="right"/>
            </w:pPr>
            <w:r>
              <w:rPr>
                <w:sz w:val="16"/>
              </w:rPr>
              <w:t>11.3</w:t>
            </w:r>
          </w:p>
        </w:tc>
        <w:tc>
          <w:tcPr>
            <w:tcW w:type="dxa" w:w="659"/>
          </w:tcPr>
          <w:p>
            <w:pPr>
              <w:spacing w:after="0"/>
              <w:jc w:val="right"/>
            </w:pPr>
            <w:r>
              <w:rPr>
                <w:sz w:val="16"/>
              </w:rPr>
              <w:t>32.4</w:t>
            </w:r>
          </w:p>
        </w:tc>
        <w:tc>
          <w:tcPr>
            <w:tcW w:type="dxa" w:w="2872"/>
          </w:tcPr>
          <w:p>
            <w:pPr>
              <w:spacing w:after="0"/>
              <w:jc w:val="left"/>
            </w:pPr>
            <w:r>
              <w:rPr>
                <w:sz w:val="16"/>
              </w:rPr>
              <w:t>Relatively Low 2,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56.4</w:t>
            </w:r>
          </w:p>
        </w:tc>
        <w:tc>
          <w:tcPr>
            <w:tcW w:type="dxa" w:w="692"/>
          </w:tcPr>
          <w:p>
            <w:pPr>
              <w:spacing w:after="0"/>
              <w:jc w:val="right"/>
            </w:pPr>
            <w:r>
              <w:rPr>
                <w:sz w:val="16"/>
              </w:rPr>
              <w:t>67.4</w:t>
            </w:r>
          </w:p>
        </w:tc>
        <w:tc>
          <w:tcPr>
            <w:tcW w:type="dxa" w:w="659"/>
          </w:tcPr>
          <w:p>
            <w:pPr>
              <w:spacing w:after="0"/>
              <w:jc w:val="right"/>
            </w:pPr>
            <w:r>
              <w:rPr>
                <w:sz w:val="16"/>
              </w:rPr>
              <w:t>76.7</w:t>
            </w:r>
          </w:p>
        </w:tc>
        <w:tc>
          <w:tcPr>
            <w:tcW w:type="dxa" w:w="2872"/>
          </w:tcPr>
          <w:p>
            <w:pPr>
              <w:spacing w:after="0"/>
              <w:jc w:val="left"/>
            </w:pPr>
            <w:r>
              <w:rPr>
                <w:sz w:val="16"/>
              </w:rPr>
              <w:t>Relatively Low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52.1</w:t>
            </w:r>
          </w:p>
        </w:tc>
        <w:tc>
          <w:tcPr>
            <w:tcW w:type="dxa" w:w="692"/>
          </w:tcPr>
          <w:p>
            <w:pPr>
              <w:spacing w:after="0"/>
              <w:jc w:val="right"/>
            </w:pPr>
            <w:r>
              <w:rPr>
                <w:sz w:val="16"/>
              </w:rPr>
              <w:t>61.4</w:t>
            </w:r>
          </w:p>
        </w:tc>
        <w:tc>
          <w:tcPr>
            <w:tcW w:type="dxa" w:w="659"/>
          </w:tcPr>
          <w:p>
            <w:pPr>
              <w:spacing w:after="0"/>
              <w:jc w:val="right"/>
            </w:pPr>
            <w:r>
              <w:rPr>
                <w:sz w:val="16"/>
              </w:rPr>
              <w:t>84.7</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37.9</w:t>
            </w:r>
          </w:p>
        </w:tc>
        <w:tc>
          <w:tcPr>
            <w:tcW w:type="dxa" w:w="692"/>
          </w:tcPr>
          <w:p>
            <w:pPr>
              <w:spacing w:after="0"/>
              <w:jc w:val="right"/>
            </w:pPr>
            <w:r>
              <w:rPr>
                <w:sz w:val="16"/>
              </w:rPr>
              <w:t>71.3</w:t>
            </w:r>
          </w:p>
        </w:tc>
        <w:tc>
          <w:tcPr>
            <w:tcW w:type="dxa" w:w="659"/>
          </w:tcPr>
          <w:p>
            <w:pPr>
              <w:spacing w:after="0"/>
              <w:jc w:val="right"/>
            </w:pPr>
            <w:r>
              <w:rPr>
                <w:sz w:val="16"/>
              </w:rPr>
              <w:t>88.1</w:t>
            </w:r>
          </w:p>
        </w:tc>
        <w:tc>
          <w:tcPr>
            <w:tcW w:type="dxa" w:w="2872"/>
          </w:tcPr>
          <w:p>
            <w:pPr>
              <w:spacing w:after="0"/>
              <w:jc w:val="left"/>
            </w:pPr>
            <w:r>
              <w:rPr>
                <w:sz w:val="16"/>
              </w:rPr>
              <w:t>Relatively High 4, Relatively Moderate 4,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69.2</w:t>
            </w:r>
          </w:p>
        </w:tc>
        <w:tc>
          <w:tcPr>
            <w:tcW w:type="dxa" w:w="692"/>
          </w:tcPr>
          <w:p>
            <w:pPr>
              <w:spacing w:after="0"/>
              <w:jc w:val="right"/>
            </w:pPr>
            <w:r>
              <w:rPr>
                <w:sz w:val="16"/>
              </w:rPr>
              <w:t>89.5</w:t>
            </w:r>
          </w:p>
        </w:tc>
        <w:tc>
          <w:tcPr>
            <w:tcW w:type="dxa" w:w="659"/>
          </w:tcPr>
          <w:p>
            <w:pPr>
              <w:spacing w:after="0"/>
              <w:jc w:val="right"/>
            </w:pPr>
            <w:r>
              <w:rPr>
                <w:sz w:val="16"/>
              </w:rPr>
              <w:t>95.4</w:t>
            </w:r>
          </w:p>
        </w:tc>
        <w:tc>
          <w:tcPr>
            <w:tcW w:type="dxa" w:w="2872"/>
          </w:tcPr>
          <w:p>
            <w:pPr>
              <w:spacing w:after="0"/>
              <w:jc w:val="left"/>
            </w:pPr>
            <w:r>
              <w:rPr>
                <w:sz w:val="16"/>
              </w:rPr>
              <w:t>Relatively Low 7, Very Low 3</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57.2</w:t>
            </w:r>
          </w:p>
        </w:tc>
        <w:tc>
          <w:tcPr>
            <w:tcW w:type="dxa" w:w="692"/>
          </w:tcPr>
          <w:p>
            <w:pPr>
              <w:spacing w:after="0"/>
              <w:jc w:val="right"/>
            </w:pPr>
            <w:r>
              <w:rPr>
                <w:sz w:val="16"/>
              </w:rPr>
              <w:t>67.6</w:t>
            </w:r>
          </w:p>
        </w:tc>
        <w:tc>
          <w:tcPr>
            <w:tcW w:type="dxa" w:w="659"/>
          </w:tcPr>
          <w:p>
            <w:pPr>
              <w:spacing w:after="0"/>
              <w:jc w:val="right"/>
            </w:pPr>
            <w:r>
              <w:rPr>
                <w:sz w:val="16"/>
              </w:rPr>
              <w:t>87.5</w:t>
            </w:r>
          </w:p>
        </w:tc>
        <w:tc>
          <w:tcPr>
            <w:tcW w:type="dxa" w:w="2872"/>
          </w:tcPr>
          <w:p>
            <w:pPr>
              <w:spacing w:after="0"/>
              <w:jc w:val="left"/>
            </w:pPr>
            <w:r>
              <w:rPr>
                <w:sz w:val="16"/>
              </w:rPr>
              <w:t>Relatively High 3, Relatively Moderate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44.3</w:t>
            </w:r>
          </w:p>
        </w:tc>
        <w:tc>
          <w:tcPr>
            <w:tcW w:type="dxa" w:w="692"/>
          </w:tcPr>
          <w:p>
            <w:pPr>
              <w:spacing w:after="0"/>
              <w:jc w:val="right"/>
            </w:pPr>
            <w:r>
              <w:rPr>
                <w:sz w:val="16"/>
              </w:rPr>
              <w:t>53.3</w:t>
            </w:r>
          </w:p>
        </w:tc>
        <w:tc>
          <w:tcPr>
            <w:tcW w:type="dxa" w:w="659"/>
          </w:tcPr>
          <w:p>
            <w:pPr>
              <w:spacing w:after="0"/>
              <w:jc w:val="right"/>
            </w:pPr>
            <w:r>
              <w:rPr>
                <w:sz w:val="16"/>
              </w:rPr>
              <w:t>75.5</w:t>
            </w:r>
          </w:p>
        </w:tc>
        <w:tc>
          <w:tcPr>
            <w:tcW w:type="dxa" w:w="2872"/>
          </w:tcPr>
          <w:p>
            <w:pPr>
              <w:spacing w:after="0"/>
              <w:jc w:val="left"/>
            </w:pPr>
            <w:r>
              <w:rPr>
                <w:sz w:val="16"/>
              </w:rPr>
              <w:t>Relatively Moderate 4, Relatively Low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12.5</w:t>
            </w:r>
          </w:p>
        </w:tc>
        <w:tc>
          <w:tcPr>
            <w:tcW w:type="dxa" w:w="692"/>
          </w:tcPr>
          <w:p>
            <w:pPr>
              <w:spacing w:after="0"/>
              <w:jc w:val="right"/>
            </w:pPr>
            <w:r>
              <w:rPr>
                <w:sz w:val="16"/>
              </w:rPr>
              <w:t>19.0</w:t>
            </w:r>
          </w:p>
        </w:tc>
        <w:tc>
          <w:tcPr>
            <w:tcW w:type="dxa" w:w="659"/>
          </w:tcPr>
          <w:p>
            <w:pPr>
              <w:spacing w:after="0"/>
              <w:jc w:val="right"/>
            </w:pPr>
            <w:r>
              <w:rPr>
                <w:sz w:val="16"/>
              </w:rPr>
              <w:t>27.0</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49.1</w:t>
            </w:r>
          </w:p>
        </w:tc>
        <w:tc>
          <w:tcPr>
            <w:tcW w:type="dxa" w:w="692"/>
          </w:tcPr>
          <w:p>
            <w:pPr>
              <w:spacing w:after="0"/>
              <w:jc w:val="right"/>
            </w:pPr>
            <w:r>
              <w:rPr>
                <w:sz w:val="16"/>
              </w:rPr>
              <w:t>62.2</w:t>
            </w:r>
          </w:p>
        </w:tc>
        <w:tc>
          <w:tcPr>
            <w:tcW w:type="dxa" w:w="659"/>
          </w:tcPr>
          <w:p>
            <w:pPr>
              <w:spacing w:after="0"/>
              <w:jc w:val="right"/>
            </w:pPr>
            <w:r>
              <w:rPr>
                <w:sz w:val="16"/>
              </w:rPr>
              <w:t>71.4</w:t>
            </w:r>
          </w:p>
        </w:tc>
        <w:tc>
          <w:tcPr>
            <w:tcW w:type="dxa" w:w="2872"/>
          </w:tcPr>
          <w:p>
            <w:pPr>
              <w:spacing w:after="0"/>
              <w:jc w:val="left"/>
            </w:pPr>
            <w:r>
              <w:rPr>
                <w:sz w:val="16"/>
              </w:rPr>
              <w:t>Relatively Low 1, Very Low 9</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79.0</w:t>
            </w:r>
          </w:p>
        </w:tc>
        <w:tc>
          <w:tcPr>
            <w:tcW w:type="dxa" w:w="692"/>
          </w:tcPr>
          <w:p>
            <w:pPr>
              <w:spacing w:after="0"/>
              <w:jc w:val="right"/>
            </w:pPr>
            <w:r>
              <w:rPr>
                <w:sz w:val="16"/>
              </w:rPr>
              <w:t>85.7</w:t>
            </w:r>
          </w:p>
        </w:tc>
        <w:tc>
          <w:tcPr>
            <w:tcW w:type="dxa" w:w="659"/>
          </w:tcPr>
          <w:p>
            <w:pPr>
              <w:spacing w:after="0"/>
              <w:jc w:val="right"/>
            </w:pPr>
            <w:r>
              <w:rPr>
                <w:sz w:val="16"/>
              </w:rPr>
              <w:t>95.9</w:t>
            </w:r>
          </w:p>
        </w:tc>
        <w:tc>
          <w:tcPr>
            <w:tcW w:type="dxa" w:w="2872"/>
          </w:tcPr>
          <w:p>
            <w:pPr>
              <w:spacing w:after="0"/>
              <w:jc w:val="left"/>
            </w:pPr>
            <w:r>
              <w:rPr>
                <w:sz w:val="16"/>
              </w:rPr>
              <w:t>Very High 1, Relatively High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Westmore town</w:t>
            </w:r>
          </w:p>
        </w:tc>
        <w:tc>
          <w:tcPr>
            <w:tcW w:type="dxa" w:w="859"/>
          </w:tcPr>
          <w:p>
            <w:pPr>
              <w:spacing w:after="0"/>
              <w:jc w:val="left"/>
            </w:pPr>
            <w:r>
              <w:rPr>
                <w:sz w:val="16"/>
              </w:rPr>
              <w:t>Town</w:t>
            </w:r>
          </w:p>
        </w:tc>
        <w:tc>
          <w:tcPr>
            <w:tcW w:type="dxa" w:w="3506"/>
          </w:tcPr>
          <w:p>
            <w:pPr>
              <w:spacing w:after="0"/>
              <w:jc w:val="left"/>
            </w:pPr>
            <w:r>
              <w:rPr>
                <w:sz w:val="16"/>
              </w:rPr>
              <w:t>Approved, expires 2030-08-28</w:t>
            </w:r>
          </w:p>
        </w:tc>
        <w:tc>
          <w:tcPr>
            <w:tcW w:type="dxa" w:w="2796"/>
          </w:tcPr>
          <w:p>
            <w:pPr>
              <w:spacing w:after="0"/>
              <w:jc w:val="right"/>
            </w:pPr>
            <w:r>
              <w:rPr>
                <w:sz w:val="16"/>
              </w:rPr>
              <w:t>FMA RL 0, SRL 0; any 0</w:t>
            </w:r>
          </w:p>
        </w:tc>
        <w:tc>
          <w:tcPr>
            <w:tcW w:type="dxa" w:w="1967"/>
          </w:tcPr>
          <w:p>
            <w:pPr>
              <w:spacing w:after="0"/>
              <w:jc w:val="right"/>
            </w:pPr>
            <w:r>
              <w:rPr>
                <w:sz w:val="16"/>
              </w:rPr>
              <w:t>$93,597.30</w:t>
            </w:r>
          </w:p>
        </w:tc>
        <w:tc>
          <w:tcPr>
            <w:tcW w:type="dxa" w:w="2393"/>
          </w:tcPr>
          <w:p>
            <w:pPr>
              <w:spacing w:after="0"/>
              <w:jc w:val="right"/>
            </w:pPr>
            <w:r>
              <w:rPr>
                <w:sz w:val="16"/>
              </w:rPr>
              <w:t>7; 0</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Orleans County, county-level (county FIPS 50019);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2025-08-29</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1"/>
          </w:tcPr>
          <w:p>
            <w:pPr>
              <w:spacing w:after="0"/>
              <w:jc w:val="right"/>
            </w:pPr>
            <w:r>
              <w:rPr>
                <w:sz w:val="16"/>
              </w:rPr>
              <w:t>$681</w:t>
            </w: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01"/>
          </w:tcPr>
          <w:p>
            <w:pPr>
              <w:spacing w:after="0"/>
              <w:jc w:val="right"/>
            </w:pPr>
            <w:r>
              <w:rPr>
                <w:sz w:val="16"/>
              </w:rPr>
              <w:t>$859,463</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p>
        </w:tc>
        <w:tc>
          <w:tcPr>
            <w:tcW w:type="dxa" w:w="105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p>
        </w:tc>
        <w:tc>
          <w:tcPr>
            <w:tcW w:type="dxa" w:w="1201"/>
          </w:tcPr>
          <w:p>
            <w:pPr>
              <w:spacing w:after="0"/>
              <w:jc w:val="right"/>
            </w:pPr>
            <w:r>
              <w:rPr>
                <w:sz w:val="16"/>
              </w:rPr>
              <w:t>$29,337</w:t>
            </w:r>
          </w:p>
        </w:tc>
        <w:tc>
          <w:tcPr>
            <w:tcW w:type="dxa" w:w="1062"/>
          </w:tcPr>
          <w:p>
            <w:pPr>
              <w:spacing w:after="0"/>
              <w:jc w:val="right"/>
            </w:pPr>
            <w:r>
              <w:rPr>
                <w:sz w:val="16"/>
              </w:rPr>
              <w:t>0.00141%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01"/>
          </w:tcPr>
          <w:p>
            <w:pPr>
              <w:spacing w:after="0"/>
              <w:jc w:val="right"/>
            </w:pPr>
            <w:r>
              <w:rPr>
                <w:sz w:val="16"/>
              </w:rPr>
              <w:t>$8,376</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1"/>
          </w:tcPr>
          <w:p>
            <w:pPr>
              <w:spacing w:after="0"/>
              <w:jc w:val="right"/>
            </w:pPr>
            <w:r>
              <w:rPr>
                <w:sz w:val="16"/>
              </w:rPr>
              <w:t>$51,818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5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01"/>
          </w:tcPr>
          <w:p>
            <w:pPr>
              <w:spacing w:after="0"/>
              <w:jc w:val="right"/>
            </w:pPr>
            <w:r>
              <w:rPr>
                <w:sz w:val="16"/>
              </w:rPr>
              <w:t>$8,264</w:t>
            </w:r>
          </w:p>
        </w:tc>
        <w:tc>
          <w:tcPr>
            <w:tcW w:type="dxa" w:w="1062"/>
          </w:tcPr>
          <w:p>
            <w:pPr>
              <w:spacing w:after="0"/>
              <w:jc w:val="right"/>
            </w:pPr>
            <w:r>
              <w:rPr>
                <w:sz w:val="16"/>
              </w:rPr>
              <w:t>0.00434%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p>
        </w:tc>
        <w:tc>
          <w:tcPr>
            <w:tcW w:type="dxa" w:w="1201"/>
          </w:tcPr>
          <w:p>
            <w:pPr>
              <w:spacing w:after="0"/>
              <w:jc w:val="right"/>
            </w:pPr>
            <w:r>
              <w:rPr>
                <w:sz w:val="16"/>
              </w:rPr>
              <w:t>$2,650</w:t>
            </w:r>
          </w:p>
        </w:tc>
        <w:tc>
          <w:tcPr>
            <w:tcW w:type="dxa" w:w="1062"/>
          </w:tcPr>
          <w:p>
            <w:pPr>
              <w:spacing w:after="0"/>
              <w:jc w:val="right"/>
            </w:pPr>
            <w:r>
              <w:rPr>
                <w:sz w:val="16"/>
              </w:rPr>
              <w:t>0.000919%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5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01"/>
          </w:tcPr>
          <w:p>
            <w:pPr>
              <w:spacing w:after="0"/>
              <w:jc w:val="right"/>
            </w:pPr>
            <w:r>
              <w:rPr>
                <w:sz w:val="16"/>
              </w:rPr>
              <w:t>$58,714</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p>
        </w:tc>
        <w:tc>
          <w:tcPr>
            <w:tcW w:type="dxa" w:w="105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p>
        </w:tc>
        <w:tc>
          <w:tcPr>
            <w:tcW w:type="dxa" w:w="1201"/>
          </w:tcPr>
          <w:p>
            <w:pPr>
              <w:spacing w:after="0"/>
              <w:jc w:val="right"/>
            </w:pPr>
            <w:r>
              <w:rPr>
                <w:sz w:val="16"/>
              </w:rPr>
              <w:t>$3,541</w:t>
            </w:r>
          </w:p>
        </w:tc>
        <w:tc>
          <w:tcPr>
            <w:tcW w:type="dxa" w:w="1062"/>
          </w:tcPr>
          <w:p>
            <w:pPr>
              <w:spacing w:after="0"/>
              <w:jc w:val="right"/>
            </w:pPr>
            <w:r>
              <w:rPr>
                <w:sz w:val="16"/>
              </w:rPr>
              <w:t>0.000881%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p>
        </w:tc>
        <w:tc>
          <w:tcPr>
            <w:tcW w:type="dxa" w:w="1201"/>
          </w:tcPr>
          <w:p>
            <w:pPr>
              <w:spacing w:after="0"/>
              <w:jc w:val="right"/>
            </w:pPr>
            <w:r>
              <w:rPr>
                <w:sz w:val="16"/>
              </w:rPr>
              <w:t>$188,205</w:t>
            </w:r>
          </w:p>
        </w:tc>
        <w:tc>
          <w:tcPr>
            <w:tcW w:type="dxa" w:w="1062"/>
          </w:tcPr>
          <w:p>
            <w:pPr>
              <w:spacing w:after="0"/>
              <w:jc w:val="right"/>
            </w:pPr>
            <w:r>
              <w:rPr>
                <w:sz w:val="16"/>
              </w:rPr>
              <w:t>0.000314%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01"/>
          </w:tcPr>
          <w:p>
            <w:pPr>
              <w:spacing w:after="0"/>
              <w:jc w:val="right"/>
            </w:pPr>
            <w:r>
              <w:rPr>
                <w:sz w:val="16"/>
              </w:rPr>
              <w:t>$126,705</w:t>
            </w:r>
          </w:p>
        </w:tc>
        <w:tc>
          <w:tcPr>
            <w:tcW w:type="dxa" w:w="1062"/>
          </w:tcPr>
          <w:p>
            <w:pPr>
              <w:spacing w:after="0"/>
              <w:jc w:val="right"/>
            </w:pPr>
            <w:r>
              <w:rPr>
                <w:sz w:val="16"/>
              </w:rPr>
              <w:t>0.000978%</w:t>
            </w:r>
          </w:p>
        </w:tc>
        <w:tc>
          <w:tcPr>
            <w:tcW w:type="dxa" w:w="1285"/>
          </w:tcPr>
          <w:p>
            <w:pPr>
              <w:spacing w:after="0"/>
              <w:jc w:val="right"/>
            </w:pPr>
          </w:p>
        </w:tc>
        <w:tc>
          <w:tcPr>
            <w:tcW w:type="dxa" w:w="1148"/>
          </w:tcPr>
          <w:p>
            <w:pPr>
              <w:spacing w:after="0"/>
              <w:jc w:val="right"/>
            </w:pPr>
            <w:r>
              <w:rPr>
                <w:sz w:val="16"/>
              </w:rPr>
              <w:t>$20,000</w:t>
            </w:r>
          </w:p>
        </w:tc>
        <w:tc>
          <w:tcPr>
            <w:tcW w:type="dxa" w:w="1148"/>
          </w:tcPr>
          <w:p>
            <w:pPr>
              <w:spacing w:after="0"/>
              <w:jc w:val="right"/>
            </w:pPr>
          </w:p>
        </w:tc>
        <w:tc>
          <w:tcPr>
            <w:tcW w:type="dxa" w:w="1320"/>
          </w:tcPr>
          <w:p>
            <w:pPr>
              <w:spacing w:after="0"/>
              <w:jc w:val="left"/>
            </w:pPr>
            <w:r>
              <w:rPr>
                <w:sz w:val="16"/>
              </w:rPr>
              <w:t>Storm Events damage since the plan includes 1 zone-level High Wind record ($10,000) and 1 zone-level Strong Wind record ($10,000),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01"/>
          </w:tcPr>
          <w:p>
            <w:pPr>
              <w:spacing w:after="0"/>
              <w:jc w:val="right"/>
            </w:pPr>
            <w:r>
              <w:rPr>
                <w:sz w:val="16"/>
              </w:rPr>
              <w:t>$70,027</w:t>
            </w:r>
          </w:p>
        </w:tc>
        <w:tc>
          <w:tcPr>
            <w:tcW w:type="dxa" w:w="1062"/>
          </w:tcPr>
          <w:p>
            <w:pPr>
              <w:spacing w:after="0"/>
              <w:jc w:val="right"/>
            </w:pPr>
            <w:r>
              <w:rPr>
                <w:sz w:val="16"/>
              </w:rPr>
              <w:t>0.000116%</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5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01"/>
          </w:tcPr>
          <w:p>
            <w:pPr>
              <w:spacing w:after="0"/>
              <w:jc w:val="right"/>
            </w:pPr>
            <w:r>
              <w:rPr>
                <w:sz w:val="16"/>
              </w:rPr>
              <w:t>$470</w:t>
            </w:r>
          </w:p>
        </w:tc>
        <w:tc>
          <w:tcPr>
            <w:tcW w:type="dxa" w:w="1062"/>
          </w:tcPr>
          <w:p>
            <w:pPr>
              <w:spacing w:after="0"/>
              <w:jc w:val="right"/>
            </w:pPr>
            <w:r>
              <w:rPr>
                <w:sz w:val="16"/>
              </w:rPr>
              <w:t>0.000107%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01"/>
          </w:tcPr>
          <w:p>
            <w:pPr>
              <w:spacing w:after="0"/>
              <w:jc w:val="right"/>
            </w:pPr>
            <w:r>
              <w:rPr>
                <w:sz w:val="16"/>
              </w:rPr>
              <w:t>$40,384</w:t>
            </w:r>
          </w:p>
        </w:tc>
        <w:tc>
          <w:tcPr>
            <w:tcW w:type="dxa" w:w="1062"/>
          </w:tcPr>
          <w:p>
            <w:pPr>
              <w:spacing w:after="0"/>
              <w:jc w:val="right"/>
            </w:pPr>
            <w:r>
              <w:rPr>
                <w:sz w:val="16"/>
              </w:rPr>
              <w:t>0.00109%</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2025-08-29 (Storm Events through 2026-06-30): 0 county-coded records, 0 with a damage value recorded (including $0), $0; 14 zone-level records, 14 with a damage value recorded (including $0), $20,000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Orleans County, county-level (county FIPS 50019);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BARTON,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BARTON,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NEWPORT,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NORTH TROY,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TROY,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COVENTRY,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DERBY,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Westmore town</w:t>
            </w:r>
          </w:p>
        </w:tc>
        <w:tc>
          <w:tcPr>
            <w:tcW w:type="dxa" w:w="1527"/>
          </w:tcPr>
          <w:p>
            <w:pPr>
              <w:spacing w:after="0"/>
              <w:jc w:val="left"/>
            </w:pPr>
            <w:r>
              <w:rPr>
                <w:sz w:val="16"/>
              </w:rPr>
              <w:t>500311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Westmore town, VT: risk-assessment baseline packet, release 2026-10 (data as of 2026-09-28; Vermont town 5001981700).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hazard-plain_2026-10_VT_5001981700.docx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Westmore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Westmore town, VT: Risk-assessment baseline packet</dc:title>
  <dc:subject>Hazard Plain release 2026-10, as of 2026-09-28. Preview: automated baseline</dc:subject>
  <dc:creator>Hazard Plain</dc:creator>
  <cp:keywords>Hazard Plain; hazard mitigation; risk assessment; 5001981700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