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Derby town,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5001917350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2026-02-18. Plan: Town of Derby, Village of Derby Line, and Village of Derby Center Multi-Jurisdictional All-Hazards Mitigation Plan Update (FEMA plan 107203), approved 2021-02-19.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Orleans County data (county FIPS 50019; each heading says so); the plan clock, B1-f and B2-c are for Derby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2021-02-19: 9 new hazard declarations (8 incidents) and 88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5001917350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2026-02-18</w:t>
      </w:r>
    </w:p>
    <w:p>
      <w:pPr>
        <w:keepNext/>
        <w:spacing w:after="40" w:before="0"/>
      </w:pPr>
      <w:r>
        <w:rPr>
          <w:b/>
        </w:rPr>
        <w:t xml:space="preserve">Plan: </w:t>
      </w:r>
      <w:r>
        <w:rPr/>
        <w:t>Town of Derby, Village of Derby Line, and Village of Derby Center Multi-Jurisdictional All-Hazards Mitigation Plan Update (FEMA plan 107203)</w:t>
      </w:r>
    </w:p>
    <w:p>
      <w:pPr>
        <w:keepNext/>
        <w:spacing w:after="40" w:before="0"/>
      </w:pPr>
      <w:r>
        <w:rPr>
          <w:b/>
        </w:rPr>
        <w:t xml:space="preserve">Approved: </w:t>
      </w:r>
      <w:r>
        <w:rPr/>
        <w:t>2021-02-19</w:t>
      </w:r>
    </w:p>
    <w:p>
      <w:pPr>
        <w:keepNext/>
        <w:spacing w:after="40" w:before="0"/>
      </w:pPr>
      <w:r>
        <w:rPr>
          <w:b/>
        </w:rPr>
        <w:t xml:space="preserve">Days since expiry: </w:t>
      </w:r>
      <w:r>
        <w:rPr/>
        <w:t>224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(8 incidents): EM-3567-VT (Tropical Storm Henri),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88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(Derby Center village; Derby Line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37"/>
        <w:gridCol w:w="819"/>
        <w:gridCol w:w="2553"/>
        <w:gridCol w:w="5450"/>
        <w:gridCol w:w="1311"/>
        <w:gridCol w:w="1311"/>
        <w:gridCol w:w="1130"/>
      </w:tblGrid>
      <w:tr>
        <w:trPr>
          <w:cantSplit/>
          <w:tblHeader/>
        </w:trPr>
        <w:tc>
          <w:tcPr>
            <w:tcW w:type="dxa" w:w="1537"/>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Status</w:t>
            </w:r>
          </w:p>
        </w:tc>
        <w:tc>
          <w:tcPr>
            <w:tcW w:type="dxa" w:w="5450"/>
            <w:shd w:val="clear" w:color="auto" w:fill="E8E8E8"/>
          </w:tcPr>
          <w:p>
            <w:pPr>
              <w:spacing w:after="0"/>
              <w:jc w:val="left"/>
            </w:pPr>
            <w:r>
              <w:rPr>
                <w:b/>
                <w:sz w:val="16"/>
              </w:rPr>
              <w:t>Plan</w:t>
            </w:r>
          </w:p>
        </w:tc>
        <w:tc>
          <w:tcPr>
            <w:tcW w:type="dxa" w:w="1311"/>
            <w:shd w:val="clear" w:color="auto" w:fill="E8E8E8"/>
          </w:tcPr>
          <w:p>
            <w:pPr>
              <w:spacing w:after="0"/>
              <w:jc w:val="left"/>
            </w:pPr>
            <w:r>
              <w:rPr>
                <w:b/>
                <w:sz w:val="16"/>
              </w:rPr>
              <w:t>Approved</w:t>
            </w:r>
          </w:p>
        </w:tc>
        <w:tc>
          <w:tcPr>
            <w:tcW w:type="dxa" w:w="1311"/>
            <w:shd w:val="clear" w:color="auto" w:fill="E8E8E8"/>
          </w:tcPr>
          <w:p>
            <w:pPr>
              <w:spacing w:after="0"/>
              <w:jc w:val="left"/>
            </w:pPr>
            <w:r>
              <w:rPr>
                <w:b/>
                <w:sz w:val="16"/>
              </w:rPr>
              <w:t>Expires</w:t>
            </w:r>
          </w:p>
        </w:tc>
        <w:tc>
          <w:tcPr>
            <w:tcW w:type="dxa" w:w="113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37"/>
          </w:tcPr>
          <w:p>
            <w:pPr>
              <w:spacing w:after="0"/>
              <w:jc w:val="left"/>
            </w:pPr>
            <w:r>
              <w:rPr>
                <w:sz w:val="16"/>
              </w:rPr>
              <w:t>Derby town</w:t>
            </w:r>
          </w:p>
        </w:tc>
        <w:tc>
          <w:tcPr>
            <w:tcW w:type="dxa" w:w="819"/>
          </w:tcPr>
          <w:p>
            <w:pPr>
              <w:spacing w:after="0"/>
              <w:jc w:val="left"/>
            </w:pPr>
            <w:r>
              <w:rPr>
                <w:sz w:val="16"/>
              </w:rPr>
              <w:t>Town</w:t>
            </w:r>
          </w:p>
        </w:tc>
        <w:tc>
          <w:tcPr>
            <w:tcW w:type="dxa" w:w="2553"/>
          </w:tcPr>
          <w:p>
            <w:pPr>
              <w:spacing w:after="0"/>
              <w:jc w:val="left"/>
            </w:pPr>
            <w:r>
              <w:rPr>
                <w:sz w:val="16"/>
              </w:rPr>
              <w:t>Expired on 2026-02-18</w:t>
            </w:r>
          </w:p>
        </w:tc>
        <w:tc>
          <w:tcPr>
            <w:tcW w:type="dxa" w:w="5450"/>
          </w:tcPr>
          <w:p>
            <w:pPr>
              <w:spacing w:after="0"/>
              <w:jc w:val="left"/>
            </w:pPr>
            <w:r>
              <w:rPr>
                <w:sz w:val="16"/>
              </w:rPr>
              <w:t>Town of Derby, Village of Derby Line, and Village of Derby Center Multi-Jurisdictional All-Hazards Mitigation Plan Update (FEMA plan 107203)</w:t>
            </w:r>
          </w:p>
        </w:tc>
        <w:tc>
          <w:tcPr>
            <w:tcW w:type="dxa" w:w="1311"/>
          </w:tcPr>
          <w:p>
            <w:pPr>
              <w:spacing w:after="0"/>
              <w:jc w:val="left"/>
            </w:pPr>
            <w:r>
              <w:rPr>
                <w:sz w:val="16"/>
              </w:rPr>
              <w:t>2021-02-19</w:t>
            </w:r>
          </w:p>
        </w:tc>
        <w:tc>
          <w:tcPr>
            <w:tcW w:type="dxa" w:w="1311"/>
          </w:tcPr>
          <w:p>
            <w:pPr>
              <w:spacing w:after="0"/>
              <w:jc w:val="left"/>
            </w:pPr>
            <w:r>
              <w:rPr>
                <w:sz w:val="16"/>
              </w:rPr>
              <w:t>2026-02-18</w:t>
            </w:r>
          </w:p>
        </w:tc>
        <w:tc>
          <w:tcPr>
            <w:tcW w:type="dxa" w:w="1130"/>
          </w:tcPr>
          <w:p>
            <w:pPr>
              <w:spacing w:after="0"/>
              <w:jc w:val="right"/>
            </w:pPr>
            <w:r>
              <w:rPr>
                <w:sz w:val="16"/>
              </w:rPr>
              <w:t>-224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107203 lists 2 other participants: Derby Center village; Derby Line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Orleans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Orleans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Orleans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31"/>
        <w:gridCol w:w="1737"/>
        <w:gridCol w:w="1548"/>
        <w:gridCol w:w="2094"/>
        <w:gridCol w:w="1767"/>
        <w:gridCol w:w="1810"/>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7"/>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94"/>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Where in the county</w:t>
            </w:r>
          </w:p>
        </w:tc>
        <w:tc>
          <w:tcPr>
            <w:tcW w:type="dxa" w:w="1810"/>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31"/>
          </w:tcPr>
          <w:p>
            <w:pPr>
              <w:spacing w:after="0"/>
              <w:jc w:val="right"/>
            </w:pPr>
            <w:r>
              <w:rPr>
                <w:sz w:val="16"/>
              </w:rPr>
              <w:t>26 records, 1997 to 2026 (26 zone-level)</w:t>
            </w:r>
          </w:p>
        </w:tc>
        <w:tc>
          <w:tcPr>
            <w:tcW w:type="dxa" w:w="1737"/>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31"/>
          </w:tcPr>
          <w:p>
            <w:pPr>
              <w:spacing w:after="0"/>
              <w:jc w:val="right"/>
            </w:pPr>
            <w:r>
              <w:rPr>
                <w:sz w:val="16"/>
              </w:rPr>
              <w:t>3 records, 2005 to 2023 (3 zone-level)</w:t>
            </w:r>
          </w:p>
        </w:tc>
        <w:tc>
          <w:tcPr>
            <w:tcW w:type="dxa" w:w="1737"/>
          </w:tcPr>
          <w:p>
            <w:pPr>
              <w:spacing w:after="0"/>
              <w:jc w:val="left"/>
            </w:pPr>
          </w:p>
        </w:tc>
        <w:tc>
          <w:tcPr>
            <w:tcW w:type="dxa" w:w="1548"/>
          </w:tcPr>
          <w:p>
            <w:pPr>
              <w:spacing w:after="0"/>
              <w:jc w:val="left"/>
            </w:pPr>
            <w:r>
              <w:rPr>
                <w:sz w:val="16"/>
              </w:rPr>
              <w:t>Frost/Freeze, 2023-05-18, $100,000 crop damage (2023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31"/>
          </w:tcPr>
          <w:p>
            <w:pPr>
              <w:spacing w:after="0"/>
              <w:jc w:val="right"/>
            </w:pPr>
            <w:r>
              <w:rPr>
                <w:sz w:val="16"/>
              </w:rPr>
              <w:t>51 records, 1964 to 2025</w:t>
            </w:r>
          </w:p>
        </w:tc>
        <w:tc>
          <w:tcPr>
            <w:tcW w:type="dxa" w:w="1737"/>
          </w:tcPr>
          <w:p>
            <w:pPr>
              <w:spacing w:after="0"/>
              <w:jc w:val="left"/>
            </w:pPr>
            <w:r>
              <w:rPr>
                <w:sz w:val="16"/>
              </w:rPr>
              <w:t>0.75 in to 2 in (median 1 in); 49 with a recorded value</w:t>
            </w:r>
          </w:p>
        </w:tc>
        <w:tc>
          <w:tcPr>
            <w:tcW w:type="dxa" w:w="1548"/>
          </w:tcPr>
          <w:p>
            <w:pPr>
              <w:spacing w:after="0"/>
              <w:jc w:val="left"/>
            </w:pPr>
            <w:r>
              <w:rPr>
                <w:sz w:val="16"/>
              </w:rPr>
              <w:t>2 in hail, 1974-07-04</w:t>
            </w:r>
          </w:p>
        </w:tc>
        <w:tc>
          <w:tcPr>
            <w:tcW w:type="dxa" w:w="2094"/>
          </w:tcPr>
          <w:p>
            <w:pPr>
              <w:spacing w:after="0"/>
              <w:jc w:val="left"/>
            </w:pPr>
            <w:r>
              <w:rPr>
                <w:sz w:val="16"/>
              </w:rPr>
              <w:t>Hail, 2007-07-10, $25,000 property; $0 crops (2007 dollars)</w:t>
            </w:r>
          </w:p>
        </w:tc>
        <w:tc>
          <w:tcPr>
            <w:tcW w:type="dxa" w:w="1767"/>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810"/>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31"/>
          </w:tcPr>
          <w:p>
            <w:pPr>
              <w:spacing w:after="0"/>
              <w:jc w:val="right"/>
            </w:pPr>
            <w:r>
              <w:rPr>
                <w:sz w:val="16"/>
              </w:rPr>
              <w:t>4 records, 2006 to 2025 (4 zone-level)</w:t>
            </w:r>
          </w:p>
        </w:tc>
        <w:tc>
          <w:tcPr>
            <w:tcW w:type="dxa" w:w="1737"/>
          </w:tcPr>
          <w:p>
            <w:pPr>
              <w:spacing w:after="0"/>
              <w:jc w:val="left"/>
            </w:pPr>
            <w:r>
              <w:rPr>
                <w:sz w:val="16"/>
              </w:rPr>
              <w:t>1 day to 6 days (median 2 days); 3 with a recorded value</w:t>
            </w:r>
          </w:p>
        </w:tc>
        <w:tc>
          <w:tcPr>
            <w:tcW w:type="dxa" w:w="1548"/>
          </w:tcPr>
          <w:p>
            <w:pPr>
              <w:spacing w:after="0"/>
              <w:jc w:val="left"/>
            </w:pPr>
            <w:r>
              <w:rPr>
                <w:sz w:val="16"/>
              </w:rPr>
              <w:t>6 consecutive days, 2018-07-01 to 2018-07-06, zone-level</w:t>
            </w:r>
          </w:p>
        </w:tc>
        <w:tc>
          <w:tcPr>
            <w:tcW w:type="dxa" w:w="2094"/>
          </w:tcPr>
          <w:p>
            <w:pPr>
              <w:spacing w:after="0"/>
              <w:jc w:val="left"/>
            </w:pPr>
            <w:r>
              <w:rPr>
                <w:sz w:val="16"/>
              </w:rPr>
              <w:t>Heat, 2012-03-17, $0 property; $1,000,000 crops (zone total, 2012 dollars)</w:t>
            </w:r>
          </w:p>
        </w:tc>
        <w:tc>
          <w:tcPr>
            <w:tcW w:type="dxa" w:w="1767"/>
          </w:tcPr>
          <w:p>
            <w:pPr>
              <w:spacing w:after="0"/>
              <w:jc w:val="left"/>
            </w:pPr>
            <w:r>
              <w:rPr>
                <w:sz w:val="16"/>
              </w:rPr>
              <w:t>Countywide (zone-level records).</w:t>
            </w:r>
          </w:p>
        </w:tc>
        <w:tc>
          <w:tcPr>
            <w:tcW w:type="dxa" w:w="1810"/>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31"/>
          </w:tcPr>
          <w:p>
            <w:pPr>
              <w:spacing w:after="0"/>
              <w:jc w:val="right"/>
            </w:pPr>
            <w:r>
              <w:rPr>
                <w:sz w:val="16"/>
              </w:rPr>
              <w:t>2 records, 1998 to 2013 (2 zone-level)</w:t>
            </w:r>
          </w:p>
        </w:tc>
        <w:tc>
          <w:tcPr>
            <w:tcW w:type="dxa" w:w="1737"/>
          </w:tcPr>
          <w:p>
            <w:pPr>
              <w:spacing w:after="0"/>
              <w:jc w:val="left"/>
            </w:pPr>
          </w:p>
        </w:tc>
        <w:tc>
          <w:tcPr>
            <w:tcW w:type="dxa" w:w="1548"/>
          </w:tcPr>
          <w:p>
            <w:pPr>
              <w:spacing w:after="0"/>
              <w:jc w:val="left"/>
            </w:pPr>
            <w:r>
              <w:rPr>
                <w:sz w:val="16"/>
              </w:rPr>
              <w:t>Ice Storm, 2013-12-21, $750,000 property; $0 crops (2013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31"/>
          </w:tcPr>
          <w:p>
            <w:pPr>
              <w:spacing w:after="0"/>
              <w:jc w:val="right"/>
            </w:pPr>
            <w:r>
              <w:rPr>
                <w:sz w:val="16"/>
              </w:rPr>
              <w:t>59 records, 1996 to 2024 (10 zone-level)</w:t>
            </w:r>
          </w:p>
        </w:tc>
        <w:tc>
          <w:tcPr>
            <w:tcW w:type="dxa" w:w="1737"/>
          </w:tcPr>
          <w:p>
            <w:pPr>
              <w:spacing w:after="0"/>
              <w:jc w:val="left"/>
            </w:pPr>
          </w:p>
        </w:tc>
        <w:tc>
          <w:tcPr>
            <w:tcW w:type="dxa" w:w="1548"/>
          </w:tcPr>
          <w:p>
            <w:pPr>
              <w:spacing w:after="0"/>
              <w:jc w:val="left"/>
            </w:pPr>
            <w:r>
              <w:rPr>
                <w:sz w:val="16"/>
              </w:rPr>
              <w:t>Flood, 2011-08-28, $500,000,000 property; $250,000 crops (2011 dollars)</w:t>
            </w:r>
          </w:p>
        </w:tc>
        <w:tc>
          <w:tcPr>
            <w:tcW w:type="dxa" w:w="2094"/>
          </w:tcPr>
          <w:p>
            <w:pPr>
              <w:spacing w:after="0"/>
              <w:jc w:val="left"/>
            </w:pPr>
          </w:p>
        </w:tc>
        <w:tc>
          <w:tcPr>
            <w:tcW w:type="dxa" w:w="1767"/>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31"/>
          </w:tcPr>
          <w:p>
            <w:pPr>
              <w:spacing w:after="0"/>
              <w:jc w:val="right"/>
            </w:pPr>
            <w:r>
              <w:rPr>
                <w:sz w:val="16"/>
              </w:rPr>
              <w:t>9 records, 1996 to 2015</w:t>
            </w:r>
          </w:p>
        </w:tc>
        <w:tc>
          <w:tcPr>
            <w:tcW w:type="dxa" w:w="1737"/>
          </w:tcPr>
          <w:p>
            <w:pPr>
              <w:spacing w:after="0"/>
              <w:jc w:val="left"/>
            </w:pPr>
          </w:p>
        </w:tc>
        <w:tc>
          <w:tcPr>
            <w:tcW w:type="dxa" w:w="1548"/>
          </w:tcPr>
          <w:p>
            <w:pPr>
              <w:spacing w:after="0"/>
              <w:jc w:val="left"/>
            </w:pPr>
            <w:r>
              <w:rPr>
                <w:sz w:val="16"/>
              </w:rPr>
              <w:t>Lightning, 2007-07-11, $250,000 property; $0 crops (2007 dollars)</w:t>
            </w:r>
          </w:p>
        </w:tc>
        <w:tc>
          <w:tcPr>
            <w:tcW w:type="dxa" w:w="2094"/>
          </w:tcPr>
          <w:p>
            <w:pPr>
              <w:spacing w:after="0"/>
              <w:jc w:val="left"/>
            </w:pPr>
          </w:p>
        </w:tc>
        <w:tc>
          <w:tcPr>
            <w:tcW w:type="dxa" w:w="1767"/>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810"/>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31"/>
          </w:tcPr>
          <w:p>
            <w:pPr>
              <w:spacing w:after="0"/>
              <w:jc w:val="right"/>
            </w:pPr>
            <w:r>
              <w:rPr>
                <w:sz w:val="16"/>
              </w:rPr>
              <w:t>43 records, 1996 to 2026 (43 zone-level)</w:t>
            </w:r>
          </w:p>
        </w:tc>
        <w:tc>
          <w:tcPr>
            <w:tcW w:type="dxa" w:w="1737"/>
          </w:tcPr>
          <w:p>
            <w:pPr>
              <w:spacing w:after="0"/>
              <w:jc w:val="left"/>
            </w:pPr>
            <w:r>
              <w:rPr>
                <w:sz w:val="16"/>
              </w:rPr>
              <w:t>35 kt (40 mph) to 55 kt (63 mph) (median 43 kt (49 mph)); 37 with a recorded value</w:t>
            </w:r>
          </w:p>
        </w:tc>
        <w:tc>
          <w:tcPr>
            <w:tcW w:type="dxa" w:w="1548"/>
          </w:tcPr>
          <w:p>
            <w:pPr>
              <w:spacing w:after="0"/>
              <w:jc w:val="left"/>
            </w:pPr>
            <w:r>
              <w:rPr>
                <w:sz w:val="16"/>
              </w:rPr>
              <w:t>55 kt (63 mph) measured gust, High Wind, 2025-12-19; NWS zone VTZ003</w:t>
            </w:r>
          </w:p>
        </w:tc>
        <w:tc>
          <w:tcPr>
            <w:tcW w:type="dxa" w:w="2094"/>
          </w:tcPr>
          <w:p>
            <w:pPr>
              <w:spacing w:after="0"/>
              <w:jc w:val="left"/>
            </w:pPr>
            <w:r>
              <w:rPr>
                <w:sz w:val="16"/>
              </w:rPr>
              <w:t>High Wind, 2017-10-30, $300,000 property; $0 crops (zone total, 2017 dollars)</w:t>
            </w: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31"/>
          </w:tcPr>
          <w:p>
            <w:pPr>
              <w:spacing w:after="0"/>
              <w:jc w:val="right"/>
            </w:pPr>
            <w:r>
              <w:rPr>
                <w:sz w:val="16"/>
              </w:rPr>
              <w:t>136 records, 1958 to 2025</w:t>
            </w:r>
          </w:p>
        </w:tc>
        <w:tc>
          <w:tcPr>
            <w:tcW w:type="dxa" w:w="1737"/>
          </w:tcPr>
          <w:p>
            <w:pPr>
              <w:spacing w:after="0"/>
              <w:jc w:val="left"/>
            </w:pPr>
            <w:r>
              <w:rPr>
                <w:sz w:val="16"/>
              </w:rPr>
              <w:t>45 kt (52 mph) to 65 kt (75 mph) (median 50 kt (58 mph)); 79 with a recorded value</w:t>
            </w:r>
          </w:p>
        </w:tc>
        <w:tc>
          <w:tcPr>
            <w:tcW w:type="dxa" w:w="1548"/>
          </w:tcPr>
          <w:p>
            <w:pPr>
              <w:spacing w:after="0"/>
              <w:jc w:val="left"/>
            </w:pPr>
            <w:r>
              <w:rPr>
                <w:sz w:val="16"/>
              </w:rPr>
              <w:t>65 kt (75 mph) estimated gust, Thunderstorm Wind, 2018-09-03; same speed and measurement basis also recorded on 2014-05-17</w:t>
            </w:r>
          </w:p>
        </w:tc>
        <w:tc>
          <w:tcPr>
            <w:tcW w:type="dxa" w:w="2094"/>
          </w:tcPr>
          <w:p>
            <w:pPr>
              <w:spacing w:after="0"/>
              <w:jc w:val="left"/>
            </w:pPr>
            <w:r>
              <w:rPr>
                <w:sz w:val="16"/>
              </w:rPr>
              <w:t>Thunderstorm Wind, 1994-08-09, $500,000 property; crops not recorded (1994 dollars)</w:t>
            </w:r>
          </w:p>
        </w:tc>
        <w:tc>
          <w:tcPr>
            <w:tcW w:type="dxa" w:w="1767"/>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810"/>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31"/>
          </w:tcPr>
          <w:p>
            <w:pPr>
              <w:spacing w:after="0"/>
              <w:jc w:val="right"/>
            </w:pPr>
            <w:r>
              <w:rPr>
                <w:sz w:val="16"/>
              </w:rPr>
              <w:t>6 records, 1962 to 2012</w:t>
            </w:r>
          </w:p>
        </w:tc>
        <w:tc>
          <w:tcPr>
            <w:tcW w:type="dxa" w:w="1737"/>
          </w:tcPr>
          <w:p>
            <w:pPr>
              <w:spacing w:after="0"/>
              <w:jc w:val="left"/>
            </w:pPr>
            <w:r>
              <w:rPr>
                <w:sz w:val="16"/>
              </w:rPr>
              <w:t>F/EF0 to F/EF1 (median F/EF1); 6 with a recorded value</w:t>
            </w:r>
          </w:p>
        </w:tc>
        <w:tc>
          <w:tcPr>
            <w:tcW w:type="dxa" w:w="1548"/>
          </w:tcPr>
          <w:p>
            <w:pPr>
              <w:spacing w:after="0"/>
              <w:jc w:val="left"/>
            </w:pPr>
            <w:r>
              <w:rPr>
                <w:sz w:val="16"/>
              </w:rPr>
              <w:t>F1 tornado, 1962-05-20, 9.4 mi path length (whole path, pre-1996), 100 yd wide, $25,000 property; crops not recorded (1962 dollars), 1 direct injury</w:t>
            </w:r>
          </w:p>
        </w:tc>
        <w:tc>
          <w:tcPr>
            <w:tcW w:type="dxa" w:w="2094"/>
          </w:tcPr>
          <w:p>
            <w:pPr>
              <w:spacing w:after="0"/>
              <w:jc w:val="left"/>
            </w:pPr>
            <w:r>
              <w:rPr>
                <w:sz w:val="16"/>
              </w:rPr>
              <w:t>Tornado, 1993-09-03, $500,000 property; $50,000 crops (1993 dollars)</w:t>
            </w:r>
          </w:p>
        </w:tc>
        <w:tc>
          <w:tcPr>
            <w:tcW w:type="dxa" w:w="1767"/>
          </w:tcPr>
          <w:p>
            <w:pPr>
              <w:spacing w:after="0"/>
              <w:jc w:val="left"/>
            </w:pPr>
            <w:r>
              <w:rPr>
                <w:sz w:val="16"/>
              </w:rPr>
              <w:t>Event records naming places in the county: Albany town (1 record), Craftsbury town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31"/>
          </w:tcPr>
          <w:p>
            <w:pPr>
              <w:spacing w:after="0"/>
              <w:jc w:val="right"/>
            </w:pPr>
            <w:r>
              <w:rPr>
                <w:sz w:val="16"/>
              </w:rPr>
              <w:t>312 records, 1996 to 2026 (312 zone-level)</w:t>
            </w:r>
          </w:p>
        </w:tc>
        <w:tc>
          <w:tcPr>
            <w:tcW w:type="dxa" w:w="1737"/>
          </w:tcPr>
          <w:p>
            <w:pPr>
              <w:spacing w:after="0"/>
              <w:jc w:val="left"/>
            </w:pPr>
          </w:p>
        </w:tc>
        <w:tc>
          <w:tcPr>
            <w:tcW w:type="dxa" w:w="1548"/>
          </w:tcPr>
          <w:p>
            <w:pPr>
              <w:spacing w:after="0"/>
              <w:jc w:val="left"/>
            </w:pPr>
            <w:r>
              <w:rPr>
                <w:sz w:val="16"/>
              </w:rPr>
              <w:t>Heavy Snow, 2007-02-14, $200,000 property; $0 crops (2007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Orleans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9"/>
        <w:gridCol w:w="2030"/>
        <w:gridCol w:w="1938"/>
        <w:gridCol w:w="2298"/>
        <w:gridCol w:w="260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9"/>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Title</w:t>
            </w:r>
          </w:p>
        </w:tc>
        <w:tc>
          <w:tcPr>
            <w:tcW w:type="dxa" w:w="1938"/>
            <w:shd w:val="clear" w:color="auto" w:fill="E8E8E8"/>
          </w:tcPr>
          <w:p>
            <w:pPr>
              <w:spacing w:after="0"/>
              <w:jc w:val="left"/>
            </w:pPr>
            <w:r>
              <w:rPr>
                <w:b/>
                <w:sz w:val="16"/>
              </w:rPr>
              <w:t>Mapped hazard</w:t>
            </w:r>
          </w:p>
        </w:tc>
        <w:tc>
          <w:tcPr>
            <w:tcW w:type="dxa" w:w="2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0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249"/>
          </w:tcPr>
          <w:p>
            <w:pPr>
              <w:spacing w:after="0"/>
              <w:jc w:val="left"/>
            </w:pPr>
            <w:r>
              <w:rPr>
                <w:sz w:val="16"/>
              </w:rPr>
              <w:t>Major disaster</w:t>
            </w:r>
          </w:p>
        </w:tc>
        <w:tc>
          <w:tcPr>
            <w:tcW w:type="dxa" w:w="2030"/>
          </w:tcPr>
          <w:p>
            <w:pPr>
              <w:spacing w:after="0"/>
              <w:jc w:val="left"/>
            </w:pPr>
            <w:r>
              <w:rPr>
                <w:sz w:val="16"/>
              </w:rPr>
              <w:t>Severe Storms, Flooding, Landslides, and Mudslides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$826,445.12</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249"/>
          </w:tcPr>
          <w:p>
            <w:pPr>
              <w:spacing w:after="0"/>
              <w:jc w:val="left"/>
            </w:pPr>
            <w:r>
              <w:rPr>
                <w:sz w:val="16"/>
              </w:rPr>
              <w:t>Major disaster</w:t>
            </w:r>
          </w:p>
        </w:tc>
        <w:tc>
          <w:tcPr>
            <w:tcW w:type="dxa" w:w="2030"/>
          </w:tcPr>
          <w:p>
            <w:pPr>
              <w:spacing w:after="0"/>
              <w:jc w:val="left"/>
            </w:pPr>
            <w:r>
              <w:rPr>
                <w:sz w:val="16"/>
              </w:rPr>
              <w:t>Severe Storm, Flooding, Landslides, and Mudslides</w:t>
            </w:r>
          </w:p>
        </w:tc>
        <w:tc>
          <w:tcPr>
            <w:tcW w:type="dxa" w:w="1938"/>
          </w:tcPr>
          <w:p>
            <w:pPr>
              <w:spacing w:after="0"/>
              <w:jc w:val="left"/>
            </w:pPr>
            <w:r>
              <w:rPr>
                <w:sz w:val="16"/>
              </w:rPr>
              <w:t>Inland Flooding; Landslide</w:t>
            </w:r>
          </w:p>
        </w:tc>
        <w:tc>
          <w:tcPr>
            <w:tcW w:type="dxa" w:w="2298"/>
          </w:tcPr>
          <w:p>
            <w:pPr>
              <w:spacing w:after="0"/>
              <w:jc w:val="right"/>
            </w:pPr>
            <w:r>
              <w:rPr>
                <w:sz w:val="16"/>
              </w:rPr>
              <w:t>$3,944,267.51</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249"/>
          </w:tcPr>
          <w:p>
            <w:pPr>
              <w:spacing w:after="0"/>
              <w:jc w:val="left"/>
            </w:pPr>
            <w:r>
              <w:rPr>
                <w:sz w:val="16"/>
              </w:rPr>
              <w:t>Emergency</w:t>
            </w:r>
          </w:p>
        </w:tc>
        <w:tc>
          <w:tcPr>
            <w:tcW w:type="dxa" w:w="2030"/>
          </w:tcPr>
          <w:p>
            <w:pPr>
              <w:spacing w:after="0"/>
              <w:jc w:val="left"/>
            </w:pPr>
            <w:r>
              <w:rPr>
                <w:sz w:val="16"/>
              </w:rPr>
              <w:t>Tropical Depression Debby</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249"/>
          </w:tcPr>
          <w:p>
            <w:pPr>
              <w:spacing w:after="0"/>
              <w:jc w:val="left"/>
            </w:pPr>
            <w:r>
              <w:rPr>
                <w:sz w:val="16"/>
              </w:rPr>
              <w:t>Major disaster</w:t>
            </w:r>
          </w:p>
        </w:tc>
        <w:tc>
          <w:tcPr>
            <w:tcW w:type="dxa" w:w="2030"/>
          </w:tcPr>
          <w:p>
            <w:pPr>
              <w:spacing w:after="0"/>
              <w:jc w:val="left"/>
            </w:pPr>
            <w:r>
              <w:rPr>
                <w:sz w:val="16"/>
              </w:rPr>
              <w:t>Severe Winter Storm</w:t>
            </w:r>
          </w:p>
        </w:tc>
        <w:tc>
          <w:tcPr>
            <w:tcW w:type="dxa" w:w="1938"/>
          </w:tcPr>
          <w:p>
            <w:pPr>
              <w:spacing w:after="0"/>
              <w:jc w:val="left"/>
            </w:pPr>
            <w:r>
              <w:rPr>
                <w:sz w:val="16"/>
              </w:rPr>
              <w:t>Winter Weather</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$183,656.60</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249"/>
          </w:tcPr>
          <w:p>
            <w:pPr>
              <w:spacing w:after="0"/>
              <w:jc w:val="left"/>
            </w:pPr>
            <w:r>
              <w:rPr>
                <w:sz w:val="16"/>
              </w:rPr>
              <w:t>Major disaster</w:t>
            </w:r>
          </w:p>
        </w:tc>
        <w:tc>
          <w:tcPr>
            <w:tcW w:type="dxa" w:w="2030"/>
          </w:tcPr>
          <w:p>
            <w:pPr>
              <w:spacing w:after="0"/>
              <w:jc w:val="left"/>
            </w:pPr>
            <w:r>
              <w:rPr>
                <w:sz w:val="16"/>
              </w:rPr>
              <w:t>Severe Storms, Flooding, Landslides, and Mudslides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$12,375,975.14</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249"/>
          </w:tcPr>
          <w:p>
            <w:pPr>
              <w:spacing w:after="0"/>
              <w:jc w:val="left"/>
            </w:pPr>
            <w:r>
              <w:rPr>
                <w:sz w:val="16"/>
              </w:rPr>
              <w:t>Emergency</w:t>
            </w:r>
          </w:p>
        </w:tc>
        <w:tc>
          <w:tcPr>
            <w:tcW w:type="dxa" w:w="2030"/>
          </w:tcPr>
          <w:p>
            <w:pPr>
              <w:spacing w:after="0"/>
              <w:jc w:val="left"/>
            </w:pPr>
            <w:r>
              <w:rPr>
                <w:sz w:val="16"/>
              </w:rPr>
              <w:t>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$30,028.07</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249"/>
          </w:tcPr>
          <w:p>
            <w:pPr>
              <w:spacing w:after="0"/>
              <w:jc w:val="left"/>
            </w:pPr>
            <w:r>
              <w:rPr>
                <w:sz w:val="16"/>
              </w:rPr>
              <w:t>Emergency</w:t>
            </w:r>
          </w:p>
        </w:tc>
        <w:tc>
          <w:tcPr>
            <w:tcW w:type="dxa" w:w="2030"/>
          </w:tcPr>
          <w:p>
            <w:pPr>
              <w:spacing w:after="0"/>
              <w:jc w:val="left"/>
            </w:pPr>
            <w:r>
              <w:rPr>
                <w:sz w:val="16"/>
              </w:rPr>
              <w:t>Tropical Storm Henri</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249"/>
          </w:tcPr>
          <w:p>
            <w:pPr>
              <w:spacing w:after="0"/>
              <w:jc w:val="left"/>
            </w:pPr>
            <w:r>
              <w:rPr>
                <w:sz w:val="16"/>
              </w:rPr>
              <w:t>Major disaster</w:t>
            </w:r>
          </w:p>
        </w:tc>
        <w:tc>
          <w:tcPr>
            <w:tcW w:type="dxa" w:w="2030"/>
          </w:tcPr>
          <w:p>
            <w:pPr>
              <w:spacing w:after="0"/>
              <w:jc w:val="left"/>
            </w:pPr>
            <w:r>
              <w:rPr>
                <w:sz w:val="16"/>
              </w:rPr>
              <w:t>COVID-19 Pandemic</w:t>
            </w:r>
          </w:p>
        </w:tc>
        <w:tc>
          <w:tcPr>
            <w:tcW w:type="dxa" w:w="1938"/>
          </w:tcPr>
          <w:p>
            <w:pPr>
              <w:spacing w:after="0"/>
              <w:jc w:val="left"/>
            </w:pPr>
            <w:r>
              <w:rPr>
                <w:sz w:val="16"/>
              </w:rPr>
              <w:t>Non-natural, not counted</w:t>
            </w:r>
          </w:p>
        </w:tc>
        <w:tc>
          <w:tcPr>
            <w:tcW w:type="dxa" w:w="2298"/>
          </w:tcPr>
          <w:p>
            <w:pPr>
              <w:spacing w:after="0"/>
              <w:jc w:val="right"/>
            </w:pPr>
            <w:r>
              <w:rPr>
                <w:sz w:val="16"/>
              </w:rPr>
              <w:t>$8,296.97</w:t>
            </w:r>
          </w:p>
        </w:tc>
        <w:tc>
          <w:tcPr>
            <w:tcW w:type="dxa" w:w="260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249"/>
          </w:tcPr>
          <w:p>
            <w:pPr>
              <w:spacing w:after="0"/>
              <w:jc w:val="left"/>
            </w:pPr>
            <w:r>
              <w:rPr>
                <w:sz w:val="16"/>
              </w:rPr>
              <w:t>Emergency</w:t>
            </w:r>
          </w:p>
        </w:tc>
        <w:tc>
          <w:tcPr>
            <w:tcW w:type="dxa" w:w="2030"/>
          </w:tcPr>
          <w:p>
            <w:pPr>
              <w:spacing w:after="0"/>
              <w:jc w:val="left"/>
            </w:pPr>
            <w:r>
              <w:rPr>
                <w:sz w:val="16"/>
              </w:rPr>
              <w:t>COVID-19</w:t>
            </w:r>
          </w:p>
        </w:tc>
        <w:tc>
          <w:tcPr>
            <w:tcW w:type="dxa" w:w="1938"/>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2605"/>
          </w:tcPr>
          <w:p>
            <w:pPr>
              <w:spacing w:after="0"/>
              <w:jc w:val="left"/>
            </w:pPr>
            <w:r>
              <w:rPr>
                <w:sz w:val="16"/>
              </w:rPr>
              <w:t>in the 12 months before plan approval</w:t>
            </w:r>
          </w:p>
        </w:tc>
        <w:tc>
          <w:tcPr>
            <w:tcW w:type="dxa" w:w="88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$1,724,554.91</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$3,465.90</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249"/>
          </w:tcPr>
          <w:p>
            <w:pPr>
              <w:spacing w:after="0"/>
              <w:jc w:val="left"/>
            </w:pPr>
            <w:r>
              <w:rPr>
                <w:sz w:val="16"/>
              </w:rPr>
              <w:t>Major disaster</w:t>
            </w:r>
          </w:p>
        </w:tc>
        <w:tc>
          <w:tcPr>
            <w:tcW w:type="dxa" w:w="2030"/>
          </w:tcPr>
          <w:p>
            <w:pPr>
              <w:spacing w:after="0"/>
              <w:jc w:val="left"/>
            </w:pPr>
            <w:r>
              <w:rPr>
                <w:sz w:val="16"/>
              </w:rPr>
              <w:t>Severe Winter Storm</w:t>
            </w:r>
          </w:p>
        </w:tc>
        <w:tc>
          <w:tcPr>
            <w:tcW w:type="dxa" w:w="1938"/>
          </w:tcPr>
          <w:p>
            <w:pPr>
              <w:spacing w:after="0"/>
              <w:jc w:val="left"/>
            </w:pPr>
            <w:r>
              <w:rPr>
                <w:sz w:val="16"/>
              </w:rPr>
              <w:t>Winter Weather</w:t>
            </w:r>
          </w:p>
        </w:tc>
        <w:tc>
          <w:tcPr>
            <w:tcW w:type="dxa" w:w="2298"/>
          </w:tcPr>
          <w:p>
            <w:pPr>
              <w:spacing w:after="0"/>
              <w:jc w:val="right"/>
            </w:pPr>
            <w:r>
              <w:rPr>
                <w:sz w:val="16"/>
              </w:rPr>
              <w:t>$25,155.79</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$104,766.27</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249"/>
          </w:tcPr>
          <w:p>
            <w:pPr>
              <w:spacing w:after="0"/>
              <w:jc w:val="left"/>
            </w:pPr>
            <w:r>
              <w:rPr>
                <w:sz w:val="16"/>
              </w:rPr>
              <w:t>Major disaster</w:t>
            </w:r>
          </w:p>
        </w:tc>
        <w:tc>
          <w:tcPr>
            <w:tcW w:type="dxa" w:w="2030"/>
          </w:tcPr>
          <w:p>
            <w:pPr>
              <w:spacing w:after="0"/>
              <w:jc w:val="left"/>
            </w:pPr>
            <w:r>
              <w:rPr>
                <w:sz w:val="16"/>
              </w:rPr>
              <w:t>Severe Winter Storms</w:t>
            </w:r>
          </w:p>
        </w:tc>
        <w:tc>
          <w:tcPr>
            <w:tcW w:type="dxa" w:w="1938"/>
          </w:tcPr>
          <w:p>
            <w:pPr>
              <w:spacing w:after="0"/>
              <w:jc w:val="left"/>
            </w:pPr>
            <w:r>
              <w:rPr>
                <w:sz w:val="16"/>
              </w:rPr>
              <w:t>Ice Storm</w:t>
            </w:r>
          </w:p>
        </w:tc>
        <w:tc>
          <w:tcPr>
            <w:tcW w:type="dxa" w:w="2298"/>
          </w:tcPr>
          <w:p>
            <w:pPr>
              <w:spacing w:after="0"/>
              <w:jc w:val="right"/>
            </w:pPr>
            <w:r>
              <w:rPr>
                <w:sz w:val="16"/>
              </w:rPr>
              <w:t>$159,765.18</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$118,956.26</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249"/>
          </w:tcPr>
          <w:p>
            <w:pPr>
              <w:spacing w:after="0"/>
              <w:jc w:val="left"/>
            </w:pPr>
            <w:r>
              <w:rPr>
                <w:sz w:val="16"/>
              </w:rPr>
              <w:t>Major disaster</w:t>
            </w:r>
          </w:p>
        </w:tc>
        <w:tc>
          <w:tcPr>
            <w:tcW w:type="dxa" w:w="2030"/>
          </w:tcPr>
          <w:p>
            <w:pPr>
              <w:spacing w:after="0"/>
              <w:jc w:val="left"/>
            </w:pPr>
            <w:r>
              <w:rPr>
                <w:sz w:val="16"/>
              </w:rPr>
              <w:t>Severe Storm, Tornado, and Flooding</w:t>
            </w:r>
          </w:p>
        </w:tc>
        <w:tc>
          <w:tcPr>
            <w:tcW w:type="dxa" w:w="1938"/>
          </w:tcPr>
          <w:p>
            <w:pPr>
              <w:spacing w:after="0"/>
              <w:jc w:val="left"/>
            </w:pPr>
            <w:r>
              <w:rPr>
                <w:sz w:val="16"/>
              </w:rPr>
              <w:t>Inland Flooding; Tornado</w:t>
            </w:r>
          </w:p>
        </w:tc>
        <w:tc>
          <w:tcPr>
            <w:tcW w:type="dxa" w:w="2298"/>
          </w:tcPr>
          <w:p>
            <w:pPr>
              <w:spacing w:after="0"/>
              <w:jc w:val="right"/>
            </w:pPr>
            <w:r>
              <w:rPr>
                <w:sz w:val="16"/>
              </w:rPr>
              <w:t>$602,890.87</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249"/>
          </w:tcPr>
          <w:p>
            <w:pPr>
              <w:spacing w:after="0"/>
              <w:jc w:val="left"/>
            </w:pPr>
            <w:r>
              <w:rPr>
                <w:sz w:val="16"/>
              </w:rPr>
              <w:t>Major disaster</w:t>
            </w:r>
          </w:p>
        </w:tc>
        <w:tc>
          <w:tcPr>
            <w:tcW w:type="dxa" w:w="2030"/>
          </w:tcPr>
          <w:p>
            <w:pPr>
              <w:spacing w:after="0"/>
              <w:jc w:val="left"/>
            </w:pPr>
            <w:r>
              <w:rPr>
                <w:sz w:val="16"/>
              </w:rPr>
              <w:t>Tropical Storm Irene</w:t>
            </w:r>
          </w:p>
        </w:tc>
        <w:tc>
          <w:tcPr>
            <w:tcW w:type="dxa" w:w="1938"/>
          </w:tcPr>
          <w:p>
            <w:pPr>
              <w:spacing w:after="0"/>
              <w:jc w:val="left"/>
            </w:pPr>
            <w:r>
              <w:rPr>
                <w:sz w:val="16"/>
              </w:rPr>
              <w:t>Hurricane</w:t>
            </w:r>
          </w:p>
        </w:tc>
        <w:tc>
          <w:tcPr>
            <w:tcW w:type="dxa" w:w="2298"/>
          </w:tcPr>
          <w:p>
            <w:pPr>
              <w:spacing w:after="0"/>
              <w:jc w:val="right"/>
            </w:pPr>
            <w:r>
              <w:rPr>
                <w:sz w:val="16"/>
              </w:rPr>
              <w:t>$2,471,731.57</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249"/>
          </w:tcPr>
          <w:p>
            <w:pPr>
              <w:spacing w:after="0"/>
              <w:jc w:val="left"/>
            </w:pPr>
            <w:r>
              <w:rPr>
                <w:sz w:val="16"/>
              </w:rPr>
              <w:t>Emergency</w:t>
            </w:r>
          </w:p>
        </w:tc>
        <w:tc>
          <w:tcPr>
            <w:tcW w:type="dxa" w:w="2030"/>
          </w:tcPr>
          <w:p>
            <w:pPr>
              <w:spacing w:after="0"/>
              <w:jc w:val="left"/>
            </w:pPr>
            <w:r>
              <w:rPr>
                <w:sz w:val="16"/>
              </w:rPr>
              <w:t>Hurricane Irene</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$1,111,247.93</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$295,839.15</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$263,095.90</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$488,997.69</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249"/>
          </w:tcPr>
          <w:p>
            <w:pPr>
              <w:spacing w:after="0"/>
              <w:jc w:val="left"/>
            </w:pPr>
            <w:r>
              <w:rPr>
                <w:sz w:val="16"/>
              </w:rPr>
              <w:t>Emergency</w:t>
            </w:r>
          </w:p>
        </w:tc>
        <w:tc>
          <w:tcPr>
            <w:tcW w:type="dxa" w:w="2030"/>
          </w:tcPr>
          <w:p>
            <w:pPr>
              <w:spacing w:after="0"/>
              <w:jc w:val="left"/>
            </w:pPr>
            <w:r>
              <w:rPr>
                <w:sz w:val="16"/>
              </w:rPr>
              <w:t>Snow</w:t>
            </w:r>
          </w:p>
        </w:tc>
        <w:tc>
          <w:tcPr>
            <w:tcW w:type="dxa" w:w="1938"/>
          </w:tcPr>
          <w:p>
            <w:pPr>
              <w:spacing w:after="0"/>
              <w:jc w:val="left"/>
            </w:pPr>
            <w:r>
              <w:rPr>
                <w:sz w:val="16"/>
              </w:rPr>
              <w:t>Winter Weather</w:t>
            </w:r>
          </w:p>
        </w:tc>
        <w:tc>
          <w:tcPr>
            <w:tcW w:type="dxa" w:w="2298"/>
          </w:tcPr>
          <w:p>
            <w:pPr>
              <w:spacing w:after="0"/>
              <w:jc w:val="right"/>
            </w:pPr>
            <w:r>
              <w:rPr>
                <w:sz w:val="16"/>
              </w:rPr>
              <w:t>$57,860.41</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249"/>
          </w:tcPr>
          <w:p>
            <w:pPr>
              <w:spacing w:after="0"/>
              <w:jc w:val="left"/>
            </w:pPr>
            <w:r>
              <w:rPr>
                <w:sz w:val="16"/>
              </w:rPr>
              <w:t>Major disaster</w:t>
            </w:r>
          </w:p>
        </w:tc>
        <w:tc>
          <w:tcPr>
            <w:tcW w:type="dxa" w:w="2030"/>
          </w:tcPr>
          <w:p>
            <w:pPr>
              <w:spacing w:after="0"/>
              <w:jc w:val="left"/>
            </w:pPr>
            <w:r>
              <w:rPr>
                <w:sz w:val="16"/>
              </w:rPr>
              <w:t>Tropical Storm Floyd</w:t>
            </w:r>
          </w:p>
        </w:tc>
        <w:tc>
          <w:tcPr>
            <w:tcW w:type="dxa" w:w="1938"/>
          </w:tcPr>
          <w:p>
            <w:pPr>
              <w:spacing w:after="0"/>
              <w:jc w:val="left"/>
            </w:pPr>
            <w:r>
              <w:rPr>
                <w:sz w:val="16"/>
              </w:rPr>
              <w:t>Hurricane; Inland Flooding</w:t>
            </w:r>
          </w:p>
        </w:tc>
        <w:tc>
          <w:tcPr>
            <w:tcW w:type="dxa" w:w="2298"/>
          </w:tcPr>
          <w:p>
            <w:pPr>
              <w:spacing w:after="0"/>
              <w:jc w:val="right"/>
            </w:pPr>
            <w:r>
              <w:rPr>
                <w:sz w:val="16"/>
              </w:rPr>
              <w:t>$21,094.70</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249"/>
          </w:tcPr>
          <w:p>
            <w:pPr>
              <w:spacing w:after="0"/>
              <w:jc w:val="left"/>
            </w:pPr>
            <w:r>
              <w:rPr>
                <w:sz w:val="16"/>
              </w:rPr>
              <w:t>Major disaster</w:t>
            </w:r>
          </w:p>
        </w:tc>
        <w:tc>
          <w:tcPr>
            <w:tcW w:type="dxa" w:w="2030"/>
          </w:tcPr>
          <w:p>
            <w:pPr>
              <w:spacing w:after="0"/>
              <w:jc w:val="left"/>
            </w:pPr>
            <w:r>
              <w:rPr>
                <w:sz w:val="16"/>
              </w:rPr>
              <w:t>Excessive Rainfall, High Winds, and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249"/>
          </w:tcPr>
          <w:p>
            <w:pPr>
              <w:spacing w:after="0"/>
              <w:jc w:val="left"/>
            </w:pPr>
            <w:r>
              <w:rPr>
                <w:sz w:val="16"/>
              </w:rPr>
              <w:t>Major disaster</w:t>
            </w:r>
          </w:p>
        </w:tc>
        <w:tc>
          <w:tcPr>
            <w:tcW w:type="dxa" w:w="2030"/>
          </w:tcPr>
          <w:p>
            <w:pPr>
              <w:spacing w:after="0"/>
              <w:jc w:val="left"/>
            </w:pPr>
            <w:r>
              <w:rPr>
                <w:sz w:val="16"/>
              </w:rPr>
              <w:t>Ice Jams and Flooding</w:t>
            </w:r>
          </w:p>
        </w:tc>
        <w:tc>
          <w:tcPr>
            <w:tcW w:type="dxa" w:w="1938"/>
          </w:tcPr>
          <w:p>
            <w:pPr>
              <w:spacing w:after="0"/>
              <w:jc w:val="left"/>
            </w:pPr>
            <w:r>
              <w:rPr>
                <w:sz w:val="16"/>
              </w:rPr>
              <w:t>Inland Flooding (primary); also designated: Winter Weather</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249"/>
          </w:tcPr>
          <w:p>
            <w:pPr>
              <w:spacing w:after="0"/>
              <w:jc w:val="left"/>
            </w:pPr>
            <w:r>
              <w:rPr>
                <w:sz w:val="16"/>
              </w:rPr>
              <w:t>Major disaster</w:t>
            </w:r>
          </w:p>
        </w:tc>
        <w:tc>
          <w:tcPr>
            <w:tcW w:type="dxa" w:w="2030"/>
          </w:tcPr>
          <w:p>
            <w:pPr>
              <w:spacing w:after="0"/>
              <w:jc w:val="left"/>
            </w:pPr>
            <w:r>
              <w:rPr>
                <w:sz w:val="16"/>
              </w:rPr>
              <w:t>Excessive Rainfall,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249"/>
          </w:tcPr>
          <w:p>
            <w:pPr>
              <w:spacing w:after="0"/>
              <w:jc w:val="left"/>
            </w:pPr>
            <w:r>
              <w:rPr>
                <w:sz w:val="16"/>
              </w:rPr>
              <w:t>Major disaster</w:t>
            </w:r>
          </w:p>
        </w:tc>
        <w:tc>
          <w:tcPr>
            <w:tcW w:type="dxa" w:w="2030"/>
          </w:tcPr>
          <w:p>
            <w:pPr>
              <w:spacing w:after="0"/>
              <w:jc w:val="left"/>
            </w:pPr>
            <w:r>
              <w:rPr>
                <w:sz w:val="16"/>
              </w:rPr>
              <w:t>Severe Storms, High Winds &amp; Flooding</w:t>
            </w:r>
          </w:p>
        </w:tc>
        <w:tc>
          <w:tcPr>
            <w:tcW w:type="dxa" w:w="1938"/>
          </w:tcPr>
          <w:p>
            <w:pPr>
              <w:spacing w:after="0"/>
              <w:jc w:val="left"/>
            </w:pPr>
            <w:r>
              <w:rPr>
                <w:sz w:val="16"/>
              </w:rPr>
              <w:t>Inland Flooding (primary); also designated: Strong Wind</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249"/>
          </w:tcPr>
          <w:p>
            <w:pPr>
              <w:spacing w:after="0"/>
              <w:jc w:val="left"/>
            </w:pPr>
            <w:r>
              <w:rPr>
                <w:sz w:val="16"/>
              </w:rPr>
              <w:t>Major disaster</w:t>
            </w:r>
          </w:p>
        </w:tc>
        <w:tc>
          <w:tcPr>
            <w:tcW w:type="dxa" w:w="2030"/>
          </w:tcPr>
          <w:p>
            <w:pPr>
              <w:spacing w:after="0"/>
              <w:jc w:val="left"/>
            </w:pPr>
            <w:r>
              <w:rPr>
                <w:sz w:val="16"/>
              </w:rPr>
              <w:t>Severe Storms, Flooding, &amp; Landslides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r>
              <w:rPr>
                <w:sz w:val="16"/>
              </w:rPr>
              <w:t>15</w:t>
            </w:r>
          </w:p>
        </w:tc>
        <w:tc>
          <w:tcPr>
            <w:tcW w:type="dxa" w:w="2116"/>
          </w:tcPr>
          <w:p>
            <w:pPr>
              <w:spacing w:after="0"/>
              <w:jc w:val="right"/>
            </w:pPr>
            <w:r>
              <w:rPr>
                <w:sz w:val="16"/>
              </w:rPr>
              <w:t>4</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r>
              <w:rPr>
                <w:sz w:val="16"/>
              </w:rPr>
              <w:t>47</w:t>
            </w:r>
          </w:p>
        </w:tc>
        <w:tc>
          <w:tcPr>
            <w:tcW w:type="dxa" w:w="2116"/>
          </w:tcPr>
          <w:p>
            <w:pPr>
              <w:spacing w:after="0"/>
              <w:jc w:val="right"/>
            </w:pPr>
            <w:r>
              <w:rPr>
                <w:sz w:val="16"/>
              </w:rPr>
              <w:t>6</w:t>
            </w: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1517"/>
        <w:gridCol w:w="3125"/>
        <w:gridCol w:w="933"/>
        <w:gridCol w:w="2294"/>
        <w:gridCol w:w="1052"/>
        <w:gridCol w:w="2799"/>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1517"/>
            <w:shd w:val="clear" w:color="auto" w:fill="E8E8E8"/>
          </w:tcPr>
          <w:p>
            <w:pPr>
              <w:spacing w:after="0"/>
              <w:jc w:val="left"/>
            </w:pPr>
            <w:r>
              <w:rPr>
                <w:b/>
                <w:sz w:val="16"/>
              </w:rPr>
              <w:t>Magnitude or extent</w:t>
            </w:r>
          </w:p>
        </w:tc>
        <w:tc>
          <w:tcPr>
            <w:tcW w:type="dxa" w:w="312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4"/>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55"/>
          </w:tcPr>
          <w:p>
            <w:pPr>
              <w:spacing w:after="0"/>
              <w:jc w:val="left"/>
            </w:pPr>
            <w:r>
              <w:rPr>
                <w:sz w:val="16"/>
              </w:rPr>
              <w:t>High Wind</w:t>
            </w:r>
          </w:p>
        </w:tc>
        <w:tc>
          <w:tcPr>
            <w:tcW w:type="dxa" w:w="1517"/>
          </w:tcPr>
          <w:p>
            <w:pPr>
              <w:spacing w:after="0"/>
              <w:jc w:val="left"/>
            </w:pPr>
            <w:r>
              <w:rPr>
                <w:sz w:val="16"/>
              </w:rPr>
              <w:t>55 kt (63 mph) measured gust</w:t>
            </w:r>
          </w:p>
        </w:tc>
        <w:tc>
          <w:tcPr>
            <w:tcW w:type="dxa" w:w="3125"/>
          </w:tcPr>
          <w:p>
            <w:pPr>
              <w:spacing w:after="0"/>
              <w:jc w:val="left"/>
            </w:pPr>
            <w:r>
              <w:rPr>
                <w:sz w:val="16"/>
              </w:rPr>
              <w:t>$10,000 property; $0 crops (zone total, 2025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r>
              <w:rPr>
                <w:sz w:val="16"/>
              </w:rPr>
              <w:t>new since last plan; within last 5 years</w:t>
            </w:r>
          </w:p>
        </w:tc>
        <w:tc>
          <w:tcPr>
            <w:tcW w:type="dxa" w:w="2799"/>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355"/>
          </w:tcPr>
          <w:p>
            <w:pPr>
              <w:spacing w:after="0"/>
              <w:jc w:val="left"/>
            </w:pPr>
            <w:r>
              <w:rPr>
                <w:sz w:val="16"/>
              </w:rPr>
              <w:t>Frost/Freeze</w:t>
            </w:r>
          </w:p>
        </w:tc>
        <w:tc>
          <w:tcPr>
            <w:tcW w:type="dxa" w:w="1517"/>
          </w:tcPr>
          <w:p>
            <w:pPr>
              <w:spacing w:after="0"/>
              <w:jc w:val="left"/>
            </w:pPr>
          </w:p>
        </w:tc>
        <w:tc>
          <w:tcPr>
            <w:tcW w:type="dxa" w:w="3125"/>
          </w:tcPr>
          <w:p>
            <w:pPr>
              <w:spacing w:after="0"/>
              <w:jc w:val="left"/>
            </w:pPr>
            <w:r>
              <w:rPr>
                <w:sz w:val="16"/>
              </w:rPr>
              <w:t>$0 property; $100,000 crops (zone total, 2023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r>
              <w:rPr>
                <w:sz w:val="16"/>
              </w:rPr>
              <w:t>new since last plan; within last 5 years</w:t>
            </w:r>
          </w:p>
        </w:tc>
        <w:tc>
          <w:tcPr>
            <w:tcW w:type="dxa" w:w="2799"/>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355"/>
          </w:tcPr>
          <w:p>
            <w:pPr>
              <w:spacing w:after="0"/>
              <w:jc w:val="left"/>
            </w:pPr>
            <w:r>
              <w:rPr>
                <w:sz w:val="16"/>
              </w:rPr>
              <w:t>Thunderstorm Wind</w:t>
            </w:r>
          </w:p>
        </w:tc>
        <w:tc>
          <w:tcPr>
            <w:tcW w:type="dxa" w:w="1517"/>
          </w:tcPr>
          <w:p>
            <w:pPr>
              <w:spacing w:after="0"/>
              <w:jc w:val="left"/>
            </w:pPr>
            <w:r>
              <w:rPr>
                <w:sz w:val="16"/>
              </w:rPr>
              <w:t>65 kt (75 mph) estimated gust</w:t>
            </w:r>
          </w:p>
        </w:tc>
        <w:tc>
          <w:tcPr>
            <w:tcW w:type="dxa" w:w="3125"/>
          </w:tcPr>
          <w:p>
            <w:pPr>
              <w:spacing w:after="0"/>
              <w:jc w:val="left"/>
            </w:pPr>
            <w:r>
              <w:rPr>
                <w:sz w:val="16"/>
              </w:rPr>
              <w:t>$25,000 property; $0 crops (2018 dollars)</w:t>
            </w:r>
          </w:p>
        </w:tc>
        <w:tc>
          <w:tcPr>
            <w:tcW w:type="dxa" w:w="933"/>
          </w:tcPr>
          <w:p>
            <w:pPr>
              <w:spacing w:after="0"/>
              <w:jc w:val="right"/>
            </w:pPr>
            <w:r>
              <w:rPr>
                <w:sz w:val="16"/>
              </w:rPr>
              <w:t>0, 0</w:t>
            </w:r>
          </w:p>
        </w:tc>
        <w:tc>
          <w:tcPr>
            <w:tcW w:type="dxa" w:w="2294"/>
          </w:tcPr>
          <w:p>
            <w:pPr>
              <w:spacing w:after="0"/>
              <w:jc w:val="left"/>
            </w:pPr>
            <w:r>
              <w:rPr>
                <w:sz w:val="16"/>
              </w:rPr>
              <w:t>IRASBURG</w:t>
            </w:r>
          </w:p>
        </w:tc>
        <w:tc>
          <w:tcPr>
            <w:tcW w:type="dxa" w:w="1052"/>
          </w:tcPr>
          <w:p>
            <w:pPr>
              <w:spacing w:after="0"/>
              <w:jc w:val="left"/>
            </w:pP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55"/>
          </w:tcPr>
          <w:p>
            <w:pPr>
              <w:spacing w:after="0"/>
              <w:jc w:val="left"/>
            </w:pPr>
            <w:r>
              <w:rPr>
                <w:sz w:val="16"/>
              </w:rPr>
              <w:t>Heat</w:t>
            </w:r>
          </w:p>
        </w:tc>
        <w:tc>
          <w:tcPr>
            <w:tcW w:type="dxa" w:w="1517"/>
          </w:tcPr>
          <w:p>
            <w:pPr>
              <w:spacing w:after="0"/>
              <w:jc w:val="left"/>
            </w:pPr>
          </w:p>
        </w:tc>
        <w:tc>
          <w:tcPr>
            <w:tcW w:type="dxa" w:w="3125"/>
          </w:tcPr>
          <w:p>
            <w:pPr>
              <w:spacing w:after="0"/>
              <w:jc w:val="left"/>
            </w:pPr>
            <w:r>
              <w:rPr>
                <w:sz w:val="16"/>
              </w:rPr>
              <w:t>$0 property; $0 crops (zone total, 2018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55"/>
          </w:tcPr>
          <w:p>
            <w:pPr>
              <w:spacing w:after="0"/>
              <w:jc w:val="left"/>
            </w:pPr>
            <w:r>
              <w:rPr>
                <w:sz w:val="16"/>
              </w:rPr>
              <w:t>Cold/Wind Chill</w:t>
            </w:r>
          </w:p>
        </w:tc>
        <w:tc>
          <w:tcPr>
            <w:tcW w:type="dxa" w:w="1517"/>
          </w:tcPr>
          <w:p>
            <w:pPr>
              <w:spacing w:after="0"/>
              <w:jc w:val="left"/>
            </w:pPr>
          </w:p>
        </w:tc>
        <w:tc>
          <w:tcPr>
            <w:tcW w:type="dxa" w:w="3125"/>
          </w:tcPr>
          <w:p>
            <w:pPr>
              <w:spacing w:after="0"/>
              <w:jc w:val="left"/>
            </w:pPr>
            <w:r>
              <w:rPr>
                <w:sz w:val="16"/>
              </w:rPr>
              <w:t>$0 property; $0 crops (zone total, 2015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55"/>
          </w:tcPr>
          <w:p>
            <w:pPr>
              <w:spacing w:after="0"/>
              <w:jc w:val="left"/>
            </w:pPr>
            <w:r>
              <w:rPr>
                <w:sz w:val="16"/>
              </w:rPr>
              <w:t>Ice Storm</w:t>
            </w:r>
          </w:p>
        </w:tc>
        <w:tc>
          <w:tcPr>
            <w:tcW w:type="dxa" w:w="1517"/>
          </w:tcPr>
          <w:p>
            <w:pPr>
              <w:spacing w:after="0"/>
              <w:jc w:val="left"/>
            </w:pPr>
          </w:p>
        </w:tc>
        <w:tc>
          <w:tcPr>
            <w:tcW w:type="dxa" w:w="3125"/>
          </w:tcPr>
          <w:p>
            <w:pPr>
              <w:spacing w:after="0"/>
              <w:jc w:val="left"/>
            </w:pPr>
            <w:r>
              <w:rPr>
                <w:sz w:val="16"/>
              </w:rPr>
              <w:t>$750,000 property; $0 crops (zone total, 2013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55"/>
          </w:tcPr>
          <w:p>
            <w:pPr>
              <w:spacing w:after="0"/>
              <w:jc w:val="left"/>
            </w:pPr>
            <w:r>
              <w:rPr>
                <w:sz w:val="16"/>
              </w:rPr>
              <w:t>Flood</w:t>
            </w:r>
          </w:p>
        </w:tc>
        <w:tc>
          <w:tcPr>
            <w:tcW w:type="dxa" w:w="1517"/>
          </w:tcPr>
          <w:p>
            <w:pPr>
              <w:spacing w:after="0"/>
              <w:jc w:val="left"/>
            </w:pPr>
          </w:p>
        </w:tc>
        <w:tc>
          <w:tcPr>
            <w:tcW w:type="dxa" w:w="3125"/>
          </w:tcPr>
          <w:p>
            <w:pPr>
              <w:spacing w:after="0"/>
              <w:jc w:val="left"/>
            </w:pPr>
            <w:r>
              <w:rPr>
                <w:sz w:val="16"/>
              </w:rPr>
              <w:t>$500,000,000 property; $250,000 crops (2011 dollars)</w:t>
            </w:r>
          </w:p>
        </w:tc>
        <w:tc>
          <w:tcPr>
            <w:tcW w:type="dxa" w:w="933"/>
          </w:tcPr>
          <w:p>
            <w:pPr>
              <w:spacing w:after="0"/>
              <w:jc w:val="right"/>
            </w:pPr>
            <w:r>
              <w:rPr>
                <w:sz w:val="16"/>
              </w:rPr>
              <w:t>0, 0</w:t>
            </w:r>
          </w:p>
        </w:tc>
        <w:tc>
          <w:tcPr>
            <w:tcW w:type="dxa" w:w="2294"/>
          </w:tcPr>
          <w:p>
            <w:pPr>
              <w:spacing w:after="0"/>
              <w:jc w:val="left"/>
            </w:pPr>
            <w:r>
              <w:rPr>
                <w:sz w:val="16"/>
              </w:rPr>
              <w:t>JAY to CRAFTSBURY</w:t>
            </w:r>
          </w:p>
        </w:tc>
        <w:tc>
          <w:tcPr>
            <w:tcW w:type="dxa" w:w="1052"/>
          </w:tcPr>
          <w:p>
            <w:pPr>
              <w:spacing w:after="0"/>
              <w:jc w:val="left"/>
            </w:pP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55"/>
          </w:tcPr>
          <w:p>
            <w:pPr>
              <w:spacing w:after="0"/>
              <w:jc w:val="left"/>
            </w:pPr>
            <w:r>
              <w:rPr>
                <w:sz w:val="16"/>
              </w:rPr>
              <w:t>Lightning</w:t>
            </w:r>
          </w:p>
        </w:tc>
        <w:tc>
          <w:tcPr>
            <w:tcW w:type="dxa" w:w="1517"/>
          </w:tcPr>
          <w:p>
            <w:pPr>
              <w:spacing w:after="0"/>
              <w:jc w:val="left"/>
            </w:pPr>
          </w:p>
        </w:tc>
        <w:tc>
          <w:tcPr>
            <w:tcW w:type="dxa" w:w="3125"/>
          </w:tcPr>
          <w:p>
            <w:pPr>
              <w:spacing w:after="0"/>
              <w:jc w:val="left"/>
            </w:pPr>
            <w:r>
              <w:rPr>
                <w:sz w:val="16"/>
              </w:rPr>
              <w:t>$250,000 property; $0 crops (2007 dollars)</w:t>
            </w:r>
          </w:p>
        </w:tc>
        <w:tc>
          <w:tcPr>
            <w:tcW w:type="dxa" w:w="933"/>
          </w:tcPr>
          <w:p>
            <w:pPr>
              <w:spacing w:after="0"/>
              <w:jc w:val="right"/>
            </w:pPr>
            <w:r>
              <w:rPr>
                <w:sz w:val="16"/>
              </w:rPr>
              <w:t>0, 0</w:t>
            </w:r>
          </w:p>
        </w:tc>
        <w:tc>
          <w:tcPr>
            <w:tcW w:type="dxa" w:w="2294"/>
          </w:tcPr>
          <w:p>
            <w:pPr>
              <w:spacing w:after="0"/>
              <w:jc w:val="left"/>
            </w:pPr>
            <w:r>
              <w:rPr>
                <w:sz w:val="16"/>
              </w:rPr>
              <w:t>WESTMORE</w:t>
            </w:r>
          </w:p>
        </w:tc>
        <w:tc>
          <w:tcPr>
            <w:tcW w:type="dxa" w:w="1052"/>
          </w:tcPr>
          <w:p>
            <w:pPr>
              <w:spacing w:after="0"/>
              <w:jc w:val="left"/>
            </w:pPr>
          </w:p>
        </w:tc>
        <w:tc>
          <w:tcPr>
            <w:tcW w:type="dxa" w:w="2799"/>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55"/>
          </w:tcPr>
          <w:p>
            <w:pPr>
              <w:spacing w:after="0"/>
              <w:jc w:val="left"/>
            </w:pPr>
            <w:r>
              <w:rPr>
                <w:sz w:val="16"/>
              </w:rPr>
              <w:t>Heavy Snow</w:t>
            </w:r>
          </w:p>
        </w:tc>
        <w:tc>
          <w:tcPr>
            <w:tcW w:type="dxa" w:w="1517"/>
          </w:tcPr>
          <w:p>
            <w:pPr>
              <w:spacing w:after="0"/>
              <w:jc w:val="left"/>
            </w:pPr>
          </w:p>
        </w:tc>
        <w:tc>
          <w:tcPr>
            <w:tcW w:type="dxa" w:w="3125"/>
          </w:tcPr>
          <w:p>
            <w:pPr>
              <w:spacing w:after="0"/>
              <w:jc w:val="left"/>
            </w:pPr>
            <w:r>
              <w:rPr>
                <w:sz w:val="16"/>
              </w:rPr>
              <w:t>$200,000 property; $0 crops (zone total, 2007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55"/>
          </w:tcPr>
          <w:p>
            <w:pPr>
              <w:spacing w:after="0"/>
              <w:jc w:val="left"/>
            </w:pPr>
            <w:r>
              <w:rPr>
                <w:sz w:val="16"/>
              </w:rPr>
              <w:t>Thunderstorm Wind</w:t>
            </w:r>
          </w:p>
        </w:tc>
        <w:tc>
          <w:tcPr>
            <w:tcW w:type="dxa" w:w="1517"/>
          </w:tcPr>
          <w:p>
            <w:pPr>
              <w:spacing w:after="0"/>
              <w:jc w:val="left"/>
            </w:pPr>
            <w:r>
              <w:rPr>
                <w:sz w:val="16"/>
              </w:rPr>
              <w:t>speed not recorded</w:t>
            </w:r>
          </w:p>
        </w:tc>
        <w:tc>
          <w:tcPr>
            <w:tcW w:type="dxa" w:w="3125"/>
          </w:tcPr>
          <w:p>
            <w:pPr>
              <w:spacing w:after="0"/>
              <w:jc w:val="left"/>
            </w:pPr>
            <w:r>
              <w:rPr>
                <w:sz w:val="16"/>
              </w:rPr>
              <w:t>$60,000 property; crops not reported (1999 dollars)</w:t>
            </w:r>
          </w:p>
        </w:tc>
        <w:tc>
          <w:tcPr>
            <w:tcW w:type="dxa" w:w="933"/>
          </w:tcPr>
          <w:p>
            <w:pPr>
              <w:spacing w:after="0"/>
              <w:jc w:val="right"/>
            </w:pPr>
            <w:r>
              <w:rPr>
                <w:sz w:val="16"/>
              </w:rPr>
              <w:t>1, 0</w:t>
            </w:r>
          </w:p>
        </w:tc>
        <w:tc>
          <w:tcPr>
            <w:tcW w:type="dxa" w:w="2294"/>
          </w:tcPr>
          <w:p>
            <w:pPr>
              <w:spacing w:after="0"/>
              <w:jc w:val="left"/>
            </w:pPr>
            <w:r>
              <w:rPr>
                <w:sz w:val="16"/>
              </w:rPr>
              <w:t>COUNTYWIDE</w:t>
            </w:r>
          </w:p>
        </w:tc>
        <w:tc>
          <w:tcPr>
            <w:tcW w:type="dxa" w:w="1052"/>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55"/>
          </w:tcPr>
          <w:p>
            <w:pPr>
              <w:spacing w:after="0"/>
              <w:jc w:val="left"/>
            </w:pPr>
            <w:r>
              <w:rPr>
                <w:sz w:val="16"/>
              </w:rPr>
              <w:t>Thunderstorm Wind</w:t>
            </w:r>
          </w:p>
        </w:tc>
        <w:tc>
          <w:tcPr>
            <w:tcW w:type="dxa" w:w="1517"/>
          </w:tcPr>
          <w:p>
            <w:pPr>
              <w:spacing w:after="0"/>
              <w:jc w:val="left"/>
            </w:pPr>
            <w:r>
              <w:rPr>
                <w:sz w:val="16"/>
              </w:rPr>
              <w:t>speed not recorded</w:t>
            </w:r>
          </w:p>
        </w:tc>
        <w:tc>
          <w:tcPr>
            <w:tcW w:type="dxa" w:w="3125"/>
          </w:tcPr>
          <w:p>
            <w:pPr>
              <w:spacing w:after="0"/>
              <w:jc w:val="left"/>
            </w:pPr>
            <w:r>
              <w:rPr>
                <w:sz w:val="16"/>
              </w:rPr>
              <w:t>damage not recorded (pre-1996 record)</w:t>
            </w:r>
          </w:p>
        </w:tc>
        <w:tc>
          <w:tcPr>
            <w:tcW w:type="dxa" w:w="933"/>
          </w:tcPr>
          <w:p>
            <w:pPr>
              <w:spacing w:after="0"/>
              <w:jc w:val="right"/>
            </w:pPr>
            <w:r>
              <w:rPr>
                <w:sz w:val="16"/>
              </w:rPr>
              <w:t>2, 5</w:t>
            </w:r>
          </w:p>
        </w:tc>
        <w:tc>
          <w:tcPr>
            <w:tcW w:type="dxa" w:w="2294"/>
          </w:tcPr>
          <w:p>
            <w:pPr>
              <w:spacing w:after="0"/>
              <w:jc w:val="left"/>
            </w:pPr>
            <w:r>
              <w:rPr>
                <w:sz w:val="16"/>
              </w:rPr>
              <w:t>location not recorded</w:t>
            </w:r>
          </w:p>
        </w:tc>
        <w:tc>
          <w:tcPr>
            <w:tcW w:type="dxa" w:w="1052"/>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55"/>
          </w:tcPr>
          <w:p>
            <w:pPr>
              <w:spacing w:after="0"/>
              <w:jc w:val="left"/>
            </w:pPr>
            <w:r>
              <w:rPr>
                <w:sz w:val="16"/>
              </w:rPr>
              <w:t>Tornado</w:t>
            </w:r>
          </w:p>
        </w:tc>
        <w:tc>
          <w:tcPr>
            <w:tcW w:type="dxa" w:w="1517"/>
          </w:tcPr>
          <w:p>
            <w:pPr>
              <w:spacing w:after="0"/>
              <w:jc w:val="left"/>
            </w:pPr>
            <w:r>
              <w:rPr>
                <w:sz w:val="16"/>
              </w:rPr>
              <w:t>F1, 9.4 mi path length (whole path, pre-1996), 100 yd wide</w:t>
            </w:r>
          </w:p>
        </w:tc>
        <w:tc>
          <w:tcPr>
            <w:tcW w:type="dxa" w:w="3125"/>
          </w:tcPr>
          <w:p>
            <w:pPr>
              <w:spacing w:after="0"/>
              <w:jc w:val="left"/>
            </w:pPr>
            <w:r>
              <w:rPr>
                <w:sz w:val="16"/>
              </w:rPr>
              <w:t>$25,000 property; crops not recorded (1962 dollars)</w:t>
            </w:r>
          </w:p>
        </w:tc>
        <w:tc>
          <w:tcPr>
            <w:tcW w:type="dxa" w:w="933"/>
          </w:tcPr>
          <w:p>
            <w:pPr>
              <w:spacing w:after="0"/>
              <w:jc w:val="right"/>
            </w:pPr>
            <w:r>
              <w:rPr>
                <w:sz w:val="16"/>
              </w:rPr>
              <w:t>0, 1</w:t>
            </w:r>
          </w:p>
        </w:tc>
        <w:tc>
          <w:tcPr>
            <w:tcW w:type="dxa" w:w="2294"/>
          </w:tcPr>
          <w:p>
            <w:pPr>
              <w:spacing w:after="0"/>
              <w:jc w:val="left"/>
            </w:pPr>
            <w:r>
              <w:rPr>
                <w:sz w:val="16"/>
              </w:rPr>
              <w:t>location not recorded</w:t>
            </w:r>
          </w:p>
        </w:tc>
        <w:tc>
          <w:tcPr>
            <w:tcW w:type="dxa" w:w="1052"/>
          </w:tcPr>
          <w:p>
            <w:pPr>
              <w:spacing w:after="0"/>
              <w:jc w:val="left"/>
            </w:pPr>
          </w:p>
        </w:tc>
        <w:tc>
          <w:tcPr>
            <w:tcW w:type="dxa" w:w="279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Orleans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4.9</w:t>
            </w:r>
          </w:p>
        </w:tc>
        <w:tc>
          <w:tcPr>
            <w:tcW w:type="dxa" w:w="1379"/>
          </w:tcPr>
          <w:p>
            <w:pPr>
              <w:spacing w:after="0"/>
              <w:jc w:val="left"/>
            </w:pPr>
            <w:r>
              <w:rPr>
                <w:sz w:val="16"/>
              </w:rPr>
              <w:t>event-days per year</w:t>
            </w:r>
          </w:p>
        </w:tc>
        <w:tc>
          <w:tcPr>
            <w:tcW w:type="dxa" w:w="1821"/>
          </w:tcPr>
          <w:p>
            <w:pPr>
              <w:spacing w:after="0"/>
              <w:jc w:val="left"/>
            </w:pPr>
            <w:r>
              <w:rPr>
                <w:sz w:val="16"/>
              </w:rPr>
              <w:t>about 4.9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w:t>
            </w:r>
          </w:p>
        </w:tc>
        <w:tc>
          <w:tcPr>
            <w:tcW w:type="dxa" w:w="1379"/>
          </w:tcPr>
          <w:p>
            <w:pPr>
              <w:spacing w:after="0"/>
              <w:jc w:val="left"/>
            </w:pPr>
            <w:r>
              <w:rPr>
                <w:sz w:val="16"/>
              </w:rPr>
              <w:t>events per year</w:t>
            </w:r>
          </w:p>
        </w:tc>
        <w:tc>
          <w:tcPr>
            <w:tcW w:type="dxa" w:w="1821"/>
          </w:tcPr>
          <w:p>
            <w:pPr>
              <w:spacing w:after="0"/>
              <w:jc w:val="left"/>
            </w:pPr>
            <w:r>
              <w:rPr>
                <w:sz w:val="16"/>
              </w:rPr>
              <w:t>about 0.84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0.0298</w:t>
            </w:r>
          </w:p>
        </w:tc>
        <w:tc>
          <w:tcPr>
            <w:tcW w:type="dxa" w:w="1379"/>
          </w:tcPr>
          <w:p>
            <w:pPr>
              <w:spacing w:after="0"/>
              <w:jc w:val="left"/>
            </w:pPr>
            <w:r>
              <w:rPr>
                <w:sz w:val="16"/>
              </w:rPr>
              <w:t>events per year</w:t>
            </w:r>
          </w:p>
        </w:tc>
        <w:tc>
          <w:tcPr>
            <w:tcW w:type="dxa" w:w="1821"/>
          </w:tcPr>
          <w:p>
            <w:pPr>
              <w:spacing w:after="0"/>
              <w:jc w:val="left"/>
            </w:pPr>
            <w:r>
              <w:rPr>
                <w:sz w:val="16"/>
              </w:rPr>
              <w:t>about 1 in 34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1.75</w:t>
            </w:r>
          </w:p>
        </w:tc>
        <w:tc>
          <w:tcPr>
            <w:tcW w:type="dxa" w:w="1379"/>
          </w:tcPr>
          <w:p>
            <w:pPr>
              <w:spacing w:after="0"/>
              <w:jc w:val="left"/>
            </w:pPr>
            <w:r>
              <w:rPr>
                <w:sz w:val="16"/>
              </w:rPr>
              <w:t>event-days per year</w:t>
            </w:r>
          </w:p>
        </w:tc>
        <w:tc>
          <w:tcPr>
            <w:tcW w:type="dxa" w:w="1821"/>
          </w:tcPr>
          <w:p>
            <w:pPr>
              <w:spacing w:after="0"/>
              <w:jc w:val="left"/>
            </w:pPr>
            <w:r>
              <w:rPr>
                <w:sz w:val="16"/>
              </w:rPr>
              <w:t>about 1.75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0.811</w:t>
            </w:r>
          </w:p>
        </w:tc>
        <w:tc>
          <w:tcPr>
            <w:tcW w:type="dxa" w:w="1379"/>
          </w:tcPr>
          <w:p>
            <w:pPr>
              <w:spacing w:after="0"/>
              <w:jc w:val="left"/>
            </w:pPr>
            <w:r>
              <w:rPr>
                <w:sz w:val="16"/>
              </w:rPr>
              <w:t>events per year (modeled)</w:t>
            </w:r>
          </w:p>
        </w:tc>
        <w:tc>
          <w:tcPr>
            <w:tcW w:type="dxa" w:w="1821"/>
          </w:tcPr>
          <w:p>
            <w:pPr>
              <w:spacing w:after="0"/>
              <w:jc w:val="left"/>
            </w:pPr>
            <w:r>
              <w:rPr>
                <w:sz w:val="16"/>
              </w:rPr>
              <w:t>about 0.81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21.5</w:t>
            </w:r>
          </w:p>
        </w:tc>
        <w:tc>
          <w:tcPr>
            <w:tcW w:type="dxa" w:w="1379"/>
          </w:tcPr>
          <w:p>
            <w:pPr>
              <w:spacing w:after="0"/>
              <w:jc w:val="left"/>
            </w:pPr>
            <w:r>
              <w:rPr>
                <w:sz w:val="16"/>
              </w:rPr>
              <w:t>days per year with a strike</w:t>
            </w:r>
          </w:p>
        </w:tc>
        <w:tc>
          <w:tcPr>
            <w:tcW w:type="dxa" w:w="1821"/>
          </w:tcPr>
          <w:p>
            <w:pPr>
              <w:spacing w:after="0"/>
              <w:jc w:val="left"/>
            </w:pPr>
            <w:r>
              <w:rPr>
                <w:sz w:val="16"/>
              </w:rPr>
              <w:t>about 21.5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0.523</w:t>
            </w:r>
          </w:p>
        </w:tc>
        <w:tc>
          <w:tcPr>
            <w:tcW w:type="dxa" w:w="1379"/>
          </w:tcPr>
          <w:p>
            <w:pPr>
              <w:spacing w:after="0"/>
              <w:jc w:val="left"/>
            </w:pPr>
            <w:r>
              <w:rPr>
                <w:sz w:val="16"/>
              </w:rPr>
              <w:t>events per year</w:t>
            </w:r>
          </w:p>
        </w:tc>
        <w:tc>
          <w:tcPr>
            <w:tcW w:type="dxa" w:w="1821"/>
          </w:tcPr>
          <w:p>
            <w:pPr>
              <w:spacing w:after="0"/>
              <w:jc w:val="left"/>
            </w:pPr>
            <w:r>
              <w:rPr>
                <w:sz w:val="16"/>
              </w:rPr>
              <w:t>about 0.52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0.0313</w:t>
            </w:r>
          </w:p>
        </w:tc>
        <w:tc>
          <w:tcPr>
            <w:tcW w:type="dxa" w:w="1379"/>
          </w:tcPr>
          <w:p>
            <w:pPr>
              <w:spacing w:after="0"/>
              <w:jc w:val="left"/>
            </w:pPr>
            <w:r>
              <w:rPr>
                <w:sz w:val="16"/>
              </w:rPr>
              <w:t>events per year</w:t>
            </w:r>
          </w:p>
        </w:tc>
        <w:tc>
          <w:tcPr>
            <w:tcW w:type="dxa" w:w="1821"/>
          </w:tcPr>
          <w:p>
            <w:pPr>
              <w:spacing w:after="0"/>
              <w:jc w:val="left"/>
            </w:pPr>
            <w:r>
              <w:rPr>
                <w:sz w:val="16"/>
              </w:rPr>
              <w:t>about 1 in 32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0.0000155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0.00155%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22.5</w:t>
            </w:r>
          </w:p>
        </w:tc>
        <w:tc>
          <w:tcPr>
            <w:tcW w:type="dxa" w:w="1379"/>
          </w:tcPr>
          <w:p>
            <w:pPr>
              <w:spacing w:after="0"/>
              <w:jc w:val="left"/>
            </w:pPr>
            <w:r>
              <w:rPr>
                <w:sz w:val="16"/>
              </w:rPr>
              <w:t>event-days per year</w:t>
            </w:r>
          </w:p>
        </w:tc>
        <w:tc>
          <w:tcPr>
            <w:tcW w:type="dxa" w:w="1821"/>
          </w:tcPr>
          <w:p>
            <w:pPr>
              <w:spacing w:after="0"/>
              <w:jc w:val="left"/>
            </w:pPr>
            <w:r>
              <w:rPr>
                <w:sz w:val="16"/>
              </w:rPr>
              <w:t>about 22.5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3"/>
        <w:gridCol w:w="860"/>
        <w:gridCol w:w="2679"/>
        <w:gridCol w:w="2797"/>
        <w:gridCol w:w="2892"/>
        <w:gridCol w:w="3271"/>
      </w:tblGrid>
      <w:tr>
        <w:trPr>
          <w:cantSplit/>
          <w:tblHeader/>
        </w:trPr>
        <w:tc>
          <w:tcPr>
            <w:tcW w:type="dxa" w:w="1613"/>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3"/>
          </w:tcPr>
          <w:p>
            <w:pPr>
              <w:spacing w:after="0"/>
              <w:jc w:val="left"/>
            </w:pPr>
            <w:r>
              <w:rPr>
                <w:sz w:val="16"/>
              </w:rPr>
              <w:t>Derby town</w:t>
            </w:r>
          </w:p>
        </w:tc>
        <w:tc>
          <w:tcPr>
            <w:tcW w:type="dxa" w:w="860"/>
          </w:tcPr>
          <w:p>
            <w:pPr>
              <w:spacing w:after="0"/>
              <w:jc w:val="left"/>
            </w:pPr>
            <w:r>
              <w:rPr>
                <w:sz w:val="16"/>
              </w:rPr>
              <w:t>Town</w:t>
            </w:r>
          </w:p>
        </w:tc>
        <w:tc>
          <w:tcPr>
            <w:tcW w:type="dxa" w:w="2679"/>
          </w:tcPr>
          <w:p>
            <w:pPr>
              <w:spacing w:after="0"/>
              <w:jc w:val="left"/>
            </w:pPr>
            <w:r>
              <w:rPr>
                <w:sz w:val="16"/>
              </w:rPr>
              <w:t>Expired on 2026-02-18</w:t>
            </w:r>
          </w:p>
        </w:tc>
        <w:tc>
          <w:tcPr>
            <w:tcW w:type="dxa" w:w="2797"/>
          </w:tcPr>
          <w:p>
            <w:pPr>
              <w:spacing w:after="0"/>
              <w:jc w:val="right"/>
            </w:pPr>
            <w:r>
              <w:rPr>
                <w:sz w:val="16"/>
              </w:rPr>
              <w:t>FMA RL 0, SRL 0; any 6</w:t>
            </w:r>
          </w:p>
        </w:tc>
        <w:tc>
          <w:tcPr>
            <w:tcW w:type="dxa" w:w="2892"/>
          </w:tcPr>
          <w:p>
            <w:pPr>
              <w:spacing w:after="0"/>
              <w:jc w:val="right"/>
            </w:pPr>
            <w:r>
              <w:rPr>
                <w:sz w:val="16"/>
              </w:rPr>
              <w:t>$1,596,120.19</w:t>
            </w:r>
          </w:p>
        </w:tc>
        <w:tc>
          <w:tcPr>
            <w:tcW w:type="dxa" w:w="3271"/>
          </w:tcPr>
          <w:p>
            <w:pPr>
              <w:spacing w:after="0"/>
              <w:jc w:val="right"/>
            </w:pPr>
            <w:r>
              <w:rPr>
                <w:sz w:val="16"/>
              </w:rPr>
              <w:t>23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Orleans County (National Risk Index exposure and expected annual loss; since-plan counts use Derby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40"/>
        <w:gridCol w:w="1037"/>
        <w:gridCol w:w="1126"/>
        <w:gridCol w:w="913"/>
        <w:gridCol w:w="1036"/>
        <w:gridCol w:w="1151"/>
        <w:gridCol w:w="1064"/>
        <w:gridCol w:w="1405"/>
        <w:gridCol w:w="16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1"/>
            <w:shd w:val="clear" w:color="auto" w:fill="E8E8E8"/>
          </w:tcPr>
          <w:p>
            <w:pPr>
              <w:spacing w:after="0"/>
              <w:jc w:val="right"/>
            </w:pPr>
            <w:r>
              <w:rPr>
                <w:b/>
                <w:sz w:val="16"/>
              </w:rPr>
              <w:t>Storm Events damage since 2021-02-19</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13"/>
          </w:tcPr>
          <w:p>
            <w:pPr>
              <w:spacing w:after="0"/>
              <w:jc w:val="right"/>
            </w:pPr>
            <w:r>
              <w:rPr>
                <w:sz w:val="16"/>
              </w:rPr>
              <w:t>$681</w:t>
            </w:r>
          </w:p>
        </w:tc>
        <w:tc>
          <w:tcPr>
            <w:tcW w:type="dxa" w:w="1036"/>
          </w:tcPr>
          <w:p>
            <w:pPr>
              <w:spacing w:after="0"/>
              <w:jc w:val="right"/>
            </w:pP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913"/>
          </w:tcPr>
          <w:p>
            <w:pPr>
              <w:spacing w:after="0"/>
              <w:jc w:val="right"/>
            </w:pPr>
            <w:r>
              <w:rPr>
                <w:sz w:val="16"/>
              </w:rPr>
              <w:t>$859,463</w:t>
            </w:r>
          </w:p>
        </w:tc>
        <w:tc>
          <w:tcPr>
            <w:tcW w:type="dxa" w:w="1036"/>
          </w:tcPr>
          <w:p>
            <w:pPr>
              <w:spacing w:after="0"/>
              <w:jc w:val="right"/>
            </w:pPr>
            <w:r>
              <w:rPr>
                <w:sz w:val="16"/>
              </w:rPr>
              <w:t>under 0.0001%</w:t>
            </w:r>
          </w:p>
        </w:tc>
        <w:tc>
          <w:tcPr>
            <w:tcW w:type="dxa" w:w="1151"/>
          </w:tcPr>
          <w:p>
            <w:pPr>
              <w:spacing w:after="0"/>
              <w:jc w:val="right"/>
            </w:pPr>
          </w:p>
        </w:tc>
        <w:tc>
          <w:tcPr>
            <w:tcW w:type="dxa" w:w="1064"/>
          </w:tcPr>
          <w:p>
            <w:pPr>
              <w:spacing w:after="0"/>
              <w:jc w:val="right"/>
            </w:pPr>
            <w:r>
              <w:rPr>
                <w:sz w:val="16"/>
              </w:rPr>
              <w:t>$100,000</w:t>
            </w:r>
          </w:p>
        </w:tc>
        <w:tc>
          <w:tcPr>
            <w:tcW w:type="dxa" w:w="1405"/>
          </w:tcPr>
          <w:p>
            <w:pPr>
              <w:spacing w:after="0"/>
              <w:jc w:val="right"/>
            </w:pPr>
          </w:p>
        </w:tc>
        <w:tc>
          <w:tcPr>
            <w:tcW w:type="dxa" w:w="1604"/>
          </w:tcPr>
          <w:p>
            <w:pPr>
              <w:spacing w:after="0"/>
              <w:jc w:val="left"/>
            </w:pPr>
            <w:r>
              <w:rPr>
                <w:sz w:val="16"/>
              </w:rPr>
              <w:t>Storm Events damage since the plan includes 1 zone-level Frost/Freeze record ($100,000):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13"/>
          </w:tcPr>
          <w:p>
            <w:pPr>
              <w:spacing w:after="0"/>
              <w:jc w:val="right"/>
            </w:pPr>
            <w:r>
              <w:rPr>
                <w:sz w:val="16"/>
              </w:rPr>
              <w:t>n/a</w:t>
            </w:r>
          </w:p>
        </w:tc>
        <w:tc>
          <w:tcPr>
            <w:tcW w:type="dxa" w:w="1036"/>
          </w:tcPr>
          <w:p>
            <w:pPr>
              <w:spacing w:after="0"/>
              <w:jc w:val="right"/>
            </w:pP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4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913"/>
          </w:tcPr>
          <w:p>
            <w:pPr>
              <w:spacing w:after="0"/>
              <w:jc w:val="right"/>
            </w:pPr>
            <w:r>
              <w:rPr>
                <w:sz w:val="16"/>
              </w:rPr>
              <w:t>$29,337</w:t>
            </w:r>
          </w:p>
        </w:tc>
        <w:tc>
          <w:tcPr>
            <w:tcW w:type="dxa" w:w="1036"/>
          </w:tcPr>
          <w:p>
            <w:pPr>
              <w:spacing w:after="0"/>
              <w:jc w:val="right"/>
            </w:pPr>
            <w:r>
              <w:rPr>
                <w:sz w:val="16"/>
              </w:rPr>
              <w:t>0.00141%</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913"/>
          </w:tcPr>
          <w:p>
            <w:pPr>
              <w:spacing w:after="0"/>
              <w:jc w:val="right"/>
            </w:pPr>
            <w:r>
              <w:rPr>
                <w:sz w:val="16"/>
              </w:rPr>
              <w:t>$8,376</w:t>
            </w:r>
          </w:p>
        </w:tc>
        <w:tc>
          <w:tcPr>
            <w:tcW w:type="dxa" w:w="1036"/>
          </w:tcPr>
          <w:p>
            <w:pPr>
              <w:spacing w:after="0"/>
              <w:jc w:val="right"/>
            </w:pPr>
            <w:r>
              <w:rPr>
                <w:sz w:val="16"/>
              </w:rPr>
              <w:t>under 0.0001%</w:t>
            </w:r>
          </w:p>
        </w:tc>
        <w:tc>
          <w:tcPr>
            <w:tcW w:type="dxa" w:w="1151"/>
          </w:tcPr>
          <w:p>
            <w:pPr>
              <w:spacing w:after="0"/>
              <w:jc w:val="right"/>
            </w:pPr>
            <w:r>
              <w:rPr>
                <w:sz w:val="16"/>
              </w:rPr>
              <w:t>$0</w:t>
            </w: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13"/>
          </w:tcPr>
          <w:p>
            <w:pPr>
              <w:spacing w:after="0"/>
              <w:jc w:val="right"/>
            </w:pPr>
            <w:r>
              <w:rPr>
                <w:sz w:val="16"/>
              </w:rPr>
              <w:t>$51,818</w:t>
            </w:r>
          </w:p>
        </w:tc>
        <w:tc>
          <w:tcPr>
            <w:tcW w:type="dxa" w:w="1036"/>
          </w:tcPr>
          <w:p>
            <w:pPr>
              <w:spacing w:after="0"/>
              <w:jc w:val="right"/>
            </w:pPr>
            <w:r>
              <w:rPr>
                <w:sz w:val="16"/>
              </w:rPr>
              <w:t>under 0.0001%</w:t>
            </w:r>
          </w:p>
        </w:tc>
        <w:tc>
          <w:tcPr>
            <w:tcW w:type="dxa" w:w="1151"/>
          </w:tcPr>
          <w:p>
            <w:pPr>
              <w:spacing w:after="0"/>
              <w:jc w:val="right"/>
            </w:pPr>
          </w:p>
        </w:tc>
        <w:tc>
          <w:tcPr>
            <w:tcW w:type="dxa" w:w="1064"/>
          </w:tcPr>
          <w:p>
            <w:pPr>
              <w:spacing w:after="0"/>
              <w:jc w:val="right"/>
            </w:pPr>
            <w:r>
              <w:rPr>
                <w:sz w:val="16"/>
              </w:rPr>
              <w:t>$0</w:t>
            </w: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913"/>
          </w:tcPr>
          <w:p>
            <w:pPr>
              <w:spacing w:after="0"/>
              <w:jc w:val="right"/>
            </w:pPr>
            <w:r>
              <w:rPr>
                <w:sz w:val="16"/>
              </w:rPr>
              <w:t>$8,264</w:t>
            </w:r>
          </w:p>
        </w:tc>
        <w:tc>
          <w:tcPr>
            <w:tcW w:type="dxa" w:w="1036"/>
          </w:tcPr>
          <w:p>
            <w:pPr>
              <w:spacing w:after="0"/>
              <w:jc w:val="right"/>
            </w:pPr>
            <w:r>
              <w:rPr>
                <w:sz w:val="16"/>
              </w:rPr>
              <w:t>0.00434%</w:t>
            </w:r>
          </w:p>
        </w:tc>
        <w:tc>
          <w:tcPr>
            <w:tcW w:type="dxa" w:w="1151"/>
          </w:tcPr>
          <w:p>
            <w:pPr>
              <w:spacing w:after="0"/>
              <w:jc w:val="right"/>
            </w:pPr>
          </w:p>
        </w:tc>
        <w:tc>
          <w:tcPr>
            <w:tcW w:type="dxa" w:w="1064"/>
          </w:tcPr>
          <w:p>
            <w:pPr>
              <w:spacing w:after="0"/>
              <w:jc w:val="right"/>
            </w:pPr>
          </w:p>
        </w:tc>
        <w:tc>
          <w:tcPr>
            <w:tcW w:type="dxa" w:w="1405"/>
          </w:tcPr>
          <w:p>
            <w:pPr>
              <w:spacing w:after="0"/>
              <w:jc w:val="right"/>
            </w:pPr>
            <w:r>
              <w:rPr>
                <w:sz w:val="16"/>
              </w:rPr>
              <w:t>no Public Assistance recorded (2 declarations)</w:t>
            </w:r>
          </w:p>
        </w:tc>
        <w:tc>
          <w:tcPr>
            <w:tcW w:type="dxa" w:w="16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913"/>
          </w:tcPr>
          <w:p>
            <w:pPr>
              <w:spacing w:after="0"/>
              <w:jc w:val="right"/>
            </w:pPr>
            <w:r>
              <w:rPr>
                <w:sz w:val="16"/>
              </w:rPr>
              <w:t>$2,650</w:t>
            </w:r>
          </w:p>
        </w:tc>
        <w:tc>
          <w:tcPr>
            <w:tcW w:type="dxa" w:w="1036"/>
          </w:tcPr>
          <w:p>
            <w:pPr>
              <w:spacing w:after="0"/>
              <w:jc w:val="right"/>
            </w:pPr>
            <w:r>
              <w:rPr>
                <w:sz w:val="16"/>
              </w:rPr>
              <w:t>0.000919%</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913"/>
          </w:tcPr>
          <w:p>
            <w:pPr>
              <w:spacing w:after="0"/>
              <w:jc w:val="right"/>
            </w:pPr>
            <w:r>
              <w:rPr>
                <w:sz w:val="16"/>
              </w:rPr>
              <w:t>$58,714</w:t>
            </w:r>
          </w:p>
        </w:tc>
        <w:tc>
          <w:tcPr>
            <w:tcW w:type="dxa" w:w="1036"/>
          </w:tcPr>
          <w:p>
            <w:pPr>
              <w:spacing w:after="0"/>
              <w:jc w:val="right"/>
            </w:pPr>
            <w:r>
              <w:rPr>
                <w:sz w:val="16"/>
              </w:rPr>
              <w:t>n/a (see note)</w:t>
            </w:r>
          </w:p>
        </w:tc>
        <w:tc>
          <w:tcPr>
            <w:tcW w:type="dxa" w:w="1151"/>
          </w:tcPr>
          <w:p>
            <w:pPr>
              <w:spacing w:after="0"/>
              <w:jc w:val="right"/>
            </w:pPr>
            <w:r>
              <w:rPr>
                <w:sz w:val="16"/>
              </w:rPr>
              <w:t>$2,575,000</w:t>
            </w:r>
          </w:p>
        </w:tc>
        <w:tc>
          <w:tcPr>
            <w:tcW w:type="dxa" w:w="1064"/>
          </w:tcPr>
          <w:p>
            <w:pPr>
              <w:spacing w:after="0"/>
              <w:jc w:val="right"/>
            </w:pPr>
          </w:p>
        </w:tc>
        <w:tc>
          <w:tcPr>
            <w:tcW w:type="dxa" w:w="1405"/>
          </w:tcPr>
          <w:p>
            <w:pPr>
              <w:spacing w:after="0"/>
              <w:jc w:val="right"/>
            </w:pPr>
            <w:r>
              <w:rPr>
                <w:sz w:val="16"/>
              </w:rPr>
              <w:t>$17,360,372.44</w:t>
            </w:r>
          </w:p>
        </w:tc>
        <w:tc>
          <w:tcPr>
            <w:tcW w:type="dxa" w:w="160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4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913"/>
          </w:tcPr>
          <w:p>
            <w:pPr>
              <w:spacing w:after="0"/>
              <w:jc w:val="right"/>
            </w:pPr>
            <w:r>
              <w:rPr>
                <w:sz w:val="16"/>
              </w:rPr>
              <w:t>$3,541</w:t>
            </w:r>
          </w:p>
        </w:tc>
        <w:tc>
          <w:tcPr>
            <w:tcW w:type="dxa" w:w="1036"/>
          </w:tcPr>
          <w:p>
            <w:pPr>
              <w:spacing w:after="0"/>
              <w:jc w:val="right"/>
            </w:pPr>
            <w:r>
              <w:rPr>
                <w:sz w:val="16"/>
              </w:rPr>
              <w:t>0.000881%</w:t>
            </w:r>
          </w:p>
        </w:tc>
        <w:tc>
          <w:tcPr>
            <w:tcW w:type="dxa" w:w="1151"/>
          </w:tcPr>
          <w:p>
            <w:pPr>
              <w:spacing w:after="0"/>
              <w:jc w:val="right"/>
            </w:pPr>
          </w:p>
        </w:tc>
        <w:tc>
          <w:tcPr>
            <w:tcW w:type="dxa" w:w="1064"/>
          </w:tcPr>
          <w:p>
            <w:pPr>
              <w:spacing w:after="0"/>
              <w:jc w:val="right"/>
            </w:pPr>
          </w:p>
        </w:tc>
        <w:tc>
          <w:tcPr>
            <w:tcW w:type="dxa" w:w="1405"/>
          </w:tcPr>
          <w:p>
            <w:pPr>
              <w:spacing w:after="0"/>
              <w:jc w:val="right"/>
            </w:pPr>
            <w:r>
              <w:rPr>
                <w:sz w:val="16"/>
              </w:rPr>
              <w:t>$17,146,687.77</w:t>
            </w:r>
          </w:p>
        </w:tc>
        <w:tc>
          <w:tcPr>
            <w:tcW w:type="dxa" w:w="16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913"/>
          </w:tcPr>
          <w:p>
            <w:pPr>
              <w:spacing w:after="0"/>
              <w:jc w:val="right"/>
            </w:pPr>
            <w:r>
              <w:rPr>
                <w:sz w:val="16"/>
              </w:rPr>
              <w:t>$188,205</w:t>
            </w:r>
          </w:p>
        </w:tc>
        <w:tc>
          <w:tcPr>
            <w:tcW w:type="dxa" w:w="1036"/>
          </w:tcPr>
          <w:p>
            <w:pPr>
              <w:spacing w:after="0"/>
              <w:jc w:val="right"/>
            </w:pPr>
            <w:r>
              <w:rPr>
                <w:sz w:val="16"/>
              </w:rPr>
              <w:t>0.000314%</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913"/>
          </w:tcPr>
          <w:p>
            <w:pPr>
              <w:spacing w:after="0"/>
              <w:jc w:val="right"/>
            </w:pPr>
            <w:r>
              <w:rPr>
                <w:sz w:val="16"/>
              </w:rPr>
              <w:t>$126,705</w:t>
            </w:r>
          </w:p>
        </w:tc>
        <w:tc>
          <w:tcPr>
            <w:tcW w:type="dxa" w:w="1036"/>
          </w:tcPr>
          <w:p>
            <w:pPr>
              <w:spacing w:after="0"/>
              <w:jc w:val="right"/>
            </w:pPr>
            <w:r>
              <w:rPr>
                <w:sz w:val="16"/>
              </w:rPr>
              <w:t>0.000978%</w:t>
            </w:r>
          </w:p>
        </w:tc>
        <w:tc>
          <w:tcPr>
            <w:tcW w:type="dxa" w:w="1151"/>
          </w:tcPr>
          <w:p>
            <w:pPr>
              <w:spacing w:after="0"/>
              <w:jc w:val="right"/>
            </w:pPr>
            <w:r>
              <w:rPr>
                <w:sz w:val="16"/>
              </w:rPr>
              <w:t>$44,000</w:t>
            </w:r>
          </w:p>
        </w:tc>
        <w:tc>
          <w:tcPr>
            <w:tcW w:type="dxa" w:w="1064"/>
          </w:tcPr>
          <w:p>
            <w:pPr>
              <w:spacing w:after="0"/>
              <w:jc w:val="right"/>
            </w:pPr>
            <w:r>
              <w:rPr>
                <w:sz w:val="16"/>
              </w:rPr>
              <w:t>$385,000</w:t>
            </w:r>
          </w:p>
        </w:tc>
        <w:tc>
          <w:tcPr>
            <w:tcW w:type="dxa" w:w="1405"/>
          </w:tcPr>
          <w:p>
            <w:pPr>
              <w:spacing w:after="0"/>
              <w:jc w:val="right"/>
            </w:pPr>
          </w:p>
        </w:tc>
        <w:tc>
          <w:tcPr>
            <w:tcW w:type="dxa" w:w="1604"/>
          </w:tcPr>
          <w:p>
            <w:pPr>
              <w:spacing w:after="0"/>
              <w:jc w:val="left"/>
            </w:pPr>
            <w:r>
              <w:rPr>
                <w:sz w:val="16"/>
              </w:rPr>
              <w:t>Storm Events damage since the plan includes 2 zone-level High Wind records ($60,000) and 5 zone-level Strong Wind records ($325,000):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913"/>
          </w:tcPr>
          <w:p>
            <w:pPr>
              <w:spacing w:after="0"/>
              <w:jc w:val="right"/>
            </w:pPr>
            <w:r>
              <w:rPr>
                <w:sz w:val="16"/>
              </w:rPr>
              <w:t>$70,027</w:t>
            </w:r>
          </w:p>
        </w:tc>
        <w:tc>
          <w:tcPr>
            <w:tcW w:type="dxa" w:w="1036"/>
          </w:tcPr>
          <w:p>
            <w:pPr>
              <w:spacing w:after="0"/>
              <w:jc w:val="right"/>
            </w:pPr>
            <w:r>
              <w:rPr>
                <w:sz w:val="16"/>
              </w:rPr>
              <w:t>0.000116%</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913"/>
          </w:tcPr>
          <w:p>
            <w:pPr>
              <w:spacing w:after="0"/>
              <w:jc w:val="right"/>
            </w:pPr>
            <w:r>
              <w:rPr>
                <w:sz w:val="16"/>
              </w:rPr>
              <w:t>$470</w:t>
            </w:r>
          </w:p>
        </w:tc>
        <w:tc>
          <w:tcPr>
            <w:tcW w:type="dxa" w:w="1036"/>
          </w:tcPr>
          <w:p>
            <w:pPr>
              <w:spacing w:after="0"/>
              <w:jc w:val="right"/>
            </w:pPr>
            <w:r>
              <w:rPr>
                <w:sz w:val="16"/>
              </w:rPr>
              <w:t>0.000107%</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913"/>
          </w:tcPr>
          <w:p>
            <w:pPr>
              <w:spacing w:after="0"/>
              <w:jc w:val="right"/>
            </w:pPr>
            <w:r>
              <w:rPr>
                <w:sz w:val="16"/>
              </w:rPr>
              <w:t>$40,384</w:t>
            </w:r>
          </w:p>
        </w:tc>
        <w:tc>
          <w:tcPr>
            <w:tcW w:type="dxa" w:w="1036"/>
          </w:tcPr>
          <w:p>
            <w:pPr>
              <w:spacing w:after="0"/>
              <w:jc w:val="right"/>
            </w:pPr>
            <w:r>
              <w:rPr>
                <w:sz w:val="16"/>
              </w:rPr>
              <w:t>0.00109%</w:t>
            </w:r>
          </w:p>
        </w:tc>
        <w:tc>
          <w:tcPr>
            <w:tcW w:type="dxa" w:w="1151"/>
          </w:tcPr>
          <w:p>
            <w:pPr>
              <w:spacing w:after="0"/>
              <w:jc w:val="right"/>
            </w:pPr>
          </w:p>
        </w:tc>
        <w:tc>
          <w:tcPr>
            <w:tcW w:type="dxa" w:w="1064"/>
          </w:tcPr>
          <w:p>
            <w:pPr>
              <w:spacing w:after="0"/>
              <w:jc w:val="right"/>
            </w:pPr>
            <w:r>
              <w:rPr>
                <w:sz w:val="16"/>
              </w:rPr>
              <w:t>$50,000</w:t>
            </w:r>
          </w:p>
        </w:tc>
        <w:tc>
          <w:tcPr>
            <w:tcW w:type="dxa" w:w="1405"/>
          </w:tcPr>
          <w:p>
            <w:pPr>
              <w:spacing w:after="0"/>
              <w:jc w:val="right"/>
            </w:pPr>
            <w:r>
              <w:rPr>
                <w:sz w:val="16"/>
              </w:rPr>
              <w:t>no Public Assistance recorded (1 declaration)</w:t>
            </w:r>
          </w:p>
        </w:tc>
        <w:tc>
          <w:tcPr>
            <w:tcW w:type="dxa" w:w="16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2021-02-19 (Storm Events through 2026-06-30): 23 county-coded records, 21 with a damage value recorded (including $0), $2,619,000; 65 zone-level records, 65 with a damage value recorded (including $0), $535,000 reported for the zone; Public Assistance: $17,360,372.44 on 9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Orleans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Derby town</w:t>
            </w:r>
          </w:p>
        </w:tc>
        <w:tc>
          <w:tcPr>
            <w:tcW w:type="dxa" w:w="1652"/>
          </w:tcPr>
          <w:p>
            <w:pPr>
              <w:spacing w:after="0"/>
              <w:jc w:val="left"/>
            </w:pPr>
            <w:r>
              <w:rPr>
                <w:sz w:val="16"/>
              </w:rPr>
              <w:t>500248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6</w:t>
            </w:r>
          </w:p>
        </w:tc>
        <w:tc>
          <w:tcPr>
            <w:tcW w:type="dxa" w:w="1484"/>
          </w:tcPr>
          <w:p>
            <w:pPr>
              <w:spacing w:after="0"/>
              <w:jc w:val="right"/>
            </w:pPr>
            <w:r>
              <w:rPr>
                <w:sz w:val="16"/>
              </w:rPr>
              <w:t>0</w:t>
            </w:r>
          </w:p>
        </w:tc>
        <w:tc>
          <w:tcPr>
            <w:tcW w:type="dxa" w:w="1484"/>
          </w:tcPr>
          <w:p>
            <w:pPr>
              <w:spacing w:after="0"/>
              <w:jc w:val="right"/>
            </w:pPr>
            <w:r>
              <w:rPr>
                <w:sz w:val="16"/>
              </w:rPr>
              <w:t>6</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Derby town, VT: risk-assessment baseline packet, release 2026-10 (data as of 2026-09-30; Town FIPS 5001917350). Automated baseline. </w:t>
      </w:r>
      <w:hyperlink r:id="rId16">
        <w:r>
          <w:rPr>
            <w:color w:val="1F4E99"/>
            <w:sz w:val="17"/>
            <w:u w:val="single"/>
          </w:rPr>
          <w:t>https://hazardplain.org/vt/5001917350/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hazard-plain_2026-10_VT_5001917350.docx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Derby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173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Derby town, VT: Risk-assessment baseline packet</dc:title>
  <dc:subject>Hazard Plain release 2026-10, as of 2026-09-30. Automated baseline</dc:subject>
  <dc:creator>Hazard Plain</dc:creator>
  <cp:keywords>Hazard Plain; hazard mitigation; risk assessment; 5001917350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