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Vershire town, VT</w:t>
      </w:r>
    </w:p>
    <w:p>
      <w:pPr>
        <w:spacing w:after="120" w:before="0"/>
      </w:pPr>
      <w:r>
        <w:rPr>
          <w:color w:val="555555"/>
          <w:sz w:val="24"/>
        </w:rPr>
        <w:t>Risk-assessment baseline packet (county-level sections from Orange County)</w:t>
      </w:r>
    </w:p>
    <w:p>
      <w:pPr>
        <w:spacing w:after="120" w:before="0"/>
      </w:pPr>
      <w:r>
        <w:rPr>
          <w:b/>
          <w:sz w:val="18"/>
        </w:rPr>
        <w:t xml:space="preserve">Town FIPS: </w:t>
      </w:r>
      <w:r>
        <w:rPr>
          <w:sz w:val="18"/>
        </w:rPr>
        <w:t>5001774950</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2031-01-13. Plan: Town of Vershire, Vermont 2025 Local Hazard Mitigation Plan (FEMA plan 111519), approved 2026-01-14.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Sections B1-a, B1-b, B1-c, B1-d, B1-e, B2-a and B2-b use Orange County data (county FIPS 50017; each heading says so); the plan clock, B1-f and B2-c are for Vershire town.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2026-01-14: no new hazard declaration and 12 NOAA Storm Events records (county-level);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($8,552,793 a year), Cold Wave ($555,294) and Lightning ($505,761).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5001774950 is this town.</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2031-01-13</w:t>
      </w:r>
    </w:p>
    <w:p>
      <w:pPr>
        <w:keepNext/>
        <w:spacing w:after="40" w:before="0"/>
      </w:pPr>
      <w:r>
        <w:rPr>
          <w:b/>
        </w:rPr>
        <w:t xml:space="preserve">Plan: </w:t>
      </w:r>
      <w:r>
        <w:rPr/>
        <w:t>Town of Vershire, Vermont 2025 Local Hazard Mitigation Plan (FEMA plan 111519)</w:t>
      </w:r>
    </w:p>
    <w:p>
      <w:pPr>
        <w:keepNext/>
        <w:spacing w:after="40" w:before="0"/>
      </w:pPr>
      <w:r>
        <w:rPr>
          <w:b/>
        </w:rPr>
        <w:t xml:space="preserve">Approved: </w:t>
      </w:r>
      <w:r>
        <w:rPr/>
        <w:t>2026-01-14</w:t>
      </w:r>
    </w:p>
    <w:p>
      <w:pPr>
        <w:keepNext/>
        <w:spacing w:after="40" w:before="0"/>
      </w:pPr>
      <w:r>
        <w:rPr>
          <w:b/>
        </w:rPr>
        <w:t xml:space="preserve">Days to expiry: </w:t>
      </w:r>
      <w:r>
        <w:rPr/>
        <w:t>1,566</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(Orange County, county-level): </w:t>
      </w:r>
      <w:r>
        <w:rPr/>
        <w:t>12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(this town):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this town</w:t>
      </w:r>
    </w:p>
    <w:p>
      <w:pPr>
        <w:pStyle w:val="Heading3"/>
        <w:keepNext/>
        <w:spacing w:after="80"/>
      </w:pPr>
      <w:r>
        <w:rPr/>
        <w:t>Plan status for this town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this town"/>
        <w:tblDescription w:val="Hazard Plain table plan_clock"/>
      </w:tblPr>
      <w:tblGrid>
        <w:gridCol w:w="1836"/>
        <w:gridCol w:w="912"/>
        <w:gridCol w:w="3720"/>
        <w:gridCol w:w="3469"/>
        <w:gridCol w:w="1459"/>
        <w:gridCol w:w="1459"/>
        <w:gridCol w:w="1258"/>
      </w:tblGrid>
      <w:tr>
        <w:trPr>
          <w:cantSplit/>
          <w:tblHeader/>
        </w:trPr>
        <w:tc>
          <w:tcPr>
            <w:tcW w:type="dxa" w:w="1836"/>
            <w:shd w:val="clear" w:color="auto" w:fill="E8E8E8"/>
          </w:tcPr>
          <w:p>
            <w:pPr>
              <w:spacing w:after="0"/>
              <w:jc w:val="left"/>
            </w:pPr>
            <w:r>
              <w:rPr>
                <w:b/>
                <w:sz w:val="16"/>
              </w:rPr>
              <w:t>Jurisdiction</w:t>
            </w:r>
          </w:p>
        </w:tc>
        <w:tc>
          <w:tcPr>
            <w:tcW w:type="dxa" w:w="912"/>
            <w:shd w:val="clear" w:color="auto" w:fill="E8E8E8"/>
          </w:tcPr>
          <w:p>
            <w:pPr>
              <w:spacing w:after="0"/>
              <w:jc w:val="left"/>
            </w:pPr>
            <w:r>
              <w:rPr>
                <w:b/>
                <w:sz w:val="16"/>
              </w:rPr>
              <w:t>Type</w:t>
            </w:r>
          </w:p>
        </w:tc>
        <w:tc>
          <w:tcPr>
            <w:tcW w:type="dxa" w:w="3720"/>
            <w:shd w:val="clear" w:color="auto" w:fill="E8E8E8"/>
          </w:tcPr>
          <w:p>
            <w:pPr>
              <w:spacing w:after="0"/>
              <w:jc w:val="left"/>
            </w:pPr>
            <w:r>
              <w:rPr>
                <w:b/>
                <w:sz w:val="16"/>
              </w:rPr>
              <w:t>Status</w:t>
            </w:r>
          </w:p>
        </w:tc>
        <w:tc>
          <w:tcPr>
            <w:tcW w:type="dxa" w:w="3469"/>
            <w:shd w:val="clear" w:color="auto" w:fill="E8E8E8"/>
          </w:tcPr>
          <w:p>
            <w:pPr>
              <w:spacing w:after="0"/>
              <w:jc w:val="left"/>
            </w:pPr>
            <w:r>
              <w:rPr>
                <w:b/>
                <w:sz w:val="16"/>
              </w:rPr>
              <w:t>Plan</w:t>
            </w:r>
          </w:p>
        </w:tc>
        <w:tc>
          <w:tcPr>
            <w:tcW w:type="dxa" w:w="1459"/>
            <w:shd w:val="clear" w:color="auto" w:fill="E8E8E8"/>
          </w:tcPr>
          <w:p>
            <w:pPr>
              <w:spacing w:after="0"/>
              <w:jc w:val="left"/>
            </w:pPr>
            <w:r>
              <w:rPr>
                <w:b/>
                <w:sz w:val="16"/>
              </w:rPr>
              <w:t>Approved</w:t>
            </w:r>
          </w:p>
        </w:tc>
        <w:tc>
          <w:tcPr>
            <w:tcW w:type="dxa" w:w="1459"/>
            <w:shd w:val="clear" w:color="auto" w:fill="E8E8E8"/>
          </w:tcPr>
          <w:p>
            <w:pPr>
              <w:spacing w:after="0"/>
              <w:jc w:val="left"/>
            </w:pPr>
            <w:r>
              <w:rPr>
                <w:b/>
                <w:sz w:val="16"/>
              </w:rPr>
              <w:t>Expires</w:t>
            </w:r>
          </w:p>
        </w:tc>
        <w:tc>
          <w:tcPr>
            <w:tcW w:type="dxa" w:w="125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836"/>
          </w:tcPr>
          <w:p>
            <w:pPr>
              <w:spacing w:after="0"/>
              <w:jc w:val="left"/>
            </w:pPr>
            <w:r>
              <w:rPr>
                <w:sz w:val="16"/>
              </w:rPr>
              <w:t>Vershire town</w:t>
            </w:r>
          </w:p>
        </w:tc>
        <w:tc>
          <w:tcPr>
            <w:tcW w:type="dxa" w:w="912"/>
          </w:tcPr>
          <w:p>
            <w:pPr>
              <w:spacing w:after="0"/>
              <w:jc w:val="left"/>
            </w:pPr>
            <w:r>
              <w:rPr>
                <w:sz w:val="16"/>
              </w:rPr>
              <w:t>Town</w:t>
            </w:r>
          </w:p>
        </w:tc>
        <w:tc>
          <w:tcPr>
            <w:tcW w:type="dxa" w:w="3720"/>
          </w:tcPr>
          <w:p>
            <w:pPr>
              <w:spacing w:after="0"/>
              <w:jc w:val="left"/>
            </w:pPr>
            <w:r>
              <w:rPr>
                <w:sz w:val="16"/>
              </w:rPr>
              <w:t>Approved, expires 2031-01-13</w:t>
            </w:r>
          </w:p>
        </w:tc>
        <w:tc>
          <w:tcPr>
            <w:tcW w:type="dxa" w:w="3469"/>
          </w:tcPr>
          <w:p>
            <w:pPr>
              <w:spacing w:after="0"/>
              <w:jc w:val="left"/>
            </w:pPr>
            <w:r>
              <w:rPr>
                <w:sz w:val="16"/>
              </w:rPr>
              <w:t>Town of Vershire, Vermont 2025 Local Hazard Mitigation Plan (FEMA plan 111519)</w:t>
            </w:r>
          </w:p>
        </w:tc>
        <w:tc>
          <w:tcPr>
            <w:tcW w:type="dxa" w:w="1459"/>
          </w:tcPr>
          <w:p>
            <w:pPr>
              <w:spacing w:after="0"/>
              <w:jc w:val="left"/>
            </w:pPr>
            <w:r>
              <w:rPr>
                <w:sz w:val="16"/>
              </w:rPr>
              <w:t>2026-01-14</w:t>
            </w:r>
          </w:p>
        </w:tc>
        <w:tc>
          <w:tcPr>
            <w:tcW w:type="dxa" w:w="1459"/>
          </w:tcPr>
          <w:p>
            <w:pPr>
              <w:spacing w:after="0"/>
              <w:jc w:val="left"/>
            </w:pPr>
            <w:r>
              <w:rPr>
                <w:sz w:val="16"/>
              </w:rPr>
              <w:t>2031-01-13</w:t>
            </w:r>
          </w:p>
        </w:tc>
        <w:tc>
          <w:tcPr>
            <w:tcW w:type="dxa" w:w="1258"/>
          </w:tcPr>
          <w:p>
            <w:pPr>
              <w:spacing w:after="0"/>
              <w:jc w:val="right"/>
            </w:pPr>
            <w:r>
              <w:rPr>
                <w:sz w:val="16"/>
              </w:rPr>
              <w:t>1,566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rPr>
        <w:t>County-level: Orange County.</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4"/>
        <w:gridCol w:w="1037"/>
        <w:gridCol w:w="1354"/>
        <w:gridCol w:w="1354"/>
        <w:gridCol w:w="1037"/>
        <w:gridCol w:w="1126"/>
        <w:gridCol w:w="1935"/>
        <w:gridCol w:w="1195"/>
        <w:gridCol w:w="2145"/>
        <w:gridCol w:w="2206"/>
      </w:tblGrid>
      <w:tr>
        <w:trPr>
          <w:cantSplit/>
          <w:tblHeader/>
        </w:trPr>
        <w:tc>
          <w:tcPr>
            <w:tcW w:type="dxa" w:w="724"/>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4"/>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3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4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6"/>
            <w:shd w:val="clear" w:color="auto" w:fill="E8E8E8"/>
          </w:tcPr>
          <w:p>
            <w:pPr>
              <w:spacing w:after="0"/>
              <w:jc w:val="left"/>
            </w:pPr>
            <w:r>
              <w:rPr>
                <w:b/>
                <w:sz w:val="16"/>
              </w:rPr>
              <w:t>Storm Events coverage note</w:t>
            </w:r>
          </w:p>
        </w:tc>
      </w:tr>
      <w:tr>
        <w:trPr>
          <w:cantSplit/>
        </w:trPr>
        <w:tc>
          <w:tcPr>
            <w:tcW w:type="dxa" w:w="724"/>
          </w:tcPr>
          <w:p>
            <w:pPr>
              <w:spacing w:after="0"/>
              <w:jc w:val="right"/>
            </w:pPr>
            <w:r>
              <w:rPr>
                <w:sz w:val="16"/>
              </w:rPr>
              <w:t>1</w:t>
            </w:r>
          </w:p>
        </w:tc>
        <w:tc>
          <w:tcPr>
            <w:tcW w:type="dxa" w:w="1037"/>
          </w:tcPr>
          <w:p>
            <w:pPr>
              <w:spacing w:after="0"/>
              <w:jc w:val="left"/>
            </w:pPr>
            <w:r>
              <w:rPr>
                <w:sz w:val="16"/>
              </w:rPr>
              <w:t>Inland Flooding</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1935"/>
          </w:tcPr>
          <w:p>
            <w:pPr>
              <w:spacing w:after="0"/>
              <w:jc w:val="right"/>
            </w:pPr>
            <w:r>
              <w:rPr>
                <w:sz w:val="16"/>
              </w:rPr>
              <w:t>$60,973</w:t>
            </w:r>
          </w:p>
        </w:tc>
        <w:tc>
          <w:tcPr>
            <w:tcW w:type="dxa" w:w="1195"/>
          </w:tcPr>
          <w:p>
            <w:pPr>
              <w:spacing w:after="0"/>
              <w:jc w:val="right"/>
            </w:pPr>
            <w:r>
              <w:rPr>
                <w:sz w:val="16"/>
              </w:rPr>
              <w:t>$8,552,793</w:t>
            </w:r>
          </w:p>
        </w:tc>
        <w:tc>
          <w:tcPr>
            <w:tcW w:type="dxa" w:w="2145"/>
          </w:tcPr>
          <w:p>
            <w:pPr>
              <w:spacing w:after="0"/>
              <w:jc w:val="right"/>
            </w:pPr>
            <w:r>
              <w:rPr>
                <w:sz w:val="16"/>
              </w:rPr>
              <w:t>33</w:t>
            </w:r>
          </w:p>
        </w:tc>
        <w:tc>
          <w:tcPr>
            <w:tcW w:type="dxa" w:w="2206"/>
          </w:tcPr>
          <w:p>
            <w:pPr>
              <w:spacing w:after="0"/>
              <w:jc w:val="left"/>
            </w:pPr>
          </w:p>
        </w:tc>
      </w:tr>
      <w:tr>
        <w:trPr>
          <w:cantSplit/>
        </w:trPr>
        <w:tc>
          <w:tcPr>
            <w:tcW w:type="dxa" w:w="724"/>
          </w:tcPr>
          <w:p>
            <w:pPr>
              <w:spacing w:after="0"/>
              <w:jc w:val="right"/>
            </w:pPr>
            <w:r>
              <w:rPr>
                <w:sz w:val="16"/>
              </w:rPr>
              <w:t>2</w:t>
            </w:r>
          </w:p>
        </w:tc>
        <w:tc>
          <w:tcPr>
            <w:tcW w:type="dxa" w:w="1037"/>
          </w:tcPr>
          <w:p>
            <w:pPr>
              <w:spacing w:after="0"/>
              <w:jc w:val="left"/>
            </w:pPr>
            <w:r>
              <w:rPr>
                <w:sz w:val="16"/>
              </w:rPr>
              <w:t>Cold Wave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1935"/>
          </w:tcPr>
          <w:p>
            <w:pPr>
              <w:spacing w:after="0"/>
              <w:jc w:val="right"/>
            </w:pPr>
            <w:r>
              <w:rPr>
                <w:sz w:val="16"/>
              </w:rPr>
              <w:t>$535,186</w:t>
            </w:r>
          </w:p>
        </w:tc>
        <w:tc>
          <w:tcPr>
            <w:tcW w:type="dxa" w:w="1195"/>
          </w:tcPr>
          <w:p>
            <w:pPr>
              <w:spacing w:after="0"/>
              <w:jc w:val="right"/>
            </w:pPr>
            <w:r>
              <w:rPr>
                <w:sz w:val="16"/>
              </w:rPr>
              <w:t>$555,294</w:t>
            </w:r>
          </w:p>
        </w:tc>
        <w:tc>
          <w:tcPr>
            <w:tcW w:type="dxa" w:w="2145"/>
          </w:tcPr>
          <w:p>
            <w:pPr>
              <w:spacing w:after="0"/>
              <w:jc w:val="right"/>
            </w:pPr>
            <w:r>
              <w:rPr>
                <w:sz w:val="16"/>
              </w:rPr>
              <w:t>28</w:t>
            </w:r>
          </w:p>
        </w:tc>
        <w:tc>
          <w:tcPr>
            <w:tcW w:type="dxa" w:w="2206"/>
          </w:tcPr>
          <w:p>
            <w:pPr>
              <w:spacing w:after="0"/>
              <w:jc w:val="left"/>
            </w:pPr>
            <w:r>
              <w:rPr>
                <w:sz w:val="16"/>
              </w:rPr>
              <w:t>Includes 3 Frost/Freeze records (outside NRI's Cold Wave definition; counted in this table and in B1-d, not in the B1-e descriptor).</w:t>
            </w:r>
          </w:p>
        </w:tc>
      </w:tr>
      <w:tr>
        <w:trPr>
          <w:cantSplit/>
        </w:trPr>
        <w:tc>
          <w:tcPr>
            <w:tcW w:type="dxa" w:w="724"/>
          </w:tcPr>
          <w:p>
            <w:pPr>
              <w:spacing w:after="0"/>
              <w:jc w:val="right"/>
            </w:pPr>
            <w:r>
              <w:rPr>
                <w:sz w:val="16"/>
              </w:rPr>
              <w:t>3</w:t>
            </w:r>
          </w:p>
        </w:tc>
        <w:tc>
          <w:tcPr>
            <w:tcW w:type="dxa" w:w="1037"/>
          </w:tcPr>
          <w:p>
            <w:pPr>
              <w:spacing w:after="0"/>
              <w:jc w:val="left"/>
            </w:pPr>
            <w:r>
              <w:rPr>
                <w:sz w:val="16"/>
              </w:rPr>
              <w:t>Lightning</w:t>
            </w:r>
          </w:p>
        </w:tc>
        <w:tc>
          <w:tcPr>
            <w:tcW w:type="dxa" w:w="1354"/>
          </w:tcPr>
          <w:p>
            <w:pPr>
              <w:spacing w:after="0"/>
              <w:jc w:val="left"/>
            </w:pPr>
            <w:r>
              <w:rPr>
                <w:sz w:val="16"/>
              </w:rPr>
              <w:t>Relatively Moderate</w:t>
            </w:r>
          </w:p>
        </w:tc>
        <w:tc>
          <w:tcPr>
            <w:tcW w:type="dxa" w:w="1354"/>
          </w:tcPr>
          <w:p>
            <w:pPr>
              <w:spacing w:after="0"/>
              <w:jc w:val="left"/>
            </w:pPr>
            <w:r>
              <w:rPr>
                <w:sz w:val="16"/>
              </w:rPr>
              <w:t>Relatively Moderate</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1935"/>
          </w:tcPr>
          <w:p>
            <w:pPr>
              <w:spacing w:after="0"/>
              <w:jc w:val="right"/>
            </w:pPr>
            <w:r>
              <w:rPr>
                <w:sz w:val="16"/>
              </w:rPr>
              <w:t>$489,286</w:t>
            </w:r>
          </w:p>
        </w:tc>
        <w:tc>
          <w:tcPr>
            <w:tcW w:type="dxa" w:w="1195"/>
          </w:tcPr>
          <w:p>
            <w:pPr>
              <w:spacing w:after="0"/>
              <w:jc w:val="right"/>
            </w:pPr>
            <w:r>
              <w:rPr>
                <w:sz w:val="16"/>
              </w:rPr>
              <w:t>$505,761</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4</w:t>
            </w:r>
          </w:p>
        </w:tc>
        <w:tc>
          <w:tcPr>
            <w:tcW w:type="dxa" w:w="1037"/>
          </w:tcPr>
          <w:p>
            <w:pPr>
              <w:spacing w:after="0"/>
              <w:jc w:val="left"/>
            </w:pPr>
            <w:r>
              <w:rPr>
                <w:sz w:val="16"/>
              </w:rPr>
              <w:t>Hurricane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1935"/>
          </w:tcPr>
          <w:p>
            <w:pPr>
              <w:spacing w:after="0"/>
              <w:jc w:val="right"/>
            </w:pPr>
            <w:r>
              <w:rPr>
                <w:sz w:val="16"/>
              </w:rPr>
              <w:t>$14,705</w:t>
            </w:r>
          </w:p>
        </w:tc>
        <w:tc>
          <w:tcPr>
            <w:tcW w:type="dxa" w:w="1195"/>
          </w:tcPr>
          <w:p>
            <w:pPr>
              <w:spacing w:after="0"/>
              <w:jc w:val="right"/>
            </w:pPr>
            <w:r>
              <w:rPr>
                <w:sz w:val="16"/>
              </w:rPr>
              <w:t>$471,673</w:t>
            </w:r>
          </w:p>
        </w:tc>
        <w:tc>
          <w:tcPr>
            <w:tcW w:type="dxa" w:w="2145"/>
          </w:tcPr>
          <w:p>
            <w:pPr>
              <w:spacing w:after="0"/>
              <w:jc w:val="right"/>
            </w:pPr>
            <w:r>
              <w:rPr>
                <w:sz w:val="16"/>
              </w:rPr>
              <w:t>0</w:t>
            </w:r>
          </w:p>
        </w:tc>
        <w:tc>
          <w:tcPr>
            <w:tcW w:type="dxa" w:w="2206"/>
          </w:tcPr>
          <w:p>
            <w:pPr>
              <w:spacing w:after="0"/>
              <w:jc w:val="left"/>
            </w:pPr>
            <w:r>
              <w:rPr>
                <w:sz w:val="16"/>
              </w:rPr>
              <w:t>Declared 4 times; no Storm Events record of this type.</w:t>
            </w:r>
          </w:p>
        </w:tc>
      </w:tr>
      <w:tr>
        <w:trPr>
          <w:cantSplit/>
        </w:trPr>
        <w:tc>
          <w:tcPr>
            <w:tcW w:type="dxa" w:w="724"/>
          </w:tcPr>
          <w:p>
            <w:pPr>
              <w:spacing w:after="0"/>
              <w:jc w:val="right"/>
            </w:pPr>
            <w:r>
              <w:rPr>
                <w:sz w:val="16"/>
              </w:rPr>
              <w:t>5</w:t>
            </w:r>
          </w:p>
        </w:tc>
        <w:tc>
          <w:tcPr>
            <w:tcW w:type="dxa" w:w="1037"/>
          </w:tcPr>
          <w:p>
            <w:pPr>
              <w:spacing w:after="0"/>
              <w:jc w:val="left"/>
            </w:pPr>
            <w:r>
              <w:rPr>
                <w:sz w:val="16"/>
              </w:rPr>
              <w:t>Strong Wind</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1935"/>
          </w:tcPr>
          <w:p>
            <w:pPr>
              <w:spacing w:after="0"/>
              <w:jc w:val="right"/>
            </w:pPr>
            <w:r>
              <w:rPr>
                <w:sz w:val="16"/>
              </w:rPr>
              <w:t>$161,478</w:t>
            </w:r>
          </w:p>
        </w:tc>
        <w:tc>
          <w:tcPr>
            <w:tcW w:type="dxa" w:w="1195"/>
          </w:tcPr>
          <w:p>
            <w:pPr>
              <w:spacing w:after="0"/>
              <w:jc w:val="right"/>
            </w:pPr>
            <w:r>
              <w:rPr>
                <w:sz w:val="16"/>
              </w:rPr>
              <w:t>$301,425</w:t>
            </w:r>
          </w:p>
        </w:tc>
        <w:tc>
          <w:tcPr>
            <w:tcW w:type="dxa" w:w="2145"/>
          </w:tcPr>
          <w:p>
            <w:pPr>
              <w:spacing w:after="0"/>
              <w:jc w:val="right"/>
            </w:pPr>
            <w:r>
              <w:rPr>
                <w:sz w:val="16"/>
              </w:rPr>
              <w:t>145</w:t>
            </w:r>
          </w:p>
        </w:tc>
        <w:tc>
          <w:tcPr>
            <w:tcW w:type="dxa" w:w="2206"/>
          </w:tcPr>
          <w:p>
            <w:pPr>
              <w:spacing w:after="0"/>
              <w:jc w:val="left"/>
            </w:pPr>
            <w:r>
              <w:rPr>
                <w:sz w:val="16"/>
              </w:rPr>
              <w:t>Includes 8 High Wind and 28 Strong Wind records (NOAA non-thunderstorm wind types, outside NRI's Strong Wind definition).</w:t>
            </w:r>
          </w:p>
        </w:tc>
      </w:tr>
      <w:tr>
        <w:trPr>
          <w:cantSplit/>
        </w:trPr>
        <w:tc>
          <w:tcPr>
            <w:tcW w:type="dxa" w:w="724"/>
          </w:tcPr>
          <w:p>
            <w:pPr>
              <w:spacing w:after="0"/>
              <w:jc w:val="right"/>
            </w:pPr>
            <w:r>
              <w:rPr>
                <w:sz w:val="16"/>
              </w:rPr>
              <w:t>6</w:t>
            </w:r>
          </w:p>
        </w:tc>
        <w:tc>
          <w:tcPr>
            <w:tcW w:type="dxa" w:w="1037"/>
          </w:tcPr>
          <w:p>
            <w:pPr>
              <w:spacing w:after="0"/>
              <w:jc w:val="left"/>
            </w:pPr>
            <w:r>
              <w:rPr>
                <w:sz w:val="16"/>
              </w:rPr>
              <w:t>Heat Wave</w:t>
            </w:r>
          </w:p>
        </w:tc>
        <w:tc>
          <w:tcPr>
            <w:tcW w:type="dxa" w:w="1354"/>
          </w:tcPr>
          <w:p>
            <w:pPr>
              <w:spacing w:after="0"/>
              <w:jc w:val="left"/>
            </w:pPr>
            <w:r>
              <w:rPr>
                <w:sz w:val="16"/>
              </w:rPr>
              <w:t>Very Low</w:t>
            </w:r>
          </w:p>
        </w:tc>
        <w:tc>
          <w:tcPr>
            <w:tcW w:type="dxa" w:w="1354"/>
          </w:tcPr>
          <w:p>
            <w:pPr>
              <w:spacing w:after="0"/>
              <w:jc w:val="left"/>
            </w:pPr>
            <w:r>
              <w:rPr>
                <w:sz w:val="16"/>
              </w:rPr>
              <w:t>Relatively Low</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1935"/>
          </w:tcPr>
          <w:p>
            <w:pPr>
              <w:spacing w:after="0"/>
              <w:jc w:val="right"/>
            </w:pPr>
            <w:r>
              <w:rPr>
                <w:sz w:val="16"/>
              </w:rPr>
              <w:t>$152,844</w:t>
            </w:r>
          </w:p>
        </w:tc>
        <w:tc>
          <w:tcPr>
            <w:tcW w:type="dxa" w:w="1195"/>
          </w:tcPr>
          <w:p>
            <w:pPr>
              <w:spacing w:after="0"/>
              <w:jc w:val="right"/>
            </w:pPr>
            <w:r>
              <w:rPr>
                <w:sz w:val="16"/>
              </w:rPr>
              <w:t>$250,202</w:t>
            </w:r>
          </w:p>
        </w:tc>
        <w:tc>
          <w:tcPr>
            <w:tcW w:type="dxa" w:w="2145"/>
          </w:tcPr>
          <w:p>
            <w:pPr>
              <w:spacing w:after="0"/>
              <w:jc w:val="right"/>
            </w:pPr>
            <w:r>
              <w:rPr>
                <w:sz w:val="16"/>
              </w:rPr>
              <w:t>7</w:t>
            </w:r>
          </w:p>
        </w:tc>
        <w:tc>
          <w:tcPr>
            <w:tcW w:type="dxa" w:w="2206"/>
          </w:tcPr>
          <w:p>
            <w:pPr>
              <w:spacing w:after="0"/>
              <w:jc w:val="left"/>
            </w:pPr>
          </w:p>
        </w:tc>
      </w:tr>
      <w:tr>
        <w:trPr>
          <w:cantSplit/>
        </w:trPr>
        <w:tc>
          <w:tcPr>
            <w:tcW w:type="dxa" w:w="724"/>
          </w:tcPr>
          <w:p>
            <w:pPr>
              <w:spacing w:after="0"/>
              <w:jc w:val="right"/>
            </w:pPr>
            <w:r>
              <w:rPr>
                <w:sz w:val="16"/>
              </w:rPr>
              <w:t>7</w:t>
            </w:r>
          </w:p>
        </w:tc>
        <w:tc>
          <w:tcPr>
            <w:tcW w:type="dxa" w:w="1037"/>
          </w:tcPr>
          <w:p>
            <w:pPr>
              <w:spacing w:after="0"/>
              <w:jc w:val="left"/>
            </w:pPr>
            <w:r>
              <w:rPr>
                <w:sz w:val="16"/>
              </w:rPr>
              <w:t>Earthquake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1935"/>
          </w:tcPr>
          <w:p>
            <w:pPr>
              <w:spacing w:after="0"/>
              <w:jc w:val="right"/>
            </w:pPr>
            <w:r>
              <w:rPr>
                <w:sz w:val="16"/>
              </w:rPr>
              <w:t>$20,161</w:t>
            </w:r>
          </w:p>
        </w:tc>
        <w:tc>
          <w:tcPr>
            <w:tcW w:type="dxa" w:w="1195"/>
          </w:tcPr>
          <w:p>
            <w:pPr>
              <w:spacing w:after="0"/>
              <w:jc w:val="right"/>
            </w:pPr>
            <w:r>
              <w:rPr>
                <w:sz w:val="16"/>
              </w:rPr>
              <w:t>$169,260</w:t>
            </w:r>
          </w:p>
        </w:tc>
        <w:tc>
          <w:tcPr>
            <w:tcW w:type="dxa" w:w="2145"/>
          </w:tcPr>
          <w:p>
            <w:pPr>
              <w:spacing w:after="0"/>
              <w:jc w:val="right"/>
            </w:pPr>
          </w:p>
        </w:tc>
        <w:tc>
          <w:tcPr>
            <w:tcW w:type="dxa" w:w="2206"/>
          </w:tcPr>
          <w:p>
            <w:pPr>
              <w:spacing w:after="0"/>
              <w:jc w:val="left"/>
            </w:pPr>
            <w:r>
              <w:rPr>
                <w:sz w:val="16"/>
              </w:rPr>
              <w:t>Storm Events does not record earthquakes.</w:t>
            </w:r>
          </w:p>
        </w:tc>
      </w:tr>
      <w:tr>
        <w:trPr>
          <w:cantSplit/>
        </w:trPr>
        <w:tc>
          <w:tcPr>
            <w:tcW w:type="dxa" w:w="724"/>
          </w:tcPr>
          <w:p>
            <w:pPr>
              <w:spacing w:after="0"/>
              <w:jc w:val="right"/>
            </w:pPr>
            <w:r>
              <w:rPr>
                <w:sz w:val="16"/>
              </w:rPr>
              <w:t>8</w:t>
            </w:r>
          </w:p>
        </w:tc>
        <w:tc>
          <w:tcPr>
            <w:tcW w:type="dxa" w:w="1037"/>
          </w:tcPr>
          <w:p>
            <w:pPr>
              <w:spacing w:after="0"/>
              <w:jc w:val="left"/>
            </w:pPr>
            <w:r>
              <w:rPr>
                <w:sz w:val="16"/>
              </w:rPr>
              <w:t>Tornado</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1935"/>
          </w:tcPr>
          <w:p>
            <w:pPr>
              <w:spacing w:after="0"/>
              <w:jc w:val="right"/>
            </w:pPr>
            <w:r>
              <w:rPr>
                <w:sz w:val="16"/>
              </w:rPr>
              <w:t>$81,463</w:t>
            </w:r>
          </w:p>
        </w:tc>
        <w:tc>
          <w:tcPr>
            <w:tcW w:type="dxa" w:w="1195"/>
          </w:tcPr>
          <w:p>
            <w:pPr>
              <w:spacing w:after="0"/>
              <w:jc w:val="right"/>
            </w:pPr>
            <w:r>
              <w:rPr>
                <w:sz w:val="16"/>
              </w:rPr>
              <w:t>$143,227</w:t>
            </w:r>
          </w:p>
        </w:tc>
        <w:tc>
          <w:tcPr>
            <w:tcW w:type="dxa" w:w="2145"/>
          </w:tcPr>
          <w:p>
            <w:pPr>
              <w:spacing w:after="0"/>
              <w:jc w:val="right"/>
            </w:pPr>
            <w:r>
              <w:rPr>
                <w:sz w:val="16"/>
              </w:rPr>
              <w:t>3</w:t>
            </w:r>
          </w:p>
        </w:tc>
        <w:tc>
          <w:tcPr>
            <w:tcW w:type="dxa" w:w="2206"/>
          </w:tcPr>
          <w:p>
            <w:pPr>
              <w:spacing w:after="0"/>
              <w:jc w:val="left"/>
            </w:pPr>
          </w:p>
        </w:tc>
      </w:tr>
      <w:tr>
        <w:trPr>
          <w:cantSplit/>
        </w:trPr>
        <w:tc>
          <w:tcPr>
            <w:tcW w:type="dxa" w:w="724"/>
          </w:tcPr>
          <w:p>
            <w:pPr>
              <w:spacing w:after="0"/>
              <w:jc w:val="right"/>
            </w:pPr>
            <w:r>
              <w:rPr>
                <w:sz w:val="16"/>
              </w:rPr>
              <w:t>9</w:t>
            </w:r>
          </w:p>
        </w:tc>
        <w:tc>
          <w:tcPr>
            <w:tcW w:type="dxa" w:w="1037"/>
          </w:tcPr>
          <w:p>
            <w:pPr>
              <w:spacing w:after="0"/>
              <w:jc w:val="left"/>
            </w:pPr>
            <w:r>
              <w:rPr>
                <w:sz w:val="16"/>
              </w:rPr>
              <w:t>Winter Weather</w:t>
            </w:r>
          </w:p>
        </w:tc>
        <w:tc>
          <w:tcPr>
            <w:tcW w:type="dxa" w:w="1354"/>
          </w:tcPr>
          <w:p>
            <w:pPr>
              <w:spacing w:after="0"/>
              <w:jc w:val="left"/>
            </w:pPr>
            <w:r>
              <w:rPr>
                <w:sz w:val="16"/>
              </w:rPr>
              <w:t>Relatively Low</w:t>
            </w:r>
          </w:p>
        </w:tc>
        <w:tc>
          <w:tcPr>
            <w:tcW w:type="dxa" w:w="1354"/>
          </w:tcPr>
          <w:p>
            <w:pPr>
              <w:spacing w:after="0"/>
              <w:jc w:val="left"/>
            </w:pPr>
            <w:r>
              <w:rPr>
                <w:sz w:val="16"/>
              </w:rPr>
              <w:t>Relatively Moderate</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1935"/>
          </w:tcPr>
          <w:p>
            <w:pPr>
              <w:spacing w:after="0"/>
              <w:jc w:val="right"/>
            </w:pPr>
            <w:r>
              <w:rPr>
                <w:sz w:val="16"/>
              </w:rPr>
              <w:t>$28,947</w:t>
            </w:r>
          </w:p>
        </w:tc>
        <w:tc>
          <w:tcPr>
            <w:tcW w:type="dxa" w:w="1195"/>
          </w:tcPr>
          <w:p>
            <w:pPr>
              <w:spacing w:after="0"/>
              <w:jc w:val="right"/>
            </w:pPr>
            <w:r>
              <w:rPr>
                <w:sz w:val="16"/>
              </w:rPr>
              <w:t>$93,248</w:t>
            </w:r>
          </w:p>
        </w:tc>
        <w:tc>
          <w:tcPr>
            <w:tcW w:type="dxa" w:w="2145"/>
          </w:tcPr>
          <w:p>
            <w:pPr>
              <w:spacing w:after="0"/>
              <w:jc w:val="right"/>
            </w:pPr>
            <w:r>
              <w:rPr>
                <w:sz w:val="16"/>
              </w:rPr>
              <w:t>280</w:t>
            </w:r>
          </w:p>
        </w:tc>
        <w:tc>
          <w:tcPr>
            <w:tcW w:type="dxa" w:w="2206"/>
          </w:tcPr>
          <w:p>
            <w:pPr>
              <w:spacing w:after="0"/>
              <w:jc w:val="left"/>
            </w:pPr>
          </w:p>
        </w:tc>
      </w:tr>
      <w:tr>
        <w:trPr>
          <w:cantSplit/>
        </w:trPr>
        <w:tc>
          <w:tcPr>
            <w:tcW w:type="dxa" w:w="724"/>
          </w:tcPr>
          <w:p>
            <w:pPr>
              <w:spacing w:after="0"/>
              <w:jc w:val="right"/>
            </w:pPr>
            <w:r>
              <w:rPr>
                <w:sz w:val="16"/>
              </w:rPr>
              <w:t>10</w:t>
            </w:r>
          </w:p>
        </w:tc>
        <w:tc>
          <w:tcPr>
            <w:tcW w:type="dxa" w:w="1037"/>
          </w:tcPr>
          <w:p>
            <w:pPr>
              <w:spacing w:after="0"/>
              <w:jc w:val="left"/>
            </w:pPr>
            <w:r>
              <w:rPr>
                <w:sz w:val="16"/>
              </w:rPr>
              <w:t>Ice Storm</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1935"/>
          </w:tcPr>
          <w:p>
            <w:pPr>
              <w:spacing w:after="0"/>
              <w:jc w:val="right"/>
            </w:pPr>
            <w:r>
              <w:rPr>
                <w:sz w:val="16"/>
              </w:rPr>
              <w:t>$5,886</w:t>
            </w:r>
          </w:p>
        </w:tc>
        <w:tc>
          <w:tcPr>
            <w:tcW w:type="dxa" w:w="1195"/>
          </w:tcPr>
          <w:p>
            <w:pPr>
              <w:spacing w:after="0"/>
              <w:jc w:val="right"/>
            </w:pPr>
            <w:r>
              <w:rPr>
                <w:sz w:val="16"/>
              </w:rPr>
              <w:t>$66,881</w:t>
            </w:r>
          </w:p>
        </w:tc>
        <w:tc>
          <w:tcPr>
            <w:tcW w:type="dxa" w:w="2145"/>
          </w:tcPr>
          <w:p>
            <w:pPr>
              <w:spacing w:after="0"/>
              <w:jc w:val="right"/>
            </w:pPr>
            <w:r>
              <w:rPr>
                <w:sz w:val="16"/>
              </w:rPr>
              <w:t>1</w:t>
            </w:r>
          </w:p>
        </w:tc>
        <w:tc>
          <w:tcPr>
            <w:tcW w:type="dxa" w:w="2206"/>
          </w:tcPr>
          <w:p>
            <w:pPr>
              <w:spacing w:after="0"/>
              <w:jc w:val="left"/>
            </w:pPr>
          </w:p>
        </w:tc>
      </w:tr>
      <w:tr>
        <w:trPr>
          <w:cantSplit/>
        </w:trPr>
        <w:tc>
          <w:tcPr>
            <w:tcW w:type="dxa" w:w="724"/>
          </w:tcPr>
          <w:p>
            <w:pPr>
              <w:spacing w:after="0"/>
              <w:jc w:val="right"/>
            </w:pPr>
            <w:r>
              <w:rPr>
                <w:sz w:val="16"/>
              </w:rPr>
              <w:t>11</w:t>
            </w:r>
          </w:p>
        </w:tc>
        <w:tc>
          <w:tcPr>
            <w:tcW w:type="dxa" w:w="1037"/>
          </w:tcPr>
          <w:p>
            <w:pPr>
              <w:spacing w:after="0"/>
              <w:jc w:val="left"/>
            </w:pPr>
            <w:r>
              <w:rPr>
                <w:sz w:val="16"/>
              </w:rPr>
              <w:t>Hail</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1935"/>
          </w:tcPr>
          <w:p>
            <w:pPr>
              <w:spacing w:after="0"/>
              <w:jc w:val="right"/>
            </w:pPr>
            <w:r>
              <w:rPr>
                <w:sz w:val="16"/>
              </w:rPr>
              <w:t>$27,908</w:t>
            </w:r>
          </w:p>
        </w:tc>
        <w:tc>
          <w:tcPr>
            <w:tcW w:type="dxa" w:w="1195"/>
          </w:tcPr>
          <w:p>
            <w:pPr>
              <w:spacing w:after="0"/>
              <w:jc w:val="right"/>
            </w:pPr>
            <w:r>
              <w:rPr>
                <w:sz w:val="16"/>
              </w:rPr>
              <w:t>$36,895</w:t>
            </w:r>
          </w:p>
        </w:tc>
        <w:tc>
          <w:tcPr>
            <w:tcW w:type="dxa" w:w="2145"/>
          </w:tcPr>
          <w:p>
            <w:pPr>
              <w:spacing w:after="0"/>
              <w:jc w:val="right"/>
            </w:pPr>
            <w:r>
              <w:rPr>
                <w:sz w:val="16"/>
              </w:rPr>
              <w:t>27</w:t>
            </w:r>
          </w:p>
        </w:tc>
        <w:tc>
          <w:tcPr>
            <w:tcW w:type="dxa" w:w="2206"/>
          </w:tcPr>
          <w:p>
            <w:pPr>
              <w:spacing w:after="0"/>
              <w:jc w:val="left"/>
            </w:pPr>
          </w:p>
        </w:tc>
      </w:tr>
      <w:tr>
        <w:trPr>
          <w:cantSplit/>
        </w:trPr>
        <w:tc>
          <w:tcPr>
            <w:tcW w:type="dxa" w:w="724"/>
          </w:tcPr>
          <w:p>
            <w:pPr>
              <w:spacing w:after="0"/>
              <w:jc w:val="right"/>
            </w:pPr>
            <w:r>
              <w:rPr>
                <w:sz w:val="16"/>
              </w:rPr>
              <w:t>12</w:t>
            </w:r>
          </w:p>
        </w:tc>
        <w:tc>
          <w:tcPr>
            <w:tcW w:type="dxa" w:w="1037"/>
          </w:tcPr>
          <w:p>
            <w:pPr>
              <w:spacing w:after="0"/>
              <w:jc w:val="left"/>
            </w:pPr>
            <w:r>
              <w:rPr>
                <w:sz w:val="16"/>
              </w:rPr>
              <w:t>Landslide</w:t>
            </w:r>
          </w:p>
        </w:tc>
        <w:tc>
          <w:tcPr>
            <w:tcW w:type="dxa" w:w="1354"/>
          </w:tcPr>
          <w:p>
            <w:pPr>
              <w:spacing w:after="0"/>
              <w:jc w:val="left"/>
            </w:pPr>
            <w:r>
              <w:rPr>
                <w:sz w:val="16"/>
              </w:rPr>
              <w:t>Relatively Low</w:t>
            </w:r>
          </w:p>
        </w:tc>
        <w:tc>
          <w:tcPr>
            <w:tcW w:type="dxa" w:w="1354"/>
          </w:tcPr>
          <w:p>
            <w:pPr>
              <w:spacing w:after="0"/>
              <w:jc w:val="left"/>
            </w:pPr>
            <w:r>
              <w:rPr>
                <w:sz w:val="16"/>
              </w:rPr>
              <w:t>Relatively Low</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1935"/>
          </w:tcPr>
          <w:p>
            <w:pPr>
              <w:spacing w:after="0"/>
              <w:jc w:val="right"/>
            </w:pPr>
            <w:r>
              <w:rPr>
                <w:sz w:val="16"/>
              </w:rPr>
              <w:t>$16,190</w:t>
            </w:r>
          </w:p>
        </w:tc>
        <w:tc>
          <w:tcPr>
            <w:tcW w:type="dxa" w:w="1195"/>
          </w:tcPr>
          <w:p>
            <w:pPr>
              <w:spacing w:after="0"/>
              <w:jc w:val="right"/>
            </w:pPr>
            <w:r>
              <w:rPr>
                <w:sz w:val="16"/>
              </w:rPr>
              <w:t>$30,298</w:t>
            </w:r>
          </w:p>
        </w:tc>
        <w:tc>
          <w:tcPr>
            <w:tcW w:type="dxa" w:w="2145"/>
          </w:tcPr>
          <w:p>
            <w:pPr>
              <w:spacing w:after="0"/>
              <w:jc w:val="right"/>
            </w:pPr>
            <w:r>
              <w:rPr>
                <w:sz w:val="16"/>
              </w:rPr>
              <w:t>0</w:t>
            </w:r>
          </w:p>
        </w:tc>
        <w:tc>
          <w:tcPr>
            <w:tcW w:type="dxa" w:w="2206"/>
          </w:tcPr>
          <w:p>
            <w:pPr>
              <w:spacing w:after="0"/>
              <w:jc w:val="left"/>
            </w:pPr>
            <w:r>
              <w:rPr>
                <w:sz w:val="16"/>
              </w:rPr>
              <w:t>Declared 3 times; no Storm Events record of this type.</w:t>
            </w:r>
          </w:p>
        </w:tc>
      </w:tr>
      <w:tr>
        <w:trPr>
          <w:cantSplit/>
        </w:trPr>
        <w:tc>
          <w:tcPr>
            <w:tcW w:type="dxa" w:w="724"/>
          </w:tcPr>
          <w:p>
            <w:pPr>
              <w:spacing w:after="0"/>
              <w:jc w:val="right"/>
            </w:pPr>
            <w:r>
              <w:rPr>
                <w:sz w:val="16"/>
              </w:rPr>
              <w:t>13</w:t>
            </w:r>
          </w:p>
        </w:tc>
        <w:tc>
          <w:tcPr>
            <w:tcW w:type="dxa" w:w="1037"/>
          </w:tcPr>
          <w:p>
            <w:pPr>
              <w:spacing w:after="0"/>
              <w:jc w:val="left"/>
            </w:pPr>
            <w:r>
              <w:rPr>
                <w:sz w:val="16"/>
              </w:rPr>
              <w:t>Wildfire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1935"/>
          </w:tcPr>
          <w:p>
            <w:pPr>
              <w:spacing w:after="0"/>
              <w:jc w:val="right"/>
            </w:pPr>
            <w:r>
              <w:rPr>
                <w:sz w:val="16"/>
              </w:rPr>
              <w:t>$741</w:t>
            </w:r>
          </w:p>
        </w:tc>
        <w:tc>
          <w:tcPr>
            <w:tcW w:type="dxa" w:w="1195"/>
          </w:tcPr>
          <w:p>
            <w:pPr>
              <w:spacing w:after="0"/>
              <w:jc w:val="right"/>
            </w:pPr>
            <w:r>
              <w:rPr>
                <w:sz w:val="16"/>
              </w:rPr>
              <w:t>$7,743</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14</w:t>
            </w:r>
          </w:p>
        </w:tc>
        <w:tc>
          <w:tcPr>
            <w:tcW w:type="dxa" w:w="1037"/>
          </w:tcPr>
          <w:p>
            <w:pPr>
              <w:spacing w:after="0"/>
              <w:jc w:val="left"/>
            </w:pPr>
            <w:r>
              <w:rPr>
                <w:sz w:val="16"/>
              </w:rPr>
              <w:t>Avalanche</w:t>
            </w:r>
          </w:p>
        </w:tc>
        <w:tc>
          <w:tcPr>
            <w:tcW w:type="dxa" w:w="1354"/>
          </w:tcPr>
          <w:p>
            <w:pPr>
              <w:spacing w:after="0"/>
              <w:jc w:val="left"/>
            </w:pPr>
            <w:r>
              <w:rPr>
                <w:sz w:val="16"/>
              </w:rPr>
              <w:t>Very Low</w:t>
            </w:r>
          </w:p>
        </w:tc>
        <w:tc>
          <w:tcPr>
            <w:tcW w:type="dxa" w:w="1354"/>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935"/>
          </w:tcPr>
          <w:p>
            <w:pPr>
              <w:spacing w:after="0"/>
              <w:jc w:val="right"/>
            </w:pPr>
            <w:r>
              <w:rPr>
                <w:sz w:val="16"/>
              </w:rPr>
              <w:t>$225</w:t>
            </w:r>
          </w:p>
        </w:tc>
        <w:tc>
          <w:tcPr>
            <w:tcW w:type="dxa" w:w="1195"/>
          </w:tcPr>
          <w:p>
            <w:pPr>
              <w:spacing w:after="0"/>
              <w:jc w:val="right"/>
            </w:pPr>
            <w:r>
              <w:rPr>
                <w:sz w:val="16"/>
              </w:rPr>
              <w:t>$225</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r>
        <w:trPr>
          <w:cantSplit/>
        </w:trPr>
        <w:tc>
          <w:tcPr>
            <w:tcW w:type="dxa" w:w="724"/>
          </w:tcPr>
          <w:p>
            <w:pPr>
              <w:spacing w:after="0"/>
              <w:jc w:val="right"/>
            </w:pPr>
            <w:r>
              <w:rPr>
                <w:sz w:val="16"/>
              </w:rPr>
              <w:t>15</w:t>
            </w:r>
          </w:p>
        </w:tc>
        <w:tc>
          <w:tcPr>
            <w:tcW w:type="dxa" w:w="1037"/>
          </w:tcPr>
          <w:p>
            <w:pPr>
              <w:spacing w:after="0"/>
              <w:jc w:val="left"/>
            </w:pPr>
            <w:r>
              <w:rPr>
                <w:sz w:val="16"/>
              </w:rPr>
              <w:t>Drought</w:t>
            </w:r>
          </w:p>
        </w:tc>
        <w:tc>
          <w:tcPr>
            <w:tcW w:type="dxa" w:w="1354"/>
          </w:tcPr>
          <w:p>
            <w:pPr>
              <w:spacing w:after="0"/>
              <w:jc w:val="left"/>
            </w:pPr>
            <w:r>
              <w:rPr>
                <w:sz w:val="16"/>
              </w:rPr>
              <w:t>No Rating</w:t>
            </w:r>
          </w:p>
        </w:tc>
        <w:tc>
          <w:tcPr>
            <w:tcW w:type="dxa" w:w="1354"/>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935"/>
          </w:tcPr>
          <w:p>
            <w:pPr>
              <w:spacing w:after="0"/>
              <w:jc w:val="right"/>
            </w:pPr>
            <w:r>
              <w:rPr>
                <w:sz w:val="16"/>
              </w:rPr>
              <w:t>n/a</w:t>
            </w:r>
          </w:p>
        </w:tc>
        <w:tc>
          <w:tcPr>
            <w:tcW w:type="dxa" w:w="1195"/>
          </w:tcPr>
          <w:p>
            <w:pPr>
              <w:spacing w:after="0"/>
              <w:jc w:val="right"/>
            </w:pPr>
            <w:r>
              <w:rPr>
                <w:sz w:val="16"/>
              </w:rPr>
              <w:t>$0</w:t>
            </w:r>
          </w:p>
        </w:tc>
        <w:tc>
          <w:tcPr>
            <w:tcW w:type="dxa" w:w="2145"/>
          </w:tcPr>
          <w:p>
            <w:pPr>
              <w:spacing w:after="0"/>
              <w:jc w:val="right"/>
            </w:pPr>
            <w:r>
              <w:rPr>
                <w:sz w:val="16"/>
              </w:rPr>
              <w:t>0</w:t>
            </w:r>
          </w:p>
        </w:tc>
        <w:tc>
          <w:tcPr>
            <w:tcW w:type="dxa" w:w="220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and wildfire records (Storm Events records these hazards only in part).</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rPr>
        <w:t>County-level: Orange County.</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97"/>
        <w:gridCol w:w="10515"/>
      </w:tblGrid>
      <w:tr>
        <w:trPr>
          <w:cantSplit/>
          <w:tblHeader/>
        </w:trPr>
        <w:tc>
          <w:tcPr>
            <w:tcW w:type="dxa" w:w="3597"/>
            <w:shd w:val="clear" w:color="auto" w:fill="E8E8E8"/>
          </w:tcPr>
          <w:p>
            <w:pPr>
              <w:spacing w:after="0"/>
              <w:jc w:val="left"/>
            </w:pPr>
            <w:r>
              <w:rPr>
                <w:b/>
                <w:sz w:val="16"/>
              </w:rPr>
              <w:t>Hazard</w:t>
            </w:r>
          </w:p>
        </w:tc>
        <w:tc>
          <w:tcPr>
            <w:tcW w:type="dxa" w:w="10515"/>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97"/>
          </w:tcPr>
          <w:p>
            <w:pPr>
              <w:spacing w:after="0"/>
              <w:jc w:val="left"/>
            </w:pPr>
            <w:r>
              <w:rPr>
                <w:sz w:val="16"/>
              </w:rPr>
              <w:t>Avalanche</w:t>
            </w:r>
          </w:p>
        </w:tc>
        <w:tc>
          <w:tcPr>
            <w:tcW w:type="dxa" w:w="10515"/>
          </w:tcPr>
          <w:p>
            <w:pPr>
              <w:spacing w:after="0"/>
              <w:jc w:val="left"/>
            </w:pPr>
            <w:r>
              <w:rPr>
                <w:sz w:val="16"/>
              </w:rPr>
              <w:t>tract 9591.01 (Very Low, 27.5); tract 9592 (Very Low, 26.0); tract 9593 (Very Low, 25.0)</w:t>
            </w:r>
          </w:p>
        </w:tc>
      </w:tr>
      <w:tr>
        <w:trPr>
          <w:cantSplit/>
        </w:trPr>
        <w:tc>
          <w:tcPr>
            <w:tcW w:type="dxa" w:w="3597"/>
          </w:tcPr>
          <w:p>
            <w:pPr>
              <w:spacing w:after="0"/>
              <w:jc w:val="left"/>
            </w:pPr>
            <w:r>
              <w:rPr>
                <w:sz w:val="16"/>
              </w:rPr>
              <w:t>Earthquake</w:t>
            </w:r>
          </w:p>
        </w:tc>
        <w:tc>
          <w:tcPr>
            <w:tcW w:type="dxa" w:w="10515"/>
          </w:tcPr>
          <w:p>
            <w:pPr>
              <w:spacing w:after="0"/>
              <w:jc w:val="left"/>
            </w:pPr>
            <w:r>
              <w:rPr>
                <w:sz w:val="16"/>
              </w:rPr>
              <w:t>tract 9594 (Relatively Low, 55.9); tract 9595 (Very Low, 40.4); tract 9598 (Very Low, 37.7)</w:t>
            </w:r>
          </w:p>
        </w:tc>
      </w:tr>
      <w:tr>
        <w:trPr>
          <w:cantSplit/>
        </w:trPr>
        <w:tc>
          <w:tcPr>
            <w:tcW w:type="dxa" w:w="3597"/>
          </w:tcPr>
          <w:p>
            <w:pPr>
              <w:spacing w:after="0"/>
              <w:jc w:val="left"/>
            </w:pPr>
            <w:r>
              <w:rPr>
                <w:sz w:val="16"/>
              </w:rPr>
              <w:t>Hurricane</w:t>
            </w:r>
          </w:p>
        </w:tc>
        <w:tc>
          <w:tcPr>
            <w:tcW w:type="dxa" w:w="10515"/>
          </w:tcPr>
          <w:p>
            <w:pPr>
              <w:spacing w:after="0"/>
              <w:jc w:val="left"/>
            </w:pPr>
            <w:r>
              <w:rPr>
                <w:sz w:val="16"/>
              </w:rPr>
              <w:t>tract 9594 (Relatively Low, 75.5); tract 9595 (Relatively Low, 72.9); tract 9592 (Relatively Low, 67.9)</w:t>
            </w:r>
          </w:p>
        </w:tc>
      </w:tr>
      <w:tr>
        <w:trPr>
          <w:cantSplit/>
        </w:trPr>
        <w:tc>
          <w:tcPr>
            <w:tcW w:type="dxa" w:w="3597"/>
          </w:tcPr>
          <w:p>
            <w:pPr>
              <w:spacing w:after="0"/>
              <w:jc w:val="left"/>
            </w:pPr>
            <w:r>
              <w:rPr>
                <w:sz w:val="16"/>
              </w:rPr>
              <w:t>Landslide</w:t>
            </w:r>
          </w:p>
        </w:tc>
        <w:tc>
          <w:tcPr>
            <w:tcW w:type="dxa" w:w="10515"/>
          </w:tcPr>
          <w:p>
            <w:pPr>
              <w:spacing w:after="0"/>
              <w:jc w:val="left"/>
            </w:pPr>
            <w:r>
              <w:rPr>
                <w:sz w:val="16"/>
              </w:rPr>
              <w:t>tract 9595 (Relatively Moderate, 98.2); tract 9591.02 (Relatively Moderate, 96.4); tract 9591.01 (Relatively Low, 94.8)</w:t>
            </w:r>
          </w:p>
        </w:tc>
      </w:tr>
      <w:tr>
        <w:trPr>
          <w:cantSplit/>
        </w:trPr>
        <w:tc>
          <w:tcPr>
            <w:tcW w:type="dxa" w:w="3597"/>
          </w:tcPr>
          <w:p>
            <w:pPr>
              <w:spacing w:after="0"/>
              <w:jc w:val="left"/>
            </w:pPr>
            <w:r>
              <w:rPr>
                <w:sz w:val="16"/>
              </w:rPr>
              <w:t>Tornado</w:t>
            </w:r>
          </w:p>
        </w:tc>
        <w:tc>
          <w:tcPr>
            <w:tcW w:type="dxa" w:w="10515"/>
          </w:tcPr>
          <w:p>
            <w:pPr>
              <w:spacing w:after="0"/>
              <w:jc w:val="left"/>
            </w:pPr>
            <w:r>
              <w:rPr>
                <w:sz w:val="16"/>
              </w:rPr>
              <w:t>tract 9594 (Relatively Low, 32.3); tract 9595 (Relatively Low, 31.3); tract 9592 (Very Low, 28.4)</w:t>
            </w:r>
          </w:p>
        </w:tc>
      </w:tr>
      <w:tr>
        <w:trPr>
          <w:cantSplit/>
        </w:trPr>
        <w:tc>
          <w:tcPr>
            <w:tcW w:type="dxa" w:w="3597"/>
          </w:tcPr>
          <w:p>
            <w:pPr>
              <w:spacing w:after="0"/>
              <w:jc w:val="left"/>
            </w:pPr>
            <w:r>
              <w:rPr>
                <w:sz w:val="16"/>
              </w:rPr>
              <w:t>Wildfire</w:t>
            </w:r>
          </w:p>
        </w:tc>
        <w:tc>
          <w:tcPr>
            <w:tcW w:type="dxa" w:w="10515"/>
          </w:tcPr>
          <w:p>
            <w:pPr>
              <w:spacing w:after="0"/>
              <w:jc w:val="left"/>
            </w:pPr>
            <w:r>
              <w:rPr>
                <w:sz w:val="16"/>
              </w:rPr>
              <w:t>tract 9595 (Very Low, 67.1); tract 9594 (Very Low, 66.6); tract 9592 (Very Low, 66.6)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9591.01 is Census Tract 9591.01).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rPr>
        <w:t>County-level: Orange County.</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843"/>
        <w:gridCol w:w="1703"/>
        <w:gridCol w:w="1863"/>
        <w:gridCol w:w="1582"/>
        <w:gridCol w:w="1467"/>
        <w:gridCol w:w="1959"/>
        <w:gridCol w:w="1882"/>
      </w:tblGrid>
      <w:tr>
        <w:trPr>
          <w:cantSplit/>
          <w:tblHeader/>
        </w:trPr>
        <w:tc>
          <w:tcPr>
            <w:tcW w:type="dxa" w:w="1814"/>
            <w:shd w:val="clear" w:color="auto" w:fill="E8E8E8"/>
          </w:tcPr>
          <w:p>
            <w:pPr>
              <w:spacing w:after="0"/>
              <w:jc w:val="left"/>
            </w:pPr>
            <w:r>
              <w:rPr>
                <w:b/>
                <w:sz w:val="16"/>
              </w:rPr>
              <w:t>Hazard</w:t>
            </w:r>
          </w:p>
        </w:tc>
        <w:tc>
          <w:tcPr>
            <w:tcW w:type="dxa" w:w="1843"/>
            <w:shd w:val="clear" w:color="auto" w:fill="E8E8E8"/>
          </w:tcPr>
          <w:p>
            <w:pPr>
              <w:spacing w:after="0"/>
              <w:jc w:val="left"/>
            </w:pPr>
            <w:r>
              <w:rPr>
                <w:b/>
                <w:sz w:val="16"/>
              </w:rPr>
              <w:t>Scale</w:t>
            </w:r>
          </w:p>
        </w:tc>
        <w:tc>
          <w:tcPr>
            <w:tcW w:type="dxa" w:w="170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63"/>
            <w:shd w:val="clear" w:color="auto" w:fill="E8E8E8"/>
          </w:tcPr>
          <w:p>
            <w:pPr>
              <w:spacing w:after="0"/>
              <w:jc w:val="left"/>
            </w:pPr>
            <w:r>
              <w:rPr>
                <w:b/>
                <w:sz w:val="16"/>
              </w:rPr>
              <w:t>Observed range</w:t>
            </w:r>
          </w:p>
        </w:tc>
        <w:tc>
          <w:tcPr>
            <w:tcW w:type="dxa" w:w="1582"/>
            <w:shd w:val="clear" w:color="auto" w:fill="E8E8E8"/>
          </w:tcPr>
          <w:p>
            <w:pPr>
              <w:spacing w:after="0"/>
              <w:jc w:val="left"/>
            </w:pPr>
            <w:r>
              <w:rPr>
                <w:b/>
                <w:sz w:val="16"/>
              </w:rPr>
              <w:t>Worst recorded event</w:t>
            </w:r>
          </w:p>
        </w:tc>
        <w:tc>
          <w:tcPr>
            <w:tcW w:type="dxa" w:w="1467"/>
            <w:shd w:val="clear" w:color="auto" w:fill="E8E8E8"/>
          </w:tcPr>
          <w:p>
            <w:pPr>
              <w:spacing w:after="0"/>
              <w:jc w:val="left"/>
            </w:pPr>
            <w:r>
              <w:rPr>
                <w:b/>
                <w:sz w:val="16"/>
              </w:rPr>
              <w:t>Most damaging (when different)</w:t>
            </w:r>
          </w:p>
        </w:tc>
        <w:tc>
          <w:tcPr>
            <w:tcW w:type="dxa" w:w="1959"/>
            <w:shd w:val="clear" w:color="auto" w:fill="E8E8E8"/>
          </w:tcPr>
          <w:p>
            <w:pPr>
              <w:spacing w:after="0"/>
              <w:jc w:val="left"/>
            </w:pPr>
            <w:r>
              <w:rPr>
                <w:b/>
                <w:sz w:val="16"/>
              </w:rPr>
              <w:t>Where in the county</w:t>
            </w:r>
          </w:p>
        </w:tc>
        <w:tc>
          <w:tcPr>
            <w:tcW w:type="dxa" w:w="1882"/>
            <w:shd w:val="clear" w:color="auto" w:fill="E8E8E8"/>
          </w:tcPr>
          <w:p>
            <w:pPr>
              <w:spacing w:after="0"/>
              <w:jc w:val="left"/>
            </w:pPr>
            <w:r>
              <w:rPr>
                <w:b/>
                <w:sz w:val="16"/>
              </w:rPr>
              <w:t>Note</w:t>
            </w:r>
          </w:p>
        </w:tc>
      </w:tr>
      <w:tr>
        <w:trPr>
          <w:cantSplit/>
        </w:trPr>
        <w:tc>
          <w:tcPr>
            <w:tcW w:type="dxa" w:w="1814"/>
          </w:tcPr>
          <w:p>
            <w:pPr>
              <w:spacing w:after="0"/>
              <w:jc w:val="left"/>
            </w:pPr>
            <w:r>
              <w:rPr>
                <w:sz w:val="16"/>
              </w:rPr>
              <w:t>Avalanche</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Cold/Wind Chill, Extreme Cold/Wind Chill</w:t>
            </w:r>
          </w:p>
        </w:tc>
        <w:tc>
          <w:tcPr>
            <w:tcW w:type="dxa" w:w="1843"/>
          </w:tcPr>
          <w:p>
            <w:pPr>
              <w:spacing w:after="0"/>
              <w:jc w:val="left"/>
            </w:pPr>
            <w:r>
              <w:rPr>
                <w:sz w:val="16"/>
              </w:rPr>
              <w:t>wind chill</w:t>
            </w:r>
          </w:p>
        </w:tc>
        <w:tc>
          <w:tcPr>
            <w:tcW w:type="dxa" w:w="1703"/>
          </w:tcPr>
          <w:p>
            <w:pPr>
              <w:spacing w:after="0"/>
              <w:jc w:val="right"/>
            </w:pPr>
            <w:r>
              <w:rPr>
                <w:sz w:val="16"/>
              </w:rPr>
              <w:t>25 records, 1997 to 2026 (25 zone-level)</w:t>
            </w:r>
          </w:p>
        </w:tc>
        <w:tc>
          <w:tcPr>
            <w:tcW w:type="dxa" w:w="1863"/>
          </w:tcPr>
          <w:p>
            <w:pPr>
              <w:spacing w:after="0"/>
              <w:jc w:val="left"/>
            </w:pPr>
            <w:r>
              <w:rPr>
                <w:sz w:val="16"/>
              </w:rPr>
              <w:t>1 day to 28 days (median 2 days); 24 with a recorded value</w:t>
            </w:r>
          </w:p>
        </w:tc>
        <w:tc>
          <w:tcPr>
            <w:tcW w:type="dxa" w:w="1582"/>
          </w:tcPr>
          <w:p>
            <w:pPr>
              <w:spacing w:after="0"/>
              <w:jc w:val="left"/>
            </w:pPr>
            <w:r>
              <w:rPr>
                <w:sz w:val="16"/>
              </w:rPr>
              <w:t>February 2015 (1 monthly summary record), zone-level</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Frost/Freeze (outside NRI's Cold Wave definition)</w:t>
            </w:r>
          </w:p>
        </w:tc>
        <w:tc>
          <w:tcPr>
            <w:tcW w:type="dxa" w:w="1843"/>
          </w:tcPr>
          <w:p>
            <w:pPr>
              <w:spacing w:after="0"/>
              <w:jc w:val="left"/>
            </w:pPr>
            <w:r>
              <w:rPr>
                <w:sz w:val="16"/>
              </w:rPr>
              <w:t>crop damage</w:t>
            </w:r>
          </w:p>
        </w:tc>
        <w:tc>
          <w:tcPr>
            <w:tcW w:type="dxa" w:w="1703"/>
          </w:tcPr>
          <w:p>
            <w:pPr>
              <w:spacing w:after="0"/>
              <w:jc w:val="right"/>
            </w:pPr>
            <w:r>
              <w:rPr>
                <w:sz w:val="16"/>
              </w:rPr>
              <w:t>3 records, 2005 to 2023 (3 zone-level)</w:t>
            </w:r>
          </w:p>
        </w:tc>
        <w:tc>
          <w:tcPr>
            <w:tcW w:type="dxa" w:w="1863"/>
          </w:tcPr>
          <w:p>
            <w:pPr>
              <w:spacing w:after="0"/>
              <w:jc w:val="left"/>
            </w:pPr>
          </w:p>
        </w:tc>
        <w:tc>
          <w:tcPr>
            <w:tcW w:type="dxa" w:w="1582"/>
          </w:tcPr>
          <w:p>
            <w:pPr>
              <w:spacing w:after="0"/>
              <w:jc w:val="left"/>
            </w:pPr>
            <w:r>
              <w:rPr>
                <w:sz w:val="16"/>
              </w:rPr>
              <w:t>Frost/Freeze, 2023-05-18, $250,000 crop damage (2023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Drought</w:t>
            </w:r>
          </w:p>
        </w:tc>
        <w:tc>
          <w:tcPr>
            <w:tcW w:type="dxa" w:w="1843"/>
          </w:tcPr>
          <w:p>
            <w:pPr>
              <w:spacing w:after="0"/>
              <w:jc w:val="left"/>
            </w:pPr>
            <w:r>
              <w:rPr>
                <w:sz w:val="16"/>
              </w:rPr>
              <w:t>U.S. Drought Monitor scale (D0 to D4)</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843"/>
          </w:tcPr>
          <w:p>
            <w:pPr>
              <w:spacing w:after="0"/>
              <w:jc w:val="left"/>
            </w:pPr>
            <w:r>
              <w:rPr>
                <w:sz w:val="16"/>
              </w:rPr>
              <w:t>Modified Mercalli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843"/>
          </w:tcPr>
          <w:p>
            <w:pPr>
              <w:spacing w:after="0"/>
              <w:jc w:val="left"/>
            </w:pPr>
            <w:r>
              <w:rPr>
                <w:sz w:val="16"/>
              </w:rPr>
              <w:t>hail size (inches)</w:t>
            </w:r>
          </w:p>
        </w:tc>
        <w:tc>
          <w:tcPr>
            <w:tcW w:type="dxa" w:w="1703"/>
          </w:tcPr>
          <w:p>
            <w:pPr>
              <w:spacing w:after="0"/>
              <w:jc w:val="right"/>
            </w:pPr>
            <w:r>
              <w:rPr>
                <w:sz w:val="16"/>
              </w:rPr>
              <w:t>37 records, 1980 to 2026</w:t>
            </w:r>
          </w:p>
        </w:tc>
        <w:tc>
          <w:tcPr>
            <w:tcW w:type="dxa" w:w="1863"/>
          </w:tcPr>
          <w:p>
            <w:pPr>
              <w:spacing w:after="0"/>
              <w:jc w:val="left"/>
            </w:pPr>
            <w:r>
              <w:rPr>
                <w:sz w:val="16"/>
              </w:rPr>
              <w:t>0.75 in to 2 in (median 1 in); 37 with a recorded value</w:t>
            </w:r>
          </w:p>
        </w:tc>
        <w:tc>
          <w:tcPr>
            <w:tcW w:type="dxa" w:w="1582"/>
          </w:tcPr>
          <w:p>
            <w:pPr>
              <w:spacing w:after="0"/>
              <w:jc w:val="left"/>
            </w:pPr>
            <w:r>
              <w:rPr>
                <w:sz w:val="16"/>
              </w:rPr>
              <w:t>2 in hail, 2010-07-21</w:t>
            </w:r>
          </w:p>
        </w:tc>
        <w:tc>
          <w:tcPr>
            <w:tcW w:type="dxa" w:w="1467"/>
          </w:tcPr>
          <w:p>
            <w:pPr>
              <w:spacing w:after="0"/>
              <w:jc w:val="left"/>
            </w:pPr>
            <w:r>
              <w:rPr>
                <w:sz w:val="16"/>
              </w:rPr>
              <w:t>Hail, 2026-04-16, $50,000 property; $0 crops (2026 dollars)</w:t>
            </w:r>
          </w:p>
        </w:tc>
        <w:tc>
          <w:tcPr>
            <w:tcW w:type="dxa" w:w="1959"/>
          </w:tcPr>
          <w:p>
            <w:pPr>
              <w:spacing w:after="0"/>
              <w:jc w:val="left"/>
            </w:pPr>
            <w:r>
              <w:rPr>
                <w:sz w:val="16"/>
              </w:rPr>
              <w:t>Event records naming places in the county: Bradford town (5 records), Brookfield town (5 records), Chelsea town (3 records), Randolph town (3 records), Corinth town (2 records), Topsham town (2 records), Williamstown town (2 records), Braintree town (1 record), Newbury town (1 record), Strafford town (1 record); and 3 more places (see the Excel file).</w:t>
            </w:r>
          </w:p>
        </w:tc>
        <w:tc>
          <w:tcPr>
            <w:tcW w:type="dxa" w:w="1882"/>
          </w:tcPr>
          <w:p>
            <w:pPr>
              <w:spacing w:after="0"/>
              <w:jc w:val="left"/>
            </w:pPr>
          </w:p>
        </w:tc>
      </w:tr>
      <w:tr>
        <w:trPr>
          <w:cantSplit/>
        </w:trPr>
        <w:tc>
          <w:tcPr>
            <w:tcW w:type="dxa" w:w="1814"/>
          </w:tcPr>
          <w:p>
            <w:pPr>
              <w:spacing w:after="0"/>
              <w:jc w:val="left"/>
            </w:pPr>
            <w:r>
              <w:rPr>
                <w:sz w:val="16"/>
              </w:rPr>
              <w:t>Excessive Heat, Heat</w:t>
            </w:r>
          </w:p>
        </w:tc>
        <w:tc>
          <w:tcPr>
            <w:tcW w:type="dxa" w:w="1843"/>
          </w:tcPr>
          <w:p>
            <w:pPr>
              <w:spacing w:after="0"/>
              <w:jc w:val="left"/>
            </w:pPr>
            <w:r>
              <w:rPr>
                <w:sz w:val="16"/>
              </w:rPr>
              <w:t>heat index (in event narratives)</w:t>
            </w:r>
          </w:p>
        </w:tc>
        <w:tc>
          <w:tcPr>
            <w:tcW w:type="dxa" w:w="1703"/>
          </w:tcPr>
          <w:p>
            <w:pPr>
              <w:spacing w:after="0"/>
              <w:jc w:val="right"/>
            </w:pPr>
            <w:r>
              <w:rPr>
                <w:sz w:val="16"/>
              </w:rPr>
              <w:t>7 records, 2006 to 2025 (7 zone-level)</w:t>
            </w:r>
          </w:p>
        </w:tc>
        <w:tc>
          <w:tcPr>
            <w:tcW w:type="dxa" w:w="1863"/>
          </w:tcPr>
          <w:p>
            <w:pPr>
              <w:spacing w:after="0"/>
              <w:jc w:val="left"/>
            </w:pPr>
            <w:r>
              <w:rPr>
                <w:sz w:val="16"/>
              </w:rPr>
              <w:t>1 day to 6 days (median 2 days); 5 with a recorded value</w:t>
            </w:r>
          </w:p>
        </w:tc>
        <w:tc>
          <w:tcPr>
            <w:tcW w:type="dxa" w:w="1582"/>
          </w:tcPr>
          <w:p>
            <w:pPr>
              <w:spacing w:after="0"/>
              <w:jc w:val="left"/>
            </w:pPr>
            <w:r>
              <w:rPr>
                <w:sz w:val="16"/>
              </w:rPr>
              <w:t>6 consecutive days, 2020-06-18 to 2020-06-23, zone-level</w:t>
            </w:r>
          </w:p>
        </w:tc>
        <w:tc>
          <w:tcPr>
            <w:tcW w:type="dxa" w:w="1467"/>
          </w:tcPr>
          <w:p>
            <w:pPr>
              <w:spacing w:after="0"/>
              <w:jc w:val="left"/>
            </w:pPr>
            <w:r>
              <w:rPr>
                <w:sz w:val="16"/>
              </w:rPr>
              <w:t>Heat, 2012-03-17, $0 property; $1,000,000 crops (zone total, 2012 dollars)</w:t>
            </w:r>
          </w:p>
        </w:tc>
        <w:tc>
          <w:tcPr>
            <w:tcW w:type="dxa" w:w="1959"/>
          </w:tcPr>
          <w:p>
            <w:pPr>
              <w:spacing w:after="0"/>
              <w:jc w:val="left"/>
            </w:pPr>
            <w:r>
              <w:rPr>
                <w:sz w:val="16"/>
              </w:rPr>
              <w:t>Countywide (zone-level records).</w:t>
            </w:r>
          </w:p>
        </w:tc>
        <w:tc>
          <w:tcPr>
            <w:tcW w:type="dxa" w:w="1882"/>
          </w:tcPr>
          <w:p>
            <w:pPr>
              <w:spacing w:after="0"/>
              <w:jc w:val="left"/>
            </w:pPr>
            <w:r>
              <w:rPr>
                <w:sz w:val="16"/>
              </w:rPr>
              <w:t>Heat records from November to March (unseasonable warmth, not a heat wave) are counted but not used for the longest run.</w:t>
            </w:r>
          </w:p>
        </w:tc>
      </w:tr>
      <w:tr>
        <w:trPr>
          <w:cantSplit/>
        </w:trPr>
        <w:tc>
          <w:tcPr>
            <w:tcW w:type="dxa" w:w="1814"/>
          </w:tcPr>
          <w:p>
            <w:pPr>
              <w:spacing w:after="0"/>
              <w:jc w:val="left"/>
            </w:pPr>
            <w:r>
              <w:rPr>
                <w:sz w:val="16"/>
              </w:rPr>
              <w:t>Hurricane, Tropical Storm, Tropical Depression</w:t>
            </w:r>
          </w:p>
        </w:tc>
        <w:tc>
          <w:tcPr>
            <w:tcW w:type="dxa" w:w="1843"/>
          </w:tcPr>
          <w:p>
            <w:pPr>
              <w:spacing w:after="0"/>
              <w:jc w:val="left"/>
            </w:pPr>
            <w:r>
              <w:rPr>
                <w:sz w:val="16"/>
              </w:rPr>
              <w:t>Saffir-Simpson</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843"/>
          </w:tcPr>
          <w:p>
            <w:pPr>
              <w:spacing w:after="0"/>
              <w:jc w:val="left"/>
            </w:pPr>
            <w:r>
              <w:rPr>
                <w:sz w:val="16"/>
              </w:rPr>
              <w:t>Sperry-Piltz ice scale (local data)</w:t>
            </w:r>
          </w:p>
        </w:tc>
        <w:tc>
          <w:tcPr>
            <w:tcW w:type="dxa" w:w="1703"/>
          </w:tcPr>
          <w:p>
            <w:pPr>
              <w:spacing w:after="0"/>
              <w:jc w:val="right"/>
            </w:pPr>
            <w:r>
              <w:rPr>
                <w:sz w:val="16"/>
              </w:rPr>
              <w:t>1 record, 1998 (1 zone-level)</w:t>
            </w:r>
          </w:p>
        </w:tc>
        <w:tc>
          <w:tcPr>
            <w:tcW w:type="dxa" w:w="1863"/>
          </w:tcPr>
          <w:p>
            <w:pPr>
              <w:spacing w:after="0"/>
              <w:jc w:val="left"/>
            </w:pPr>
          </w:p>
        </w:tc>
        <w:tc>
          <w:tcPr>
            <w:tcW w:type="dxa" w:w="1582"/>
          </w:tcPr>
          <w:p>
            <w:pPr>
              <w:spacing w:after="0"/>
              <w:jc w:val="left"/>
            </w:pPr>
            <w:r>
              <w:rPr>
                <w:sz w:val="16"/>
              </w:rPr>
              <w:t>Ice Storm, 1998-01-06, $80,000 property; crops not reported (1998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Flash Flood, Flood, Lakeshore Flood</w:t>
            </w:r>
          </w:p>
        </w:tc>
        <w:tc>
          <w:tcPr>
            <w:tcW w:type="dxa" w:w="1843"/>
          </w:tcPr>
          <w:p>
            <w:pPr>
              <w:spacing w:after="0"/>
              <w:jc w:val="left"/>
            </w:pPr>
            <w:r>
              <w:rPr>
                <w:sz w:val="16"/>
              </w:rPr>
              <w:t>damage and flood days (flood depth: FIRM)</w:t>
            </w:r>
          </w:p>
        </w:tc>
        <w:tc>
          <w:tcPr>
            <w:tcW w:type="dxa" w:w="1703"/>
          </w:tcPr>
          <w:p>
            <w:pPr>
              <w:spacing w:after="0"/>
              <w:jc w:val="right"/>
            </w:pPr>
            <w:r>
              <w:rPr>
                <w:sz w:val="16"/>
              </w:rPr>
              <w:t>33 records, 1996 to 2024 (4 zone-level)</w:t>
            </w:r>
          </w:p>
        </w:tc>
        <w:tc>
          <w:tcPr>
            <w:tcW w:type="dxa" w:w="1863"/>
          </w:tcPr>
          <w:p>
            <w:pPr>
              <w:spacing w:after="0"/>
              <w:jc w:val="left"/>
            </w:pPr>
          </w:p>
        </w:tc>
        <w:tc>
          <w:tcPr>
            <w:tcW w:type="dxa" w:w="1582"/>
          </w:tcPr>
          <w:p>
            <w:pPr>
              <w:spacing w:after="0"/>
              <w:jc w:val="left"/>
            </w:pPr>
            <w:r>
              <w:rPr>
                <w:sz w:val="16"/>
              </w:rPr>
              <w:t>Flash Flood, 2011-08-28, $32,500,000 property; $1,500,000 crops (2011 dollars)</w:t>
            </w:r>
          </w:p>
        </w:tc>
        <w:tc>
          <w:tcPr>
            <w:tcW w:type="dxa" w:w="1467"/>
          </w:tcPr>
          <w:p>
            <w:pPr>
              <w:spacing w:after="0"/>
              <w:jc w:val="left"/>
            </w:pPr>
          </w:p>
        </w:tc>
        <w:tc>
          <w:tcPr>
            <w:tcW w:type="dxa" w:w="1959"/>
          </w:tcPr>
          <w:p>
            <w:pPr>
              <w:spacing w:after="0"/>
              <w:jc w:val="left"/>
            </w:pPr>
            <w:r>
              <w:rPr>
                <w:sz w:val="16"/>
              </w:rPr>
              <w:t>Event records naming places in the county: Chelsea town (5 records), Newbury town (5 records), Williamstown town (5 records), Randolph town (4 records), Wells River village (4 records), Bradford town (2 records), Braintree town (2 records), Brookfield town (2 records), Thetford town (2 records), Orange town (1 record); and 3 more places (see the Excel file). Zone-level records (4) apply countywide.</w:t>
            </w:r>
          </w:p>
        </w:tc>
        <w:tc>
          <w:tcPr>
            <w:tcW w:type="dxa" w:w="188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843"/>
          </w:tcPr>
          <w:p>
            <w:pPr>
              <w:spacing w:after="0"/>
              <w:jc w:val="left"/>
            </w:pPr>
            <w:r>
              <w:rPr>
                <w:sz w:val="16"/>
              </w:rPr>
              <w:t>none (count and damage only)</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Lightning</w:t>
            </w:r>
          </w:p>
        </w:tc>
        <w:tc>
          <w:tcPr>
            <w:tcW w:type="dxa" w:w="1843"/>
          </w:tcPr>
          <w:p>
            <w:pPr>
              <w:spacing w:after="0"/>
              <w:jc w:val="left"/>
            </w:pPr>
            <w:r>
              <w:rPr>
                <w:sz w:val="16"/>
              </w:rPr>
              <w:t>annualized frequency (the measure FEMA's Local Mitigation Planning Handbook names)</w:t>
            </w:r>
          </w:p>
        </w:tc>
        <w:tc>
          <w:tcPr>
            <w:tcW w:type="dxa" w:w="1703"/>
          </w:tcPr>
          <w:p>
            <w:pPr>
              <w:spacing w:after="0"/>
              <w:jc w:val="right"/>
            </w:pPr>
            <w:r>
              <w:rPr>
                <w:sz w:val="16"/>
              </w:rPr>
              <w:t>7 records, 1999 to 2012</w:t>
            </w:r>
          </w:p>
        </w:tc>
        <w:tc>
          <w:tcPr>
            <w:tcW w:type="dxa" w:w="1863"/>
          </w:tcPr>
          <w:p>
            <w:pPr>
              <w:spacing w:after="0"/>
              <w:jc w:val="left"/>
            </w:pPr>
          </w:p>
        </w:tc>
        <w:tc>
          <w:tcPr>
            <w:tcW w:type="dxa" w:w="1582"/>
          </w:tcPr>
          <w:p>
            <w:pPr>
              <w:spacing w:after="0"/>
              <w:jc w:val="left"/>
            </w:pPr>
            <w:r>
              <w:rPr>
                <w:sz w:val="16"/>
              </w:rPr>
              <w:t>Lightning, 2012-06-23, $0 property; $0 crops (2012 dollars), 1 direct death</w:t>
            </w:r>
          </w:p>
        </w:tc>
        <w:tc>
          <w:tcPr>
            <w:tcW w:type="dxa" w:w="1467"/>
          </w:tcPr>
          <w:p>
            <w:pPr>
              <w:spacing w:after="0"/>
              <w:jc w:val="left"/>
            </w:pPr>
            <w:r>
              <w:rPr>
                <w:sz w:val="16"/>
              </w:rPr>
              <w:t>Lightning, 2007-08-25, $50,000 property; $0 crops (2007 dollars)</w:t>
            </w:r>
          </w:p>
        </w:tc>
        <w:tc>
          <w:tcPr>
            <w:tcW w:type="dxa" w:w="1959"/>
          </w:tcPr>
          <w:p>
            <w:pPr>
              <w:spacing w:after="0"/>
              <w:jc w:val="left"/>
            </w:pPr>
            <w:r>
              <w:rPr>
                <w:sz w:val="16"/>
              </w:rPr>
              <w:t>Event records naming places in the county: Randolph town (2 records), Braintree town (1 record), Chelsea town (1 record), Strafford town (1 record), West Fairlee town (1 record).</w:t>
            </w:r>
          </w:p>
        </w:tc>
        <w:tc>
          <w:tcPr>
            <w:tcW w:type="dxa" w:w="1882"/>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843"/>
          </w:tcPr>
          <w:p>
            <w:pPr>
              <w:spacing w:after="0"/>
              <w:jc w:val="left"/>
            </w:pPr>
            <w:r>
              <w:rPr>
                <w:sz w:val="16"/>
              </w:rPr>
              <w:t>wind speed (kt and mph)</w:t>
            </w:r>
          </w:p>
        </w:tc>
        <w:tc>
          <w:tcPr>
            <w:tcW w:type="dxa" w:w="1703"/>
          </w:tcPr>
          <w:p>
            <w:pPr>
              <w:spacing w:after="0"/>
              <w:jc w:val="right"/>
            </w:pPr>
            <w:r>
              <w:rPr>
                <w:sz w:val="16"/>
              </w:rPr>
              <w:t>36 records, 1999 to 2026 (36 zone-level)</w:t>
            </w:r>
          </w:p>
        </w:tc>
        <w:tc>
          <w:tcPr>
            <w:tcW w:type="dxa" w:w="1863"/>
          </w:tcPr>
          <w:p>
            <w:pPr>
              <w:spacing w:after="0"/>
              <w:jc w:val="left"/>
            </w:pPr>
            <w:r>
              <w:rPr>
                <w:sz w:val="16"/>
              </w:rPr>
              <w:t>30 kt (35 mph) to 51 kt (59 mph) (median 40 kt (46 mph)); 35 with a recorded value</w:t>
            </w:r>
          </w:p>
        </w:tc>
        <w:tc>
          <w:tcPr>
            <w:tcW w:type="dxa" w:w="1582"/>
          </w:tcPr>
          <w:p>
            <w:pPr>
              <w:spacing w:after="0"/>
              <w:jc w:val="left"/>
            </w:pPr>
            <w:r>
              <w:rPr>
                <w:sz w:val="16"/>
              </w:rPr>
              <w:t>51 kt (59 mph), measurement type not recorded, High Wind, 1999-09-16, 1 direct death (reported for the zone); NWS zone VTZ010</w:t>
            </w:r>
          </w:p>
        </w:tc>
        <w:tc>
          <w:tcPr>
            <w:tcW w:type="dxa" w:w="1467"/>
          </w:tcPr>
          <w:p>
            <w:pPr>
              <w:spacing w:after="0"/>
              <w:jc w:val="left"/>
            </w:pPr>
            <w:r>
              <w:rPr>
                <w:sz w:val="16"/>
              </w:rPr>
              <w:t>High Wind, 2022-12-23, $500,000 property; $0 crops (zone total, 2022 dollars)</w:t>
            </w:r>
          </w:p>
        </w:tc>
        <w:tc>
          <w:tcPr>
            <w:tcW w:type="dxa" w:w="1959"/>
          </w:tcPr>
          <w:p>
            <w:pPr>
              <w:spacing w:after="0"/>
              <w:jc w:val="left"/>
            </w:pPr>
            <w:r>
              <w:rPr>
                <w:sz w:val="16"/>
              </w:rPr>
              <w:t>Countywide (zone-level records).</w:t>
            </w:r>
          </w:p>
        </w:tc>
        <w:tc>
          <w:tcPr>
            <w:tcW w:type="dxa" w:w="1882"/>
          </w:tcPr>
          <w:p>
            <w:pPr>
              <w:spacing w:after="0"/>
              <w:jc w:val="left"/>
            </w:pPr>
          </w:p>
        </w:tc>
      </w:tr>
      <w:tr>
        <w:trPr>
          <w:cantSplit/>
        </w:trPr>
        <w:tc>
          <w:tcPr>
            <w:tcW w:type="dxa" w:w="1814"/>
          </w:tcPr>
          <w:p>
            <w:pPr>
              <w:spacing w:after="0"/>
              <w:jc w:val="left"/>
            </w:pPr>
            <w:r>
              <w:rPr>
                <w:sz w:val="16"/>
              </w:rPr>
              <w:t>Thunderstorm Wind</w:t>
            </w:r>
          </w:p>
        </w:tc>
        <w:tc>
          <w:tcPr>
            <w:tcW w:type="dxa" w:w="1843"/>
          </w:tcPr>
          <w:p>
            <w:pPr>
              <w:spacing w:after="0"/>
              <w:jc w:val="left"/>
            </w:pPr>
            <w:r>
              <w:rPr>
                <w:sz w:val="16"/>
              </w:rPr>
              <w:t>wind speed (kt and mph)</w:t>
            </w:r>
          </w:p>
        </w:tc>
        <w:tc>
          <w:tcPr>
            <w:tcW w:type="dxa" w:w="1703"/>
          </w:tcPr>
          <w:p>
            <w:pPr>
              <w:spacing w:after="0"/>
              <w:jc w:val="right"/>
            </w:pPr>
            <w:r>
              <w:rPr>
                <w:sz w:val="16"/>
              </w:rPr>
              <w:t>133 records, 1960 to 2026</w:t>
            </w:r>
          </w:p>
        </w:tc>
        <w:tc>
          <w:tcPr>
            <w:tcW w:type="dxa" w:w="1863"/>
          </w:tcPr>
          <w:p>
            <w:pPr>
              <w:spacing w:after="0"/>
              <w:jc w:val="left"/>
            </w:pPr>
            <w:r>
              <w:rPr>
                <w:sz w:val="16"/>
              </w:rPr>
              <w:t>50 kt (58 mph) to 75 kt (86 mph) (median 50 kt (58 mph)); 93 with a recorded value</w:t>
            </w:r>
          </w:p>
        </w:tc>
        <w:tc>
          <w:tcPr>
            <w:tcW w:type="dxa" w:w="1582"/>
          </w:tcPr>
          <w:p>
            <w:pPr>
              <w:spacing w:after="0"/>
              <w:jc w:val="left"/>
            </w:pPr>
            <w:r>
              <w:rPr>
                <w:sz w:val="16"/>
              </w:rPr>
              <w:t>75 kt (86 mph) estimated gust, Thunderstorm Wind, 2010-07-21</w:t>
            </w:r>
          </w:p>
        </w:tc>
        <w:tc>
          <w:tcPr>
            <w:tcW w:type="dxa" w:w="1467"/>
          </w:tcPr>
          <w:p>
            <w:pPr>
              <w:spacing w:after="0"/>
              <w:jc w:val="left"/>
            </w:pPr>
          </w:p>
        </w:tc>
        <w:tc>
          <w:tcPr>
            <w:tcW w:type="dxa" w:w="1959"/>
          </w:tcPr>
          <w:p>
            <w:pPr>
              <w:spacing w:after="0"/>
              <w:jc w:val="left"/>
            </w:pPr>
            <w:r>
              <w:rPr>
                <w:sz w:val="16"/>
              </w:rPr>
              <w:t>Event records naming places in the county: Randolph town (20 records), Brookfield town (12 records), Thetford town (11 records), Bradford town (8 records), Braintree town (8 records), Fairlee town (7 records), Newbury town (7 records), Chelsea town (6 records), Williamstown town (6 records), Tunbridge town (5 records); and 7 more places (see the Excel file).</w:t>
            </w:r>
          </w:p>
        </w:tc>
        <w:tc>
          <w:tcPr>
            <w:tcW w:type="dxa" w:w="1882"/>
          </w:tcPr>
          <w:p>
            <w:pPr>
              <w:spacing w:after="0"/>
              <w:jc w:val="left"/>
            </w:pPr>
          </w:p>
        </w:tc>
      </w:tr>
      <w:tr>
        <w:trPr>
          <w:cantSplit/>
        </w:trPr>
        <w:tc>
          <w:tcPr>
            <w:tcW w:type="dxa" w:w="1814"/>
          </w:tcPr>
          <w:p>
            <w:pPr>
              <w:spacing w:after="0"/>
              <w:jc w:val="left"/>
            </w:pPr>
            <w:r>
              <w:rPr>
                <w:sz w:val="16"/>
              </w:rPr>
              <w:t>Tornado</w:t>
            </w:r>
          </w:p>
        </w:tc>
        <w:tc>
          <w:tcPr>
            <w:tcW w:type="dxa" w:w="1843"/>
          </w:tcPr>
          <w:p>
            <w:pPr>
              <w:spacing w:after="0"/>
              <w:jc w:val="left"/>
            </w:pPr>
            <w:r>
              <w:rPr>
                <w:sz w:val="16"/>
              </w:rPr>
              <w:t>Enhanced Fujita (Fujita before Feb 2007)</w:t>
            </w:r>
          </w:p>
        </w:tc>
        <w:tc>
          <w:tcPr>
            <w:tcW w:type="dxa" w:w="1703"/>
          </w:tcPr>
          <w:p>
            <w:pPr>
              <w:spacing w:after="0"/>
              <w:jc w:val="right"/>
            </w:pPr>
            <w:r>
              <w:rPr>
                <w:sz w:val="16"/>
              </w:rPr>
              <w:t>4 records, 1972 to 2026</w:t>
            </w:r>
          </w:p>
        </w:tc>
        <w:tc>
          <w:tcPr>
            <w:tcW w:type="dxa" w:w="1863"/>
          </w:tcPr>
          <w:p>
            <w:pPr>
              <w:spacing w:after="0"/>
              <w:jc w:val="left"/>
            </w:pPr>
            <w:r>
              <w:rPr>
                <w:sz w:val="16"/>
              </w:rPr>
              <w:t>F/EF0 to F/EF1 (median F/EF1); 4 with a recorded value</w:t>
            </w:r>
          </w:p>
        </w:tc>
        <w:tc>
          <w:tcPr>
            <w:tcW w:type="dxa" w:w="1582"/>
          </w:tcPr>
          <w:p>
            <w:pPr>
              <w:spacing w:after="0"/>
              <w:jc w:val="left"/>
            </w:pPr>
            <w:r>
              <w:rPr>
                <w:sz w:val="16"/>
              </w:rPr>
              <w:t>EF1 tornado, 2026-04-16, 0.53 mi within this county, 200 yd wide, $150,000 property; $0 crops (2026 dollars)</w:t>
            </w:r>
          </w:p>
        </w:tc>
        <w:tc>
          <w:tcPr>
            <w:tcW w:type="dxa" w:w="1467"/>
          </w:tcPr>
          <w:p>
            <w:pPr>
              <w:spacing w:after="0"/>
              <w:jc w:val="left"/>
            </w:pPr>
          </w:p>
        </w:tc>
        <w:tc>
          <w:tcPr>
            <w:tcW w:type="dxa" w:w="1959"/>
          </w:tcPr>
          <w:p>
            <w:pPr>
              <w:spacing w:after="0"/>
              <w:jc w:val="left"/>
            </w:pPr>
            <w:r>
              <w:rPr>
                <w:sz w:val="16"/>
              </w:rPr>
              <w:t>Event records naming places in the county: Washington town (2 records), Williamstown town (2 records).</w:t>
            </w:r>
          </w:p>
        </w:tc>
        <w:tc>
          <w:tcPr>
            <w:tcW w:type="dxa" w:w="188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Wildfire</w:t>
            </w:r>
          </w:p>
        </w:tc>
        <w:tc>
          <w:tcPr>
            <w:tcW w:type="dxa" w:w="1843"/>
          </w:tcPr>
          <w:p>
            <w:pPr>
              <w:spacing w:after="0"/>
              <w:jc w:val="left"/>
            </w:pPr>
            <w:r>
              <w:rPr>
                <w:sz w:val="16"/>
              </w:rPr>
              <w:t>acres burned (local data)</w:t>
            </w:r>
          </w:p>
        </w:tc>
        <w:tc>
          <w:tcPr>
            <w:tcW w:type="dxa" w:w="1703"/>
          </w:tcPr>
          <w:p>
            <w:pPr>
              <w:spacing w:after="0"/>
              <w:jc w:val="right"/>
            </w:pPr>
            <w:r>
              <w:rPr>
                <w:sz w:val="16"/>
              </w:rPr>
              <w:t>0</w:t>
            </w:r>
          </w:p>
        </w:tc>
        <w:tc>
          <w:tcPr>
            <w:tcW w:type="dxa" w:w="1863"/>
          </w:tcPr>
          <w:p>
            <w:pPr>
              <w:spacing w:after="0"/>
              <w:jc w:val="left"/>
            </w:pPr>
          </w:p>
        </w:tc>
        <w:tc>
          <w:tcPr>
            <w:tcW w:type="dxa" w:w="1582"/>
          </w:tcPr>
          <w:p>
            <w:pPr>
              <w:spacing w:after="0"/>
              <w:jc w:val="left"/>
            </w:pPr>
          </w:p>
        </w:tc>
        <w:tc>
          <w:tcPr>
            <w:tcW w:type="dxa" w:w="1467"/>
          </w:tcPr>
          <w:p>
            <w:pPr>
              <w:spacing w:after="0"/>
              <w:jc w:val="left"/>
            </w:pPr>
          </w:p>
        </w:tc>
        <w:tc>
          <w:tcPr>
            <w:tcW w:type="dxa" w:w="1959"/>
          </w:tcPr>
          <w:p>
            <w:pPr>
              <w:spacing w:after="0"/>
              <w:jc w:val="left"/>
            </w:pPr>
          </w:p>
        </w:tc>
        <w:tc>
          <w:tcPr>
            <w:tcW w:type="dxa" w:w="1882"/>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843"/>
          </w:tcPr>
          <w:p>
            <w:pPr>
              <w:spacing w:after="0"/>
              <w:jc w:val="left"/>
            </w:pPr>
            <w:r>
              <w:rPr>
                <w:sz w:val="16"/>
              </w:rPr>
              <w:t>none in data (snowfall: local data)</w:t>
            </w:r>
          </w:p>
        </w:tc>
        <w:tc>
          <w:tcPr>
            <w:tcW w:type="dxa" w:w="1703"/>
          </w:tcPr>
          <w:p>
            <w:pPr>
              <w:spacing w:after="0"/>
              <w:jc w:val="right"/>
            </w:pPr>
            <w:r>
              <w:rPr>
                <w:sz w:val="16"/>
              </w:rPr>
              <w:t>280 records, 1996 to 2026 (280 zone-level)</w:t>
            </w:r>
          </w:p>
        </w:tc>
        <w:tc>
          <w:tcPr>
            <w:tcW w:type="dxa" w:w="1863"/>
          </w:tcPr>
          <w:p>
            <w:pPr>
              <w:spacing w:after="0"/>
              <w:jc w:val="left"/>
            </w:pPr>
          </w:p>
        </w:tc>
        <w:tc>
          <w:tcPr>
            <w:tcW w:type="dxa" w:w="1582"/>
          </w:tcPr>
          <w:p>
            <w:pPr>
              <w:spacing w:after="0"/>
              <w:jc w:val="left"/>
            </w:pPr>
            <w:r>
              <w:rPr>
                <w:sz w:val="16"/>
              </w:rPr>
              <w:t>Winter Storm, 2010-02-23, $250,000 property; $0 crops (2010 dollars); NWS zone VTZ010</w:t>
            </w:r>
          </w:p>
        </w:tc>
        <w:tc>
          <w:tcPr>
            <w:tcW w:type="dxa" w:w="1467"/>
          </w:tcPr>
          <w:p>
            <w:pPr>
              <w:spacing w:after="0"/>
              <w:jc w:val="left"/>
            </w:pPr>
          </w:p>
        </w:tc>
        <w:tc>
          <w:tcPr>
            <w:tcW w:type="dxa" w:w="1959"/>
          </w:tcPr>
          <w:p>
            <w:pPr>
              <w:spacing w:after="0"/>
              <w:jc w:val="left"/>
            </w:pPr>
            <w:r>
              <w:rPr>
                <w:sz w:val="16"/>
              </w:rPr>
              <w:t>Countywide (zone-level records).</w:t>
            </w:r>
          </w:p>
        </w:tc>
        <w:tc>
          <w:tcPr>
            <w:tcW w:type="dxa" w:w="188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i/>
        </w:rPr>
        <w:t>County-level: Orange County (federal declarations, statewide declarations and Storm Events history).</w:t>
      </w:r>
    </w:p>
    <w:p>
      <w:pPr>
        <w:keepNext/>
        <w:spacing w:after="80" w:before="0"/>
      </w:pPr>
      <w:r>
        <w:rPr/>
        <w:t>Federal declarations for this county: 34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101"/>
        <w:gridCol w:w="1101"/>
        <w:gridCol w:w="1101"/>
        <w:gridCol w:w="1480"/>
        <w:gridCol w:w="2618"/>
        <w:gridCol w:w="2077"/>
        <w:gridCol w:w="2902"/>
        <w:gridCol w:w="783"/>
        <w:gridCol w:w="949"/>
      </w:tblGrid>
      <w:tr>
        <w:trPr>
          <w:cantSplit/>
          <w:tblHeader/>
        </w:trPr>
        <w:tc>
          <w:tcPr>
            <w:tcW w:type="dxa" w:w="1101"/>
            <w:shd w:val="clear" w:color="auto" w:fill="E8E8E8"/>
          </w:tcPr>
          <w:p>
            <w:pPr>
              <w:spacing w:after="0"/>
              <w:jc w:val="left"/>
            </w:pPr>
            <w:r>
              <w:rPr>
                <w:b/>
                <w:sz w:val="16"/>
              </w:rPr>
              <w:t>Declared</w:t>
            </w:r>
          </w:p>
        </w:tc>
        <w:tc>
          <w:tcPr>
            <w:tcW w:type="dxa" w:w="1101"/>
            <w:shd w:val="clear" w:color="auto" w:fill="E8E8E8"/>
          </w:tcPr>
          <w:p>
            <w:pPr>
              <w:spacing w:after="0"/>
              <w:jc w:val="left"/>
            </w:pPr>
            <w:r>
              <w:rPr>
                <w:b/>
                <w:sz w:val="16"/>
              </w:rPr>
              <w:t>Incident began</w:t>
            </w:r>
          </w:p>
        </w:tc>
        <w:tc>
          <w:tcPr>
            <w:tcW w:type="dxa" w:w="1101"/>
            <w:shd w:val="clear" w:color="auto" w:fill="E8E8E8"/>
          </w:tcPr>
          <w:p>
            <w:pPr>
              <w:spacing w:after="0"/>
              <w:jc w:val="left"/>
            </w:pPr>
            <w:r>
              <w:rPr>
                <w:b/>
                <w:sz w:val="16"/>
              </w:rPr>
              <w:t>FEMA number</w:t>
            </w:r>
          </w:p>
        </w:tc>
        <w:tc>
          <w:tcPr>
            <w:tcW w:type="dxa" w:w="1480"/>
            <w:shd w:val="clear" w:color="auto" w:fill="E8E8E8"/>
          </w:tcPr>
          <w:p>
            <w:pPr>
              <w:spacing w:after="0"/>
              <w:jc w:val="left"/>
            </w:pPr>
            <w:r>
              <w:rPr>
                <w:b/>
                <w:sz w:val="16"/>
              </w:rPr>
              <w:t>Type</w:t>
            </w:r>
          </w:p>
        </w:tc>
        <w:tc>
          <w:tcPr>
            <w:tcW w:type="dxa" w:w="2618"/>
            <w:shd w:val="clear" w:color="auto" w:fill="E8E8E8"/>
          </w:tcPr>
          <w:p>
            <w:pPr>
              <w:spacing w:after="0"/>
              <w:jc w:val="left"/>
            </w:pPr>
            <w:r>
              <w:rPr>
                <w:b/>
                <w:sz w:val="16"/>
              </w:rPr>
              <w:t>Title</w:t>
            </w:r>
          </w:p>
        </w:tc>
        <w:tc>
          <w:tcPr>
            <w:tcW w:type="dxa" w:w="2077"/>
            <w:shd w:val="clear" w:color="auto" w:fill="E8E8E8"/>
          </w:tcPr>
          <w:p>
            <w:pPr>
              <w:spacing w:after="0"/>
              <w:jc w:val="left"/>
            </w:pPr>
            <w:r>
              <w:rPr>
                <w:b/>
                <w:sz w:val="16"/>
              </w:rPr>
              <w:t>Mapped hazard</w:t>
            </w:r>
          </w:p>
        </w:tc>
        <w:tc>
          <w:tcPr>
            <w:tcW w:type="dxa" w:w="290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83"/>
            <w:shd w:val="clear" w:color="auto" w:fill="E8E8E8"/>
          </w:tcPr>
          <w:p>
            <w:pPr>
              <w:spacing w:after="0"/>
              <w:jc w:val="left"/>
            </w:pPr>
            <w:r>
              <w:rPr>
                <w:b/>
                <w:sz w:val="16"/>
              </w:rPr>
              <w:t>Flags</w:t>
            </w:r>
          </w:p>
        </w:tc>
        <w:tc>
          <w:tcPr>
            <w:tcW w:type="dxa" w:w="949"/>
            <w:shd w:val="clear" w:color="auto" w:fill="E8E8E8"/>
          </w:tcPr>
          <w:p>
            <w:pPr>
              <w:spacing w:after="0"/>
              <w:jc w:val="left"/>
            </w:pPr>
            <w:r>
              <w:rPr>
                <w:b/>
                <w:sz w:val="16"/>
              </w:rPr>
              <w:t>Notes</w:t>
            </w:r>
          </w:p>
        </w:tc>
      </w:tr>
      <w:tr>
        <w:trPr>
          <w:cantSplit/>
        </w:trPr>
        <w:tc>
          <w:tcPr>
            <w:tcW w:type="dxa" w:w="1101"/>
          </w:tcPr>
          <w:p>
            <w:pPr>
              <w:spacing w:after="0"/>
              <w:jc w:val="left"/>
            </w:pPr>
            <w:r>
              <w:rPr>
                <w:sz w:val="16"/>
              </w:rPr>
              <w:t>2024-08-20</w:t>
            </w:r>
          </w:p>
        </w:tc>
        <w:tc>
          <w:tcPr>
            <w:tcW w:type="dxa" w:w="1101"/>
          </w:tcPr>
          <w:p>
            <w:pPr>
              <w:spacing w:after="0"/>
              <w:jc w:val="left"/>
            </w:pPr>
            <w:r>
              <w:rPr>
                <w:sz w:val="16"/>
              </w:rPr>
              <w:t>2024-07-09</w:t>
            </w:r>
          </w:p>
        </w:tc>
        <w:tc>
          <w:tcPr>
            <w:tcW w:type="dxa" w:w="1101"/>
          </w:tcPr>
          <w:p>
            <w:pPr>
              <w:spacing w:after="0"/>
              <w:jc w:val="left"/>
            </w:pPr>
            <w:r>
              <w:rPr>
                <w:sz w:val="16"/>
              </w:rPr>
              <w:t>DR-4810-VT</w:t>
            </w:r>
          </w:p>
        </w:tc>
        <w:tc>
          <w:tcPr>
            <w:tcW w:type="dxa" w:w="1480"/>
          </w:tcPr>
          <w:p>
            <w:pPr>
              <w:spacing w:after="0"/>
              <w:jc w:val="left"/>
            </w:pPr>
            <w:r>
              <w:rPr>
                <w:sz w:val="16"/>
              </w:rPr>
              <w:t>Major disaster</w:t>
            </w:r>
          </w:p>
        </w:tc>
        <w:tc>
          <w:tcPr>
            <w:tcW w:type="dxa" w:w="2618"/>
          </w:tcPr>
          <w:p>
            <w:pPr>
              <w:spacing w:after="0"/>
              <w:jc w:val="left"/>
            </w:pPr>
            <w:r>
              <w:rPr>
                <w:sz w:val="16"/>
              </w:rPr>
              <w:t>Severe Storm, Flooding, Landslides, and Mudslides</w:t>
            </w:r>
          </w:p>
        </w:tc>
        <w:tc>
          <w:tcPr>
            <w:tcW w:type="dxa" w:w="2077"/>
          </w:tcPr>
          <w:p>
            <w:pPr>
              <w:spacing w:after="0"/>
              <w:jc w:val="left"/>
            </w:pPr>
            <w:r>
              <w:rPr>
                <w:sz w:val="16"/>
              </w:rPr>
              <w:t>Inland Flooding; Landslide</w:t>
            </w:r>
          </w:p>
        </w:tc>
        <w:tc>
          <w:tcPr>
            <w:tcW w:type="dxa" w:w="2902"/>
          </w:tcPr>
          <w:p>
            <w:pPr>
              <w:spacing w:after="0"/>
              <w:jc w:val="right"/>
            </w:pPr>
            <w:r>
              <w:rPr>
                <w:sz w:val="16"/>
              </w:rPr>
              <w:t>$415,531.10</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2024-08-08</w:t>
            </w:r>
          </w:p>
        </w:tc>
        <w:tc>
          <w:tcPr>
            <w:tcW w:type="dxa" w:w="1101"/>
          </w:tcPr>
          <w:p>
            <w:pPr>
              <w:spacing w:after="0"/>
              <w:jc w:val="left"/>
            </w:pPr>
            <w:r>
              <w:rPr>
                <w:sz w:val="16"/>
              </w:rPr>
              <w:t>2024-08-08</w:t>
            </w:r>
          </w:p>
        </w:tc>
        <w:tc>
          <w:tcPr>
            <w:tcW w:type="dxa" w:w="1101"/>
          </w:tcPr>
          <w:p>
            <w:pPr>
              <w:spacing w:after="0"/>
              <w:jc w:val="left"/>
            </w:pPr>
            <w:r>
              <w:rPr>
                <w:sz w:val="16"/>
              </w:rPr>
              <w:t>EM-3609-VT</w:t>
            </w:r>
          </w:p>
        </w:tc>
        <w:tc>
          <w:tcPr>
            <w:tcW w:type="dxa" w:w="1480"/>
          </w:tcPr>
          <w:p>
            <w:pPr>
              <w:spacing w:after="0"/>
              <w:jc w:val="left"/>
            </w:pPr>
            <w:r>
              <w:rPr>
                <w:sz w:val="16"/>
              </w:rPr>
              <w:t>Emergency</w:t>
            </w:r>
          </w:p>
        </w:tc>
        <w:tc>
          <w:tcPr>
            <w:tcW w:type="dxa" w:w="2618"/>
          </w:tcPr>
          <w:p>
            <w:pPr>
              <w:spacing w:after="0"/>
              <w:jc w:val="left"/>
            </w:pPr>
            <w:r>
              <w:rPr>
                <w:sz w:val="16"/>
              </w:rPr>
              <w:t>Tropical Depression Debby</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2024-03-02</w:t>
            </w:r>
          </w:p>
        </w:tc>
        <w:tc>
          <w:tcPr>
            <w:tcW w:type="dxa" w:w="1101"/>
          </w:tcPr>
          <w:p>
            <w:pPr>
              <w:spacing w:after="0"/>
              <w:jc w:val="left"/>
            </w:pPr>
            <w:r>
              <w:rPr>
                <w:sz w:val="16"/>
              </w:rPr>
              <w:t>2023-12-18</w:t>
            </w:r>
          </w:p>
        </w:tc>
        <w:tc>
          <w:tcPr>
            <w:tcW w:type="dxa" w:w="1101"/>
          </w:tcPr>
          <w:p>
            <w:pPr>
              <w:spacing w:after="0"/>
              <w:jc w:val="left"/>
            </w:pPr>
            <w:r>
              <w:rPr>
                <w:sz w:val="16"/>
              </w:rPr>
              <w:t>DR-4762-VT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$663,756.86</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2023-07-14</w:t>
            </w:r>
          </w:p>
        </w:tc>
        <w:tc>
          <w:tcPr>
            <w:tcW w:type="dxa" w:w="1101"/>
          </w:tcPr>
          <w:p>
            <w:pPr>
              <w:spacing w:after="0"/>
              <w:jc w:val="left"/>
            </w:pPr>
            <w:r>
              <w:rPr>
                <w:sz w:val="16"/>
              </w:rPr>
              <w:t>2023-07-07</w:t>
            </w:r>
          </w:p>
        </w:tc>
        <w:tc>
          <w:tcPr>
            <w:tcW w:type="dxa" w:w="1101"/>
          </w:tcPr>
          <w:p>
            <w:pPr>
              <w:spacing w:after="0"/>
              <w:jc w:val="left"/>
            </w:pPr>
            <w:r>
              <w:rPr>
                <w:sz w:val="16"/>
              </w:rPr>
              <w:t>DR-4720-VT</w:t>
            </w:r>
          </w:p>
        </w:tc>
        <w:tc>
          <w:tcPr>
            <w:tcW w:type="dxa" w:w="1480"/>
          </w:tcPr>
          <w:p>
            <w:pPr>
              <w:spacing w:after="0"/>
              <w:jc w:val="left"/>
            </w:pPr>
            <w:r>
              <w:rPr>
                <w:sz w:val="16"/>
              </w:rPr>
              <w:t>Major disaster</w:t>
            </w:r>
          </w:p>
        </w:tc>
        <w:tc>
          <w:tcPr>
            <w:tcW w:type="dxa" w:w="2618"/>
          </w:tcPr>
          <w:p>
            <w:pPr>
              <w:spacing w:after="0"/>
              <w:jc w:val="left"/>
            </w:pPr>
            <w:r>
              <w:rPr>
                <w:sz w:val="16"/>
              </w:rPr>
              <w:t>Severe Storms, Flooding, Landslides, and Mudslides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$14,254,980.82</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2023-07-10</w:t>
            </w:r>
          </w:p>
        </w:tc>
        <w:tc>
          <w:tcPr>
            <w:tcW w:type="dxa" w:w="1101"/>
          </w:tcPr>
          <w:p>
            <w:pPr>
              <w:spacing w:after="0"/>
              <w:jc w:val="left"/>
            </w:pPr>
            <w:r>
              <w:rPr>
                <w:sz w:val="16"/>
              </w:rPr>
              <w:t>2023-07-09</w:t>
            </w:r>
          </w:p>
        </w:tc>
        <w:tc>
          <w:tcPr>
            <w:tcW w:type="dxa" w:w="1101"/>
          </w:tcPr>
          <w:p>
            <w:pPr>
              <w:spacing w:after="0"/>
              <w:jc w:val="left"/>
            </w:pPr>
            <w:r>
              <w:rPr>
                <w:sz w:val="16"/>
              </w:rPr>
              <w:t>EM-3595-VT</w:t>
            </w:r>
          </w:p>
        </w:tc>
        <w:tc>
          <w:tcPr>
            <w:tcW w:type="dxa" w:w="1480"/>
          </w:tcPr>
          <w:p>
            <w:pPr>
              <w:spacing w:after="0"/>
              <w:jc w:val="left"/>
            </w:pPr>
            <w:r>
              <w:rPr>
                <w:sz w:val="16"/>
              </w:rPr>
              <w:t>Emergency</w:t>
            </w:r>
          </w:p>
        </w:tc>
        <w:tc>
          <w:tcPr>
            <w:tcW w:type="dxa" w:w="2618"/>
          </w:tcPr>
          <w:p>
            <w:pPr>
              <w:spacing w:after="0"/>
              <w:jc w:val="left"/>
            </w:pPr>
            <w:r>
              <w:rPr>
                <w:sz w:val="16"/>
              </w:rPr>
              <w:t>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r>
              <w:rPr>
                <w:sz w:val="16"/>
              </w:rPr>
              <w:t>within last 5 years</w:t>
            </w:r>
          </w:p>
        </w:tc>
        <w:tc>
          <w:tcPr>
            <w:tcW w:type="dxa" w:w="949"/>
          </w:tcPr>
          <w:p>
            <w:pPr>
              <w:spacing w:after="0"/>
              <w:jc w:val="left"/>
            </w:pPr>
            <w:r>
              <w:rPr>
                <w:sz w:val="16"/>
              </w:rPr>
              <w:t>same incident as DR-4720</w:t>
            </w:r>
          </w:p>
        </w:tc>
      </w:tr>
      <w:tr>
        <w:trPr>
          <w:cantSplit/>
        </w:trPr>
        <w:tc>
          <w:tcPr>
            <w:tcW w:type="dxa" w:w="1101"/>
          </w:tcPr>
          <w:p>
            <w:pPr>
              <w:spacing w:after="0"/>
              <w:jc w:val="left"/>
            </w:pPr>
            <w:r>
              <w:rPr>
                <w:sz w:val="16"/>
              </w:rPr>
              <w:t>2023-03-20</w:t>
            </w:r>
          </w:p>
        </w:tc>
        <w:tc>
          <w:tcPr>
            <w:tcW w:type="dxa" w:w="1101"/>
          </w:tcPr>
          <w:p>
            <w:pPr>
              <w:spacing w:after="0"/>
              <w:jc w:val="left"/>
            </w:pPr>
            <w:r>
              <w:rPr>
                <w:sz w:val="16"/>
              </w:rPr>
              <w:t>2022-12-22</w:t>
            </w:r>
          </w:p>
        </w:tc>
        <w:tc>
          <w:tcPr>
            <w:tcW w:type="dxa" w:w="1101"/>
          </w:tcPr>
          <w:p>
            <w:pPr>
              <w:spacing w:after="0"/>
              <w:jc w:val="left"/>
            </w:pPr>
            <w:r>
              <w:rPr>
                <w:sz w:val="16"/>
              </w:rPr>
              <w:t>DR-4695-VT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$18,967.39</w:t>
            </w:r>
          </w:p>
        </w:tc>
        <w:tc>
          <w:tcPr>
            <w:tcW w:type="dxa" w:w="783"/>
          </w:tcPr>
          <w:p>
            <w:pPr>
              <w:spacing w:after="0"/>
              <w:jc w:val="left"/>
            </w:pPr>
            <w:r>
              <w:rPr>
                <w:sz w:val="16"/>
              </w:rPr>
              <w:t>within last 5 years</w:t>
            </w:r>
          </w:p>
        </w:tc>
        <w:tc>
          <w:tcPr>
            <w:tcW w:type="dxa" w:w="949"/>
          </w:tcPr>
          <w:p>
            <w:pPr>
              <w:spacing w:after="0"/>
              <w:jc w:val="left"/>
            </w:pPr>
          </w:p>
        </w:tc>
      </w:tr>
      <w:tr>
        <w:trPr>
          <w:cantSplit/>
        </w:trPr>
        <w:tc>
          <w:tcPr>
            <w:tcW w:type="dxa" w:w="1101"/>
          </w:tcPr>
          <w:p>
            <w:pPr>
              <w:spacing w:after="0"/>
              <w:jc w:val="left"/>
            </w:pPr>
            <w:r>
              <w:rPr>
                <w:sz w:val="16"/>
              </w:rPr>
              <w:t>2021-08-22</w:t>
            </w:r>
          </w:p>
        </w:tc>
        <w:tc>
          <w:tcPr>
            <w:tcW w:type="dxa" w:w="1101"/>
          </w:tcPr>
          <w:p>
            <w:pPr>
              <w:spacing w:after="0"/>
              <w:jc w:val="left"/>
            </w:pPr>
            <w:r>
              <w:rPr>
                <w:sz w:val="16"/>
              </w:rPr>
              <w:t>2021-08-22</w:t>
            </w:r>
          </w:p>
        </w:tc>
        <w:tc>
          <w:tcPr>
            <w:tcW w:type="dxa" w:w="1101"/>
          </w:tcPr>
          <w:p>
            <w:pPr>
              <w:spacing w:after="0"/>
              <w:jc w:val="left"/>
            </w:pPr>
            <w:r>
              <w:rPr>
                <w:sz w:val="16"/>
              </w:rPr>
              <w:t>EM-3567-VT</w:t>
            </w:r>
          </w:p>
        </w:tc>
        <w:tc>
          <w:tcPr>
            <w:tcW w:type="dxa" w:w="1480"/>
          </w:tcPr>
          <w:p>
            <w:pPr>
              <w:spacing w:after="0"/>
              <w:jc w:val="left"/>
            </w:pPr>
            <w:r>
              <w:rPr>
                <w:sz w:val="16"/>
              </w:rPr>
              <w:t>Emergency</w:t>
            </w:r>
          </w:p>
        </w:tc>
        <w:tc>
          <w:tcPr>
            <w:tcW w:type="dxa" w:w="2618"/>
          </w:tcPr>
          <w:p>
            <w:pPr>
              <w:spacing w:after="0"/>
              <w:jc w:val="left"/>
            </w:pPr>
            <w:r>
              <w:rPr>
                <w:sz w:val="16"/>
              </w:rPr>
              <w:t>Tropical Storm Henri</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2020-04-08</w:t>
            </w:r>
          </w:p>
        </w:tc>
        <w:tc>
          <w:tcPr>
            <w:tcW w:type="dxa" w:w="1101"/>
          </w:tcPr>
          <w:p>
            <w:pPr>
              <w:spacing w:after="0"/>
              <w:jc w:val="left"/>
            </w:pPr>
            <w:r>
              <w:rPr>
                <w:sz w:val="16"/>
              </w:rPr>
              <w:t>2020-01-20</w:t>
            </w:r>
          </w:p>
        </w:tc>
        <w:tc>
          <w:tcPr>
            <w:tcW w:type="dxa" w:w="1101"/>
          </w:tcPr>
          <w:p>
            <w:pPr>
              <w:spacing w:after="0"/>
              <w:jc w:val="left"/>
            </w:pPr>
            <w:r>
              <w:rPr>
                <w:sz w:val="16"/>
              </w:rPr>
              <w:t>DR-4532-VT</w:t>
            </w:r>
          </w:p>
        </w:tc>
        <w:tc>
          <w:tcPr>
            <w:tcW w:type="dxa" w:w="1480"/>
          </w:tcPr>
          <w:p>
            <w:pPr>
              <w:spacing w:after="0"/>
              <w:jc w:val="left"/>
            </w:pPr>
            <w:r>
              <w:rPr>
                <w:sz w:val="16"/>
              </w:rPr>
              <w:t>Major disaster</w:t>
            </w:r>
          </w:p>
        </w:tc>
        <w:tc>
          <w:tcPr>
            <w:tcW w:type="dxa" w:w="2618"/>
          </w:tcPr>
          <w:p>
            <w:pPr>
              <w:spacing w:after="0"/>
              <w:jc w:val="left"/>
            </w:pPr>
            <w:r>
              <w:rPr>
                <w:sz w:val="16"/>
              </w:rPr>
              <w:t>COVID-19 Pandemic</w:t>
            </w:r>
          </w:p>
        </w:tc>
        <w:tc>
          <w:tcPr>
            <w:tcW w:type="dxa" w:w="2077"/>
          </w:tcPr>
          <w:p>
            <w:pPr>
              <w:spacing w:after="0"/>
              <w:jc w:val="left"/>
            </w:pPr>
            <w:r>
              <w:rPr>
                <w:sz w:val="16"/>
              </w:rPr>
              <w:t>Non-natural, not counted</w:t>
            </w:r>
          </w:p>
        </w:tc>
        <w:tc>
          <w:tcPr>
            <w:tcW w:type="dxa" w:w="2902"/>
          </w:tcPr>
          <w:p>
            <w:pPr>
              <w:spacing w:after="0"/>
              <w:jc w:val="right"/>
            </w:pPr>
            <w:r>
              <w:rPr>
                <w:sz w:val="16"/>
              </w:rPr>
              <w:t>$25,601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2020-03-13</w:t>
            </w:r>
          </w:p>
        </w:tc>
        <w:tc>
          <w:tcPr>
            <w:tcW w:type="dxa" w:w="1101"/>
          </w:tcPr>
          <w:p>
            <w:pPr>
              <w:spacing w:after="0"/>
              <w:jc w:val="left"/>
            </w:pPr>
            <w:r>
              <w:rPr>
                <w:sz w:val="16"/>
              </w:rPr>
              <w:t>2020-01-20</w:t>
            </w:r>
          </w:p>
        </w:tc>
        <w:tc>
          <w:tcPr>
            <w:tcW w:type="dxa" w:w="1101"/>
          </w:tcPr>
          <w:p>
            <w:pPr>
              <w:spacing w:after="0"/>
              <w:jc w:val="left"/>
            </w:pPr>
            <w:r>
              <w:rPr>
                <w:sz w:val="16"/>
              </w:rPr>
              <w:t>EM-3437-VT</w:t>
            </w:r>
          </w:p>
        </w:tc>
        <w:tc>
          <w:tcPr>
            <w:tcW w:type="dxa" w:w="1480"/>
          </w:tcPr>
          <w:p>
            <w:pPr>
              <w:spacing w:after="0"/>
              <w:jc w:val="left"/>
            </w:pPr>
            <w:r>
              <w:rPr>
                <w:sz w:val="16"/>
              </w:rPr>
              <w:t>Emergency</w:t>
            </w:r>
          </w:p>
        </w:tc>
        <w:tc>
          <w:tcPr>
            <w:tcW w:type="dxa" w:w="2618"/>
          </w:tcPr>
          <w:p>
            <w:pPr>
              <w:spacing w:after="0"/>
              <w:jc w:val="left"/>
            </w:pPr>
            <w:r>
              <w:rPr>
                <w:sz w:val="16"/>
              </w:rPr>
              <w:t>COVID-19</w:t>
            </w:r>
          </w:p>
        </w:tc>
        <w:tc>
          <w:tcPr>
            <w:tcW w:type="dxa" w:w="2077"/>
          </w:tcPr>
          <w:p>
            <w:pPr>
              <w:spacing w:after="0"/>
              <w:jc w:val="left"/>
            </w:pPr>
            <w:r>
              <w:rPr>
                <w:sz w:val="16"/>
              </w:rPr>
              <w:t>Non-natural, not counted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DR-4532</w:t>
            </w:r>
          </w:p>
        </w:tc>
      </w:tr>
      <w:tr>
        <w:trPr>
          <w:cantSplit/>
        </w:trPr>
        <w:tc>
          <w:tcPr>
            <w:tcW w:type="dxa" w:w="1101"/>
          </w:tcPr>
          <w:p>
            <w:pPr>
              <w:spacing w:after="0"/>
              <w:jc w:val="left"/>
            </w:pPr>
            <w:r>
              <w:rPr>
                <w:sz w:val="16"/>
              </w:rPr>
              <w:t>2020-01-17</w:t>
            </w:r>
          </w:p>
        </w:tc>
        <w:tc>
          <w:tcPr>
            <w:tcW w:type="dxa" w:w="1101"/>
          </w:tcPr>
          <w:p>
            <w:pPr>
              <w:spacing w:after="0"/>
              <w:jc w:val="left"/>
            </w:pPr>
            <w:r>
              <w:rPr>
                <w:sz w:val="16"/>
              </w:rPr>
              <w:t>2019-10-31</w:t>
            </w:r>
          </w:p>
        </w:tc>
        <w:tc>
          <w:tcPr>
            <w:tcW w:type="dxa" w:w="1101"/>
          </w:tcPr>
          <w:p>
            <w:pPr>
              <w:spacing w:after="0"/>
              <w:jc w:val="left"/>
            </w:pPr>
            <w:r>
              <w:rPr>
                <w:sz w:val="16"/>
              </w:rPr>
              <w:t>DR-4474-VT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$3,809.56</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2019-06-14</w:t>
            </w:r>
          </w:p>
        </w:tc>
        <w:tc>
          <w:tcPr>
            <w:tcW w:type="dxa" w:w="1101"/>
          </w:tcPr>
          <w:p>
            <w:pPr>
              <w:spacing w:after="0"/>
              <w:jc w:val="left"/>
            </w:pPr>
            <w:r>
              <w:rPr>
                <w:sz w:val="16"/>
              </w:rPr>
              <w:t>2019-04-15</w:t>
            </w:r>
          </w:p>
        </w:tc>
        <w:tc>
          <w:tcPr>
            <w:tcW w:type="dxa" w:w="1101"/>
          </w:tcPr>
          <w:p>
            <w:pPr>
              <w:spacing w:after="0"/>
              <w:jc w:val="left"/>
            </w:pPr>
            <w:r>
              <w:rPr>
                <w:sz w:val="16"/>
              </w:rPr>
              <w:t>DR-4445-VT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$601,276.37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2018-07-30</w:t>
            </w:r>
          </w:p>
        </w:tc>
        <w:tc>
          <w:tcPr>
            <w:tcW w:type="dxa" w:w="1101"/>
          </w:tcPr>
          <w:p>
            <w:pPr>
              <w:spacing w:after="0"/>
              <w:jc w:val="left"/>
            </w:pPr>
            <w:r>
              <w:rPr>
                <w:sz w:val="16"/>
              </w:rPr>
              <w:t>2018-05-04</w:t>
            </w:r>
          </w:p>
        </w:tc>
        <w:tc>
          <w:tcPr>
            <w:tcW w:type="dxa" w:w="1101"/>
          </w:tcPr>
          <w:p>
            <w:pPr>
              <w:spacing w:after="0"/>
              <w:jc w:val="left"/>
            </w:pPr>
            <w:r>
              <w:rPr>
                <w:sz w:val="16"/>
              </w:rPr>
              <w:t>DR-4380-VT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2018-01-02</w:t>
            </w:r>
          </w:p>
        </w:tc>
        <w:tc>
          <w:tcPr>
            <w:tcW w:type="dxa" w:w="1101"/>
          </w:tcPr>
          <w:p>
            <w:pPr>
              <w:spacing w:after="0"/>
              <w:jc w:val="left"/>
            </w:pPr>
            <w:r>
              <w:rPr>
                <w:sz w:val="16"/>
              </w:rPr>
              <w:t>2017-10-29</w:t>
            </w:r>
          </w:p>
        </w:tc>
        <w:tc>
          <w:tcPr>
            <w:tcW w:type="dxa" w:w="1101"/>
          </w:tcPr>
          <w:p>
            <w:pPr>
              <w:spacing w:after="0"/>
              <w:jc w:val="left"/>
            </w:pPr>
            <w:r>
              <w:rPr>
                <w:sz w:val="16"/>
              </w:rPr>
              <w:t>DR-4356-VT</w:t>
            </w:r>
          </w:p>
        </w:tc>
        <w:tc>
          <w:tcPr>
            <w:tcW w:type="dxa" w:w="1480"/>
          </w:tcPr>
          <w:p>
            <w:pPr>
              <w:spacing w:after="0"/>
              <w:jc w:val="left"/>
            </w:pPr>
            <w:r>
              <w:rPr>
                <w:sz w:val="16"/>
              </w:rPr>
              <w:t>Major disaster</w:t>
            </w:r>
          </w:p>
        </w:tc>
        <w:tc>
          <w:tcPr>
            <w:tcW w:type="dxa" w:w="2618"/>
          </w:tcPr>
          <w:p>
            <w:pPr>
              <w:spacing w:after="0"/>
              <w:jc w:val="left"/>
            </w:pPr>
            <w:r>
              <w:rPr>
                <w:sz w:val="16"/>
              </w:rPr>
              <w:t>Severe Storm and Flooding</w:t>
            </w:r>
          </w:p>
        </w:tc>
        <w:tc>
          <w:tcPr>
            <w:tcW w:type="dxa" w:w="2077"/>
          </w:tcPr>
          <w:p>
            <w:pPr>
              <w:spacing w:after="0"/>
              <w:jc w:val="left"/>
            </w:pPr>
            <w:r>
              <w:rPr>
                <w:sz w:val="16"/>
              </w:rPr>
              <w:t>Inland Flooding</w:t>
            </w:r>
          </w:p>
        </w:tc>
        <w:tc>
          <w:tcPr>
            <w:tcW w:type="dxa" w:w="2902"/>
          </w:tcPr>
          <w:p>
            <w:pPr>
              <w:spacing w:after="0"/>
              <w:jc w:val="right"/>
            </w:pPr>
            <w:r>
              <w:rPr>
                <w:sz w:val="16"/>
              </w:rPr>
              <w:t>$22,236.60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2017-08-16</w:t>
            </w:r>
          </w:p>
        </w:tc>
        <w:tc>
          <w:tcPr>
            <w:tcW w:type="dxa" w:w="1101"/>
          </w:tcPr>
          <w:p>
            <w:pPr>
              <w:spacing w:after="0"/>
              <w:jc w:val="left"/>
            </w:pPr>
            <w:r>
              <w:rPr>
                <w:sz w:val="16"/>
              </w:rPr>
              <w:t>2017-06-29</w:t>
            </w:r>
          </w:p>
        </w:tc>
        <w:tc>
          <w:tcPr>
            <w:tcW w:type="dxa" w:w="1101"/>
          </w:tcPr>
          <w:p>
            <w:pPr>
              <w:spacing w:after="0"/>
              <w:jc w:val="left"/>
            </w:pPr>
            <w:r>
              <w:rPr>
                <w:sz w:val="16"/>
              </w:rPr>
              <w:t>DR-4330-VT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$3,012,836.81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2015-02-03</w:t>
            </w:r>
          </w:p>
        </w:tc>
        <w:tc>
          <w:tcPr>
            <w:tcW w:type="dxa" w:w="1101"/>
          </w:tcPr>
          <w:p>
            <w:pPr>
              <w:spacing w:after="0"/>
              <w:jc w:val="left"/>
            </w:pPr>
            <w:r>
              <w:rPr>
                <w:sz w:val="16"/>
              </w:rPr>
              <w:t>2014-12-09</w:t>
            </w:r>
          </w:p>
        </w:tc>
        <w:tc>
          <w:tcPr>
            <w:tcW w:type="dxa" w:w="1101"/>
          </w:tcPr>
          <w:p>
            <w:pPr>
              <w:spacing w:after="0"/>
              <w:jc w:val="left"/>
            </w:pPr>
            <w:r>
              <w:rPr>
                <w:sz w:val="16"/>
              </w:rPr>
              <w:t>DR-4207-VT</w:t>
            </w:r>
          </w:p>
        </w:tc>
        <w:tc>
          <w:tcPr>
            <w:tcW w:type="dxa" w:w="1480"/>
          </w:tcPr>
          <w:p>
            <w:pPr>
              <w:spacing w:after="0"/>
              <w:jc w:val="left"/>
            </w:pPr>
            <w:r>
              <w:rPr>
                <w:sz w:val="16"/>
              </w:rPr>
              <w:t>Major disaster</w:t>
            </w:r>
          </w:p>
        </w:tc>
        <w:tc>
          <w:tcPr>
            <w:tcW w:type="dxa" w:w="2618"/>
          </w:tcPr>
          <w:p>
            <w:pPr>
              <w:spacing w:after="0"/>
              <w:jc w:val="left"/>
            </w:pPr>
            <w:r>
              <w:rPr>
                <w:sz w:val="16"/>
              </w:rPr>
              <w:t>Severe Winter Storm</w:t>
            </w:r>
          </w:p>
        </w:tc>
        <w:tc>
          <w:tcPr>
            <w:tcW w:type="dxa" w:w="2077"/>
          </w:tcPr>
          <w:p>
            <w:pPr>
              <w:spacing w:after="0"/>
              <w:jc w:val="left"/>
            </w:pPr>
            <w:r>
              <w:rPr>
                <w:sz w:val="16"/>
              </w:rPr>
              <w:t>Winter Weather</w:t>
            </w:r>
          </w:p>
        </w:tc>
        <w:tc>
          <w:tcPr>
            <w:tcW w:type="dxa" w:w="2902"/>
          </w:tcPr>
          <w:p>
            <w:pPr>
              <w:spacing w:after="0"/>
              <w:jc w:val="right"/>
            </w:pPr>
            <w:r>
              <w:rPr>
                <w:sz w:val="16"/>
              </w:rPr>
              <w:t>$94,472.42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2014-06-11</w:t>
            </w:r>
          </w:p>
        </w:tc>
        <w:tc>
          <w:tcPr>
            <w:tcW w:type="dxa" w:w="1101"/>
          </w:tcPr>
          <w:p>
            <w:pPr>
              <w:spacing w:after="0"/>
              <w:jc w:val="left"/>
            </w:pPr>
            <w:r>
              <w:rPr>
                <w:sz w:val="16"/>
              </w:rPr>
              <w:t>2014-04-15</w:t>
            </w:r>
          </w:p>
        </w:tc>
        <w:tc>
          <w:tcPr>
            <w:tcW w:type="dxa" w:w="1101"/>
          </w:tcPr>
          <w:p>
            <w:pPr>
              <w:spacing w:after="0"/>
              <w:jc w:val="left"/>
            </w:pPr>
            <w:r>
              <w:rPr>
                <w:sz w:val="16"/>
              </w:rPr>
              <w:t>DR-4178-VT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$127,598.29</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2013-08-02</w:t>
            </w:r>
          </w:p>
        </w:tc>
        <w:tc>
          <w:tcPr>
            <w:tcW w:type="dxa" w:w="1101"/>
          </w:tcPr>
          <w:p>
            <w:pPr>
              <w:spacing w:after="0"/>
              <w:jc w:val="left"/>
            </w:pPr>
            <w:r>
              <w:rPr>
                <w:sz w:val="16"/>
              </w:rPr>
              <w:t>2013-06-25</w:t>
            </w:r>
          </w:p>
        </w:tc>
        <w:tc>
          <w:tcPr>
            <w:tcW w:type="dxa" w:w="1101"/>
          </w:tcPr>
          <w:p>
            <w:pPr>
              <w:spacing w:after="0"/>
              <w:jc w:val="left"/>
            </w:pPr>
            <w:r>
              <w:rPr>
                <w:sz w:val="16"/>
              </w:rPr>
              <w:t>DR-4140-VT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$746,862.22</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2011-09-01</w:t>
            </w:r>
          </w:p>
        </w:tc>
        <w:tc>
          <w:tcPr>
            <w:tcW w:type="dxa" w:w="1101"/>
          </w:tcPr>
          <w:p>
            <w:pPr>
              <w:spacing w:after="0"/>
              <w:jc w:val="left"/>
            </w:pPr>
            <w:r>
              <w:rPr>
                <w:sz w:val="16"/>
              </w:rPr>
              <w:t>2011-08-27</w:t>
            </w:r>
          </w:p>
        </w:tc>
        <w:tc>
          <w:tcPr>
            <w:tcW w:type="dxa" w:w="1101"/>
          </w:tcPr>
          <w:p>
            <w:pPr>
              <w:spacing w:after="0"/>
              <w:jc w:val="left"/>
            </w:pPr>
            <w:r>
              <w:rPr>
                <w:sz w:val="16"/>
              </w:rPr>
              <w:t>DR-4022-VT</w:t>
            </w:r>
          </w:p>
        </w:tc>
        <w:tc>
          <w:tcPr>
            <w:tcW w:type="dxa" w:w="1480"/>
          </w:tcPr>
          <w:p>
            <w:pPr>
              <w:spacing w:after="0"/>
              <w:jc w:val="left"/>
            </w:pPr>
            <w:r>
              <w:rPr>
                <w:sz w:val="16"/>
              </w:rPr>
              <w:t>Major disaster</w:t>
            </w:r>
          </w:p>
        </w:tc>
        <w:tc>
          <w:tcPr>
            <w:tcW w:type="dxa" w:w="2618"/>
          </w:tcPr>
          <w:p>
            <w:pPr>
              <w:spacing w:after="0"/>
              <w:jc w:val="left"/>
            </w:pPr>
            <w:r>
              <w:rPr>
                <w:sz w:val="16"/>
              </w:rPr>
              <w:t>Tropical Storm Irene</w:t>
            </w:r>
          </w:p>
        </w:tc>
        <w:tc>
          <w:tcPr>
            <w:tcW w:type="dxa" w:w="2077"/>
          </w:tcPr>
          <w:p>
            <w:pPr>
              <w:spacing w:after="0"/>
              <w:jc w:val="left"/>
            </w:pPr>
            <w:r>
              <w:rPr>
                <w:sz w:val="16"/>
              </w:rPr>
              <w:t>Hurricane</w:t>
            </w:r>
          </w:p>
        </w:tc>
        <w:tc>
          <w:tcPr>
            <w:tcW w:type="dxa" w:w="2902"/>
          </w:tcPr>
          <w:p>
            <w:pPr>
              <w:spacing w:after="0"/>
              <w:jc w:val="right"/>
            </w:pPr>
            <w:r>
              <w:rPr>
                <w:sz w:val="16"/>
              </w:rPr>
              <w:t>$5,783,639.03</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2011-08-29</w:t>
            </w:r>
          </w:p>
        </w:tc>
        <w:tc>
          <w:tcPr>
            <w:tcW w:type="dxa" w:w="1101"/>
          </w:tcPr>
          <w:p>
            <w:pPr>
              <w:spacing w:after="0"/>
              <w:jc w:val="left"/>
            </w:pPr>
            <w:r>
              <w:rPr>
                <w:sz w:val="16"/>
              </w:rPr>
              <w:t>2011-08-26</w:t>
            </w:r>
          </w:p>
        </w:tc>
        <w:tc>
          <w:tcPr>
            <w:tcW w:type="dxa" w:w="1101"/>
          </w:tcPr>
          <w:p>
            <w:pPr>
              <w:spacing w:after="0"/>
              <w:jc w:val="left"/>
            </w:pPr>
            <w:r>
              <w:rPr>
                <w:sz w:val="16"/>
              </w:rPr>
              <w:t>EM-3338-VT</w:t>
            </w:r>
          </w:p>
        </w:tc>
        <w:tc>
          <w:tcPr>
            <w:tcW w:type="dxa" w:w="1480"/>
          </w:tcPr>
          <w:p>
            <w:pPr>
              <w:spacing w:after="0"/>
              <w:jc w:val="left"/>
            </w:pPr>
            <w:r>
              <w:rPr>
                <w:sz w:val="16"/>
              </w:rPr>
              <w:t>Emergency</w:t>
            </w:r>
          </w:p>
        </w:tc>
        <w:tc>
          <w:tcPr>
            <w:tcW w:type="dxa" w:w="2618"/>
          </w:tcPr>
          <w:p>
            <w:pPr>
              <w:spacing w:after="0"/>
              <w:jc w:val="left"/>
            </w:pPr>
            <w:r>
              <w:rPr>
                <w:sz w:val="16"/>
              </w:rPr>
              <w:t>Hurricane Irene</w:t>
            </w:r>
          </w:p>
        </w:tc>
        <w:tc>
          <w:tcPr>
            <w:tcW w:type="dxa" w:w="2077"/>
          </w:tcPr>
          <w:p>
            <w:pPr>
              <w:spacing w:after="0"/>
              <w:jc w:val="left"/>
            </w:pPr>
            <w:r>
              <w:rPr>
                <w:sz w:val="16"/>
              </w:rPr>
              <w:t>Hurricane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r>
              <w:rPr>
                <w:sz w:val="16"/>
              </w:rPr>
              <w:t>same incident as DR-4022</w:t>
            </w:r>
          </w:p>
        </w:tc>
      </w:tr>
      <w:tr>
        <w:trPr>
          <w:cantSplit/>
        </w:trPr>
        <w:tc>
          <w:tcPr>
            <w:tcW w:type="dxa" w:w="1101"/>
          </w:tcPr>
          <w:p>
            <w:pPr>
              <w:spacing w:after="0"/>
              <w:jc w:val="left"/>
            </w:pPr>
            <w:r>
              <w:rPr>
                <w:sz w:val="16"/>
              </w:rPr>
              <w:t>2011-07-08</w:t>
            </w:r>
          </w:p>
        </w:tc>
        <w:tc>
          <w:tcPr>
            <w:tcW w:type="dxa" w:w="1101"/>
          </w:tcPr>
          <w:p>
            <w:pPr>
              <w:spacing w:after="0"/>
              <w:jc w:val="left"/>
            </w:pPr>
            <w:r>
              <w:rPr>
                <w:sz w:val="16"/>
              </w:rPr>
              <w:t>2011-05-26</w:t>
            </w:r>
          </w:p>
        </w:tc>
        <w:tc>
          <w:tcPr>
            <w:tcW w:type="dxa" w:w="1101"/>
          </w:tcPr>
          <w:p>
            <w:pPr>
              <w:spacing w:after="0"/>
              <w:jc w:val="left"/>
            </w:pPr>
            <w:r>
              <w:rPr>
                <w:sz w:val="16"/>
              </w:rPr>
              <w:t>DR-4001-VT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$167,666.71</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2008-09-12</w:t>
            </w:r>
          </w:p>
        </w:tc>
        <w:tc>
          <w:tcPr>
            <w:tcW w:type="dxa" w:w="1101"/>
          </w:tcPr>
          <w:p>
            <w:pPr>
              <w:spacing w:after="0"/>
              <w:jc w:val="left"/>
            </w:pPr>
            <w:r>
              <w:rPr>
                <w:sz w:val="16"/>
              </w:rPr>
              <w:t>2008-07-21</w:t>
            </w:r>
          </w:p>
        </w:tc>
        <w:tc>
          <w:tcPr>
            <w:tcW w:type="dxa" w:w="1101"/>
          </w:tcPr>
          <w:p>
            <w:pPr>
              <w:spacing w:after="0"/>
              <w:jc w:val="left"/>
            </w:pPr>
            <w:r>
              <w:rPr>
                <w:sz w:val="16"/>
              </w:rPr>
              <w:t>DR-1790-VT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$459,817.34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2007-08-03</w:t>
            </w:r>
          </w:p>
        </w:tc>
        <w:tc>
          <w:tcPr>
            <w:tcW w:type="dxa" w:w="1101"/>
          </w:tcPr>
          <w:p>
            <w:pPr>
              <w:spacing w:after="0"/>
              <w:jc w:val="left"/>
            </w:pPr>
            <w:r>
              <w:rPr>
                <w:sz w:val="16"/>
              </w:rPr>
              <w:t>2007-07-09</w:t>
            </w:r>
          </w:p>
        </w:tc>
        <w:tc>
          <w:tcPr>
            <w:tcW w:type="dxa" w:w="1101"/>
          </w:tcPr>
          <w:p>
            <w:pPr>
              <w:spacing w:after="0"/>
              <w:jc w:val="left"/>
            </w:pPr>
            <w:r>
              <w:rPr>
                <w:sz w:val="16"/>
              </w:rPr>
              <w:t>DR-1715-VT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$1,833,595.87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2007-05-04</w:t>
            </w:r>
          </w:p>
        </w:tc>
        <w:tc>
          <w:tcPr>
            <w:tcW w:type="dxa" w:w="1101"/>
          </w:tcPr>
          <w:p>
            <w:pPr>
              <w:spacing w:after="0"/>
              <w:jc w:val="left"/>
            </w:pPr>
            <w:r>
              <w:rPr>
                <w:sz w:val="16"/>
              </w:rPr>
              <w:t>2007-04-15</w:t>
            </w:r>
          </w:p>
        </w:tc>
        <w:tc>
          <w:tcPr>
            <w:tcW w:type="dxa" w:w="1101"/>
          </w:tcPr>
          <w:p>
            <w:pPr>
              <w:spacing w:after="0"/>
              <w:jc w:val="left"/>
            </w:pPr>
            <w:r>
              <w:rPr>
                <w:sz w:val="16"/>
              </w:rPr>
              <w:t>DR-1698-VT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$6,919.40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2003-09-12</w:t>
            </w:r>
          </w:p>
        </w:tc>
        <w:tc>
          <w:tcPr>
            <w:tcW w:type="dxa" w:w="1101"/>
          </w:tcPr>
          <w:p>
            <w:pPr>
              <w:spacing w:after="0"/>
              <w:jc w:val="left"/>
            </w:pPr>
            <w:r>
              <w:rPr>
                <w:sz w:val="16"/>
              </w:rPr>
              <w:t>2003-07-21</w:t>
            </w:r>
          </w:p>
        </w:tc>
        <w:tc>
          <w:tcPr>
            <w:tcW w:type="dxa" w:w="1101"/>
          </w:tcPr>
          <w:p>
            <w:pPr>
              <w:spacing w:after="0"/>
              <w:jc w:val="left"/>
            </w:pPr>
            <w:r>
              <w:rPr>
                <w:sz w:val="16"/>
              </w:rPr>
              <w:t>DR-1488-VT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$123,553.60</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2000-07-27</w:t>
            </w:r>
          </w:p>
        </w:tc>
        <w:tc>
          <w:tcPr>
            <w:tcW w:type="dxa" w:w="1101"/>
          </w:tcPr>
          <w:p>
            <w:pPr>
              <w:spacing w:after="0"/>
              <w:jc w:val="left"/>
            </w:pPr>
            <w:r>
              <w:rPr>
                <w:sz w:val="16"/>
              </w:rPr>
              <w:t>2000-07-14</w:t>
            </w:r>
          </w:p>
        </w:tc>
        <w:tc>
          <w:tcPr>
            <w:tcW w:type="dxa" w:w="1101"/>
          </w:tcPr>
          <w:p>
            <w:pPr>
              <w:spacing w:after="0"/>
              <w:jc w:val="left"/>
            </w:pPr>
            <w:r>
              <w:rPr>
                <w:sz w:val="16"/>
              </w:rPr>
              <w:t>DR-1336-VT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$46,491.57</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1999-11-10</w:t>
            </w:r>
          </w:p>
        </w:tc>
        <w:tc>
          <w:tcPr>
            <w:tcW w:type="dxa" w:w="1101"/>
          </w:tcPr>
          <w:p>
            <w:pPr>
              <w:spacing w:after="0"/>
              <w:jc w:val="left"/>
            </w:pPr>
            <w:r>
              <w:rPr>
                <w:sz w:val="16"/>
              </w:rPr>
              <w:t>1999-09-16</w:t>
            </w:r>
          </w:p>
        </w:tc>
        <w:tc>
          <w:tcPr>
            <w:tcW w:type="dxa" w:w="1101"/>
          </w:tcPr>
          <w:p>
            <w:pPr>
              <w:spacing w:after="0"/>
              <w:jc w:val="left"/>
            </w:pPr>
            <w:r>
              <w:rPr>
                <w:sz w:val="16"/>
              </w:rPr>
              <w:t>DR-1307-VT</w:t>
            </w:r>
          </w:p>
        </w:tc>
        <w:tc>
          <w:tcPr>
            <w:tcW w:type="dxa" w:w="1480"/>
          </w:tcPr>
          <w:p>
            <w:pPr>
              <w:spacing w:after="0"/>
              <w:jc w:val="left"/>
            </w:pPr>
            <w:r>
              <w:rPr>
                <w:sz w:val="16"/>
              </w:rPr>
              <w:t>Major disaster</w:t>
            </w:r>
          </w:p>
        </w:tc>
        <w:tc>
          <w:tcPr>
            <w:tcW w:type="dxa" w:w="2618"/>
          </w:tcPr>
          <w:p>
            <w:pPr>
              <w:spacing w:after="0"/>
              <w:jc w:val="left"/>
            </w:pPr>
            <w:r>
              <w:rPr>
                <w:sz w:val="16"/>
              </w:rPr>
              <w:t>Tropical Storm Floyd</w:t>
            </w:r>
          </w:p>
        </w:tc>
        <w:tc>
          <w:tcPr>
            <w:tcW w:type="dxa" w:w="2077"/>
          </w:tcPr>
          <w:p>
            <w:pPr>
              <w:spacing w:after="0"/>
              <w:jc w:val="left"/>
            </w:pPr>
            <w:r>
              <w:rPr>
                <w:sz w:val="16"/>
              </w:rPr>
              <w:t>Hurricane; Inland Flooding</w:t>
            </w:r>
          </w:p>
        </w:tc>
        <w:tc>
          <w:tcPr>
            <w:tcW w:type="dxa" w:w="2902"/>
          </w:tcPr>
          <w:p>
            <w:pPr>
              <w:spacing w:after="0"/>
              <w:jc w:val="right"/>
            </w:pPr>
            <w:r>
              <w:rPr>
                <w:sz w:val="16"/>
              </w:rPr>
              <w:t>$46,623.14</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1998-06-30</w:t>
            </w:r>
          </w:p>
        </w:tc>
        <w:tc>
          <w:tcPr>
            <w:tcW w:type="dxa" w:w="1101"/>
          </w:tcPr>
          <w:p>
            <w:pPr>
              <w:spacing w:after="0"/>
              <w:jc w:val="left"/>
            </w:pPr>
            <w:r>
              <w:rPr>
                <w:sz w:val="16"/>
              </w:rPr>
              <w:t>1998-06-17</w:t>
            </w:r>
          </w:p>
        </w:tc>
        <w:tc>
          <w:tcPr>
            <w:tcW w:type="dxa" w:w="1101"/>
          </w:tcPr>
          <w:p>
            <w:pPr>
              <w:spacing w:after="0"/>
              <w:jc w:val="left"/>
            </w:pPr>
            <w:r>
              <w:rPr>
                <w:sz w:val="16"/>
              </w:rPr>
              <w:t>DR-1228-VT</w:t>
            </w:r>
          </w:p>
        </w:tc>
        <w:tc>
          <w:tcPr>
            <w:tcW w:type="dxa" w:w="1480"/>
          </w:tcPr>
          <w:p>
            <w:pPr>
              <w:spacing w:after="0"/>
              <w:jc w:val="left"/>
            </w:pPr>
            <w:r>
              <w:rPr>
                <w:sz w:val="16"/>
              </w:rPr>
              <w:t>Major disaster</w:t>
            </w:r>
          </w:p>
        </w:tc>
        <w:tc>
          <w:tcPr>
            <w:tcW w:type="dxa" w:w="2618"/>
          </w:tcPr>
          <w:p>
            <w:pPr>
              <w:spacing w:after="0"/>
              <w:jc w:val="left"/>
            </w:pPr>
            <w:r>
              <w:rPr>
                <w:sz w:val="16"/>
              </w:rPr>
              <w:t>Severe Storms and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1998-01-15</w:t>
            </w:r>
          </w:p>
        </w:tc>
        <w:tc>
          <w:tcPr>
            <w:tcW w:type="dxa" w:w="1101"/>
          </w:tcPr>
          <w:p>
            <w:pPr>
              <w:spacing w:after="0"/>
              <w:jc w:val="left"/>
            </w:pPr>
            <w:r>
              <w:rPr>
                <w:sz w:val="16"/>
              </w:rPr>
              <w:t>1998-01-06</w:t>
            </w:r>
          </w:p>
        </w:tc>
        <w:tc>
          <w:tcPr>
            <w:tcW w:type="dxa" w:w="1101"/>
          </w:tcPr>
          <w:p>
            <w:pPr>
              <w:spacing w:after="0"/>
              <w:jc w:val="left"/>
            </w:pPr>
            <w:r>
              <w:rPr>
                <w:sz w:val="16"/>
              </w:rPr>
              <w:t>DR-1201-VT</w:t>
            </w:r>
          </w:p>
        </w:tc>
        <w:tc>
          <w:tcPr>
            <w:tcW w:type="dxa" w:w="1480"/>
          </w:tcPr>
          <w:p>
            <w:pPr>
              <w:spacing w:after="0"/>
              <w:jc w:val="left"/>
            </w:pPr>
            <w:r>
              <w:rPr>
                <w:sz w:val="16"/>
              </w:rPr>
              <w:t>Major disaster</w:t>
            </w:r>
          </w:p>
        </w:tc>
        <w:tc>
          <w:tcPr>
            <w:tcW w:type="dxa" w:w="2618"/>
          </w:tcPr>
          <w:p>
            <w:pPr>
              <w:spacing w:after="0"/>
              <w:jc w:val="left"/>
            </w:pPr>
            <w:r>
              <w:rPr>
                <w:sz w:val="16"/>
              </w:rPr>
              <w:t>Severe Ice Storms, Rain, High Winds and Flooding</w:t>
            </w:r>
          </w:p>
        </w:tc>
        <w:tc>
          <w:tcPr>
            <w:tcW w:type="dxa" w:w="2077"/>
          </w:tcPr>
          <w:p>
            <w:pPr>
              <w:spacing w:after="0"/>
              <w:jc w:val="left"/>
            </w:pPr>
            <w:r>
              <w:rPr>
                <w:sz w:val="16"/>
              </w:rPr>
              <w:t>Ice Storm; Inland Flooding;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1996-02-13</w:t>
            </w:r>
          </w:p>
        </w:tc>
        <w:tc>
          <w:tcPr>
            <w:tcW w:type="dxa" w:w="1101"/>
          </w:tcPr>
          <w:p>
            <w:pPr>
              <w:spacing w:after="0"/>
              <w:jc w:val="left"/>
            </w:pPr>
            <w:r>
              <w:rPr>
                <w:sz w:val="16"/>
              </w:rPr>
              <w:t>1996-01-19</w:t>
            </w:r>
          </w:p>
        </w:tc>
        <w:tc>
          <w:tcPr>
            <w:tcW w:type="dxa" w:w="1101"/>
          </w:tcPr>
          <w:p>
            <w:pPr>
              <w:spacing w:after="0"/>
              <w:jc w:val="left"/>
            </w:pPr>
            <w:r>
              <w:rPr>
                <w:sz w:val="16"/>
              </w:rPr>
              <w:t>DR-1101-VT</w:t>
            </w:r>
          </w:p>
        </w:tc>
        <w:tc>
          <w:tcPr>
            <w:tcW w:type="dxa" w:w="1480"/>
          </w:tcPr>
          <w:p>
            <w:pPr>
              <w:spacing w:after="0"/>
              <w:jc w:val="left"/>
            </w:pPr>
            <w:r>
              <w:rPr>
                <w:sz w:val="16"/>
              </w:rPr>
              <w:t>Major disaster</w:t>
            </w:r>
          </w:p>
        </w:tc>
        <w:tc>
          <w:tcPr>
            <w:tcW w:type="dxa" w:w="2618"/>
          </w:tcPr>
          <w:p>
            <w:pPr>
              <w:spacing w:after="0"/>
              <w:jc w:val="left"/>
            </w:pPr>
            <w:r>
              <w:rPr>
                <w:sz w:val="16"/>
              </w:rPr>
              <w:t>Ice Jams and Flooding</w:t>
            </w:r>
          </w:p>
        </w:tc>
        <w:tc>
          <w:tcPr>
            <w:tcW w:type="dxa" w:w="2077"/>
          </w:tcPr>
          <w:p>
            <w:pPr>
              <w:spacing w:after="0"/>
              <w:jc w:val="left"/>
            </w:pPr>
            <w:r>
              <w:rPr>
                <w:sz w:val="16"/>
              </w:rPr>
              <w:t>Inland Flooding (primary); also designated: Winter Weather</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1992-03-18</w:t>
            </w:r>
          </w:p>
        </w:tc>
        <w:tc>
          <w:tcPr>
            <w:tcW w:type="dxa" w:w="1101"/>
          </w:tcPr>
          <w:p>
            <w:pPr>
              <w:spacing w:after="0"/>
              <w:jc w:val="left"/>
            </w:pPr>
            <w:r>
              <w:rPr>
                <w:sz w:val="16"/>
              </w:rPr>
              <w:t>1992-03-11</w:t>
            </w:r>
          </w:p>
        </w:tc>
        <w:tc>
          <w:tcPr>
            <w:tcW w:type="dxa" w:w="1101"/>
          </w:tcPr>
          <w:p>
            <w:pPr>
              <w:spacing w:after="0"/>
              <w:jc w:val="left"/>
            </w:pPr>
            <w:r>
              <w:rPr>
                <w:sz w:val="16"/>
              </w:rPr>
              <w:t>DR-938-VT</w:t>
            </w:r>
          </w:p>
        </w:tc>
        <w:tc>
          <w:tcPr>
            <w:tcW w:type="dxa" w:w="1480"/>
          </w:tcPr>
          <w:p>
            <w:pPr>
              <w:spacing w:after="0"/>
              <w:jc w:val="left"/>
            </w:pPr>
            <w:r>
              <w:rPr>
                <w:sz w:val="16"/>
              </w:rPr>
              <w:t>Major disaster</w:t>
            </w:r>
          </w:p>
        </w:tc>
        <w:tc>
          <w:tcPr>
            <w:tcW w:type="dxa" w:w="2618"/>
          </w:tcPr>
          <w:p>
            <w:pPr>
              <w:spacing w:after="0"/>
              <w:jc w:val="left"/>
            </w:pPr>
            <w:r>
              <w:rPr>
                <w:sz w:val="16"/>
              </w:rPr>
              <w:t>Heavy Rains, Ice Jams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1989-09-11</w:t>
            </w:r>
          </w:p>
        </w:tc>
        <w:tc>
          <w:tcPr>
            <w:tcW w:type="dxa" w:w="1101"/>
          </w:tcPr>
          <w:p>
            <w:pPr>
              <w:spacing w:after="0"/>
              <w:jc w:val="left"/>
            </w:pPr>
            <w:r>
              <w:rPr>
                <w:sz w:val="16"/>
              </w:rPr>
              <w:t>1989-08-04</w:t>
            </w:r>
          </w:p>
        </w:tc>
        <w:tc>
          <w:tcPr>
            <w:tcW w:type="dxa" w:w="1101"/>
          </w:tcPr>
          <w:p>
            <w:pPr>
              <w:spacing w:after="0"/>
              <w:jc w:val="left"/>
            </w:pPr>
            <w:r>
              <w:rPr>
                <w:sz w:val="16"/>
              </w:rPr>
              <w:t>DR-840-VT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1984-06-18</w:t>
            </w:r>
          </w:p>
        </w:tc>
        <w:tc>
          <w:tcPr>
            <w:tcW w:type="dxa" w:w="1101"/>
          </w:tcPr>
          <w:p>
            <w:pPr>
              <w:spacing w:after="0"/>
              <w:jc w:val="left"/>
            </w:pPr>
            <w:r>
              <w:rPr>
                <w:sz w:val="16"/>
              </w:rPr>
              <w:t>1984-06-06</w:t>
            </w:r>
          </w:p>
        </w:tc>
        <w:tc>
          <w:tcPr>
            <w:tcW w:type="dxa" w:w="1101"/>
          </w:tcPr>
          <w:p>
            <w:pPr>
              <w:spacing w:after="0"/>
              <w:jc w:val="left"/>
            </w:pPr>
            <w:r>
              <w:rPr>
                <w:sz w:val="16"/>
              </w:rPr>
              <w:t>DR-712-VT</w:t>
            </w:r>
          </w:p>
        </w:tc>
        <w:tc>
          <w:tcPr>
            <w:tcW w:type="dxa" w:w="1480"/>
          </w:tcPr>
          <w:p>
            <w:pPr>
              <w:spacing w:after="0"/>
              <w:jc w:val="left"/>
            </w:pPr>
            <w:r>
              <w:rPr>
                <w:sz w:val="16"/>
              </w:rPr>
              <w:t>Major disaster</w:t>
            </w:r>
          </w:p>
        </w:tc>
        <w:tc>
          <w:tcPr>
            <w:tcW w:type="dxa" w:w="2618"/>
          </w:tcPr>
          <w:p>
            <w:pPr>
              <w:spacing w:after="0"/>
              <w:jc w:val="left"/>
            </w:pPr>
            <w:r>
              <w:rPr>
                <w:sz w:val="16"/>
              </w:rPr>
              <w:t>Severe Storms &amp; Flooding</w:t>
            </w:r>
          </w:p>
        </w:tc>
        <w:tc>
          <w:tcPr>
            <w:tcW w:type="dxa" w:w="2077"/>
          </w:tcPr>
          <w:p>
            <w:pPr>
              <w:spacing w:after="0"/>
              <w:jc w:val="left"/>
            </w:pPr>
            <w:r>
              <w:rPr>
                <w:sz w:val="16"/>
              </w:rPr>
              <w:t>Inland Flooding</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1976-08-05</w:t>
            </w:r>
          </w:p>
        </w:tc>
        <w:tc>
          <w:tcPr>
            <w:tcW w:type="dxa" w:w="1101"/>
          </w:tcPr>
          <w:p>
            <w:pPr>
              <w:spacing w:after="0"/>
              <w:jc w:val="left"/>
            </w:pPr>
            <w:r>
              <w:rPr>
                <w:sz w:val="16"/>
              </w:rPr>
              <w:t>1976-08-05</w:t>
            </w:r>
          </w:p>
        </w:tc>
        <w:tc>
          <w:tcPr>
            <w:tcW w:type="dxa" w:w="1101"/>
          </w:tcPr>
          <w:p>
            <w:pPr>
              <w:spacing w:after="0"/>
              <w:jc w:val="left"/>
            </w:pPr>
            <w:r>
              <w:rPr>
                <w:sz w:val="16"/>
              </w:rPr>
              <w:t>DR-518-VT</w:t>
            </w:r>
          </w:p>
        </w:tc>
        <w:tc>
          <w:tcPr>
            <w:tcW w:type="dxa" w:w="1480"/>
          </w:tcPr>
          <w:p>
            <w:pPr>
              <w:spacing w:after="0"/>
              <w:jc w:val="left"/>
            </w:pPr>
            <w:r>
              <w:rPr>
                <w:sz w:val="16"/>
              </w:rPr>
              <w:t>Major disaster</w:t>
            </w:r>
          </w:p>
        </w:tc>
        <w:tc>
          <w:tcPr>
            <w:tcW w:type="dxa" w:w="2618"/>
          </w:tcPr>
          <w:p>
            <w:pPr>
              <w:spacing w:after="0"/>
              <w:jc w:val="left"/>
            </w:pPr>
            <w:r>
              <w:rPr>
                <w:sz w:val="16"/>
              </w:rPr>
              <w:t>Severe Storms, High Winds &amp; Flooding</w:t>
            </w:r>
          </w:p>
        </w:tc>
        <w:tc>
          <w:tcPr>
            <w:tcW w:type="dxa" w:w="2077"/>
          </w:tcPr>
          <w:p>
            <w:pPr>
              <w:spacing w:after="0"/>
              <w:jc w:val="left"/>
            </w:pPr>
            <w:r>
              <w:rPr>
                <w:sz w:val="16"/>
              </w:rPr>
              <w:t>Inland Flooding (primary); also designated: Strong Wind</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r>
        <w:trPr>
          <w:cantSplit/>
        </w:trPr>
        <w:tc>
          <w:tcPr>
            <w:tcW w:type="dxa" w:w="1101"/>
          </w:tcPr>
          <w:p>
            <w:pPr>
              <w:spacing w:after="0"/>
              <w:jc w:val="left"/>
            </w:pPr>
            <w:r>
              <w:rPr>
                <w:sz w:val="16"/>
              </w:rPr>
              <w:t>1973-07-06</w:t>
            </w:r>
          </w:p>
        </w:tc>
        <w:tc>
          <w:tcPr>
            <w:tcW w:type="dxa" w:w="1101"/>
          </w:tcPr>
          <w:p>
            <w:pPr>
              <w:spacing w:after="0"/>
              <w:jc w:val="left"/>
            </w:pPr>
            <w:r>
              <w:rPr>
                <w:sz w:val="16"/>
              </w:rPr>
              <w:t>1973-07-06</w:t>
            </w:r>
          </w:p>
        </w:tc>
        <w:tc>
          <w:tcPr>
            <w:tcW w:type="dxa" w:w="1101"/>
          </w:tcPr>
          <w:p>
            <w:pPr>
              <w:spacing w:after="0"/>
              <w:jc w:val="left"/>
            </w:pPr>
            <w:r>
              <w:rPr>
                <w:sz w:val="16"/>
              </w:rPr>
              <w:t>DR-397-VT</w:t>
            </w:r>
          </w:p>
        </w:tc>
        <w:tc>
          <w:tcPr>
            <w:tcW w:type="dxa" w:w="1480"/>
          </w:tcPr>
          <w:p>
            <w:pPr>
              <w:spacing w:after="0"/>
              <w:jc w:val="left"/>
            </w:pPr>
            <w:r>
              <w:rPr>
                <w:sz w:val="16"/>
              </w:rPr>
              <w:t>Major disaster</w:t>
            </w:r>
          </w:p>
        </w:tc>
        <w:tc>
          <w:tcPr>
            <w:tcW w:type="dxa" w:w="2618"/>
          </w:tcPr>
          <w:p>
            <w:pPr>
              <w:spacing w:after="0"/>
              <w:jc w:val="left"/>
            </w:pPr>
            <w:r>
              <w:rPr>
                <w:sz w:val="16"/>
              </w:rPr>
              <w:t>Severe Storms, Flooding, &amp; Landslides</w:t>
            </w:r>
          </w:p>
        </w:tc>
        <w:tc>
          <w:tcPr>
            <w:tcW w:type="dxa" w:w="2077"/>
          </w:tcPr>
          <w:p>
            <w:pPr>
              <w:spacing w:after="0"/>
              <w:jc w:val="left"/>
            </w:pPr>
            <w:r>
              <w:rPr>
                <w:sz w:val="16"/>
              </w:rPr>
              <w:t>Inland Flooding (primary); also designated: Landslide</w:t>
            </w:r>
          </w:p>
        </w:tc>
        <w:tc>
          <w:tcPr>
            <w:tcW w:type="dxa" w:w="2902"/>
          </w:tcPr>
          <w:p>
            <w:pPr>
              <w:spacing w:after="0"/>
              <w:jc w:val="right"/>
            </w:pPr>
            <w:r>
              <w:rPr>
                <w:sz w:val="16"/>
              </w:rPr>
              <w:t>no Public Assistance recorded</w:t>
            </w:r>
          </w:p>
        </w:tc>
        <w:tc>
          <w:tcPr>
            <w:tcW w:type="dxa" w:w="783"/>
          </w:tcPr>
          <w:p>
            <w:pPr>
              <w:spacing w:after="0"/>
              <w:jc w:val="left"/>
            </w:pPr>
          </w:p>
        </w:tc>
        <w:tc>
          <w:tcPr>
            <w:tcW w:type="dxa" w:w="94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the whole county's applicants, including state agencies FEMA files there (federal share obligated, nominal dollars); statewide rows are on the state page; this town's own matched Public Assistance is in B1-f.</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349"/>
        <w:gridCol w:w="2349"/>
        <w:gridCol w:w="2146"/>
        <w:gridCol w:w="3158"/>
        <w:gridCol w:w="2167"/>
        <w:gridCol w:w="1944"/>
      </w:tblGrid>
      <w:tr>
        <w:trPr>
          <w:cantSplit/>
          <w:tblHeader/>
        </w:trPr>
        <w:tc>
          <w:tcPr>
            <w:tcW w:type="dxa" w:w="2349"/>
            <w:shd w:val="clear" w:color="auto" w:fill="E8E8E8"/>
          </w:tcPr>
          <w:p>
            <w:pPr>
              <w:spacing w:after="0"/>
              <w:jc w:val="left"/>
            </w:pPr>
            <w:r>
              <w:rPr>
                <w:b/>
                <w:sz w:val="16"/>
              </w:rPr>
              <w:t>Declared</w:t>
            </w:r>
          </w:p>
        </w:tc>
        <w:tc>
          <w:tcPr>
            <w:tcW w:type="dxa" w:w="2349"/>
            <w:shd w:val="clear" w:color="auto" w:fill="E8E8E8"/>
          </w:tcPr>
          <w:p>
            <w:pPr>
              <w:spacing w:after="0"/>
              <w:jc w:val="left"/>
            </w:pPr>
            <w:r>
              <w:rPr>
                <w:b/>
                <w:sz w:val="16"/>
              </w:rPr>
              <w:t>Incident began</w:t>
            </w:r>
          </w:p>
        </w:tc>
        <w:tc>
          <w:tcPr>
            <w:tcW w:type="dxa" w:w="2146"/>
            <w:shd w:val="clear" w:color="auto" w:fill="E8E8E8"/>
          </w:tcPr>
          <w:p>
            <w:pPr>
              <w:spacing w:after="0"/>
              <w:jc w:val="left"/>
            </w:pPr>
            <w:r>
              <w:rPr>
                <w:b/>
                <w:sz w:val="16"/>
              </w:rPr>
              <w:t>FEMA number</w:t>
            </w:r>
          </w:p>
        </w:tc>
        <w:tc>
          <w:tcPr>
            <w:tcW w:type="dxa" w:w="3158"/>
            <w:shd w:val="clear" w:color="auto" w:fill="E8E8E8"/>
          </w:tcPr>
          <w:p>
            <w:pPr>
              <w:spacing w:after="0"/>
              <w:jc w:val="left"/>
            </w:pPr>
            <w:r>
              <w:rPr>
                <w:b/>
                <w:sz w:val="16"/>
              </w:rPr>
              <w:t>Type</w:t>
            </w:r>
          </w:p>
        </w:tc>
        <w:tc>
          <w:tcPr>
            <w:tcW w:type="dxa" w:w="2167"/>
            <w:shd w:val="clear" w:color="auto" w:fill="E8E8E8"/>
          </w:tcPr>
          <w:p>
            <w:pPr>
              <w:spacing w:after="0"/>
              <w:jc w:val="left"/>
            </w:pPr>
            <w:r>
              <w:rPr>
                <w:b/>
                <w:sz w:val="16"/>
              </w:rPr>
              <w:t>Title</w:t>
            </w:r>
          </w:p>
        </w:tc>
        <w:tc>
          <w:tcPr>
            <w:tcW w:type="dxa" w:w="1944"/>
            <w:shd w:val="clear" w:color="auto" w:fill="E8E8E8"/>
          </w:tcPr>
          <w:p>
            <w:pPr>
              <w:spacing w:after="0"/>
              <w:jc w:val="left"/>
            </w:pPr>
            <w:r>
              <w:rPr>
                <w:b/>
                <w:sz w:val="16"/>
              </w:rPr>
              <w:t>Mapped hazard</w:t>
            </w:r>
          </w:p>
        </w:tc>
      </w:tr>
      <w:tr>
        <w:trPr>
          <w:cantSplit/>
        </w:trPr>
        <w:tc>
          <w:tcPr>
            <w:tcW w:type="dxa" w:w="2349"/>
          </w:tcPr>
          <w:p>
            <w:pPr>
              <w:spacing w:after="0"/>
              <w:jc w:val="left"/>
            </w:pPr>
            <w:r>
              <w:rPr>
                <w:sz w:val="16"/>
              </w:rPr>
              <w:t>1964-03-17</w:t>
            </w:r>
          </w:p>
        </w:tc>
        <w:tc>
          <w:tcPr>
            <w:tcW w:type="dxa" w:w="2349"/>
          </w:tcPr>
          <w:p>
            <w:pPr>
              <w:spacing w:after="0"/>
              <w:jc w:val="left"/>
            </w:pPr>
            <w:r>
              <w:rPr>
                <w:sz w:val="16"/>
              </w:rPr>
              <w:t>1964-03-17</w:t>
            </w:r>
          </w:p>
        </w:tc>
        <w:tc>
          <w:tcPr>
            <w:tcW w:type="dxa" w:w="2146"/>
          </w:tcPr>
          <w:p>
            <w:pPr>
              <w:spacing w:after="0"/>
              <w:jc w:val="left"/>
            </w:pPr>
            <w:r>
              <w:rPr>
                <w:sz w:val="16"/>
              </w:rPr>
              <w:t>DR-164-VT</w:t>
            </w:r>
          </w:p>
        </w:tc>
        <w:tc>
          <w:tcPr>
            <w:tcW w:type="dxa" w:w="3158"/>
          </w:tcPr>
          <w:p>
            <w:pPr>
              <w:spacing w:after="0"/>
              <w:jc w:val="left"/>
            </w:pPr>
            <w:r>
              <w:rPr>
                <w:sz w:val="16"/>
              </w:rPr>
              <w:t>Major disaster</w:t>
            </w:r>
          </w:p>
        </w:tc>
        <w:tc>
          <w:tcPr>
            <w:tcW w:type="dxa" w:w="2167"/>
          </w:tcPr>
          <w:p>
            <w:pPr>
              <w:spacing w:after="0"/>
              <w:jc w:val="left"/>
            </w:pPr>
            <w:r>
              <w:rPr>
                <w:sz w:val="16"/>
              </w:rPr>
              <w:t>Flooding</w:t>
            </w:r>
          </w:p>
        </w:tc>
        <w:tc>
          <w:tcPr>
            <w:tcW w:type="dxa" w:w="1944"/>
          </w:tcPr>
          <w:p>
            <w:pPr>
              <w:spacing w:after="0"/>
              <w:jc w:val="left"/>
            </w:pPr>
            <w:r>
              <w:rPr>
                <w:sz w:val="16"/>
              </w:rPr>
              <w:t>Inland Flooding</w:t>
            </w:r>
          </w:p>
        </w:tc>
      </w:tr>
      <w:tr>
        <w:trPr>
          <w:cantSplit/>
        </w:trPr>
        <w:tc>
          <w:tcPr>
            <w:tcW w:type="dxa" w:w="2349"/>
          </w:tcPr>
          <w:p>
            <w:pPr>
              <w:spacing w:after="0"/>
              <w:jc w:val="left"/>
            </w:pPr>
            <w:r>
              <w:rPr>
                <w:sz w:val="16"/>
              </w:rPr>
              <w:t>1963-11-27</w:t>
            </w:r>
          </w:p>
        </w:tc>
        <w:tc>
          <w:tcPr>
            <w:tcW w:type="dxa" w:w="2349"/>
          </w:tcPr>
          <w:p>
            <w:pPr>
              <w:spacing w:after="0"/>
              <w:jc w:val="left"/>
            </w:pPr>
            <w:r>
              <w:rPr>
                <w:sz w:val="16"/>
              </w:rPr>
              <w:t>1963-11-27</w:t>
            </w:r>
          </w:p>
        </w:tc>
        <w:tc>
          <w:tcPr>
            <w:tcW w:type="dxa" w:w="2146"/>
          </w:tcPr>
          <w:p>
            <w:pPr>
              <w:spacing w:after="0"/>
              <w:jc w:val="left"/>
            </w:pPr>
            <w:r>
              <w:rPr>
                <w:sz w:val="16"/>
              </w:rPr>
              <w:t>DR-160-VT</w:t>
            </w:r>
          </w:p>
        </w:tc>
        <w:tc>
          <w:tcPr>
            <w:tcW w:type="dxa" w:w="3158"/>
          </w:tcPr>
          <w:p>
            <w:pPr>
              <w:spacing w:after="0"/>
              <w:jc w:val="left"/>
            </w:pPr>
            <w:r>
              <w:rPr>
                <w:sz w:val="16"/>
              </w:rPr>
              <w:t>Major disaster</w:t>
            </w:r>
          </w:p>
        </w:tc>
        <w:tc>
          <w:tcPr>
            <w:tcW w:type="dxa" w:w="2167"/>
          </w:tcPr>
          <w:p>
            <w:pPr>
              <w:spacing w:after="0"/>
              <w:jc w:val="left"/>
            </w:pPr>
            <w:r>
              <w:rPr>
                <w:sz w:val="16"/>
              </w:rPr>
              <w:t>Drought &amp; Impending Freeze</w:t>
            </w:r>
          </w:p>
        </w:tc>
        <w:tc>
          <w:tcPr>
            <w:tcW w:type="dxa" w:w="1944"/>
          </w:tcPr>
          <w:p>
            <w:pPr>
              <w:spacing w:after="0"/>
              <w:jc w:val="left"/>
            </w:pPr>
            <w:r>
              <w:rPr>
                <w:sz w:val="16"/>
              </w:rPr>
              <w:t>Drought</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3</w:t>
            </w:r>
          </w:p>
        </w:tc>
        <w:tc>
          <w:tcPr>
            <w:tcW w:type="dxa" w:w="2116"/>
          </w:tcPr>
          <w:p>
            <w:pPr>
              <w:spacing w:after="0"/>
              <w:jc w:val="right"/>
            </w:pPr>
            <w:r>
              <w:rPr>
                <w:sz w:val="16"/>
              </w:rPr>
              <w:t>0</w:t>
            </w:r>
          </w:p>
        </w:tc>
        <w:tc>
          <w:tcPr>
            <w:tcW w:type="dxa" w:w="786"/>
          </w:tcPr>
          <w:p>
            <w:pPr>
              <w:spacing w:after="0"/>
              <w:jc w:val="right"/>
            </w:pPr>
            <w:r>
              <w:rPr>
                <w:sz w:val="16"/>
              </w:rPr>
              <w:t>9</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37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1</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4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33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3</w:t>
            </w:r>
          </w:p>
        </w:tc>
        <w:tc>
          <w:tcPr>
            <w:tcW w:type="dxa" w:w="1692"/>
          </w:tcPr>
          <w:p>
            <w:pPr>
              <w:spacing w:after="0"/>
              <w:jc w:val="right"/>
            </w:pPr>
            <w:r>
              <w:rPr>
                <w:sz w:val="16"/>
              </w:rPr>
              <w:t>26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3 federal declared incidents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7</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169</w:t>
            </w:r>
          </w:p>
        </w:tc>
        <w:tc>
          <w:tcPr>
            <w:tcW w:type="dxa" w:w="1159"/>
          </w:tcPr>
          <w:p>
            <w:pPr>
              <w:spacing w:after="0"/>
              <w:jc w:val="right"/>
            </w:pPr>
            <w:r>
              <w:rPr>
                <w:sz w:val="16"/>
              </w:rPr>
              <w:t>3</w:t>
            </w:r>
          </w:p>
        </w:tc>
        <w:tc>
          <w:tcPr>
            <w:tcW w:type="dxa" w:w="2116"/>
          </w:tcPr>
          <w:p>
            <w:pPr>
              <w:spacing w:after="0"/>
              <w:jc w:val="right"/>
            </w:pPr>
            <w:r>
              <w:rPr>
                <w:sz w:val="16"/>
              </w:rPr>
              <w:t>2</w:t>
            </w:r>
          </w:p>
        </w:tc>
        <w:tc>
          <w:tcPr>
            <w:tcW w:type="dxa" w:w="786"/>
          </w:tcPr>
          <w:p>
            <w:pPr>
              <w:spacing w:after="0"/>
              <w:jc w:val="right"/>
            </w:pPr>
            <w:r>
              <w:rPr>
                <w:sz w:val="16"/>
              </w:rPr>
              <w:t>25</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8 High Wind and 28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280</w:t>
            </w:r>
          </w:p>
        </w:tc>
        <w:tc>
          <w:tcPr>
            <w:tcW w:type="dxa" w:w="1159"/>
          </w:tcPr>
          <w:p>
            <w:pPr>
              <w:spacing w:after="0"/>
              <w:jc w:val="right"/>
            </w:pPr>
            <w:r>
              <w:rPr>
                <w:sz w:val="16"/>
              </w:rPr>
              <w:t>3</w:t>
            </w:r>
          </w:p>
        </w:tc>
        <w:tc>
          <w:tcPr>
            <w:tcW w:type="dxa" w:w="2116"/>
          </w:tcPr>
          <w:p>
            <w:pPr>
              <w:spacing w:after="0"/>
              <w:jc w:val="right"/>
            </w:pPr>
            <w:r>
              <w:rPr>
                <w:sz w:val="16"/>
              </w:rPr>
              <w:t>11</w:t>
            </w:r>
          </w:p>
        </w:tc>
        <w:tc>
          <w:tcPr>
            <w:tcW w:type="dxa" w:w="786"/>
          </w:tcPr>
          <w:p>
            <w:pPr>
              <w:spacing w:after="0"/>
              <w:jc w:val="right"/>
            </w:pPr>
            <w:r>
              <w:rPr>
                <w:sz w:val="16"/>
              </w:rPr>
              <w:t>40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947"/>
        <w:gridCol w:w="3088"/>
        <w:gridCol w:w="931"/>
        <w:gridCol w:w="2310"/>
        <w:gridCol w:w="1045"/>
        <w:gridCol w:w="2538"/>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947"/>
            <w:shd w:val="clear" w:color="auto" w:fill="E8E8E8"/>
          </w:tcPr>
          <w:p>
            <w:pPr>
              <w:spacing w:after="0"/>
              <w:jc w:val="left"/>
            </w:pPr>
            <w:r>
              <w:rPr>
                <w:b/>
                <w:sz w:val="16"/>
              </w:rPr>
              <w:t>Magnitude or extent</w:t>
            </w:r>
          </w:p>
        </w:tc>
        <w:tc>
          <w:tcPr>
            <w:tcW w:type="dxa" w:w="3088"/>
            <w:shd w:val="clear" w:color="auto" w:fill="E8E8E8"/>
          </w:tcPr>
          <w:p>
            <w:pPr>
              <w:spacing w:after="0"/>
              <w:jc w:val="left"/>
            </w:pPr>
            <w:r>
              <w:rPr>
                <w:b/>
                <w:sz w:val="16"/>
              </w:rPr>
              <w:t>Damage</w:t>
            </w:r>
          </w:p>
          <w:p>
            <w:pPr>
              <w:spacing w:after="0"/>
              <w:jc w:val="left"/>
            </w:pPr>
            <w:r>
              <w:rPr>
                <w:i/>
                <w:color w:val="555555"/>
                <w:sz w:val="14"/>
              </w:rPr>
              <w:t>nominal dollars</w:t>
            </w:r>
          </w:p>
        </w:tc>
        <w:tc>
          <w:tcPr>
            <w:tcW w:type="dxa" w:w="93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10"/>
            <w:shd w:val="clear" w:color="auto" w:fill="E8E8E8"/>
          </w:tcPr>
          <w:p>
            <w:pPr>
              <w:spacing w:after="0"/>
              <w:jc w:val="left"/>
            </w:pPr>
            <w:r>
              <w:rPr>
                <w:b/>
                <w:sz w:val="16"/>
              </w:rPr>
              <w:t>Location</w:t>
            </w:r>
          </w:p>
        </w:tc>
        <w:tc>
          <w:tcPr>
            <w:tcW w:type="dxa" w:w="1045"/>
            <w:shd w:val="clear" w:color="auto" w:fill="E8E8E8"/>
          </w:tcPr>
          <w:p>
            <w:pPr>
              <w:spacing w:after="0"/>
              <w:jc w:val="left"/>
            </w:pPr>
            <w:r>
              <w:rPr>
                <w:b/>
                <w:sz w:val="16"/>
              </w:rPr>
              <w:t>Flags</w:t>
            </w:r>
          </w:p>
        </w:tc>
        <w:tc>
          <w:tcPr>
            <w:tcW w:type="dxa" w:w="253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2026-04-16</w:t>
            </w:r>
          </w:p>
        </w:tc>
        <w:tc>
          <w:tcPr>
            <w:tcW w:type="dxa" w:w="1215"/>
          </w:tcPr>
          <w:p>
            <w:pPr>
              <w:spacing w:after="0"/>
              <w:jc w:val="left"/>
            </w:pPr>
            <w:r>
              <w:rPr>
                <w:sz w:val="16"/>
              </w:rPr>
              <w:t>Tornado</w:t>
            </w:r>
          </w:p>
        </w:tc>
        <w:tc>
          <w:tcPr>
            <w:tcW w:type="dxa" w:w="1947"/>
          </w:tcPr>
          <w:p>
            <w:pPr>
              <w:spacing w:after="0"/>
              <w:jc w:val="left"/>
            </w:pPr>
            <w:r>
              <w:rPr>
                <w:sz w:val="16"/>
              </w:rPr>
              <w:t>EF1, 0.53 mi within this county, 200 yd wide</w:t>
            </w:r>
          </w:p>
        </w:tc>
        <w:tc>
          <w:tcPr>
            <w:tcW w:type="dxa" w:w="3088"/>
          </w:tcPr>
          <w:p>
            <w:pPr>
              <w:spacing w:after="0"/>
              <w:jc w:val="left"/>
            </w:pPr>
            <w:r>
              <w:rPr>
                <w:sz w:val="16"/>
              </w:rPr>
              <w:t>$150,000 property; $0 crops (2026 dollars)</w:t>
            </w:r>
          </w:p>
        </w:tc>
        <w:tc>
          <w:tcPr>
            <w:tcW w:type="dxa" w:w="931"/>
          </w:tcPr>
          <w:p>
            <w:pPr>
              <w:spacing w:after="0"/>
              <w:jc w:val="right"/>
            </w:pPr>
            <w:r>
              <w:rPr>
                <w:sz w:val="16"/>
              </w:rPr>
              <w:t>0, 0</w:t>
            </w:r>
          </w:p>
        </w:tc>
        <w:tc>
          <w:tcPr>
            <w:tcW w:type="dxa" w:w="2310"/>
          </w:tcPr>
          <w:p>
            <w:pPr>
              <w:spacing w:after="0"/>
              <w:jc w:val="left"/>
            </w:pPr>
            <w:r>
              <w:rPr>
                <w:sz w:val="16"/>
              </w:rPr>
              <w:t>WILLIAMSTOWN</w:t>
            </w:r>
          </w:p>
        </w:tc>
        <w:tc>
          <w:tcPr>
            <w:tcW w:type="dxa" w:w="1045"/>
          </w:tcPr>
          <w:p>
            <w:pPr>
              <w:spacing w:after="0"/>
              <w:jc w:val="left"/>
            </w:pPr>
            <w:r>
              <w:rPr>
                <w:sz w:val="16"/>
              </w:rPr>
              <w:t>new since last plan; within last 5 years</w:t>
            </w:r>
          </w:p>
        </w:tc>
        <w:tc>
          <w:tcPr>
            <w:tcW w:type="dxa" w:w="2538"/>
          </w:tcPr>
          <w:p>
            <w:pPr>
              <w:spacing w:after="0"/>
              <w:jc w:val="left"/>
            </w:pPr>
            <w:r>
              <w:rPr>
                <w:sz w:val="16"/>
              </w:rPr>
              <w:t>B1-c worst recorded: Tornado</w:t>
            </w:r>
          </w:p>
        </w:tc>
      </w:tr>
      <w:tr>
        <w:trPr>
          <w:cantSplit/>
        </w:trPr>
        <w:tc>
          <w:tcPr>
            <w:tcW w:type="dxa" w:w="1037"/>
          </w:tcPr>
          <w:p>
            <w:pPr>
              <w:spacing w:after="0"/>
              <w:jc w:val="left"/>
            </w:pPr>
            <w:r>
              <w:rPr>
                <w:sz w:val="16"/>
              </w:rPr>
              <w:t>2023-05-18</w:t>
            </w:r>
          </w:p>
        </w:tc>
        <w:tc>
          <w:tcPr>
            <w:tcW w:type="dxa" w:w="1215"/>
          </w:tcPr>
          <w:p>
            <w:pPr>
              <w:spacing w:after="0"/>
              <w:jc w:val="left"/>
            </w:pPr>
            <w:r>
              <w:rPr>
                <w:sz w:val="16"/>
              </w:rPr>
              <w:t>Frost/Freeze</w:t>
            </w:r>
          </w:p>
        </w:tc>
        <w:tc>
          <w:tcPr>
            <w:tcW w:type="dxa" w:w="1947"/>
          </w:tcPr>
          <w:p>
            <w:pPr>
              <w:spacing w:after="0"/>
              <w:jc w:val="left"/>
            </w:pPr>
          </w:p>
        </w:tc>
        <w:tc>
          <w:tcPr>
            <w:tcW w:type="dxa" w:w="3088"/>
          </w:tcPr>
          <w:p>
            <w:pPr>
              <w:spacing w:after="0"/>
              <w:jc w:val="left"/>
            </w:pPr>
            <w:r>
              <w:rPr>
                <w:sz w:val="16"/>
              </w:rPr>
              <w:t>$0 property; $250,000 crops (zone total, 2023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r>
              <w:rPr>
                <w:sz w:val="16"/>
              </w:rPr>
              <w:t>within last 5 years</w:t>
            </w:r>
          </w:p>
        </w:tc>
        <w:tc>
          <w:tcPr>
            <w:tcW w:type="dxa" w:w="2538"/>
          </w:tcPr>
          <w:p>
            <w:pPr>
              <w:spacing w:after="0"/>
              <w:jc w:val="left"/>
            </w:pPr>
            <w:r>
              <w:rPr>
                <w:sz w:val="16"/>
              </w:rPr>
              <w:t>B1-c worst recorded: Frost/Freeze</w:t>
            </w:r>
          </w:p>
        </w:tc>
      </w:tr>
      <w:tr>
        <w:trPr>
          <w:cantSplit/>
        </w:trPr>
        <w:tc>
          <w:tcPr>
            <w:tcW w:type="dxa" w:w="1037"/>
          </w:tcPr>
          <w:p>
            <w:pPr>
              <w:spacing w:after="0"/>
              <w:jc w:val="left"/>
            </w:pPr>
            <w:r>
              <w:rPr>
                <w:sz w:val="16"/>
              </w:rPr>
              <w:t>2020-06-18</w:t>
            </w:r>
          </w:p>
        </w:tc>
        <w:tc>
          <w:tcPr>
            <w:tcW w:type="dxa" w:w="1215"/>
          </w:tcPr>
          <w:p>
            <w:pPr>
              <w:spacing w:after="0"/>
              <w:jc w:val="left"/>
            </w:pPr>
            <w:r>
              <w:rPr>
                <w:sz w:val="16"/>
              </w:rPr>
              <w:t>Heat</w:t>
            </w:r>
          </w:p>
        </w:tc>
        <w:tc>
          <w:tcPr>
            <w:tcW w:type="dxa" w:w="1947"/>
          </w:tcPr>
          <w:p>
            <w:pPr>
              <w:spacing w:after="0"/>
              <w:jc w:val="left"/>
            </w:pPr>
          </w:p>
        </w:tc>
        <w:tc>
          <w:tcPr>
            <w:tcW w:type="dxa" w:w="3088"/>
          </w:tcPr>
          <w:p>
            <w:pPr>
              <w:spacing w:after="0"/>
              <w:jc w:val="left"/>
            </w:pPr>
            <w:r>
              <w:rPr>
                <w:sz w:val="16"/>
              </w:rPr>
              <w:t>$0 property; $0 crops (zone total, 2020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Excessive Heat, Heat</w:t>
            </w:r>
          </w:p>
        </w:tc>
      </w:tr>
      <w:tr>
        <w:trPr>
          <w:cantSplit/>
        </w:trPr>
        <w:tc>
          <w:tcPr>
            <w:tcW w:type="dxa" w:w="1037"/>
          </w:tcPr>
          <w:p>
            <w:pPr>
              <w:spacing w:after="0"/>
              <w:jc w:val="left"/>
            </w:pPr>
            <w:r>
              <w:rPr>
                <w:sz w:val="16"/>
              </w:rPr>
              <w:t>2015-02-01</w:t>
            </w:r>
          </w:p>
        </w:tc>
        <w:tc>
          <w:tcPr>
            <w:tcW w:type="dxa" w:w="1215"/>
          </w:tcPr>
          <w:p>
            <w:pPr>
              <w:spacing w:after="0"/>
              <w:jc w:val="left"/>
            </w:pPr>
            <w:r>
              <w:rPr>
                <w:sz w:val="16"/>
              </w:rPr>
              <w:t>Cold/Wind Chill</w:t>
            </w:r>
          </w:p>
        </w:tc>
        <w:tc>
          <w:tcPr>
            <w:tcW w:type="dxa" w:w="1947"/>
          </w:tcPr>
          <w:p>
            <w:pPr>
              <w:spacing w:after="0"/>
              <w:jc w:val="left"/>
            </w:pPr>
          </w:p>
        </w:tc>
        <w:tc>
          <w:tcPr>
            <w:tcW w:type="dxa" w:w="3088"/>
          </w:tcPr>
          <w:p>
            <w:pPr>
              <w:spacing w:after="0"/>
              <w:jc w:val="left"/>
            </w:pPr>
            <w:r>
              <w:rPr>
                <w:sz w:val="16"/>
              </w:rPr>
              <w:t>$0 property; $0 crops (zone total, 2015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2012-06-23</w:t>
            </w:r>
          </w:p>
        </w:tc>
        <w:tc>
          <w:tcPr>
            <w:tcW w:type="dxa" w:w="1215"/>
          </w:tcPr>
          <w:p>
            <w:pPr>
              <w:spacing w:after="0"/>
              <w:jc w:val="left"/>
            </w:pPr>
            <w:r>
              <w:rPr>
                <w:sz w:val="16"/>
              </w:rPr>
              <w:t>Lightning</w:t>
            </w:r>
          </w:p>
        </w:tc>
        <w:tc>
          <w:tcPr>
            <w:tcW w:type="dxa" w:w="1947"/>
          </w:tcPr>
          <w:p>
            <w:pPr>
              <w:spacing w:after="0"/>
              <w:jc w:val="left"/>
            </w:pPr>
          </w:p>
        </w:tc>
        <w:tc>
          <w:tcPr>
            <w:tcW w:type="dxa" w:w="3088"/>
          </w:tcPr>
          <w:p>
            <w:pPr>
              <w:spacing w:after="0"/>
              <w:jc w:val="left"/>
            </w:pPr>
            <w:r>
              <w:rPr>
                <w:sz w:val="16"/>
              </w:rPr>
              <w:t>$0 property; $0 crops (2012 dollars)</w:t>
            </w:r>
          </w:p>
        </w:tc>
        <w:tc>
          <w:tcPr>
            <w:tcW w:type="dxa" w:w="931"/>
          </w:tcPr>
          <w:p>
            <w:pPr>
              <w:spacing w:after="0"/>
              <w:jc w:val="right"/>
            </w:pPr>
            <w:r>
              <w:rPr>
                <w:sz w:val="16"/>
              </w:rPr>
              <w:t>1, 0</w:t>
            </w:r>
          </w:p>
        </w:tc>
        <w:tc>
          <w:tcPr>
            <w:tcW w:type="dxa" w:w="2310"/>
          </w:tcPr>
          <w:p>
            <w:pPr>
              <w:spacing w:after="0"/>
              <w:jc w:val="left"/>
            </w:pPr>
            <w:r>
              <w:rPr>
                <w:sz w:val="16"/>
              </w:rPr>
              <w:t>POST MILLS ARPT</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2011-08-28</w:t>
            </w:r>
          </w:p>
        </w:tc>
        <w:tc>
          <w:tcPr>
            <w:tcW w:type="dxa" w:w="1215"/>
          </w:tcPr>
          <w:p>
            <w:pPr>
              <w:spacing w:after="0"/>
              <w:jc w:val="left"/>
            </w:pPr>
            <w:r>
              <w:rPr>
                <w:sz w:val="16"/>
              </w:rPr>
              <w:t>Flash Flood</w:t>
            </w:r>
          </w:p>
        </w:tc>
        <w:tc>
          <w:tcPr>
            <w:tcW w:type="dxa" w:w="1947"/>
          </w:tcPr>
          <w:p>
            <w:pPr>
              <w:spacing w:after="0"/>
              <w:jc w:val="left"/>
            </w:pPr>
          </w:p>
        </w:tc>
        <w:tc>
          <w:tcPr>
            <w:tcW w:type="dxa" w:w="3088"/>
          </w:tcPr>
          <w:p>
            <w:pPr>
              <w:spacing w:after="0"/>
              <w:jc w:val="left"/>
            </w:pPr>
            <w:r>
              <w:rPr>
                <w:sz w:val="16"/>
              </w:rPr>
              <w:t>$32,500,000 property; $1,500,000 crops (2011 dollars)</w:t>
            </w:r>
          </w:p>
        </w:tc>
        <w:tc>
          <w:tcPr>
            <w:tcW w:type="dxa" w:w="931"/>
          </w:tcPr>
          <w:p>
            <w:pPr>
              <w:spacing w:after="0"/>
              <w:jc w:val="right"/>
            </w:pPr>
            <w:r>
              <w:rPr>
                <w:sz w:val="16"/>
              </w:rPr>
              <w:t>0, 0</w:t>
            </w:r>
          </w:p>
        </w:tc>
        <w:tc>
          <w:tcPr>
            <w:tcW w:type="dxa" w:w="2310"/>
          </w:tcPr>
          <w:p>
            <w:pPr>
              <w:spacing w:after="0"/>
              <w:jc w:val="left"/>
            </w:pPr>
            <w:r>
              <w:rPr>
                <w:sz w:val="16"/>
              </w:rPr>
              <w:t>RANDOLPH to UNION VLG</w:t>
            </w:r>
          </w:p>
        </w:tc>
        <w:tc>
          <w:tcPr>
            <w:tcW w:type="dxa" w:w="1045"/>
          </w:tcPr>
          <w:p>
            <w:pPr>
              <w:spacing w:after="0"/>
              <w:jc w:val="left"/>
            </w:pPr>
          </w:p>
        </w:tc>
        <w:tc>
          <w:tcPr>
            <w:tcW w:type="dxa" w:w="253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2010-07-21</w:t>
            </w:r>
          </w:p>
        </w:tc>
        <w:tc>
          <w:tcPr>
            <w:tcW w:type="dxa" w:w="1215"/>
          </w:tcPr>
          <w:p>
            <w:pPr>
              <w:spacing w:after="0"/>
              <w:jc w:val="left"/>
            </w:pPr>
            <w:r>
              <w:rPr>
                <w:sz w:val="16"/>
              </w:rPr>
              <w:t>Thunderstorm Wind</w:t>
            </w:r>
          </w:p>
        </w:tc>
        <w:tc>
          <w:tcPr>
            <w:tcW w:type="dxa" w:w="1947"/>
          </w:tcPr>
          <w:p>
            <w:pPr>
              <w:spacing w:after="0"/>
              <w:jc w:val="left"/>
            </w:pPr>
            <w:r>
              <w:rPr>
                <w:sz w:val="16"/>
              </w:rPr>
              <w:t>75 kt (86 mph) estimated gust</w:t>
            </w:r>
          </w:p>
        </w:tc>
        <w:tc>
          <w:tcPr>
            <w:tcW w:type="dxa" w:w="3088"/>
          </w:tcPr>
          <w:p>
            <w:pPr>
              <w:spacing w:after="0"/>
              <w:jc w:val="left"/>
            </w:pPr>
            <w:r>
              <w:rPr>
                <w:sz w:val="16"/>
              </w:rPr>
              <w:t>$350,000 property; $100,000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Thunderstorm Wind</w:t>
            </w:r>
          </w:p>
        </w:tc>
      </w:tr>
      <w:tr>
        <w:trPr>
          <w:cantSplit/>
        </w:trPr>
        <w:tc>
          <w:tcPr>
            <w:tcW w:type="dxa" w:w="1037"/>
          </w:tcPr>
          <w:p>
            <w:pPr>
              <w:spacing w:after="0"/>
              <w:jc w:val="left"/>
            </w:pPr>
            <w:r>
              <w:rPr>
                <w:sz w:val="16"/>
              </w:rPr>
              <w:t>2010-07-21</w:t>
            </w:r>
          </w:p>
        </w:tc>
        <w:tc>
          <w:tcPr>
            <w:tcW w:type="dxa" w:w="1215"/>
          </w:tcPr>
          <w:p>
            <w:pPr>
              <w:spacing w:after="0"/>
              <w:jc w:val="left"/>
            </w:pPr>
            <w:r>
              <w:rPr>
                <w:sz w:val="16"/>
              </w:rPr>
              <w:t>Hail</w:t>
            </w:r>
          </w:p>
        </w:tc>
        <w:tc>
          <w:tcPr>
            <w:tcW w:type="dxa" w:w="1947"/>
          </w:tcPr>
          <w:p>
            <w:pPr>
              <w:spacing w:after="0"/>
              <w:jc w:val="left"/>
            </w:pPr>
            <w:r>
              <w:rPr>
                <w:sz w:val="16"/>
              </w:rPr>
              <w:t>2 in</w:t>
            </w:r>
          </w:p>
        </w:tc>
        <w:tc>
          <w:tcPr>
            <w:tcW w:type="dxa" w:w="3088"/>
          </w:tcPr>
          <w:p>
            <w:pPr>
              <w:spacing w:after="0"/>
              <w:jc w:val="left"/>
            </w:pPr>
            <w:r>
              <w:rPr>
                <w:sz w:val="16"/>
              </w:rPr>
              <w:t>$25,000 property; $0 crops (2010 dollars)</w:t>
            </w:r>
          </w:p>
        </w:tc>
        <w:tc>
          <w:tcPr>
            <w:tcW w:type="dxa" w:w="931"/>
          </w:tcPr>
          <w:p>
            <w:pPr>
              <w:spacing w:after="0"/>
              <w:jc w:val="right"/>
            </w:pPr>
            <w:r>
              <w:rPr>
                <w:sz w:val="16"/>
              </w:rPr>
              <w:t>0, 0</w:t>
            </w:r>
          </w:p>
        </w:tc>
        <w:tc>
          <w:tcPr>
            <w:tcW w:type="dxa" w:w="2310"/>
          </w:tcPr>
          <w:p>
            <w:pPr>
              <w:spacing w:after="0"/>
              <w:jc w:val="left"/>
            </w:pPr>
            <w:r>
              <w:rPr>
                <w:sz w:val="16"/>
              </w:rPr>
              <w:t>EAST BROOKFIELD</w:t>
            </w:r>
          </w:p>
        </w:tc>
        <w:tc>
          <w:tcPr>
            <w:tcW w:type="dxa" w:w="1045"/>
          </w:tcPr>
          <w:p>
            <w:pPr>
              <w:spacing w:after="0"/>
              <w:jc w:val="left"/>
            </w:pPr>
          </w:p>
        </w:tc>
        <w:tc>
          <w:tcPr>
            <w:tcW w:type="dxa" w:w="2538"/>
          </w:tcPr>
          <w:p>
            <w:pPr>
              <w:spacing w:after="0"/>
              <w:jc w:val="left"/>
            </w:pPr>
            <w:r>
              <w:rPr>
                <w:sz w:val="16"/>
              </w:rPr>
              <w:t>B1-c worst recorded: Hail</w:t>
            </w:r>
          </w:p>
        </w:tc>
      </w:tr>
      <w:tr>
        <w:trPr>
          <w:cantSplit/>
        </w:trPr>
        <w:tc>
          <w:tcPr>
            <w:tcW w:type="dxa" w:w="1037"/>
          </w:tcPr>
          <w:p>
            <w:pPr>
              <w:spacing w:after="0"/>
              <w:jc w:val="left"/>
            </w:pPr>
            <w:r>
              <w:rPr>
                <w:sz w:val="16"/>
              </w:rPr>
              <w:t>2010-02-23</w:t>
            </w:r>
          </w:p>
        </w:tc>
        <w:tc>
          <w:tcPr>
            <w:tcW w:type="dxa" w:w="1215"/>
          </w:tcPr>
          <w:p>
            <w:pPr>
              <w:spacing w:after="0"/>
              <w:jc w:val="left"/>
            </w:pPr>
            <w:r>
              <w:rPr>
                <w:sz w:val="16"/>
              </w:rPr>
              <w:t>Winter Storm</w:t>
            </w:r>
          </w:p>
        </w:tc>
        <w:tc>
          <w:tcPr>
            <w:tcW w:type="dxa" w:w="1947"/>
          </w:tcPr>
          <w:p>
            <w:pPr>
              <w:spacing w:after="0"/>
              <w:jc w:val="left"/>
            </w:pPr>
          </w:p>
        </w:tc>
        <w:tc>
          <w:tcPr>
            <w:tcW w:type="dxa" w:w="3088"/>
          </w:tcPr>
          <w:p>
            <w:pPr>
              <w:spacing w:after="0"/>
              <w:jc w:val="left"/>
            </w:pPr>
            <w:r>
              <w:rPr>
                <w:sz w:val="16"/>
              </w:rPr>
              <w:t>$250,000 property; $0 crops (zone total, 2010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1999-09-16</w:t>
            </w:r>
          </w:p>
        </w:tc>
        <w:tc>
          <w:tcPr>
            <w:tcW w:type="dxa" w:w="1215"/>
          </w:tcPr>
          <w:p>
            <w:pPr>
              <w:spacing w:after="0"/>
              <w:jc w:val="left"/>
            </w:pPr>
            <w:r>
              <w:rPr>
                <w:sz w:val="16"/>
              </w:rPr>
              <w:t>High Wind</w:t>
            </w:r>
          </w:p>
        </w:tc>
        <w:tc>
          <w:tcPr>
            <w:tcW w:type="dxa" w:w="1947"/>
          </w:tcPr>
          <w:p>
            <w:pPr>
              <w:spacing w:after="0"/>
              <w:jc w:val="left"/>
            </w:pPr>
            <w:r>
              <w:rPr>
                <w:sz w:val="16"/>
              </w:rPr>
              <w:t>51 kt (59 mph), measurement type not recorded</w:t>
            </w:r>
          </w:p>
        </w:tc>
        <w:tc>
          <w:tcPr>
            <w:tcW w:type="dxa" w:w="3088"/>
          </w:tcPr>
          <w:p>
            <w:pPr>
              <w:spacing w:after="0"/>
              <w:jc w:val="left"/>
            </w:pPr>
            <w:r>
              <w:rPr>
                <w:sz w:val="16"/>
              </w:rPr>
              <w:t>$100,000 property; crops not reported (zone total, 1999 dollars)</w:t>
            </w:r>
          </w:p>
        </w:tc>
        <w:tc>
          <w:tcPr>
            <w:tcW w:type="dxa" w:w="931"/>
          </w:tcPr>
          <w:p>
            <w:pPr>
              <w:spacing w:after="0"/>
              <w:jc w:val="right"/>
            </w:pPr>
            <w:r>
              <w:rPr>
                <w:sz w:val="16"/>
              </w:rPr>
              <w:t>1, 0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deaths or injuries recorded</w:t>
            </w:r>
          </w:p>
        </w:tc>
      </w:tr>
      <w:tr>
        <w:trPr>
          <w:cantSplit/>
        </w:trPr>
        <w:tc>
          <w:tcPr>
            <w:tcW w:type="dxa" w:w="1037"/>
          </w:tcPr>
          <w:p>
            <w:pPr>
              <w:spacing w:after="0"/>
              <w:jc w:val="left"/>
            </w:pPr>
            <w:r>
              <w:rPr>
                <w:sz w:val="16"/>
              </w:rPr>
              <w:t>1998-01-06</w:t>
            </w:r>
          </w:p>
        </w:tc>
        <w:tc>
          <w:tcPr>
            <w:tcW w:type="dxa" w:w="1215"/>
          </w:tcPr>
          <w:p>
            <w:pPr>
              <w:spacing w:after="0"/>
              <w:jc w:val="left"/>
            </w:pPr>
            <w:r>
              <w:rPr>
                <w:sz w:val="16"/>
              </w:rPr>
              <w:t>Ice Storm</w:t>
            </w:r>
          </w:p>
        </w:tc>
        <w:tc>
          <w:tcPr>
            <w:tcW w:type="dxa" w:w="1947"/>
          </w:tcPr>
          <w:p>
            <w:pPr>
              <w:spacing w:after="0"/>
              <w:jc w:val="left"/>
            </w:pPr>
          </w:p>
        </w:tc>
        <w:tc>
          <w:tcPr>
            <w:tcW w:type="dxa" w:w="3088"/>
          </w:tcPr>
          <w:p>
            <w:pPr>
              <w:spacing w:after="0"/>
              <w:jc w:val="left"/>
            </w:pPr>
            <w:r>
              <w:rPr>
                <w:sz w:val="16"/>
              </w:rPr>
              <w:t>$80,000 property; crops not reported (zone total, 1998 dollars)</w:t>
            </w:r>
          </w:p>
        </w:tc>
        <w:tc>
          <w:tcPr>
            <w:tcW w:type="dxa" w:w="931"/>
          </w:tcPr>
          <w:p>
            <w:pPr>
              <w:spacing w:after="0"/>
              <w:jc w:val="right"/>
            </w:pPr>
            <w:r>
              <w:rPr>
                <w:sz w:val="16"/>
              </w:rPr>
              <w:t>0, 0</w:t>
            </w:r>
          </w:p>
        </w:tc>
        <w:tc>
          <w:tcPr>
            <w:tcW w:type="dxa" w:w="2310"/>
          </w:tcPr>
          <w:p>
            <w:pPr>
              <w:spacing w:after="0"/>
              <w:jc w:val="left"/>
            </w:pPr>
            <w:r>
              <w:rPr>
                <w:sz w:val="16"/>
              </w:rPr>
              <w:t>NWS zone VTZ010 (ORANGE), zone-level</w:t>
            </w:r>
          </w:p>
        </w:tc>
        <w:tc>
          <w:tcPr>
            <w:tcW w:type="dxa" w:w="1045"/>
          </w:tcPr>
          <w:p>
            <w:pPr>
              <w:spacing w:after="0"/>
              <w:jc w:val="left"/>
            </w:pPr>
          </w:p>
        </w:tc>
        <w:tc>
          <w:tcPr>
            <w:tcW w:type="dxa" w:w="2538"/>
          </w:tcPr>
          <w:p>
            <w:pPr>
              <w:spacing w:after="0"/>
              <w:jc w:val="left"/>
            </w:pPr>
            <w:r>
              <w:rPr>
                <w:sz w:val="16"/>
              </w:rPr>
              <w:t>B1-c worst recorded: Ice Storm</w:t>
            </w:r>
          </w:p>
        </w:tc>
      </w:tr>
      <w:tr>
        <w:trPr>
          <w:cantSplit/>
        </w:trPr>
        <w:tc>
          <w:tcPr>
            <w:tcW w:type="dxa" w:w="1037"/>
          </w:tcPr>
          <w:p>
            <w:pPr>
              <w:spacing w:after="0"/>
              <w:jc w:val="left"/>
            </w:pPr>
            <w:r>
              <w:rPr>
                <w:sz w:val="16"/>
              </w:rPr>
              <w:t>1997-06-22</w:t>
            </w:r>
          </w:p>
        </w:tc>
        <w:tc>
          <w:tcPr>
            <w:tcW w:type="dxa" w:w="1215"/>
          </w:tcPr>
          <w:p>
            <w:pPr>
              <w:spacing w:after="0"/>
              <w:jc w:val="left"/>
            </w:pPr>
            <w:r>
              <w:rPr>
                <w:sz w:val="16"/>
              </w:rPr>
              <w:t>Thunderstorm Wind</w:t>
            </w:r>
          </w:p>
        </w:tc>
        <w:tc>
          <w:tcPr>
            <w:tcW w:type="dxa" w:w="1947"/>
          </w:tcPr>
          <w:p>
            <w:pPr>
              <w:spacing w:after="0"/>
              <w:jc w:val="left"/>
            </w:pPr>
            <w:r>
              <w:rPr>
                <w:sz w:val="16"/>
              </w:rPr>
              <w:t>56 kt (64 mph), measurement type not recorded</w:t>
            </w:r>
          </w:p>
        </w:tc>
        <w:tc>
          <w:tcPr>
            <w:tcW w:type="dxa" w:w="3088"/>
          </w:tcPr>
          <w:p>
            <w:pPr>
              <w:spacing w:after="0"/>
              <w:jc w:val="left"/>
            </w:pPr>
            <w:r>
              <w:rPr>
                <w:sz w:val="16"/>
              </w:rPr>
              <w:t>$15,000 property; crops not reported (1997 dollars)</w:t>
            </w:r>
          </w:p>
        </w:tc>
        <w:tc>
          <w:tcPr>
            <w:tcW w:type="dxa" w:w="931"/>
          </w:tcPr>
          <w:p>
            <w:pPr>
              <w:spacing w:after="0"/>
              <w:jc w:val="right"/>
            </w:pPr>
            <w:r>
              <w:rPr>
                <w:sz w:val="16"/>
              </w:rPr>
              <w:t>0, 1</w:t>
            </w:r>
          </w:p>
        </w:tc>
        <w:tc>
          <w:tcPr>
            <w:tcW w:type="dxa" w:w="2310"/>
          </w:tcPr>
          <w:p>
            <w:pPr>
              <w:spacing w:after="0"/>
              <w:jc w:val="left"/>
            </w:pPr>
            <w:r>
              <w:rPr>
                <w:sz w:val="16"/>
              </w:rPr>
              <w:t>RANDOLPH CENTER</w:t>
            </w:r>
          </w:p>
        </w:tc>
        <w:tc>
          <w:tcPr>
            <w:tcW w:type="dxa" w:w="1045"/>
          </w:tcPr>
          <w:p>
            <w:pPr>
              <w:spacing w:after="0"/>
              <w:jc w:val="left"/>
            </w:pPr>
          </w:p>
        </w:tc>
        <w:tc>
          <w:tcPr>
            <w:tcW w:type="dxa" w:w="2538"/>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(566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keepNext/>
        <w:spacing w:after="80" w:before="0"/>
      </w:pPr>
      <w:r>
        <w:rPr>
          <w:i/>
        </w:rPr>
        <w:t>County-level: Orange County.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7"/>
        <w:gridCol w:w="1300"/>
        <w:gridCol w:w="1633"/>
        <w:gridCol w:w="1037"/>
        <w:gridCol w:w="2127"/>
        <w:gridCol w:w="1542"/>
        <w:gridCol w:w="1582"/>
        <w:gridCol w:w="1037"/>
        <w:gridCol w:w="1541"/>
      </w:tblGrid>
      <w:tr>
        <w:trPr>
          <w:cantSplit/>
          <w:tblHeader/>
        </w:trPr>
        <w:tc>
          <w:tcPr>
            <w:tcW w:type="dxa" w:w="1037"/>
            <w:shd w:val="clear" w:color="auto" w:fill="E8E8E8"/>
          </w:tcPr>
          <w:p>
            <w:pPr>
              <w:spacing w:after="0"/>
              <w:jc w:val="left"/>
            </w:pPr>
            <w:r>
              <w:rPr>
                <w:b/>
                <w:sz w:val="16"/>
              </w:rPr>
              <w:t>Hazard</w:t>
            </w:r>
          </w:p>
        </w:tc>
        <w:tc>
          <w:tcPr>
            <w:tcW w:type="dxa" w:w="127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7"/>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7"/>
          </w:tcPr>
          <w:p>
            <w:pPr>
              <w:spacing w:after="0"/>
              <w:jc w:val="right"/>
            </w:pPr>
            <w:r>
              <w:rPr>
                <w:sz w:val="16"/>
              </w:rPr>
              <w:t>0.01</w:t>
            </w:r>
          </w:p>
        </w:tc>
        <w:tc>
          <w:tcPr>
            <w:tcW w:type="dxa" w:w="1300"/>
          </w:tcPr>
          <w:p>
            <w:pPr>
              <w:spacing w:after="0"/>
              <w:jc w:val="left"/>
            </w:pPr>
            <w:r>
              <w:rPr>
                <w:sz w:val="16"/>
              </w:rPr>
              <w:t>events per year</w:t>
            </w:r>
          </w:p>
        </w:tc>
        <w:tc>
          <w:tcPr>
            <w:tcW w:type="dxa" w:w="1633"/>
          </w:tcPr>
          <w:p>
            <w:pPr>
              <w:spacing w:after="0"/>
              <w:jc w:val="left"/>
            </w:pPr>
            <w:r>
              <w:rPr>
                <w:sz w:val="16"/>
              </w:rPr>
              <w:t>about 1 in 100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0</w:t>
            </w:r>
          </w:p>
        </w:tc>
        <w:tc>
          <w:tcPr>
            <w:tcW w:type="dxa" w:w="1582"/>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7"/>
          </w:tcPr>
          <w:p>
            <w:pPr>
              <w:spacing w:after="0"/>
              <w:jc w:val="right"/>
            </w:pPr>
            <w:r>
              <w:rPr>
                <w:sz w:val="16"/>
              </w:rPr>
              <w:t>3.95</w:t>
            </w:r>
          </w:p>
        </w:tc>
        <w:tc>
          <w:tcPr>
            <w:tcW w:type="dxa" w:w="1300"/>
          </w:tcPr>
          <w:p>
            <w:pPr>
              <w:spacing w:after="0"/>
              <w:jc w:val="left"/>
            </w:pPr>
            <w:r>
              <w:rPr>
                <w:sz w:val="16"/>
              </w:rPr>
              <w:t>event-days per year</w:t>
            </w:r>
          </w:p>
        </w:tc>
        <w:tc>
          <w:tcPr>
            <w:tcW w:type="dxa" w:w="1633"/>
          </w:tcPr>
          <w:p>
            <w:pPr>
              <w:spacing w:after="0"/>
              <w:jc w:val="left"/>
            </w:pPr>
            <w:r>
              <w:rPr>
                <w:sz w:val="16"/>
              </w:rPr>
              <w:t>about 3.95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11 of 30 years, 1996 to 2025 (36.7%)</w:t>
            </w:r>
          </w:p>
        </w:tc>
        <w:tc>
          <w:tcPr>
            <w:tcW w:type="dxa" w:w="1542"/>
          </w:tcPr>
          <w:p>
            <w:pPr>
              <w:spacing w:after="0"/>
              <w:jc w:val="right"/>
            </w:pPr>
            <w:r>
              <w:rPr>
                <w:sz w:val="16"/>
              </w:rPr>
              <w:t>75.1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7"/>
          </w:tcPr>
          <w:p>
            <w:pPr>
              <w:spacing w:after="0"/>
              <w:jc w:val="right"/>
            </w:pPr>
            <w:r>
              <w:rPr>
                <w:sz w:val="16"/>
              </w:rPr>
              <w:t>0</w:t>
            </w:r>
          </w:p>
        </w:tc>
        <w:tc>
          <w:tcPr>
            <w:tcW w:type="dxa" w:w="1300"/>
          </w:tcPr>
          <w:p>
            <w:pPr>
              <w:spacing w:after="0"/>
              <w:jc w:val="left"/>
            </w:pPr>
            <w:r>
              <w:rPr>
                <w:sz w:val="16"/>
              </w:rPr>
              <w:t>event-days per year</w:t>
            </w:r>
          </w:p>
        </w:tc>
        <w:tc>
          <w:tcPr>
            <w:tcW w:type="dxa" w:w="1633"/>
          </w:tcPr>
          <w:p>
            <w:pPr>
              <w:spacing w:after="0"/>
              <w:jc w:val="left"/>
            </w:pPr>
            <w:r>
              <w:rPr>
                <w:sz w:val="16"/>
              </w:rPr>
              <w:t>none modeled</w:t>
            </w:r>
          </w:p>
        </w:tc>
        <w:tc>
          <w:tcPr>
            <w:tcW w:type="dxa" w:w="1037"/>
          </w:tcPr>
          <w:p>
            <w:pPr>
              <w:spacing w:after="0"/>
              <w:jc w:val="left"/>
            </w:pPr>
          </w:p>
        </w:tc>
        <w:tc>
          <w:tcPr>
            <w:tcW w:type="dxa" w:w="2127"/>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77"/>
          </w:tcPr>
          <w:p>
            <w:pPr>
              <w:spacing w:after="0"/>
              <w:jc w:val="right"/>
            </w:pPr>
            <w:r>
              <w:rPr>
                <w:sz w:val="16"/>
              </w:rPr>
              <w:t>0.00113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has at least minor-damage shaking in a year: 0.113%</w:t>
            </w:r>
          </w:p>
        </w:tc>
        <w:tc>
          <w:tcPr>
            <w:tcW w:type="dxa" w:w="1037"/>
          </w:tcPr>
          <w:p>
            <w:pPr>
              <w:spacing w:after="0"/>
              <w:jc w:val="left"/>
            </w:pPr>
          </w:p>
        </w:tc>
        <w:tc>
          <w:tcPr>
            <w:tcW w:type="dxa" w:w="2127"/>
          </w:tcPr>
          <w:p>
            <w:pPr>
              <w:spacing w:after="0"/>
              <w:jc w:val="left"/>
            </w:pP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7"/>
          </w:tcPr>
          <w:p>
            <w:pPr>
              <w:spacing w:after="0"/>
              <w:jc w:val="right"/>
            </w:pPr>
            <w:r>
              <w:rPr>
                <w:sz w:val="16"/>
              </w:rPr>
              <w:t>1.52</w:t>
            </w:r>
          </w:p>
        </w:tc>
        <w:tc>
          <w:tcPr>
            <w:tcW w:type="dxa" w:w="1300"/>
          </w:tcPr>
          <w:p>
            <w:pPr>
              <w:spacing w:after="0"/>
              <w:jc w:val="left"/>
            </w:pPr>
            <w:r>
              <w:rPr>
                <w:sz w:val="16"/>
              </w:rPr>
              <w:t>events per year</w:t>
            </w:r>
          </w:p>
        </w:tc>
        <w:tc>
          <w:tcPr>
            <w:tcW w:type="dxa" w:w="1633"/>
          </w:tcPr>
          <w:p>
            <w:pPr>
              <w:spacing w:after="0"/>
              <w:jc w:val="left"/>
            </w:pPr>
            <w:r>
              <w:rPr>
                <w:sz w:val="16"/>
              </w:rPr>
              <w:t>about 1.52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57.7 (modeled)</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7"/>
          </w:tcPr>
          <w:p>
            <w:pPr>
              <w:spacing w:after="0"/>
              <w:jc w:val="right"/>
            </w:pPr>
            <w:r>
              <w:rPr>
                <w:sz w:val="16"/>
              </w:rPr>
              <w:t>1.11</w:t>
            </w:r>
          </w:p>
        </w:tc>
        <w:tc>
          <w:tcPr>
            <w:tcW w:type="dxa" w:w="1300"/>
          </w:tcPr>
          <w:p>
            <w:pPr>
              <w:spacing w:after="0"/>
              <w:jc w:val="left"/>
            </w:pPr>
            <w:r>
              <w:rPr>
                <w:sz w:val="16"/>
              </w:rPr>
              <w:t>event-days per year</w:t>
            </w:r>
          </w:p>
        </w:tc>
        <w:tc>
          <w:tcPr>
            <w:tcW w:type="dxa" w:w="1633"/>
          </w:tcPr>
          <w:p>
            <w:pPr>
              <w:spacing w:after="0"/>
              <w:jc w:val="left"/>
            </w:pPr>
            <w:r>
              <w:rPr>
                <w:sz w:val="16"/>
              </w:rPr>
              <w:t>about 1.11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6 of 30 years, 1996 to 2025 (20%)</w:t>
            </w:r>
          </w:p>
        </w:tc>
        <w:tc>
          <w:tcPr>
            <w:tcW w:type="dxa" w:w="1542"/>
          </w:tcPr>
          <w:p>
            <w:pPr>
              <w:spacing w:after="0"/>
              <w:jc w:val="right"/>
            </w:pPr>
            <w:r>
              <w:rPr>
                <w:sz w:val="16"/>
              </w:rPr>
              <w:t>21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Hurricane</w:t>
            </w:r>
          </w:p>
        </w:tc>
        <w:tc>
          <w:tcPr>
            <w:tcW w:type="dxa" w:w="1277"/>
          </w:tcPr>
          <w:p>
            <w:pPr>
              <w:spacing w:after="0"/>
              <w:jc w:val="right"/>
            </w:pPr>
            <w:r>
              <w:rPr>
                <w:sz w:val="16"/>
              </w:rPr>
              <w:t>0.0518</w:t>
            </w:r>
          </w:p>
        </w:tc>
        <w:tc>
          <w:tcPr>
            <w:tcW w:type="dxa" w:w="1300"/>
          </w:tcPr>
          <w:p>
            <w:pPr>
              <w:spacing w:after="0"/>
              <w:jc w:val="left"/>
            </w:pPr>
            <w:r>
              <w:rPr>
                <w:sz w:val="16"/>
              </w:rPr>
              <w:t>events per year</w:t>
            </w:r>
          </w:p>
        </w:tc>
        <w:tc>
          <w:tcPr>
            <w:tcW w:type="dxa" w:w="1633"/>
          </w:tcPr>
          <w:p>
            <w:pPr>
              <w:spacing w:after="0"/>
              <w:jc w:val="left"/>
            </w:pPr>
            <w:r>
              <w:rPr>
                <w:sz w:val="16"/>
              </w:rPr>
              <w:t>about 1 in 19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10</w:t>
            </w:r>
          </w:p>
        </w:tc>
        <w:tc>
          <w:tcPr>
            <w:tcW w:type="dxa" w:w="1582"/>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77"/>
          </w:tcPr>
          <w:p>
            <w:pPr>
              <w:spacing w:after="0"/>
              <w:jc w:val="right"/>
            </w:pPr>
            <w:r>
              <w:rPr>
                <w:sz w:val="16"/>
              </w:rPr>
              <w:t>0.431</w:t>
            </w:r>
          </w:p>
        </w:tc>
        <w:tc>
          <w:tcPr>
            <w:tcW w:type="dxa" w:w="1300"/>
          </w:tcPr>
          <w:p>
            <w:pPr>
              <w:spacing w:after="0"/>
              <w:jc w:val="left"/>
            </w:pPr>
            <w:r>
              <w:rPr>
                <w:sz w:val="16"/>
              </w:rPr>
              <w:t>event-days per year</w:t>
            </w:r>
          </w:p>
        </w:tc>
        <w:tc>
          <w:tcPr>
            <w:tcW w:type="dxa" w:w="1633"/>
          </w:tcPr>
          <w:p>
            <w:pPr>
              <w:spacing w:after="0"/>
              <w:jc w:val="left"/>
            </w:pPr>
            <w:r>
              <w:rPr>
                <w:sz w:val="16"/>
              </w:rPr>
              <w:t>about 0.431 days per year</w:t>
            </w:r>
          </w:p>
        </w:tc>
        <w:tc>
          <w:tcPr>
            <w:tcW w:type="dxa" w:w="1037"/>
          </w:tcPr>
          <w:p>
            <w:pPr>
              <w:spacing w:after="0"/>
              <w:jc w:val="left"/>
            </w:pPr>
            <w:r>
              <w:rPr>
                <w:sz w:val="16"/>
              </w:rPr>
              <w:t>Possible</w:t>
            </w:r>
          </w:p>
        </w:tc>
        <w:tc>
          <w:tcPr>
            <w:tcW w:type="dxa" w:w="2127"/>
          </w:tcPr>
          <w:p>
            <w:pPr>
              <w:spacing w:after="0"/>
              <w:jc w:val="left"/>
            </w:pPr>
            <w:r>
              <w:rPr>
                <w:sz w:val="16"/>
              </w:rPr>
              <w:t>Storm Events event-days in 1 of 30 years, 1996 to 2025 (3.33%)</w:t>
            </w:r>
          </w:p>
        </w:tc>
        <w:tc>
          <w:tcPr>
            <w:tcW w:type="dxa" w:w="1542"/>
          </w:tcPr>
          <w:p>
            <w:pPr>
              <w:spacing w:after="0"/>
              <w:jc w:val="right"/>
            </w:pPr>
            <w:r>
              <w:rPr>
                <w:sz w:val="16"/>
              </w:rPr>
              <w:t>29</w:t>
            </w:r>
          </w:p>
        </w:tc>
        <w:tc>
          <w:tcPr>
            <w:tcW w:type="dxa" w:w="1582"/>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Inland Flooding</w:t>
            </w:r>
          </w:p>
        </w:tc>
        <w:tc>
          <w:tcPr>
            <w:tcW w:type="dxa" w:w="1277"/>
          </w:tcPr>
          <w:p>
            <w:pPr>
              <w:spacing w:after="0"/>
              <w:jc w:val="right"/>
            </w:pPr>
            <w:r>
              <w:rPr>
                <w:sz w:val="16"/>
              </w:rPr>
              <w:t>1.04</w:t>
            </w:r>
          </w:p>
        </w:tc>
        <w:tc>
          <w:tcPr>
            <w:tcW w:type="dxa" w:w="1300"/>
          </w:tcPr>
          <w:p>
            <w:pPr>
              <w:spacing w:after="0"/>
              <w:jc w:val="left"/>
            </w:pPr>
            <w:r>
              <w:rPr>
                <w:sz w:val="16"/>
              </w:rPr>
              <w:t>event-days per year</w:t>
            </w:r>
          </w:p>
        </w:tc>
        <w:tc>
          <w:tcPr>
            <w:tcW w:type="dxa" w:w="1633"/>
          </w:tcPr>
          <w:p>
            <w:pPr>
              <w:spacing w:after="0"/>
              <w:jc w:val="left"/>
            </w:pPr>
            <w:r>
              <w:rPr>
                <w:sz w:val="16"/>
              </w:rPr>
              <w:t>about 1.04 days per year</w:t>
            </w:r>
          </w:p>
        </w:tc>
        <w:tc>
          <w:tcPr>
            <w:tcW w:type="dxa" w:w="1037"/>
          </w:tcPr>
          <w:p>
            <w:pPr>
              <w:spacing w:after="0"/>
              <w:jc w:val="left"/>
            </w:pPr>
            <w:r>
              <w:rPr>
                <w:sz w:val="16"/>
              </w:rPr>
              <w:t>Likely</w:t>
            </w:r>
          </w:p>
        </w:tc>
        <w:tc>
          <w:tcPr>
            <w:tcW w:type="dxa" w:w="2127"/>
          </w:tcPr>
          <w:p>
            <w:pPr>
              <w:spacing w:after="0"/>
              <w:jc w:val="left"/>
            </w:pPr>
            <w:r>
              <w:rPr>
                <w:sz w:val="16"/>
              </w:rPr>
              <w:t>Storm Events event-days in 17 of 30 years, 1996 to 2025 (56.7%)</w:t>
            </w:r>
          </w:p>
        </w:tc>
        <w:tc>
          <w:tcPr>
            <w:tcW w:type="dxa" w:w="1542"/>
          </w:tcPr>
          <w:p>
            <w:pPr>
              <w:spacing w:after="0"/>
              <w:jc w:val="right"/>
            </w:pPr>
            <w:r>
              <w:rPr>
                <w:sz w:val="16"/>
              </w:rPr>
              <w:t>29</w:t>
            </w:r>
          </w:p>
        </w:tc>
        <w:tc>
          <w:tcPr>
            <w:tcW w:type="dxa" w:w="1582"/>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7"/>
          </w:tcPr>
          <w:p>
            <w:pPr>
              <w:spacing w:after="0"/>
              <w:jc w:val="right"/>
            </w:pPr>
            <w:r>
              <w:rPr>
                <w:sz w:val="16"/>
              </w:rPr>
              <w:t>1.48</w:t>
            </w:r>
          </w:p>
        </w:tc>
        <w:tc>
          <w:tcPr>
            <w:tcW w:type="dxa" w:w="1300"/>
          </w:tcPr>
          <w:p>
            <w:pPr>
              <w:spacing w:after="0"/>
              <w:jc w:val="left"/>
            </w:pPr>
            <w:r>
              <w:rPr>
                <w:sz w:val="16"/>
              </w:rPr>
              <w:t>events per year (modeled)</w:t>
            </w:r>
          </w:p>
        </w:tc>
        <w:tc>
          <w:tcPr>
            <w:tcW w:type="dxa" w:w="1633"/>
          </w:tcPr>
          <w:p>
            <w:pPr>
              <w:spacing w:after="0"/>
              <w:jc w:val="left"/>
            </w:pPr>
            <w:r>
              <w:rPr>
                <w:sz w:val="16"/>
              </w:rPr>
              <w:t>about 1.48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7"/>
          </w:tcPr>
          <w:p>
            <w:pPr>
              <w:spacing w:after="0"/>
              <w:jc w:val="right"/>
            </w:pPr>
            <w:r>
              <w:rPr>
                <w:sz w:val="16"/>
              </w:rPr>
              <w:t>20.4</w:t>
            </w:r>
          </w:p>
        </w:tc>
        <w:tc>
          <w:tcPr>
            <w:tcW w:type="dxa" w:w="1300"/>
          </w:tcPr>
          <w:p>
            <w:pPr>
              <w:spacing w:after="0"/>
              <w:jc w:val="left"/>
            </w:pPr>
            <w:r>
              <w:rPr>
                <w:sz w:val="16"/>
              </w:rPr>
              <w:t>days per year with a strike</w:t>
            </w:r>
          </w:p>
        </w:tc>
        <w:tc>
          <w:tcPr>
            <w:tcW w:type="dxa" w:w="1633"/>
          </w:tcPr>
          <w:p>
            <w:pPr>
              <w:spacing w:after="0"/>
              <w:jc w:val="left"/>
            </w:pPr>
            <w:r>
              <w:rPr>
                <w:sz w:val="16"/>
              </w:rPr>
              <w:t>about 20.4 days per year</w:t>
            </w:r>
          </w:p>
        </w:tc>
        <w:tc>
          <w:tcPr>
            <w:tcW w:type="dxa" w:w="1037"/>
          </w:tcPr>
          <w:p>
            <w:pPr>
              <w:spacing w:after="0"/>
              <w:jc w:val="left"/>
            </w:pPr>
            <w:r>
              <w:rPr>
                <w:sz w:val="16"/>
              </w:rPr>
              <w:t>Highly likely</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7"/>
          </w:tcPr>
          <w:p>
            <w:pPr>
              <w:spacing w:after="0"/>
              <w:jc w:val="right"/>
            </w:pPr>
            <w:r>
              <w:rPr>
                <w:sz w:val="16"/>
              </w:rPr>
              <w:t>0.926</w:t>
            </w:r>
          </w:p>
        </w:tc>
        <w:tc>
          <w:tcPr>
            <w:tcW w:type="dxa" w:w="1300"/>
          </w:tcPr>
          <w:p>
            <w:pPr>
              <w:spacing w:after="0"/>
              <w:jc w:val="left"/>
            </w:pPr>
            <w:r>
              <w:rPr>
                <w:sz w:val="16"/>
              </w:rPr>
              <w:t>events per year</w:t>
            </w:r>
          </w:p>
        </w:tc>
        <w:tc>
          <w:tcPr>
            <w:tcW w:type="dxa" w:w="1633"/>
          </w:tcPr>
          <w:p>
            <w:pPr>
              <w:spacing w:after="0"/>
              <w:jc w:val="left"/>
            </w:pPr>
            <w:r>
              <w:rPr>
                <w:sz w:val="16"/>
              </w:rPr>
              <w:t>about 0.93 per year</w:t>
            </w:r>
          </w:p>
        </w:tc>
        <w:tc>
          <w:tcPr>
            <w:tcW w:type="dxa" w:w="1037"/>
          </w:tcPr>
          <w:p>
            <w:pPr>
              <w:spacing w:after="0"/>
              <w:jc w:val="left"/>
            </w:pPr>
            <w:r>
              <w:rPr>
                <w:sz w:val="16"/>
              </w:rPr>
              <w:t>Likely</w:t>
            </w:r>
          </w:p>
        </w:tc>
        <w:tc>
          <w:tcPr>
            <w:tcW w:type="dxa" w:w="2127"/>
          </w:tcPr>
          <w:p>
            <w:pPr>
              <w:spacing w:after="0"/>
              <w:jc w:val="left"/>
            </w:pPr>
            <w:r>
              <w:rPr>
                <w:sz w:val="16"/>
              </w:rPr>
              <w:t>FEMA annualized frequency (modeled)</w:t>
            </w:r>
          </w:p>
        </w:tc>
        <w:tc>
          <w:tcPr>
            <w:tcW w:type="dxa" w:w="1542"/>
          </w:tcPr>
          <w:p>
            <w:pPr>
              <w:spacing w:after="0"/>
              <w:jc w:val="right"/>
            </w:pPr>
            <w:r>
              <w:rPr>
                <w:sz w:val="16"/>
              </w:rPr>
              <w:t>36</w:t>
            </w:r>
          </w:p>
        </w:tc>
        <w:tc>
          <w:tcPr>
            <w:tcW w:type="dxa" w:w="1582"/>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7"/>
          </w:tcPr>
          <w:p>
            <w:pPr>
              <w:spacing w:after="0"/>
              <w:jc w:val="right"/>
            </w:pPr>
            <w:r>
              <w:rPr>
                <w:sz w:val="16"/>
              </w:rPr>
              <w:t>0.0559</w:t>
            </w:r>
          </w:p>
        </w:tc>
        <w:tc>
          <w:tcPr>
            <w:tcW w:type="dxa" w:w="1300"/>
          </w:tcPr>
          <w:p>
            <w:pPr>
              <w:spacing w:after="0"/>
              <w:jc w:val="left"/>
            </w:pPr>
            <w:r>
              <w:rPr>
                <w:sz w:val="16"/>
              </w:rPr>
              <w:t>events per year</w:t>
            </w:r>
          </w:p>
        </w:tc>
        <w:tc>
          <w:tcPr>
            <w:tcW w:type="dxa" w:w="1633"/>
          </w:tcPr>
          <w:p>
            <w:pPr>
              <w:spacing w:after="0"/>
              <w:jc w:val="left"/>
            </w:pPr>
            <w:r>
              <w:rPr>
                <w:sz w:val="16"/>
              </w:rPr>
              <w:t>about 1 in 18 years</w:t>
            </w:r>
          </w:p>
        </w:tc>
        <w:tc>
          <w:tcPr>
            <w:tcW w:type="dxa" w:w="1037"/>
          </w:tcPr>
          <w:p>
            <w:pPr>
              <w:spacing w:after="0"/>
              <w:jc w:val="left"/>
            </w:pPr>
            <w:r>
              <w:rPr>
                <w:sz w:val="16"/>
              </w:rPr>
              <w:t>Possible</w:t>
            </w:r>
          </w:p>
        </w:tc>
        <w:tc>
          <w:tcPr>
            <w:tcW w:type="dxa" w:w="2127"/>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2"/>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7"/>
          </w:tcPr>
          <w:p>
            <w:pPr>
              <w:spacing w:after="0"/>
              <w:jc w:val="right"/>
            </w:pPr>
            <w:r>
              <w:rPr>
                <w:sz w:val="16"/>
              </w:rPr>
              <w:t>0.0000203</w:t>
            </w:r>
          </w:p>
        </w:tc>
        <w:tc>
          <w:tcPr>
            <w:tcW w:type="dxa" w:w="1300"/>
          </w:tcPr>
          <w:p>
            <w:pPr>
              <w:spacing w:after="0"/>
              <w:jc w:val="left"/>
            </w:pPr>
            <w:r>
              <w:rPr>
                <w:sz w:val="16"/>
              </w:rPr>
              <w:t>annual probability at a location</w:t>
            </w:r>
          </w:p>
        </w:tc>
        <w:tc>
          <w:tcPr>
            <w:tcW w:type="dxa" w:w="1633"/>
          </w:tcPr>
          <w:p>
            <w:pPr>
              <w:spacing w:after="0"/>
              <w:jc w:val="left"/>
            </w:pPr>
            <w:r>
              <w:rPr>
                <w:sz w:val="16"/>
              </w:rPr>
              <w:t>chance a given location in the county burns in a year: 0.00203%</w:t>
            </w:r>
          </w:p>
        </w:tc>
        <w:tc>
          <w:tcPr>
            <w:tcW w:type="dxa" w:w="1037"/>
          </w:tcPr>
          <w:p>
            <w:pPr>
              <w:spacing w:after="0"/>
              <w:jc w:val="left"/>
            </w:pPr>
          </w:p>
        </w:tc>
        <w:tc>
          <w:tcPr>
            <w:tcW w:type="dxa" w:w="2127"/>
          </w:tcPr>
          <w:p>
            <w:pPr>
              <w:spacing w:after="0"/>
              <w:jc w:val="left"/>
            </w:pPr>
            <w:r>
              <w:rPr>
                <w:sz w:val="16"/>
              </w:rPr>
              <w:t>Storm Events records in 0 of 30 years, 1996 to 2025 (0%)</w:t>
            </w:r>
          </w:p>
        </w:tc>
        <w:tc>
          <w:tcPr>
            <w:tcW w:type="dxa" w:w="1542"/>
          </w:tcPr>
          <w:p>
            <w:pPr>
              <w:spacing w:after="0"/>
              <w:jc w:val="right"/>
            </w:pPr>
            <w:r>
              <w:rPr>
                <w:sz w:val="16"/>
              </w:rPr>
              <w:t>not shown</w:t>
            </w:r>
          </w:p>
        </w:tc>
        <w:tc>
          <w:tcPr>
            <w:tcW w:type="dxa" w:w="1582"/>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77"/>
          </w:tcPr>
          <w:p>
            <w:pPr>
              <w:spacing w:after="0"/>
              <w:jc w:val="right"/>
            </w:pPr>
            <w:r>
              <w:rPr>
                <w:sz w:val="16"/>
              </w:rPr>
              <w:t>20.6</w:t>
            </w:r>
          </w:p>
        </w:tc>
        <w:tc>
          <w:tcPr>
            <w:tcW w:type="dxa" w:w="1300"/>
          </w:tcPr>
          <w:p>
            <w:pPr>
              <w:spacing w:after="0"/>
              <w:jc w:val="left"/>
            </w:pPr>
            <w:r>
              <w:rPr>
                <w:sz w:val="16"/>
              </w:rPr>
              <w:t>event-days per year</w:t>
            </w:r>
          </w:p>
        </w:tc>
        <w:tc>
          <w:tcPr>
            <w:tcW w:type="dxa" w:w="1633"/>
          </w:tcPr>
          <w:p>
            <w:pPr>
              <w:spacing w:after="0"/>
              <w:jc w:val="left"/>
            </w:pPr>
            <w:r>
              <w:rPr>
                <w:sz w:val="16"/>
              </w:rPr>
              <w:t>about 20.6 days per year</w:t>
            </w:r>
          </w:p>
        </w:tc>
        <w:tc>
          <w:tcPr>
            <w:tcW w:type="dxa" w:w="1037"/>
          </w:tcPr>
          <w:p>
            <w:pPr>
              <w:spacing w:after="0"/>
              <w:jc w:val="left"/>
            </w:pPr>
            <w:r>
              <w:rPr>
                <w:sz w:val="16"/>
              </w:rPr>
              <w:t>Highly likely</w:t>
            </w:r>
          </w:p>
        </w:tc>
        <w:tc>
          <w:tcPr>
            <w:tcW w:type="dxa" w:w="2127"/>
          </w:tcPr>
          <w:p>
            <w:pPr>
              <w:spacing w:after="0"/>
              <w:jc w:val="left"/>
            </w:pPr>
            <w:r>
              <w:rPr>
                <w:sz w:val="16"/>
              </w:rPr>
              <w:t>Storm Events event-days in 30 of 30 years, 1996 to 2025 (100%)</w:t>
            </w:r>
          </w:p>
        </w:tc>
        <w:tc>
          <w:tcPr>
            <w:tcW w:type="dxa" w:w="1542"/>
          </w:tcPr>
          <w:p>
            <w:pPr>
              <w:spacing w:after="0"/>
              <w:jc w:val="right"/>
            </w:pPr>
            <w:r>
              <w:rPr>
                <w:sz w:val="16"/>
              </w:rPr>
              <w:t>391</w:t>
            </w:r>
          </w:p>
        </w:tc>
        <w:tc>
          <w:tcPr>
            <w:tcW w:type="dxa" w:w="1582"/>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86</w:t>
            </w:r>
          </w:p>
        </w:tc>
        <w:tc>
          <w:tcPr>
            <w:tcW w:type="dxa" w:w="1381"/>
          </w:tcPr>
          <w:p>
            <w:pPr>
              <w:spacing w:after="0"/>
              <w:jc w:val="right"/>
            </w:pPr>
            <w:r>
              <w:rPr>
                <w:sz w:val="16"/>
              </w:rPr>
              <w:t>30</w:t>
            </w:r>
          </w:p>
        </w:tc>
        <w:tc>
          <w:tcPr>
            <w:tcW w:type="dxa" w:w="1381"/>
          </w:tcPr>
          <w:p>
            <w:pPr>
              <w:spacing w:after="0"/>
              <w:jc w:val="right"/>
            </w:pPr>
            <w:r>
              <w:rPr>
                <w:sz w:val="16"/>
              </w:rPr>
              <w:t>2.87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17</w:t>
            </w:r>
          </w:p>
        </w:tc>
        <w:tc>
          <w:tcPr>
            <w:tcW w:type="dxa" w:w="1381"/>
          </w:tcPr>
          <w:p>
            <w:pPr>
              <w:spacing w:after="0"/>
              <w:jc w:val="right"/>
            </w:pPr>
            <w:r>
              <w:rPr>
                <w:sz w:val="16"/>
              </w:rPr>
              <w:t>30</w:t>
            </w:r>
          </w:p>
        </w:tc>
        <w:tc>
          <w:tcPr>
            <w:tcW w:type="dxa" w:w="1381"/>
          </w:tcPr>
          <w:p>
            <w:pPr>
              <w:spacing w:after="0"/>
              <w:jc w:val="right"/>
            </w:pPr>
            <w:r>
              <w:rPr>
                <w:sz w:val="16"/>
              </w:rPr>
              <w:t>0.567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52"/>
        <w:gridCol w:w="1616"/>
        <w:gridCol w:w="1220"/>
        <w:gridCol w:w="1279"/>
        <w:gridCol w:w="1220"/>
        <w:gridCol w:w="6826"/>
      </w:tblGrid>
      <w:tr>
        <w:trPr>
          <w:cantSplit/>
          <w:tblHeader/>
        </w:trPr>
        <w:tc>
          <w:tcPr>
            <w:tcW w:type="dxa" w:w="1952"/>
            <w:vMerge w:val="restart"/>
            <w:shd w:val="clear" w:color="auto" w:fill="E8E8E8"/>
          </w:tcPr>
          <w:p>
            <w:pPr>
              <w:spacing w:after="0"/>
              <w:jc w:val="left"/>
            </w:pPr>
            <w:r>
              <w:rPr>
                <w:b/>
                <w:sz w:val="16"/>
              </w:rPr>
              <w:t>Hazard</w:t>
            </w:r>
          </w:p>
        </w:tc>
        <w:tc>
          <w:tcPr>
            <w:tcW w:type="dxa" w:w="1616"/>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826"/>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20"/>
            <w:shd w:val="clear" w:color="auto" w:fill="E8E8E8"/>
          </w:tcPr>
          <w:p>
            <w:pPr>
              <w:spacing w:after="0"/>
              <w:jc w:val="right"/>
            </w:pPr>
            <w:r>
              <w:rPr>
                <w:b/>
                <w:sz w:val="16"/>
              </w:rPr>
              <w:t>Min</w:t>
            </w:r>
          </w:p>
        </w:tc>
        <w:tc>
          <w:tcPr>
            <w:tcW w:type="dxa" w:w="1279"/>
            <w:shd w:val="clear" w:color="auto" w:fill="E8E8E8"/>
          </w:tcPr>
          <w:p>
            <w:pPr>
              <w:spacing w:after="0"/>
              <w:jc w:val="right"/>
            </w:pPr>
            <w:r>
              <w:rPr>
                <w:b/>
                <w:sz w:val="16"/>
              </w:rPr>
              <w:t>Median</w:t>
            </w:r>
          </w:p>
        </w:tc>
        <w:tc>
          <w:tcPr>
            <w:tcW w:type="dxa" w:w="1220"/>
            <w:shd w:val="clear" w:color="auto" w:fill="E8E8E8"/>
          </w:tcPr>
          <w:p>
            <w:pPr>
              <w:spacing w:after="0"/>
              <w:jc w:val="right"/>
            </w:pPr>
            <w:r>
              <w:rPr>
                <w:b/>
                <w:sz w:val="16"/>
              </w:rPr>
              <w:t>Max</w:t>
            </w:r>
          </w:p>
        </w:tc>
        <w:tc>
          <w:tcPr>
            <w:tcW w:type="dxa" w:w="2352"/>
            <w:vMerge/>
          </w:tcPr>
          <w:p/>
        </w:tc>
      </w:tr>
      <w:tr>
        <w:trPr>
          <w:cantSplit/>
        </w:trPr>
        <w:tc>
          <w:tcPr>
            <w:tcW w:type="dxa" w:w="1952"/>
          </w:tcPr>
          <w:p>
            <w:pPr>
              <w:spacing w:after="0"/>
              <w:jc w:val="left"/>
            </w:pPr>
            <w:r>
              <w:rPr>
                <w:sz w:val="16"/>
              </w:rPr>
              <w:t>Avalanche</w:t>
            </w:r>
          </w:p>
        </w:tc>
        <w:tc>
          <w:tcPr>
            <w:tcW w:type="dxa" w:w="1616"/>
          </w:tcPr>
          <w:p>
            <w:pPr>
              <w:spacing w:after="0"/>
              <w:jc w:val="right"/>
            </w:pPr>
            <w:r>
              <w:rPr>
                <w:sz w:val="16"/>
              </w:rPr>
              <w:t>7 of 10</w:t>
            </w:r>
          </w:p>
        </w:tc>
        <w:tc>
          <w:tcPr>
            <w:tcW w:type="dxa" w:w="1220"/>
          </w:tcPr>
          <w:p>
            <w:pPr>
              <w:spacing w:after="0"/>
              <w:jc w:val="right"/>
            </w:pPr>
            <w:r>
              <w:rPr>
                <w:sz w:val="16"/>
              </w:rPr>
              <w:t>21.4</w:t>
            </w:r>
          </w:p>
        </w:tc>
        <w:tc>
          <w:tcPr>
            <w:tcW w:type="dxa" w:w="1279"/>
          </w:tcPr>
          <w:p>
            <w:pPr>
              <w:spacing w:after="0"/>
              <w:jc w:val="right"/>
            </w:pPr>
            <w:r>
              <w:rPr>
                <w:sz w:val="16"/>
              </w:rPr>
              <w:t>23.7</w:t>
            </w:r>
          </w:p>
        </w:tc>
        <w:tc>
          <w:tcPr>
            <w:tcW w:type="dxa" w:w="1220"/>
          </w:tcPr>
          <w:p>
            <w:pPr>
              <w:spacing w:after="0"/>
              <w:jc w:val="right"/>
            </w:pPr>
            <w:r>
              <w:rPr>
                <w:sz w:val="16"/>
              </w:rPr>
              <w:t>27.5</w:t>
            </w:r>
          </w:p>
        </w:tc>
        <w:tc>
          <w:tcPr>
            <w:tcW w:type="dxa" w:w="6826"/>
          </w:tcPr>
          <w:p>
            <w:pPr>
              <w:spacing w:after="0"/>
              <w:jc w:val="left"/>
            </w:pPr>
            <w:r>
              <w:rPr>
                <w:sz w:val="16"/>
              </w:rPr>
              <w:t>Very Low 7, Not Applicable 3</w:t>
            </w:r>
          </w:p>
        </w:tc>
      </w:tr>
      <w:tr>
        <w:trPr>
          <w:cantSplit/>
        </w:trPr>
        <w:tc>
          <w:tcPr>
            <w:tcW w:type="dxa" w:w="1952"/>
          </w:tcPr>
          <w:p>
            <w:pPr>
              <w:spacing w:after="0"/>
              <w:jc w:val="left"/>
            </w:pPr>
            <w:r>
              <w:rPr>
                <w:sz w:val="16"/>
              </w:rPr>
              <w:t>Cold Wave</w:t>
            </w:r>
          </w:p>
        </w:tc>
        <w:tc>
          <w:tcPr>
            <w:tcW w:type="dxa" w:w="1616"/>
          </w:tcPr>
          <w:p>
            <w:pPr>
              <w:spacing w:after="0"/>
              <w:jc w:val="right"/>
            </w:pPr>
            <w:r>
              <w:rPr>
                <w:sz w:val="16"/>
              </w:rPr>
              <w:t>10 of 10</w:t>
            </w:r>
          </w:p>
        </w:tc>
        <w:tc>
          <w:tcPr>
            <w:tcW w:type="dxa" w:w="1220"/>
          </w:tcPr>
          <w:p>
            <w:pPr>
              <w:spacing w:after="0"/>
              <w:jc w:val="right"/>
            </w:pPr>
            <w:r>
              <w:rPr>
                <w:sz w:val="16"/>
              </w:rPr>
              <w:t>34.8</w:t>
            </w:r>
          </w:p>
        </w:tc>
        <w:tc>
          <w:tcPr>
            <w:tcW w:type="dxa" w:w="1279"/>
          </w:tcPr>
          <w:p>
            <w:pPr>
              <w:spacing w:after="0"/>
              <w:jc w:val="right"/>
            </w:pPr>
            <w:r>
              <w:rPr>
                <w:sz w:val="16"/>
              </w:rPr>
              <w:t>48.0</w:t>
            </w:r>
          </w:p>
        </w:tc>
        <w:tc>
          <w:tcPr>
            <w:tcW w:type="dxa" w:w="1220"/>
          </w:tcPr>
          <w:p>
            <w:pPr>
              <w:spacing w:after="0"/>
              <w:jc w:val="right"/>
            </w:pPr>
            <w:r>
              <w:rPr>
                <w:sz w:val="16"/>
              </w:rPr>
              <w:t>63.3</w:t>
            </w:r>
          </w:p>
        </w:tc>
        <w:tc>
          <w:tcPr>
            <w:tcW w:type="dxa" w:w="6826"/>
          </w:tcPr>
          <w:p>
            <w:pPr>
              <w:spacing w:after="0"/>
              <w:jc w:val="left"/>
            </w:pPr>
            <w:r>
              <w:rPr>
                <w:sz w:val="16"/>
              </w:rPr>
              <w:t>Relatively Moderate 7, Relatively Low 3</w:t>
            </w:r>
          </w:p>
        </w:tc>
      </w:tr>
      <w:tr>
        <w:trPr>
          <w:cantSplit/>
        </w:trPr>
        <w:tc>
          <w:tcPr>
            <w:tcW w:type="dxa" w:w="1952"/>
          </w:tcPr>
          <w:p>
            <w:pPr>
              <w:spacing w:after="0"/>
              <w:jc w:val="left"/>
            </w:pPr>
            <w:r>
              <w:rPr>
                <w:sz w:val="16"/>
              </w:rPr>
              <w:t>Drought</w:t>
            </w:r>
          </w:p>
        </w:tc>
        <w:tc>
          <w:tcPr>
            <w:tcW w:type="dxa" w:w="1616"/>
          </w:tcPr>
          <w:p>
            <w:pPr>
              <w:spacing w:after="0"/>
              <w:jc w:val="right"/>
            </w:pPr>
            <w:r>
              <w:rPr>
                <w:sz w:val="16"/>
              </w:rPr>
              <w:t>0 of 10</w:t>
            </w:r>
          </w:p>
        </w:tc>
        <w:tc>
          <w:tcPr>
            <w:tcW w:type="dxa" w:w="1220"/>
          </w:tcPr>
          <w:p>
            <w:pPr>
              <w:spacing w:after="0"/>
              <w:jc w:val="right"/>
            </w:pPr>
          </w:p>
        </w:tc>
        <w:tc>
          <w:tcPr>
            <w:tcW w:type="dxa" w:w="1279"/>
          </w:tcPr>
          <w:p>
            <w:pPr>
              <w:spacing w:after="0"/>
              <w:jc w:val="right"/>
            </w:pPr>
          </w:p>
        </w:tc>
        <w:tc>
          <w:tcPr>
            <w:tcW w:type="dxa" w:w="1220"/>
          </w:tcPr>
          <w:p>
            <w:pPr>
              <w:spacing w:after="0"/>
              <w:jc w:val="right"/>
            </w:pPr>
          </w:p>
        </w:tc>
        <w:tc>
          <w:tcPr>
            <w:tcW w:type="dxa" w:w="6826"/>
          </w:tcPr>
          <w:p>
            <w:pPr>
              <w:spacing w:after="0"/>
              <w:jc w:val="left"/>
            </w:pPr>
            <w:r>
              <w:rPr>
                <w:sz w:val="16"/>
              </w:rPr>
              <w:t>No Rating 10</w:t>
            </w:r>
          </w:p>
        </w:tc>
      </w:tr>
      <w:tr>
        <w:trPr>
          <w:cantSplit/>
        </w:trPr>
        <w:tc>
          <w:tcPr>
            <w:tcW w:type="dxa" w:w="1952"/>
          </w:tcPr>
          <w:p>
            <w:pPr>
              <w:spacing w:after="0"/>
              <w:jc w:val="left"/>
            </w:pPr>
            <w:r>
              <w:rPr>
                <w:sz w:val="16"/>
              </w:rPr>
              <w:t>Earthquake</w:t>
            </w:r>
          </w:p>
        </w:tc>
        <w:tc>
          <w:tcPr>
            <w:tcW w:type="dxa" w:w="1616"/>
          </w:tcPr>
          <w:p>
            <w:pPr>
              <w:spacing w:after="0"/>
              <w:jc w:val="right"/>
            </w:pPr>
            <w:r>
              <w:rPr>
                <w:sz w:val="16"/>
              </w:rPr>
              <w:t>10 of 10</w:t>
            </w:r>
          </w:p>
        </w:tc>
        <w:tc>
          <w:tcPr>
            <w:tcW w:type="dxa" w:w="1220"/>
          </w:tcPr>
          <w:p>
            <w:pPr>
              <w:spacing w:after="0"/>
              <w:jc w:val="right"/>
            </w:pPr>
            <w:r>
              <w:rPr>
                <w:sz w:val="16"/>
              </w:rPr>
              <w:t>27.6</w:t>
            </w:r>
          </w:p>
        </w:tc>
        <w:tc>
          <w:tcPr>
            <w:tcW w:type="dxa" w:w="1279"/>
          </w:tcPr>
          <w:p>
            <w:pPr>
              <w:spacing w:after="0"/>
              <w:jc w:val="right"/>
            </w:pPr>
            <w:r>
              <w:rPr>
                <w:sz w:val="16"/>
              </w:rPr>
              <w:t>33.0</w:t>
            </w:r>
          </w:p>
        </w:tc>
        <w:tc>
          <w:tcPr>
            <w:tcW w:type="dxa" w:w="1220"/>
          </w:tcPr>
          <w:p>
            <w:pPr>
              <w:spacing w:after="0"/>
              <w:jc w:val="right"/>
            </w:pPr>
            <w:r>
              <w:rPr>
                <w:sz w:val="16"/>
              </w:rPr>
              <w:t>55.9</w:t>
            </w:r>
          </w:p>
        </w:tc>
        <w:tc>
          <w:tcPr>
            <w:tcW w:type="dxa" w:w="6826"/>
          </w:tcPr>
          <w:p>
            <w:pPr>
              <w:spacing w:after="0"/>
              <w:jc w:val="left"/>
            </w:pPr>
            <w:r>
              <w:rPr>
                <w:sz w:val="16"/>
              </w:rPr>
              <w:t>Relatively Low 1, Very Low 9</w:t>
            </w:r>
          </w:p>
        </w:tc>
      </w:tr>
      <w:tr>
        <w:trPr>
          <w:cantSplit/>
        </w:trPr>
        <w:tc>
          <w:tcPr>
            <w:tcW w:type="dxa" w:w="1952"/>
          </w:tcPr>
          <w:p>
            <w:pPr>
              <w:spacing w:after="0"/>
              <w:jc w:val="left"/>
            </w:pPr>
            <w:r>
              <w:rPr>
                <w:sz w:val="16"/>
              </w:rPr>
              <w:t>Hail</w:t>
            </w:r>
          </w:p>
        </w:tc>
        <w:tc>
          <w:tcPr>
            <w:tcW w:type="dxa" w:w="1616"/>
          </w:tcPr>
          <w:p>
            <w:pPr>
              <w:spacing w:after="0"/>
              <w:jc w:val="right"/>
            </w:pPr>
            <w:r>
              <w:rPr>
                <w:sz w:val="16"/>
              </w:rPr>
              <w:t>10 of 10</w:t>
            </w:r>
          </w:p>
        </w:tc>
        <w:tc>
          <w:tcPr>
            <w:tcW w:type="dxa" w:w="1220"/>
          </w:tcPr>
          <w:p>
            <w:pPr>
              <w:spacing w:after="0"/>
              <w:jc w:val="right"/>
            </w:pPr>
            <w:r>
              <w:rPr>
                <w:sz w:val="16"/>
              </w:rPr>
              <w:t>28.1</w:t>
            </w:r>
          </w:p>
        </w:tc>
        <w:tc>
          <w:tcPr>
            <w:tcW w:type="dxa" w:w="1279"/>
          </w:tcPr>
          <w:p>
            <w:pPr>
              <w:spacing w:after="0"/>
              <w:jc w:val="right"/>
            </w:pPr>
            <w:r>
              <w:rPr>
                <w:sz w:val="16"/>
              </w:rPr>
              <w:t>36.4</w:t>
            </w:r>
          </w:p>
        </w:tc>
        <w:tc>
          <w:tcPr>
            <w:tcW w:type="dxa" w:w="1220"/>
          </w:tcPr>
          <w:p>
            <w:pPr>
              <w:spacing w:after="0"/>
              <w:jc w:val="right"/>
            </w:pPr>
            <w:r>
              <w:rPr>
                <w:sz w:val="16"/>
              </w:rPr>
              <w:t>45.9</w:t>
            </w:r>
          </w:p>
        </w:tc>
        <w:tc>
          <w:tcPr>
            <w:tcW w:type="dxa" w:w="6826"/>
          </w:tcPr>
          <w:p>
            <w:pPr>
              <w:spacing w:after="0"/>
              <w:jc w:val="left"/>
            </w:pPr>
            <w:r>
              <w:rPr>
                <w:sz w:val="16"/>
              </w:rPr>
              <w:t>Relatively Low 4, Very Low 6</w:t>
            </w:r>
          </w:p>
        </w:tc>
      </w:tr>
      <w:tr>
        <w:trPr>
          <w:cantSplit/>
        </w:trPr>
        <w:tc>
          <w:tcPr>
            <w:tcW w:type="dxa" w:w="1952"/>
          </w:tcPr>
          <w:p>
            <w:pPr>
              <w:spacing w:after="0"/>
              <w:jc w:val="left"/>
            </w:pPr>
            <w:r>
              <w:rPr>
                <w:sz w:val="16"/>
              </w:rPr>
              <w:t>Heat Wave</w:t>
            </w:r>
          </w:p>
        </w:tc>
        <w:tc>
          <w:tcPr>
            <w:tcW w:type="dxa" w:w="1616"/>
          </w:tcPr>
          <w:p>
            <w:pPr>
              <w:spacing w:after="0"/>
              <w:jc w:val="right"/>
            </w:pPr>
            <w:r>
              <w:rPr>
                <w:sz w:val="16"/>
              </w:rPr>
              <w:t>10 of 10</w:t>
            </w:r>
          </w:p>
        </w:tc>
        <w:tc>
          <w:tcPr>
            <w:tcW w:type="dxa" w:w="1220"/>
          </w:tcPr>
          <w:p>
            <w:pPr>
              <w:spacing w:after="0"/>
              <w:jc w:val="right"/>
            </w:pPr>
            <w:r>
              <w:rPr>
                <w:sz w:val="16"/>
              </w:rPr>
              <w:t>15.5</w:t>
            </w:r>
          </w:p>
        </w:tc>
        <w:tc>
          <w:tcPr>
            <w:tcW w:type="dxa" w:w="1279"/>
          </w:tcPr>
          <w:p>
            <w:pPr>
              <w:spacing w:after="0"/>
              <w:jc w:val="right"/>
            </w:pPr>
            <w:r>
              <w:rPr>
                <w:sz w:val="16"/>
              </w:rPr>
              <w:t>31.8</w:t>
            </w:r>
          </w:p>
        </w:tc>
        <w:tc>
          <w:tcPr>
            <w:tcW w:type="dxa" w:w="1220"/>
          </w:tcPr>
          <w:p>
            <w:pPr>
              <w:spacing w:after="0"/>
              <w:jc w:val="right"/>
            </w:pPr>
            <w:r>
              <w:rPr>
                <w:sz w:val="16"/>
              </w:rPr>
              <w:t>49.6</w:t>
            </w:r>
          </w:p>
        </w:tc>
        <w:tc>
          <w:tcPr>
            <w:tcW w:type="dxa" w:w="6826"/>
          </w:tcPr>
          <w:p>
            <w:pPr>
              <w:spacing w:after="0"/>
              <w:jc w:val="left"/>
            </w:pPr>
            <w:r>
              <w:rPr>
                <w:sz w:val="16"/>
              </w:rPr>
              <w:t>Relatively Low 9, Very Low 1</w:t>
            </w:r>
          </w:p>
        </w:tc>
      </w:tr>
      <w:tr>
        <w:trPr>
          <w:cantSplit/>
        </w:trPr>
        <w:tc>
          <w:tcPr>
            <w:tcW w:type="dxa" w:w="1952"/>
          </w:tcPr>
          <w:p>
            <w:pPr>
              <w:spacing w:after="0"/>
              <w:jc w:val="left"/>
            </w:pPr>
            <w:r>
              <w:rPr>
                <w:sz w:val="16"/>
              </w:rPr>
              <w:t>Hurricane</w:t>
            </w:r>
          </w:p>
        </w:tc>
        <w:tc>
          <w:tcPr>
            <w:tcW w:type="dxa" w:w="1616"/>
          </w:tcPr>
          <w:p>
            <w:pPr>
              <w:spacing w:after="0"/>
              <w:jc w:val="right"/>
            </w:pPr>
            <w:r>
              <w:rPr>
                <w:sz w:val="16"/>
              </w:rPr>
              <w:t>10 of 10</w:t>
            </w:r>
          </w:p>
        </w:tc>
        <w:tc>
          <w:tcPr>
            <w:tcW w:type="dxa" w:w="1220"/>
          </w:tcPr>
          <w:p>
            <w:pPr>
              <w:spacing w:after="0"/>
              <w:jc w:val="right"/>
            </w:pPr>
            <w:r>
              <w:rPr>
                <w:sz w:val="16"/>
              </w:rPr>
              <w:t>57.6</w:t>
            </w:r>
          </w:p>
        </w:tc>
        <w:tc>
          <w:tcPr>
            <w:tcW w:type="dxa" w:w="1279"/>
          </w:tcPr>
          <w:p>
            <w:pPr>
              <w:spacing w:after="0"/>
              <w:jc w:val="right"/>
            </w:pPr>
            <w:r>
              <w:rPr>
                <w:sz w:val="16"/>
              </w:rPr>
              <w:t>65.4</w:t>
            </w:r>
          </w:p>
        </w:tc>
        <w:tc>
          <w:tcPr>
            <w:tcW w:type="dxa" w:w="1220"/>
          </w:tcPr>
          <w:p>
            <w:pPr>
              <w:spacing w:after="0"/>
              <w:jc w:val="right"/>
            </w:pPr>
            <w:r>
              <w:rPr>
                <w:sz w:val="16"/>
              </w:rPr>
              <w:t>75.5</w:t>
            </w:r>
          </w:p>
        </w:tc>
        <w:tc>
          <w:tcPr>
            <w:tcW w:type="dxa" w:w="6826"/>
          </w:tcPr>
          <w:p>
            <w:pPr>
              <w:spacing w:after="0"/>
              <w:jc w:val="left"/>
            </w:pPr>
            <w:r>
              <w:rPr>
                <w:sz w:val="16"/>
              </w:rPr>
              <w:t>Relatively Low 10</w:t>
            </w:r>
          </w:p>
        </w:tc>
      </w:tr>
      <w:tr>
        <w:trPr>
          <w:cantSplit/>
        </w:trPr>
        <w:tc>
          <w:tcPr>
            <w:tcW w:type="dxa" w:w="1952"/>
          </w:tcPr>
          <w:p>
            <w:pPr>
              <w:spacing w:after="0"/>
              <w:jc w:val="left"/>
            </w:pPr>
            <w:r>
              <w:rPr>
                <w:sz w:val="16"/>
              </w:rPr>
              <w:t>Ice Storm</w:t>
            </w:r>
          </w:p>
        </w:tc>
        <w:tc>
          <w:tcPr>
            <w:tcW w:type="dxa" w:w="1616"/>
          </w:tcPr>
          <w:p>
            <w:pPr>
              <w:spacing w:after="0"/>
              <w:jc w:val="right"/>
            </w:pPr>
            <w:r>
              <w:rPr>
                <w:sz w:val="16"/>
              </w:rPr>
              <w:t>10 of 10</w:t>
            </w:r>
          </w:p>
        </w:tc>
        <w:tc>
          <w:tcPr>
            <w:tcW w:type="dxa" w:w="1220"/>
          </w:tcPr>
          <w:p>
            <w:pPr>
              <w:spacing w:after="0"/>
              <w:jc w:val="right"/>
            </w:pPr>
            <w:r>
              <w:rPr>
                <w:sz w:val="16"/>
              </w:rPr>
              <w:t>37.2</w:t>
            </w:r>
          </w:p>
        </w:tc>
        <w:tc>
          <w:tcPr>
            <w:tcW w:type="dxa" w:w="1279"/>
          </w:tcPr>
          <w:p>
            <w:pPr>
              <w:spacing w:after="0"/>
              <w:jc w:val="right"/>
            </w:pPr>
            <w:r>
              <w:rPr>
                <w:sz w:val="16"/>
              </w:rPr>
              <w:t>57.3</w:t>
            </w:r>
          </w:p>
        </w:tc>
        <w:tc>
          <w:tcPr>
            <w:tcW w:type="dxa" w:w="1220"/>
          </w:tcPr>
          <w:p>
            <w:pPr>
              <w:spacing w:after="0"/>
              <w:jc w:val="right"/>
            </w:pPr>
            <w:r>
              <w:rPr>
                <w:sz w:val="16"/>
              </w:rPr>
              <w:t>71.2</w:t>
            </w:r>
          </w:p>
        </w:tc>
        <w:tc>
          <w:tcPr>
            <w:tcW w:type="dxa" w:w="6826"/>
          </w:tcPr>
          <w:p>
            <w:pPr>
              <w:spacing w:after="0"/>
              <w:jc w:val="left"/>
            </w:pPr>
            <w:r>
              <w:rPr>
                <w:sz w:val="16"/>
              </w:rPr>
              <w:t>Relatively Moderate 1, Relatively Low 9</w:t>
            </w:r>
          </w:p>
        </w:tc>
      </w:tr>
      <w:tr>
        <w:trPr>
          <w:cantSplit/>
        </w:trPr>
        <w:tc>
          <w:tcPr>
            <w:tcW w:type="dxa" w:w="1952"/>
          </w:tcPr>
          <w:p>
            <w:pPr>
              <w:spacing w:after="0"/>
              <w:jc w:val="left"/>
            </w:pPr>
            <w:r>
              <w:rPr>
                <w:sz w:val="16"/>
              </w:rPr>
              <w:t>Inland Flooding</w:t>
            </w:r>
          </w:p>
        </w:tc>
        <w:tc>
          <w:tcPr>
            <w:tcW w:type="dxa" w:w="1616"/>
          </w:tcPr>
          <w:p>
            <w:pPr>
              <w:spacing w:after="0"/>
              <w:jc w:val="right"/>
            </w:pPr>
            <w:r>
              <w:rPr>
                <w:sz w:val="16"/>
              </w:rPr>
              <w:t>10 of 10</w:t>
            </w:r>
          </w:p>
        </w:tc>
        <w:tc>
          <w:tcPr>
            <w:tcW w:type="dxa" w:w="1220"/>
          </w:tcPr>
          <w:p>
            <w:pPr>
              <w:spacing w:after="0"/>
              <w:jc w:val="right"/>
            </w:pPr>
            <w:r>
              <w:rPr>
                <w:sz w:val="16"/>
              </w:rPr>
              <w:t>43.2</w:t>
            </w:r>
          </w:p>
        </w:tc>
        <w:tc>
          <w:tcPr>
            <w:tcW w:type="dxa" w:w="1279"/>
          </w:tcPr>
          <w:p>
            <w:pPr>
              <w:spacing w:after="0"/>
              <w:jc w:val="right"/>
            </w:pPr>
            <w:r>
              <w:rPr>
                <w:sz w:val="16"/>
              </w:rPr>
              <w:t>62.0</w:t>
            </w:r>
          </w:p>
        </w:tc>
        <w:tc>
          <w:tcPr>
            <w:tcW w:type="dxa" w:w="1220"/>
          </w:tcPr>
          <w:p>
            <w:pPr>
              <w:spacing w:after="0"/>
              <w:jc w:val="right"/>
            </w:pPr>
            <w:r>
              <w:rPr>
                <w:sz w:val="16"/>
              </w:rPr>
              <w:t>88.8</w:t>
            </w:r>
          </w:p>
        </w:tc>
        <w:tc>
          <w:tcPr>
            <w:tcW w:type="dxa" w:w="6826"/>
          </w:tcPr>
          <w:p>
            <w:pPr>
              <w:spacing w:after="0"/>
              <w:jc w:val="left"/>
            </w:pPr>
            <w:r>
              <w:rPr>
                <w:sz w:val="16"/>
              </w:rPr>
              <w:t>Relatively High 2, Relatively Moderate 7, Relatively Low 1</w:t>
            </w:r>
          </w:p>
        </w:tc>
      </w:tr>
      <w:tr>
        <w:trPr>
          <w:cantSplit/>
        </w:trPr>
        <w:tc>
          <w:tcPr>
            <w:tcW w:type="dxa" w:w="1952"/>
          </w:tcPr>
          <w:p>
            <w:pPr>
              <w:spacing w:after="0"/>
              <w:jc w:val="left"/>
            </w:pPr>
            <w:r>
              <w:rPr>
                <w:sz w:val="16"/>
              </w:rPr>
              <w:t>Landslide</w:t>
            </w:r>
          </w:p>
        </w:tc>
        <w:tc>
          <w:tcPr>
            <w:tcW w:type="dxa" w:w="1616"/>
          </w:tcPr>
          <w:p>
            <w:pPr>
              <w:spacing w:after="0"/>
              <w:jc w:val="right"/>
            </w:pPr>
            <w:r>
              <w:rPr>
                <w:sz w:val="16"/>
              </w:rPr>
              <w:t>10 of 10</w:t>
            </w:r>
          </w:p>
        </w:tc>
        <w:tc>
          <w:tcPr>
            <w:tcW w:type="dxa" w:w="1220"/>
          </w:tcPr>
          <w:p>
            <w:pPr>
              <w:spacing w:after="0"/>
              <w:jc w:val="right"/>
            </w:pPr>
            <w:r>
              <w:rPr>
                <w:sz w:val="16"/>
              </w:rPr>
              <w:t>88.8</w:t>
            </w:r>
          </w:p>
        </w:tc>
        <w:tc>
          <w:tcPr>
            <w:tcW w:type="dxa" w:w="1279"/>
          </w:tcPr>
          <w:p>
            <w:pPr>
              <w:spacing w:after="0"/>
              <w:jc w:val="right"/>
            </w:pPr>
            <w:r>
              <w:rPr>
                <w:sz w:val="16"/>
              </w:rPr>
              <w:t>92.3</w:t>
            </w:r>
          </w:p>
        </w:tc>
        <w:tc>
          <w:tcPr>
            <w:tcW w:type="dxa" w:w="1220"/>
          </w:tcPr>
          <w:p>
            <w:pPr>
              <w:spacing w:after="0"/>
              <w:jc w:val="right"/>
            </w:pPr>
            <w:r>
              <w:rPr>
                <w:sz w:val="16"/>
              </w:rPr>
              <w:t>98.2</w:t>
            </w:r>
          </w:p>
        </w:tc>
        <w:tc>
          <w:tcPr>
            <w:tcW w:type="dxa" w:w="6826"/>
          </w:tcPr>
          <w:p>
            <w:pPr>
              <w:spacing w:after="0"/>
              <w:jc w:val="left"/>
            </w:pPr>
            <w:r>
              <w:rPr>
                <w:sz w:val="16"/>
              </w:rPr>
              <w:t>Relatively Moderate 2, Relatively Low 8</w:t>
            </w:r>
          </w:p>
        </w:tc>
      </w:tr>
      <w:tr>
        <w:trPr>
          <w:cantSplit/>
        </w:trPr>
        <w:tc>
          <w:tcPr>
            <w:tcW w:type="dxa" w:w="1952"/>
          </w:tcPr>
          <w:p>
            <w:pPr>
              <w:spacing w:after="0"/>
              <w:jc w:val="left"/>
            </w:pPr>
            <w:r>
              <w:rPr>
                <w:sz w:val="16"/>
              </w:rPr>
              <w:t>Lightning</w:t>
            </w:r>
          </w:p>
        </w:tc>
        <w:tc>
          <w:tcPr>
            <w:tcW w:type="dxa" w:w="1616"/>
          </w:tcPr>
          <w:p>
            <w:pPr>
              <w:spacing w:after="0"/>
              <w:jc w:val="right"/>
            </w:pPr>
            <w:r>
              <w:rPr>
                <w:sz w:val="16"/>
              </w:rPr>
              <w:t>10 of 10</w:t>
            </w:r>
          </w:p>
        </w:tc>
        <w:tc>
          <w:tcPr>
            <w:tcW w:type="dxa" w:w="1220"/>
          </w:tcPr>
          <w:p>
            <w:pPr>
              <w:spacing w:after="0"/>
              <w:jc w:val="right"/>
            </w:pPr>
            <w:r>
              <w:rPr>
                <w:sz w:val="16"/>
              </w:rPr>
              <w:t>71.1</w:t>
            </w:r>
          </w:p>
        </w:tc>
        <w:tc>
          <w:tcPr>
            <w:tcW w:type="dxa" w:w="1279"/>
          </w:tcPr>
          <w:p>
            <w:pPr>
              <w:spacing w:after="0"/>
              <w:jc w:val="right"/>
            </w:pPr>
            <w:r>
              <w:rPr>
                <w:sz w:val="16"/>
              </w:rPr>
              <w:t>89.4</w:t>
            </w:r>
          </w:p>
        </w:tc>
        <w:tc>
          <w:tcPr>
            <w:tcW w:type="dxa" w:w="1220"/>
          </w:tcPr>
          <w:p>
            <w:pPr>
              <w:spacing w:after="0"/>
              <w:jc w:val="right"/>
            </w:pPr>
            <w:r>
              <w:rPr>
                <w:sz w:val="16"/>
              </w:rPr>
              <w:t>96.9</w:t>
            </w:r>
          </w:p>
        </w:tc>
        <w:tc>
          <w:tcPr>
            <w:tcW w:type="dxa" w:w="6826"/>
          </w:tcPr>
          <w:p>
            <w:pPr>
              <w:spacing w:after="0"/>
              <w:jc w:val="left"/>
            </w:pPr>
            <w:r>
              <w:rPr>
                <w:sz w:val="16"/>
              </w:rPr>
              <w:t>Very High 1, Relatively High 8, Relatively Moderate 1</w:t>
            </w:r>
          </w:p>
        </w:tc>
      </w:tr>
      <w:tr>
        <w:trPr>
          <w:cantSplit/>
        </w:trPr>
        <w:tc>
          <w:tcPr>
            <w:tcW w:type="dxa" w:w="1952"/>
          </w:tcPr>
          <w:p>
            <w:pPr>
              <w:spacing w:after="0"/>
              <w:jc w:val="left"/>
            </w:pPr>
            <w:r>
              <w:rPr>
                <w:sz w:val="16"/>
              </w:rPr>
              <w:t>Strong Wind</w:t>
            </w:r>
          </w:p>
        </w:tc>
        <w:tc>
          <w:tcPr>
            <w:tcW w:type="dxa" w:w="1616"/>
          </w:tcPr>
          <w:p>
            <w:pPr>
              <w:spacing w:after="0"/>
              <w:jc w:val="right"/>
            </w:pPr>
            <w:r>
              <w:rPr>
                <w:sz w:val="16"/>
              </w:rPr>
              <w:t>10 of 10</w:t>
            </w:r>
          </w:p>
        </w:tc>
        <w:tc>
          <w:tcPr>
            <w:tcW w:type="dxa" w:w="1220"/>
          </w:tcPr>
          <w:p>
            <w:pPr>
              <w:spacing w:after="0"/>
              <w:jc w:val="right"/>
            </w:pPr>
            <w:r>
              <w:rPr>
                <w:sz w:val="16"/>
              </w:rPr>
              <w:t>43.5</w:t>
            </w:r>
          </w:p>
        </w:tc>
        <w:tc>
          <w:tcPr>
            <w:tcW w:type="dxa" w:w="1279"/>
          </w:tcPr>
          <w:p>
            <w:pPr>
              <w:spacing w:after="0"/>
              <w:jc w:val="right"/>
            </w:pPr>
            <w:r>
              <w:rPr>
                <w:sz w:val="16"/>
              </w:rPr>
              <w:t>61.3</w:t>
            </w:r>
          </w:p>
        </w:tc>
        <w:tc>
          <w:tcPr>
            <w:tcW w:type="dxa" w:w="1220"/>
          </w:tcPr>
          <w:p>
            <w:pPr>
              <w:spacing w:after="0"/>
              <w:jc w:val="right"/>
            </w:pPr>
            <w:r>
              <w:rPr>
                <w:sz w:val="16"/>
              </w:rPr>
              <w:t>79.6</w:t>
            </w:r>
          </w:p>
        </w:tc>
        <w:tc>
          <w:tcPr>
            <w:tcW w:type="dxa" w:w="6826"/>
          </w:tcPr>
          <w:p>
            <w:pPr>
              <w:spacing w:after="0"/>
              <w:jc w:val="left"/>
            </w:pPr>
            <w:r>
              <w:rPr>
                <w:sz w:val="16"/>
              </w:rPr>
              <w:t>Relatively Moderate 9, Relatively Low 1</w:t>
            </w:r>
          </w:p>
        </w:tc>
      </w:tr>
      <w:tr>
        <w:trPr>
          <w:cantSplit/>
        </w:trPr>
        <w:tc>
          <w:tcPr>
            <w:tcW w:type="dxa" w:w="1952"/>
          </w:tcPr>
          <w:p>
            <w:pPr>
              <w:spacing w:after="0"/>
              <w:jc w:val="left"/>
            </w:pPr>
            <w:r>
              <w:rPr>
                <w:sz w:val="16"/>
              </w:rPr>
              <w:t>Tornado</w:t>
            </w:r>
          </w:p>
        </w:tc>
        <w:tc>
          <w:tcPr>
            <w:tcW w:type="dxa" w:w="1616"/>
          </w:tcPr>
          <w:p>
            <w:pPr>
              <w:spacing w:after="0"/>
              <w:jc w:val="right"/>
            </w:pPr>
            <w:r>
              <w:rPr>
                <w:sz w:val="16"/>
              </w:rPr>
              <w:t>10 of 10</w:t>
            </w:r>
          </w:p>
        </w:tc>
        <w:tc>
          <w:tcPr>
            <w:tcW w:type="dxa" w:w="1220"/>
          </w:tcPr>
          <w:p>
            <w:pPr>
              <w:spacing w:after="0"/>
              <w:jc w:val="right"/>
            </w:pPr>
            <w:r>
              <w:rPr>
                <w:sz w:val="16"/>
              </w:rPr>
              <w:t>17.2</w:t>
            </w:r>
          </w:p>
        </w:tc>
        <w:tc>
          <w:tcPr>
            <w:tcW w:type="dxa" w:w="1279"/>
          </w:tcPr>
          <w:p>
            <w:pPr>
              <w:spacing w:after="0"/>
              <w:jc w:val="right"/>
            </w:pPr>
            <w:r>
              <w:rPr>
                <w:sz w:val="16"/>
              </w:rPr>
              <w:t>25.6</w:t>
            </w:r>
          </w:p>
        </w:tc>
        <w:tc>
          <w:tcPr>
            <w:tcW w:type="dxa" w:w="1220"/>
          </w:tcPr>
          <w:p>
            <w:pPr>
              <w:spacing w:after="0"/>
              <w:jc w:val="right"/>
            </w:pPr>
            <w:r>
              <w:rPr>
                <w:sz w:val="16"/>
              </w:rPr>
              <w:t>32.3</w:t>
            </w:r>
          </w:p>
        </w:tc>
        <w:tc>
          <w:tcPr>
            <w:tcW w:type="dxa" w:w="6826"/>
          </w:tcPr>
          <w:p>
            <w:pPr>
              <w:spacing w:after="0"/>
              <w:jc w:val="left"/>
            </w:pPr>
            <w:r>
              <w:rPr>
                <w:sz w:val="16"/>
              </w:rPr>
              <w:t>Relatively Low 2, Very Low 8</w:t>
            </w:r>
          </w:p>
        </w:tc>
      </w:tr>
      <w:tr>
        <w:trPr>
          <w:cantSplit/>
        </w:trPr>
        <w:tc>
          <w:tcPr>
            <w:tcW w:type="dxa" w:w="1952"/>
          </w:tcPr>
          <w:p>
            <w:pPr>
              <w:spacing w:after="0"/>
              <w:jc w:val="left"/>
            </w:pPr>
            <w:r>
              <w:rPr>
                <w:sz w:val="16"/>
              </w:rPr>
              <w:t>Wildfire</w:t>
            </w:r>
          </w:p>
        </w:tc>
        <w:tc>
          <w:tcPr>
            <w:tcW w:type="dxa" w:w="1616"/>
          </w:tcPr>
          <w:p>
            <w:pPr>
              <w:spacing w:after="0"/>
              <w:jc w:val="right"/>
            </w:pPr>
            <w:r>
              <w:rPr>
                <w:sz w:val="16"/>
              </w:rPr>
              <w:t>10 of 10</w:t>
            </w:r>
          </w:p>
        </w:tc>
        <w:tc>
          <w:tcPr>
            <w:tcW w:type="dxa" w:w="1220"/>
          </w:tcPr>
          <w:p>
            <w:pPr>
              <w:spacing w:after="0"/>
              <w:jc w:val="right"/>
            </w:pPr>
            <w:r>
              <w:rPr>
                <w:sz w:val="16"/>
              </w:rPr>
              <w:t>54.1</w:t>
            </w:r>
          </w:p>
        </w:tc>
        <w:tc>
          <w:tcPr>
            <w:tcW w:type="dxa" w:w="1279"/>
          </w:tcPr>
          <w:p>
            <w:pPr>
              <w:spacing w:after="0"/>
              <w:jc w:val="right"/>
            </w:pPr>
            <w:r>
              <w:rPr>
                <w:sz w:val="16"/>
              </w:rPr>
              <w:t>63.7</w:t>
            </w:r>
          </w:p>
        </w:tc>
        <w:tc>
          <w:tcPr>
            <w:tcW w:type="dxa" w:w="1220"/>
          </w:tcPr>
          <w:p>
            <w:pPr>
              <w:spacing w:after="0"/>
              <w:jc w:val="right"/>
            </w:pPr>
            <w:r>
              <w:rPr>
                <w:sz w:val="16"/>
              </w:rPr>
              <w:t>67.1</w:t>
            </w:r>
          </w:p>
        </w:tc>
        <w:tc>
          <w:tcPr>
            <w:tcW w:type="dxa" w:w="6826"/>
          </w:tcPr>
          <w:p>
            <w:pPr>
              <w:spacing w:after="0"/>
              <w:jc w:val="left"/>
            </w:pPr>
            <w:r>
              <w:rPr>
                <w:sz w:val="16"/>
              </w:rPr>
              <w:t>Very Low 10</w:t>
            </w:r>
          </w:p>
        </w:tc>
      </w:tr>
      <w:tr>
        <w:trPr>
          <w:cantSplit/>
        </w:trPr>
        <w:tc>
          <w:tcPr>
            <w:tcW w:type="dxa" w:w="1952"/>
          </w:tcPr>
          <w:p>
            <w:pPr>
              <w:spacing w:after="0"/>
              <w:jc w:val="left"/>
            </w:pPr>
            <w:r>
              <w:rPr>
                <w:sz w:val="16"/>
              </w:rPr>
              <w:t>Winter Weather</w:t>
            </w:r>
          </w:p>
        </w:tc>
        <w:tc>
          <w:tcPr>
            <w:tcW w:type="dxa" w:w="1616"/>
          </w:tcPr>
          <w:p>
            <w:pPr>
              <w:spacing w:after="0"/>
              <w:jc w:val="right"/>
            </w:pPr>
            <w:r>
              <w:rPr>
                <w:sz w:val="16"/>
              </w:rPr>
              <w:t>10 of 10</w:t>
            </w:r>
          </w:p>
        </w:tc>
        <w:tc>
          <w:tcPr>
            <w:tcW w:type="dxa" w:w="1220"/>
          </w:tcPr>
          <w:p>
            <w:pPr>
              <w:spacing w:after="0"/>
              <w:jc w:val="right"/>
            </w:pPr>
            <w:r>
              <w:rPr>
                <w:sz w:val="16"/>
              </w:rPr>
              <w:t>61.6</w:t>
            </w:r>
          </w:p>
        </w:tc>
        <w:tc>
          <w:tcPr>
            <w:tcW w:type="dxa" w:w="1279"/>
          </w:tcPr>
          <w:p>
            <w:pPr>
              <w:spacing w:after="0"/>
              <w:jc w:val="right"/>
            </w:pPr>
            <w:r>
              <w:rPr>
                <w:sz w:val="16"/>
              </w:rPr>
              <w:t>76.1</w:t>
            </w:r>
          </w:p>
        </w:tc>
        <w:tc>
          <w:tcPr>
            <w:tcW w:type="dxa" w:w="1220"/>
          </w:tcPr>
          <w:p>
            <w:pPr>
              <w:spacing w:after="0"/>
              <w:jc w:val="right"/>
            </w:pPr>
            <w:r>
              <w:rPr>
                <w:sz w:val="16"/>
              </w:rPr>
              <w:t>89.9</w:t>
            </w:r>
          </w:p>
        </w:tc>
        <w:tc>
          <w:tcPr>
            <w:tcW w:type="dxa" w:w="6826"/>
          </w:tcPr>
          <w:p>
            <w:pPr>
              <w:spacing w:after="0"/>
              <w:jc w:val="left"/>
            </w:pPr>
            <w:r>
              <w:rPr>
                <w:sz w:val="16"/>
              </w:rPr>
              <w:t>Relatively High 3, 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Orange County's 10 census tracts; NRI rates census tracts, not towns.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35"/>
        <w:gridCol w:w="812"/>
        <w:gridCol w:w="3313"/>
        <w:gridCol w:w="2642"/>
        <w:gridCol w:w="2732"/>
        <w:gridCol w:w="2978"/>
      </w:tblGrid>
      <w:tr>
        <w:trPr>
          <w:cantSplit/>
          <w:tblHeader/>
        </w:trPr>
        <w:tc>
          <w:tcPr>
            <w:tcW w:type="dxa" w:w="1635"/>
            <w:shd w:val="clear" w:color="auto" w:fill="E8E8E8"/>
          </w:tcPr>
          <w:p>
            <w:pPr>
              <w:spacing w:after="0"/>
              <w:jc w:val="left"/>
            </w:pPr>
            <w:r>
              <w:rPr>
                <w:b/>
                <w:sz w:val="16"/>
              </w:rPr>
              <w:t>Jurisdiction</w:t>
            </w:r>
          </w:p>
        </w:tc>
        <w:tc>
          <w:tcPr>
            <w:tcW w:type="dxa" w:w="812"/>
            <w:shd w:val="clear" w:color="auto" w:fill="E8E8E8"/>
          </w:tcPr>
          <w:p>
            <w:pPr>
              <w:spacing w:after="0"/>
              <w:jc w:val="left"/>
            </w:pPr>
            <w:r>
              <w:rPr>
                <w:b/>
                <w:sz w:val="16"/>
              </w:rPr>
              <w:t>Type</w:t>
            </w:r>
          </w:p>
        </w:tc>
        <w:tc>
          <w:tcPr>
            <w:tcW w:type="dxa" w:w="3313"/>
            <w:shd w:val="clear" w:color="auto" w:fill="E8E8E8"/>
          </w:tcPr>
          <w:p>
            <w:pPr>
              <w:spacing w:after="0"/>
              <w:jc w:val="left"/>
            </w:pPr>
            <w:r>
              <w:rPr>
                <w:b/>
                <w:sz w:val="16"/>
              </w:rPr>
              <w:t>Plan status</w:t>
            </w:r>
          </w:p>
        </w:tc>
        <w:tc>
          <w:tcPr>
            <w:tcW w:type="dxa" w:w="26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73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7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35"/>
          </w:tcPr>
          <w:p>
            <w:pPr>
              <w:spacing w:after="0"/>
              <w:jc w:val="left"/>
            </w:pPr>
            <w:r>
              <w:rPr>
                <w:sz w:val="16"/>
              </w:rPr>
              <w:t>Vershire town</w:t>
            </w:r>
          </w:p>
        </w:tc>
        <w:tc>
          <w:tcPr>
            <w:tcW w:type="dxa" w:w="812"/>
          </w:tcPr>
          <w:p>
            <w:pPr>
              <w:spacing w:after="0"/>
              <w:jc w:val="left"/>
            </w:pPr>
            <w:r>
              <w:rPr>
                <w:sz w:val="16"/>
              </w:rPr>
              <w:t>Town</w:t>
            </w:r>
          </w:p>
        </w:tc>
        <w:tc>
          <w:tcPr>
            <w:tcW w:type="dxa" w:w="3313"/>
          </w:tcPr>
          <w:p>
            <w:pPr>
              <w:spacing w:after="0"/>
              <w:jc w:val="left"/>
            </w:pPr>
            <w:r>
              <w:rPr>
                <w:sz w:val="16"/>
              </w:rPr>
              <w:t>Approved, expires 2031-01-13</w:t>
            </w:r>
          </w:p>
        </w:tc>
        <w:tc>
          <w:tcPr>
            <w:tcW w:type="dxa" w:w="2642"/>
          </w:tcPr>
          <w:p>
            <w:pPr>
              <w:spacing w:after="0"/>
              <w:jc w:val="right"/>
            </w:pPr>
            <w:r>
              <w:rPr>
                <w:sz w:val="16"/>
              </w:rPr>
              <w:t>FMA RL 0, SRL 0; any 0</w:t>
            </w:r>
          </w:p>
        </w:tc>
        <w:tc>
          <w:tcPr>
            <w:tcW w:type="dxa" w:w="2732"/>
          </w:tcPr>
          <w:p>
            <w:pPr>
              <w:spacing w:after="0"/>
              <w:jc w:val="right"/>
            </w:pPr>
            <w:r>
              <w:rPr>
                <w:sz w:val="16"/>
              </w:rPr>
              <w:t>$1,910,332.54</w:t>
            </w:r>
          </w:p>
        </w:tc>
        <w:tc>
          <w:tcPr>
            <w:tcW w:type="dxa" w:w="2978"/>
          </w:tcPr>
          <w:p>
            <w:pPr>
              <w:spacing w:after="0"/>
              <w:jc w:val="right"/>
            </w:pPr>
            <w:r>
              <w:rPr>
                <w:sz w:val="16"/>
              </w:rPr>
              <w:t>4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rPr>
        <w:t>County-level: Orange County (National Risk Index exposure and expected annual loss; since-plan counts use Vershire town's approval date).</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Vermont Flood Ready Atlas and Agency of Natural Resources (ANR) river corridors for town flood and erosion locations.</w:t>
      </w:r>
    </w:p>
    <w:p>
      <w:pPr>
        <w:pStyle w:val="ListBullet"/>
        <w:spacing w:after="20"/>
      </w:pPr>
      <w:r>
        <w:rPr/>
        <w:t>The Emergency Relief and Assistance Fund (ERAF) Flood Hazard Summary gives E911 building counts in the Special Flood Hazard Area (SFHA) per town.</w:t>
      </w:r>
    </w:p>
    <w:p>
      <w:pPr>
        <w:pStyle w:val="ListBullet"/>
        <w:spacing w:after="20"/>
      </w:pPr>
      <w:r>
        <w:rPr/>
        <w:t>Vermont Dam Inventory for dams in and upstream of the town.</w:t>
      </w:r>
    </w:p>
    <w:p>
      <w:pPr>
        <w:pStyle w:val="ListBullet"/>
        <w:spacing w:after="20"/>
      </w:pPr>
      <w:r>
        <w:rPr/>
        <w:t xml:space="preserve">Vermont Emergency Management (VEM) hazard mitigation planning resources and the 2023 Vermont State Hazard Mitigation Plan. </w:t>
      </w:r>
      <w:hyperlink r:id="rId14">
        <w:r>
          <w:rPr>
            <w:color w:val="1F4E99"/>
            <w:u w:val="single"/>
          </w:rPr>
          <w:t>https://vem.vermont.gov/hm-planning-resources</w:t>
        </w:r>
      </w:hyperlink>
    </w:p>
    <w:p>
      <w:pPr>
        <w:spacing w:after="40" w:before="0"/>
      </w:pPr>
    </w:p>
    <w:p>
      <w:pPr>
        <w:pStyle w:val="Heading3"/>
        <w:keepNext/>
        <w:spacing w:after="80"/>
      </w:pPr>
      <w:r>
        <w:rPr/>
        <w:t>County-level starter: exposure, expected annual loss and damage since the plan (Orange County, county-level)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Orange County, county-level)"/>
        <w:tblDescription w:val="Hazard Plain table b2ab"/>
      </w:tblPr>
      <w:tblGrid>
        <w:gridCol w:w="1037"/>
        <w:gridCol w:w="1483"/>
        <w:gridCol w:w="1133"/>
        <w:gridCol w:w="1043"/>
        <w:gridCol w:w="1037"/>
        <w:gridCol w:w="1126"/>
        <w:gridCol w:w="957"/>
        <w:gridCol w:w="1050"/>
        <w:gridCol w:w="1187"/>
        <w:gridCol w:w="1086"/>
        <w:gridCol w:w="1086"/>
        <w:gridCol w:w="18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2026-01-14</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886"/>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r>
              <w:rPr>
                <w:sz w:val="16"/>
              </w:rPr>
              <w:t>$128,563</w:t>
            </w:r>
          </w:p>
        </w:tc>
        <w:tc>
          <w:tcPr>
            <w:tcW w:type="dxa" w:w="1133"/>
          </w:tcPr>
          <w:p>
            <w:pPr>
              <w:spacing w:after="0"/>
              <w:jc w:val="right"/>
            </w:pPr>
            <w:r>
              <w:rPr>
                <w:sz w:val="16"/>
              </w:rPr>
              <w:t>n/a</w:t>
            </w:r>
          </w:p>
        </w:tc>
        <w:tc>
          <w:tcPr>
            <w:tcW w:type="dxa" w:w="1043"/>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957"/>
          </w:tcPr>
          <w:p>
            <w:pPr>
              <w:spacing w:after="0"/>
              <w:jc w:val="right"/>
            </w:pPr>
            <w:r>
              <w:rPr>
                <w:sz w:val="16"/>
              </w:rPr>
              <w:t>$225</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Cold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$152</w:t>
            </w:r>
          </w:p>
        </w:tc>
        <w:tc>
          <w:tcPr>
            <w:tcW w:type="dxa" w:w="1126"/>
          </w:tcPr>
          <w:p>
            <w:pPr>
              <w:spacing w:after="0"/>
              <w:jc w:val="right"/>
            </w:pPr>
            <w:r>
              <w:rPr>
                <w:sz w:val="16"/>
              </w:rPr>
              <w:t>$19,956</w:t>
            </w:r>
          </w:p>
        </w:tc>
        <w:tc>
          <w:tcPr>
            <w:tcW w:type="dxa" w:w="957"/>
          </w:tcPr>
          <w:p>
            <w:pPr>
              <w:spacing w:after="0"/>
              <w:jc w:val="right"/>
            </w:pPr>
            <w:r>
              <w:rPr>
                <w:sz w:val="16"/>
              </w:rPr>
              <w:t>$535,186</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$0</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957"/>
          </w:tcPr>
          <w:p>
            <w:pPr>
              <w:spacing w:after="0"/>
              <w:jc w:val="right"/>
            </w:pPr>
            <w:r>
              <w:rPr>
                <w:sz w:val="16"/>
              </w:rPr>
              <w:t>n/a</w:t>
            </w:r>
          </w:p>
        </w:tc>
        <w:tc>
          <w:tcPr>
            <w:tcW w:type="dxa" w:w="1050"/>
          </w:tcPr>
          <w:p>
            <w:pPr>
              <w:spacing w:after="0"/>
              <w:jc w:val="right"/>
            </w:pP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$12,677,462,020</w:t>
            </w:r>
          </w:p>
        </w:tc>
        <w:tc>
          <w:tcPr>
            <w:tcW w:type="dxa" w:w="1133"/>
          </w:tcPr>
          <w:p>
            <w:pPr>
              <w:spacing w:after="0"/>
              <w:jc w:val="right"/>
            </w:pPr>
            <w:r>
              <w:rPr>
                <w:sz w:val="16"/>
              </w:rPr>
              <w:t>n/a</w:t>
            </w:r>
          </w:p>
        </w:tc>
        <w:tc>
          <w:tcPr>
            <w:tcW w:type="dxa" w:w="1043"/>
          </w:tcPr>
          <w:p>
            <w:pPr>
              <w:spacing w:after="0"/>
              <w:jc w:val="right"/>
            </w:pPr>
            <w:r>
              <w:rPr>
                <w:sz w:val="16"/>
              </w:rPr>
              <w:t>29,277</w:t>
            </w:r>
          </w:p>
        </w:tc>
        <w:tc>
          <w:tcPr>
            <w:tcW w:type="dxa" w:w="1037"/>
          </w:tcPr>
          <w:p>
            <w:pPr>
              <w:spacing w:after="0"/>
              <w:jc w:val="right"/>
            </w:pPr>
            <w:r>
              <w:rPr>
                <w:sz w:val="16"/>
              </w:rPr>
              <w:t>$149,099</w:t>
            </w:r>
          </w:p>
        </w:tc>
        <w:tc>
          <w:tcPr>
            <w:tcW w:type="dxa" w:w="1126"/>
          </w:tcPr>
          <w:p>
            <w:pPr>
              <w:spacing w:after="0"/>
              <w:jc w:val="right"/>
            </w:pPr>
            <w:r>
              <w:rPr>
                <w:sz w:val="16"/>
              </w:rPr>
              <w:t>n/a</w:t>
            </w:r>
          </w:p>
        </w:tc>
        <w:tc>
          <w:tcPr>
            <w:tcW w:type="dxa" w:w="957"/>
          </w:tcPr>
          <w:p>
            <w:pPr>
              <w:spacing w:after="0"/>
              <w:jc w:val="right"/>
            </w:pPr>
            <w:r>
              <w:rPr>
                <w:sz w:val="16"/>
              </w:rPr>
              <w:t>$20,161</w:t>
            </w:r>
          </w:p>
        </w:tc>
        <w:tc>
          <w:tcPr>
            <w:tcW w:type="dxa" w:w="1050"/>
          </w:tcPr>
          <w:p>
            <w:pPr>
              <w:spacing w:after="0"/>
              <w:jc w:val="right"/>
            </w:pPr>
            <w:r>
              <w:rPr>
                <w:sz w:val="16"/>
              </w:rPr>
              <w:t>0.00118%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$2,440</w:t>
            </w:r>
          </w:p>
        </w:tc>
        <w:tc>
          <w:tcPr>
            <w:tcW w:type="dxa" w:w="1126"/>
          </w:tcPr>
          <w:p>
            <w:pPr>
              <w:spacing w:after="0"/>
              <w:jc w:val="right"/>
            </w:pPr>
            <w:r>
              <w:rPr>
                <w:sz w:val="16"/>
              </w:rPr>
              <w:t>$6,547</w:t>
            </w:r>
          </w:p>
        </w:tc>
        <w:tc>
          <w:tcPr>
            <w:tcW w:type="dxa" w:w="957"/>
          </w:tcPr>
          <w:p>
            <w:pPr>
              <w:spacing w:after="0"/>
              <w:jc w:val="right"/>
            </w:pPr>
            <w:r>
              <w:rPr>
                <w:sz w:val="16"/>
              </w:rPr>
              <w:t>$27,908</w:t>
            </w:r>
          </w:p>
        </w:tc>
        <w:tc>
          <w:tcPr>
            <w:tcW w:type="dxa" w:w="1050"/>
          </w:tcPr>
          <w:p>
            <w:pPr>
              <w:spacing w:after="0"/>
              <w:jc w:val="right"/>
            </w:pPr>
            <w:r>
              <w:rPr>
                <w:sz w:val="16"/>
              </w:rPr>
              <w:t>under 0.0001%</w:t>
            </w:r>
          </w:p>
        </w:tc>
        <w:tc>
          <w:tcPr>
            <w:tcW w:type="dxa" w:w="1187"/>
          </w:tcPr>
          <w:p>
            <w:pPr>
              <w:spacing w:after="0"/>
              <w:jc w:val="right"/>
            </w:pPr>
            <w:r>
              <w:rPr>
                <w:sz w:val="16"/>
              </w:rPr>
              <w:t>$50,000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under $1</w:t>
            </w:r>
          </w:p>
        </w:tc>
        <w:tc>
          <w:tcPr>
            <w:tcW w:type="dxa" w:w="1126"/>
          </w:tcPr>
          <w:p>
            <w:pPr>
              <w:spacing w:after="0"/>
              <w:jc w:val="right"/>
            </w:pPr>
            <w:r>
              <w:rPr>
                <w:sz w:val="16"/>
              </w:rPr>
              <w:t>$97,358</w:t>
            </w:r>
          </w:p>
        </w:tc>
        <w:tc>
          <w:tcPr>
            <w:tcW w:type="dxa" w:w="957"/>
          </w:tcPr>
          <w:p>
            <w:pPr>
              <w:spacing w:after="0"/>
              <w:jc w:val="right"/>
            </w:pPr>
            <w:r>
              <w:rPr>
                <w:sz w:val="16"/>
              </w:rPr>
              <w:t>$152,844</w:t>
            </w:r>
          </w:p>
        </w:tc>
        <w:tc>
          <w:tcPr>
            <w:tcW w:type="dxa" w:w="1050"/>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$7,566,749,821</w:t>
            </w:r>
          </w:p>
        </w:tc>
        <w:tc>
          <w:tcPr>
            <w:tcW w:type="dxa" w:w="1133"/>
          </w:tcPr>
          <w:p>
            <w:pPr>
              <w:spacing w:after="0"/>
              <w:jc w:val="right"/>
            </w:pPr>
            <w:r>
              <w:rPr>
                <w:sz w:val="16"/>
              </w:rPr>
              <w:t>$70,808,663</w:t>
            </w:r>
          </w:p>
        </w:tc>
        <w:tc>
          <w:tcPr>
            <w:tcW w:type="dxa" w:w="1043"/>
          </w:tcPr>
          <w:p>
            <w:pPr>
              <w:spacing w:after="0"/>
              <w:jc w:val="right"/>
            </w:pPr>
            <w:r>
              <w:rPr>
                <w:sz w:val="16"/>
              </w:rPr>
              <w:t>29,246</w:t>
            </w:r>
          </w:p>
        </w:tc>
        <w:tc>
          <w:tcPr>
            <w:tcW w:type="dxa" w:w="1037"/>
          </w:tcPr>
          <w:p>
            <w:pPr>
              <w:spacing w:after="0"/>
              <w:jc w:val="right"/>
            </w:pPr>
            <w:r>
              <w:rPr>
                <w:sz w:val="16"/>
              </w:rPr>
              <w:t>$360,841</w:t>
            </w:r>
          </w:p>
        </w:tc>
        <w:tc>
          <w:tcPr>
            <w:tcW w:type="dxa" w:w="1126"/>
          </w:tcPr>
          <w:p>
            <w:pPr>
              <w:spacing w:after="0"/>
              <w:jc w:val="right"/>
            </w:pPr>
            <w:r>
              <w:rPr>
                <w:sz w:val="16"/>
              </w:rPr>
              <w:t>$96,127</w:t>
            </w:r>
          </w:p>
        </w:tc>
        <w:tc>
          <w:tcPr>
            <w:tcW w:type="dxa" w:w="957"/>
          </w:tcPr>
          <w:p>
            <w:pPr>
              <w:spacing w:after="0"/>
              <w:jc w:val="right"/>
            </w:pPr>
            <w:r>
              <w:rPr>
                <w:sz w:val="16"/>
              </w:rPr>
              <w:t>$14,705</w:t>
            </w:r>
          </w:p>
        </w:tc>
        <w:tc>
          <w:tcPr>
            <w:tcW w:type="dxa" w:w="1050"/>
          </w:tcPr>
          <w:p>
            <w:pPr>
              <w:spacing w:after="0"/>
              <w:jc w:val="right"/>
            </w:pPr>
            <w:r>
              <w:rPr>
                <w:sz w:val="16"/>
              </w:rPr>
              <w:t>0.00477%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$60,996</w:t>
            </w:r>
          </w:p>
        </w:tc>
        <w:tc>
          <w:tcPr>
            <w:tcW w:type="dxa" w:w="1126"/>
          </w:tcPr>
          <w:p>
            <w:pPr>
              <w:spacing w:after="0"/>
              <w:jc w:val="right"/>
            </w:pPr>
            <w:r>
              <w:rPr>
                <w:sz w:val="16"/>
              </w:rPr>
              <w:t>n/a</w:t>
            </w:r>
          </w:p>
        </w:tc>
        <w:tc>
          <w:tcPr>
            <w:tcW w:type="dxa" w:w="957"/>
          </w:tcPr>
          <w:p>
            <w:pPr>
              <w:spacing w:after="0"/>
              <w:jc w:val="right"/>
            </w:pPr>
            <w:r>
              <w:rPr>
                <w:sz w:val="16"/>
              </w:rPr>
              <w:t>$5,886</w:t>
            </w:r>
          </w:p>
        </w:tc>
        <w:tc>
          <w:tcPr>
            <w:tcW w:type="dxa" w:w="1050"/>
          </w:tcPr>
          <w:p>
            <w:pPr>
              <w:spacing w:after="0"/>
              <w:jc w:val="right"/>
            </w:pPr>
            <w:r>
              <w:rPr>
                <w:sz w:val="16"/>
              </w:rPr>
              <w:t>0.000806%</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$7,540,282,838</w:t>
            </w:r>
          </w:p>
        </w:tc>
        <w:tc>
          <w:tcPr>
            <w:tcW w:type="dxa" w:w="1133"/>
          </w:tcPr>
          <w:p>
            <w:pPr>
              <w:spacing w:after="0"/>
              <w:jc w:val="right"/>
            </w:pPr>
            <w:r>
              <w:rPr>
                <w:sz w:val="16"/>
              </w:rPr>
              <w:t>$9,110,060</w:t>
            </w:r>
          </w:p>
        </w:tc>
        <w:tc>
          <w:tcPr>
            <w:tcW w:type="dxa" w:w="1043"/>
          </w:tcPr>
          <w:p>
            <w:pPr>
              <w:spacing w:after="0"/>
              <w:jc w:val="right"/>
            </w:pPr>
            <w:r>
              <w:rPr>
                <w:sz w:val="16"/>
              </w:rPr>
              <w:t>1,066</w:t>
            </w:r>
          </w:p>
        </w:tc>
        <w:tc>
          <w:tcPr>
            <w:tcW w:type="dxa" w:w="1037"/>
          </w:tcPr>
          <w:p>
            <w:pPr>
              <w:spacing w:after="0"/>
              <w:jc w:val="right"/>
            </w:pPr>
            <w:r>
              <w:rPr>
                <w:sz w:val="16"/>
              </w:rPr>
              <w:t>$8,421,979</w:t>
            </w:r>
          </w:p>
        </w:tc>
        <w:tc>
          <w:tcPr>
            <w:tcW w:type="dxa" w:w="1126"/>
          </w:tcPr>
          <w:p>
            <w:pPr>
              <w:spacing w:after="0"/>
              <w:jc w:val="right"/>
            </w:pPr>
            <w:r>
              <w:rPr>
                <w:sz w:val="16"/>
              </w:rPr>
              <w:t>$69,841</w:t>
            </w:r>
          </w:p>
        </w:tc>
        <w:tc>
          <w:tcPr>
            <w:tcW w:type="dxa" w:w="957"/>
          </w:tcPr>
          <w:p>
            <w:pPr>
              <w:spacing w:after="0"/>
              <w:jc w:val="right"/>
            </w:pPr>
            <w:r>
              <w:rPr>
                <w:sz w:val="16"/>
              </w:rPr>
              <w:t>$60,973</w:t>
            </w:r>
          </w:p>
        </w:tc>
        <w:tc>
          <w:tcPr>
            <w:tcW w:type="dxa" w:w="1050"/>
          </w:tcPr>
          <w:p>
            <w:pPr>
              <w:spacing w:after="0"/>
              <w:jc w:val="right"/>
            </w:pPr>
            <w:r>
              <w:rPr>
                <w:sz w:val="16"/>
              </w:rPr>
              <w:t>n/a (see note)</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$877,981,907</w:t>
            </w:r>
          </w:p>
        </w:tc>
        <w:tc>
          <w:tcPr>
            <w:tcW w:type="dxa" w:w="1133"/>
          </w:tcPr>
          <w:p>
            <w:pPr>
              <w:spacing w:after="0"/>
              <w:jc w:val="right"/>
            </w:pPr>
            <w:r>
              <w:rPr>
                <w:sz w:val="16"/>
              </w:rPr>
              <w:t>n/a</w:t>
            </w:r>
          </w:p>
        </w:tc>
        <w:tc>
          <w:tcPr>
            <w:tcW w:type="dxa" w:w="1043"/>
          </w:tcPr>
          <w:p>
            <w:pPr>
              <w:spacing w:after="0"/>
              <w:jc w:val="right"/>
            </w:pPr>
            <w:r>
              <w:rPr>
                <w:sz w:val="16"/>
              </w:rPr>
              <w:t>3,594</w:t>
            </w:r>
          </w:p>
        </w:tc>
        <w:tc>
          <w:tcPr>
            <w:tcW w:type="dxa" w:w="1037"/>
          </w:tcPr>
          <w:p>
            <w:pPr>
              <w:spacing w:after="0"/>
              <w:jc w:val="right"/>
            </w:pPr>
            <w:r>
              <w:rPr>
                <w:sz w:val="16"/>
              </w:rPr>
              <w:t>$14,108</w:t>
            </w:r>
          </w:p>
        </w:tc>
        <w:tc>
          <w:tcPr>
            <w:tcW w:type="dxa" w:w="1126"/>
          </w:tcPr>
          <w:p>
            <w:pPr>
              <w:spacing w:after="0"/>
              <w:jc w:val="right"/>
            </w:pPr>
            <w:r>
              <w:rPr>
                <w:sz w:val="16"/>
              </w:rPr>
              <w:t>n/a</w:t>
            </w:r>
          </w:p>
        </w:tc>
        <w:tc>
          <w:tcPr>
            <w:tcW w:type="dxa" w:w="957"/>
          </w:tcPr>
          <w:p>
            <w:pPr>
              <w:spacing w:after="0"/>
              <w:jc w:val="right"/>
            </w:pPr>
            <w:r>
              <w:rPr>
                <w:sz w:val="16"/>
              </w:rPr>
              <w:t>$16,190</w:t>
            </w:r>
          </w:p>
        </w:tc>
        <w:tc>
          <w:tcPr>
            <w:tcW w:type="dxa" w:w="1050"/>
          </w:tcPr>
          <w:p>
            <w:pPr>
              <w:spacing w:after="0"/>
              <w:jc w:val="right"/>
            </w:pPr>
            <w:r>
              <w:rPr>
                <w:sz w:val="16"/>
              </w:rPr>
              <w:t>0.00161%</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$7,569,552,891</w:t>
            </w:r>
          </w:p>
        </w:tc>
        <w:tc>
          <w:tcPr>
            <w:tcW w:type="dxa" w:w="1133"/>
          </w:tcPr>
          <w:p>
            <w:pPr>
              <w:spacing w:after="0"/>
              <w:jc w:val="right"/>
            </w:pPr>
            <w:r>
              <w:rPr>
                <w:sz w:val="16"/>
              </w:rPr>
              <w:t>n/a</w:t>
            </w:r>
          </w:p>
        </w:tc>
        <w:tc>
          <w:tcPr>
            <w:tcW w:type="dxa" w:w="1043"/>
          </w:tcPr>
          <w:p>
            <w:pPr>
              <w:spacing w:after="0"/>
              <w:jc w:val="right"/>
            </w:pPr>
            <w:r>
              <w:rPr>
                <w:sz w:val="16"/>
              </w:rPr>
              <w:t>29,274</w:t>
            </w:r>
          </w:p>
        </w:tc>
        <w:tc>
          <w:tcPr>
            <w:tcW w:type="dxa" w:w="1037"/>
          </w:tcPr>
          <w:p>
            <w:pPr>
              <w:spacing w:after="0"/>
              <w:jc w:val="right"/>
            </w:pPr>
            <w:r>
              <w:rPr>
                <w:sz w:val="16"/>
              </w:rPr>
              <w:t>$16,475</w:t>
            </w:r>
          </w:p>
        </w:tc>
        <w:tc>
          <w:tcPr>
            <w:tcW w:type="dxa" w:w="1126"/>
          </w:tcPr>
          <w:p>
            <w:pPr>
              <w:spacing w:after="0"/>
              <w:jc w:val="right"/>
            </w:pPr>
            <w:r>
              <w:rPr>
                <w:sz w:val="16"/>
              </w:rPr>
              <w:t>n/a</w:t>
            </w:r>
          </w:p>
        </w:tc>
        <w:tc>
          <w:tcPr>
            <w:tcW w:type="dxa" w:w="957"/>
          </w:tcPr>
          <w:p>
            <w:pPr>
              <w:spacing w:after="0"/>
              <w:jc w:val="right"/>
            </w:pPr>
            <w:r>
              <w:rPr>
                <w:sz w:val="16"/>
              </w:rPr>
              <w:t>$489,286</w:t>
            </w:r>
          </w:p>
        </w:tc>
        <w:tc>
          <w:tcPr>
            <w:tcW w:type="dxa" w:w="1050"/>
          </w:tcPr>
          <w:p>
            <w:pPr>
              <w:spacing w:after="0"/>
              <w:jc w:val="right"/>
            </w:pPr>
            <w:r>
              <w:rPr>
                <w:sz w:val="16"/>
              </w:rPr>
              <w:t>0.000218%</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$131,929</w:t>
            </w:r>
          </w:p>
        </w:tc>
        <w:tc>
          <w:tcPr>
            <w:tcW w:type="dxa" w:w="1126"/>
          </w:tcPr>
          <w:p>
            <w:pPr>
              <w:spacing w:after="0"/>
              <w:jc w:val="right"/>
            </w:pPr>
            <w:r>
              <w:rPr>
                <w:sz w:val="16"/>
              </w:rPr>
              <w:t>$8,018</w:t>
            </w:r>
          </w:p>
        </w:tc>
        <w:tc>
          <w:tcPr>
            <w:tcW w:type="dxa" w:w="957"/>
          </w:tcPr>
          <w:p>
            <w:pPr>
              <w:spacing w:after="0"/>
              <w:jc w:val="right"/>
            </w:pPr>
            <w:r>
              <w:rPr>
                <w:sz w:val="16"/>
              </w:rPr>
              <w:t>$161,478</w:t>
            </w:r>
          </w:p>
        </w:tc>
        <w:tc>
          <w:tcPr>
            <w:tcW w:type="dxa" w:w="1050"/>
          </w:tcPr>
          <w:p>
            <w:pPr>
              <w:spacing w:after="0"/>
              <w:jc w:val="right"/>
            </w:pPr>
            <w:r>
              <w:rPr>
                <w:sz w:val="16"/>
              </w:rPr>
              <w:t>0.00174%</w:t>
            </w:r>
          </w:p>
        </w:tc>
        <w:tc>
          <w:tcPr>
            <w:tcW w:type="dxa" w:w="1187"/>
          </w:tcPr>
          <w:p>
            <w:pPr>
              <w:spacing w:after="0"/>
              <w:jc w:val="right"/>
            </w:pPr>
            <w:r>
              <w:rPr>
                <w:sz w:val="16"/>
              </w:rPr>
              <w:t>$105,000</w:t>
            </w:r>
          </w:p>
        </w:tc>
        <w:tc>
          <w:tcPr>
            <w:tcW w:type="dxa" w:w="1086"/>
          </w:tcPr>
          <w:p>
            <w:pPr>
              <w:spacing w:after="0"/>
              <w:jc w:val="right"/>
            </w:pPr>
            <w:r>
              <w:rPr>
                <w:sz w:val="16"/>
              </w:rPr>
              <w:t>$10,000</w:t>
            </w:r>
          </w:p>
        </w:tc>
        <w:tc>
          <w:tcPr>
            <w:tcW w:type="dxa" w:w="1086"/>
          </w:tcPr>
          <w:p>
            <w:pPr>
              <w:spacing w:after="0"/>
              <w:jc w:val="right"/>
            </w:pPr>
          </w:p>
        </w:tc>
        <w:tc>
          <w:tcPr>
            <w:tcW w:type="dxa" w:w="1886"/>
          </w:tcPr>
          <w:p>
            <w:pPr>
              <w:spacing w:after="0"/>
              <w:jc w:val="left"/>
            </w:pPr>
            <w:r>
              <w:rPr>
                <w:sz w:val="16"/>
              </w:rPr>
              <w:t>Storm Events damage since the plan includes 1 zone-level Strong Wind record ($10,000): a NOAA non-thunderstorm wind type, outside NRI's Strong Wind definition.</w:t>
            </w:r>
          </w:p>
        </w:tc>
      </w:tr>
      <w:tr>
        <w:trPr>
          <w:cantSplit/>
        </w:trPr>
        <w:tc>
          <w:tcPr>
            <w:tcW w:type="dxa" w:w="1037"/>
          </w:tcPr>
          <w:p>
            <w:pPr>
              <w:spacing w:after="0"/>
              <w:jc w:val="left"/>
            </w:pPr>
            <w:r>
              <w:rPr>
                <w:sz w:val="16"/>
              </w:rPr>
              <w:t>Tornado</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$61,473</w:t>
            </w:r>
          </w:p>
        </w:tc>
        <w:tc>
          <w:tcPr>
            <w:tcW w:type="dxa" w:w="1126"/>
          </w:tcPr>
          <w:p>
            <w:pPr>
              <w:spacing w:after="0"/>
              <w:jc w:val="right"/>
            </w:pPr>
            <w:r>
              <w:rPr>
                <w:sz w:val="16"/>
              </w:rPr>
              <w:t>$292</w:t>
            </w:r>
          </w:p>
        </w:tc>
        <w:tc>
          <w:tcPr>
            <w:tcW w:type="dxa" w:w="957"/>
          </w:tcPr>
          <w:p>
            <w:pPr>
              <w:spacing w:after="0"/>
              <w:jc w:val="right"/>
            </w:pPr>
            <w:r>
              <w:rPr>
                <w:sz w:val="16"/>
              </w:rPr>
              <w:t>$81,463</w:t>
            </w:r>
          </w:p>
        </w:tc>
        <w:tc>
          <w:tcPr>
            <w:tcW w:type="dxa" w:w="1050"/>
          </w:tcPr>
          <w:p>
            <w:pPr>
              <w:spacing w:after="0"/>
              <w:jc w:val="right"/>
            </w:pPr>
            <w:r>
              <w:rPr>
                <w:sz w:val="16"/>
              </w:rPr>
              <w:t>0.000812%</w:t>
            </w:r>
          </w:p>
        </w:tc>
        <w:tc>
          <w:tcPr>
            <w:tcW w:type="dxa" w:w="1187"/>
          </w:tcPr>
          <w:p>
            <w:pPr>
              <w:spacing w:after="0"/>
              <w:jc w:val="right"/>
            </w:pPr>
            <w:r>
              <w:rPr>
                <w:sz w:val="16"/>
              </w:rPr>
              <w:t>$150,000</w:t>
            </w: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$5,504,944,857</w:t>
            </w:r>
          </w:p>
        </w:tc>
        <w:tc>
          <w:tcPr>
            <w:tcW w:type="dxa" w:w="1133"/>
          </w:tcPr>
          <w:p>
            <w:pPr>
              <w:spacing w:after="0"/>
              <w:jc w:val="right"/>
            </w:pPr>
            <w:r>
              <w:rPr>
                <w:sz w:val="16"/>
              </w:rPr>
              <w:t>$56,519,109</w:t>
            </w:r>
          </w:p>
        </w:tc>
        <w:tc>
          <w:tcPr>
            <w:tcW w:type="dxa" w:w="1043"/>
          </w:tcPr>
          <w:p>
            <w:pPr>
              <w:spacing w:after="0"/>
              <w:jc w:val="right"/>
            </w:pPr>
            <w:r>
              <w:rPr>
                <w:sz w:val="16"/>
              </w:rPr>
              <w:t>21,997</w:t>
            </w:r>
          </w:p>
        </w:tc>
        <w:tc>
          <w:tcPr>
            <w:tcW w:type="dxa" w:w="1037"/>
          </w:tcPr>
          <w:p>
            <w:pPr>
              <w:spacing w:after="0"/>
              <w:jc w:val="right"/>
            </w:pPr>
            <w:r>
              <w:rPr>
                <w:sz w:val="16"/>
              </w:rPr>
              <w:t>$6,994</w:t>
            </w:r>
          </w:p>
        </w:tc>
        <w:tc>
          <w:tcPr>
            <w:tcW w:type="dxa" w:w="1126"/>
          </w:tcPr>
          <w:p>
            <w:pPr>
              <w:spacing w:after="0"/>
              <w:jc w:val="right"/>
            </w:pPr>
            <w:r>
              <w:rPr>
                <w:sz w:val="16"/>
              </w:rPr>
              <w:t>$9</w:t>
            </w:r>
          </w:p>
        </w:tc>
        <w:tc>
          <w:tcPr>
            <w:tcW w:type="dxa" w:w="957"/>
          </w:tcPr>
          <w:p>
            <w:pPr>
              <w:spacing w:after="0"/>
              <w:jc w:val="right"/>
            </w:pPr>
            <w:r>
              <w:rPr>
                <w:sz w:val="16"/>
              </w:rPr>
              <w:t>$741</w:t>
            </w:r>
          </w:p>
        </w:tc>
        <w:tc>
          <w:tcPr>
            <w:tcW w:type="dxa" w:w="1050"/>
          </w:tcPr>
          <w:p>
            <w:pPr>
              <w:spacing w:after="0"/>
              <w:jc w:val="right"/>
            </w:pPr>
            <w:r>
              <w:rPr>
                <w:sz w:val="16"/>
              </w:rPr>
              <w:t>0.000127%</w:t>
            </w:r>
          </w:p>
        </w:tc>
        <w:tc>
          <w:tcPr>
            <w:tcW w:type="dxa" w:w="1187"/>
          </w:tcPr>
          <w:p>
            <w:pPr>
              <w:spacing w:after="0"/>
              <w:jc w:val="right"/>
            </w:pPr>
          </w:p>
        </w:tc>
        <w:tc>
          <w:tcPr>
            <w:tcW w:type="dxa" w:w="1086"/>
          </w:tcPr>
          <w:p>
            <w:pPr>
              <w:spacing w:after="0"/>
              <w:jc w:val="right"/>
            </w:pPr>
          </w:p>
        </w:tc>
        <w:tc>
          <w:tcPr>
            <w:tcW w:type="dxa" w:w="1086"/>
          </w:tcPr>
          <w:p>
            <w:pPr>
              <w:spacing w:after="0"/>
              <w:jc w:val="right"/>
            </w:pPr>
          </w:p>
        </w:tc>
        <w:tc>
          <w:tcPr>
            <w:tcW w:type="dxa" w:w="18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$7,569,552,891</w:t>
            </w:r>
          </w:p>
        </w:tc>
        <w:tc>
          <w:tcPr>
            <w:tcW w:type="dxa" w:w="1133"/>
          </w:tcPr>
          <w:p>
            <w:pPr>
              <w:spacing w:after="0"/>
              <w:jc w:val="right"/>
            </w:pPr>
            <w:r>
              <w:rPr>
                <w:sz w:val="16"/>
              </w:rPr>
              <w:t>$70,891,093</w:t>
            </w:r>
          </w:p>
        </w:tc>
        <w:tc>
          <w:tcPr>
            <w:tcW w:type="dxa" w:w="1043"/>
          </w:tcPr>
          <w:p>
            <w:pPr>
              <w:spacing w:after="0"/>
              <w:jc w:val="right"/>
            </w:pPr>
            <w:r>
              <w:rPr>
                <w:sz w:val="16"/>
              </w:rPr>
              <w:t>29,274</w:t>
            </w:r>
          </w:p>
        </w:tc>
        <w:tc>
          <w:tcPr>
            <w:tcW w:type="dxa" w:w="1037"/>
          </w:tcPr>
          <w:p>
            <w:pPr>
              <w:spacing w:after="0"/>
              <w:jc w:val="right"/>
            </w:pPr>
            <w:r>
              <w:rPr>
                <w:sz w:val="16"/>
              </w:rPr>
              <w:t>$64,213</w:t>
            </w:r>
          </w:p>
        </w:tc>
        <w:tc>
          <w:tcPr>
            <w:tcW w:type="dxa" w:w="1126"/>
          </w:tcPr>
          <w:p>
            <w:pPr>
              <w:spacing w:after="0"/>
              <w:jc w:val="right"/>
            </w:pPr>
            <w:r>
              <w:rPr>
                <w:sz w:val="16"/>
              </w:rPr>
              <w:t>$88</w:t>
            </w:r>
          </w:p>
        </w:tc>
        <w:tc>
          <w:tcPr>
            <w:tcW w:type="dxa" w:w="957"/>
          </w:tcPr>
          <w:p>
            <w:pPr>
              <w:spacing w:after="0"/>
              <w:jc w:val="right"/>
            </w:pPr>
            <w:r>
              <w:rPr>
                <w:sz w:val="16"/>
              </w:rPr>
              <w:t>$28,947</w:t>
            </w:r>
          </w:p>
        </w:tc>
        <w:tc>
          <w:tcPr>
            <w:tcW w:type="dxa" w:w="1050"/>
          </w:tcPr>
          <w:p>
            <w:pPr>
              <w:spacing w:after="0"/>
              <w:jc w:val="right"/>
            </w:pPr>
            <w:r>
              <w:rPr>
                <w:sz w:val="16"/>
              </w:rPr>
              <w:t>0.000848%</w:t>
            </w:r>
          </w:p>
        </w:tc>
        <w:tc>
          <w:tcPr>
            <w:tcW w:type="dxa" w:w="1187"/>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2026-01-14 (Storm Events through 2026-06-30): 5 county-coded records, 5 with a damage value recorded (including $0), $305,000; 7 zone-level records, 7 with a damage value recorded (including $0), $10,000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rPr>
        <w:t>County-level: Orange County.</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29,274</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$7,569,552,891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$70,891,093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$9,588,933</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$1,595,992</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Orange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Orange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5</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1</w:t>
            </w:r>
          </w:p>
        </w:tc>
        <w:tc>
          <w:tcPr>
            <w:tcW w:type="dxa" w:w="1511"/>
          </w:tcPr>
          <w:p>
            <w:pPr>
              <w:spacing w:after="0"/>
              <w:jc w:val="right"/>
            </w:pPr>
            <w:r>
              <w:rPr>
                <w:sz w:val="16"/>
              </w:rPr>
              <w:t>5</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Chelsea town</w:t>
            </w:r>
          </w:p>
        </w:tc>
        <w:tc>
          <w:tcPr>
            <w:tcW w:type="dxa" w:w="1511"/>
          </w:tcPr>
          <w:p>
            <w:pPr>
              <w:spacing w:after="0"/>
              <w:jc w:val="right"/>
            </w:pPr>
            <w:r>
              <w:rPr>
                <w:sz w:val="16"/>
              </w:rPr>
              <w:t>1</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1</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of which: Williamstown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of which: Topsham town</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Vershire town</w:t>
            </w:r>
          </w:p>
        </w:tc>
        <w:tc>
          <w:tcPr>
            <w:tcW w:type="dxa" w:w="1636"/>
          </w:tcPr>
          <w:p>
            <w:pPr>
              <w:spacing w:after="0"/>
              <w:jc w:val="left"/>
            </w:pPr>
            <w:r>
              <w:rPr>
                <w:sz w:val="16"/>
              </w:rPr>
              <w:t>500242</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1</w:t>
            </w:r>
          </w:p>
        </w:tc>
        <w:tc>
          <w:tcPr>
            <w:tcW w:type="dxa" w:w="1496"/>
          </w:tcPr>
          <w:p>
            <w:pPr>
              <w:spacing w:after="0"/>
              <w:jc w:val="right"/>
            </w:pPr>
            <w:r>
              <w:rPr>
                <w:sz w:val="16"/>
              </w:rPr>
              <w:t>5</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4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Vershire town, VT: risk-assessment baseline packet, release 2026-10 (data as of 2026-09-30; Town FIPS 5001774950). Automated baseline. </w:t>
      </w:r>
      <w:hyperlink r:id="rId16">
        <w:r>
          <w:rPr>
            <w:color w:val="1F4E99"/>
            <w:sz w:val="17"/>
            <w:u w:val="single"/>
          </w:rPr>
          <w:t>https://hazardplain.org/vt/5001774950/</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hazard-plain_2026-10_VT_5001774950.docx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Vershire town, VT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vem.vermont.gov/hm-planning-resources"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vt/5001774950/"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Vershire town, VT: Risk-assessment baseline packet</dc:title>
  <dc:subject>Hazard Plain release 2026-10, as of 2026-09-30. Automated baseline</dc:subject>
  <dc:creator>Hazard Plain</dc:creator>
  <cp:keywords>Hazard Plain; hazard mitigation; risk assessment; 5001774950</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