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Waterville town, VT</w:t>
      </w:r>
    </w:p>
    <w:p>
      <w:pPr>
        <w:spacing w:after="120" w:before="0"/>
      </w:pPr>
      <w:r>
        <w:rPr>
          <w:color w:val="555555"/>
          <w:sz w:val="24"/>
        </w:rPr>
        <w:t>Risk-assessment baseline packet (county-level sections from Lamoille County)</w:t>
      </w:r>
    </w:p>
    <w:p>
      <w:pPr>
        <w:spacing w:after="120" w:before="0"/>
      </w:pPr>
      <w:r>
        <w:rPr>
          <w:b/>
          <w:sz w:val="18"/>
        </w:rPr>
        <w:t xml:space="preserve">Unit: </w:t>
      </w:r>
      <w:r>
        <w:rPr>
          <w:sz w:val="18"/>
        </w:rPr>
        <w:t>Vermont town 5001577425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2027-08-29</w:t>
      </w:r>
    </w:p>
    <w:p>
      <w:pPr>
        <w:keepNext/>
        <w:spacing w:after="40" w:before="0"/>
      </w:pPr>
      <w:r>
        <w:rPr>
          <w:b/>
        </w:rPr>
        <w:t xml:space="preserve">Plan: </w:t>
      </w:r>
      <w:r>
        <w:rPr/>
        <w:t>Town of Waterville Local Hazard Mitigation Plan 2022-2027 (FEMA plan 108511)</w:t>
      </w:r>
    </w:p>
    <w:p>
      <w:pPr>
        <w:keepNext/>
        <w:spacing w:after="40" w:before="0"/>
      </w:pPr>
      <w:r>
        <w:rPr>
          <w:b/>
        </w:rPr>
        <w:t xml:space="preserve">Approved: </w:t>
      </w:r>
      <w:r>
        <w:rPr/>
        <w:t>2022-08-30</w:t>
      </w:r>
    </w:p>
    <w:p>
      <w:pPr>
        <w:keepNext/>
        <w:spacing w:after="40" w:before="0"/>
      </w:pPr>
      <w:r>
        <w:rPr>
          <w:b/>
        </w:rPr>
        <w:t xml:space="preserve">Expires: </w:t>
      </w:r>
      <w:r>
        <w:rPr/>
        <w:t>2027-08-29</w:t>
      </w:r>
    </w:p>
    <w:p>
      <w:pPr>
        <w:keepNext/>
        <w:spacing w:after="40" w:before="0"/>
      </w:pPr>
      <w:r>
        <w:rPr>
          <w:b/>
        </w:rPr>
        <w:t xml:space="preserve">As of: </w:t>
      </w:r>
      <w:r>
        <w:rPr/>
        <w:t>2026-09-28</w:t>
      </w:r>
    </w:p>
    <w:p>
      <w:pPr>
        <w:keepNext/>
        <w:spacing w:after="40" w:before="0"/>
      </w:pPr>
      <w:r>
        <w:rPr>
          <w:b/>
        </w:rPr>
        <w:t xml:space="preserve">Days: </w:t>
      </w:r>
      <w:r>
        <w:rPr/>
        <w:t>335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2022-08-30)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DR-4695-VT, EM-3595-VT, DR-4720-VT, DR-4762-VT, DR-4770-VT, EM-3609-VT, DR-4810-VT, DR-4816-VT (8 declaration rows; 7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(Lamoille County, county-level): </w:t>
      </w:r>
      <w:r>
        <w:rPr/>
        <w:t>73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782"/>
        <w:gridCol w:w="779"/>
        <w:gridCol w:w="3177"/>
        <w:gridCol w:w="2891"/>
        <w:gridCol w:w="1246"/>
        <w:gridCol w:w="1246"/>
        <w:gridCol w:w="1074"/>
        <w:gridCol w:w="1139"/>
        <w:gridCol w:w="779"/>
      </w:tblGrid>
      <w:tr>
        <w:trPr>
          <w:cantSplit/>
          <w:tblHeader/>
        </w:trPr>
        <w:tc>
          <w:tcPr>
            <w:tcW w:type="dxa" w:w="1782"/>
            <w:shd w:val="clear" w:color="auto" w:fill="E8E8E8"/>
          </w:tcPr>
          <w:p>
            <w:pPr>
              <w:spacing w:after="0"/>
              <w:jc w:val="left"/>
            </w:pPr>
            <w:r>
              <w:rPr>
                <w:b/>
                <w:sz w:val="16"/>
              </w:rPr>
              <w:t>Jurisdiction</w:t>
            </w:r>
          </w:p>
        </w:tc>
        <w:tc>
          <w:tcPr>
            <w:tcW w:type="dxa" w:w="779"/>
            <w:shd w:val="clear" w:color="auto" w:fill="E8E8E8"/>
          </w:tcPr>
          <w:p>
            <w:pPr>
              <w:spacing w:after="0"/>
              <w:jc w:val="left"/>
            </w:pPr>
            <w:r>
              <w:rPr>
                <w:b/>
                <w:sz w:val="16"/>
              </w:rPr>
              <w:t>Type</w:t>
            </w:r>
          </w:p>
        </w:tc>
        <w:tc>
          <w:tcPr>
            <w:tcW w:type="dxa" w:w="3177"/>
            <w:shd w:val="clear" w:color="auto" w:fill="E8E8E8"/>
          </w:tcPr>
          <w:p>
            <w:pPr>
              <w:spacing w:after="0"/>
              <w:jc w:val="left"/>
            </w:pPr>
            <w:r>
              <w:rPr>
                <w:b/>
                <w:sz w:val="16"/>
              </w:rPr>
              <w:t>Status</w:t>
            </w:r>
          </w:p>
        </w:tc>
        <w:tc>
          <w:tcPr>
            <w:tcW w:type="dxa" w:w="2891"/>
            <w:shd w:val="clear" w:color="auto" w:fill="E8E8E8"/>
          </w:tcPr>
          <w:p>
            <w:pPr>
              <w:spacing w:after="0"/>
              <w:jc w:val="left"/>
            </w:pPr>
            <w:r>
              <w:rPr>
                <w:b/>
                <w:sz w:val="16"/>
              </w:rPr>
              <w:t>Plan</w:t>
            </w:r>
          </w:p>
        </w:tc>
        <w:tc>
          <w:tcPr>
            <w:tcW w:type="dxa" w:w="1246"/>
            <w:shd w:val="clear" w:color="auto" w:fill="E8E8E8"/>
          </w:tcPr>
          <w:p>
            <w:pPr>
              <w:spacing w:after="0"/>
              <w:jc w:val="left"/>
            </w:pPr>
            <w:r>
              <w:rPr>
                <w:b/>
                <w:sz w:val="16"/>
              </w:rPr>
              <w:t>Approved</w:t>
            </w:r>
          </w:p>
        </w:tc>
        <w:tc>
          <w:tcPr>
            <w:tcW w:type="dxa" w:w="1246"/>
            <w:shd w:val="clear" w:color="auto" w:fill="E8E8E8"/>
          </w:tcPr>
          <w:p>
            <w:pPr>
              <w:spacing w:after="0"/>
              <w:jc w:val="left"/>
            </w:pPr>
            <w:r>
              <w:rPr>
                <w:b/>
                <w:sz w:val="16"/>
              </w:rPr>
              <w:t>Expires</w:t>
            </w:r>
          </w:p>
        </w:tc>
        <w:tc>
          <w:tcPr>
            <w:tcW w:type="dxa" w:w="107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39"/>
            <w:shd w:val="clear" w:color="auto" w:fill="E8E8E8"/>
          </w:tcPr>
          <w:p>
            <w:pPr>
              <w:spacing w:after="0"/>
              <w:jc w:val="left"/>
            </w:pPr>
            <w:r>
              <w:rPr>
                <w:b/>
                <w:sz w:val="16"/>
              </w:rPr>
              <w:t>Update underway</w:t>
            </w:r>
          </w:p>
        </w:tc>
        <w:tc>
          <w:tcPr>
            <w:tcW w:type="dxa" w:w="779"/>
            <w:shd w:val="clear" w:color="auto" w:fill="E8E8E8"/>
          </w:tcPr>
          <w:p>
            <w:pPr>
              <w:spacing w:after="0"/>
              <w:jc w:val="left"/>
            </w:pPr>
            <w:r>
              <w:rPr>
                <w:b/>
                <w:sz w:val="16"/>
              </w:rPr>
              <w:t>Notes</w:t>
            </w:r>
          </w:p>
        </w:tc>
      </w:tr>
      <w:tr>
        <w:trPr>
          <w:cantSplit/>
        </w:trPr>
        <w:tc>
          <w:tcPr>
            <w:tcW w:type="dxa" w:w="1782"/>
          </w:tcPr>
          <w:p>
            <w:pPr>
              <w:spacing w:after="0"/>
              <w:jc w:val="left"/>
            </w:pPr>
            <w:r>
              <w:rPr>
                <w:sz w:val="16"/>
              </w:rPr>
              <w:t>Waterville town</w:t>
            </w:r>
          </w:p>
        </w:tc>
        <w:tc>
          <w:tcPr>
            <w:tcW w:type="dxa" w:w="779"/>
          </w:tcPr>
          <w:p>
            <w:pPr>
              <w:spacing w:after="0"/>
              <w:jc w:val="left"/>
            </w:pPr>
            <w:r>
              <w:rPr>
                <w:sz w:val="16"/>
              </w:rPr>
              <w:t>Town</w:t>
            </w:r>
          </w:p>
        </w:tc>
        <w:tc>
          <w:tcPr>
            <w:tcW w:type="dxa" w:w="3177"/>
          </w:tcPr>
          <w:p>
            <w:pPr>
              <w:spacing w:after="0"/>
              <w:jc w:val="left"/>
            </w:pPr>
            <w:r>
              <w:rPr>
                <w:sz w:val="16"/>
              </w:rPr>
              <w:t>Approved, expires 2027-08-29</w:t>
            </w:r>
          </w:p>
        </w:tc>
        <w:tc>
          <w:tcPr>
            <w:tcW w:type="dxa" w:w="2891"/>
          </w:tcPr>
          <w:p>
            <w:pPr>
              <w:spacing w:after="0"/>
              <w:jc w:val="left"/>
            </w:pPr>
            <w:r>
              <w:rPr>
                <w:sz w:val="16"/>
              </w:rPr>
              <w:t>Town of Waterville Local Hazard Mitigation Plan 2022-2027 (FEMA plan 108511)</w:t>
            </w:r>
          </w:p>
        </w:tc>
        <w:tc>
          <w:tcPr>
            <w:tcW w:type="dxa" w:w="1246"/>
          </w:tcPr>
          <w:p>
            <w:pPr>
              <w:spacing w:after="0"/>
              <w:jc w:val="left"/>
            </w:pPr>
            <w:r>
              <w:rPr>
                <w:sz w:val="16"/>
              </w:rPr>
              <w:t>2022-08-30</w:t>
            </w:r>
          </w:p>
        </w:tc>
        <w:tc>
          <w:tcPr>
            <w:tcW w:type="dxa" w:w="1246"/>
          </w:tcPr>
          <w:p>
            <w:pPr>
              <w:spacing w:after="0"/>
              <w:jc w:val="left"/>
            </w:pPr>
            <w:r>
              <w:rPr>
                <w:sz w:val="16"/>
              </w:rPr>
              <w:t>2027-08-29</w:t>
            </w:r>
          </w:p>
        </w:tc>
        <w:tc>
          <w:tcPr>
            <w:tcW w:type="dxa" w:w="1074"/>
          </w:tcPr>
          <w:p>
            <w:pPr>
              <w:spacing w:after="0"/>
              <w:jc w:val="right"/>
            </w:pPr>
            <w:r>
              <w:rPr>
                <w:sz w:val="16"/>
              </w:rPr>
              <w:t>335</w:t>
            </w:r>
          </w:p>
        </w:tc>
        <w:tc>
          <w:tcPr>
            <w:tcW w:type="dxa" w:w="1139"/>
          </w:tcPr>
          <w:p>
            <w:pPr>
              <w:spacing w:after="0"/>
              <w:jc w:val="left"/>
            </w:pPr>
          </w:p>
        </w:tc>
        <w:tc>
          <w:tcPr>
            <w:tcW w:type="dxa" w:w="77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Lamoille County, county-level (county FIPS 50015);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$8,173,199</w:t>
            </w:r>
          </w:p>
        </w:tc>
        <w:tc>
          <w:tcPr>
            <w:tcW w:type="dxa" w:w="1126"/>
          </w:tcPr>
          <w:p>
            <w:pPr>
              <w:spacing w:after="0"/>
              <w:jc w:val="right"/>
            </w:pPr>
            <w:r>
              <w:rPr>
                <w:sz w:val="16"/>
              </w:rPr>
              <w:t>$37,034</w:t>
            </w:r>
          </w:p>
        </w:tc>
        <w:tc>
          <w:tcPr>
            <w:tcW w:type="dxa" w:w="1297"/>
          </w:tcPr>
          <w:p>
            <w:pPr>
              <w:spacing w:after="0"/>
              <w:jc w:val="right"/>
            </w:pPr>
            <w:r>
              <w:rPr>
                <w:sz w:val="16"/>
              </w:rPr>
              <w:t>$59,291</w:t>
            </w:r>
          </w:p>
        </w:tc>
        <w:tc>
          <w:tcPr>
            <w:tcW w:type="dxa" w:w="1111"/>
          </w:tcPr>
          <w:p>
            <w:pPr>
              <w:spacing w:after="0"/>
              <w:jc w:val="right"/>
            </w:pPr>
            <w:r>
              <w:rPr>
                <w:sz w:val="16"/>
              </w:rPr>
              <w:t>$8,269,524</w:t>
            </w:r>
          </w:p>
        </w:tc>
        <w:tc>
          <w:tcPr>
            <w:tcW w:type="dxa" w:w="1199"/>
          </w:tcPr>
          <w:p>
            <w:pPr>
              <w:spacing w:after="0"/>
              <w:jc w:val="right"/>
            </w:pPr>
            <w:r>
              <w:rPr>
                <w:sz w:val="16"/>
              </w:rPr>
              <w:t>60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$269</w:t>
            </w:r>
          </w:p>
        </w:tc>
        <w:tc>
          <w:tcPr>
            <w:tcW w:type="dxa" w:w="1126"/>
          </w:tcPr>
          <w:p>
            <w:pPr>
              <w:spacing w:after="0"/>
              <w:jc w:val="right"/>
            </w:pPr>
            <w:r>
              <w:rPr>
                <w:sz w:val="16"/>
              </w:rPr>
              <w:t>$14,671</w:t>
            </w:r>
          </w:p>
        </w:tc>
        <w:tc>
          <w:tcPr>
            <w:tcW w:type="dxa" w:w="1297"/>
          </w:tcPr>
          <w:p>
            <w:pPr>
              <w:spacing w:after="0"/>
              <w:jc w:val="right"/>
            </w:pPr>
            <w:r>
              <w:rPr>
                <w:sz w:val="16"/>
              </w:rPr>
              <w:t>$547,993</w:t>
            </w:r>
          </w:p>
        </w:tc>
        <w:tc>
          <w:tcPr>
            <w:tcW w:type="dxa" w:w="1111"/>
          </w:tcPr>
          <w:p>
            <w:pPr>
              <w:spacing w:after="0"/>
              <w:jc w:val="right"/>
            </w:pPr>
            <w:r>
              <w:rPr>
                <w:sz w:val="16"/>
              </w:rPr>
              <w:t>$562,932</w:t>
            </w:r>
          </w:p>
        </w:tc>
        <w:tc>
          <w:tcPr>
            <w:tcW w:type="dxa" w:w="1199"/>
          </w:tcPr>
          <w:p>
            <w:pPr>
              <w:spacing w:after="0"/>
              <w:jc w:val="right"/>
            </w:pPr>
            <w:r>
              <w:rPr>
                <w:sz w:val="16"/>
              </w:rPr>
              <w:t>29</w:t>
            </w:r>
          </w:p>
        </w:tc>
        <w:tc>
          <w:tcPr>
            <w:tcW w:type="dxa" w:w="2172"/>
          </w:tcPr>
          <w:p>
            <w:pPr>
              <w:spacing w:after="0"/>
              <w:jc w:val="left"/>
            </w:pPr>
          </w:p>
        </w:tc>
        <w:tc>
          <w:tcPr>
            <w:tcW w:type="dxa" w:w="2080"/>
          </w:tcPr>
          <w:p>
            <w:pPr>
              <w:spacing w:after="0"/>
              <w:jc w:val="left"/>
            </w:pPr>
            <w:r>
              <w:rPr>
                <w:sz w:val="16"/>
              </w:rPr>
              <w:t>Includes 3 Frost/Freeze records,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$347,868</w:t>
            </w:r>
          </w:p>
        </w:tc>
        <w:tc>
          <w:tcPr>
            <w:tcW w:type="dxa" w:w="1126"/>
          </w:tcPr>
          <w:p>
            <w:pPr>
              <w:spacing w:after="0"/>
              <w:jc w:val="right"/>
            </w:pPr>
            <w:r>
              <w:rPr>
                <w:sz w:val="16"/>
              </w:rPr>
              <w:t>$21,601</w:t>
            </w:r>
          </w:p>
        </w:tc>
        <w:tc>
          <w:tcPr>
            <w:tcW w:type="dxa" w:w="1297"/>
          </w:tcPr>
          <w:p>
            <w:pPr>
              <w:spacing w:after="0"/>
              <w:jc w:val="right"/>
            </w:pPr>
            <w:r>
              <w:rPr>
                <w:sz w:val="16"/>
              </w:rPr>
              <w:t>$7,320</w:t>
            </w:r>
          </w:p>
        </w:tc>
        <w:tc>
          <w:tcPr>
            <w:tcW w:type="dxa" w:w="1111"/>
          </w:tcPr>
          <w:p>
            <w:pPr>
              <w:spacing w:after="0"/>
              <w:jc w:val="right"/>
            </w:pPr>
            <w:r>
              <w:rPr>
                <w:sz w:val="16"/>
              </w:rPr>
              <w:t>$376,789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4 times; no Storm Events record of this type.</w:t>
            </w:r>
          </w:p>
        </w:tc>
      </w:tr>
      <w:tr>
        <w:trPr>
          <w:cantSplit/>
        </w:trPr>
        <w:tc>
          <w:tcPr>
            <w:tcW w:type="dxa" w:w="683"/>
          </w:tcPr>
          <w:p>
            <w:pPr>
              <w:spacing w:after="0"/>
              <w:jc w:val="right"/>
            </w:pPr>
            <w:r>
              <w:rPr>
                <w:sz w:val="16"/>
              </w:rPr>
              <w:t>4</w:t>
            </w:r>
          </w:p>
        </w:tc>
        <w:tc>
          <w:tcPr>
            <w:tcW w:type="dxa" w:w="1037"/>
          </w:tcPr>
          <w:p>
            <w:pPr>
              <w:spacing w:after="0"/>
              <w:jc w:val="left"/>
            </w:pPr>
            <w:r>
              <w:rPr>
                <w:sz w:val="16"/>
              </w:rPr>
              <w:t>Winter Weather</w:t>
            </w:r>
          </w:p>
        </w:tc>
        <w:tc>
          <w:tcPr>
            <w:tcW w:type="dxa" w:w="1185"/>
          </w:tcPr>
          <w:p>
            <w:pPr>
              <w:spacing w:after="0"/>
              <w:jc w:val="left"/>
            </w:pPr>
            <w:r>
              <w:rPr>
                <w:sz w:val="16"/>
              </w:rPr>
              <w:t>Relatively Moderate</w:t>
            </w:r>
          </w:p>
        </w:tc>
        <w:tc>
          <w:tcPr>
            <w:tcW w:type="dxa" w:w="1185"/>
          </w:tcPr>
          <w:p>
            <w:pPr>
              <w:spacing w:after="0"/>
              <w:jc w:val="left"/>
            </w:pPr>
            <w:r>
              <w:rPr>
                <w:sz w:val="16"/>
              </w:rPr>
              <w:t>Relatively High</w:t>
            </w:r>
          </w:p>
        </w:tc>
        <w:tc>
          <w:tcPr>
            <w:tcW w:type="dxa" w:w="1037"/>
          </w:tcPr>
          <w:p>
            <w:pPr>
              <w:spacing w:after="0"/>
              <w:jc w:val="right"/>
            </w:pPr>
            <w:r>
              <w:rPr>
                <w:sz w:val="16"/>
              </w:rPr>
              <w:t>$99,497</w:t>
            </w:r>
          </w:p>
        </w:tc>
        <w:tc>
          <w:tcPr>
            <w:tcW w:type="dxa" w:w="1126"/>
          </w:tcPr>
          <w:p>
            <w:pPr>
              <w:spacing w:after="0"/>
              <w:jc w:val="right"/>
            </w:pPr>
            <w:r>
              <w:rPr>
                <w:sz w:val="16"/>
              </w:rPr>
              <w:t>$62</w:t>
            </w:r>
          </w:p>
        </w:tc>
        <w:tc>
          <w:tcPr>
            <w:tcW w:type="dxa" w:w="1297"/>
          </w:tcPr>
          <w:p>
            <w:pPr>
              <w:spacing w:after="0"/>
              <w:jc w:val="right"/>
            </w:pPr>
            <w:r>
              <w:rPr>
                <w:sz w:val="16"/>
              </w:rPr>
              <w:t>$207,030</w:t>
            </w:r>
          </w:p>
        </w:tc>
        <w:tc>
          <w:tcPr>
            <w:tcW w:type="dxa" w:w="1111"/>
          </w:tcPr>
          <w:p>
            <w:pPr>
              <w:spacing w:after="0"/>
              <w:jc w:val="right"/>
            </w:pPr>
            <w:r>
              <w:rPr>
                <w:sz w:val="16"/>
              </w:rPr>
              <w:t>$306,589</w:t>
            </w:r>
          </w:p>
        </w:tc>
        <w:tc>
          <w:tcPr>
            <w:tcW w:type="dxa" w:w="1199"/>
          </w:tcPr>
          <w:p>
            <w:pPr>
              <w:spacing w:after="0"/>
              <w:jc w:val="right"/>
            </w:pPr>
            <w:r>
              <w:rPr>
                <w:sz w:val="16"/>
              </w:rPr>
              <w:t>325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$34,251</w:t>
            </w:r>
          </w:p>
        </w:tc>
        <w:tc>
          <w:tcPr>
            <w:tcW w:type="dxa" w:w="1126"/>
          </w:tcPr>
          <w:p>
            <w:pPr>
              <w:spacing w:after="0"/>
              <w:jc w:val="right"/>
            </w:pPr>
          </w:p>
        </w:tc>
        <w:tc>
          <w:tcPr>
            <w:tcW w:type="dxa" w:w="1297"/>
          </w:tcPr>
          <w:p>
            <w:pPr>
              <w:spacing w:after="0"/>
              <w:jc w:val="right"/>
            </w:pPr>
            <w:r>
              <w:rPr>
                <w:sz w:val="16"/>
              </w:rPr>
              <w:t>$210,354</w:t>
            </w:r>
          </w:p>
        </w:tc>
        <w:tc>
          <w:tcPr>
            <w:tcW w:type="dxa" w:w="1111"/>
          </w:tcPr>
          <w:p>
            <w:pPr>
              <w:spacing w:after="0"/>
              <w:jc w:val="right"/>
            </w:pPr>
            <w:r>
              <w:rPr>
                <w:sz w:val="16"/>
              </w:rPr>
              <w:t>$244,605</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$124,212</w:t>
            </w:r>
          </w:p>
        </w:tc>
        <w:tc>
          <w:tcPr>
            <w:tcW w:type="dxa" w:w="1126"/>
          </w:tcPr>
          <w:p>
            <w:pPr>
              <w:spacing w:after="0"/>
              <w:jc w:val="right"/>
            </w:pPr>
            <w:r>
              <w:rPr>
                <w:sz w:val="16"/>
              </w:rPr>
              <w:t>$1,939</w:t>
            </w:r>
          </w:p>
        </w:tc>
        <w:tc>
          <w:tcPr>
            <w:tcW w:type="dxa" w:w="1297"/>
          </w:tcPr>
          <w:p>
            <w:pPr>
              <w:spacing w:after="0"/>
              <w:jc w:val="right"/>
            </w:pPr>
            <w:r>
              <w:rPr>
                <w:sz w:val="16"/>
              </w:rPr>
              <w:t>$117,528</w:t>
            </w:r>
          </w:p>
        </w:tc>
        <w:tc>
          <w:tcPr>
            <w:tcW w:type="dxa" w:w="1111"/>
          </w:tcPr>
          <w:p>
            <w:pPr>
              <w:spacing w:after="0"/>
              <w:jc w:val="right"/>
            </w:pPr>
            <w:r>
              <w:rPr>
                <w:sz w:val="16"/>
              </w:rPr>
              <w:t>$243,679</w:t>
            </w:r>
          </w:p>
        </w:tc>
        <w:tc>
          <w:tcPr>
            <w:tcW w:type="dxa" w:w="1199"/>
          </w:tcPr>
          <w:p>
            <w:pPr>
              <w:spacing w:after="0"/>
              <w:jc w:val="right"/>
            </w:pPr>
            <w:r>
              <w:rPr>
                <w:sz w:val="16"/>
              </w:rPr>
              <w:t>144</w:t>
            </w:r>
          </w:p>
        </w:tc>
        <w:tc>
          <w:tcPr>
            <w:tcW w:type="dxa" w:w="2172"/>
          </w:tcPr>
          <w:p>
            <w:pPr>
              <w:spacing w:after="0"/>
              <w:jc w:val="left"/>
            </w:pPr>
          </w:p>
        </w:tc>
        <w:tc>
          <w:tcPr>
            <w:tcW w:type="dxa" w:w="2080"/>
          </w:tcPr>
          <w:p>
            <w:pPr>
              <w:spacing w:after="0"/>
              <w:jc w:val="left"/>
            </w:pPr>
            <w:r>
              <w:rPr>
                <w:sz w:val="16"/>
              </w:rPr>
              <w:t>Includes 32 High Wind records and 39 Strong Wind records,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$224,206</w:t>
            </w:r>
          </w:p>
        </w:tc>
        <w:tc>
          <w:tcPr>
            <w:tcW w:type="dxa" w:w="1126"/>
          </w:tcPr>
          <w:p>
            <w:pPr>
              <w:spacing w:after="0"/>
              <w:jc w:val="right"/>
            </w:pPr>
          </w:p>
        </w:tc>
        <w:tc>
          <w:tcPr>
            <w:tcW w:type="dxa" w:w="1297"/>
          </w:tcPr>
          <w:p>
            <w:pPr>
              <w:spacing w:after="0"/>
              <w:jc w:val="right"/>
            </w:pPr>
            <w:r>
              <w:rPr>
                <w:sz w:val="16"/>
              </w:rPr>
              <w:t>$19,384</w:t>
            </w:r>
          </w:p>
        </w:tc>
        <w:tc>
          <w:tcPr>
            <w:tcW w:type="dxa" w:w="1111"/>
          </w:tcPr>
          <w:p>
            <w:pPr>
              <w:spacing w:after="0"/>
              <w:jc w:val="right"/>
            </w:pPr>
            <w:r>
              <w:rPr>
                <w:sz w:val="16"/>
              </w:rPr>
              <w:t>$243,590</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8</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297"/>
          </w:tcPr>
          <w:p>
            <w:pPr>
              <w:spacing w:after="0"/>
              <w:jc w:val="right"/>
            </w:pPr>
            <w:r>
              <w:rPr>
                <w:sz w:val="16"/>
              </w:rPr>
              <w:t>$71,987</w:t>
            </w:r>
          </w:p>
        </w:tc>
        <w:tc>
          <w:tcPr>
            <w:tcW w:type="dxa" w:w="1111"/>
          </w:tcPr>
          <w:p>
            <w:pPr>
              <w:spacing w:after="0"/>
              <w:jc w:val="right"/>
            </w:pPr>
            <w:r>
              <w:rPr>
                <w:sz w:val="16"/>
              </w:rPr>
              <w:t>$109,673</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$21,784</w:t>
            </w:r>
          </w:p>
        </w:tc>
        <w:tc>
          <w:tcPr>
            <w:tcW w:type="dxa" w:w="1126"/>
          </w:tcPr>
          <w:p>
            <w:pPr>
              <w:spacing w:after="0"/>
              <w:jc w:val="right"/>
            </w:pPr>
            <w:r>
              <w:rPr>
                <w:sz w:val="16"/>
              </w:rPr>
              <w:t>$103</w:t>
            </w:r>
          </w:p>
        </w:tc>
        <w:tc>
          <w:tcPr>
            <w:tcW w:type="dxa" w:w="1297"/>
          </w:tcPr>
          <w:p>
            <w:pPr>
              <w:spacing w:after="0"/>
              <w:jc w:val="right"/>
            </w:pPr>
            <w:r>
              <w:rPr>
                <w:sz w:val="16"/>
              </w:rPr>
              <w:t>$77,542</w:t>
            </w:r>
          </w:p>
        </w:tc>
        <w:tc>
          <w:tcPr>
            <w:tcW w:type="dxa" w:w="1111"/>
          </w:tcPr>
          <w:p>
            <w:pPr>
              <w:spacing w:after="0"/>
              <w:jc w:val="right"/>
            </w:pPr>
            <w:r>
              <w:rPr>
                <w:sz w:val="16"/>
              </w:rPr>
              <w:t>$99,429</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$73,915</w:t>
            </w:r>
          </w:p>
        </w:tc>
        <w:tc>
          <w:tcPr>
            <w:tcW w:type="dxa" w:w="1126"/>
          </w:tcPr>
          <w:p>
            <w:pPr>
              <w:spacing w:after="0"/>
              <w:jc w:val="right"/>
            </w:pPr>
          </w:p>
        </w:tc>
        <w:tc>
          <w:tcPr>
            <w:tcW w:type="dxa" w:w="1297"/>
          </w:tcPr>
          <w:p>
            <w:pPr>
              <w:spacing w:after="0"/>
              <w:jc w:val="right"/>
            </w:pPr>
            <w:r>
              <w:rPr>
                <w:sz w:val="16"/>
              </w:rPr>
              <w:t>$6,886</w:t>
            </w:r>
          </w:p>
        </w:tc>
        <w:tc>
          <w:tcPr>
            <w:tcW w:type="dxa" w:w="1111"/>
          </w:tcPr>
          <w:p>
            <w:pPr>
              <w:spacing w:after="0"/>
              <w:jc w:val="right"/>
            </w:pPr>
            <w:r>
              <w:rPr>
                <w:sz w:val="16"/>
              </w:rPr>
              <w:t>$80,801</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$2,533</w:t>
            </w:r>
          </w:p>
        </w:tc>
        <w:tc>
          <w:tcPr>
            <w:tcW w:type="dxa" w:w="1126"/>
          </w:tcPr>
          <w:p>
            <w:pPr>
              <w:spacing w:after="0"/>
              <w:jc w:val="right"/>
            </w:pPr>
            <w:r>
              <w:rPr>
                <w:sz w:val="16"/>
              </w:rPr>
              <w:t>$2,773</w:t>
            </w:r>
          </w:p>
        </w:tc>
        <w:tc>
          <w:tcPr>
            <w:tcW w:type="dxa" w:w="1297"/>
          </w:tcPr>
          <w:p>
            <w:pPr>
              <w:spacing w:after="0"/>
              <w:jc w:val="right"/>
            </w:pPr>
            <w:r>
              <w:rPr>
                <w:sz w:val="16"/>
              </w:rPr>
              <w:t>$12,009</w:t>
            </w:r>
          </w:p>
        </w:tc>
        <w:tc>
          <w:tcPr>
            <w:tcW w:type="dxa" w:w="1111"/>
          </w:tcPr>
          <w:p>
            <w:pPr>
              <w:spacing w:after="0"/>
              <w:jc w:val="right"/>
            </w:pPr>
            <w:r>
              <w:rPr>
                <w:sz w:val="16"/>
              </w:rPr>
              <w:t>$17,315</w:t>
            </w:r>
          </w:p>
        </w:tc>
        <w:tc>
          <w:tcPr>
            <w:tcW w:type="dxa" w:w="1199"/>
          </w:tcPr>
          <w:p>
            <w:pPr>
              <w:spacing w:after="0"/>
              <w:jc w:val="right"/>
            </w:pPr>
            <w:r>
              <w:rPr>
                <w:sz w:val="16"/>
              </w:rPr>
              <w:t>27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$6,844</w:t>
            </w:r>
          </w:p>
        </w:tc>
        <w:tc>
          <w:tcPr>
            <w:tcW w:type="dxa" w:w="1126"/>
          </w:tcPr>
          <w:p>
            <w:pPr>
              <w:spacing w:after="0"/>
              <w:jc w:val="right"/>
            </w:pPr>
          </w:p>
        </w:tc>
        <w:tc>
          <w:tcPr>
            <w:tcW w:type="dxa" w:w="1297"/>
          </w:tcPr>
          <w:p>
            <w:pPr>
              <w:spacing w:after="0"/>
              <w:jc w:val="right"/>
            </w:pPr>
            <w:r>
              <w:rPr>
                <w:sz w:val="16"/>
              </w:rPr>
              <w:t>$7,030</w:t>
            </w:r>
          </w:p>
        </w:tc>
        <w:tc>
          <w:tcPr>
            <w:tcW w:type="dxa" w:w="1111"/>
          </w:tcPr>
          <w:p>
            <w:pPr>
              <w:spacing w:after="0"/>
              <w:jc w:val="right"/>
            </w:pPr>
            <w:r>
              <w:rPr>
                <w:sz w:val="16"/>
              </w:rPr>
              <w:t>$13,873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3 times; no Storm Events record of this type.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$6,839</w:t>
            </w:r>
          </w:p>
        </w:tc>
        <w:tc>
          <w:tcPr>
            <w:tcW w:type="dxa" w:w="1126"/>
          </w:tcPr>
          <w:p>
            <w:pPr>
              <w:spacing w:after="0"/>
              <w:jc w:val="right"/>
            </w:pPr>
            <w:r>
              <w:rPr>
                <w:sz w:val="16"/>
              </w:rPr>
              <w:t>$2</w:t>
            </w:r>
          </w:p>
        </w:tc>
        <w:tc>
          <w:tcPr>
            <w:tcW w:type="dxa" w:w="1297"/>
          </w:tcPr>
          <w:p>
            <w:pPr>
              <w:spacing w:after="0"/>
              <w:jc w:val="right"/>
            </w:pPr>
            <w:r>
              <w:rPr>
                <w:sz w:val="16"/>
              </w:rPr>
              <w:t>$429</w:t>
            </w:r>
          </w:p>
        </w:tc>
        <w:tc>
          <w:tcPr>
            <w:tcW w:type="dxa" w:w="1111"/>
          </w:tcPr>
          <w:p>
            <w:pPr>
              <w:spacing w:after="0"/>
              <w:jc w:val="right"/>
            </w:pPr>
            <w:r>
              <w:rPr>
                <w:sz w:val="16"/>
              </w:rPr>
              <w:t>$7,270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Avalanche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297"/>
          </w:tcPr>
          <w:p>
            <w:pPr>
              <w:spacing w:after="0"/>
              <w:jc w:val="right"/>
            </w:pPr>
            <w:r>
              <w:rPr>
                <w:sz w:val="16"/>
              </w:rPr>
              <w:t>$1,547</w:t>
            </w:r>
          </w:p>
        </w:tc>
        <w:tc>
          <w:tcPr>
            <w:tcW w:type="dxa" w:w="1111"/>
          </w:tcPr>
          <w:p>
            <w:pPr>
              <w:spacing w:after="0"/>
              <w:jc w:val="right"/>
            </w:pPr>
            <w:r>
              <w:rPr>
                <w:sz w:val="16"/>
              </w:rPr>
              <w:t>$1,547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15</w:t>
            </w:r>
          </w:p>
        </w:tc>
        <w:tc>
          <w:tcPr>
            <w:tcW w:type="dxa" w:w="1037"/>
          </w:tcPr>
          <w:p>
            <w:pPr>
              <w:spacing w:after="0"/>
              <w:jc w:val="left"/>
            </w:pPr>
            <w:r>
              <w:rPr>
                <w:sz w:val="16"/>
              </w:rPr>
              <w:t>Drought</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7"/>
          </w:tcPr>
          <w:p>
            <w:pPr>
              <w:spacing w:after="0"/>
              <w:jc w:val="right"/>
            </w:pP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Lamoille County, county-level (county FIPS 50015);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Lamoille County, county-level (county FIPS 50015);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35"/>
        <w:gridCol w:w="1667"/>
        <w:gridCol w:w="1472"/>
        <w:gridCol w:w="1697"/>
        <w:gridCol w:w="1985"/>
        <w:gridCol w:w="1558"/>
        <w:gridCol w:w="2010"/>
        <w:gridCol w:w="2088"/>
      </w:tblGrid>
      <w:tr>
        <w:trPr>
          <w:cantSplit/>
          <w:tblHeader/>
        </w:trPr>
        <w:tc>
          <w:tcPr>
            <w:tcW w:type="dxa" w:w="1635"/>
            <w:shd w:val="clear" w:color="auto" w:fill="E8E8E8"/>
          </w:tcPr>
          <w:p>
            <w:pPr>
              <w:spacing w:after="0"/>
              <w:jc w:val="left"/>
            </w:pPr>
            <w:r>
              <w:rPr>
                <w:b/>
                <w:sz w:val="16"/>
              </w:rPr>
              <w:t>Hazard</w:t>
            </w:r>
          </w:p>
        </w:tc>
        <w:tc>
          <w:tcPr>
            <w:tcW w:type="dxa" w:w="1667"/>
            <w:shd w:val="clear" w:color="auto" w:fill="E8E8E8"/>
          </w:tcPr>
          <w:p>
            <w:pPr>
              <w:spacing w:after="0"/>
              <w:jc w:val="left"/>
            </w:pPr>
            <w:r>
              <w:rPr>
                <w:b/>
                <w:sz w:val="16"/>
              </w:rPr>
              <w:t>Scale</w:t>
            </w:r>
          </w:p>
        </w:tc>
        <w:tc>
          <w:tcPr>
            <w:tcW w:type="dxa" w:w="1472"/>
            <w:shd w:val="clear" w:color="auto" w:fill="E8E8E8"/>
          </w:tcPr>
          <w:p>
            <w:pPr>
              <w:spacing w:after="0"/>
              <w:jc w:val="right"/>
            </w:pPr>
            <w:r>
              <w:rPr>
                <w:b/>
                <w:sz w:val="16"/>
              </w:rPr>
              <w:t>Records</w:t>
            </w:r>
          </w:p>
          <w:p>
            <w:pPr>
              <w:spacing w:after="0"/>
              <w:jc w:val="right"/>
            </w:pPr>
            <w:r>
              <w:rPr>
                <w:i/>
                <w:color w:val="555555"/>
                <w:sz w:val="14"/>
              </w:rPr>
              <w:t>count, years</w:t>
            </w:r>
          </w:p>
        </w:tc>
        <w:tc>
          <w:tcPr>
            <w:tcW w:type="dxa" w:w="1697"/>
            <w:shd w:val="clear" w:color="auto" w:fill="E8E8E8"/>
          </w:tcPr>
          <w:p>
            <w:pPr>
              <w:spacing w:after="0"/>
              <w:jc w:val="left"/>
            </w:pPr>
            <w:r>
              <w:rPr>
                <w:b/>
                <w:sz w:val="16"/>
              </w:rPr>
              <w:t>Observed range</w:t>
            </w:r>
          </w:p>
        </w:tc>
        <w:tc>
          <w:tcPr>
            <w:tcW w:type="dxa" w:w="1985"/>
            <w:shd w:val="clear" w:color="auto" w:fill="E8E8E8"/>
          </w:tcPr>
          <w:p>
            <w:pPr>
              <w:spacing w:after="0"/>
              <w:jc w:val="left"/>
            </w:pPr>
            <w:r>
              <w:rPr>
                <w:b/>
                <w:sz w:val="16"/>
              </w:rPr>
              <w:t>Worst recorded event</w:t>
            </w:r>
          </w:p>
        </w:tc>
        <w:tc>
          <w:tcPr>
            <w:tcW w:type="dxa" w:w="1558"/>
            <w:shd w:val="clear" w:color="auto" w:fill="E8E8E8"/>
          </w:tcPr>
          <w:p>
            <w:pPr>
              <w:spacing w:after="0"/>
              <w:jc w:val="left"/>
            </w:pPr>
            <w:r>
              <w:rPr>
                <w:b/>
                <w:sz w:val="16"/>
              </w:rPr>
              <w:t>Most damaging (when different)</w:t>
            </w:r>
          </w:p>
        </w:tc>
        <w:tc>
          <w:tcPr>
            <w:tcW w:type="dxa" w:w="2010"/>
            <w:shd w:val="clear" w:color="auto" w:fill="E8E8E8"/>
          </w:tcPr>
          <w:p>
            <w:pPr>
              <w:spacing w:after="0"/>
              <w:jc w:val="left"/>
            </w:pPr>
            <w:r>
              <w:rPr>
                <w:b/>
                <w:sz w:val="16"/>
              </w:rPr>
              <w:t>Where in the county</w:t>
            </w:r>
          </w:p>
        </w:tc>
        <w:tc>
          <w:tcPr>
            <w:tcW w:type="dxa" w:w="2088"/>
            <w:shd w:val="clear" w:color="auto" w:fill="E8E8E8"/>
          </w:tcPr>
          <w:p>
            <w:pPr>
              <w:spacing w:after="0"/>
              <w:jc w:val="left"/>
            </w:pPr>
            <w:r>
              <w:rPr>
                <w:b/>
                <w:sz w:val="16"/>
              </w:rPr>
              <w:t>Note</w:t>
            </w:r>
          </w:p>
        </w:tc>
      </w:tr>
      <w:tr>
        <w:trPr>
          <w:cantSplit/>
        </w:trPr>
        <w:tc>
          <w:tcPr>
            <w:tcW w:type="dxa" w:w="1635"/>
          </w:tcPr>
          <w:p>
            <w:pPr>
              <w:spacing w:after="0"/>
              <w:jc w:val="left"/>
            </w:pPr>
            <w:r>
              <w:rPr>
                <w:sz w:val="16"/>
              </w:rPr>
              <w:t>Avalanche</w:t>
            </w:r>
          </w:p>
        </w:tc>
        <w:tc>
          <w:tcPr>
            <w:tcW w:type="dxa" w:w="1667"/>
          </w:tcPr>
          <w:p>
            <w:pPr>
              <w:spacing w:after="0"/>
              <w:jc w:val="left"/>
            </w:pPr>
            <w:r>
              <w:rPr>
                <w:sz w:val="16"/>
              </w:rPr>
              <w:t>none (count and damage)</w:t>
            </w:r>
          </w:p>
        </w:tc>
        <w:tc>
          <w:tcPr>
            <w:tcW w:type="dxa" w:w="1472"/>
          </w:tcPr>
          <w:p>
            <w:pPr>
              <w:spacing w:after="0"/>
              <w:jc w:val="right"/>
            </w:pPr>
            <w:r>
              <w:rPr>
                <w:sz w:val="16"/>
              </w:rPr>
              <w:t>0</w:t>
            </w:r>
          </w:p>
        </w:tc>
        <w:tc>
          <w:tcPr>
            <w:tcW w:type="dxa" w:w="1697"/>
          </w:tcPr>
          <w:p>
            <w:pPr>
              <w:spacing w:after="0"/>
              <w:jc w:val="left"/>
            </w:pPr>
          </w:p>
        </w:tc>
        <w:tc>
          <w:tcPr>
            <w:tcW w:type="dxa" w:w="1985"/>
          </w:tcPr>
          <w:p>
            <w:pPr>
              <w:spacing w:after="0"/>
              <w:jc w:val="left"/>
            </w:pPr>
          </w:p>
        </w:tc>
        <w:tc>
          <w:tcPr>
            <w:tcW w:type="dxa" w:w="1558"/>
          </w:tcPr>
          <w:p>
            <w:pPr>
              <w:spacing w:after="0"/>
              <w:jc w:val="left"/>
            </w:pPr>
          </w:p>
        </w:tc>
        <w:tc>
          <w:tcPr>
            <w:tcW w:type="dxa" w:w="2010"/>
          </w:tcPr>
          <w:p>
            <w:pPr>
              <w:spacing w:after="0"/>
              <w:jc w:val="left"/>
            </w:pPr>
          </w:p>
        </w:tc>
        <w:tc>
          <w:tcPr>
            <w:tcW w:type="dxa" w:w="2088"/>
          </w:tcPr>
          <w:p>
            <w:pPr>
              <w:spacing w:after="0"/>
              <w:jc w:val="left"/>
            </w:pPr>
            <w:r>
              <w:rPr>
                <w:sz w:val="16"/>
              </w:rPr>
              <w:t>Physical measure: in event narratives only; local data required.</w:t>
            </w:r>
          </w:p>
        </w:tc>
      </w:tr>
      <w:tr>
        <w:trPr>
          <w:cantSplit/>
        </w:trPr>
        <w:tc>
          <w:tcPr>
            <w:tcW w:type="dxa" w:w="1635"/>
          </w:tcPr>
          <w:p>
            <w:pPr>
              <w:spacing w:after="0"/>
              <w:jc w:val="left"/>
            </w:pPr>
            <w:r>
              <w:rPr>
                <w:sz w:val="16"/>
              </w:rPr>
              <w:t>Coastal Flood, Storm Surge/Tide</w:t>
            </w:r>
          </w:p>
        </w:tc>
        <w:tc>
          <w:tcPr>
            <w:tcW w:type="dxa" w:w="1667"/>
          </w:tcPr>
          <w:p>
            <w:pPr>
              <w:spacing w:after="0"/>
              <w:jc w:val="left"/>
            </w:pPr>
            <w:r>
              <w:rPr>
                <w:sz w:val="16"/>
              </w:rPr>
              <w:t>none in data (FIRM for depth)</w:t>
            </w:r>
          </w:p>
        </w:tc>
        <w:tc>
          <w:tcPr>
            <w:tcW w:type="dxa" w:w="1472"/>
          </w:tcPr>
          <w:p>
            <w:pPr>
              <w:spacing w:after="0"/>
              <w:jc w:val="right"/>
            </w:pPr>
            <w:r>
              <w:rPr>
                <w:sz w:val="16"/>
              </w:rPr>
              <w:t>0</w:t>
            </w:r>
          </w:p>
        </w:tc>
        <w:tc>
          <w:tcPr>
            <w:tcW w:type="dxa" w:w="1697"/>
          </w:tcPr>
          <w:p>
            <w:pPr>
              <w:spacing w:after="0"/>
              <w:jc w:val="left"/>
            </w:pPr>
          </w:p>
        </w:tc>
        <w:tc>
          <w:tcPr>
            <w:tcW w:type="dxa" w:w="1985"/>
          </w:tcPr>
          <w:p>
            <w:pPr>
              <w:spacing w:after="0"/>
              <w:jc w:val="left"/>
            </w:pPr>
          </w:p>
        </w:tc>
        <w:tc>
          <w:tcPr>
            <w:tcW w:type="dxa" w:w="1558"/>
          </w:tcPr>
          <w:p>
            <w:pPr>
              <w:spacing w:after="0"/>
              <w:jc w:val="left"/>
            </w:pPr>
          </w:p>
        </w:tc>
        <w:tc>
          <w:tcPr>
            <w:tcW w:type="dxa" w:w="2010"/>
          </w:tcPr>
          <w:p>
            <w:pPr>
              <w:spacing w:after="0"/>
              <w:jc w:val="left"/>
            </w:pPr>
          </w:p>
        </w:tc>
        <w:tc>
          <w:tcPr>
            <w:tcW w:type="dxa" w:w="2088"/>
          </w:tcPr>
          <w:p>
            <w:pPr>
              <w:spacing w:after="0"/>
              <w:jc w:val="left"/>
            </w:pPr>
            <w:r>
              <w:rPr>
                <w:sz w:val="16"/>
              </w:rPr>
              <w:t>Flood depth: see the FEMA Flood Insurance Rate Map.</w:t>
            </w:r>
          </w:p>
        </w:tc>
      </w:tr>
      <w:tr>
        <w:trPr>
          <w:cantSplit/>
        </w:trPr>
        <w:tc>
          <w:tcPr>
            <w:tcW w:type="dxa" w:w="1635"/>
          </w:tcPr>
          <w:p>
            <w:pPr>
              <w:spacing w:after="0"/>
              <w:jc w:val="left"/>
            </w:pPr>
            <w:r>
              <w:rPr>
                <w:sz w:val="16"/>
              </w:rPr>
              <w:t>Cold/Wind Chill, Extreme Cold/Wind Chill</w:t>
            </w:r>
          </w:p>
        </w:tc>
        <w:tc>
          <w:tcPr>
            <w:tcW w:type="dxa" w:w="1667"/>
          </w:tcPr>
          <w:p>
            <w:pPr>
              <w:spacing w:after="0"/>
              <w:jc w:val="left"/>
            </w:pPr>
            <w:r>
              <w:rPr>
                <w:sz w:val="16"/>
              </w:rPr>
              <w:t>wind chill</w:t>
            </w:r>
          </w:p>
        </w:tc>
        <w:tc>
          <w:tcPr>
            <w:tcW w:type="dxa" w:w="1472"/>
          </w:tcPr>
          <w:p>
            <w:pPr>
              <w:spacing w:after="0"/>
              <w:jc w:val="right"/>
            </w:pPr>
            <w:r>
              <w:rPr>
                <w:sz w:val="16"/>
              </w:rPr>
              <w:t>26, 1997 to 2026 (26 zone-level)</w:t>
            </w:r>
          </w:p>
        </w:tc>
        <w:tc>
          <w:tcPr>
            <w:tcW w:type="dxa" w:w="1697"/>
          </w:tcPr>
          <w:p>
            <w:pPr>
              <w:spacing w:after="0"/>
              <w:jc w:val="left"/>
            </w:pPr>
            <w:r>
              <w:rPr>
                <w:sz w:val="16"/>
              </w:rPr>
              <w:t>1 day to 28 days (median 2 days); 25 with a recorded value</w:t>
            </w:r>
          </w:p>
        </w:tc>
        <w:tc>
          <w:tcPr>
            <w:tcW w:type="dxa" w:w="1985"/>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558"/>
          </w:tcPr>
          <w:p>
            <w:pPr>
              <w:spacing w:after="0"/>
              <w:jc w:val="left"/>
            </w:pPr>
          </w:p>
        </w:tc>
        <w:tc>
          <w:tcPr>
            <w:tcW w:type="dxa" w:w="2010"/>
          </w:tcPr>
          <w:p>
            <w:pPr>
              <w:spacing w:after="0"/>
              <w:jc w:val="left"/>
            </w:pPr>
            <w:r>
              <w:rPr>
                <w:sz w:val="16"/>
              </w:rPr>
              <w:t>Zone-level records: applies countywide; national data do not locate these events within the county.</w:t>
            </w:r>
          </w:p>
        </w:tc>
        <w:tc>
          <w:tcPr>
            <w:tcW w:type="dxa" w:w="2088"/>
          </w:tcPr>
          <w:p>
            <w:pPr>
              <w:spacing w:after="0"/>
              <w:jc w:val="left"/>
            </w:pPr>
            <w:r>
              <w:rPr>
                <w:sz w:val="16"/>
              </w:rPr>
              <w:t>Wind chill: in event narratives only; local data required.</w:t>
            </w:r>
          </w:p>
        </w:tc>
      </w:tr>
      <w:tr>
        <w:trPr>
          <w:cantSplit/>
        </w:trPr>
        <w:tc>
          <w:tcPr>
            <w:tcW w:type="dxa" w:w="1635"/>
          </w:tcPr>
          <w:p>
            <w:pPr>
              <w:spacing w:after="0"/>
              <w:jc w:val="left"/>
            </w:pPr>
            <w:r>
              <w:rPr>
                <w:sz w:val="16"/>
              </w:rPr>
              <w:t>Frost/Freeze (outside NRI Cold Wave definition)</w:t>
            </w:r>
          </w:p>
        </w:tc>
        <w:tc>
          <w:tcPr>
            <w:tcW w:type="dxa" w:w="1667"/>
          </w:tcPr>
          <w:p>
            <w:pPr>
              <w:spacing w:after="0"/>
              <w:jc w:val="left"/>
            </w:pPr>
            <w:r>
              <w:rPr>
                <w:sz w:val="16"/>
              </w:rPr>
              <w:t>crop damage</w:t>
            </w:r>
          </w:p>
        </w:tc>
        <w:tc>
          <w:tcPr>
            <w:tcW w:type="dxa" w:w="1472"/>
          </w:tcPr>
          <w:p>
            <w:pPr>
              <w:spacing w:after="0"/>
              <w:jc w:val="right"/>
            </w:pPr>
            <w:r>
              <w:rPr>
                <w:sz w:val="16"/>
              </w:rPr>
              <w:t>3, 2005 to 2023 (3 zone-level)</w:t>
            </w:r>
          </w:p>
        </w:tc>
        <w:tc>
          <w:tcPr>
            <w:tcW w:type="dxa" w:w="1697"/>
          </w:tcPr>
          <w:p>
            <w:pPr>
              <w:spacing w:after="0"/>
              <w:jc w:val="left"/>
            </w:pPr>
          </w:p>
        </w:tc>
        <w:tc>
          <w:tcPr>
            <w:tcW w:type="dxa" w:w="1985"/>
          </w:tcPr>
          <w:p>
            <w:pPr>
              <w:spacing w:after="0"/>
              <w:jc w:val="left"/>
            </w:pPr>
            <w:r>
              <w:rPr>
                <w:sz w:val="16"/>
              </w:rPr>
              <w:t>Frost/Freeze, 2023-05-18, $250,000 crop damage, reported for the zone (2023 dollars); NWS zone VTZ006 (LAMOILLE), zone-level: may include parts of neighboring counties</w:t>
            </w:r>
          </w:p>
        </w:tc>
        <w:tc>
          <w:tcPr>
            <w:tcW w:type="dxa" w:w="1558"/>
          </w:tcPr>
          <w:p>
            <w:pPr>
              <w:spacing w:after="0"/>
              <w:jc w:val="left"/>
            </w:pPr>
          </w:p>
        </w:tc>
        <w:tc>
          <w:tcPr>
            <w:tcW w:type="dxa" w:w="2010"/>
          </w:tcPr>
          <w:p>
            <w:pPr>
              <w:spacing w:after="0"/>
              <w:jc w:val="left"/>
            </w:pPr>
            <w:r>
              <w:rPr>
                <w:sz w:val="16"/>
              </w:rPr>
              <w:t>Zone-level records: applies countywide; national data do not locate these events within the county.</w:t>
            </w:r>
          </w:p>
        </w:tc>
        <w:tc>
          <w:tcPr>
            <w:tcW w:type="dxa" w:w="2088"/>
          </w:tcPr>
          <w:p>
            <w:pPr>
              <w:spacing w:after="0"/>
              <w:jc w:val="left"/>
            </w:pPr>
            <w:r>
              <w:rPr>
                <w:sz w:val="16"/>
              </w:rPr>
              <w:t>Temperature: in event narratives only; local data required.</w:t>
            </w:r>
          </w:p>
        </w:tc>
      </w:tr>
      <w:tr>
        <w:trPr>
          <w:cantSplit/>
        </w:trPr>
        <w:tc>
          <w:tcPr>
            <w:tcW w:type="dxa" w:w="1635"/>
          </w:tcPr>
          <w:p>
            <w:pPr>
              <w:spacing w:after="0"/>
              <w:jc w:val="left"/>
            </w:pPr>
            <w:r>
              <w:rPr>
                <w:sz w:val="16"/>
              </w:rPr>
              <w:t>Drought</w:t>
            </w:r>
          </w:p>
        </w:tc>
        <w:tc>
          <w:tcPr>
            <w:tcW w:type="dxa" w:w="1667"/>
          </w:tcPr>
          <w:p>
            <w:pPr>
              <w:spacing w:after="0"/>
              <w:jc w:val="left"/>
            </w:pPr>
            <w:r>
              <w:rPr>
                <w:sz w:val="16"/>
              </w:rPr>
              <w:t>US Drought Monitor D-scale</w:t>
            </w:r>
          </w:p>
        </w:tc>
        <w:tc>
          <w:tcPr>
            <w:tcW w:type="dxa" w:w="1472"/>
          </w:tcPr>
          <w:p>
            <w:pPr>
              <w:spacing w:after="0"/>
              <w:jc w:val="right"/>
            </w:pPr>
            <w:r>
              <w:rPr>
                <w:sz w:val="16"/>
              </w:rPr>
              <w:t>0</w:t>
            </w:r>
          </w:p>
        </w:tc>
        <w:tc>
          <w:tcPr>
            <w:tcW w:type="dxa" w:w="1697"/>
          </w:tcPr>
          <w:p>
            <w:pPr>
              <w:spacing w:after="0"/>
              <w:jc w:val="left"/>
            </w:pPr>
          </w:p>
        </w:tc>
        <w:tc>
          <w:tcPr>
            <w:tcW w:type="dxa" w:w="1985"/>
          </w:tcPr>
          <w:p>
            <w:pPr>
              <w:spacing w:after="0"/>
              <w:jc w:val="left"/>
            </w:pPr>
          </w:p>
        </w:tc>
        <w:tc>
          <w:tcPr>
            <w:tcW w:type="dxa" w:w="1558"/>
          </w:tcPr>
          <w:p>
            <w:pPr>
              <w:spacing w:after="0"/>
              <w:jc w:val="left"/>
            </w:pPr>
          </w:p>
        </w:tc>
        <w:tc>
          <w:tcPr>
            <w:tcW w:type="dxa" w:w="2010"/>
          </w:tcPr>
          <w:p>
            <w:pPr>
              <w:spacing w:after="0"/>
              <w:jc w:val="left"/>
            </w:pPr>
          </w:p>
        </w:tc>
        <w:tc>
          <w:tcPr>
            <w:tcW w:type="dxa" w:w="208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35"/>
          </w:tcPr>
          <w:p>
            <w:pPr>
              <w:spacing w:after="0"/>
              <w:jc w:val="left"/>
            </w:pPr>
            <w:r>
              <w:rPr>
                <w:sz w:val="16"/>
              </w:rPr>
              <w:t>Earthquake</w:t>
            </w:r>
          </w:p>
        </w:tc>
        <w:tc>
          <w:tcPr>
            <w:tcW w:type="dxa" w:w="1667"/>
          </w:tcPr>
          <w:p>
            <w:pPr>
              <w:spacing w:after="0"/>
              <w:jc w:val="left"/>
            </w:pPr>
            <w:r>
              <w:rPr>
                <w:sz w:val="16"/>
              </w:rPr>
              <w:t>Modified Mercalli (local data)</w:t>
            </w:r>
          </w:p>
        </w:tc>
        <w:tc>
          <w:tcPr>
            <w:tcW w:type="dxa" w:w="1472"/>
          </w:tcPr>
          <w:p>
            <w:pPr>
              <w:spacing w:after="0"/>
              <w:jc w:val="right"/>
            </w:pPr>
            <w:r>
              <w:rPr>
                <w:sz w:val="16"/>
              </w:rPr>
              <w:t>0</w:t>
            </w:r>
          </w:p>
        </w:tc>
        <w:tc>
          <w:tcPr>
            <w:tcW w:type="dxa" w:w="1697"/>
          </w:tcPr>
          <w:p>
            <w:pPr>
              <w:spacing w:after="0"/>
              <w:jc w:val="left"/>
            </w:pPr>
          </w:p>
        </w:tc>
        <w:tc>
          <w:tcPr>
            <w:tcW w:type="dxa" w:w="1985"/>
          </w:tcPr>
          <w:p>
            <w:pPr>
              <w:spacing w:after="0"/>
              <w:jc w:val="left"/>
            </w:pPr>
          </w:p>
        </w:tc>
        <w:tc>
          <w:tcPr>
            <w:tcW w:type="dxa" w:w="1558"/>
          </w:tcPr>
          <w:p>
            <w:pPr>
              <w:spacing w:after="0"/>
              <w:jc w:val="left"/>
            </w:pPr>
          </w:p>
        </w:tc>
        <w:tc>
          <w:tcPr>
            <w:tcW w:type="dxa" w:w="2010"/>
          </w:tcPr>
          <w:p>
            <w:pPr>
              <w:spacing w:after="0"/>
              <w:jc w:val="left"/>
            </w:pPr>
          </w:p>
        </w:tc>
        <w:tc>
          <w:tcPr>
            <w:tcW w:type="dxa" w:w="2088"/>
          </w:tcPr>
          <w:p>
            <w:pPr>
              <w:spacing w:after="0"/>
              <w:jc w:val="left"/>
            </w:pPr>
            <w:r>
              <w:rPr>
                <w:sz w:val="16"/>
              </w:rPr>
              <w:t>No Storm Events record; local data required (e.g., USGS).</w:t>
            </w:r>
          </w:p>
        </w:tc>
      </w:tr>
      <w:tr>
        <w:trPr>
          <w:cantSplit/>
        </w:trPr>
        <w:tc>
          <w:tcPr>
            <w:tcW w:type="dxa" w:w="1635"/>
          </w:tcPr>
          <w:p>
            <w:pPr>
              <w:spacing w:after="0"/>
              <w:jc w:val="left"/>
            </w:pPr>
            <w:r>
              <w:rPr>
                <w:sz w:val="16"/>
              </w:rPr>
              <w:t>Hail</w:t>
            </w:r>
          </w:p>
        </w:tc>
        <w:tc>
          <w:tcPr>
            <w:tcW w:type="dxa" w:w="1667"/>
          </w:tcPr>
          <w:p>
            <w:pPr>
              <w:spacing w:after="0"/>
              <w:jc w:val="left"/>
            </w:pPr>
            <w:r>
              <w:rPr>
                <w:sz w:val="16"/>
              </w:rPr>
              <w:t>hail size (inches)</w:t>
            </w:r>
          </w:p>
        </w:tc>
        <w:tc>
          <w:tcPr>
            <w:tcW w:type="dxa" w:w="1472"/>
          </w:tcPr>
          <w:p>
            <w:pPr>
              <w:spacing w:after="0"/>
              <w:jc w:val="right"/>
            </w:pPr>
            <w:r>
              <w:rPr>
                <w:sz w:val="16"/>
              </w:rPr>
              <w:t>31, 1972 to 2025</w:t>
            </w:r>
          </w:p>
        </w:tc>
        <w:tc>
          <w:tcPr>
            <w:tcW w:type="dxa" w:w="1697"/>
          </w:tcPr>
          <w:p>
            <w:pPr>
              <w:spacing w:after="0"/>
              <w:jc w:val="left"/>
            </w:pPr>
            <w:r>
              <w:rPr>
                <w:sz w:val="16"/>
              </w:rPr>
              <w:t>0.75 in to 1.75 in (median 0.88 in); 31 with a recorded value</w:t>
            </w:r>
          </w:p>
        </w:tc>
        <w:tc>
          <w:tcPr>
            <w:tcW w:type="dxa" w:w="1985"/>
          </w:tcPr>
          <w:p>
            <w:pPr>
              <w:spacing w:after="0"/>
              <w:jc w:val="left"/>
            </w:pPr>
            <w:r>
              <w:rPr>
                <w:sz w:val="16"/>
              </w:rPr>
              <w:t>1.75 in hail, 2025-05-17</w:t>
            </w:r>
          </w:p>
        </w:tc>
        <w:tc>
          <w:tcPr>
            <w:tcW w:type="dxa" w:w="1558"/>
          </w:tcPr>
          <w:p>
            <w:pPr>
              <w:spacing w:after="0"/>
              <w:jc w:val="left"/>
            </w:pPr>
            <w:r>
              <w:rPr>
                <w:sz w:val="16"/>
              </w:rPr>
              <w:t>Hail, 2010-07-21, $25,000 property; $0 crops (2010 dollars)</w:t>
            </w:r>
          </w:p>
        </w:tc>
        <w:tc>
          <w:tcPr>
            <w:tcW w:type="dxa" w:w="2010"/>
          </w:tcPr>
          <w:p>
            <w:pPr>
              <w:spacing w:after="0"/>
              <w:jc w:val="left"/>
            </w:pPr>
            <w:r>
              <w:rPr>
                <w:sz w:val="16"/>
              </w:rPr>
              <w:t>Event records naming places in the county (county page list): Stowe town (7 records), Cambridge town (5 records), Jeffersonville village (5 records), Johnson town (4 records), Johnson village (3 records), Waterville town (2 records), Eden town (1 record), Hyde Park town (1 record), Hyde Park village (1 record).</w:t>
            </w:r>
          </w:p>
        </w:tc>
        <w:tc>
          <w:tcPr>
            <w:tcW w:type="dxa" w:w="2088"/>
          </w:tcPr>
          <w:p>
            <w:pPr>
              <w:spacing w:after="0"/>
              <w:jc w:val="left"/>
            </w:pPr>
          </w:p>
        </w:tc>
      </w:tr>
      <w:tr>
        <w:trPr>
          <w:cantSplit/>
        </w:trPr>
        <w:tc>
          <w:tcPr>
            <w:tcW w:type="dxa" w:w="1635"/>
          </w:tcPr>
          <w:p>
            <w:pPr>
              <w:spacing w:after="0"/>
              <w:jc w:val="left"/>
            </w:pPr>
            <w:r>
              <w:rPr>
                <w:sz w:val="16"/>
              </w:rPr>
              <w:t>Excessive Heat, Heat</w:t>
            </w:r>
          </w:p>
        </w:tc>
        <w:tc>
          <w:tcPr>
            <w:tcW w:type="dxa" w:w="1667"/>
          </w:tcPr>
          <w:p>
            <w:pPr>
              <w:spacing w:after="0"/>
              <w:jc w:val="left"/>
            </w:pPr>
            <w:r>
              <w:rPr>
                <w:sz w:val="16"/>
              </w:rPr>
              <w:t>heat index (narratives)</w:t>
            </w:r>
          </w:p>
        </w:tc>
        <w:tc>
          <w:tcPr>
            <w:tcW w:type="dxa" w:w="1472"/>
          </w:tcPr>
          <w:p>
            <w:pPr>
              <w:spacing w:after="0"/>
              <w:jc w:val="right"/>
            </w:pPr>
            <w:r>
              <w:rPr>
                <w:sz w:val="16"/>
              </w:rPr>
              <w:t>5, 2006 to 2025 (5 zone-level)</w:t>
            </w:r>
          </w:p>
        </w:tc>
        <w:tc>
          <w:tcPr>
            <w:tcW w:type="dxa" w:w="1697"/>
          </w:tcPr>
          <w:p>
            <w:pPr>
              <w:spacing w:after="0"/>
              <w:jc w:val="left"/>
            </w:pPr>
            <w:r>
              <w:rPr>
                <w:sz w:val="16"/>
              </w:rPr>
              <w:t>1 day to 6 days (median 1.5 days); 4 with a recorded value</w:t>
            </w:r>
          </w:p>
        </w:tc>
        <w:tc>
          <w:tcPr>
            <w:tcW w:type="dxa" w:w="1985"/>
          </w:tcPr>
          <w:p>
            <w:pPr>
              <w:spacing w:after="0"/>
              <w:jc w:val="left"/>
            </w:pPr>
            <w:r>
              <w:rPr>
                <w:sz w:val="16"/>
              </w:rPr>
              <w:t>6 consecutive days, 2018-07-01 to 2018-07-06, zone-level</w:t>
            </w:r>
          </w:p>
        </w:tc>
        <w:tc>
          <w:tcPr>
            <w:tcW w:type="dxa" w:w="1558"/>
          </w:tcPr>
          <w:p>
            <w:pPr>
              <w:spacing w:after="0"/>
              <w:jc w:val="left"/>
            </w:pPr>
            <w:r>
              <w:rPr>
                <w:sz w:val="16"/>
              </w:rPr>
              <w:t>Heat, 2012-03-17, $0 property; $750,000 crops, reported for the zone (2012 dollars)</w:t>
            </w:r>
          </w:p>
        </w:tc>
        <w:tc>
          <w:tcPr>
            <w:tcW w:type="dxa" w:w="2010"/>
          </w:tcPr>
          <w:p>
            <w:pPr>
              <w:spacing w:after="0"/>
              <w:jc w:val="left"/>
            </w:pPr>
            <w:r>
              <w:rPr>
                <w:sz w:val="16"/>
              </w:rPr>
              <w:t>Zone-level records: applies countywide; national data do not locate these events within the county.</w:t>
            </w:r>
          </w:p>
        </w:tc>
        <w:tc>
          <w:tcPr>
            <w:tcW w:type="dxa" w:w="2088"/>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35"/>
          </w:tcPr>
          <w:p>
            <w:pPr>
              <w:spacing w:after="0"/>
              <w:jc w:val="left"/>
            </w:pPr>
            <w:r>
              <w:rPr>
                <w:sz w:val="16"/>
              </w:rPr>
              <w:t>Hurricane, Tropical Storm, Tropical Depression</w:t>
            </w:r>
          </w:p>
        </w:tc>
        <w:tc>
          <w:tcPr>
            <w:tcW w:type="dxa" w:w="1667"/>
          </w:tcPr>
          <w:p>
            <w:pPr>
              <w:spacing w:after="0"/>
              <w:jc w:val="left"/>
            </w:pPr>
            <w:r>
              <w:rPr>
                <w:sz w:val="16"/>
              </w:rPr>
              <w:t>Saffir-Simpson</w:t>
            </w:r>
          </w:p>
        </w:tc>
        <w:tc>
          <w:tcPr>
            <w:tcW w:type="dxa" w:w="1472"/>
          </w:tcPr>
          <w:p>
            <w:pPr>
              <w:spacing w:after="0"/>
              <w:jc w:val="right"/>
            </w:pPr>
            <w:r>
              <w:rPr>
                <w:sz w:val="16"/>
              </w:rPr>
              <w:t>0</w:t>
            </w:r>
          </w:p>
        </w:tc>
        <w:tc>
          <w:tcPr>
            <w:tcW w:type="dxa" w:w="1697"/>
          </w:tcPr>
          <w:p>
            <w:pPr>
              <w:spacing w:after="0"/>
              <w:jc w:val="left"/>
            </w:pPr>
          </w:p>
        </w:tc>
        <w:tc>
          <w:tcPr>
            <w:tcW w:type="dxa" w:w="1985"/>
          </w:tcPr>
          <w:p>
            <w:pPr>
              <w:spacing w:after="0"/>
              <w:jc w:val="left"/>
            </w:pPr>
          </w:p>
        </w:tc>
        <w:tc>
          <w:tcPr>
            <w:tcW w:type="dxa" w:w="1558"/>
          </w:tcPr>
          <w:p>
            <w:pPr>
              <w:spacing w:after="0"/>
              <w:jc w:val="left"/>
            </w:pPr>
          </w:p>
        </w:tc>
        <w:tc>
          <w:tcPr>
            <w:tcW w:type="dxa" w:w="2010"/>
          </w:tcPr>
          <w:p>
            <w:pPr>
              <w:spacing w:after="0"/>
              <w:jc w:val="left"/>
            </w:pPr>
          </w:p>
        </w:tc>
        <w:tc>
          <w:tcPr>
            <w:tcW w:type="dxa" w:w="208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35"/>
          </w:tcPr>
          <w:p>
            <w:pPr>
              <w:spacing w:after="0"/>
              <w:jc w:val="left"/>
            </w:pPr>
            <w:r>
              <w:rPr>
                <w:sz w:val="16"/>
              </w:rPr>
              <w:t>Ice Storm</w:t>
            </w:r>
          </w:p>
        </w:tc>
        <w:tc>
          <w:tcPr>
            <w:tcW w:type="dxa" w:w="1667"/>
          </w:tcPr>
          <w:p>
            <w:pPr>
              <w:spacing w:after="0"/>
              <w:jc w:val="left"/>
            </w:pPr>
            <w:r>
              <w:rPr>
                <w:sz w:val="16"/>
              </w:rPr>
              <w:t>Sperry-Piltz (local data)</w:t>
            </w:r>
          </w:p>
        </w:tc>
        <w:tc>
          <w:tcPr>
            <w:tcW w:type="dxa" w:w="1472"/>
          </w:tcPr>
          <w:p>
            <w:pPr>
              <w:spacing w:after="0"/>
              <w:jc w:val="right"/>
            </w:pPr>
            <w:r>
              <w:rPr>
                <w:sz w:val="16"/>
              </w:rPr>
              <w:t>1, 2013 to 2013 (1 zone-level)</w:t>
            </w:r>
          </w:p>
        </w:tc>
        <w:tc>
          <w:tcPr>
            <w:tcW w:type="dxa" w:w="1697"/>
          </w:tcPr>
          <w:p>
            <w:pPr>
              <w:spacing w:after="0"/>
              <w:jc w:val="left"/>
            </w:pPr>
          </w:p>
        </w:tc>
        <w:tc>
          <w:tcPr>
            <w:tcW w:type="dxa" w:w="1985"/>
          </w:tcPr>
          <w:p>
            <w:pPr>
              <w:spacing w:after="0"/>
              <w:jc w:val="left"/>
            </w:pPr>
            <w:r>
              <w:rPr>
                <w:sz w:val="16"/>
              </w:rPr>
              <w:t>Ice Storm, 2013-12-21, $750,000 property; $0 crops, reported for the zone (2013 dollars); NWS zone VTZ006 (LAMOILLE), zone-level: may include parts of neighboring counties</w:t>
            </w:r>
          </w:p>
        </w:tc>
        <w:tc>
          <w:tcPr>
            <w:tcW w:type="dxa" w:w="1558"/>
          </w:tcPr>
          <w:p>
            <w:pPr>
              <w:spacing w:after="0"/>
              <w:jc w:val="left"/>
            </w:pPr>
          </w:p>
        </w:tc>
        <w:tc>
          <w:tcPr>
            <w:tcW w:type="dxa" w:w="2010"/>
          </w:tcPr>
          <w:p>
            <w:pPr>
              <w:spacing w:after="0"/>
              <w:jc w:val="left"/>
            </w:pPr>
            <w:r>
              <w:rPr>
                <w:sz w:val="16"/>
              </w:rPr>
              <w:t>Zone-level records: applies countywide; national data do not locate these events within the county.</w:t>
            </w:r>
          </w:p>
        </w:tc>
        <w:tc>
          <w:tcPr>
            <w:tcW w:type="dxa" w:w="2088"/>
          </w:tcPr>
          <w:p>
            <w:pPr>
              <w:spacing w:after="0"/>
              <w:jc w:val="left"/>
            </w:pPr>
            <w:r>
              <w:rPr>
                <w:sz w:val="16"/>
              </w:rPr>
              <w:t>Ice thickness: in event narratives only; local data required.</w:t>
            </w:r>
          </w:p>
        </w:tc>
      </w:tr>
      <w:tr>
        <w:trPr>
          <w:cantSplit/>
        </w:trPr>
        <w:tc>
          <w:tcPr>
            <w:tcW w:type="dxa" w:w="1635"/>
          </w:tcPr>
          <w:p>
            <w:pPr>
              <w:spacing w:after="0"/>
              <w:jc w:val="left"/>
            </w:pPr>
            <w:r>
              <w:rPr>
                <w:sz w:val="16"/>
              </w:rPr>
              <w:t>Flash Flood, Flood, Lakeshore Flood</w:t>
            </w:r>
          </w:p>
        </w:tc>
        <w:tc>
          <w:tcPr>
            <w:tcW w:type="dxa" w:w="1667"/>
          </w:tcPr>
          <w:p>
            <w:pPr>
              <w:spacing w:after="0"/>
              <w:jc w:val="left"/>
            </w:pPr>
            <w:r>
              <w:rPr>
                <w:sz w:val="16"/>
              </w:rPr>
              <w:t>damage and flood days (FIRM for depth)</w:t>
            </w:r>
          </w:p>
        </w:tc>
        <w:tc>
          <w:tcPr>
            <w:tcW w:type="dxa" w:w="1472"/>
          </w:tcPr>
          <w:p>
            <w:pPr>
              <w:spacing w:after="0"/>
              <w:jc w:val="right"/>
            </w:pPr>
            <w:r>
              <w:rPr>
                <w:sz w:val="16"/>
              </w:rPr>
              <w:t>60, 1996 to 2026 (10 zone-level)</w:t>
            </w:r>
          </w:p>
        </w:tc>
        <w:tc>
          <w:tcPr>
            <w:tcW w:type="dxa" w:w="1697"/>
          </w:tcPr>
          <w:p>
            <w:pPr>
              <w:spacing w:after="0"/>
              <w:jc w:val="left"/>
            </w:pPr>
          </w:p>
        </w:tc>
        <w:tc>
          <w:tcPr>
            <w:tcW w:type="dxa" w:w="1985"/>
          </w:tcPr>
          <w:p>
            <w:pPr>
              <w:spacing w:after="0"/>
              <w:jc w:val="left"/>
            </w:pPr>
            <w:r>
              <w:rPr>
                <w:sz w:val="16"/>
              </w:rPr>
              <w:t>Flood, 2011-08-28, $2,500,000 property; $1,000,000 crops (2011 dollars)</w:t>
            </w:r>
          </w:p>
        </w:tc>
        <w:tc>
          <w:tcPr>
            <w:tcW w:type="dxa" w:w="1558"/>
          </w:tcPr>
          <w:p>
            <w:pPr>
              <w:spacing w:after="0"/>
              <w:jc w:val="left"/>
            </w:pPr>
          </w:p>
        </w:tc>
        <w:tc>
          <w:tcPr>
            <w:tcW w:type="dxa" w:w="2010"/>
          </w:tcPr>
          <w:p>
            <w:pPr>
              <w:spacing w:after="0"/>
              <w:jc w:val="left"/>
            </w:pPr>
            <w:r>
              <w:rPr>
                <w:sz w:val="16"/>
              </w:rPr>
              <w:t>Event records naming places in the county (county page list): Cambridge town (8 records), Stowe town (8 records), Cambridge village (7 records), Eden town (7 records), Johnson town (6 records), Johnson village (5 records), Wolcott town (5 records), Hyde Park town (4 records), Belvidere town (3 records), Elmore town (2 records); and 3 more places (see the XLSX file). Zone-level records (10) apply countywide.</w:t>
            </w:r>
          </w:p>
        </w:tc>
        <w:tc>
          <w:tcPr>
            <w:tcW w:type="dxa" w:w="208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35"/>
          </w:tcPr>
          <w:p>
            <w:pPr>
              <w:spacing w:after="0"/>
              <w:jc w:val="left"/>
            </w:pPr>
            <w:r>
              <w:rPr>
                <w:sz w:val="16"/>
              </w:rPr>
              <w:t>Debris Flow</w:t>
            </w:r>
          </w:p>
        </w:tc>
        <w:tc>
          <w:tcPr>
            <w:tcW w:type="dxa" w:w="1667"/>
          </w:tcPr>
          <w:p>
            <w:pPr>
              <w:spacing w:after="0"/>
              <w:jc w:val="left"/>
            </w:pPr>
            <w:r>
              <w:rPr>
                <w:sz w:val="16"/>
              </w:rPr>
              <w:t>none (count and damage)</w:t>
            </w:r>
          </w:p>
        </w:tc>
        <w:tc>
          <w:tcPr>
            <w:tcW w:type="dxa" w:w="1472"/>
          </w:tcPr>
          <w:p>
            <w:pPr>
              <w:spacing w:after="0"/>
              <w:jc w:val="right"/>
            </w:pPr>
            <w:r>
              <w:rPr>
                <w:sz w:val="16"/>
              </w:rPr>
              <w:t>0</w:t>
            </w:r>
          </w:p>
        </w:tc>
        <w:tc>
          <w:tcPr>
            <w:tcW w:type="dxa" w:w="1697"/>
          </w:tcPr>
          <w:p>
            <w:pPr>
              <w:spacing w:after="0"/>
              <w:jc w:val="left"/>
            </w:pPr>
          </w:p>
        </w:tc>
        <w:tc>
          <w:tcPr>
            <w:tcW w:type="dxa" w:w="1985"/>
          </w:tcPr>
          <w:p>
            <w:pPr>
              <w:spacing w:after="0"/>
              <w:jc w:val="left"/>
            </w:pPr>
          </w:p>
        </w:tc>
        <w:tc>
          <w:tcPr>
            <w:tcW w:type="dxa" w:w="1558"/>
          </w:tcPr>
          <w:p>
            <w:pPr>
              <w:spacing w:after="0"/>
              <w:jc w:val="left"/>
            </w:pPr>
          </w:p>
        </w:tc>
        <w:tc>
          <w:tcPr>
            <w:tcW w:type="dxa" w:w="2010"/>
          </w:tcPr>
          <w:p>
            <w:pPr>
              <w:spacing w:after="0"/>
              <w:jc w:val="left"/>
            </w:pPr>
          </w:p>
        </w:tc>
        <w:tc>
          <w:tcPr>
            <w:tcW w:type="dxa" w:w="2088"/>
          </w:tcPr>
          <w:p>
            <w:pPr>
              <w:spacing w:after="0"/>
              <w:jc w:val="left"/>
            </w:pPr>
            <w:r>
              <w:rPr>
                <w:sz w:val="16"/>
              </w:rPr>
              <w:t>Physical measure: in event narratives only; local data required.</w:t>
            </w:r>
          </w:p>
        </w:tc>
      </w:tr>
      <w:tr>
        <w:trPr>
          <w:cantSplit/>
        </w:trPr>
        <w:tc>
          <w:tcPr>
            <w:tcW w:type="dxa" w:w="1635"/>
          </w:tcPr>
          <w:p>
            <w:pPr>
              <w:spacing w:after="0"/>
              <w:jc w:val="left"/>
            </w:pPr>
            <w:r>
              <w:rPr>
                <w:sz w:val="16"/>
              </w:rPr>
              <w:t>Lightning</w:t>
            </w:r>
          </w:p>
        </w:tc>
        <w:tc>
          <w:tcPr>
            <w:tcW w:type="dxa" w:w="1667"/>
          </w:tcPr>
          <w:p>
            <w:pPr>
              <w:spacing w:after="0"/>
              <w:jc w:val="left"/>
            </w:pPr>
            <w:r>
              <w:rPr>
                <w:sz w:val="16"/>
              </w:rPr>
              <w:t>annualized frequency (the measure FEMA's Local Mitigation Planning Handbook names)</w:t>
            </w:r>
          </w:p>
        </w:tc>
        <w:tc>
          <w:tcPr>
            <w:tcW w:type="dxa" w:w="1472"/>
          </w:tcPr>
          <w:p>
            <w:pPr>
              <w:spacing w:after="0"/>
              <w:jc w:val="right"/>
            </w:pPr>
            <w:r>
              <w:rPr>
                <w:sz w:val="16"/>
              </w:rPr>
              <w:t>2, 2011 to 2012</w:t>
            </w:r>
          </w:p>
        </w:tc>
        <w:tc>
          <w:tcPr>
            <w:tcW w:type="dxa" w:w="1697"/>
          </w:tcPr>
          <w:p>
            <w:pPr>
              <w:spacing w:after="0"/>
              <w:jc w:val="left"/>
            </w:pPr>
          </w:p>
        </w:tc>
        <w:tc>
          <w:tcPr>
            <w:tcW w:type="dxa" w:w="1985"/>
          </w:tcPr>
          <w:p>
            <w:pPr>
              <w:spacing w:after="0"/>
              <w:jc w:val="left"/>
            </w:pPr>
            <w:r>
              <w:rPr>
                <w:sz w:val="16"/>
              </w:rPr>
              <w:t>Lightning, 2011-05-20, $100,000 property; $0 crops (2011 dollars)</w:t>
            </w:r>
          </w:p>
        </w:tc>
        <w:tc>
          <w:tcPr>
            <w:tcW w:type="dxa" w:w="1558"/>
          </w:tcPr>
          <w:p>
            <w:pPr>
              <w:spacing w:after="0"/>
              <w:jc w:val="left"/>
            </w:pPr>
          </w:p>
        </w:tc>
        <w:tc>
          <w:tcPr>
            <w:tcW w:type="dxa" w:w="2010"/>
          </w:tcPr>
          <w:p>
            <w:pPr>
              <w:spacing w:after="0"/>
              <w:jc w:val="left"/>
            </w:pPr>
            <w:r>
              <w:rPr>
                <w:sz w:val="16"/>
              </w:rPr>
              <w:t>Event records naming places in the county (county page list): Cambridge town (1 record), Jeffersonville village (1 record), Stowe town (1 record).</w:t>
            </w:r>
          </w:p>
        </w:tc>
        <w:tc>
          <w:tcPr>
            <w:tcW w:type="dxa" w:w="2088"/>
          </w:tcPr>
          <w:p>
            <w:pPr>
              <w:spacing w:after="0"/>
              <w:jc w:val="left"/>
            </w:pPr>
            <w:r>
              <w:rPr>
                <w:sz w:val="16"/>
              </w:rPr>
              <w:t>Storm Events lists lightning with damage or casualties; physical measure in event narratives only; local data required.</w:t>
            </w:r>
          </w:p>
        </w:tc>
      </w:tr>
      <w:tr>
        <w:trPr>
          <w:cantSplit/>
        </w:trPr>
        <w:tc>
          <w:tcPr>
            <w:tcW w:type="dxa" w:w="1635"/>
          </w:tcPr>
          <w:p>
            <w:pPr>
              <w:spacing w:after="0"/>
              <w:jc w:val="left"/>
            </w:pPr>
            <w:r>
              <w:rPr>
                <w:sz w:val="16"/>
              </w:rPr>
              <w:t>High Wind and Strong Wind (outside NRI Strong Wind definition)</w:t>
            </w:r>
          </w:p>
        </w:tc>
        <w:tc>
          <w:tcPr>
            <w:tcW w:type="dxa" w:w="1667"/>
          </w:tcPr>
          <w:p>
            <w:pPr>
              <w:spacing w:after="0"/>
              <w:jc w:val="left"/>
            </w:pPr>
            <w:r>
              <w:rPr>
                <w:sz w:val="16"/>
              </w:rPr>
              <w:t>wind speed (kt and mph)</w:t>
            </w:r>
          </w:p>
        </w:tc>
        <w:tc>
          <w:tcPr>
            <w:tcW w:type="dxa" w:w="1472"/>
          </w:tcPr>
          <w:p>
            <w:pPr>
              <w:spacing w:after="0"/>
              <w:jc w:val="right"/>
            </w:pPr>
            <w:r>
              <w:rPr>
                <w:sz w:val="16"/>
              </w:rPr>
              <w:t>71, 1996 to 2026 (70 zone-level)</w:t>
            </w:r>
          </w:p>
        </w:tc>
        <w:tc>
          <w:tcPr>
            <w:tcW w:type="dxa" w:w="1697"/>
          </w:tcPr>
          <w:p>
            <w:pPr>
              <w:spacing w:after="0"/>
              <w:jc w:val="left"/>
            </w:pPr>
            <w:r>
              <w:rPr>
                <w:sz w:val="16"/>
              </w:rPr>
              <w:t>30 kt (35 mph) to 83 kt (96 mph) (median 43.5 kt (50 mph)); 66 with a recorded value</w:t>
            </w:r>
          </w:p>
        </w:tc>
        <w:tc>
          <w:tcPr>
            <w:tcW w:type="dxa" w:w="1985"/>
          </w:tcPr>
          <w:p>
            <w:pPr>
              <w:spacing w:after="0"/>
              <w:jc w:val="left"/>
            </w:pPr>
            <w:r>
              <w:rPr>
                <w:sz w:val="16"/>
              </w:rPr>
              <w:t>83 kt (96 mph), measurement type not recorded, High Wind, 1996-01-27; NWS zone VTZ006 (LAMOILLE), zone-level: may include parts of neighboring counties</w:t>
            </w:r>
          </w:p>
        </w:tc>
        <w:tc>
          <w:tcPr>
            <w:tcW w:type="dxa" w:w="1558"/>
          </w:tcPr>
          <w:p>
            <w:pPr>
              <w:spacing w:after="0"/>
              <w:jc w:val="left"/>
            </w:pPr>
            <w:r>
              <w:rPr>
                <w:sz w:val="16"/>
              </w:rPr>
              <w:t>High Wind, 2010-12-01, $750,000 property; $0 crops, reported for the zone (2010 dollars)</w:t>
            </w:r>
          </w:p>
        </w:tc>
        <w:tc>
          <w:tcPr>
            <w:tcW w:type="dxa" w:w="2010"/>
          </w:tcPr>
          <w:p>
            <w:pPr>
              <w:spacing w:after="0"/>
              <w:jc w:val="left"/>
            </w:pPr>
            <w:r>
              <w:rPr>
                <w:sz w:val="16"/>
              </w:rPr>
              <w:t>No event record names a listed place in the county. Zone-level records (70) apply countywide.</w:t>
            </w:r>
          </w:p>
        </w:tc>
        <w:tc>
          <w:tcPr>
            <w:tcW w:type="dxa" w:w="2088"/>
          </w:tcPr>
          <w:p>
            <w:pPr>
              <w:spacing w:after="0"/>
              <w:jc w:val="left"/>
            </w:pPr>
          </w:p>
        </w:tc>
      </w:tr>
      <w:tr>
        <w:trPr>
          <w:cantSplit/>
        </w:trPr>
        <w:tc>
          <w:tcPr>
            <w:tcW w:type="dxa" w:w="1635"/>
          </w:tcPr>
          <w:p>
            <w:pPr>
              <w:spacing w:after="0"/>
              <w:jc w:val="left"/>
            </w:pPr>
            <w:r>
              <w:rPr>
                <w:sz w:val="16"/>
              </w:rPr>
              <w:t>Thunderstorm Wind</w:t>
            </w:r>
          </w:p>
        </w:tc>
        <w:tc>
          <w:tcPr>
            <w:tcW w:type="dxa" w:w="1667"/>
          </w:tcPr>
          <w:p>
            <w:pPr>
              <w:spacing w:after="0"/>
              <w:jc w:val="left"/>
            </w:pPr>
            <w:r>
              <w:rPr>
                <w:sz w:val="16"/>
              </w:rPr>
              <w:t>wind speed (kt and mph)</w:t>
            </w:r>
          </w:p>
        </w:tc>
        <w:tc>
          <w:tcPr>
            <w:tcW w:type="dxa" w:w="1472"/>
          </w:tcPr>
          <w:p>
            <w:pPr>
              <w:spacing w:after="0"/>
              <w:jc w:val="right"/>
            </w:pPr>
            <w:r>
              <w:rPr>
                <w:sz w:val="16"/>
              </w:rPr>
              <w:t>84, 1975 to 2025</w:t>
            </w:r>
          </w:p>
        </w:tc>
        <w:tc>
          <w:tcPr>
            <w:tcW w:type="dxa" w:w="1697"/>
          </w:tcPr>
          <w:p>
            <w:pPr>
              <w:spacing w:after="0"/>
              <w:jc w:val="left"/>
            </w:pPr>
            <w:r>
              <w:rPr>
                <w:sz w:val="16"/>
              </w:rPr>
              <w:t>50 kt (58 mph) to 65 kt (75 mph) (median 50 kt (58 mph)); 61 with a recorded value</w:t>
            </w:r>
          </w:p>
        </w:tc>
        <w:tc>
          <w:tcPr>
            <w:tcW w:type="dxa" w:w="1985"/>
          </w:tcPr>
          <w:p>
            <w:pPr>
              <w:spacing w:after="0"/>
              <w:jc w:val="left"/>
            </w:pPr>
            <w:r>
              <w:rPr>
                <w:sz w:val="16"/>
              </w:rPr>
              <w:t>65 kt (75 mph) estimated gust, Thunderstorm Wind, 2013-07-19; same speed and measurement basis also recorded on 2008-07-18, 2011-05-26</w:t>
            </w:r>
          </w:p>
        </w:tc>
        <w:tc>
          <w:tcPr>
            <w:tcW w:type="dxa" w:w="1558"/>
          </w:tcPr>
          <w:p>
            <w:pPr>
              <w:spacing w:after="0"/>
              <w:jc w:val="left"/>
            </w:pPr>
            <w:r>
              <w:rPr>
                <w:sz w:val="16"/>
              </w:rPr>
              <w:t>Thunderstorm Wind, 2008-07-18, $150,000 property; $0 crops (2008 dollars)</w:t>
            </w:r>
          </w:p>
        </w:tc>
        <w:tc>
          <w:tcPr>
            <w:tcW w:type="dxa" w:w="2010"/>
          </w:tcPr>
          <w:p>
            <w:pPr>
              <w:spacing w:after="0"/>
              <w:jc w:val="left"/>
            </w:pPr>
            <w:r>
              <w:rPr>
                <w:sz w:val="16"/>
              </w:rPr>
              <w:t>Event records naming places in the county (county page list): Cambridge town (15 records), Stowe town (12 records), Johnson town (11 records), Cambridge village (9 records), Johnson village (9 records), Hyde Park town (7 records), Eden town (5 records), Hyde Park village (5 records), Jeffersonville village (5 records), Morristown town (5 records); and 4 more places (see the XLSX file).</w:t>
            </w:r>
          </w:p>
        </w:tc>
        <w:tc>
          <w:tcPr>
            <w:tcW w:type="dxa" w:w="2088"/>
          </w:tcPr>
          <w:p>
            <w:pPr>
              <w:spacing w:after="0"/>
              <w:jc w:val="left"/>
            </w:pPr>
          </w:p>
        </w:tc>
      </w:tr>
      <w:tr>
        <w:trPr>
          <w:cantSplit/>
        </w:trPr>
        <w:tc>
          <w:tcPr>
            <w:tcW w:type="dxa" w:w="1635"/>
          </w:tcPr>
          <w:p>
            <w:pPr>
              <w:spacing w:after="0"/>
              <w:jc w:val="left"/>
            </w:pPr>
            <w:r>
              <w:rPr>
                <w:sz w:val="16"/>
              </w:rPr>
              <w:t>Tornado</w:t>
            </w:r>
          </w:p>
        </w:tc>
        <w:tc>
          <w:tcPr>
            <w:tcW w:type="dxa" w:w="1667"/>
          </w:tcPr>
          <w:p>
            <w:pPr>
              <w:spacing w:after="0"/>
              <w:jc w:val="left"/>
            </w:pPr>
            <w:r>
              <w:rPr>
                <w:sz w:val="16"/>
              </w:rPr>
              <w:t>Enhanced Fujita (F before Feb 2007)</w:t>
            </w:r>
          </w:p>
        </w:tc>
        <w:tc>
          <w:tcPr>
            <w:tcW w:type="dxa" w:w="1472"/>
          </w:tcPr>
          <w:p>
            <w:pPr>
              <w:spacing w:after="0"/>
              <w:jc w:val="right"/>
            </w:pPr>
            <w:r>
              <w:rPr>
                <w:sz w:val="16"/>
              </w:rPr>
              <w:t>3, 1960 to 2008</w:t>
            </w:r>
          </w:p>
        </w:tc>
        <w:tc>
          <w:tcPr>
            <w:tcW w:type="dxa" w:w="1697"/>
          </w:tcPr>
          <w:p>
            <w:pPr>
              <w:spacing w:after="0"/>
              <w:jc w:val="left"/>
            </w:pPr>
            <w:r>
              <w:rPr>
                <w:sz w:val="16"/>
              </w:rPr>
              <w:t>F/EF0 to F/EF2 (median F/EF1); 3 with a recorded value</w:t>
            </w:r>
          </w:p>
        </w:tc>
        <w:tc>
          <w:tcPr>
            <w:tcW w:type="dxa" w:w="1985"/>
          </w:tcPr>
          <w:p>
            <w:pPr>
              <w:spacing w:after="0"/>
              <w:jc w:val="left"/>
            </w:pPr>
            <w:r>
              <w:rPr>
                <w:sz w:val="16"/>
              </w:rPr>
              <w:t>F2 tornado, 1960-06-24, 2 mi path length (records before 1996 may include the whole path; rating and listing come from the county where the tornado began), 100 yd wide, $25,000 property; crops not recorded (1960 dollars)</w:t>
            </w:r>
          </w:p>
        </w:tc>
        <w:tc>
          <w:tcPr>
            <w:tcW w:type="dxa" w:w="1558"/>
          </w:tcPr>
          <w:p>
            <w:pPr>
              <w:spacing w:after="0"/>
              <w:jc w:val="left"/>
            </w:pPr>
            <w:r>
              <w:rPr>
                <w:sz w:val="16"/>
              </w:rPr>
              <w:t>Tornado, 2008-07-18, $100,000 property; $0 crops (2008 dollars)</w:t>
            </w:r>
          </w:p>
        </w:tc>
        <w:tc>
          <w:tcPr>
            <w:tcW w:type="dxa" w:w="2010"/>
          </w:tcPr>
          <w:p>
            <w:pPr>
              <w:spacing w:after="0"/>
              <w:jc w:val="left"/>
            </w:pPr>
            <w:r>
              <w:rPr>
                <w:sz w:val="16"/>
              </w:rPr>
              <w:t>Event records naming places in the county (county page list): Cambridge town (2 records).</w:t>
            </w:r>
          </w:p>
        </w:tc>
        <w:tc>
          <w:tcPr>
            <w:tcW w:type="dxa" w:w="208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35"/>
          </w:tcPr>
          <w:p>
            <w:pPr>
              <w:spacing w:after="0"/>
              <w:jc w:val="left"/>
            </w:pPr>
            <w:r>
              <w:rPr>
                <w:sz w:val="16"/>
              </w:rPr>
              <w:t>Tsunami</w:t>
            </w:r>
          </w:p>
        </w:tc>
        <w:tc>
          <w:tcPr>
            <w:tcW w:type="dxa" w:w="1667"/>
          </w:tcPr>
          <w:p>
            <w:pPr>
              <w:spacing w:after="0"/>
              <w:jc w:val="left"/>
            </w:pPr>
            <w:r>
              <w:rPr>
                <w:sz w:val="16"/>
              </w:rPr>
              <w:t>none (count and damage)</w:t>
            </w:r>
          </w:p>
        </w:tc>
        <w:tc>
          <w:tcPr>
            <w:tcW w:type="dxa" w:w="1472"/>
          </w:tcPr>
          <w:p>
            <w:pPr>
              <w:spacing w:after="0"/>
              <w:jc w:val="right"/>
            </w:pPr>
            <w:r>
              <w:rPr>
                <w:sz w:val="16"/>
              </w:rPr>
              <w:t>0</w:t>
            </w:r>
          </w:p>
        </w:tc>
        <w:tc>
          <w:tcPr>
            <w:tcW w:type="dxa" w:w="1697"/>
          </w:tcPr>
          <w:p>
            <w:pPr>
              <w:spacing w:after="0"/>
              <w:jc w:val="left"/>
            </w:pPr>
          </w:p>
        </w:tc>
        <w:tc>
          <w:tcPr>
            <w:tcW w:type="dxa" w:w="1985"/>
          </w:tcPr>
          <w:p>
            <w:pPr>
              <w:spacing w:after="0"/>
              <w:jc w:val="left"/>
            </w:pPr>
          </w:p>
        </w:tc>
        <w:tc>
          <w:tcPr>
            <w:tcW w:type="dxa" w:w="1558"/>
          </w:tcPr>
          <w:p>
            <w:pPr>
              <w:spacing w:after="0"/>
              <w:jc w:val="left"/>
            </w:pPr>
          </w:p>
        </w:tc>
        <w:tc>
          <w:tcPr>
            <w:tcW w:type="dxa" w:w="2010"/>
          </w:tcPr>
          <w:p>
            <w:pPr>
              <w:spacing w:after="0"/>
              <w:jc w:val="left"/>
            </w:pPr>
          </w:p>
        </w:tc>
        <w:tc>
          <w:tcPr>
            <w:tcW w:type="dxa" w:w="2088"/>
          </w:tcPr>
          <w:p>
            <w:pPr>
              <w:spacing w:after="0"/>
              <w:jc w:val="left"/>
            </w:pPr>
            <w:r>
              <w:rPr>
                <w:sz w:val="16"/>
              </w:rPr>
              <w:t>Physical measure: in event narratives only; local data required.</w:t>
            </w:r>
          </w:p>
        </w:tc>
      </w:tr>
      <w:tr>
        <w:trPr>
          <w:cantSplit/>
        </w:trPr>
        <w:tc>
          <w:tcPr>
            <w:tcW w:type="dxa" w:w="1635"/>
          </w:tcPr>
          <w:p>
            <w:pPr>
              <w:spacing w:after="0"/>
              <w:jc w:val="left"/>
            </w:pPr>
            <w:r>
              <w:rPr>
                <w:sz w:val="16"/>
              </w:rPr>
              <w:t>Volcanic Ash, Volcanic Ashfall</w:t>
            </w:r>
          </w:p>
        </w:tc>
        <w:tc>
          <w:tcPr>
            <w:tcW w:type="dxa" w:w="1667"/>
          </w:tcPr>
          <w:p>
            <w:pPr>
              <w:spacing w:after="0"/>
              <w:jc w:val="left"/>
            </w:pPr>
            <w:r>
              <w:rPr>
                <w:sz w:val="16"/>
              </w:rPr>
              <w:t>Volcanic Explosivity Index (local data)</w:t>
            </w:r>
          </w:p>
        </w:tc>
        <w:tc>
          <w:tcPr>
            <w:tcW w:type="dxa" w:w="1472"/>
          </w:tcPr>
          <w:p>
            <w:pPr>
              <w:spacing w:after="0"/>
              <w:jc w:val="right"/>
            </w:pPr>
            <w:r>
              <w:rPr>
                <w:sz w:val="16"/>
              </w:rPr>
              <w:t>0</w:t>
            </w:r>
          </w:p>
        </w:tc>
        <w:tc>
          <w:tcPr>
            <w:tcW w:type="dxa" w:w="1697"/>
          </w:tcPr>
          <w:p>
            <w:pPr>
              <w:spacing w:after="0"/>
              <w:jc w:val="left"/>
            </w:pPr>
          </w:p>
        </w:tc>
        <w:tc>
          <w:tcPr>
            <w:tcW w:type="dxa" w:w="1985"/>
          </w:tcPr>
          <w:p>
            <w:pPr>
              <w:spacing w:after="0"/>
              <w:jc w:val="left"/>
            </w:pPr>
          </w:p>
        </w:tc>
        <w:tc>
          <w:tcPr>
            <w:tcW w:type="dxa" w:w="1558"/>
          </w:tcPr>
          <w:p>
            <w:pPr>
              <w:spacing w:after="0"/>
              <w:jc w:val="left"/>
            </w:pPr>
          </w:p>
        </w:tc>
        <w:tc>
          <w:tcPr>
            <w:tcW w:type="dxa" w:w="2010"/>
          </w:tcPr>
          <w:p>
            <w:pPr>
              <w:spacing w:after="0"/>
              <w:jc w:val="left"/>
            </w:pPr>
          </w:p>
        </w:tc>
        <w:tc>
          <w:tcPr>
            <w:tcW w:type="dxa" w:w="2088"/>
          </w:tcPr>
          <w:p>
            <w:pPr>
              <w:spacing w:after="0"/>
              <w:jc w:val="left"/>
            </w:pPr>
            <w:r>
              <w:rPr>
                <w:sz w:val="16"/>
              </w:rPr>
              <w:t>Physical measure: in event narratives only; local data required.</w:t>
            </w:r>
          </w:p>
        </w:tc>
      </w:tr>
      <w:tr>
        <w:trPr>
          <w:cantSplit/>
        </w:trPr>
        <w:tc>
          <w:tcPr>
            <w:tcW w:type="dxa" w:w="1635"/>
          </w:tcPr>
          <w:p>
            <w:pPr>
              <w:spacing w:after="0"/>
              <w:jc w:val="left"/>
            </w:pPr>
            <w:r>
              <w:rPr>
                <w:sz w:val="16"/>
              </w:rPr>
              <w:t>Wildfire</w:t>
            </w:r>
          </w:p>
        </w:tc>
        <w:tc>
          <w:tcPr>
            <w:tcW w:type="dxa" w:w="1667"/>
          </w:tcPr>
          <w:p>
            <w:pPr>
              <w:spacing w:after="0"/>
              <w:jc w:val="left"/>
            </w:pPr>
            <w:r>
              <w:rPr>
                <w:sz w:val="16"/>
              </w:rPr>
              <w:t>acres burned (local data)</w:t>
            </w:r>
          </w:p>
        </w:tc>
        <w:tc>
          <w:tcPr>
            <w:tcW w:type="dxa" w:w="1472"/>
          </w:tcPr>
          <w:p>
            <w:pPr>
              <w:spacing w:after="0"/>
              <w:jc w:val="right"/>
            </w:pPr>
            <w:r>
              <w:rPr>
                <w:sz w:val="16"/>
              </w:rPr>
              <w:t>0</w:t>
            </w:r>
          </w:p>
        </w:tc>
        <w:tc>
          <w:tcPr>
            <w:tcW w:type="dxa" w:w="1697"/>
          </w:tcPr>
          <w:p>
            <w:pPr>
              <w:spacing w:after="0"/>
              <w:jc w:val="left"/>
            </w:pPr>
          </w:p>
        </w:tc>
        <w:tc>
          <w:tcPr>
            <w:tcW w:type="dxa" w:w="1985"/>
          </w:tcPr>
          <w:p>
            <w:pPr>
              <w:spacing w:after="0"/>
              <w:jc w:val="left"/>
            </w:pPr>
          </w:p>
        </w:tc>
        <w:tc>
          <w:tcPr>
            <w:tcW w:type="dxa" w:w="1558"/>
          </w:tcPr>
          <w:p>
            <w:pPr>
              <w:spacing w:after="0"/>
              <w:jc w:val="left"/>
            </w:pPr>
          </w:p>
        </w:tc>
        <w:tc>
          <w:tcPr>
            <w:tcW w:type="dxa" w:w="2010"/>
          </w:tcPr>
          <w:p>
            <w:pPr>
              <w:spacing w:after="0"/>
              <w:jc w:val="left"/>
            </w:pPr>
          </w:p>
        </w:tc>
        <w:tc>
          <w:tcPr>
            <w:tcW w:type="dxa" w:w="2088"/>
          </w:tcPr>
          <w:p>
            <w:pPr>
              <w:spacing w:after="0"/>
              <w:jc w:val="left"/>
            </w:pPr>
            <w:r>
              <w:rPr>
                <w:sz w:val="16"/>
              </w:rPr>
              <w:t>Acres burned: in event narratives only; local data required.</w:t>
            </w:r>
          </w:p>
        </w:tc>
      </w:tr>
      <w:tr>
        <w:trPr>
          <w:cantSplit/>
        </w:trPr>
        <w:tc>
          <w:tcPr>
            <w:tcW w:type="dxa" w:w="1635"/>
          </w:tcPr>
          <w:p>
            <w:pPr>
              <w:spacing w:after="0"/>
              <w:jc w:val="left"/>
            </w:pPr>
            <w:r>
              <w:rPr>
                <w:sz w:val="16"/>
              </w:rPr>
              <w:t>Winter Storm, Heavy Snow, Blizzard, Lake-Effect Snow, Winter Weather, Sleet</w:t>
            </w:r>
          </w:p>
        </w:tc>
        <w:tc>
          <w:tcPr>
            <w:tcW w:type="dxa" w:w="1667"/>
          </w:tcPr>
          <w:p>
            <w:pPr>
              <w:spacing w:after="0"/>
              <w:jc w:val="left"/>
            </w:pPr>
            <w:r>
              <w:rPr>
                <w:sz w:val="16"/>
              </w:rPr>
              <w:t>none in data (snowfall local)</w:t>
            </w:r>
          </w:p>
        </w:tc>
        <w:tc>
          <w:tcPr>
            <w:tcW w:type="dxa" w:w="1472"/>
          </w:tcPr>
          <w:p>
            <w:pPr>
              <w:spacing w:after="0"/>
              <w:jc w:val="right"/>
            </w:pPr>
            <w:r>
              <w:rPr>
                <w:sz w:val="16"/>
              </w:rPr>
              <w:t>325, 1996 to 2026 (325 zone-level)</w:t>
            </w:r>
          </w:p>
        </w:tc>
        <w:tc>
          <w:tcPr>
            <w:tcW w:type="dxa" w:w="1697"/>
          </w:tcPr>
          <w:p>
            <w:pPr>
              <w:spacing w:after="0"/>
              <w:jc w:val="left"/>
            </w:pPr>
          </w:p>
        </w:tc>
        <w:tc>
          <w:tcPr>
            <w:tcW w:type="dxa" w:w="1985"/>
          </w:tcPr>
          <w:p>
            <w:pPr>
              <w:spacing w:after="0"/>
              <w:jc w:val="left"/>
            </w:pPr>
            <w:r>
              <w:rPr>
                <w:sz w:val="16"/>
              </w:rPr>
              <w:t>Heavy Snow, 2007-02-14, $200,000 property; $0 crops, reported for the zone (2007 dollars); NWS zone VTZ006 (LAMOILLE), zone-level: may include parts of neighboring counties</w:t>
            </w:r>
          </w:p>
        </w:tc>
        <w:tc>
          <w:tcPr>
            <w:tcW w:type="dxa" w:w="1558"/>
          </w:tcPr>
          <w:p>
            <w:pPr>
              <w:spacing w:after="0"/>
              <w:jc w:val="left"/>
            </w:pPr>
          </w:p>
        </w:tc>
        <w:tc>
          <w:tcPr>
            <w:tcW w:type="dxa" w:w="2010"/>
          </w:tcPr>
          <w:p>
            <w:pPr>
              <w:spacing w:after="0"/>
              <w:jc w:val="left"/>
            </w:pPr>
            <w:r>
              <w:rPr>
                <w:sz w:val="16"/>
              </w:rPr>
              <w:t>Zone-level records: applies countywide; national data do not locate these events within the county.</w:t>
            </w:r>
          </w:p>
        </w:tc>
        <w:tc>
          <w:tcPr>
            <w:tcW w:type="dxa" w:w="208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Lamoille County, county-level (county FIPS 50015); scope: declarations, statewide block and Storm Events history.</w:t>
      </w:r>
    </w:p>
    <w:p>
      <w:pPr>
        <w:keepNext/>
        <w:spacing w:after="40" w:before="0"/>
      </w:pPr>
      <w:r>
        <w:rPr>
          <w:b/>
        </w:rPr>
        <w:t xml:space="preserve">Declaration rows: </w:t>
      </w:r>
      <w:r>
        <w:rPr/>
        <w:t>38</w:t>
      </w:r>
    </w:p>
    <w:p>
      <w:pPr>
        <w:keepNext/>
        <w:spacing w:after="40" w:before="0"/>
      </w:pPr>
      <w:r>
        <w:rPr>
          <w:b/>
        </w:rPr>
        <w:t xml:space="preserve">Counted incidents: </w:t>
      </w:r>
      <w:r>
        <w:rPr/>
        <w:t>33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3"/>
        <w:gridCol w:w="1113"/>
        <w:gridCol w:w="1113"/>
        <w:gridCol w:w="1497"/>
        <w:gridCol w:w="2647"/>
        <w:gridCol w:w="2637"/>
        <w:gridCol w:w="1535"/>
        <w:gridCol w:w="1497"/>
        <w:gridCol w:w="960"/>
      </w:tblGrid>
      <w:tr>
        <w:trPr>
          <w:cantSplit/>
          <w:tblHeader/>
        </w:trPr>
        <w:tc>
          <w:tcPr>
            <w:tcW w:type="dxa" w:w="1113"/>
            <w:shd w:val="clear" w:color="auto" w:fill="E8E8E8"/>
          </w:tcPr>
          <w:p>
            <w:pPr>
              <w:spacing w:after="0"/>
              <w:jc w:val="left"/>
            </w:pPr>
            <w:r>
              <w:rPr>
                <w:b/>
                <w:sz w:val="16"/>
              </w:rPr>
              <w:t>Declared</w:t>
            </w:r>
          </w:p>
        </w:tc>
        <w:tc>
          <w:tcPr>
            <w:tcW w:type="dxa" w:w="1113"/>
            <w:shd w:val="clear" w:color="auto" w:fill="E8E8E8"/>
          </w:tcPr>
          <w:p>
            <w:pPr>
              <w:spacing w:after="0"/>
              <w:jc w:val="left"/>
            </w:pPr>
            <w:r>
              <w:rPr>
                <w:b/>
                <w:sz w:val="16"/>
              </w:rPr>
              <w:t>Incident began</w:t>
            </w:r>
          </w:p>
        </w:tc>
        <w:tc>
          <w:tcPr>
            <w:tcW w:type="dxa" w:w="1113"/>
            <w:shd w:val="clear" w:color="auto" w:fill="E8E8E8"/>
          </w:tcPr>
          <w:p>
            <w:pPr>
              <w:spacing w:after="0"/>
              <w:jc w:val="left"/>
            </w:pPr>
            <w:r>
              <w:rPr>
                <w:b/>
                <w:sz w:val="16"/>
              </w:rPr>
              <w:t>FEMA number</w:t>
            </w:r>
          </w:p>
        </w:tc>
        <w:tc>
          <w:tcPr>
            <w:tcW w:type="dxa" w:w="1497"/>
            <w:shd w:val="clear" w:color="auto" w:fill="E8E8E8"/>
          </w:tcPr>
          <w:p>
            <w:pPr>
              <w:spacing w:after="0"/>
              <w:jc w:val="left"/>
            </w:pPr>
            <w:r>
              <w:rPr>
                <w:b/>
                <w:sz w:val="16"/>
              </w:rPr>
              <w:t>Type</w:t>
            </w:r>
          </w:p>
        </w:tc>
        <w:tc>
          <w:tcPr>
            <w:tcW w:type="dxa" w:w="2647"/>
            <w:shd w:val="clear" w:color="auto" w:fill="E8E8E8"/>
          </w:tcPr>
          <w:p>
            <w:pPr>
              <w:spacing w:after="0"/>
              <w:jc w:val="left"/>
            </w:pPr>
            <w:r>
              <w:rPr>
                <w:b/>
                <w:sz w:val="16"/>
              </w:rPr>
              <w:t>Title</w:t>
            </w:r>
          </w:p>
        </w:tc>
        <w:tc>
          <w:tcPr>
            <w:tcW w:type="dxa" w:w="2637"/>
            <w:shd w:val="clear" w:color="auto" w:fill="E8E8E8"/>
          </w:tcPr>
          <w:p>
            <w:pPr>
              <w:spacing w:after="0"/>
              <w:jc w:val="left"/>
            </w:pPr>
            <w:r>
              <w:rPr>
                <w:b/>
                <w:sz w:val="16"/>
              </w:rPr>
              <w:t>Mapped hazard</w:t>
            </w:r>
          </w:p>
        </w:tc>
        <w:tc>
          <w:tcPr>
            <w:tcW w:type="dxa" w:w="153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97"/>
            <w:shd w:val="clear" w:color="auto" w:fill="E8E8E8"/>
          </w:tcPr>
          <w:p>
            <w:pPr>
              <w:spacing w:after="0"/>
              <w:jc w:val="left"/>
            </w:pPr>
            <w:r>
              <w:rPr>
                <w:b/>
                <w:sz w:val="16"/>
              </w:rPr>
              <w:t>Flags</w:t>
            </w:r>
          </w:p>
        </w:tc>
        <w:tc>
          <w:tcPr>
            <w:tcW w:type="dxa" w:w="960"/>
            <w:shd w:val="clear" w:color="auto" w:fill="E8E8E8"/>
          </w:tcPr>
          <w:p>
            <w:pPr>
              <w:spacing w:after="0"/>
              <w:jc w:val="left"/>
            </w:pPr>
            <w:r>
              <w:rPr>
                <w:b/>
                <w:sz w:val="16"/>
              </w:rPr>
              <w:t>Notes</w:t>
            </w:r>
          </w:p>
        </w:tc>
      </w:tr>
      <w:tr>
        <w:trPr>
          <w:cantSplit/>
        </w:trPr>
        <w:tc>
          <w:tcPr>
            <w:tcW w:type="dxa" w:w="1113"/>
          </w:tcPr>
          <w:p>
            <w:pPr>
              <w:spacing w:after="0"/>
              <w:jc w:val="left"/>
            </w:pPr>
            <w:r>
              <w:rPr>
                <w:sz w:val="16"/>
              </w:rPr>
              <w:t>2024-09-11</w:t>
            </w:r>
          </w:p>
        </w:tc>
        <w:tc>
          <w:tcPr>
            <w:tcW w:type="dxa" w:w="1113"/>
          </w:tcPr>
          <w:p>
            <w:pPr>
              <w:spacing w:after="0"/>
              <w:jc w:val="left"/>
            </w:pPr>
            <w:r>
              <w:rPr>
                <w:sz w:val="16"/>
              </w:rPr>
              <w:t>2024-08-22</w:t>
            </w:r>
          </w:p>
        </w:tc>
        <w:tc>
          <w:tcPr>
            <w:tcW w:type="dxa" w:w="1113"/>
          </w:tcPr>
          <w:p>
            <w:pPr>
              <w:spacing w:after="0"/>
              <w:jc w:val="left"/>
            </w:pPr>
            <w:r>
              <w:rPr>
                <w:sz w:val="16"/>
              </w:rPr>
              <w:t>DR-4816-VT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$1,523,149.93</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2024-08-20</w:t>
            </w:r>
          </w:p>
        </w:tc>
        <w:tc>
          <w:tcPr>
            <w:tcW w:type="dxa" w:w="1113"/>
          </w:tcPr>
          <w:p>
            <w:pPr>
              <w:spacing w:after="0"/>
              <w:jc w:val="left"/>
            </w:pPr>
            <w:r>
              <w:rPr>
                <w:sz w:val="16"/>
              </w:rPr>
              <w:t>2024-07-09</w:t>
            </w:r>
          </w:p>
        </w:tc>
        <w:tc>
          <w:tcPr>
            <w:tcW w:type="dxa" w:w="1113"/>
          </w:tcPr>
          <w:p>
            <w:pPr>
              <w:spacing w:after="0"/>
              <w:jc w:val="left"/>
            </w:pPr>
            <w:r>
              <w:rPr>
                <w:sz w:val="16"/>
              </w:rPr>
              <w:t>DR-4810-VT</w:t>
            </w:r>
          </w:p>
        </w:tc>
        <w:tc>
          <w:tcPr>
            <w:tcW w:type="dxa" w:w="1497"/>
          </w:tcPr>
          <w:p>
            <w:pPr>
              <w:spacing w:after="0"/>
              <w:jc w:val="left"/>
            </w:pPr>
            <w:r>
              <w:rPr>
                <w:sz w:val="16"/>
              </w:rPr>
              <w:t>Major disaster</w:t>
            </w:r>
          </w:p>
        </w:tc>
        <w:tc>
          <w:tcPr>
            <w:tcW w:type="dxa" w:w="2647"/>
          </w:tcPr>
          <w:p>
            <w:pPr>
              <w:spacing w:after="0"/>
              <w:jc w:val="left"/>
            </w:pPr>
            <w:r>
              <w:rPr>
                <w:sz w:val="16"/>
              </w:rPr>
              <w:t>SEVERE STORM, FLOODING, LANDSLIDES, AND MUDSLIDES</w:t>
            </w:r>
          </w:p>
        </w:tc>
        <w:tc>
          <w:tcPr>
            <w:tcW w:type="dxa" w:w="2637"/>
          </w:tcPr>
          <w:p>
            <w:pPr>
              <w:spacing w:after="0"/>
              <w:jc w:val="left"/>
            </w:pPr>
            <w:r>
              <w:rPr>
                <w:sz w:val="16"/>
              </w:rPr>
              <w:t>Inland Flooding; Landslide</w:t>
            </w:r>
          </w:p>
        </w:tc>
        <w:tc>
          <w:tcPr>
            <w:tcW w:type="dxa" w:w="1535"/>
          </w:tcPr>
          <w:p>
            <w:pPr>
              <w:spacing w:after="0"/>
              <w:jc w:val="right"/>
            </w:pPr>
            <w:r>
              <w:rPr>
                <w:sz w:val="16"/>
              </w:rPr>
              <w:t>$2,573,097.49</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2024-08-08</w:t>
            </w:r>
          </w:p>
        </w:tc>
        <w:tc>
          <w:tcPr>
            <w:tcW w:type="dxa" w:w="1113"/>
          </w:tcPr>
          <w:p>
            <w:pPr>
              <w:spacing w:after="0"/>
              <w:jc w:val="left"/>
            </w:pPr>
            <w:r>
              <w:rPr>
                <w:sz w:val="16"/>
              </w:rPr>
              <w:t>2024-08-08</w:t>
            </w:r>
          </w:p>
        </w:tc>
        <w:tc>
          <w:tcPr>
            <w:tcW w:type="dxa" w:w="1113"/>
          </w:tcPr>
          <w:p>
            <w:pPr>
              <w:spacing w:after="0"/>
              <w:jc w:val="left"/>
            </w:pPr>
            <w:r>
              <w:rPr>
                <w:sz w:val="16"/>
              </w:rPr>
              <w:t>EM-3609-VT</w:t>
            </w:r>
          </w:p>
        </w:tc>
        <w:tc>
          <w:tcPr>
            <w:tcW w:type="dxa" w:w="1497"/>
          </w:tcPr>
          <w:p>
            <w:pPr>
              <w:spacing w:after="0"/>
              <w:jc w:val="left"/>
            </w:pPr>
            <w:r>
              <w:rPr>
                <w:sz w:val="16"/>
              </w:rPr>
              <w:t>Emergency</w:t>
            </w:r>
          </w:p>
        </w:tc>
        <w:tc>
          <w:tcPr>
            <w:tcW w:type="dxa" w:w="2647"/>
          </w:tcPr>
          <w:p>
            <w:pPr>
              <w:spacing w:after="0"/>
              <w:jc w:val="left"/>
            </w:pPr>
            <w:r>
              <w:rPr>
                <w:sz w:val="16"/>
              </w:rPr>
              <w:t>TROPICAL DEPRESSION DEBBY</w:t>
            </w:r>
          </w:p>
        </w:tc>
        <w:tc>
          <w:tcPr>
            <w:tcW w:type="dxa" w:w="2637"/>
          </w:tcPr>
          <w:p>
            <w:pPr>
              <w:spacing w:after="0"/>
              <w:jc w:val="left"/>
            </w:pPr>
            <w:r>
              <w:rPr>
                <w:sz w:val="16"/>
              </w:rPr>
              <w:t>Hurricane</w:t>
            </w:r>
          </w:p>
        </w:tc>
        <w:tc>
          <w:tcPr>
            <w:tcW w:type="dxa" w:w="1535"/>
          </w:tcPr>
          <w:p>
            <w:pPr>
              <w:spacing w:after="0"/>
              <w:jc w:val="right"/>
            </w:pPr>
            <w:r>
              <w:rPr>
                <w:sz w:val="16"/>
              </w:rPr>
              <w:t>none found</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2024-04-19</w:t>
            </w:r>
          </w:p>
        </w:tc>
        <w:tc>
          <w:tcPr>
            <w:tcW w:type="dxa" w:w="1113"/>
          </w:tcPr>
          <w:p>
            <w:pPr>
              <w:spacing w:after="0"/>
              <w:jc w:val="left"/>
            </w:pPr>
            <w:r>
              <w:rPr>
                <w:sz w:val="16"/>
              </w:rPr>
              <w:t>2024-01-09</w:t>
            </w:r>
          </w:p>
        </w:tc>
        <w:tc>
          <w:tcPr>
            <w:tcW w:type="dxa" w:w="1113"/>
          </w:tcPr>
          <w:p>
            <w:pPr>
              <w:spacing w:after="0"/>
              <w:jc w:val="left"/>
            </w:pPr>
            <w:r>
              <w:rPr>
                <w:sz w:val="16"/>
              </w:rPr>
              <w:t>DR-4770-VT</w:t>
            </w:r>
          </w:p>
        </w:tc>
        <w:tc>
          <w:tcPr>
            <w:tcW w:type="dxa" w:w="1497"/>
          </w:tcPr>
          <w:p>
            <w:pPr>
              <w:spacing w:after="0"/>
              <w:jc w:val="left"/>
            </w:pPr>
            <w:r>
              <w:rPr>
                <w:sz w:val="16"/>
              </w:rPr>
              <w:t>Major disaster</w:t>
            </w:r>
          </w:p>
        </w:tc>
        <w:tc>
          <w:tcPr>
            <w:tcW w:type="dxa" w:w="2647"/>
          </w:tcPr>
          <w:p>
            <w:pPr>
              <w:spacing w:after="0"/>
              <w:jc w:val="left"/>
            </w:pPr>
            <w:r>
              <w:rPr>
                <w:sz w:val="16"/>
              </w:rPr>
              <w:t>SEVERE WINTER STORM</w:t>
            </w:r>
          </w:p>
        </w:tc>
        <w:tc>
          <w:tcPr>
            <w:tcW w:type="dxa" w:w="2637"/>
          </w:tcPr>
          <w:p>
            <w:pPr>
              <w:spacing w:after="0"/>
              <w:jc w:val="left"/>
            </w:pPr>
            <w:r>
              <w:rPr>
                <w:sz w:val="16"/>
              </w:rPr>
              <w:t>Winter Weather</w:t>
            </w:r>
          </w:p>
        </w:tc>
        <w:tc>
          <w:tcPr>
            <w:tcW w:type="dxa" w:w="1535"/>
          </w:tcPr>
          <w:p>
            <w:pPr>
              <w:spacing w:after="0"/>
              <w:jc w:val="right"/>
            </w:pPr>
            <w:r>
              <w:rPr>
                <w:sz w:val="16"/>
              </w:rPr>
              <w:t>$4,258,115.97</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2024-03-02</w:t>
            </w:r>
          </w:p>
        </w:tc>
        <w:tc>
          <w:tcPr>
            <w:tcW w:type="dxa" w:w="1113"/>
          </w:tcPr>
          <w:p>
            <w:pPr>
              <w:spacing w:after="0"/>
              <w:jc w:val="left"/>
            </w:pPr>
            <w:r>
              <w:rPr>
                <w:sz w:val="16"/>
              </w:rPr>
              <w:t>2023-12-18</w:t>
            </w:r>
          </w:p>
        </w:tc>
        <w:tc>
          <w:tcPr>
            <w:tcW w:type="dxa" w:w="1113"/>
          </w:tcPr>
          <w:p>
            <w:pPr>
              <w:spacing w:after="0"/>
              <w:jc w:val="left"/>
            </w:pPr>
            <w:r>
              <w:rPr>
                <w:sz w:val="16"/>
              </w:rPr>
              <w:t>DR-4762-VT</w:t>
            </w:r>
          </w:p>
        </w:tc>
        <w:tc>
          <w:tcPr>
            <w:tcW w:type="dxa" w:w="1497"/>
          </w:tcPr>
          <w:p>
            <w:pPr>
              <w:spacing w:after="0"/>
              <w:jc w:val="left"/>
            </w:pPr>
            <w:r>
              <w:rPr>
                <w:sz w:val="16"/>
              </w:rPr>
              <w:t>Major disaster</w:t>
            </w:r>
          </w:p>
        </w:tc>
        <w:tc>
          <w:tcPr>
            <w:tcW w:type="dxa" w:w="2647"/>
          </w:tcPr>
          <w:p>
            <w:pPr>
              <w:spacing w:after="0"/>
              <w:jc w:val="left"/>
            </w:pPr>
            <w:r>
              <w:rPr>
                <w:sz w:val="16"/>
              </w:rPr>
              <w:t>SEVERE STORM AND FLOODING</w:t>
            </w:r>
          </w:p>
        </w:tc>
        <w:tc>
          <w:tcPr>
            <w:tcW w:type="dxa" w:w="2637"/>
          </w:tcPr>
          <w:p>
            <w:pPr>
              <w:spacing w:after="0"/>
              <w:jc w:val="left"/>
            </w:pPr>
            <w:r>
              <w:rPr>
                <w:sz w:val="16"/>
              </w:rPr>
              <w:t>Inland Flooding</w:t>
            </w:r>
          </w:p>
        </w:tc>
        <w:tc>
          <w:tcPr>
            <w:tcW w:type="dxa" w:w="1535"/>
          </w:tcPr>
          <w:p>
            <w:pPr>
              <w:spacing w:after="0"/>
              <w:jc w:val="right"/>
            </w:pPr>
            <w:r>
              <w:rPr>
                <w:sz w:val="16"/>
              </w:rPr>
              <w:t>$1,772,764.07</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2023-07-14</w:t>
            </w:r>
          </w:p>
        </w:tc>
        <w:tc>
          <w:tcPr>
            <w:tcW w:type="dxa" w:w="1113"/>
          </w:tcPr>
          <w:p>
            <w:pPr>
              <w:spacing w:after="0"/>
              <w:jc w:val="left"/>
            </w:pPr>
            <w:r>
              <w:rPr>
                <w:sz w:val="16"/>
              </w:rPr>
              <w:t>2023-07-07</w:t>
            </w:r>
          </w:p>
        </w:tc>
        <w:tc>
          <w:tcPr>
            <w:tcW w:type="dxa" w:w="1113"/>
          </w:tcPr>
          <w:p>
            <w:pPr>
              <w:spacing w:after="0"/>
              <w:jc w:val="left"/>
            </w:pPr>
            <w:r>
              <w:rPr>
                <w:sz w:val="16"/>
              </w:rPr>
              <w:t>DR-4720-VT</w:t>
            </w:r>
          </w:p>
        </w:tc>
        <w:tc>
          <w:tcPr>
            <w:tcW w:type="dxa" w:w="1497"/>
          </w:tcPr>
          <w:p>
            <w:pPr>
              <w:spacing w:after="0"/>
              <w:jc w:val="left"/>
            </w:pPr>
            <w:r>
              <w:rPr>
                <w:sz w:val="16"/>
              </w:rPr>
              <w:t>Major disaster</w:t>
            </w:r>
          </w:p>
        </w:tc>
        <w:tc>
          <w:tcPr>
            <w:tcW w:type="dxa" w:w="2647"/>
          </w:tcPr>
          <w:p>
            <w:pPr>
              <w:spacing w:after="0"/>
              <w:jc w:val="left"/>
            </w:pPr>
            <w:r>
              <w:rPr>
                <w:sz w:val="16"/>
              </w:rPr>
              <w:t>SEVERE STORMS, FLOODING, LANDSLIDES, AND MUDSLIDES</w:t>
            </w:r>
          </w:p>
        </w:tc>
        <w:tc>
          <w:tcPr>
            <w:tcW w:type="dxa" w:w="2637"/>
          </w:tcPr>
          <w:p>
            <w:pPr>
              <w:spacing w:after="0"/>
              <w:jc w:val="left"/>
            </w:pPr>
            <w:r>
              <w:rPr>
                <w:sz w:val="16"/>
              </w:rPr>
              <w:t>Inland Flooding (primary); also designated: Landslide</w:t>
            </w:r>
          </w:p>
        </w:tc>
        <w:tc>
          <w:tcPr>
            <w:tcW w:type="dxa" w:w="1535"/>
          </w:tcPr>
          <w:p>
            <w:pPr>
              <w:spacing w:after="0"/>
              <w:jc w:val="right"/>
            </w:pPr>
            <w:r>
              <w:rPr>
                <w:sz w:val="16"/>
              </w:rPr>
              <w:t>$10,669,140.69</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2023-07-10</w:t>
            </w:r>
          </w:p>
        </w:tc>
        <w:tc>
          <w:tcPr>
            <w:tcW w:type="dxa" w:w="1113"/>
          </w:tcPr>
          <w:p>
            <w:pPr>
              <w:spacing w:after="0"/>
              <w:jc w:val="left"/>
            </w:pPr>
            <w:r>
              <w:rPr>
                <w:sz w:val="16"/>
              </w:rPr>
              <w:t>2023-07-09</w:t>
            </w:r>
          </w:p>
        </w:tc>
        <w:tc>
          <w:tcPr>
            <w:tcW w:type="dxa" w:w="1113"/>
          </w:tcPr>
          <w:p>
            <w:pPr>
              <w:spacing w:after="0"/>
              <w:jc w:val="left"/>
            </w:pPr>
            <w:r>
              <w:rPr>
                <w:sz w:val="16"/>
              </w:rPr>
              <w:t>EM-3595-VT</w:t>
            </w:r>
          </w:p>
        </w:tc>
        <w:tc>
          <w:tcPr>
            <w:tcW w:type="dxa" w:w="1497"/>
          </w:tcPr>
          <w:p>
            <w:pPr>
              <w:spacing w:after="0"/>
              <w:jc w:val="left"/>
            </w:pPr>
            <w:r>
              <w:rPr>
                <w:sz w:val="16"/>
              </w:rPr>
              <w:t>Emergency</w:t>
            </w:r>
          </w:p>
        </w:tc>
        <w:tc>
          <w:tcPr>
            <w:tcW w:type="dxa" w:w="2647"/>
          </w:tcPr>
          <w:p>
            <w:pPr>
              <w:spacing w:after="0"/>
              <w:jc w:val="left"/>
            </w:pPr>
            <w:r>
              <w:rPr>
                <w:sz w:val="16"/>
              </w:rPr>
              <w:t>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r>
              <w:rPr>
                <w:sz w:val="16"/>
              </w:rPr>
              <w:t>new since last plan; within last 5 years</w:t>
            </w:r>
          </w:p>
        </w:tc>
        <w:tc>
          <w:tcPr>
            <w:tcW w:type="dxa" w:w="960"/>
          </w:tcPr>
          <w:p>
            <w:pPr>
              <w:spacing w:after="0"/>
              <w:jc w:val="left"/>
            </w:pPr>
            <w:r>
              <w:rPr>
                <w:sz w:val="16"/>
              </w:rPr>
              <w:t>same incident as DR-4720</w:t>
            </w:r>
          </w:p>
        </w:tc>
      </w:tr>
      <w:tr>
        <w:trPr>
          <w:cantSplit/>
        </w:trPr>
        <w:tc>
          <w:tcPr>
            <w:tcW w:type="dxa" w:w="1113"/>
          </w:tcPr>
          <w:p>
            <w:pPr>
              <w:spacing w:after="0"/>
              <w:jc w:val="left"/>
            </w:pPr>
            <w:r>
              <w:rPr>
                <w:sz w:val="16"/>
              </w:rPr>
              <w:t>2023-03-20</w:t>
            </w:r>
          </w:p>
        </w:tc>
        <w:tc>
          <w:tcPr>
            <w:tcW w:type="dxa" w:w="1113"/>
          </w:tcPr>
          <w:p>
            <w:pPr>
              <w:spacing w:after="0"/>
              <w:jc w:val="left"/>
            </w:pPr>
            <w:r>
              <w:rPr>
                <w:sz w:val="16"/>
              </w:rPr>
              <w:t>2022-12-22</w:t>
            </w:r>
          </w:p>
        </w:tc>
        <w:tc>
          <w:tcPr>
            <w:tcW w:type="dxa" w:w="1113"/>
          </w:tcPr>
          <w:p>
            <w:pPr>
              <w:spacing w:after="0"/>
              <w:jc w:val="left"/>
            </w:pPr>
            <w:r>
              <w:rPr>
                <w:sz w:val="16"/>
              </w:rPr>
              <w:t>DR-4695-VT</w:t>
            </w:r>
          </w:p>
        </w:tc>
        <w:tc>
          <w:tcPr>
            <w:tcW w:type="dxa" w:w="1497"/>
          </w:tcPr>
          <w:p>
            <w:pPr>
              <w:spacing w:after="0"/>
              <w:jc w:val="left"/>
            </w:pPr>
            <w:r>
              <w:rPr>
                <w:sz w:val="16"/>
              </w:rPr>
              <w:t>Major disaster</w:t>
            </w:r>
          </w:p>
        </w:tc>
        <w:tc>
          <w:tcPr>
            <w:tcW w:type="dxa" w:w="2647"/>
          </w:tcPr>
          <w:p>
            <w:pPr>
              <w:spacing w:after="0"/>
              <w:jc w:val="left"/>
            </w:pPr>
            <w:r>
              <w:rPr>
                <w:sz w:val="16"/>
              </w:rPr>
              <w:t>SEVERE STORM AND FLOODING</w:t>
            </w:r>
          </w:p>
        </w:tc>
        <w:tc>
          <w:tcPr>
            <w:tcW w:type="dxa" w:w="2637"/>
          </w:tcPr>
          <w:p>
            <w:pPr>
              <w:spacing w:after="0"/>
              <w:jc w:val="left"/>
            </w:pPr>
            <w:r>
              <w:rPr>
                <w:sz w:val="16"/>
              </w:rPr>
              <w:t>Inland Flooding</w:t>
            </w:r>
          </w:p>
        </w:tc>
        <w:tc>
          <w:tcPr>
            <w:tcW w:type="dxa" w:w="1535"/>
          </w:tcPr>
          <w:p>
            <w:pPr>
              <w:spacing w:after="0"/>
              <w:jc w:val="right"/>
            </w:pPr>
            <w:r>
              <w:rPr>
                <w:sz w:val="16"/>
              </w:rPr>
              <w:t>$2,941,114.79</w:t>
            </w:r>
          </w:p>
        </w:tc>
        <w:tc>
          <w:tcPr>
            <w:tcW w:type="dxa" w:w="1497"/>
          </w:tcPr>
          <w:p>
            <w:pPr>
              <w:spacing w:after="0"/>
              <w:jc w:val="left"/>
            </w:pPr>
            <w:r>
              <w:rPr>
                <w:sz w:val="16"/>
              </w:rPr>
              <w:t>new since last plan; within last 5 years</w:t>
            </w:r>
          </w:p>
        </w:tc>
        <w:tc>
          <w:tcPr>
            <w:tcW w:type="dxa" w:w="960"/>
          </w:tcPr>
          <w:p>
            <w:pPr>
              <w:spacing w:after="0"/>
              <w:jc w:val="left"/>
            </w:pPr>
          </w:p>
        </w:tc>
      </w:tr>
      <w:tr>
        <w:trPr>
          <w:cantSplit/>
        </w:trPr>
        <w:tc>
          <w:tcPr>
            <w:tcW w:type="dxa" w:w="1113"/>
          </w:tcPr>
          <w:p>
            <w:pPr>
              <w:spacing w:after="0"/>
              <w:jc w:val="left"/>
            </w:pPr>
            <w:r>
              <w:rPr>
                <w:sz w:val="16"/>
              </w:rPr>
              <w:t>2021-08-22</w:t>
            </w:r>
          </w:p>
        </w:tc>
        <w:tc>
          <w:tcPr>
            <w:tcW w:type="dxa" w:w="1113"/>
          </w:tcPr>
          <w:p>
            <w:pPr>
              <w:spacing w:after="0"/>
              <w:jc w:val="left"/>
            </w:pPr>
            <w:r>
              <w:rPr>
                <w:sz w:val="16"/>
              </w:rPr>
              <w:t>2021-08-22</w:t>
            </w:r>
          </w:p>
        </w:tc>
        <w:tc>
          <w:tcPr>
            <w:tcW w:type="dxa" w:w="1113"/>
          </w:tcPr>
          <w:p>
            <w:pPr>
              <w:spacing w:after="0"/>
              <w:jc w:val="left"/>
            </w:pPr>
            <w:r>
              <w:rPr>
                <w:sz w:val="16"/>
              </w:rPr>
              <w:t>EM-3567-VT</w:t>
            </w:r>
          </w:p>
        </w:tc>
        <w:tc>
          <w:tcPr>
            <w:tcW w:type="dxa" w:w="1497"/>
          </w:tcPr>
          <w:p>
            <w:pPr>
              <w:spacing w:after="0"/>
              <w:jc w:val="left"/>
            </w:pPr>
            <w:r>
              <w:rPr>
                <w:sz w:val="16"/>
              </w:rPr>
              <w:t>Emergency</w:t>
            </w:r>
          </w:p>
        </w:tc>
        <w:tc>
          <w:tcPr>
            <w:tcW w:type="dxa" w:w="2647"/>
          </w:tcPr>
          <w:p>
            <w:pPr>
              <w:spacing w:after="0"/>
              <w:jc w:val="left"/>
            </w:pPr>
            <w:r>
              <w:rPr>
                <w:sz w:val="16"/>
              </w:rPr>
              <w:t>TROPICAL STORM HENRI</w:t>
            </w:r>
          </w:p>
        </w:tc>
        <w:tc>
          <w:tcPr>
            <w:tcW w:type="dxa" w:w="2637"/>
          </w:tcPr>
          <w:p>
            <w:pPr>
              <w:spacing w:after="0"/>
              <w:jc w:val="left"/>
            </w:pPr>
            <w:r>
              <w:rPr>
                <w:sz w:val="16"/>
              </w:rPr>
              <w:t>Hurricane</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2020-04-08</w:t>
            </w:r>
          </w:p>
        </w:tc>
        <w:tc>
          <w:tcPr>
            <w:tcW w:type="dxa" w:w="1113"/>
          </w:tcPr>
          <w:p>
            <w:pPr>
              <w:spacing w:after="0"/>
              <w:jc w:val="left"/>
            </w:pPr>
            <w:r>
              <w:rPr>
                <w:sz w:val="16"/>
              </w:rPr>
              <w:t>2020-01-20</w:t>
            </w:r>
          </w:p>
        </w:tc>
        <w:tc>
          <w:tcPr>
            <w:tcW w:type="dxa" w:w="1113"/>
          </w:tcPr>
          <w:p>
            <w:pPr>
              <w:spacing w:after="0"/>
              <w:jc w:val="left"/>
            </w:pPr>
            <w:r>
              <w:rPr>
                <w:sz w:val="16"/>
              </w:rPr>
              <w:t>DR-4532-VT</w:t>
            </w:r>
          </w:p>
        </w:tc>
        <w:tc>
          <w:tcPr>
            <w:tcW w:type="dxa" w:w="1497"/>
          </w:tcPr>
          <w:p>
            <w:pPr>
              <w:spacing w:after="0"/>
              <w:jc w:val="left"/>
            </w:pPr>
            <w:r>
              <w:rPr>
                <w:sz w:val="16"/>
              </w:rPr>
              <w:t>Major disaster</w:t>
            </w:r>
          </w:p>
        </w:tc>
        <w:tc>
          <w:tcPr>
            <w:tcW w:type="dxa" w:w="2647"/>
          </w:tcPr>
          <w:p>
            <w:pPr>
              <w:spacing w:after="0"/>
              <w:jc w:val="left"/>
            </w:pPr>
            <w:r>
              <w:rPr>
                <w:sz w:val="16"/>
              </w:rPr>
              <w:t>COVID-19 PANDEMIC</w:t>
            </w:r>
          </w:p>
        </w:tc>
        <w:tc>
          <w:tcPr>
            <w:tcW w:type="dxa" w:w="2637"/>
          </w:tcPr>
          <w:p>
            <w:pPr>
              <w:spacing w:after="0"/>
              <w:jc w:val="left"/>
            </w:pPr>
            <w:r>
              <w:rPr>
                <w:sz w:val="16"/>
              </w:rPr>
              <w:t>Non-natural, not counted</w:t>
            </w:r>
          </w:p>
        </w:tc>
        <w:tc>
          <w:tcPr>
            <w:tcW w:type="dxa" w:w="1535"/>
          </w:tcPr>
          <w:p>
            <w:pPr>
              <w:spacing w:after="0"/>
              <w:jc w:val="right"/>
            </w:pPr>
            <w:r>
              <w:rPr>
                <w:sz w:val="16"/>
              </w:rPr>
              <w:t>$143,534.57</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2020-03-13</w:t>
            </w:r>
          </w:p>
        </w:tc>
        <w:tc>
          <w:tcPr>
            <w:tcW w:type="dxa" w:w="1113"/>
          </w:tcPr>
          <w:p>
            <w:pPr>
              <w:spacing w:after="0"/>
              <w:jc w:val="left"/>
            </w:pPr>
            <w:r>
              <w:rPr>
                <w:sz w:val="16"/>
              </w:rPr>
              <w:t>2020-01-20</w:t>
            </w:r>
          </w:p>
        </w:tc>
        <w:tc>
          <w:tcPr>
            <w:tcW w:type="dxa" w:w="1113"/>
          </w:tcPr>
          <w:p>
            <w:pPr>
              <w:spacing w:after="0"/>
              <w:jc w:val="left"/>
            </w:pPr>
            <w:r>
              <w:rPr>
                <w:sz w:val="16"/>
              </w:rPr>
              <w:t>EM-3437-VT</w:t>
            </w:r>
          </w:p>
        </w:tc>
        <w:tc>
          <w:tcPr>
            <w:tcW w:type="dxa" w:w="1497"/>
          </w:tcPr>
          <w:p>
            <w:pPr>
              <w:spacing w:after="0"/>
              <w:jc w:val="left"/>
            </w:pPr>
            <w:r>
              <w:rPr>
                <w:sz w:val="16"/>
              </w:rPr>
              <w:t>Emergency</w:t>
            </w:r>
          </w:p>
        </w:tc>
        <w:tc>
          <w:tcPr>
            <w:tcW w:type="dxa" w:w="2647"/>
          </w:tcPr>
          <w:p>
            <w:pPr>
              <w:spacing w:after="0"/>
              <w:jc w:val="left"/>
            </w:pPr>
            <w:r>
              <w:rPr>
                <w:sz w:val="16"/>
              </w:rPr>
              <w:t>COVID-19</w:t>
            </w:r>
          </w:p>
        </w:tc>
        <w:tc>
          <w:tcPr>
            <w:tcW w:type="dxa" w:w="2637"/>
          </w:tcPr>
          <w:p>
            <w:pPr>
              <w:spacing w:after="0"/>
              <w:jc w:val="left"/>
            </w:pPr>
            <w:r>
              <w:rPr>
                <w:sz w:val="16"/>
              </w:rPr>
              <w:t>Non-natural, not counted</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r>
              <w:rPr>
                <w:sz w:val="16"/>
              </w:rPr>
              <w:t>same incident as DR-4532</w:t>
            </w:r>
          </w:p>
        </w:tc>
      </w:tr>
      <w:tr>
        <w:trPr>
          <w:cantSplit/>
        </w:trPr>
        <w:tc>
          <w:tcPr>
            <w:tcW w:type="dxa" w:w="1113"/>
          </w:tcPr>
          <w:p>
            <w:pPr>
              <w:spacing w:after="0"/>
              <w:jc w:val="left"/>
            </w:pPr>
            <w:r>
              <w:rPr>
                <w:sz w:val="16"/>
              </w:rPr>
              <w:t>2020-01-17</w:t>
            </w:r>
          </w:p>
        </w:tc>
        <w:tc>
          <w:tcPr>
            <w:tcW w:type="dxa" w:w="1113"/>
          </w:tcPr>
          <w:p>
            <w:pPr>
              <w:spacing w:after="0"/>
              <w:jc w:val="left"/>
            </w:pPr>
            <w:r>
              <w:rPr>
                <w:sz w:val="16"/>
              </w:rPr>
              <w:t>2019-10-31</w:t>
            </w:r>
          </w:p>
        </w:tc>
        <w:tc>
          <w:tcPr>
            <w:tcW w:type="dxa" w:w="1113"/>
          </w:tcPr>
          <w:p>
            <w:pPr>
              <w:spacing w:after="0"/>
              <w:jc w:val="left"/>
            </w:pPr>
            <w:r>
              <w:rPr>
                <w:sz w:val="16"/>
              </w:rPr>
              <w:t>DR-4474-VT</w:t>
            </w:r>
          </w:p>
        </w:tc>
        <w:tc>
          <w:tcPr>
            <w:tcW w:type="dxa" w:w="1497"/>
          </w:tcPr>
          <w:p>
            <w:pPr>
              <w:spacing w:after="0"/>
              <w:jc w:val="left"/>
            </w:pPr>
            <w:r>
              <w:rPr>
                <w:sz w:val="16"/>
              </w:rPr>
              <w:t>Major disaster</w:t>
            </w:r>
          </w:p>
        </w:tc>
        <w:tc>
          <w:tcPr>
            <w:tcW w:type="dxa" w:w="2647"/>
          </w:tcPr>
          <w:p>
            <w:pPr>
              <w:spacing w:after="0"/>
              <w:jc w:val="left"/>
            </w:pPr>
            <w:r>
              <w:rPr>
                <w:sz w:val="16"/>
              </w:rPr>
              <w:t>SEVERE STORM AND FLOODING</w:t>
            </w:r>
          </w:p>
        </w:tc>
        <w:tc>
          <w:tcPr>
            <w:tcW w:type="dxa" w:w="2637"/>
          </w:tcPr>
          <w:p>
            <w:pPr>
              <w:spacing w:after="0"/>
              <w:jc w:val="left"/>
            </w:pPr>
            <w:r>
              <w:rPr>
                <w:sz w:val="16"/>
              </w:rPr>
              <w:t>Inland Flooding</w:t>
            </w:r>
          </w:p>
        </w:tc>
        <w:tc>
          <w:tcPr>
            <w:tcW w:type="dxa" w:w="1535"/>
          </w:tcPr>
          <w:p>
            <w:pPr>
              <w:spacing w:after="0"/>
              <w:jc w:val="right"/>
            </w:pPr>
            <w:r>
              <w:rPr>
                <w:sz w:val="16"/>
              </w:rPr>
              <w:t>$7,609,315.48</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2018-07-30</w:t>
            </w:r>
          </w:p>
        </w:tc>
        <w:tc>
          <w:tcPr>
            <w:tcW w:type="dxa" w:w="1113"/>
          </w:tcPr>
          <w:p>
            <w:pPr>
              <w:spacing w:after="0"/>
              <w:jc w:val="left"/>
            </w:pPr>
            <w:r>
              <w:rPr>
                <w:sz w:val="16"/>
              </w:rPr>
              <w:t>2018-05-04</w:t>
            </w:r>
          </w:p>
        </w:tc>
        <w:tc>
          <w:tcPr>
            <w:tcW w:type="dxa" w:w="1113"/>
          </w:tcPr>
          <w:p>
            <w:pPr>
              <w:spacing w:after="0"/>
              <w:jc w:val="left"/>
            </w:pPr>
            <w:r>
              <w:rPr>
                <w:sz w:val="16"/>
              </w:rPr>
              <w:t>DR-4380-VT</w:t>
            </w:r>
          </w:p>
        </w:tc>
        <w:tc>
          <w:tcPr>
            <w:tcW w:type="dxa" w:w="1497"/>
          </w:tcPr>
          <w:p>
            <w:pPr>
              <w:spacing w:after="0"/>
              <w:jc w:val="left"/>
            </w:pPr>
            <w:r>
              <w:rPr>
                <w:sz w:val="16"/>
              </w:rPr>
              <w:t>Major disaster</w:t>
            </w:r>
          </w:p>
        </w:tc>
        <w:tc>
          <w:tcPr>
            <w:tcW w:type="dxa" w:w="2647"/>
          </w:tcPr>
          <w:p>
            <w:pPr>
              <w:spacing w:after="0"/>
              <w:jc w:val="left"/>
            </w:pPr>
            <w:r>
              <w:rPr>
                <w:sz w:val="16"/>
              </w:rPr>
              <w:t>SEVERE STORM AND FLOODING</w:t>
            </w:r>
          </w:p>
        </w:tc>
        <w:tc>
          <w:tcPr>
            <w:tcW w:type="dxa" w:w="2637"/>
          </w:tcPr>
          <w:p>
            <w:pPr>
              <w:spacing w:after="0"/>
              <w:jc w:val="left"/>
            </w:pPr>
            <w:r>
              <w:rPr>
                <w:sz w:val="16"/>
              </w:rPr>
              <w:t>Inland Flooding</w:t>
            </w:r>
          </w:p>
        </w:tc>
        <w:tc>
          <w:tcPr>
            <w:tcW w:type="dxa" w:w="1535"/>
          </w:tcPr>
          <w:p>
            <w:pPr>
              <w:spacing w:after="0"/>
              <w:jc w:val="right"/>
            </w:pPr>
            <w:r>
              <w:rPr>
                <w:sz w:val="16"/>
              </w:rPr>
              <w:t>$1,262,751.73</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2018-01-02</w:t>
            </w:r>
          </w:p>
        </w:tc>
        <w:tc>
          <w:tcPr>
            <w:tcW w:type="dxa" w:w="1113"/>
          </w:tcPr>
          <w:p>
            <w:pPr>
              <w:spacing w:after="0"/>
              <w:jc w:val="left"/>
            </w:pPr>
            <w:r>
              <w:rPr>
                <w:sz w:val="16"/>
              </w:rPr>
              <w:t>2017-10-29</w:t>
            </w:r>
          </w:p>
        </w:tc>
        <w:tc>
          <w:tcPr>
            <w:tcW w:type="dxa" w:w="1113"/>
          </w:tcPr>
          <w:p>
            <w:pPr>
              <w:spacing w:after="0"/>
              <w:jc w:val="left"/>
            </w:pPr>
            <w:r>
              <w:rPr>
                <w:sz w:val="16"/>
              </w:rPr>
              <w:t>DR-4356-VT</w:t>
            </w:r>
          </w:p>
        </w:tc>
        <w:tc>
          <w:tcPr>
            <w:tcW w:type="dxa" w:w="1497"/>
          </w:tcPr>
          <w:p>
            <w:pPr>
              <w:spacing w:after="0"/>
              <w:jc w:val="left"/>
            </w:pPr>
            <w:r>
              <w:rPr>
                <w:sz w:val="16"/>
              </w:rPr>
              <w:t>Major disaster</w:t>
            </w:r>
          </w:p>
        </w:tc>
        <w:tc>
          <w:tcPr>
            <w:tcW w:type="dxa" w:w="2647"/>
          </w:tcPr>
          <w:p>
            <w:pPr>
              <w:spacing w:after="0"/>
              <w:jc w:val="left"/>
            </w:pPr>
            <w:r>
              <w:rPr>
                <w:sz w:val="16"/>
              </w:rPr>
              <w:t>SEVERE STORM AND FLOODING</w:t>
            </w:r>
          </w:p>
        </w:tc>
        <w:tc>
          <w:tcPr>
            <w:tcW w:type="dxa" w:w="2637"/>
          </w:tcPr>
          <w:p>
            <w:pPr>
              <w:spacing w:after="0"/>
              <w:jc w:val="left"/>
            </w:pPr>
            <w:r>
              <w:rPr>
                <w:sz w:val="16"/>
              </w:rPr>
              <w:t>Inland Flooding</w:t>
            </w:r>
          </w:p>
        </w:tc>
        <w:tc>
          <w:tcPr>
            <w:tcW w:type="dxa" w:w="1535"/>
          </w:tcPr>
          <w:p>
            <w:pPr>
              <w:spacing w:after="0"/>
              <w:jc w:val="right"/>
            </w:pPr>
            <w:r>
              <w:rPr>
                <w:sz w:val="16"/>
              </w:rPr>
              <w:t>$2,569,800.26</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2015-02-03</w:t>
            </w:r>
          </w:p>
        </w:tc>
        <w:tc>
          <w:tcPr>
            <w:tcW w:type="dxa" w:w="1113"/>
          </w:tcPr>
          <w:p>
            <w:pPr>
              <w:spacing w:after="0"/>
              <w:jc w:val="left"/>
            </w:pPr>
            <w:r>
              <w:rPr>
                <w:sz w:val="16"/>
              </w:rPr>
              <w:t>2014-12-09</w:t>
            </w:r>
          </w:p>
        </w:tc>
        <w:tc>
          <w:tcPr>
            <w:tcW w:type="dxa" w:w="1113"/>
          </w:tcPr>
          <w:p>
            <w:pPr>
              <w:spacing w:after="0"/>
              <w:jc w:val="left"/>
            </w:pPr>
            <w:r>
              <w:rPr>
                <w:sz w:val="16"/>
              </w:rPr>
              <w:t>DR-4207-VT</w:t>
            </w:r>
          </w:p>
        </w:tc>
        <w:tc>
          <w:tcPr>
            <w:tcW w:type="dxa" w:w="1497"/>
          </w:tcPr>
          <w:p>
            <w:pPr>
              <w:spacing w:after="0"/>
              <w:jc w:val="left"/>
            </w:pPr>
            <w:r>
              <w:rPr>
                <w:sz w:val="16"/>
              </w:rPr>
              <w:t>Major disaster</w:t>
            </w:r>
          </w:p>
        </w:tc>
        <w:tc>
          <w:tcPr>
            <w:tcW w:type="dxa" w:w="2647"/>
          </w:tcPr>
          <w:p>
            <w:pPr>
              <w:spacing w:after="0"/>
              <w:jc w:val="left"/>
            </w:pPr>
            <w:r>
              <w:rPr>
                <w:sz w:val="16"/>
              </w:rPr>
              <w:t>SEVERE WINTER STORM</w:t>
            </w:r>
          </w:p>
        </w:tc>
        <w:tc>
          <w:tcPr>
            <w:tcW w:type="dxa" w:w="2637"/>
          </w:tcPr>
          <w:p>
            <w:pPr>
              <w:spacing w:after="0"/>
              <w:jc w:val="left"/>
            </w:pPr>
            <w:r>
              <w:rPr>
                <w:sz w:val="16"/>
              </w:rPr>
              <w:t>Winter Weather</w:t>
            </w:r>
          </w:p>
        </w:tc>
        <w:tc>
          <w:tcPr>
            <w:tcW w:type="dxa" w:w="1535"/>
          </w:tcPr>
          <w:p>
            <w:pPr>
              <w:spacing w:after="0"/>
              <w:jc w:val="right"/>
            </w:pPr>
            <w:r>
              <w:rPr>
                <w:sz w:val="16"/>
              </w:rPr>
              <w:t>$2,202,072.51</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2014-06-11</w:t>
            </w:r>
          </w:p>
        </w:tc>
        <w:tc>
          <w:tcPr>
            <w:tcW w:type="dxa" w:w="1113"/>
          </w:tcPr>
          <w:p>
            <w:pPr>
              <w:spacing w:after="0"/>
              <w:jc w:val="left"/>
            </w:pPr>
            <w:r>
              <w:rPr>
                <w:sz w:val="16"/>
              </w:rPr>
              <w:t>2014-04-15</w:t>
            </w:r>
          </w:p>
        </w:tc>
        <w:tc>
          <w:tcPr>
            <w:tcW w:type="dxa" w:w="1113"/>
          </w:tcPr>
          <w:p>
            <w:pPr>
              <w:spacing w:after="0"/>
              <w:jc w:val="left"/>
            </w:pPr>
            <w:r>
              <w:rPr>
                <w:sz w:val="16"/>
              </w:rPr>
              <w:t>DR-4178-VT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$386,450.07</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2014-01-29</w:t>
            </w:r>
          </w:p>
        </w:tc>
        <w:tc>
          <w:tcPr>
            <w:tcW w:type="dxa" w:w="1113"/>
          </w:tcPr>
          <w:p>
            <w:pPr>
              <w:spacing w:after="0"/>
              <w:jc w:val="left"/>
            </w:pPr>
            <w:r>
              <w:rPr>
                <w:sz w:val="16"/>
              </w:rPr>
              <w:t>2013-12-20</w:t>
            </w:r>
          </w:p>
        </w:tc>
        <w:tc>
          <w:tcPr>
            <w:tcW w:type="dxa" w:w="1113"/>
          </w:tcPr>
          <w:p>
            <w:pPr>
              <w:spacing w:after="0"/>
              <w:jc w:val="left"/>
            </w:pPr>
            <w:r>
              <w:rPr>
                <w:sz w:val="16"/>
              </w:rPr>
              <w:t>DR-4163-VT</w:t>
            </w:r>
          </w:p>
        </w:tc>
        <w:tc>
          <w:tcPr>
            <w:tcW w:type="dxa" w:w="1497"/>
          </w:tcPr>
          <w:p>
            <w:pPr>
              <w:spacing w:after="0"/>
              <w:jc w:val="left"/>
            </w:pPr>
            <w:r>
              <w:rPr>
                <w:sz w:val="16"/>
              </w:rPr>
              <w:t>Major disaster</w:t>
            </w:r>
          </w:p>
        </w:tc>
        <w:tc>
          <w:tcPr>
            <w:tcW w:type="dxa" w:w="2647"/>
          </w:tcPr>
          <w:p>
            <w:pPr>
              <w:spacing w:after="0"/>
              <w:jc w:val="left"/>
            </w:pPr>
            <w:r>
              <w:rPr>
                <w:sz w:val="16"/>
              </w:rPr>
              <w:t>SEVERE WINTER STORMS</w:t>
            </w:r>
          </w:p>
        </w:tc>
        <w:tc>
          <w:tcPr>
            <w:tcW w:type="dxa" w:w="2637"/>
          </w:tcPr>
          <w:p>
            <w:pPr>
              <w:spacing w:after="0"/>
              <w:jc w:val="left"/>
            </w:pPr>
            <w:r>
              <w:rPr>
                <w:sz w:val="16"/>
              </w:rPr>
              <w:t>Ice Storm</w:t>
            </w:r>
          </w:p>
        </w:tc>
        <w:tc>
          <w:tcPr>
            <w:tcW w:type="dxa" w:w="1535"/>
          </w:tcPr>
          <w:p>
            <w:pPr>
              <w:spacing w:after="0"/>
              <w:jc w:val="right"/>
            </w:pPr>
            <w:r>
              <w:rPr>
                <w:sz w:val="16"/>
              </w:rPr>
              <w:t>$4,460,623.54</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2013-06-13</w:t>
            </w:r>
          </w:p>
        </w:tc>
        <w:tc>
          <w:tcPr>
            <w:tcW w:type="dxa" w:w="1113"/>
          </w:tcPr>
          <w:p>
            <w:pPr>
              <w:spacing w:after="0"/>
              <w:jc w:val="left"/>
            </w:pPr>
            <w:r>
              <w:rPr>
                <w:sz w:val="16"/>
              </w:rPr>
              <w:t>2013-05-22</w:t>
            </w:r>
          </w:p>
        </w:tc>
        <w:tc>
          <w:tcPr>
            <w:tcW w:type="dxa" w:w="1113"/>
          </w:tcPr>
          <w:p>
            <w:pPr>
              <w:spacing w:after="0"/>
              <w:jc w:val="left"/>
            </w:pPr>
            <w:r>
              <w:rPr>
                <w:sz w:val="16"/>
              </w:rPr>
              <w:t>DR-4120-VT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$285,965.05</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2012-06-22</w:t>
            </w:r>
          </w:p>
        </w:tc>
        <w:tc>
          <w:tcPr>
            <w:tcW w:type="dxa" w:w="1113"/>
          </w:tcPr>
          <w:p>
            <w:pPr>
              <w:spacing w:after="0"/>
              <w:jc w:val="left"/>
            </w:pPr>
            <w:r>
              <w:rPr>
                <w:sz w:val="16"/>
              </w:rPr>
              <w:t>2012-05-29</w:t>
            </w:r>
          </w:p>
        </w:tc>
        <w:tc>
          <w:tcPr>
            <w:tcW w:type="dxa" w:w="1113"/>
          </w:tcPr>
          <w:p>
            <w:pPr>
              <w:spacing w:after="0"/>
              <w:jc w:val="left"/>
            </w:pPr>
            <w:r>
              <w:rPr>
                <w:sz w:val="16"/>
              </w:rPr>
              <w:t>DR-4066-VT</w:t>
            </w:r>
          </w:p>
        </w:tc>
        <w:tc>
          <w:tcPr>
            <w:tcW w:type="dxa" w:w="1497"/>
          </w:tcPr>
          <w:p>
            <w:pPr>
              <w:spacing w:after="0"/>
              <w:jc w:val="left"/>
            </w:pPr>
            <w:r>
              <w:rPr>
                <w:sz w:val="16"/>
              </w:rPr>
              <w:t>Major disaster</w:t>
            </w:r>
          </w:p>
        </w:tc>
        <w:tc>
          <w:tcPr>
            <w:tcW w:type="dxa" w:w="2647"/>
          </w:tcPr>
          <w:p>
            <w:pPr>
              <w:spacing w:after="0"/>
              <w:jc w:val="left"/>
            </w:pPr>
            <w:r>
              <w:rPr>
                <w:sz w:val="16"/>
              </w:rPr>
              <w:t>SEVERE STORM, TORNADO, AND FLOODING</w:t>
            </w:r>
          </w:p>
        </w:tc>
        <w:tc>
          <w:tcPr>
            <w:tcW w:type="dxa" w:w="2637"/>
          </w:tcPr>
          <w:p>
            <w:pPr>
              <w:spacing w:after="0"/>
              <w:jc w:val="left"/>
            </w:pPr>
            <w:r>
              <w:rPr>
                <w:sz w:val="16"/>
              </w:rPr>
              <w:t>Inland Flooding; Tornado</w:t>
            </w:r>
          </w:p>
        </w:tc>
        <w:tc>
          <w:tcPr>
            <w:tcW w:type="dxa" w:w="1535"/>
          </w:tcPr>
          <w:p>
            <w:pPr>
              <w:spacing w:after="0"/>
              <w:jc w:val="right"/>
            </w:pPr>
            <w:r>
              <w:rPr>
                <w:sz w:val="16"/>
              </w:rPr>
              <w:t>$263,101.93</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2011-09-01</w:t>
            </w:r>
          </w:p>
        </w:tc>
        <w:tc>
          <w:tcPr>
            <w:tcW w:type="dxa" w:w="1113"/>
          </w:tcPr>
          <w:p>
            <w:pPr>
              <w:spacing w:after="0"/>
              <w:jc w:val="left"/>
            </w:pPr>
            <w:r>
              <w:rPr>
                <w:sz w:val="16"/>
              </w:rPr>
              <w:t>2011-08-27</w:t>
            </w:r>
          </w:p>
        </w:tc>
        <w:tc>
          <w:tcPr>
            <w:tcW w:type="dxa" w:w="1113"/>
          </w:tcPr>
          <w:p>
            <w:pPr>
              <w:spacing w:after="0"/>
              <w:jc w:val="left"/>
            </w:pPr>
            <w:r>
              <w:rPr>
                <w:sz w:val="16"/>
              </w:rPr>
              <w:t>DR-4022-VT</w:t>
            </w:r>
          </w:p>
        </w:tc>
        <w:tc>
          <w:tcPr>
            <w:tcW w:type="dxa" w:w="1497"/>
          </w:tcPr>
          <w:p>
            <w:pPr>
              <w:spacing w:after="0"/>
              <w:jc w:val="left"/>
            </w:pPr>
            <w:r>
              <w:rPr>
                <w:sz w:val="16"/>
              </w:rPr>
              <w:t>Major disaster</w:t>
            </w:r>
          </w:p>
        </w:tc>
        <w:tc>
          <w:tcPr>
            <w:tcW w:type="dxa" w:w="2647"/>
          </w:tcPr>
          <w:p>
            <w:pPr>
              <w:spacing w:after="0"/>
              <w:jc w:val="left"/>
            </w:pPr>
            <w:r>
              <w:rPr>
                <w:sz w:val="16"/>
              </w:rPr>
              <w:t>TROPICAL STORM IRENE</w:t>
            </w:r>
          </w:p>
        </w:tc>
        <w:tc>
          <w:tcPr>
            <w:tcW w:type="dxa" w:w="2637"/>
          </w:tcPr>
          <w:p>
            <w:pPr>
              <w:spacing w:after="0"/>
              <w:jc w:val="left"/>
            </w:pPr>
            <w:r>
              <w:rPr>
                <w:sz w:val="16"/>
              </w:rPr>
              <w:t>Hurricane</w:t>
            </w:r>
          </w:p>
        </w:tc>
        <w:tc>
          <w:tcPr>
            <w:tcW w:type="dxa" w:w="1535"/>
          </w:tcPr>
          <w:p>
            <w:pPr>
              <w:spacing w:after="0"/>
              <w:jc w:val="right"/>
            </w:pPr>
            <w:r>
              <w:rPr>
                <w:sz w:val="16"/>
              </w:rPr>
              <w:t>$1,541,746.71</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2011-08-29</w:t>
            </w:r>
          </w:p>
        </w:tc>
        <w:tc>
          <w:tcPr>
            <w:tcW w:type="dxa" w:w="1113"/>
          </w:tcPr>
          <w:p>
            <w:pPr>
              <w:spacing w:after="0"/>
              <w:jc w:val="left"/>
            </w:pPr>
            <w:r>
              <w:rPr>
                <w:sz w:val="16"/>
              </w:rPr>
              <w:t>2011-08-26</w:t>
            </w:r>
          </w:p>
        </w:tc>
        <w:tc>
          <w:tcPr>
            <w:tcW w:type="dxa" w:w="1113"/>
          </w:tcPr>
          <w:p>
            <w:pPr>
              <w:spacing w:after="0"/>
              <w:jc w:val="left"/>
            </w:pPr>
            <w:r>
              <w:rPr>
                <w:sz w:val="16"/>
              </w:rPr>
              <w:t>EM-3338-VT</w:t>
            </w:r>
          </w:p>
        </w:tc>
        <w:tc>
          <w:tcPr>
            <w:tcW w:type="dxa" w:w="1497"/>
          </w:tcPr>
          <w:p>
            <w:pPr>
              <w:spacing w:after="0"/>
              <w:jc w:val="left"/>
            </w:pPr>
            <w:r>
              <w:rPr>
                <w:sz w:val="16"/>
              </w:rPr>
              <w:t>Emergency</w:t>
            </w:r>
          </w:p>
        </w:tc>
        <w:tc>
          <w:tcPr>
            <w:tcW w:type="dxa" w:w="2647"/>
          </w:tcPr>
          <w:p>
            <w:pPr>
              <w:spacing w:after="0"/>
              <w:jc w:val="left"/>
            </w:pPr>
            <w:r>
              <w:rPr>
                <w:sz w:val="16"/>
              </w:rPr>
              <w:t>HURRICANE IRENE</w:t>
            </w:r>
          </w:p>
        </w:tc>
        <w:tc>
          <w:tcPr>
            <w:tcW w:type="dxa" w:w="2637"/>
          </w:tcPr>
          <w:p>
            <w:pPr>
              <w:spacing w:after="0"/>
              <w:jc w:val="left"/>
            </w:pPr>
            <w:r>
              <w:rPr>
                <w:sz w:val="16"/>
              </w:rPr>
              <w:t>Hurricane</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r>
              <w:rPr>
                <w:sz w:val="16"/>
              </w:rPr>
              <w:t>same incident as DR-4022</w:t>
            </w:r>
          </w:p>
        </w:tc>
      </w:tr>
      <w:tr>
        <w:trPr>
          <w:cantSplit/>
        </w:trPr>
        <w:tc>
          <w:tcPr>
            <w:tcW w:type="dxa" w:w="1113"/>
          </w:tcPr>
          <w:p>
            <w:pPr>
              <w:spacing w:after="0"/>
              <w:jc w:val="left"/>
            </w:pPr>
            <w:r>
              <w:rPr>
                <w:sz w:val="16"/>
              </w:rPr>
              <w:t>2011-06-15</w:t>
            </w:r>
          </w:p>
        </w:tc>
        <w:tc>
          <w:tcPr>
            <w:tcW w:type="dxa" w:w="1113"/>
          </w:tcPr>
          <w:p>
            <w:pPr>
              <w:spacing w:after="0"/>
              <w:jc w:val="left"/>
            </w:pPr>
            <w:r>
              <w:rPr>
                <w:sz w:val="16"/>
              </w:rPr>
              <w:t>2011-04-23</w:t>
            </w:r>
          </w:p>
        </w:tc>
        <w:tc>
          <w:tcPr>
            <w:tcW w:type="dxa" w:w="1113"/>
          </w:tcPr>
          <w:p>
            <w:pPr>
              <w:spacing w:after="0"/>
              <w:jc w:val="left"/>
            </w:pPr>
            <w:r>
              <w:rPr>
                <w:sz w:val="16"/>
              </w:rPr>
              <w:t>DR-1995-VT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$992,903.78</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2010-12-22</w:t>
            </w:r>
          </w:p>
        </w:tc>
        <w:tc>
          <w:tcPr>
            <w:tcW w:type="dxa" w:w="1113"/>
          </w:tcPr>
          <w:p>
            <w:pPr>
              <w:spacing w:after="0"/>
              <w:jc w:val="left"/>
            </w:pPr>
            <w:r>
              <w:rPr>
                <w:sz w:val="16"/>
              </w:rPr>
              <w:t>2010-12-01</w:t>
            </w:r>
          </w:p>
        </w:tc>
        <w:tc>
          <w:tcPr>
            <w:tcW w:type="dxa" w:w="1113"/>
          </w:tcPr>
          <w:p>
            <w:pPr>
              <w:spacing w:after="0"/>
              <w:jc w:val="left"/>
            </w:pPr>
            <w:r>
              <w:rPr>
                <w:sz w:val="16"/>
              </w:rPr>
              <w:t>DR-1951-VT</w:t>
            </w:r>
          </w:p>
        </w:tc>
        <w:tc>
          <w:tcPr>
            <w:tcW w:type="dxa" w:w="1497"/>
          </w:tcPr>
          <w:p>
            <w:pPr>
              <w:spacing w:after="0"/>
              <w:jc w:val="left"/>
            </w:pPr>
            <w:r>
              <w:rPr>
                <w:sz w:val="16"/>
              </w:rPr>
              <w:t>Major disaster</w:t>
            </w:r>
          </w:p>
        </w:tc>
        <w:tc>
          <w:tcPr>
            <w:tcW w:type="dxa" w:w="2647"/>
          </w:tcPr>
          <w:p>
            <w:pPr>
              <w:spacing w:after="0"/>
              <w:jc w:val="left"/>
            </w:pPr>
            <w:r>
              <w:rPr>
                <w:sz w:val="16"/>
              </w:rPr>
              <w:t>SEVERE STORM</w:t>
            </w:r>
          </w:p>
        </w:tc>
        <w:tc>
          <w:tcPr>
            <w:tcW w:type="dxa" w:w="2637"/>
          </w:tcPr>
          <w:p>
            <w:pPr>
              <w:spacing w:after="0"/>
              <w:jc w:val="left"/>
            </w:pPr>
            <w:r>
              <w:rPr>
                <w:sz w:val="16"/>
              </w:rPr>
              <w:t>Hazard not mapped (severe storm title names no single hazard); not counted</w:t>
            </w:r>
          </w:p>
        </w:tc>
        <w:tc>
          <w:tcPr>
            <w:tcW w:type="dxa" w:w="1535"/>
          </w:tcPr>
          <w:p>
            <w:pPr>
              <w:spacing w:after="0"/>
              <w:jc w:val="right"/>
            </w:pPr>
            <w:r>
              <w:rPr>
                <w:sz w:val="16"/>
              </w:rPr>
              <w:t>$1,264,581.33</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2008-09-12</w:t>
            </w:r>
          </w:p>
        </w:tc>
        <w:tc>
          <w:tcPr>
            <w:tcW w:type="dxa" w:w="1113"/>
          </w:tcPr>
          <w:p>
            <w:pPr>
              <w:spacing w:after="0"/>
              <w:jc w:val="left"/>
            </w:pPr>
            <w:r>
              <w:rPr>
                <w:sz w:val="16"/>
              </w:rPr>
              <w:t>2008-07-21</w:t>
            </w:r>
          </w:p>
        </w:tc>
        <w:tc>
          <w:tcPr>
            <w:tcW w:type="dxa" w:w="1113"/>
          </w:tcPr>
          <w:p>
            <w:pPr>
              <w:spacing w:after="0"/>
              <w:jc w:val="left"/>
            </w:pPr>
            <w:r>
              <w:rPr>
                <w:sz w:val="16"/>
              </w:rPr>
              <w:t>DR-1790-VT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$270,081.26</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2008-08-15</w:t>
            </w:r>
          </w:p>
        </w:tc>
        <w:tc>
          <w:tcPr>
            <w:tcW w:type="dxa" w:w="1113"/>
          </w:tcPr>
          <w:p>
            <w:pPr>
              <w:spacing w:after="0"/>
              <w:jc w:val="left"/>
            </w:pPr>
            <w:r>
              <w:rPr>
                <w:sz w:val="16"/>
              </w:rPr>
              <w:t>2008-07-18</w:t>
            </w:r>
          </w:p>
        </w:tc>
        <w:tc>
          <w:tcPr>
            <w:tcW w:type="dxa" w:w="1113"/>
          </w:tcPr>
          <w:p>
            <w:pPr>
              <w:spacing w:after="0"/>
              <w:jc w:val="left"/>
            </w:pPr>
            <w:r>
              <w:rPr>
                <w:sz w:val="16"/>
              </w:rPr>
              <w:t>DR-1784-VT</w:t>
            </w:r>
          </w:p>
        </w:tc>
        <w:tc>
          <w:tcPr>
            <w:tcW w:type="dxa" w:w="1497"/>
          </w:tcPr>
          <w:p>
            <w:pPr>
              <w:spacing w:after="0"/>
              <w:jc w:val="left"/>
            </w:pPr>
            <w:r>
              <w:rPr>
                <w:sz w:val="16"/>
              </w:rPr>
              <w:t>Major disaster</w:t>
            </w:r>
          </w:p>
        </w:tc>
        <w:tc>
          <w:tcPr>
            <w:tcW w:type="dxa" w:w="2647"/>
          </w:tcPr>
          <w:p>
            <w:pPr>
              <w:spacing w:after="0"/>
              <w:jc w:val="left"/>
            </w:pPr>
            <w:r>
              <w:rPr>
                <w:sz w:val="16"/>
              </w:rPr>
              <w:t>SEVERE STORMS, A TORNADO, AND FLOODING</w:t>
            </w:r>
          </w:p>
        </w:tc>
        <w:tc>
          <w:tcPr>
            <w:tcW w:type="dxa" w:w="2637"/>
          </w:tcPr>
          <w:p>
            <w:pPr>
              <w:spacing w:after="0"/>
              <w:jc w:val="left"/>
            </w:pPr>
            <w:r>
              <w:rPr>
                <w:sz w:val="16"/>
              </w:rPr>
              <w:t>Inland Flooding; Tornado</w:t>
            </w:r>
          </w:p>
        </w:tc>
        <w:tc>
          <w:tcPr>
            <w:tcW w:type="dxa" w:w="1535"/>
          </w:tcPr>
          <w:p>
            <w:pPr>
              <w:spacing w:after="0"/>
              <w:jc w:val="right"/>
            </w:pPr>
            <w:r>
              <w:rPr>
                <w:sz w:val="16"/>
              </w:rPr>
              <w:t>$320,794.76</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2007-05-04</w:t>
            </w:r>
          </w:p>
        </w:tc>
        <w:tc>
          <w:tcPr>
            <w:tcW w:type="dxa" w:w="1113"/>
          </w:tcPr>
          <w:p>
            <w:pPr>
              <w:spacing w:after="0"/>
              <w:jc w:val="left"/>
            </w:pPr>
            <w:r>
              <w:rPr>
                <w:sz w:val="16"/>
              </w:rPr>
              <w:t>2007-04-15</w:t>
            </w:r>
          </w:p>
        </w:tc>
        <w:tc>
          <w:tcPr>
            <w:tcW w:type="dxa" w:w="1113"/>
          </w:tcPr>
          <w:p>
            <w:pPr>
              <w:spacing w:after="0"/>
              <w:jc w:val="left"/>
            </w:pPr>
            <w:r>
              <w:rPr>
                <w:sz w:val="16"/>
              </w:rPr>
              <w:t>DR-1698-VT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$77,744.21</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2004-09-23</w:t>
            </w:r>
          </w:p>
        </w:tc>
        <w:tc>
          <w:tcPr>
            <w:tcW w:type="dxa" w:w="1113"/>
          </w:tcPr>
          <w:p>
            <w:pPr>
              <w:spacing w:after="0"/>
              <w:jc w:val="left"/>
            </w:pPr>
            <w:r>
              <w:rPr>
                <w:sz w:val="16"/>
              </w:rPr>
              <w:t>2004-08-12</w:t>
            </w:r>
          </w:p>
        </w:tc>
        <w:tc>
          <w:tcPr>
            <w:tcW w:type="dxa" w:w="1113"/>
          </w:tcPr>
          <w:p>
            <w:pPr>
              <w:spacing w:after="0"/>
              <w:jc w:val="left"/>
            </w:pPr>
            <w:r>
              <w:rPr>
                <w:sz w:val="16"/>
              </w:rPr>
              <w:t>DR-1559-VT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$132,412.85</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2002-07-12</w:t>
            </w:r>
          </w:p>
        </w:tc>
        <w:tc>
          <w:tcPr>
            <w:tcW w:type="dxa" w:w="1113"/>
          </w:tcPr>
          <w:p>
            <w:pPr>
              <w:spacing w:after="0"/>
              <w:jc w:val="left"/>
            </w:pPr>
            <w:r>
              <w:rPr>
                <w:sz w:val="16"/>
              </w:rPr>
              <w:t>2002-06-05</w:t>
            </w:r>
          </w:p>
        </w:tc>
        <w:tc>
          <w:tcPr>
            <w:tcW w:type="dxa" w:w="1113"/>
          </w:tcPr>
          <w:p>
            <w:pPr>
              <w:spacing w:after="0"/>
              <w:jc w:val="left"/>
            </w:pPr>
            <w:r>
              <w:rPr>
                <w:sz w:val="16"/>
              </w:rPr>
              <w:t>DR-1428-VT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$91,255.71</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2001-04-10</w:t>
            </w:r>
          </w:p>
        </w:tc>
        <w:tc>
          <w:tcPr>
            <w:tcW w:type="dxa" w:w="1113"/>
          </w:tcPr>
          <w:p>
            <w:pPr>
              <w:spacing w:after="0"/>
              <w:jc w:val="left"/>
            </w:pPr>
            <w:r>
              <w:rPr>
                <w:sz w:val="16"/>
              </w:rPr>
              <w:t>2001-03-05</w:t>
            </w:r>
          </w:p>
        </w:tc>
        <w:tc>
          <w:tcPr>
            <w:tcW w:type="dxa" w:w="1113"/>
          </w:tcPr>
          <w:p>
            <w:pPr>
              <w:spacing w:after="0"/>
              <w:jc w:val="left"/>
            </w:pPr>
            <w:r>
              <w:rPr>
                <w:sz w:val="16"/>
              </w:rPr>
              <w:t>EM-3167-VT</w:t>
            </w:r>
          </w:p>
        </w:tc>
        <w:tc>
          <w:tcPr>
            <w:tcW w:type="dxa" w:w="1497"/>
          </w:tcPr>
          <w:p>
            <w:pPr>
              <w:spacing w:after="0"/>
              <w:jc w:val="left"/>
            </w:pPr>
            <w:r>
              <w:rPr>
                <w:sz w:val="16"/>
              </w:rPr>
              <w:t>Emergency</w:t>
            </w:r>
          </w:p>
        </w:tc>
        <w:tc>
          <w:tcPr>
            <w:tcW w:type="dxa" w:w="2647"/>
          </w:tcPr>
          <w:p>
            <w:pPr>
              <w:spacing w:after="0"/>
              <w:jc w:val="left"/>
            </w:pPr>
            <w:r>
              <w:rPr>
                <w:sz w:val="16"/>
              </w:rPr>
              <w:t>SNOW</w:t>
            </w:r>
          </w:p>
        </w:tc>
        <w:tc>
          <w:tcPr>
            <w:tcW w:type="dxa" w:w="2637"/>
          </w:tcPr>
          <w:p>
            <w:pPr>
              <w:spacing w:after="0"/>
              <w:jc w:val="left"/>
            </w:pPr>
            <w:r>
              <w:rPr>
                <w:sz w:val="16"/>
              </w:rPr>
              <w:t>Winter Weather</w:t>
            </w:r>
          </w:p>
        </w:tc>
        <w:tc>
          <w:tcPr>
            <w:tcW w:type="dxa" w:w="1535"/>
          </w:tcPr>
          <w:p>
            <w:pPr>
              <w:spacing w:after="0"/>
              <w:jc w:val="right"/>
            </w:pPr>
            <w:r>
              <w:rPr>
                <w:sz w:val="16"/>
              </w:rPr>
              <w:t>$51,065.56</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1999-11-10</w:t>
            </w:r>
          </w:p>
        </w:tc>
        <w:tc>
          <w:tcPr>
            <w:tcW w:type="dxa" w:w="1113"/>
          </w:tcPr>
          <w:p>
            <w:pPr>
              <w:spacing w:after="0"/>
              <w:jc w:val="left"/>
            </w:pPr>
            <w:r>
              <w:rPr>
                <w:sz w:val="16"/>
              </w:rPr>
              <w:t>1999-09-16</w:t>
            </w:r>
          </w:p>
        </w:tc>
        <w:tc>
          <w:tcPr>
            <w:tcW w:type="dxa" w:w="1113"/>
          </w:tcPr>
          <w:p>
            <w:pPr>
              <w:spacing w:after="0"/>
              <w:jc w:val="left"/>
            </w:pPr>
            <w:r>
              <w:rPr>
                <w:sz w:val="16"/>
              </w:rPr>
              <w:t>DR-1307-VT</w:t>
            </w:r>
          </w:p>
        </w:tc>
        <w:tc>
          <w:tcPr>
            <w:tcW w:type="dxa" w:w="1497"/>
          </w:tcPr>
          <w:p>
            <w:pPr>
              <w:spacing w:after="0"/>
              <w:jc w:val="left"/>
            </w:pPr>
            <w:r>
              <w:rPr>
                <w:sz w:val="16"/>
              </w:rPr>
              <w:t>Major disaster</w:t>
            </w:r>
          </w:p>
        </w:tc>
        <w:tc>
          <w:tcPr>
            <w:tcW w:type="dxa" w:w="2647"/>
          </w:tcPr>
          <w:p>
            <w:pPr>
              <w:spacing w:after="0"/>
              <w:jc w:val="left"/>
            </w:pPr>
            <w:r>
              <w:rPr>
                <w:sz w:val="16"/>
              </w:rPr>
              <w:t>TROPICAL STORM FLOYD</w:t>
            </w:r>
          </w:p>
        </w:tc>
        <w:tc>
          <w:tcPr>
            <w:tcW w:type="dxa" w:w="2637"/>
          </w:tcPr>
          <w:p>
            <w:pPr>
              <w:spacing w:after="0"/>
              <w:jc w:val="left"/>
            </w:pPr>
            <w:r>
              <w:rPr>
                <w:sz w:val="16"/>
              </w:rPr>
              <w:t>Hurricane; Inland Flooding</w:t>
            </w:r>
          </w:p>
        </w:tc>
        <w:tc>
          <w:tcPr>
            <w:tcW w:type="dxa" w:w="1535"/>
          </w:tcPr>
          <w:p>
            <w:pPr>
              <w:spacing w:after="0"/>
              <w:jc w:val="right"/>
            </w:pPr>
            <w:r>
              <w:rPr>
                <w:sz w:val="16"/>
              </w:rPr>
              <w:t>$140,947.19</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1998-06-30</w:t>
            </w:r>
          </w:p>
        </w:tc>
        <w:tc>
          <w:tcPr>
            <w:tcW w:type="dxa" w:w="1113"/>
          </w:tcPr>
          <w:p>
            <w:pPr>
              <w:spacing w:after="0"/>
              <w:jc w:val="left"/>
            </w:pPr>
            <w:r>
              <w:rPr>
                <w:sz w:val="16"/>
              </w:rPr>
              <w:t>1998-06-17</w:t>
            </w:r>
          </w:p>
        </w:tc>
        <w:tc>
          <w:tcPr>
            <w:tcW w:type="dxa" w:w="1113"/>
          </w:tcPr>
          <w:p>
            <w:pPr>
              <w:spacing w:after="0"/>
              <w:jc w:val="left"/>
            </w:pPr>
            <w:r>
              <w:rPr>
                <w:sz w:val="16"/>
              </w:rPr>
              <w:t>DR-1228-VT</w:t>
            </w:r>
          </w:p>
        </w:tc>
        <w:tc>
          <w:tcPr>
            <w:tcW w:type="dxa" w:w="1497"/>
          </w:tcPr>
          <w:p>
            <w:pPr>
              <w:spacing w:after="0"/>
              <w:jc w:val="left"/>
            </w:pPr>
            <w:r>
              <w:rPr>
                <w:sz w:val="16"/>
              </w:rPr>
              <w:t>Major disaster</w:t>
            </w:r>
          </w:p>
        </w:tc>
        <w:tc>
          <w:tcPr>
            <w:tcW w:type="dxa" w:w="2647"/>
          </w:tcPr>
          <w:p>
            <w:pPr>
              <w:spacing w:after="0"/>
              <w:jc w:val="left"/>
            </w:pPr>
            <w:r>
              <w:rPr>
                <w:sz w:val="16"/>
              </w:rPr>
              <w:t>SEVERE STORMS AND 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1997-07-25</w:t>
            </w:r>
          </w:p>
        </w:tc>
        <w:tc>
          <w:tcPr>
            <w:tcW w:type="dxa" w:w="1113"/>
          </w:tcPr>
          <w:p>
            <w:pPr>
              <w:spacing w:after="0"/>
              <w:jc w:val="left"/>
            </w:pPr>
            <w:r>
              <w:rPr>
                <w:sz w:val="16"/>
              </w:rPr>
              <w:t>1997-07-15</w:t>
            </w:r>
          </w:p>
        </w:tc>
        <w:tc>
          <w:tcPr>
            <w:tcW w:type="dxa" w:w="1113"/>
          </w:tcPr>
          <w:p>
            <w:pPr>
              <w:spacing w:after="0"/>
              <w:jc w:val="left"/>
            </w:pPr>
            <w:r>
              <w:rPr>
                <w:sz w:val="16"/>
              </w:rPr>
              <w:t>DR-1184-VT</w:t>
            </w:r>
          </w:p>
        </w:tc>
        <w:tc>
          <w:tcPr>
            <w:tcW w:type="dxa" w:w="1497"/>
          </w:tcPr>
          <w:p>
            <w:pPr>
              <w:spacing w:after="0"/>
              <w:jc w:val="left"/>
            </w:pPr>
            <w:r>
              <w:rPr>
                <w:sz w:val="16"/>
              </w:rPr>
              <w:t>Major disaster</w:t>
            </w:r>
          </w:p>
        </w:tc>
        <w:tc>
          <w:tcPr>
            <w:tcW w:type="dxa" w:w="2647"/>
          </w:tcPr>
          <w:p>
            <w:pPr>
              <w:spacing w:after="0"/>
              <w:jc w:val="left"/>
            </w:pPr>
            <w:r>
              <w:rPr>
                <w:sz w:val="16"/>
              </w:rPr>
              <w:t>EXCESSIVE RAINFALL, HIGH WINDS, AND 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1996-02-13</w:t>
            </w:r>
          </w:p>
        </w:tc>
        <w:tc>
          <w:tcPr>
            <w:tcW w:type="dxa" w:w="1113"/>
          </w:tcPr>
          <w:p>
            <w:pPr>
              <w:spacing w:after="0"/>
              <w:jc w:val="left"/>
            </w:pPr>
            <w:r>
              <w:rPr>
                <w:sz w:val="16"/>
              </w:rPr>
              <w:t>1996-01-19</w:t>
            </w:r>
          </w:p>
        </w:tc>
        <w:tc>
          <w:tcPr>
            <w:tcW w:type="dxa" w:w="1113"/>
          </w:tcPr>
          <w:p>
            <w:pPr>
              <w:spacing w:after="0"/>
              <w:jc w:val="left"/>
            </w:pPr>
            <w:r>
              <w:rPr>
                <w:sz w:val="16"/>
              </w:rPr>
              <w:t>DR-1101-VT</w:t>
            </w:r>
          </w:p>
        </w:tc>
        <w:tc>
          <w:tcPr>
            <w:tcW w:type="dxa" w:w="1497"/>
          </w:tcPr>
          <w:p>
            <w:pPr>
              <w:spacing w:after="0"/>
              <w:jc w:val="left"/>
            </w:pPr>
            <w:r>
              <w:rPr>
                <w:sz w:val="16"/>
              </w:rPr>
              <w:t>Major disaster</w:t>
            </w:r>
          </w:p>
        </w:tc>
        <w:tc>
          <w:tcPr>
            <w:tcW w:type="dxa" w:w="2647"/>
          </w:tcPr>
          <w:p>
            <w:pPr>
              <w:spacing w:after="0"/>
              <w:jc w:val="left"/>
            </w:pPr>
            <w:r>
              <w:rPr>
                <w:sz w:val="16"/>
              </w:rPr>
              <w:t>ICE JAMS AND FLOODING</w:t>
            </w:r>
          </w:p>
        </w:tc>
        <w:tc>
          <w:tcPr>
            <w:tcW w:type="dxa" w:w="2637"/>
          </w:tcPr>
          <w:p>
            <w:pPr>
              <w:spacing w:after="0"/>
              <w:jc w:val="left"/>
            </w:pPr>
            <w:r>
              <w:rPr>
                <w:sz w:val="16"/>
              </w:rPr>
              <w:t>Inland Flooding (primary); also designated: Winter Weather</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1995-08-16</w:t>
            </w:r>
          </w:p>
        </w:tc>
        <w:tc>
          <w:tcPr>
            <w:tcW w:type="dxa" w:w="1113"/>
          </w:tcPr>
          <w:p>
            <w:pPr>
              <w:spacing w:after="0"/>
              <w:jc w:val="left"/>
            </w:pPr>
            <w:r>
              <w:rPr>
                <w:sz w:val="16"/>
              </w:rPr>
              <w:t>1995-08-04</w:t>
            </w:r>
          </w:p>
        </w:tc>
        <w:tc>
          <w:tcPr>
            <w:tcW w:type="dxa" w:w="1113"/>
          </w:tcPr>
          <w:p>
            <w:pPr>
              <w:spacing w:after="0"/>
              <w:jc w:val="left"/>
            </w:pPr>
            <w:r>
              <w:rPr>
                <w:sz w:val="16"/>
              </w:rPr>
              <w:t>DR-1063-VT</w:t>
            </w:r>
          </w:p>
        </w:tc>
        <w:tc>
          <w:tcPr>
            <w:tcW w:type="dxa" w:w="1497"/>
          </w:tcPr>
          <w:p>
            <w:pPr>
              <w:spacing w:after="0"/>
              <w:jc w:val="left"/>
            </w:pPr>
            <w:r>
              <w:rPr>
                <w:sz w:val="16"/>
              </w:rPr>
              <w:t>Major disaster</w:t>
            </w:r>
          </w:p>
        </w:tc>
        <w:tc>
          <w:tcPr>
            <w:tcW w:type="dxa" w:w="2647"/>
          </w:tcPr>
          <w:p>
            <w:pPr>
              <w:spacing w:after="0"/>
              <w:jc w:val="left"/>
            </w:pPr>
            <w:r>
              <w:rPr>
                <w:sz w:val="16"/>
              </w:rPr>
              <w:t>EXCESSIVE RAINFALL, 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1990-07-25</w:t>
            </w:r>
          </w:p>
        </w:tc>
        <w:tc>
          <w:tcPr>
            <w:tcW w:type="dxa" w:w="1113"/>
          </w:tcPr>
          <w:p>
            <w:pPr>
              <w:spacing w:after="0"/>
              <w:jc w:val="left"/>
            </w:pPr>
            <w:r>
              <w:rPr>
                <w:sz w:val="16"/>
              </w:rPr>
              <w:t>1990-07-04</w:t>
            </w:r>
          </w:p>
        </w:tc>
        <w:tc>
          <w:tcPr>
            <w:tcW w:type="dxa" w:w="1113"/>
          </w:tcPr>
          <w:p>
            <w:pPr>
              <w:spacing w:after="0"/>
              <w:jc w:val="left"/>
            </w:pPr>
            <w:r>
              <w:rPr>
                <w:sz w:val="16"/>
              </w:rPr>
              <w:t>DR-875-VT</w:t>
            </w:r>
          </w:p>
        </w:tc>
        <w:tc>
          <w:tcPr>
            <w:tcW w:type="dxa" w:w="1497"/>
          </w:tcPr>
          <w:p>
            <w:pPr>
              <w:spacing w:after="0"/>
              <w:jc w:val="left"/>
            </w:pPr>
            <w:r>
              <w:rPr>
                <w:sz w:val="16"/>
              </w:rPr>
              <w:t>Major disaster</w:t>
            </w:r>
          </w:p>
        </w:tc>
        <w:tc>
          <w:tcPr>
            <w:tcW w:type="dxa" w:w="2647"/>
          </w:tcPr>
          <w:p>
            <w:pPr>
              <w:spacing w:after="0"/>
              <w:jc w:val="left"/>
            </w:pPr>
            <w:r>
              <w:rPr>
                <w:sz w:val="16"/>
              </w:rPr>
              <w:t>SEVERE STORMS &amp; 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1984-06-18</w:t>
            </w:r>
          </w:p>
        </w:tc>
        <w:tc>
          <w:tcPr>
            <w:tcW w:type="dxa" w:w="1113"/>
          </w:tcPr>
          <w:p>
            <w:pPr>
              <w:spacing w:after="0"/>
              <w:jc w:val="left"/>
            </w:pPr>
            <w:r>
              <w:rPr>
                <w:sz w:val="16"/>
              </w:rPr>
              <w:t>1984-06-06</w:t>
            </w:r>
          </w:p>
        </w:tc>
        <w:tc>
          <w:tcPr>
            <w:tcW w:type="dxa" w:w="1113"/>
          </w:tcPr>
          <w:p>
            <w:pPr>
              <w:spacing w:after="0"/>
              <w:jc w:val="left"/>
            </w:pPr>
            <w:r>
              <w:rPr>
                <w:sz w:val="16"/>
              </w:rPr>
              <w:t>DR-712-VT</w:t>
            </w:r>
          </w:p>
        </w:tc>
        <w:tc>
          <w:tcPr>
            <w:tcW w:type="dxa" w:w="1497"/>
          </w:tcPr>
          <w:p>
            <w:pPr>
              <w:spacing w:after="0"/>
              <w:jc w:val="left"/>
            </w:pPr>
            <w:r>
              <w:rPr>
                <w:sz w:val="16"/>
              </w:rPr>
              <w:t>Major disaster</w:t>
            </w:r>
          </w:p>
        </w:tc>
        <w:tc>
          <w:tcPr>
            <w:tcW w:type="dxa" w:w="2647"/>
          </w:tcPr>
          <w:p>
            <w:pPr>
              <w:spacing w:after="0"/>
              <w:jc w:val="left"/>
            </w:pPr>
            <w:r>
              <w:rPr>
                <w:sz w:val="16"/>
              </w:rPr>
              <w:t>SEVERE STORMS &amp; FLOODING</w:t>
            </w:r>
          </w:p>
        </w:tc>
        <w:tc>
          <w:tcPr>
            <w:tcW w:type="dxa" w:w="2637"/>
          </w:tcPr>
          <w:p>
            <w:pPr>
              <w:spacing w:after="0"/>
              <w:jc w:val="left"/>
            </w:pPr>
            <w:r>
              <w:rPr>
                <w:sz w:val="16"/>
              </w:rPr>
              <w:t>Inland Flooding</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1976-08-05</w:t>
            </w:r>
          </w:p>
        </w:tc>
        <w:tc>
          <w:tcPr>
            <w:tcW w:type="dxa" w:w="1113"/>
          </w:tcPr>
          <w:p>
            <w:pPr>
              <w:spacing w:after="0"/>
              <w:jc w:val="left"/>
            </w:pPr>
            <w:r>
              <w:rPr>
                <w:sz w:val="16"/>
              </w:rPr>
              <w:t>1976-08-05</w:t>
            </w:r>
          </w:p>
        </w:tc>
        <w:tc>
          <w:tcPr>
            <w:tcW w:type="dxa" w:w="1113"/>
          </w:tcPr>
          <w:p>
            <w:pPr>
              <w:spacing w:after="0"/>
              <w:jc w:val="left"/>
            </w:pPr>
            <w:r>
              <w:rPr>
                <w:sz w:val="16"/>
              </w:rPr>
              <w:t>DR-518-VT</w:t>
            </w:r>
          </w:p>
        </w:tc>
        <w:tc>
          <w:tcPr>
            <w:tcW w:type="dxa" w:w="1497"/>
          </w:tcPr>
          <w:p>
            <w:pPr>
              <w:spacing w:after="0"/>
              <w:jc w:val="left"/>
            </w:pPr>
            <w:r>
              <w:rPr>
                <w:sz w:val="16"/>
              </w:rPr>
              <w:t>Major disaster</w:t>
            </w:r>
          </w:p>
        </w:tc>
        <w:tc>
          <w:tcPr>
            <w:tcW w:type="dxa" w:w="2647"/>
          </w:tcPr>
          <w:p>
            <w:pPr>
              <w:spacing w:after="0"/>
              <w:jc w:val="left"/>
            </w:pPr>
            <w:r>
              <w:rPr>
                <w:sz w:val="16"/>
              </w:rPr>
              <w:t>SEVERE STORMS, HIGH WINDS &amp; FLOODING</w:t>
            </w:r>
          </w:p>
        </w:tc>
        <w:tc>
          <w:tcPr>
            <w:tcW w:type="dxa" w:w="2637"/>
          </w:tcPr>
          <w:p>
            <w:pPr>
              <w:spacing w:after="0"/>
              <w:jc w:val="left"/>
            </w:pPr>
            <w:r>
              <w:rPr>
                <w:sz w:val="16"/>
              </w:rPr>
              <w:t>Inland Flooding (primary); also designated: Strong Wind</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r>
        <w:trPr>
          <w:cantSplit/>
        </w:trPr>
        <w:tc>
          <w:tcPr>
            <w:tcW w:type="dxa" w:w="1113"/>
          </w:tcPr>
          <w:p>
            <w:pPr>
              <w:spacing w:after="0"/>
              <w:jc w:val="left"/>
            </w:pPr>
            <w:r>
              <w:rPr>
                <w:sz w:val="16"/>
              </w:rPr>
              <w:t>1973-07-06</w:t>
            </w:r>
          </w:p>
        </w:tc>
        <w:tc>
          <w:tcPr>
            <w:tcW w:type="dxa" w:w="1113"/>
          </w:tcPr>
          <w:p>
            <w:pPr>
              <w:spacing w:after="0"/>
              <w:jc w:val="left"/>
            </w:pPr>
            <w:r>
              <w:rPr>
                <w:sz w:val="16"/>
              </w:rPr>
              <w:t>1973-07-06</w:t>
            </w:r>
          </w:p>
        </w:tc>
        <w:tc>
          <w:tcPr>
            <w:tcW w:type="dxa" w:w="1113"/>
          </w:tcPr>
          <w:p>
            <w:pPr>
              <w:spacing w:after="0"/>
              <w:jc w:val="left"/>
            </w:pPr>
            <w:r>
              <w:rPr>
                <w:sz w:val="16"/>
              </w:rPr>
              <w:t>DR-397-VT</w:t>
            </w:r>
          </w:p>
        </w:tc>
        <w:tc>
          <w:tcPr>
            <w:tcW w:type="dxa" w:w="1497"/>
          </w:tcPr>
          <w:p>
            <w:pPr>
              <w:spacing w:after="0"/>
              <w:jc w:val="left"/>
            </w:pPr>
            <w:r>
              <w:rPr>
                <w:sz w:val="16"/>
              </w:rPr>
              <w:t>Major disaster</w:t>
            </w:r>
          </w:p>
        </w:tc>
        <w:tc>
          <w:tcPr>
            <w:tcW w:type="dxa" w:w="2647"/>
          </w:tcPr>
          <w:p>
            <w:pPr>
              <w:spacing w:after="0"/>
              <w:jc w:val="left"/>
            </w:pPr>
            <w:r>
              <w:rPr>
                <w:sz w:val="16"/>
              </w:rPr>
              <w:t>SEVERE STORMS, FLOODING, &amp; LANDSLIDES</w:t>
            </w:r>
          </w:p>
        </w:tc>
        <w:tc>
          <w:tcPr>
            <w:tcW w:type="dxa" w:w="2637"/>
          </w:tcPr>
          <w:p>
            <w:pPr>
              <w:spacing w:after="0"/>
              <w:jc w:val="left"/>
            </w:pPr>
            <w:r>
              <w:rPr>
                <w:sz w:val="16"/>
              </w:rPr>
              <w:t>Inland Flooding (primary); also designated: Landslide</w:t>
            </w:r>
          </w:p>
        </w:tc>
        <w:tc>
          <w:tcPr>
            <w:tcW w:type="dxa" w:w="1535"/>
          </w:tcPr>
          <w:p>
            <w:pPr>
              <w:spacing w:after="0"/>
              <w:jc w:val="right"/>
            </w:pPr>
            <w:r>
              <w:rPr>
                <w:sz w:val="16"/>
              </w:rPr>
              <w:t>none found</w:t>
            </w:r>
          </w:p>
        </w:tc>
        <w:tc>
          <w:tcPr>
            <w:tcW w:type="dxa" w:w="1497"/>
          </w:tcPr>
          <w:p>
            <w:pPr>
              <w:spacing w:after="0"/>
              <w:jc w:val="left"/>
            </w:pPr>
          </w:p>
        </w:tc>
        <w:tc>
          <w:tcPr>
            <w:tcW w:type="dxa" w:w="96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$28,426.65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8,426.65"/>
        <w:tblDescription w:val="Hazard Plain table b1d_pa_other"/>
      </w:tblPr>
      <w:tblGrid>
        <w:gridCol w:w="1927"/>
        <w:gridCol w:w="1927"/>
        <w:gridCol w:w="4581"/>
        <w:gridCol w:w="3751"/>
        <w:gridCol w:w="1927"/>
      </w:tblGrid>
      <w:tr>
        <w:trPr>
          <w:cantSplit/>
          <w:tblHeader/>
        </w:trPr>
        <w:tc>
          <w:tcPr>
            <w:tcW w:type="dxa" w:w="1927"/>
            <w:shd w:val="clear" w:color="auto" w:fill="E8E8E8"/>
          </w:tcPr>
          <w:p>
            <w:pPr>
              <w:spacing w:after="0"/>
              <w:jc w:val="left"/>
            </w:pPr>
            <w:r>
              <w:rPr>
                <w:b/>
                <w:sz w:val="16"/>
              </w:rPr>
              <w:t>FEMA number</w:t>
            </w:r>
          </w:p>
        </w:tc>
        <w:tc>
          <w:tcPr>
            <w:tcW w:type="dxa" w:w="1927"/>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Title</w:t>
            </w:r>
          </w:p>
        </w:tc>
        <w:tc>
          <w:tcPr>
            <w:tcW w:type="dxa" w:w="3751"/>
            <w:shd w:val="clear" w:color="auto" w:fill="E8E8E8"/>
          </w:tcPr>
          <w:p>
            <w:pPr>
              <w:spacing w:after="0"/>
              <w:jc w:val="left"/>
            </w:pPr>
            <w:r>
              <w:rPr>
                <w:b/>
                <w:sz w:val="16"/>
              </w:rPr>
              <w:t>Applicant</w:t>
            </w:r>
          </w:p>
        </w:tc>
        <w:tc>
          <w:tcPr>
            <w:tcW w:type="dxa" w:w="192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27"/>
          </w:tcPr>
          <w:p>
            <w:pPr>
              <w:spacing w:after="0"/>
              <w:jc w:val="left"/>
            </w:pPr>
            <w:r>
              <w:rPr>
                <w:sz w:val="16"/>
              </w:rPr>
              <w:t>DR-4140-VT</w:t>
            </w:r>
          </w:p>
        </w:tc>
        <w:tc>
          <w:tcPr>
            <w:tcW w:type="dxa" w:w="1927"/>
          </w:tcPr>
          <w:p>
            <w:pPr>
              <w:spacing w:after="0"/>
              <w:jc w:val="left"/>
            </w:pPr>
            <w:r>
              <w:rPr>
                <w:sz w:val="16"/>
              </w:rPr>
              <w:t>2013-08-02</w:t>
            </w:r>
          </w:p>
        </w:tc>
        <w:tc>
          <w:tcPr>
            <w:tcW w:type="dxa" w:w="4581"/>
          </w:tcPr>
          <w:p>
            <w:pPr>
              <w:spacing w:after="0"/>
              <w:jc w:val="left"/>
            </w:pPr>
            <w:r>
              <w:rPr>
                <w:sz w:val="16"/>
              </w:rPr>
              <w:t>SEVERE STORMS AND FLOODING</w:t>
            </w:r>
          </w:p>
        </w:tc>
        <w:tc>
          <w:tcPr>
            <w:tcW w:type="dxa" w:w="3751"/>
          </w:tcPr>
          <w:p>
            <w:pPr>
              <w:spacing w:after="0"/>
              <w:jc w:val="left"/>
            </w:pPr>
            <w:r>
              <w:rPr>
                <w:sz w:val="16"/>
              </w:rPr>
              <w:t>Vermont Electric COOP</w:t>
            </w:r>
          </w:p>
        </w:tc>
        <w:tc>
          <w:tcPr>
            <w:tcW w:type="dxa" w:w="1927"/>
          </w:tcPr>
          <w:p>
            <w:pPr>
              <w:spacing w:after="0"/>
              <w:jc w:val="right"/>
            </w:pPr>
            <w:r>
              <w:rPr>
                <w:sz w:val="16"/>
              </w:rPr>
              <w:t>$28,426.65</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29</w:t>
            </w:r>
          </w:p>
        </w:tc>
        <w:tc>
          <w:tcPr>
            <w:tcW w:type="dxa" w:w="1422"/>
          </w:tcPr>
          <w:p>
            <w:pPr>
              <w:spacing w:after="0"/>
              <w:jc w:val="right"/>
            </w:pPr>
            <w:r>
              <w:rPr>
                <w:sz w:val="16"/>
              </w:rPr>
              <w:t>5</w:t>
            </w:r>
          </w:p>
        </w:tc>
        <w:tc>
          <w:tcPr>
            <w:tcW w:type="dxa" w:w="1356"/>
          </w:tcPr>
          <w:p>
            <w:pPr>
              <w:spacing w:after="0"/>
              <w:jc w:val="right"/>
            </w:pPr>
            <w:r>
              <w:rPr>
                <w:sz w:val="16"/>
              </w:rPr>
              <w:t>4</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31</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60</w:t>
            </w:r>
          </w:p>
        </w:tc>
        <w:tc>
          <w:tcPr>
            <w:tcW w:type="dxa" w:w="1422"/>
          </w:tcPr>
          <w:p>
            <w:pPr>
              <w:spacing w:after="0"/>
              <w:jc w:val="right"/>
            </w:pPr>
            <w:r>
              <w:rPr>
                <w:sz w:val="16"/>
              </w:rPr>
              <w:t>10</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26</w:t>
            </w:r>
          </w:p>
        </w:tc>
        <w:tc>
          <w:tcPr>
            <w:tcW w:type="dxa" w:w="1684"/>
          </w:tcPr>
          <w:p>
            <w:pPr>
              <w:spacing w:after="0"/>
              <w:jc w:val="right"/>
            </w:pPr>
            <w:r>
              <w:rPr>
                <w:sz w:val="16"/>
              </w:rPr>
              <w:t>5</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155</w:t>
            </w:r>
          </w:p>
        </w:tc>
        <w:tc>
          <w:tcPr>
            <w:tcW w:type="dxa" w:w="1422"/>
          </w:tcPr>
          <w:p>
            <w:pPr>
              <w:spacing w:after="0"/>
              <w:jc w:val="right"/>
            </w:pPr>
            <w:r>
              <w:rPr>
                <w:sz w:val="16"/>
              </w:rPr>
              <w:t>16</w:t>
            </w:r>
          </w:p>
        </w:tc>
        <w:tc>
          <w:tcPr>
            <w:tcW w:type="dxa" w:w="1356"/>
          </w:tcPr>
          <w:p>
            <w:pPr>
              <w:spacing w:after="0"/>
              <w:jc w:val="right"/>
            </w:pPr>
            <w:r>
              <w:rPr>
                <w:sz w:val="16"/>
              </w:rPr>
              <w:t>6</w:t>
            </w:r>
          </w:p>
        </w:tc>
        <w:tc>
          <w:tcPr>
            <w:tcW w:type="dxa" w:w="963"/>
          </w:tcPr>
          <w:p>
            <w:pPr>
              <w:spacing w:after="0"/>
              <w:jc w:val="right"/>
            </w:pPr>
            <w:r>
              <w:rPr>
                <w:sz w:val="16"/>
              </w:rPr>
              <w:t>22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32 High Wind records and 39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325</w:t>
            </w:r>
          </w:p>
        </w:tc>
        <w:tc>
          <w:tcPr>
            <w:tcW w:type="dxa" w:w="1422"/>
          </w:tcPr>
          <w:p>
            <w:pPr>
              <w:spacing w:after="0"/>
              <w:jc w:val="right"/>
            </w:pPr>
            <w:r>
              <w:rPr>
                <w:sz w:val="16"/>
              </w:rPr>
              <w:t>37</w:t>
            </w:r>
          </w:p>
        </w:tc>
        <w:tc>
          <w:tcPr>
            <w:tcW w:type="dxa" w:w="1356"/>
          </w:tcPr>
          <w:p>
            <w:pPr>
              <w:spacing w:after="0"/>
              <w:jc w:val="right"/>
            </w:pPr>
            <w:r>
              <w:rPr>
                <w:sz w:val="16"/>
              </w:rPr>
              <w:t>9</w:t>
            </w:r>
          </w:p>
        </w:tc>
        <w:tc>
          <w:tcPr>
            <w:tcW w:type="dxa" w:w="963"/>
          </w:tcPr>
          <w:p>
            <w:pPr>
              <w:spacing w:after="0"/>
              <w:jc w:val="right"/>
            </w:pPr>
            <w:r>
              <w:rPr>
                <w:sz w:val="16"/>
              </w:rPr>
              <w:t>46</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1"/>
        <w:gridCol w:w="3677"/>
        <w:gridCol w:w="1773"/>
        <w:gridCol w:w="1224"/>
        <w:gridCol w:w="2135"/>
        <w:gridCol w:w="1184"/>
        <w:gridCol w:w="1741"/>
      </w:tblGrid>
      <w:tr>
        <w:trPr>
          <w:cantSplit/>
          <w:tblHeader/>
        </w:trPr>
        <w:tc>
          <w:tcPr>
            <w:tcW w:type="dxa" w:w="1037"/>
            <w:shd w:val="clear" w:color="auto" w:fill="E8E8E8"/>
          </w:tcPr>
          <w:p>
            <w:pPr>
              <w:spacing w:after="0"/>
              <w:jc w:val="left"/>
            </w:pPr>
            <w:r>
              <w:rPr>
                <w:b/>
                <w:sz w:val="16"/>
              </w:rPr>
              <w:t>Date</w:t>
            </w:r>
          </w:p>
        </w:tc>
        <w:tc>
          <w:tcPr>
            <w:tcW w:type="dxa" w:w="1341"/>
            <w:shd w:val="clear" w:color="auto" w:fill="E8E8E8"/>
          </w:tcPr>
          <w:p>
            <w:pPr>
              <w:spacing w:after="0"/>
              <w:jc w:val="left"/>
            </w:pPr>
            <w:r>
              <w:rPr>
                <w:b/>
                <w:sz w:val="16"/>
              </w:rPr>
              <w:t>Event type</w:t>
            </w:r>
          </w:p>
        </w:tc>
        <w:tc>
          <w:tcPr>
            <w:tcW w:type="dxa" w:w="3677"/>
            <w:shd w:val="clear" w:color="auto" w:fill="E8E8E8"/>
          </w:tcPr>
          <w:p>
            <w:pPr>
              <w:spacing w:after="0"/>
              <w:jc w:val="left"/>
            </w:pPr>
            <w:r>
              <w:rPr>
                <w:b/>
                <w:sz w:val="16"/>
              </w:rPr>
              <w:t>Magnitude or extent</w:t>
            </w:r>
          </w:p>
        </w:tc>
        <w:tc>
          <w:tcPr>
            <w:tcW w:type="dxa" w:w="1773"/>
            <w:shd w:val="clear" w:color="auto" w:fill="E8E8E8"/>
          </w:tcPr>
          <w:p>
            <w:pPr>
              <w:spacing w:after="0"/>
              <w:jc w:val="left"/>
            </w:pPr>
            <w:r>
              <w:rPr>
                <w:b/>
                <w:sz w:val="16"/>
              </w:rPr>
              <w:t>Damage</w:t>
            </w:r>
          </w:p>
          <w:p>
            <w:pPr>
              <w:spacing w:after="0"/>
              <w:jc w:val="left"/>
            </w:pPr>
            <w:r>
              <w:rPr>
                <w:i/>
                <w:color w:val="555555"/>
                <w:sz w:val="14"/>
              </w:rPr>
              <w:t>nominal dollars</w:t>
            </w:r>
          </w:p>
        </w:tc>
        <w:tc>
          <w:tcPr>
            <w:tcW w:type="dxa" w:w="122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35"/>
            <w:shd w:val="clear" w:color="auto" w:fill="E8E8E8"/>
          </w:tcPr>
          <w:p>
            <w:pPr>
              <w:spacing w:after="0"/>
              <w:jc w:val="left"/>
            </w:pPr>
            <w:r>
              <w:rPr>
                <w:b/>
                <w:sz w:val="16"/>
              </w:rPr>
              <w:t>Location</w:t>
            </w:r>
          </w:p>
        </w:tc>
        <w:tc>
          <w:tcPr>
            <w:tcW w:type="dxa" w:w="1184"/>
            <w:shd w:val="clear" w:color="auto" w:fill="E8E8E8"/>
          </w:tcPr>
          <w:p>
            <w:pPr>
              <w:spacing w:after="0"/>
              <w:jc w:val="left"/>
            </w:pPr>
            <w:r>
              <w:rPr>
                <w:b/>
                <w:sz w:val="16"/>
              </w:rPr>
              <w:t>Flags</w:t>
            </w:r>
          </w:p>
        </w:tc>
        <w:tc>
          <w:tcPr>
            <w:tcW w:type="dxa" w:w="174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341"/>
          </w:tcPr>
          <w:p>
            <w:pPr>
              <w:spacing w:after="0"/>
              <w:jc w:val="left"/>
            </w:pPr>
            <w:r>
              <w:rPr>
                <w:sz w:val="16"/>
              </w:rPr>
              <w:t>Frost/Freeze</w:t>
            </w:r>
          </w:p>
        </w:tc>
        <w:tc>
          <w:tcPr>
            <w:tcW w:type="dxa" w:w="3677"/>
          </w:tcPr>
          <w:p>
            <w:pPr>
              <w:spacing w:after="0"/>
              <w:jc w:val="left"/>
            </w:pPr>
          </w:p>
        </w:tc>
        <w:tc>
          <w:tcPr>
            <w:tcW w:type="dxa" w:w="1773"/>
          </w:tcPr>
          <w:p>
            <w:pPr>
              <w:spacing w:after="0"/>
              <w:jc w:val="left"/>
            </w:pPr>
            <w:r>
              <w:rPr>
                <w:sz w:val="16"/>
              </w:rPr>
              <w:t>$0 property; $250,000 crops, reported for the zone (2023 dollars)</w:t>
            </w:r>
          </w:p>
        </w:tc>
        <w:tc>
          <w:tcPr>
            <w:tcW w:type="dxa" w:w="1224"/>
          </w:tcPr>
          <w:p>
            <w:pPr>
              <w:spacing w:after="0"/>
              <w:jc w:val="right"/>
            </w:pPr>
            <w:r>
              <w:rPr>
                <w:sz w:val="16"/>
              </w:rPr>
              <w:t>0, 0</w:t>
            </w:r>
          </w:p>
        </w:tc>
        <w:tc>
          <w:tcPr>
            <w:tcW w:type="dxa" w:w="2135"/>
          </w:tcPr>
          <w:p>
            <w:pPr>
              <w:spacing w:after="0"/>
              <w:jc w:val="left"/>
            </w:pPr>
            <w:r>
              <w:rPr>
                <w:sz w:val="16"/>
              </w:rPr>
              <w:t>NWS zone VTZ006 (LAMOILLE), zone-level: may include parts of neighboring counties</w:t>
            </w:r>
          </w:p>
        </w:tc>
        <w:tc>
          <w:tcPr>
            <w:tcW w:type="dxa" w:w="1184"/>
          </w:tcPr>
          <w:p>
            <w:pPr>
              <w:spacing w:after="0"/>
              <w:jc w:val="left"/>
            </w:pPr>
            <w:r>
              <w:rPr>
                <w:sz w:val="16"/>
              </w:rPr>
              <w:t>new since last plan; within last 5 years</w:t>
            </w:r>
          </w:p>
        </w:tc>
        <w:tc>
          <w:tcPr>
            <w:tcW w:type="dxa" w:w="1741"/>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2018-07-01</w:t>
            </w:r>
          </w:p>
        </w:tc>
        <w:tc>
          <w:tcPr>
            <w:tcW w:type="dxa" w:w="1341"/>
          </w:tcPr>
          <w:p>
            <w:pPr>
              <w:spacing w:after="0"/>
              <w:jc w:val="left"/>
            </w:pPr>
            <w:r>
              <w:rPr>
                <w:sz w:val="16"/>
              </w:rPr>
              <w:t>Heat</w:t>
            </w:r>
          </w:p>
        </w:tc>
        <w:tc>
          <w:tcPr>
            <w:tcW w:type="dxa" w:w="3677"/>
          </w:tcPr>
          <w:p>
            <w:pPr>
              <w:spacing w:after="0"/>
              <w:jc w:val="left"/>
            </w:pPr>
          </w:p>
        </w:tc>
        <w:tc>
          <w:tcPr>
            <w:tcW w:type="dxa" w:w="1773"/>
          </w:tcPr>
          <w:p>
            <w:pPr>
              <w:spacing w:after="0"/>
              <w:jc w:val="left"/>
            </w:pPr>
            <w:r>
              <w:rPr>
                <w:sz w:val="16"/>
              </w:rPr>
              <w:t>$0 property; $0 crops, reported for the zone (2018 dollars)</w:t>
            </w:r>
          </w:p>
        </w:tc>
        <w:tc>
          <w:tcPr>
            <w:tcW w:type="dxa" w:w="1224"/>
          </w:tcPr>
          <w:p>
            <w:pPr>
              <w:spacing w:after="0"/>
              <w:jc w:val="right"/>
            </w:pPr>
            <w:r>
              <w:rPr>
                <w:sz w:val="16"/>
              </w:rPr>
              <w:t>0, 0</w:t>
            </w:r>
          </w:p>
        </w:tc>
        <w:tc>
          <w:tcPr>
            <w:tcW w:type="dxa" w:w="2135"/>
          </w:tcPr>
          <w:p>
            <w:pPr>
              <w:spacing w:after="0"/>
              <w:jc w:val="left"/>
            </w:pPr>
            <w:r>
              <w:rPr>
                <w:sz w:val="16"/>
              </w:rPr>
              <w:t>NWS zone VTZ006 (LAMOILLE), zone-level: may include parts of neighboring counties</w:t>
            </w:r>
          </w:p>
        </w:tc>
        <w:tc>
          <w:tcPr>
            <w:tcW w:type="dxa" w:w="1184"/>
          </w:tcPr>
          <w:p>
            <w:pPr>
              <w:spacing w:after="0"/>
              <w:jc w:val="left"/>
            </w:pPr>
          </w:p>
        </w:tc>
        <w:tc>
          <w:tcPr>
            <w:tcW w:type="dxa" w:w="1741"/>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341"/>
          </w:tcPr>
          <w:p>
            <w:pPr>
              <w:spacing w:after="0"/>
              <w:jc w:val="left"/>
            </w:pPr>
            <w:r>
              <w:rPr>
                <w:sz w:val="16"/>
              </w:rPr>
              <w:t>Cold/Wind Chill</w:t>
            </w:r>
          </w:p>
        </w:tc>
        <w:tc>
          <w:tcPr>
            <w:tcW w:type="dxa" w:w="3677"/>
          </w:tcPr>
          <w:p>
            <w:pPr>
              <w:spacing w:after="0"/>
              <w:jc w:val="left"/>
            </w:pPr>
          </w:p>
        </w:tc>
        <w:tc>
          <w:tcPr>
            <w:tcW w:type="dxa" w:w="1773"/>
          </w:tcPr>
          <w:p>
            <w:pPr>
              <w:spacing w:after="0"/>
              <w:jc w:val="left"/>
            </w:pPr>
            <w:r>
              <w:rPr>
                <w:sz w:val="16"/>
              </w:rPr>
              <w:t>$0 property; $0 crops, reported for the zone (2015 dollars)</w:t>
            </w:r>
          </w:p>
        </w:tc>
        <w:tc>
          <w:tcPr>
            <w:tcW w:type="dxa" w:w="1224"/>
          </w:tcPr>
          <w:p>
            <w:pPr>
              <w:spacing w:after="0"/>
              <w:jc w:val="right"/>
            </w:pPr>
            <w:r>
              <w:rPr>
                <w:sz w:val="16"/>
              </w:rPr>
              <w:t>0, 0</w:t>
            </w:r>
          </w:p>
        </w:tc>
        <w:tc>
          <w:tcPr>
            <w:tcW w:type="dxa" w:w="2135"/>
          </w:tcPr>
          <w:p>
            <w:pPr>
              <w:spacing w:after="0"/>
              <w:jc w:val="left"/>
            </w:pPr>
            <w:r>
              <w:rPr>
                <w:sz w:val="16"/>
              </w:rPr>
              <w:t>NWS zone VTZ006 (LAMOILLE), zone-level: may include parts of neighboring counties</w:t>
            </w:r>
          </w:p>
        </w:tc>
        <w:tc>
          <w:tcPr>
            <w:tcW w:type="dxa" w:w="1184"/>
          </w:tcPr>
          <w:p>
            <w:pPr>
              <w:spacing w:after="0"/>
              <w:jc w:val="left"/>
            </w:pPr>
          </w:p>
        </w:tc>
        <w:tc>
          <w:tcPr>
            <w:tcW w:type="dxa" w:w="174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2013-12-21</w:t>
            </w:r>
          </w:p>
        </w:tc>
        <w:tc>
          <w:tcPr>
            <w:tcW w:type="dxa" w:w="1341"/>
          </w:tcPr>
          <w:p>
            <w:pPr>
              <w:spacing w:after="0"/>
              <w:jc w:val="left"/>
            </w:pPr>
            <w:r>
              <w:rPr>
                <w:sz w:val="16"/>
              </w:rPr>
              <w:t>Ice Storm</w:t>
            </w:r>
          </w:p>
        </w:tc>
        <w:tc>
          <w:tcPr>
            <w:tcW w:type="dxa" w:w="3677"/>
          </w:tcPr>
          <w:p>
            <w:pPr>
              <w:spacing w:after="0"/>
              <w:jc w:val="left"/>
            </w:pPr>
          </w:p>
        </w:tc>
        <w:tc>
          <w:tcPr>
            <w:tcW w:type="dxa" w:w="1773"/>
          </w:tcPr>
          <w:p>
            <w:pPr>
              <w:spacing w:after="0"/>
              <w:jc w:val="left"/>
            </w:pPr>
            <w:r>
              <w:rPr>
                <w:sz w:val="16"/>
              </w:rPr>
              <w:t>$750,000 property; $0 crops, reported for the zone (2013 dollars)</w:t>
            </w:r>
          </w:p>
        </w:tc>
        <w:tc>
          <w:tcPr>
            <w:tcW w:type="dxa" w:w="1224"/>
          </w:tcPr>
          <w:p>
            <w:pPr>
              <w:spacing w:after="0"/>
              <w:jc w:val="right"/>
            </w:pPr>
            <w:r>
              <w:rPr>
                <w:sz w:val="16"/>
              </w:rPr>
              <w:t>0, 0</w:t>
            </w:r>
          </w:p>
        </w:tc>
        <w:tc>
          <w:tcPr>
            <w:tcW w:type="dxa" w:w="2135"/>
          </w:tcPr>
          <w:p>
            <w:pPr>
              <w:spacing w:after="0"/>
              <w:jc w:val="left"/>
            </w:pPr>
            <w:r>
              <w:rPr>
                <w:sz w:val="16"/>
              </w:rPr>
              <w:t>NWS zone VTZ006 (LAMOILLE), zone-level: may include parts of neighboring counties</w:t>
            </w:r>
          </w:p>
        </w:tc>
        <w:tc>
          <w:tcPr>
            <w:tcW w:type="dxa" w:w="1184"/>
          </w:tcPr>
          <w:p>
            <w:pPr>
              <w:spacing w:after="0"/>
              <w:jc w:val="left"/>
            </w:pPr>
          </w:p>
        </w:tc>
        <w:tc>
          <w:tcPr>
            <w:tcW w:type="dxa" w:w="1741"/>
          </w:tcPr>
          <w:p>
            <w:pPr>
              <w:spacing w:after="0"/>
              <w:jc w:val="left"/>
            </w:pPr>
            <w:r>
              <w:rPr>
                <w:sz w:val="16"/>
              </w:rPr>
              <w:t>B1-c worst recorded: Ice Storm</w:t>
            </w:r>
          </w:p>
        </w:tc>
      </w:tr>
      <w:tr>
        <w:trPr>
          <w:cantSplit/>
        </w:trPr>
        <w:tc>
          <w:tcPr>
            <w:tcW w:type="dxa" w:w="1037"/>
          </w:tcPr>
          <w:p>
            <w:pPr>
              <w:spacing w:after="0"/>
              <w:jc w:val="left"/>
            </w:pPr>
            <w:r>
              <w:rPr>
                <w:sz w:val="16"/>
              </w:rPr>
              <w:t>2013-07-19</w:t>
            </w:r>
          </w:p>
        </w:tc>
        <w:tc>
          <w:tcPr>
            <w:tcW w:type="dxa" w:w="1341"/>
          </w:tcPr>
          <w:p>
            <w:pPr>
              <w:spacing w:after="0"/>
              <w:jc w:val="left"/>
            </w:pPr>
            <w:r>
              <w:rPr>
                <w:sz w:val="16"/>
              </w:rPr>
              <w:t>Thunderstorm Wind</w:t>
            </w:r>
          </w:p>
        </w:tc>
        <w:tc>
          <w:tcPr>
            <w:tcW w:type="dxa" w:w="3677"/>
          </w:tcPr>
          <w:p>
            <w:pPr>
              <w:spacing w:after="0"/>
              <w:jc w:val="left"/>
            </w:pPr>
            <w:r>
              <w:rPr>
                <w:sz w:val="16"/>
              </w:rPr>
              <w:t>65 kt (75 mph) estimated gust</w:t>
            </w:r>
          </w:p>
        </w:tc>
        <w:tc>
          <w:tcPr>
            <w:tcW w:type="dxa" w:w="1773"/>
          </w:tcPr>
          <w:p>
            <w:pPr>
              <w:spacing w:after="0"/>
              <w:jc w:val="left"/>
            </w:pPr>
            <w:r>
              <w:rPr>
                <w:sz w:val="16"/>
              </w:rPr>
              <w:t>$50,000 property; $0 crops (2013 dollars)</w:t>
            </w:r>
          </w:p>
        </w:tc>
        <w:tc>
          <w:tcPr>
            <w:tcW w:type="dxa" w:w="1224"/>
          </w:tcPr>
          <w:p>
            <w:pPr>
              <w:spacing w:after="0"/>
              <w:jc w:val="right"/>
            </w:pPr>
            <w:r>
              <w:rPr>
                <w:sz w:val="16"/>
              </w:rPr>
              <w:t>0, 0</w:t>
            </w:r>
          </w:p>
        </w:tc>
        <w:tc>
          <w:tcPr>
            <w:tcW w:type="dxa" w:w="2135"/>
          </w:tcPr>
          <w:p>
            <w:pPr>
              <w:spacing w:after="0"/>
              <w:jc w:val="left"/>
            </w:pPr>
            <w:r>
              <w:rPr>
                <w:sz w:val="16"/>
              </w:rPr>
              <w:t>STOWE FORK</w:t>
            </w:r>
          </w:p>
        </w:tc>
        <w:tc>
          <w:tcPr>
            <w:tcW w:type="dxa" w:w="1184"/>
          </w:tcPr>
          <w:p>
            <w:pPr>
              <w:spacing w:after="0"/>
              <w:jc w:val="left"/>
            </w:pPr>
          </w:p>
        </w:tc>
        <w:tc>
          <w:tcPr>
            <w:tcW w:type="dxa" w:w="1741"/>
          </w:tcPr>
          <w:p>
            <w:pPr>
              <w:spacing w:after="0"/>
              <w:jc w:val="left"/>
            </w:pPr>
            <w:r>
              <w:rPr>
                <w:sz w:val="16"/>
              </w:rPr>
              <w:t>B1-c worst recorded: Thunderstorm Wind</w:t>
            </w:r>
          </w:p>
        </w:tc>
      </w:tr>
      <w:tr>
        <w:trPr>
          <w:cantSplit/>
        </w:trPr>
        <w:tc>
          <w:tcPr>
            <w:tcW w:type="dxa" w:w="1037"/>
          </w:tcPr>
          <w:p>
            <w:pPr>
              <w:spacing w:after="0"/>
              <w:jc w:val="left"/>
            </w:pPr>
            <w:r>
              <w:rPr>
                <w:sz w:val="16"/>
              </w:rPr>
              <w:t>2011-08-28</w:t>
            </w:r>
          </w:p>
        </w:tc>
        <w:tc>
          <w:tcPr>
            <w:tcW w:type="dxa" w:w="1341"/>
          </w:tcPr>
          <w:p>
            <w:pPr>
              <w:spacing w:after="0"/>
              <w:jc w:val="left"/>
            </w:pPr>
            <w:r>
              <w:rPr>
                <w:sz w:val="16"/>
              </w:rPr>
              <w:t>Flood</w:t>
            </w:r>
          </w:p>
        </w:tc>
        <w:tc>
          <w:tcPr>
            <w:tcW w:type="dxa" w:w="3677"/>
          </w:tcPr>
          <w:p>
            <w:pPr>
              <w:spacing w:after="0"/>
              <w:jc w:val="left"/>
            </w:pPr>
          </w:p>
        </w:tc>
        <w:tc>
          <w:tcPr>
            <w:tcW w:type="dxa" w:w="1773"/>
          </w:tcPr>
          <w:p>
            <w:pPr>
              <w:spacing w:after="0"/>
              <w:jc w:val="left"/>
            </w:pPr>
            <w:r>
              <w:rPr>
                <w:sz w:val="16"/>
              </w:rPr>
              <w:t>$2,500,000 property; $1,000,000 crops (2011 dollars)</w:t>
            </w:r>
          </w:p>
        </w:tc>
        <w:tc>
          <w:tcPr>
            <w:tcW w:type="dxa" w:w="1224"/>
          </w:tcPr>
          <w:p>
            <w:pPr>
              <w:spacing w:after="0"/>
              <w:jc w:val="right"/>
            </w:pPr>
            <w:r>
              <w:rPr>
                <w:sz w:val="16"/>
              </w:rPr>
              <w:t>0, 0</w:t>
            </w:r>
          </w:p>
        </w:tc>
        <w:tc>
          <w:tcPr>
            <w:tcW w:type="dxa" w:w="2135"/>
          </w:tcPr>
          <w:p>
            <w:pPr>
              <w:spacing w:after="0"/>
              <w:jc w:val="left"/>
            </w:pPr>
            <w:r>
              <w:rPr>
                <w:sz w:val="16"/>
              </w:rPr>
              <w:t>MOSCOW to CAMBRIDGE</w:t>
            </w:r>
          </w:p>
        </w:tc>
        <w:tc>
          <w:tcPr>
            <w:tcW w:type="dxa" w:w="1184"/>
          </w:tcPr>
          <w:p>
            <w:pPr>
              <w:spacing w:after="0"/>
              <w:jc w:val="left"/>
            </w:pPr>
          </w:p>
        </w:tc>
        <w:tc>
          <w:tcPr>
            <w:tcW w:type="dxa" w:w="174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2011-05-20</w:t>
            </w:r>
          </w:p>
        </w:tc>
        <w:tc>
          <w:tcPr>
            <w:tcW w:type="dxa" w:w="1341"/>
          </w:tcPr>
          <w:p>
            <w:pPr>
              <w:spacing w:after="0"/>
              <w:jc w:val="left"/>
            </w:pPr>
            <w:r>
              <w:rPr>
                <w:sz w:val="16"/>
              </w:rPr>
              <w:t>Lightning</w:t>
            </w:r>
          </w:p>
        </w:tc>
        <w:tc>
          <w:tcPr>
            <w:tcW w:type="dxa" w:w="3677"/>
          </w:tcPr>
          <w:p>
            <w:pPr>
              <w:spacing w:after="0"/>
              <w:jc w:val="left"/>
            </w:pPr>
          </w:p>
        </w:tc>
        <w:tc>
          <w:tcPr>
            <w:tcW w:type="dxa" w:w="1773"/>
          </w:tcPr>
          <w:p>
            <w:pPr>
              <w:spacing w:after="0"/>
              <w:jc w:val="left"/>
            </w:pPr>
            <w:r>
              <w:rPr>
                <w:sz w:val="16"/>
              </w:rPr>
              <w:t>$100,000 property; $0 crops (2011 dollars)</w:t>
            </w:r>
          </w:p>
        </w:tc>
        <w:tc>
          <w:tcPr>
            <w:tcW w:type="dxa" w:w="1224"/>
          </w:tcPr>
          <w:p>
            <w:pPr>
              <w:spacing w:after="0"/>
              <w:jc w:val="right"/>
            </w:pPr>
            <w:r>
              <w:rPr>
                <w:sz w:val="16"/>
              </w:rPr>
              <w:t>0, 0</w:t>
            </w:r>
          </w:p>
        </w:tc>
        <w:tc>
          <w:tcPr>
            <w:tcW w:type="dxa" w:w="2135"/>
          </w:tcPr>
          <w:p>
            <w:pPr>
              <w:spacing w:after="0"/>
              <w:jc w:val="left"/>
            </w:pPr>
            <w:r>
              <w:rPr>
                <w:sz w:val="16"/>
              </w:rPr>
              <w:t>STOWE</w:t>
            </w:r>
          </w:p>
        </w:tc>
        <w:tc>
          <w:tcPr>
            <w:tcW w:type="dxa" w:w="1184"/>
          </w:tcPr>
          <w:p>
            <w:pPr>
              <w:spacing w:after="0"/>
              <w:jc w:val="left"/>
            </w:pPr>
          </w:p>
        </w:tc>
        <w:tc>
          <w:tcPr>
            <w:tcW w:type="dxa" w:w="1741"/>
          </w:tcPr>
          <w:p>
            <w:pPr>
              <w:spacing w:after="0"/>
              <w:jc w:val="left"/>
            </w:pPr>
            <w:r>
              <w:rPr>
                <w:sz w:val="16"/>
              </w:rPr>
              <w:t>B1-c worst recorded: Lightning</w:t>
            </w:r>
          </w:p>
        </w:tc>
      </w:tr>
      <w:tr>
        <w:trPr>
          <w:cantSplit/>
        </w:trPr>
        <w:tc>
          <w:tcPr>
            <w:tcW w:type="dxa" w:w="1037"/>
          </w:tcPr>
          <w:p>
            <w:pPr>
              <w:spacing w:after="0"/>
              <w:jc w:val="left"/>
            </w:pPr>
            <w:r>
              <w:rPr>
                <w:sz w:val="16"/>
              </w:rPr>
              <w:t>2007-02-14</w:t>
            </w:r>
          </w:p>
        </w:tc>
        <w:tc>
          <w:tcPr>
            <w:tcW w:type="dxa" w:w="1341"/>
          </w:tcPr>
          <w:p>
            <w:pPr>
              <w:spacing w:after="0"/>
              <w:jc w:val="left"/>
            </w:pPr>
            <w:r>
              <w:rPr>
                <w:sz w:val="16"/>
              </w:rPr>
              <w:t>Heavy Snow</w:t>
            </w:r>
          </w:p>
        </w:tc>
        <w:tc>
          <w:tcPr>
            <w:tcW w:type="dxa" w:w="3677"/>
          </w:tcPr>
          <w:p>
            <w:pPr>
              <w:spacing w:after="0"/>
              <w:jc w:val="left"/>
            </w:pPr>
          </w:p>
        </w:tc>
        <w:tc>
          <w:tcPr>
            <w:tcW w:type="dxa" w:w="1773"/>
          </w:tcPr>
          <w:p>
            <w:pPr>
              <w:spacing w:after="0"/>
              <w:jc w:val="left"/>
            </w:pPr>
            <w:r>
              <w:rPr>
                <w:sz w:val="16"/>
              </w:rPr>
              <w:t>$200,000 property; $0 crops, reported for the zone (2007 dollars)</w:t>
            </w:r>
          </w:p>
        </w:tc>
        <w:tc>
          <w:tcPr>
            <w:tcW w:type="dxa" w:w="1224"/>
          </w:tcPr>
          <w:p>
            <w:pPr>
              <w:spacing w:after="0"/>
              <w:jc w:val="right"/>
            </w:pPr>
            <w:r>
              <w:rPr>
                <w:sz w:val="16"/>
              </w:rPr>
              <w:t>0, 0</w:t>
            </w:r>
          </w:p>
        </w:tc>
        <w:tc>
          <w:tcPr>
            <w:tcW w:type="dxa" w:w="2135"/>
          </w:tcPr>
          <w:p>
            <w:pPr>
              <w:spacing w:after="0"/>
              <w:jc w:val="left"/>
            </w:pPr>
            <w:r>
              <w:rPr>
                <w:sz w:val="16"/>
              </w:rPr>
              <w:t>NWS zone VTZ006 (LAMOILLE), zone-level: may include parts of neighboring counties</w:t>
            </w:r>
          </w:p>
        </w:tc>
        <w:tc>
          <w:tcPr>
            <w:tcW w:type="dxa" w:w="1184"/>
          </w:tcPr>
          <w:p>
            <w:pPr>
              <w:spacing w:after="0"/>
              <w:jc w:val="left"/>
            </w:pPr>
          </w:p>
        </w:tc>
        <w:tc>
          <w:tcPr>
            <w:tcW w:type="dxa" w:w="174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2004-03-21</w:t>
            </w:r>
          </w:p>
        </w:tc>
        <w:tc>
          <w:tcPr>
            <w:tcW w:type="dxa" w:w="1341"/>
          </w:tcPr>
          <w:p>
            <w:pPr>
              <w:spacing w:after="0"/>
              <w:jc w:val="left"/>
            </w:pPr>
            <w:r>
              <w:rPr>
                <w:sz w:val="16"/>
              </w:rPr>
              <w:t>Winter Weather</w:t>
            </w:r>
          </w:p>
        </w:tc>
        <w:tc>
          <w:tcPr>
            <w:tcW w:type="dxa" w:w="3677"/>
          </w:tcPr>
          <w:p>
            <w:pPr>
              <w:spacing w:after="0"/>
              <w:jc w:val="left"/>
            </w:pPr>
          </w:p>
        </w:tc>
        <w:tc>
          <w:tcPr>
            <w:tcW w:type="dxa" w:w="1773"/>
          </w:tcPr>
          <w:p>
            <w:pPr>
              <w:spacing w:after="0"/>
              <w:jc w:val="left"/>
            </w:pPr>
            <w:r>
              <w:rPr>
                <w:sz w:val="16"/>
              </w:rPr>
              <w:t>$20,000 property; crops not reported, reported for the zone (2004 dollars)</w:t>
            </w:r>
          </w:p>
        </w:tc>
        <w:tc>
          <w:tcPr>
            <w:tcW w:type="dxa" w:w="1224"/>
          </w:tcPr>
          <w:p>
            <w:pPr>
              <w:spacing w:after="0"/>
              <w:jc w:val="right"/>
            </w:pPr>
            <w:r>
              <w:rPr>
                <w:sz w:val="16"/>
              </w:rPr>
              <w:t>1, 0</w:t>
            </w:r>
          </w:p>
        </w:tc>
        <w:tc>
          <w:tcPr>
            <w:tcW w:type="dxa" w:w="2135"/>
          </w:tcPr>
          <w:p>
            <w:pPr>
              <w:spacing w:after="0"/>
              <w:jc w:val="left"/>
            </w:pPr>
            <w:r>
              <w:rPr>
                <w:sz w:val="16"/>
              </w:rPr>
              <w:t>NWS zone VTZ006 (LAMOILLE), zone-level: may include parts of neighboring counties</w:t>
            </w:r>
          </w:p>
        </w:tc>
        <w:tc>
          <w:tcPr>
            <w:tcW w:type="dxa" w:w="1184"/>
          </w:tcPr>
          <w:p>
            <w:pPr>
              <w:spacing w:after="0"/>
              <w:jc w:val="left"/>
            </w:pPr>
          </w:p>
        </w:tc>
        <w:tc>
          <w:tcPr>
            <w:tcW w:type="dxa" w:w="1741"/>
          </w:tcPr>
          <w:p>
            <w:pPr>
              <w:spacing w:after="0"/>
              <w:jc w:val="left"/>
            </w:pPr>
            <w:r>
              <w:rPr>
                <w:sz w:val="16"/>
              </w:rPr>
              <w:t>deaths or injuries recorded</w:t>
            </w:r>
          </w:p>
        </w:tc>
      </w:tr>
      <w:tr>
        <w:trPr>
          <w:cantSplit/>
        </w:trPr>
        <w:tc>
          <w:tcPr>
            <w:tcW w:type="dxa" w:w="1037"/>
          </w:tcPr>
          <w:p>
            <w:pPr>
              <w:spacing w:after="0"/>
              <w:jc w:val="left"/>
            </w:pPr>
            <w:r>
              <w:rPr>
                <w:sz w:val="16"/>
              </w:rPr>
              <w:t>1996-01-27</w:t>
            </w:r>
          </w:p>
        </w:tc>
        <w:tc>
          <w:tcPr>
            <w:tcW w:type="dxa" w:w="1341"/>
          </w:tcPr>
          <w:p>
            <w:pPr>
              <w:spacing w:after="0"/>
              <w:jc w:val="left"/>
            </w:pPr>
            <w:r>
              <w:rPr>
                <w:sz w:val="16"/>
              </w:rPr>
              <w:t>High Wind</w:t>
            </w:r>
          </w:p>
        </w:tc>
        <w:tc>
          <w:tcPr>
            <w:tcW w:type="dxa" w:w="3677"/>
          </w:tcPr>
          <w:p>
            <w:pPr>
              <w:spacing w:after="0"/>
              <w:jc w:val="left"/>
            </w:pPr>
            <w:r>
              <w:rPr>
                <w:sz w:val="16"/>
              </w:rPr>
              <w:t>83 kt (96 mph), measurement type not recorded</w:t>
            </w:r>
          </w:p>
        </w:tc>
        <w:tc>
          <w:tcPr>
            <w:tcW w:type="dxa" w:w="1773"/>
          </w:tcPr>
          <w:p>
            <w:pPr>
              <w:spacing w:after="0"/>
              <w:jc w:val="left"/>
            </w:pPr>
            <w:r>
              <w:rPr>
                <w:sz w:val="16"/>
              </w:rPr>
              <w:t>$50,000 property; crops not reported, reported for the zone (1996 dollars)</w:t>
            </w:r>
          </w:p>
        </w:tc>
        <w:tc>
          <w:tcPr>
            <w:tcW w:type="dxa" w:w="1224"/>
          </w:tcPr>
          <w:p>
            <w:pPr>
              <w:spacing w:after="0"/>
              <w:jc w:val="right"/>
            </w:pPr>
            <w:r>
              <w:rPr>
                <w:sz w:val="16"/>
              </w:rPr>
              <w:t>0, 0</w:t>
            </w:r>
          </w:p>
        </w:tc>
        <w:tc>
          <w:tcPr>
            <w:tcW w:type="dxa" w:w="2135"/>
          </w:tcPr>
          <w:p>
            <w:pPr>
              <w:spacing w:after="0"/>
              <w:jc w:val="left"/>
            </w:pPr>
            <w:r>
              <w:rPr>
                <w:sz w:val="16"/>
              </w:rPr>
              <w:t>NWS zone VTZ006 (LAMOILLE), zone-level: may include parts of neighboring counties</w:t>
            </w:r>
          </w:p>
        </w:tc>
        <w:tc>
          <w:tcPr>
            <w:tcW w:type="dxa" w:w="1184"/>
          </w:tcPr>
          <w:p>
            <w:pPr>
              <w:spacing w:after="0"/>
              <w:jc w:val="left"/>
            </w:pPr>
          </w:p>
        </w:tc>
        <w:tc>
          <w:tcPr>
            <w:tcW w:type="dxa" w:w="174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1993-08-31</w:t>
            </w:r>
          </w:p>
        </w:tc>
        <w:tc>
          <w:tcPr>
            <w:tcW w:type="dxa" w:w="1341"/>
          </w:tcPr>
          <w:p>
            <w:pPr>
              <w:spacing w:after="0"/>
              <w:jc w:val="left"/>
            </w:pPr>
            <w:r>
              <w:rPr>
                <w:sz w:val="16"/>
              </w:rPr>
              <w:t>Thunderstorm Wind</w:t>
            </w:r>
          </w:p>
        </w:tc>
        <w:tc>
          <w:tcPr>
            <w:tcW w:type="dxa" w:w="3677"/>
          </w:tcPr>
          <w:p>
            <w:pPr>
              <w:spacing w:after="0"/>
              <w:jc w:val="left"/>
            </w:pPr>
            <w:r>
              <w:rPr>
                <w:sz w:val="16"/>
              </w:rPr>
              <w:t>speed not recorded</w:t>
            </w:r>
          </w:p>
        </w:tc>
        <w:tc>
          <w:tcPr>
            <w:tcW w:type="dxa" w:w="1773"/>
          </w:tcPr>
          <w:p>
            <w:pPr>
              <w:spacing w:after="0"/>
              <w:jc w:val="left"/>
            </w:pPr>
            <w:r>
              <w:rPr>
                <w:sz w:val="16"/>
              </w:rPr>
              <w:t>$5,000 property; crops not recorded (1993 dollars)</w:t>
            </w:r>
          </w:p>
        </w:tc>
        <w:tc>
          <w:tcPr>
            <w:tcW w:type="dxa" w:w="1224"/>
          </w:tcPr>
          <w:p>
            <w:pPr>
              <w:spacing w:after="0"/>
              <w:jc w:val="right"/>
            </w:pPr>
            <w:r>
              <w:rPr>
                <w:sz w:val="16"/>
              </w:rPr>
              <w:t>0, 3</w:t>
            </w:r>
          </w:p>
        </w:tc>
        <w:tc>
          <w:tcPr>
            <w:tcW w:type="dxa" w:w="2135"/>
          </w:tcPr>
          <w:p>
            <w:pPr>
              <w:spacing w:after="0"/>
              <w:jc w:val="left"/>
            </w:pPr>
            <w:r>
              <w:rPr>
                <w:sz w:val="16"/>
              </w:rPr>
              <w:t>Stowe</w:t>
            </w:r>
          </w:p>
        </w:tc>
        <w:tc>
          <w:tcPr>
            <w:tcW w:type="dxa" w:w="1184"/>
          </w:tcPr>
          <w:p>
            <w:pPr>
              <w:spacing w:after="0"/>
              <w:jc w:val="left"/>
            </w:pPr>
          </w:p>
        </w:tc>
        <w:tc>
          <w:tcPr>
            <w:tcW w:type="dxa" w:w="1741"/>
          </w:tcPr>
          <w:p>
            <w:pPr>
              <w:spacing w:after="0"/>
              <w:jc w:val="left"/>
            </w:pPr>
            <w:r>
              <w:rPr>
                <w:sz w:val="16"/>
              </w:rPr>
              <w:t>deaths or injuries recorded</w:t>
            </w:r>
          </w:p>
        </w:tc>
      </w:tr>
      <w:tr>
        <w:trPr>
          <w:cantSplit/>
        </w:trPr>
        <w:tc>
          <w:tcPr>
            <w:tcW w:type="dxa" w:w="1037"/>
          </w:tcPr>
          <w:p>
            <w:pPr>
              <w:spacing w:after="0"/>
              <w:jc w:val="left"/>
            </w:pPr>
            <w:r>
              <w:rPr>
                <w:sz w:val="16"/>
              </w:rPr>
              <w:t>1960-06-24</w:t>
            </w:r>
          </w:p>
        </w:tc>
        <w:tc>
          <w:tcPr>
            <w:tcW w:type="dxa" w:w="1341"/>
          </w:tcPr>
          <w:p>
            <w:pPr>
              <w:spacing w:after="0"/>
              <w:jc w:val="left"/>
            </w:pPr>
            <w:r>
              <w:rPr>
                <w:sz w:val="16"/>
              </w:rPr>
              <w:t>Tornado</w:t>
            </w:r>
          </w:p>
        </w:tc>
        <w:tc>
          <w:tcPr>
            <w:tcW w:type="dxa" w:w="3677"/>
          </w:tcPr>
          <w:p>
            <w:pPr>
              <w:spacing w:after="0"/>
              <w:jc w:val="left"/>
            </w:pPr>
            <w:r>
              <w:rPr>
                <w:sz w:val="16"/>
              </w:rPr>
              <w:t>F2, 2 mi path length (records before 1996 may include the whole path; rating and listing come from the county where the tornado began), 100 yd wide</w:t>
            </w:r>
          </w:p>
        </w:tc>
        <w:tc>
          <w:tcPr>
            <w:tcW w:type="dxa" w:w="1773"/>
          </w:tcPr>
          <w:p>
            <w:pPr>
              <w:spacing w:after="0"/>
              <w:jc w:val="left"/>
            </w:pPr>
            <w:r>
              <w:rPr>
                <w:sz w:val="16"/>
              </w:rPr>
              <w:t>$25,000 property; crops not recorded (1960 dollars)</w:t>
            </w:r>
          </w:p>
        </w:tc>
        <w:tc>
          <w:tcPr>
            <w:tcW w:type="dxa" w:w="1224"/>
          </w:tcPr>
          <w:p>
            <w:pPr>
              <w:spacing w:after="0"/>
              <w:jc w:val="right"/>
            </w:pPr>
            <w:r>
              <w:rPr>
                <w:sz w:val="16"/>
              </w:rPr>
              <w:t>0, 0</w:t>
            </w:r>
          </w:p>
        </w:tc>
        <w:tc>
          <w:tcPr>
            <w:tcW w:type="dxa" w:w="2135"/>
          </w:tcPr>
          <w:p>
            <w:pPr>
              <w:spacing w:after="0"/>
              <w:jc w:val="left"/>
            </w:pPr>
            <w:r>
              <w:rPr>
                <w:sz w:val="16"/>
              </w:rPr>
              <w:t>location not recorded</w:t>
            </w:r>
          </w:p>
        </w:tc>
        <w:tc>
          <w:tcPr>
            <w:tcW w:type="dxa" w:w="1184"/>
          </w:tcPr>
          <w:p>
            <w:pPr>
              <w:spacing w:after="0"/>
              <w:jc w:val="left"/>
            </w:pPr>
          </w:p>
        </w:tc>
        <w:tc>
          <w:tcPr>
            <w:tcW w:type="dxa" w:w="1741"/>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(611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Lamoille County, county-level (county FIPS 50015);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1"/>
        <w:gridCol w:w="1433"/>
        <w:gridCol w:w="1554"/>
        <w:gridCol w:w="1037"/>
        <w:gridCol w:w="1708"/>
        <w:gridCol w:w="1514"/>
        <w:gridCol w:w="1479"/>
        <w:gridCol w:w="1037"/>
        <w:gridCol w:w="2083"/>
      </w:tblGrid>
      <w:tr>
        <w:trPr>
          <w:cantSplit/>
          <w:tblHeader/>
        </w:trPr>
        <w:tc>
          <w:tcPr>
            <w:tcW w:type="dxa" w:w="1037"/>
            <w:shd w:val="clear" w:color="auto" w:fill="E8E8E8"/>
          </w:tcPr>
          <w:p>
            <w:pPr>
              <w:spacing w:after="0"/>
              <w:jc w:val="left"/>
            </w:pPr>
            <w:r>
              <w:rPr>
                <w:b/>
                <w:sz w:val="16"/>
              </w:rPr>
              <w:t>Hazard</w:t>
            </w:r>
          </w:p>
        </w:tc>
        <w:tc>
          <w:tcPr>
            <w:tcW w:type="dxa" w:w="123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3"/>
            <w:shd w:val="clear" w:color="auto" w:fill="E8E8E8"/>
          </w:tcPr>
          <w:p>
            <w:pPr>
              <w:spacing w:after="0"/>
              <w:jc w:val="left"/>
            </w:pPr>
            <w:r>
              <w:rPr>
                <w:b/>
                <w:sz w:val="16"/>
              </w:rPr>
              <w:t>Unit</w:t>
            </w:r>
          </w:p>
        </w:tc>
        <w:tc>
          <w:tcPr>
            <w:tcW w:type="dxa" w:w="155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08"/>
            <w:shd w:val="clear" w:color="auto" w:fill="E8E8E8"/>
          </w:tcPr>
          <w:p>
            <w:pPr>
              <w:spacing w:after="0"/>
              <w:jc w:val="left"/>
            </w:pPr>
            <w:r>
              <w:rPr>
                <w:b/>
                <w:sz w:val="16"/>
              </w:rPr>
              <w:t>Descriptor basis</w:t>
            </w:r>
          </w:p>
        </w:tc>
        <w:tc>
          <w:tcPr>
            <w:tcW w:type="dxa" w:w="1514"/>
            <w:shd w:val="clear" w:color="auto" w:fill="E8E8E8"/>
          </w:tcPr>
          <w:p>
            <w:pPr>
              <w:spacing w:after="0"/>
              <w:jc w:val="right"/>
            </w:pPr>
            <w:r>
              <w:rPr>
                <w:b/>
                <w:sz w:val="16"/>
              </w:rPr>
              <w:t>NRI events or days in its record period (hail, wind and tornado are area-weighted, so can be fractional)</w:t>
            </w:r>
          </w:p>
        </w:tc>
        <w:tc>
          <w:tcPr>
            <w:tcW w:type="dxa" w:w="147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1"/>
          </w:tcPr>
          <w:p>
            <w:pPr>
              <w:spacing w:after="0"/>
              <w:jc w:val="right"/>
            </w:pPr>
            <w:r>
              <w:rPr>
                <w:sz w:val="16"/>
              </w:rPr>
              <w:t>0.01</w:t>
            </w:r>
          </w:p>
        </w:tc>
        <w:tc>
          <w:tcPr>
            <w:tcW w:type="dxa" w:w="1433"/>
          </w:tcPr>
          <w:p>
            <w:pPr>
              <w:spacing w:after="0"/>
              <w:jc w:val="left"/>
            </w:pPr>
            <w:r>
              <w:rPr>
                <w:sz w:val="16"/>
              </w:rPr>
              <w:t>events per year</w:t>
            </w:r>
          </w:p>
        </w:tc>
        <w:tc>
          <w:tcPr>
            <w:tcW w:type="dxa" w:w="1554"/>
          </w:tcPr>
          <w:p>
            <w:pPr>
              <w:spacing w:after="0"/>
              <w:jc w:val="left"/>
            </w:pPr>
            <w:r>
              <w:rPr>
                <w:sz w:val="16"/>
              </w:rPr>
              <w:t>about 1 in 100 years</w:t>
            </w:r>
          </w:p>
        </w:tc>
        <w:tc>
          <w:tcPr>
            <w:tcW w:type="dxa" w:w="1037"/>
          </w:tcPr>
          <w:p>
            <w:pPr>
              <w:spacing w:after="0"/>
              <w:jc w:val="left"/>
            </w:pPr>
            <w:r>
              <w:rPr>
                <w:sz w:val="16"/>
              </w:rPr>
              <w:t>Possible</w:t>
            </w:r>
          </w:p>
        </w:tc>
        <w:tc>
          <w:tcPr>
            <w:tcW w:type="dxa" w:w="1708"/>
          </w:tcPr>
          <w:p>
            <w:pPr>
              <w:spacing w:after="0"/>
              <w:jc w:val="left"/>
            </w:pPr>
            <w:r>
              <w:rPr>
                <w:sz w:val="16"/>
              </w:rPr>
              <w:t>FEMA annualized frequency (modeled)</w:t>
            </w:r>
          </w:p>
        </w:tc>
        <w:tc>
          <w:tcPr>
            <w:tcW w:type="dxa" w:w="1514"/>
          </w:tcPr>
          <w:p>
            <w:pPr>
              <w:spacing w:after="0"/>
              <w:jc w:val="right"/>
            </w:pPr>
            <w:r>
              <w:rPr>
                <w:sz w:val="16"/>
              </w:rPr>
              <w:t>0</w:t>
            </w:r>
          </w:p>
        </w:tc>
        <w:tc>
          <w:tcPr>
            <w:tcW w:type="dxa" w:w="1479"/>
          </w:tcPr>
          <w:p>
            <w:pPr>
              <w:spacing w:after="0"/>
              <w:jc w:val="left"/>
            </w:pPr>
            <w:r>
              <w:rPr>
                <w:sz w:val="16"/>
              </w:rPr>
              <w:t>1994 to 2023 (30 years)</w:t>
            </w:r>
          </w:p>
        </w:tc>
        <w:tc>
          <w:tcPr>
            <w:tcW w:type="dxa" w:w="1037"/>
          </w:tcPr>
          <w:p>
            <w:pPr>
              <w:spacing w:after="0"/>
              <w:jc w:val="left"/>
            </w:pPr>
            <w:r>
              <w:rPr>
                <w:sz w:val="16"/>
              </w:rPr>
              <w:t>see B1-f</w:t>
            </w:r>
          </w:p>
        </w:tc>
        <w:tc>
          <w:tcPr>
            <w:tcW w:type="dxa" w:w="208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1"/>
          </w:tcPr>
          <w:p>
            <w:pPr>
              <w:spacing w:after="0"/>
              <w:jc w:val="right"/>
            </w:pPr>
          </w:p>
        </w:tc>
        <w:tc>
          <w:tcPr>
            <w:tcW w:type="dxa" w:w="1433"/>
          </w:tcPr>
          <w:p>
            <w:pPr>
              <w:spacing w:after="0"/>
              <w:jc w:val="left"/>
            </w:pPr>
            <w:r>
              <w:rPr>
                <w:sz w:val="16"/>
              </w:rPr>
              <w:t>events per year at a location (modeled)</w:t>
            </w:r>
          </w:p>
        </w:tc>
        <w:tc>
          <w:tcPr>
            <w:tcW w:type="dxa" w:w="1554"/>
          </w:tcPr>
          <w:p>
            <w:pPr>
              <w:spacing w:after="0"/>
              <w:jc w:val="left"/>
            </w:pPr>
          </w:p>
        </w:tc>
        <w:tc>
          <w:tcPr>
            <w:tcW w:type="dxa" w:w="1037"/>
          </w:tcPr>
          <w:p>
            <w:pPr>
              <w:spacing w:after="0"/>
              <w:jc w:val="left"/>
            </w:pPr>
          </w:p>
        </w:tc>
        <w:tc>
          <w:tcPr>
            <w:tcW w:type="dxa" w:w="1708"/>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1"/>
          </w:tcPr>
          <w:p>
            <w:pPr>
              <w:spacing w:after="0"/>
              <w:jc w:val="right"/>
            </w:pPr>
            <w:r>
              <w:rPr>
                <w:sz w:val="16"/>
              </w:rPr>
              <w:t>4.78</w:t>
            </w:r>
          </w:p>
        </w:tc>
        <w:tc>
          <w:tcPr>
            <w:tcW w:type="dxa" w:w="1433"/>
          </w:tcPr>
          <w:p>
            <w:pPr>
              <w:spacing w:after="0"/>
              <w:jc w:val="left"/>
            </w:pPr>
            <w:r>
              <w:rPr>
                <w:sz w:val="16"/>
              </w:rPr>
              <w:t>event-days per year</w:t>
            </w:r>
          </w:p>
        </w:tc>
        <w:tc>
          <w:tcPr>
            <w:tcW w:type="dxa" w:w="1554"/>
          </w:tcPr>
          <w:p>
            <w:pPr>
              <w:spacing w:after="0"/>
              <w:jc w:val="left"/>
            </w:pPr>
            <w:r>
              <w:rPr>
                <w:sz w:val="16"/>
              </w:rPr>
              <w:t>about 4.78 days per year</w:t>
            </w:r>
          </w:p>
        </w:tc>
        <w:tc>
          <w:tcPr>
            <w:tcW w:type="dxa" w:w="1037"/>
          </w:tcPr>
          <w:p>
            <w:pPr>
              <w:spacing w:after="0"/>
              <w:jc w:val="left"/>
            </w:pPr>
            <w:r>
              <w:rPr>
                <w:sz w:val="16"/>
              </w:rPr>
              <w:t>Likely</w:t>
            </w:r>
          </w:p>
        </w:tc>
        <w:tc>
          <w:tcPr>
            <w:tcW w:type="dxa" w:w="1708"/>
          </w:tcPr>
          <w:p>
            <w:pPr>
              <w:spacing w:after="0"/>
              <w:jc w:val="left"/>
            </w:pPr>
            <w:r>
              <w:rPr>
                <w:sz w:val="16"/>
              </w:rPr>
              <w:t>event-days in 11 of 30 years, 1996 to 2025 (36.7%)</w:t>
            </w:r>
          </w:p>
        </w:tc>
        <w:tc>
          <w:tcPr>
            <w:tcW w:type="dxa" w:w="1514"/>
          </w:tcPr>
          <w:p>
            <w:pPr>
              <w:spacing w:after="0"/>
              <w:jc w:val="right"/>
            </w:pPr>
            <w:r>
              <w:rPr>
                <w:sz w:val="16"/>
              </w:rPr>
              <w:t>90.7</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83"/>
          </w:tcPr>
          <w:p>
            <w:pPr>
              <w:spacing w:after="0"/>
              <w:jc w:val="left"/>
            </w:pPr>
            <w:r>
              <w:rPr>
                <w:sz w:val="16"/>
              </w:rPr>
              <w:t>NRI gives about 4.78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1"/>
          </w:tcPr>
          <w:p>
            <w:pPr>
              <w:spacing w:after="0"/>
              <w:jc w:val="right"/>
            </w:pPr>
            <w:r>
              <w:rPr>
                <w:sz w:val="16"/>
              </w:rPr>
              <w:t>0</w:t>
            </w:r>
          </w:p>
        </w:tc>
        <w:tc>
          <w:tcPr>
            <w:tcW w:type="dxa" w:w="1433"/>
          </w:tcPr>
          <w:p>
            <w:pPr>
              <w:spacing w:after="0"/>
              <w:jc w:val="left"/>
            </w:pPr>
            <w:r>
              <w:rPr>
                <w:sz w:val="16"/>
              </w:rPr>
              <w:t>event-days per year</w:t>
            </w:r>
          </w:p>
        </w:tc>
        <w:tc>
          <w:tcPr>
            <w:tcW w:type="dxa" w:w="1554"/>
          </w:tcPr>
          <w:p>
            <w:pPr>
              <w:spacing w:after="0"/>
              <w:jc w:val="left"/>
            </w:pPr>
            <w:r>
              <w:rPr>
                <w:sz w:val="16"/>
              </w:rPr>
              <w:t>none modeled</w:t>
            </w:r>
          </w:p>
        </w:tc>
        <w:tc>
          <w:tcPr>
            <w:tcW w:type="dxa" w:w="1037"/>
          </w:tcPr>
          <w:p>
            <w:pPr>
              <w:spacing w:after="0"/>
              <w:jc w:val="left"/>
            </w:pPr>
          </w:p>
        </w:tc>
        <w:tc>
          <w:tcPr>
            <w:tcW w:type="dxa" w:w="1708"/>
          </w:tcPr>
          <w:p>
            <w:pPr>
              <w:spacing w:after="0"/>
              <w:jc w:val="left"/>
            </w:pPr>
            <w:r>
              <w:rPr>
                <w:sz w:val="16"/>
              </w:rPr>
              <w:t>event-days in 0 of 30 years, 1996 to 2025 (0%)</w:t>
            </w:r>
          </w:p>
        </w:tc>
        <w:tc>
          <w:tcPr>
            <w:tcW w:type="dxa" w:w="1514"/>
          </w:tcPr>
          <w:p>
            <w:pPr>
              <w:spacing w:after="0"/>
              <w:jc w:val="right"/>
            </w:pPr>
            <w:r>
              <w:rPr>
                <w:sz w:val="16"/>
              </w:rPr>
              <w:t>0</w:t>
            </w:r>
          </w:p>
        </w:tc>
        <w:tc>
          <w:tcPr>
            <w:tcW w:type="dxa" w:w="147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1"/>
          </w:tcPr>
          <w:p>
            <w:pPr>
              <w:spacing w:after="0"/>
              <w:jc w:val="right"/>
            </w:pPr>
            <w:r>
              <w:rPr>
                <w:sz w:val="16"/>
              </w:rPr>
              <w:t>0.00152</w:t>
            </w:r>
          </w:p>
        </w:tc>
        <w:tc>
          <w:tcPr>
            <w:tcW w:type="dxa" w:w="1433"/>
          </w:tcPr>
          <w:p>
            <w:pPr>
              <w:spacing w:after="0"/>
              <w:jc w:val="left"/>
            </w:pPr>
            <w:r>
              <w:rPr>
                <w:sz w:val="16"/>
              </w:rPr>
              <w:t>annual probability at a location</w:t>
            </w:r>
          </w:p>
        </w:tc>
        <w:tc>
          <w:tcPr>
            <w:tcW w:type="dxa" w:w="1554"/>
          </w:tcPr>
          <w:p>
            <w:pPr>
              <w:spacing w:after="0"/>
              <w:jc w:val="left"/>
            </w:pPr>
            <w:r>
              <w:rPr>
                <w:sz w:val="16"/>
              </w:rPr>
              <w:t>chance a given location in the county has at least minor-damage shaking in a year: 0.152%</w:t>
            </w:r>
          </w:p>
        </w:tc>
        <w:tc>
          <w:tcPr>
            <w:tcW w:type="dxa" w:w="1037"/>
          </w:tcPr>
          <w:p>
            <w:pPr>
              <w:spacing w:after="0"/>
              <w:jc w:val="left"/>
            </w:pPr>
          </w:p>
        </w:tc>
        <w:tc>
          <w:tcPr>
            <w:tcW w:type="dxa" w:w="1708"/>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1"/>
          </w:tcPr>
          <w:p>
            <w:pPr>
              <w:spacing w:after="0"/>
              <w:jc w:val="right"/>
            </w:pPr>
            <w:r>
              <w:rPr>
                <w:sz w:val="16"/>
              </w:rPr>
              <w:t>1.14</w:t>
            </w:r>
          </w:p>
        </w:tc>
        <w:tc>
          <w:tcPr>
            <w:tcW w:type="dxa" w:w="1433"/>
          </w:tcPr>
          <w:p>
            <w:pPr>
              <w:spacing w:after="0"/>
              <w:jc w:val="left"/>
            </w:pPr>
            <w:r>
              <w:rPr>
                <w:sz w:val="16"/>
              </w:rPr>
              <w:t>events per year</w:t>
            </w:r>
          </w:p>
        </w:tc>
        <w:tc>
          <w:tcPr>
            <w:tcW w:type="dxa" w:w="1554"/>
          </w:tcPr>
          <w:p>
            <w:pPr>
              <w:spacing w:after="0"/>
              <w:jc w:val="left"/>
            </w:pPr>
            <w:r>
              <w:rPr>
                <w:sz w:val="16"/>
              </w:rPr>
              <w:t>about 1.14 per year</w:t>
            </w:r>
          </w:p>
        </w:tc>
        <w:tc>
          <w:tcPr>
            <w:tcW w:type="dxa" w:w="1037"/>
          </w:tcPr>
          <w:p>
            <w:pPr>
              <w:spacing w:after="0"/>
              <w:jc w:val="left"/>
            </w:pPr>
            <w:r>
              <w:rPr>
                <w:sz w:val="16"/>
              </w:rPr>
              <w:t>Highly likely</w:t>
            </w:r>
          </w:p>
        </w:tc>
        <w:tc>
          <w:tcPr>
            <w:tcW w:type="dxa" w:w="1708"/>
          </w:tcPr>
          <w:p>
            <w:pPr>
              <w:spacing w:after="0"/>
              <w:jc w:val="left"/>
            </w:pPr>
            <w:r>
              <w:rPr>
                <w:sz w:val="16"/>
              </w:rPr>
              <w:t>FEMA annualized frequency (modeled)</w:t>
            </w:r>
          </w:p>
        </w:tc>
        <w:tc>
          <w:tcPr>
            <w:tcW w:type="dxa" w:w="1514"/>
          </w:tcPr>
          <w:p>
            <w:pPr>
              <w:spacing w:after="0"/>
              <w:jc w:val="right"/>
            </w:pPr>
            <w:r>
              <w:rPr>
                <w:sz w:val="16"/>
              </w:rPr>
              <w:t>43.5 (modeled)</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Heat Wave</w:t>
            </w:r>
          </w:p>
        </w:tc>
        <w:tc>
          <w:tcPr>
            <w:tcW w:type="dxa" w:w="1231"/>
          </w:tcPr>
          <w:p>
            <w:pPr>
              <w:spacing w:after="0"/>
              <w:jc w:val="right"/>
            </w:pPr>
            <w:r>
              <w:rPr>
                <w:sz w:val="16"/>
              </w:rPr>
              <w:t>0.691</w:t>
            </w:r>
          </w:p>
        </w:tc>
        <w:tc>
          <w:tcPr>
            <w:tcW w:type="dxa" w:w="1433"/>
          </w:tcPr>
          <w:p>
            <w:pPr>
              <w:spacing w:after="0"/>
              <w:jc w:val="left"/>
            </w:pPr>
            <w:r>
              <w:rPr>
                <w:sz w:val="16"/>
              </w:rPr>
              <w:t>event-days per year</w:t>
            </w:r>
          </w:p>
        </w:tc>
        <w:tc>
          <w:tcPr>
            <w:tcW w:type="dxa" w:w="1554"/>
          </w:tcPr>
          <w:p>
            <w:pPr>
              <w:spacing w:after="0"/>
              <w:jc w:val="left"/>
            </w:pPr>
            <w:r>
              <w:rPr>
                <w:sz w:val="16"/>
              </w:rPr>
              <w:t>about 0.691 days per year</w:t>
            </w:r>
          </w:p>
        </w:tc>
        <w:tc>
          <w:tcPr>
            <w:tcW w:type="dxa" w:w="1037"/>
          </w:tcPr>
          <w:p>
            <w:pPr>
              <w:spacing w:after="0"/>
              <w:jc w:val="left"/>
            </w:pPr>
            <w:r>
              <w:rPr>
                <w:sz w:val="16"/>
              </w:rPr>
              <w:t>Likely</w:t>
            </w:r>
          </w:p>
        </w:tc>
        <w:tc>
          <w:tcPr>
            <w:tcW w:type="dxa" w:w="1708"/>
          </w:tcPr>
          <w:p>
            <w:pPr>
              <w:spacing w:after="0"/>
              <w:jc w:val="left"/>
            </w:pPr>
            <w:r>
              <w:rPr>
                <w:sz w:val="16"/>
              </w:rPr>
              <w:t>event-days in 5 of 30 years, 1996 to 2025 (16.7%)</w:t>
            </w:r>
          </w:p>
        </w:tc>
        <w:tc>
          <w:tcPr>
            <w:tcW w:type="dxa" w:w="1514"/>
          </w:tcPr>
          <w:p>
            <w:pPr>
              <w:spacing w:after="0"/>
              <w:jc w:val="right"/>
            </w:pPr>
            <w:r>
              <w:rPr>
                <w:sz w:val="16"/>
              </w:rPr>
              <w:t>13.1</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Hurricane</w:t>
            </w:r>
          </w:p>
        </w:tc>
        <w:tc>
          <w:tcPr>
            <w:tcW w:type="dxa" w:w="1231"/>
          </w:tcPr>
          <w:p>
            <w:pPr>
              <w:spacing w:after="0"/>
              <w:jc w:val="right"/>
            </w:pPr>
            <w:r>
              <w:rPr>
                <w:sz w:val="16"/>
              </w:rPr>
              <w:t>0.0284</w:t>
            </w:r>
          </w:p>
        </w:tc>
        <w:tc>
          <w:tcPr>
            <w:tcW w:type="dxa" w:w="1433"/>
          </w:tcPr>
          <w:p>
            <w:pPr>
              <w:spacing w:after="0"/>
              <w:jc w:val="left"/>
            </w:pPr>
            <w:r>
              <w:rPr>
                <w:sz w:val="16"/>
              </w:rPr>
              <w:t>events per year</w:t>
            </w:r>
          </w:p>
        </w:tc>
        <w:tc>
          <w:tcPr>
            <w:tcW w:type="dxa" w:w="1554"/>
          </w:tcPr>
          <w:p>
            <w:pPr>
              <w:spacing w:after="0"/>
              <w:jc w:val="left"/>
            </w:pPr>
            <w:r>
              <w:rPr>
                <w:sz w:val="16"/>
              </w:rPr>
              <w:t>about 1 in 35 years</w:t>
            </w:r>
          </w:p>
        </w:tc>
        <w:tc>
          <w:tcPr>
            <w:tcW w:type="dxa" w:w="1037"/>
          </w:tcPr>
          <w:p>
            <w:pPr>
              <w:spacing w:after="0"/>
              <w:jc w:val="left"/>
            </w:pPr>
            <w:r>
              <w:rPr>
                <w:sz w:val="16"/>
              </w:rPr>
              <w:t>Possible</w:t>
            </w:r>
          </w:p>
        </w:tc>
        <w:tc>
          <w:tcPr>
            <w:tcW w:type="dxa" w:w="1708"/>
          </w:tcPr>
          <w:p>
            <w:pPr>
              <w:spacing w:after="0"/>
              <w:jc w:val="left"/>
            </w:pPr>
            <w:r>
              <w:rPr>
                <w:sz w:val="16"/>
              </w:rPr>
              <w:t>FEMA annualized frequency (modeled)</w:t>
            </w:r>
          </w:p>
        </w:tc>
        <w:tc>
          <w:tcPr>
            <w:tcW w:type="dxa" w:w="1514"/>
          </w:tcPr>
          <w:p>
            <w:pPr>
              <w:spacing w:after="0"/>
              <w:jc w:val="right"/>
            </w:pPr>
            <w:r>
              <w:rPr>
                <w:sz w:val="16"/>
              </w:rPr>
              <w:t>8</w:t>
            </w:r>
          </w:p>
        </w:tc>
        <w:tc>
          <w:tcPr>
            <w:tcW w:type="dxa" w:w="1479"/>
          </w:tcPr>
          <w:p>
            <w:pPr>
              <w:spacing w:after="0"/>
              <w:jc w:val="left"/>
            </w:pPr>
            <w:r>
              <w:rPr>
                <w:sz w:val="16"/>
              </w:rPr>
              <w:t>1851 to 2024 (Atlantic)</w:t>
            </w:r>
          </w:p>
        </w:tc>
        <w:tc>
          <w:tcPr>
            <w:tcW w:type="dxa" w:w="1037"/>
          </w:tcPr>
          <w:p>
            <w:pPr>
              <w:spacing w:after="0"/>
              <w:jc w:val="left"/>
            </w:pPr>
            <w:r>
              <w:rPr>
                <w:sz w:val="16"/>
              </w:rPr>
              <w:t>see B1-f</w:t>
            </w:r>
          </w:p>
        </w:tc>
        <w:tc>
          <w:tcPr>
            <w:tcW w:type="dxa" w:w="208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1"/>
          </w:tcPr>
          <w:p>
            <w:pPr>
              <w:spacing w:after="0"/>
              <w:jc w:val="right"/>
            </w:pPr>
            <w:r>
              <w:rPr>
                <w:sz w:val="16"/>
              </w:rPr>
              <w:t>0.243</w:t>
            </w:r>
          </w:p>
        </w:tc>
        <w:tc>
          <w:tcPr>
            <w:tcW w:type="dxa" w:w="1433"/>
          </w:tcPr>
          <w:p>
            <w:pPr>
              <w:spacing w:after="0"/>
              <w:jc w:val="left"/>
            </w:pPr>
            <w:r>
              <w:rPr>
                <w:sz w:val="16"/>
              </w:rPr>
              <w:t>event-days per year</w:t>
            </w:r>
          </w:p>
        </w:tc>
        <w:tc>
          <w:tcPr>
            <w:tcW w:type="dxa" w:w="1554"/>
          </w:tcPr>
          <w:p>
            <w:pPr>
              <w:spacing w:after="0"/>
              <w:jc w:val="left"/>
            </w:pPr>
            <w:r>
              <w:rPr>
                <w:sz w:val="16"/>
              </w:rPr>
              <w:t>about 0.243 days per year</w:t>
            </w:r>
          </w:p>
        </w:tc>
        <w:tc>
          <w:tcPr>
            <w:tcW w:type="dxa" w:w="1037"/>
          </w:tcPr>
          <w:p>
            <w:pPr>
              <w:spacing w:after="0"/>
              <w:jc w:val="left"/>
            </w:pPr>
            <w:r>
              <w:rPr>
                <w:sz w:val="16"/>
              </w:rPr>
              <w:t>Possible</w:t>
            </w:r>
          </w:p>
        </w:tc>
        <w:tc>
          <w:tcPr>
            <w:tcW w:type="dxa" w:w="1708"/>
          </w:tcPr>
          <w:p>
            <w:pPr>
              <w:spacing w:after="0"/>
              <w:jc w:val="left"/>
            </w:pPr>
            <w:r>
              <w:rPr>
                <w:sz w:val="16"/>
              </w:rPr>
              <w:t>event-days in 1 of 30 years, 1996 to 2025 (3.33%)</w:t>
            </w:r>
          </w:p>
        </w:tc>
        <w:tc>
          <w:tcPr>
            <w:tcW w:type="dxa" w:w="1514"/>
          </w:tcPr>
          <w:p>
            <w:pPr>
              <w:spacing w:after="0"/>
              <w:jc w:val="right"/>
            </w:pPr>
            <w:r>
              <w:rPr>
                <w:sz w:val="16"/>
              </w:rPr>
              <w:t>17</w:t>
            </w:r>
          </w:p>
        </w:tc>
        <w:tc>
          <w:tcPr>
            <w:tcW w:type="dxa" w:w="1479"/>
          </w:tcPr>
          <w:p>
            <w:pPr>
              <w:spacing w:after="0"/>
              <w:jc w:val="left"/>
            </w:pPr>
            <w:r>
              <w:rPr>
                <w:sz w:val="16"/>
              </w:rPr>
              <w:t>1946-12-31 to 2014-02-12 (67 years)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Inland Flooding</w:t>
            </w:r>
          </w:p>
        </w:tc>
        <w:tc>
          <w:tcPr>
            <w:tcW w:type="dxa" w:w="1231"/>
          </w:tcPr>
          <w:p>
            <w:pPr>
              <w:spacing w:after="0"/>
              <w:jc w:val="right"/>
            </w:pPr>
            <w:r>
              <w:rPr>
                <w:sz w:val="16"/>
              </w:rPr>
              <w:t>1.61</w:t>
            </w:r>
          </w:p>
        </w:tc>
        <w:tc>
          <w:tcPr>
            <w:tcW w:type="dxa" w:w="1433"/>
          </w:tcPr>
          <w:p>
            <w:pPr>
              <w:spacing w:after="0"/>
              <w:jc w:val="left"/>
            </w:pPr>
            <w:r>
              <w:rPr>
                <w:sz w:val="16"/>
              </w:rPr>
              <w:t>event-days per year</w:t>
            </w:r>
          </w:p>
        </w:tc>
        <w:tc>
          <w:tcPr>
            <w:tcW w:type="dxa" w:w="1554"/>
          </w:tcPr>
          <w:p>
            <w:pPr>
              <w:spacing w:after="0"/>
              <w:jc w:val="left"/>
            </w:pPr>
            <w:r>
              <w:rPr>
                <w:sz w:val="16"/>
              </w:rPr>
              <w:t>about 1.61 days per year</w:t>
            </w:r>
          </w:p>
        </w:tc>
        <w:tc>
          <w:tcPr>
            <w:tcW w:type="dxa" w:w="1037"/>
          </w:tcPr>
          <w:p>
            <w:pPr>
              <w:spacing w:after="0"/>
              <w:jc w:val="left"/>
            </w:pPr>
            <w:r>
              <w:rPr>
                <w:sz w:val="16"/>
              </w:rPr>
              <w:t>Likely</w:t>
            </w:r>
          </w:p>
        </w:tc>
        <w:tc>
          <w:tcPr>
            <w:tcW w:type="dxa" w:w="1708"/>
          </w:tcPr>
          <w:p>
            <w:pPr>
              <w:spacing w:after="0"/>
              <w:jc w:val="left"/>
            </w:pPr>
            <w:r>
              <w:rPr>
                <w:sz w:val="16"/>
              </w:rPr>
              <w:t>event-days in 24 of 30 years, 1996 to 2025 (80%)</w:t>
            </w:r>
          </w:p>
        </w:tc>
        <w:tc>
          <w:tcPr>
            <w:tcW w:type="dxa" w:w="1514"/>
          </w:tcPr>
          <w:p>
            <w:pPr>
              <w:spacing w:after="0"/>
              <w:jc w:val="right"/>
            </w:pPr>
            <w:r>
              <w:rPr>
                <w:sz w:val="16"/>
              </w:rPr>
              <w:t>45</w:t>
            </w:r>
          </w:p>
        </w:tc>
        <w:tc>
          <w:tcPr>
            <w:tcW w:type="dxa" w:w="1479"/>
          </w:tcPr>
          <w:p>
            <w:pPr>
              <w:spacing w:after="0"/>
              <w:jc w:val="left"/>
            </w:pPr>
            <w:r>
              <w:rPr>
                <w:sz w:val="16"/>
              </w:rPr>
              <w:t>1996 to 2023 (28 years)</w:t>
            </w:r>
          </w:p>
        </w:tc>
        <w:tc>
          <w:tcPr>
            <w:tcW w:type="dxa" w:w="1037"/>
          </w:tcPr>
          <w:p>
            <w:pPr>
              <w:spacing w:after="0"/>
              <w:jc w:val="left"/>
            </w:pPr>
            <w:r>
              <w:rPr>
                <w:sz w:val="16"/>
              </w:rPr>
              <w:t>see B1-f</w:t>
            </w:r>
          </w:p>
        </w:tc>
        <w:tc>
          <w:tcPr>
            <w:tcW w:type="dxa" w:w="2083"/>
          </w:tcPr>
          <w:p>
            <w:pPr>
              <w:spacing w:after="0"/>
              <w:jc w:val="left"/>
            </w:pPr>
          </w:p>
        </w:tc>
      </w:tr>
      <w:tr>
        <w:trPr>
          <w:cantSplit/>
        </w:trPr>
        <w:tc>
          <w:tcPr>
            <w:tcW w:type="dxa" w:w="1037"/>
          </w:tcPr>
          <w:p>
            <w:pPr>
              <w:spacing w:after="0"/>
              <w:jc w:val="left"/>
            </w:pPr>
            <w:r>
              <w:rPr>
                <w:sz w:val="16"/>
              </w:rPr>
              <w:t>Landslide</w:t>
            </w:r>
          </w:p>
        </w:tc>
        <w:tc>
          <w:tcPr>
            <w:tcW w:type="dxa" w:w="1231"/>
          </w:tcPr>
          <w:p>
            <w:pPr>
              <w:spacing w:after="0"/>
              <w:jc w:val="right"/>
            </w:pPr>
            <w:r>
              <w:rPr>
                <w:sz w:val="16"/>
              </w:rPr>
              <w:t>0.933</w:t>
            </w:r>
          </w:p>
        </w:tc>
        <w:tc>
          <w:tcPr>
            <w:tcW w:type="dxa" w:w="1433"/>
          </w:tcPr>
          <w:p>
            <w:pPr>
              <w:spacing w:after="0"/>
              <w:jc w:val="left"/>
            </w:pPr>
            <w:r>
              <w:rPr>
                <w:sz w:val="16"/>
              </w:rPr>
              <w:t>events per year (modeled)</w:t>
            </w:r>
          </w:p>
        </w:tc>
        <w:tc>
          <w:tcPr>
            <w:tcW w:type="dxa" w:w="1554"/>
          </w:tcPr>
          <w:p>
            <w:pPr>
              <w:spacing w:after="0"/>
              <w:jc w:val="left"/>
            </w:pPr>
            <w:r>
              <w:rPr>
                <w:sz w:val="16"/>
              </w:rPr>
              <w:t>about 0.93 per year</w:t>
            </w:r>
          </w:p>
        </w:tc>
        <w:tc>
          <w:tcPr>
            <w:tcW w:type="dxa" w:w="1037"/>
          </w:tcPr>
          <w:p>
            <w:pPr>
              <w:spacing w:after="0"/>
              <w:jc w:val="left"/>
            </w:pPr>
            <w:r>
              <w:rPr>
                <w:sz w:val="16"/>
              </w:rPr>
              <w:t>Likely</w:t>
            </w:r>
          </w:p>
        </w:tc>
        <w:tc>
          <w:tcPr>
            <w:tcW w:type="dxa" w:w="170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p>
        </w:tc>
      </w:tr>
      <w:tr>
        <w:trPr>
          <w:cantSplit/>
        </w:trPr>
        <w:tc>
          <w:tcPr>
            <w:tcW w:type="dxa" w:w="1037"/>
          </w:tcPr>
          <w:p>
            <w:pPr>
              <w:spacing w:after="0"/>
              <w:jc w:val="left"/>
            </w:pPr>
            <w:r>
              <w:rPr>
                <w:sz w:val="16"/>
              </w:rPr>
              <w:t>Lightning</w:t>
            </w:r>
          </w:p>
        </w:tc>
        <w:tc>
          <w:tcPr>
            <w:tcW w:type="dxa" w:w="1231"/>
          </w:tcPr>
          <w:p>
            <w:pPr>
              <w:spacing w:after="0"/>
              <w:jc w:val="right"/>
            </w:pPr>
            <w:r>
              <w:rPr>
                <w:sz w:val="16"/>
              </w:rPr>
              <w:t>23</w:t>
            </w:r>
          </w:p>
        </w:tc>
        <w:tc>
          <w:tcPr>
            <w:tcW w:type="dxa" w:w="1433"/>
          </w:tcPr>
          <w:p>
            <w:pPr>
              <w:spacing w:after="0"/>
              <w:jc w:val="left"/>
            </w:pPr>
            <w:r>
              <w:rPr>
                <w:sz w:val="16"/>
              </w:rPr>
              <w:t>days per year with a strike</w:t>
            </w:r>
          </w:p>
        </w:tc>
        <w:tc>
          <w:tcPr>
            <w:tcW w:type="dxa" w:w="1554"/>
          </w:tcPr>
          <w:p>
            <w:pPr>
              <w:spacing w:after="0"/>
              <w:jc w:val="left"/>
            </w:pPr>
            <w:r>
              <w:rPr>
                <w:sz w:val="16"/>
              </w:rPr>
              <w:t>about 23 days per year</w:t>
            </w:r>
          </w:p>
        </w:tc>
        <w:tc>
          <w:tcPr>
            <w:tcW w:type="dxa" w:w="1037"/>
          </w:tcPr>
          <w:p>
            <w:pPr>
              <w:spacing w:after="0"/>
              <w:jc w:val="left"/>
            </w:pPr>
            <w:r>
              <w:rPr>
                <w:sz w:val="16"/>
              </w:rPr>
              <w:t>Highly likely</w:t>
            </w:r>
          </w:p>
        </w:tc>
        <w:tc>
          <w:tcPr>
            <w:tcW w:type="dxa" w:w="170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1995 to 2023 (29 years; CONUS)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Strong Wind</w:t>
            </w:r>
          </w:p>
        </w:tc>
        <w:tc>
          <w:tcPr>
            <w:tcW w:type="dxa" w:w="1231"/>
          </w:tcPr>
          <w:p>
            <w:pPr>
              <w:spacing w:after="0"/>
              <w:jc w:val="right"/>
            </w:pPr>
            <w:r>
              <w:rPr>
                <w:sz w:val="16"/>
              </w:rPr>
              <w:t>0.749</w:t>
            </w:r>
          </w:p>
        </w:tc>
        <w:tc>
          <w:tcPr>
            <w:tcW w:type="dxa" w:w="1433"/>
          </w:tcPr>
          <w:p>
            <w:pPr>
              <w:spacing w:after="0"/>
              <w:jc w:val="left"/>
            </w:pPr>
            <w:r>
              <w:rPr>
                <w:sz w:val="16"/>
              </w:rPr>
              <w:t>events per year</w:t>
            </w:r>
          </w:p>
        </w:tc>
        <w:tc>
          <w:tcPr>
            <w:tcW w:type="dxa" w:w="1554"/>
          </w:tcPr>
          <w:p>
            <w:pPr>
              <w:spacing w:after="0"/>
              <w:jc w:val="left"/>
            </w:pPr>
            <w:r>
              <w:rPr>
                <w:sz w:val="16"/>
              </w:rPr>
              <w:t>about 0.75 per year</w:t>
            </w:r>
          </w:p>
        </w:tc>
        <w:tc>
          <w:tcPr>
            <w:tcW w:type="dxa" w:w="1037"/>
          </w:tcPr>
          <w:p>
            <w:pPr>
              <w:spacing w:after="0"/>
              <w:jc w:val="left"/>
            </w:pPr>
            <w:r>
              <w:rPr>
                <w:sz w:val="16"/>
              </w:rPr>
              <w:t>Likely</w:t>
            </w:r>
          </w:p>
        </w:tc>
        <w:tc>
          <w:tcPr>
            <w:tcW w:type="dxa" w:w="1708"/>
          </w:tcPr>
          <w:p>
            <w:pPr>
              <w:spacing w:after="0"/>
              <w:jc w:val="left"/>
            </w:pPr>
            <w:r>
              <w:rPr>
                <w:sz w:val="16"/>
              </w:rPr>
              <w:t>FEMA annualized frequency (modeled)</w:t>
            </w:r>
          </w:p>
        </w:tc>
        <w:tc>
          <w:tcPr>
            <w:tcW w:type="dxa" w:w="1514"/>
          </w:tcPr>
          <w:p>
            <w:pPr>
              <w:spacing w:after="0"/>
              <w:jc w:val="right"/>
            </w:pPr>
            <w:r>
              <w:rPr>
                <w:sz w:val="16"/>
              </w:rPr>
              <w:t>29</w:t>
            </w:r>
          </w:p>
        </w:tc>
        <w:tc>
          <w:tcPr>
            <w:tcW w:type="dxa" w:w="1479"/>
          </w:tcPr>
          <w:p>
            <w:pPr>
              <w:spacing w:after="0"/>
              <w:jc w:val="left"/>
            </w:pPr>
            <w:r>
              <w:rPr>
                <w:sz w:val="16"/>
              </w:rPr>
              <w:t>1986 to 2023 (38 years)</w:t>
            </w:r>
          </w:p>
        </w:tc>
        <w:tc>
          <w:tcPr>
            <w:tcW w:type="dxa" w:w="1037"/>
          </w:tcPr>
          <w:p>
            <w:pPr>
              <w:spacing w:after="0"/>
              <w:jc w:val="left"/>
            </w:pPr>
            <w:r>
              <w:rPr>
                <w:sz w:val="16"/>
              </w:rPr>
              <w:t>countywide</w:t>
            </w:r>
          </w:p>
        </w:tc>
        <w:tc>
          <w:tcPr>
            <w:tcW w:type="dxa" w:w="2083"/>
          </w:tcPr>
          <w:p>
            <w:pPr>
              <w:spacing w:after="0"/>
              <w:jc w:val="left"/>
            </w:pPr>
          </w:p>
        </w:tc>
      </w:tr>
      <w:tr>
        <w:trPr>
          <w:cantSplit/>
        </w:trPr>
        <w:tc>
          <w:tcPr>
            <w:tcW w:type="dxa" w:w="1037"/>
          </w:tcPr>
          <w:p>
            <w:pPr>
              <w:spacing w:after="0"/>
              <w:jc w:val="left"/>
            </w:pPr>
            <w:r>
              <w:rPr>
                <w:sz w:val="16"/>
              </w:rPr>
              <w:t>Tornado</w:t>
            </w:r>
          </w:p>
        </w:tc>
        <w:tc>
          <w:tcPr>
            <w:tcW w:type="dxa" w:w="1231"/>
          </w:tcPr>
          <w:p>
            <w:pPr>
              <w:spacing w:after="0"/>
              <w:jc w:val="right"/>
            </w:pPr>
            <w:r>
              <w:rPr>
                <w:sz w:val="16"/>
              </w:rPr>
              <w:t>0.0225</w:t>
            </w:r>
          </w:p>
        </w:tc>
        <w:tc>
          <w:tcPr>
            <w:tcW w:type="dxa" w:w="1433"/>
          </w:tcPr>
          <w:p>
            <w:pPr>
              <w:spacing w:after="0"/>
              <w:jc w:val="left"/>
            </w:pPr>
            <w:r>
              <w:rPr>
                <w:sz w:val="16"/>
              </w:rPr>
              <w:t>events per year</w:t>
            </w:r>
          </w:p>
        </w:tc>
        <w:tc>
          <w:tcPr>
            <w:tcW w:type="dxa" w:w="1554"/>
          </w:tcPr>
          <w:p>
            <w:pPr>
              <w:spacing w:after="0"/>
              <w:jc w:val="left"/>
            </w:pPr>
            <w:r>
              <w:rPr>
                <w:sz w:val="16"/>
              </w:rPr>
              <w:t>about 1 in 44 years</w:t>
            </w:r>
          </w:p>
        </w:tc>
        <w:tc>
          <w:tcPr>
            <w:tcW w:type="dxa" w:w="1037"/>
          </w:tcPr>
          <w:p>
            <w:pPr>
              <w:spacing w:after="0"/>
              <w:jc w:val="left"/>
            </w:pPr>
            <w:r>
              <w:rPr>
                <w:sz w:val="16"/>
              </w:rPr>
              <w:t>Possible</w:t>
            </w:r>
          </w:p>
        </w:tc>
        <w:tc>
          <w:tcPr>
            <w:tcW w:type="dxa" w:w="170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9"/>
          </w:tcPr>
          <w:p>
            <w:pPr>
              <w:spacing w:after="0"/>
              <w:jc w:val="left"/>
            </w:pPr>
            <w:r>
              <w:rPr>
                <w:sz w:val="16"/>
              </w:rPr>
              <w:t>1950 to 2023 (EF2+); 1986 to 2023 (EF0-1)</w:t>
            </w:r>
          </w:p>
        </w:tc>
        <w:tc>
          <w:tcPr>
            <w:tcW w:type="dxa" w:w="1037"/>
          </w:tcPr>
          <w:p>
            <w:pPr>
              <w:spacing w:after="0"/>
              <w:jc w:val="left"/>
            </w:pPr>
            <w:r>
              <w:rPr>
                <w:sz w:val="16"/>
              </w:rPr>
              <w:t>see B1-f</w:t>
            </w:r>
          </w:p>
        </w:tc>
        <w:tc>
          <w:tcPr>
            <w:tcW w:type="dxa" w:w="2083"/>
          </w:tcPr>
          <w:p>
            <w:pPr>
              <w:spacing w:after="0"/>
              <w:jc w:val="left"/>
            </w:pPr>
          </w:p>
        </w:tc>
      </w:tr>
      <w:tr>
        <w:trPr>
          <w:cantSplit/>
        </w:trPr>
        <w:tc>
          <w:tcPr>
            <w:tcW w:type="dxa" w:w="1037"/>
          </w:tcPr>
          <w:p>
            <w:pPr>
              <w:spacing w:after="0"/>
              <w:jc w:val="left"/>
            </w:pPr>
            <w:r>
              <w:rPr>
                <w:sz w:val="16"/>
              </w:rPr>
              <w:t>Tsunami</w:t>
            </w:r>
          </w:p>
        </w:tc>
        <w:tc>
          <w:tcPr>
            <w:tcW w:type="dxa" w:w="1231"/>
          </w:tcPr>
          <w:p>
            <w:pPr>
              <w:spacing w:after="0"/>
              <w:jc w:val="right"/>
            </w:pPr>
          </w:p>
        </w:tc>
        <w:tc>
          <w:tcPr>
            <w:tcW w:type="dxa" w:w="1433"/>
          </w:tcPr>
          <w:p>
            <w:pPr>
              <w:spacing w:after="0"/>
              <w:jc w:val="left"/>
            </w:pPr>
            <w:r>
              <w:rPr>
                <w:sz w:val="16"/>
              </w:rPr>
              <w:t>annual probability at the most exposed location (used in place of a county value)</w:t>
            </w:r>
          </w:p>
        </w:tc>
        <w:tc>
          <w:tcPr>
            <w:tcW w:type="dxa" w:w="1554"/>
          </w:tcPr>
          <w:p>
            <w:pPr>
              <w:spacing w:after="0"/>
              <w:jc w:val="left"/>
            </w:pPr>
          </w:p>
        </w:tc>
        <w:tc>
          <w:tcPr>
            <w:tcW w:type="dxa" w:w="1037"/>
          </w:tcPr>
          <w:p>
            <w:pPr>
              <w:spacing w:after="0"/>
              <w:jc w:val="left"/>
            </w:pPr>
          </w:p>
        </w:tc>
        <w:tc>
          <w:tcPr>
            <w:tcW w:type="dxa" w:w="1708"/>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1"/>
          </w:tcPr>
          <w:p>
            <w:pPr>
              <w:spacing w:after="0"/>
              <w:jc w:val="right"/>
            </w:pPr>
          </w:p>
        </w:tc>
        <w:tc>
          <w:tcPr>
            <w:tcW w:type="dxa" w:w="1433"/>
          </w:tcPr>
          <w:p>
            <w:pPr>
              <w:spacing w:after="0"/>
              <w:jc w:val="left"/>
            </w:pPr>
            <w:r>
              <w:rPr>
                <w:sz w:val="16"/>
              </w:rPr>
              <w:t>annual probability</w:t>
            </w:r>
          </w:p>
        </w:tc>
        <w:tc>
          <w:tcPr>
            <w:tcW w:type="dxa" w:w="1554"/>
          </w:tcPr>
          <w:p>
            <w:pPr>
              <w:spacing w:after="0"/>
              <w:jc w:val="left"/>
            </w:pPr>
          </w:p>
        </w:tc>
        <w:tc>
          <w:tcPr>
            <w:tcW w:type="dxa" w:w="1037"/>
          </w:tcPr>
          <w:p>
            <w:pPr>
              <w:spacing w:after="0"/>
              <w:jc w:val="left"/>
            </w:pPr>
          </w:p>
        </w:tc>
        <w:tc>
          <w:tcPr>
            <w:tcW w:type="dxa" w:w="1708"/>
          </w:tcPr>
          <w:p>
            <w:pPr>
              <w:spacing w:after="0"/>
              <w:jc w:val="left"/>
            </w:pP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1"/>
          </w:tcPr>
          <w:p>
            <w:pPr>
              <w:spacing w:after="0"/>
              <w:jc w:val="right"/>
            </w:pPr>
            <w:r>
              <w:rPr>
                <w:sz w:val="16"/>
              </w:rPr>
              <w:t>0.000013</w:t>
            </w:r>
          </w:p>
        </w:tc>
        <w:tc>
          <w:tcPr>
            <w:tcW w:type="dxa" w:w="1433"/>
          </w:tcPr>
          <w:p>
            <w:pPr>
              <w:spacing w:after="0"/>
              <w:jc w:val="left"/>
            </w:pPr>
            <w:r>
              <w:rPr>
                <w:sz w:val="16"/>
              </w:rPr>
              <w:t>annual probability at a location</w:t>
            </w:r>
          </w:p>
        </w:tc>
        <w:tc>
          <w:tcPr>
            <w:tcW w:type="dxa" w:w="1554"/>
          </w:tcPr>
          <w:p>
            <w:pPr>
              <w:spacing w:after="0"/>
              <w:jc w:val="left"/>
            </w:pPr>
            <w:r>
              <w:rPr>
                <w:sz w:val="16"/>
              </w:rPr>
              <w:t>chance a given location in the county burns in a year: 0.0013%</w:t>
            </w:r>
          </w:p>
        </w:tc>
        <w:tc>
          <w:tcPr>
            <w:tcW w:type="dxa" w:w="1037"/>
          </w:tcPr>
          <w:p>
            <w:pPr>
              <w:spacing w:after="0"/>
              <w:jc w:val="left"/>
            </w:pPr>
          </w:p>
        </w:tc>
        <w:tc>
          <w:tcPr>
            <w:tcW w:type="dxa" w:w="1708"/>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79"/>
          </w:tcPr>
          <w:p>
            <w:pPr>
              <w:spacing w:after="0"/>
              <w:jc w:val="left"/>
            </w:pPr>
            <w:r>
              <w:rPr>
                <w:sz w:val="16"/>
              </w:rPr>
              <w:t>modeled</w:t>
            </w:r>
          </w:p>
        </w:tc>
        <w:tc>
          <w:tcPr>
            <w:tcW w:type="dxa" w:w="1037"/>
          </w:tcPr>
          <w:p>
            <w:pPr>
              <w:spacing w:after="0"/>
              <w:jc w:val="left"/>
            </w:pPr>
            <w:r>
              <w:rPr>
                <w:sz w:val="16"/>
              </w:rPr>
              <w:t>see B1-f</w:t>
            </w:r>
          </w:p>
        </w:tc>
        <w:tc>
          <w:tcPr>
            <w:tcW w:type="dxa" w:w="208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1"/>
          </w:tcPr>
          <w:p>
            <w:pPr>
              <w:spacing w:after="0"/>
              <w:jc w:val="right"/>
            </w:pPr>
            <w:r>
              <w:rPr>
                <w:sz w:val="16"/>
              </w:rPr>
              <w:t>22.8</w:t>
            </w:r>
          </w:p>
        </w:tc>
        <w:tc>
          <w:tcPr>
            <w:tcW w:type="dxa" w:w="1433"/>
          </w:tcPr>
          <w:p>
            <w:pPr>
              <w:spacing w:after="0"/>
              <w:jc w:val="left"/>
            </w:pPr>
            <w:r>
              <w:rPr>
                <w:sz w:val="16"/>
              </w:rPr>
              <w:t>event-days per year</w:t>
            </w:r>
          </w:p>
        </w:tc>
        <w:tc>
          <w:tcPr>
            <w:tcW w:type="dxa" w:w="1554"/>
          </w:tcPr>
          <w:p>
            <w:pPr>
              <w:spacing w:after="0"/>
              <w:jc w:val="left"/>
            </w:pPr>
            <w:r>
              <w:rPr>
                <w:sz w:val="16"/>
              </w:rPr>
              <w:t>about 22.8 days per year</w:t>
            </w:r>
          </w:p>
        </w:tc>
        <w:tc>
          <w:tcPr>
            <w:tcW w:type="dxa" w:w="1037"/>
          </w:tcPr>
          <w:p>
            <w:pPr>
              <w:spacing w:after="0"/>
              <w:jc w:val="left"/>
            </w:pPr>
            <w:r>
              <w:rPr>
                <w:sz w:val="16"/>
              </w:rPr>
              <w:t>Highly likely</w:t>
            </w:r>
          </w:p>
        </w:tc>
        <w:tc>
          <w:tcPr>
            <w:tcW w:type="dxa" w:w="1708"/>
          </w:tcPr>
          <w:p>
            <w:pPr>
              <w:spacing w:after="0"/>
              <w:jc w:val="left"/>
            </w:pPr>
            <w:r>
              <w:rPr>
                <w:sz w:val="16"/>
              </w:rPr>
              <w:t>event-days in 30 of 30 years, 1996 to 2025 (100%)</w:t>
            </w:r>
          </w:p>
        </w:tc>
        <w:tc>
          <w:tcPr>
            <w:tcW w:type="dxa" w:w="1514"/>
          </w:tcPr>
          <w:p>
            <w:pPr>
              <w:spacing w:after="0"/>
              <w:jc w:val="right"/>
            </w:pPr>
            <w:r>
              <w:rPr>
                <w:sz w:val="16"/>
              </w:rPr>
              <w:t>433</w:t>
            </w:r>
          </w:p>
        </w:tc>
        <w:tc>
          <w:tcPr>
            <w:tcW w:type="dxa" w:w="1479"/>
          </w:tcPr>
          <w:p>
            <w:pPr>
              <w:spacing w:after="0"/>
              <w:jc w:val="left"/>
            </w:pPr>
            <w:r>
              <w:rPr>
                <w:sz w:val="16"/>
              </w:rPr>
              <w:t>2005-11-12 to 2024-11-12 (19 years)</w:t>
            </w:r>
          </w:p>
        </w:tc>
        <w:tc>
          <w:tcPr>
            <w:tcW w:type="dxa" w:w="1037"/>
          </w:tcPr>
          <w:p>
            <w:pPr>
              <w:spacing w:after="0"/>
              <w:jc w:val="left"/>
            </w:pPr>
            <w:r>
              <w:rPr>
                <w:sz w:val="16"/>
              </w:rPr>
              <w:t>countywide</w:t>
            </w:r>
          </w:p>
        </w:tc>
        <w:tc>
          <w:tcPr>
            <w:tcW w:type="dxa" w:w="208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58</w:t>
            </w:r>
          </w:p>
        </w:tc>
        <w:tc>
          <w:tcPr>
            <w:tcW w:type="dxa" w:w="1476"/>
          </w:tcPr>
          <w:p>
            <w:pPr>
              <w:spacing w:after="0"/>
              <w:jc w:val="right"/>
            </w:pPr>
            <w:r>
              <w:rPr>
                <w:sz w:val="16"/>
              </w:rPr>
              <w:t>30</w:t>
            </w:r>
          </w:p>
        </w:tc>
        <w:tc>
          <w:tcPr>
            <w:tcW w:type="dxa" w:w="1476"/>
          </w:tcPr>
          <w:p>
            <w:pPr>
              <w:spacing w:after="0"/>
              <w:jc w:val="right"/>
            </w:pPr>
            <w:r>
              <w:rPr>
                <w:sz w:val="16"/>
              </w:rPr>
              <w:t>1.93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6 of 7</w:t>
            </w:r>
          </w:p>
        </w:tc>
        <w:tc>
          <w:tcPr>
            <w:tcW w:type="dxa" w:w="922"/>
          </w:tcPr>
          <w:p>
            <w:pPr>
              <w:spacing w:after="0"/>
              <w:jc w:val="right"/>
            </w:pPr>
            <w:r>
              <w:rPr>
                <w:sz w:val="16"/>
              </w:rPr>
              <w:t>48.7</w:t>
            </w:r>
          </w:p>
        </w:tc>
        <w:tc>
          <w:tcPr>
            <w:tcW w:type="dxa" w:w="701"/>
          </w:tcPr>
          <w:p>
            <w:pPr>
              <w:spacing w:after="0"/>
              <w:jc w:val="right"/>
            </w:pPr>
            <w:r>
              <w:rPr>
                <w:sz w:val="16"/>
              </w:rPr>
              <w:t>50.2</w:t>
            </w:r>
          </w:p>
        </w:tc>
        <w:tc>
          <w:tcPr>
            <w:tcW w:type="dxa" w:w="668"/>
          </w:tcPr>
          <w:p>
            <w:pPr>
              <w:spacing w:after="0"/>
              <w:jc w:val="right"/>
            </w:pPr>
            <w:r>
              <w:rPr>
                <w:sz w:val="16"/>
              </w:rPr>
              <w:t>51.2</w:t>
            </w:r>
          </w:p>
        </w:tc>
        <w:tc>
          <w:tcPr>
            <w:tcW w:type="dxa" w:w="2909"/>
          </w:tcPr>
          <w:p>
            <w:pPr>
              <w:spacing w:after="0"/>
              <w:jc w:val="left"/>
            </w:pPr>
            <w:r>
              <w:rPr>
                <w:sz w:val="16"/>
              </w:rPr>
              <w:t>Very Low 6, Not Applicable 1</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7</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7</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7 of 7</w:t>
            </w:r>
          </w:p>
        </w:tc>
        <w:tc>
          <w:tcPr>
            <w:tcW w:type="dxa" w:w="922"/>
          </w:tcPr>
          <w:p>
            <w:pPr>
              <w:spacing w:after="0"/>
              <w:jc w:val="right"/>
            </w:pPr>
            <w:r>
              <w:rPr>
                <w:sz w:val="16"/>
              </w:rPr>
              <w:t>48.2</w:t>
            </w:r>
          </w:p>
        </w:tc>
        <w:tc>
          <w:tcPr>
            <w:tcW w:type="dxa" w:w="701"/>
          </w:tcPr>
          <w:p>
            <w:pPr>
              <w:spacing w:after="0"/>
              <w:jc w:val="right"/>
            </w:pPr>
            <w:r>
              <w:rPr>
                <w:sz w:val="16"/>
              </w:rPr>
              <w:t>58.7</w:t>
            </w:r>
          </w:p>
        </w:tc>
        <w:tc>
          <w:tcPr>
            <w:tcW w:type="dxa" w:w="668"/>
          </w:tcPr>
          <w:p>
            <w:pPr>
              <w:spacing w:after="0"/>
              <w:jc w:val="right"/>
            </w:pPr>
            <w:r>
              <w:rPr>
                <w:sz w:val="16"/>
              </w:rPr>
              <w:t>67.3</w:t>
            </w:r>
          </w:p>
        </w:tc>
        <w:tc>
          <w:tcPr>
            <w:tcW w:type="dxa" w:w="2909"/>
          </w:tcPr>
          <w:p>
            <w:pPr>
              <w:spacing w:after="0"/>
              <w:jc w:val="left"/>
            </w:pPr>
            <w:r>
              <w:rPr>
                <w:sz w:val="16"/>
              </w:rPr>
              <w:t>Relatively Moderate 7</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0 of 7</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 Rating 7</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7 of 7</w:t>
            </w:r>
          </w:p>
        </w:tc>
        <w:tc>
          <w:tcPr>
            <w:tcW w:type="dxa" w:w="922"/>
          </w:tcPr>
          <w:p>
            <w:pPr>
              <w:spacing w:after="0"/>
              <w:jc w:val="right"/>
            </w:pPr>
            <w:r>
              <w:rPr>
                <w:sz w:val="16"/>
              </w:rPr>
              <w:t>28.1</w:t>
            </w:r>
          </w:p>
        </w:tc>
        <w:tc>
          <w:tcPr>
            <w:tcW w:type="dxa" w:w="701"/>
          </w:tcPr>
          <w:p>
            <w:pPr>
              <w:spacing w:after="0"/>
              <w:jc w:val="right"/>
            </w:pPr>
            <w:r>
              <w:rPr>
                <w:sz w:val="16"/>
              </w:rPr>
              <w:t>48.7</w:t>
            </w:r>
          </w:p>
        </w:tc>
        <w:tc>
          <w:tcPr>
            <w:tcW w:type="dxa" w:w="668"/>
          </w:tcPr>
          <w:p>
            <w:pPr>
              <w:spacing w:after="0"/>
              <w:jc w:val="right"/>
            </w:pPr>
            <w:r>
              <w:rPr>
                <w:sz w:val="16"/>
              </w:rPr>
              <w:t>62.9</w:t>
            </w:r>
          </w:p>
        </w:tc>
        <w:tc>
          <w:tcPr>
            <w:tcW w:type="dxa" w:w="2909"/>
          </w:tcPr>
          <w:p>
            <w:pPr>
              <w:spacing w:after="0"/>
              <w:jc w:val="left"/>
            </w:pPr>
            <w:r>
              <w:rPr>
                <w:sz w:val="16"/>
              </w:rPr>
              <w:t>Relatively Low 5, Very Low 2</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7 of 7</w:t>
            </w:r>
          </w:p>
        </w:tc>
        <w:tc>
          <w:tcPr>
            <w:tcW w:type="dxa" w:w="922"/>
          </w:tcPr>
          <w:p>
            <w:pPr>
              <w:spacing w:after="0"/>
              <w:jc w:val="right"/>
            </w:pPr>
            <w:r>
              <w:rPr>
                <w:sz w:val="16"/>
              </w:rPr>
              <w:t>24.6</w:t>
            </w:r>
          </w:p>
        </w:tc>
        <w:tc>
          <w:tcPr>
            <w:tcW w:type="dxa" w:w="701"/>
          </w:tcPr>
          <w:p>
            <w:pPr>
              <w:spacing w:after="0"/>
              <w:jc w:val="right"/>
            </w:pPr>
            <w:r>
              <w:rPr>
                <w:sz w:val="16"/>
              </w:rPr>
              <w:t>30.4</w:t>
            </w:r>
          </w:p>
        </w:tc>
        <w:tc>
          <w:tcPr>
            <w:tcW w:type="dxa" w:w="668"/>
          </w:tcPr>
          <w:p>
            <w:pPr>
              <w:spacing w:after="0"/>
              <w:jc w:val="right"/>
            </w:pPr>
            <w:r>
              <w:rPr>
                <w:sz w:val="16"/>
              </w:rPr>
              <w:t>35.8</w:t>
            </w:r>
          </w:p>
        </w:tc>
        <w:tc>
          <w:tcPr>
            <w:tcW w:type="dxa" w:w="2909"/>
          </w:tcPr>
          <w:p>
            <w:pPr>
              <w:spacing w:after="0"/>
              <w:jc w:val="left"/>
            </w:pPr>
            <w:r>
              <w:rPr>
                <w:sz w:val="16"/>
              </w:rPr>
              <w:t>Very Low 7</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7 of 7</w:t>
            </w:r>
          </w:p>
        </w:tc>
        <w:tc>
          <w:tcPr>
            <w:tcW w:type="dxa" w:w="922"/>
          </w:tcPr>
          <w:p>
            <w:pPr>
              <w:spacing w:after="0"/>
              <w:jc w:val="right"/>
            </w:pPr>
            <w:r>
              <w:rPr>
                <w:sz w:val="16"/>
              </w:rPr>
              <w:t>10.4</w:t>
            </w:r>
          </w:p>
        </w:tc>
        <w:tc>
          <w:tcPr>
            <w:tcW w:type="dxa" w:w="701"/>
          </w:tcPr>
          <w:p>
            <w:pPr>
              <w:spacing w:after="0"/>
              <w:jc w:val="right"/>
            </w:pPr>
            <w:r>
              <w:rPr>
                <w:sz w:val="16"/>
              </w:rPr>
              <w:t>18.2</w:t>
            </w:r>
          </w:p>
        </w:tc>
        <w:tc>
          <w:tcPr>
            <w:tcW w:type="dxa" w:w="668"/>
          </w:tcPr>
          <w:p>
            <w:pPr>
              <w:spacing w:after="0"/>
              <w:jc w:val="right"/>
            </w:pPr>
            <w:r>
              <w:rPr>
                <w:sz w:val="16"/>
              </w:rPr>
              <w:t>27.1</w:t>
            </w:r>
          </w:p>
        </w:tc>
        <w:tc>
          <w:tcPr>
            <w:tcW w:type="dxa" w:w="2909"/>
          </w:tcPr>
          <w:p>
            <w:pPr>
              <w:spacing w:after="0"/>
              <w:jc w:val="left"/>
            </w:pPr>
            <w:r>
              <w:rPr>
                <w:sz w:val="16"/>
              </w:rPr>
              <w:t>Relatively Low 5, Very Low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7 of 7</w:t>
            </w:r>
          </w:p>
        </w:tc>
        <w:tc>
          <w:tcPr>
            <w:tcW w:type="dxa" w:w="922"/>
          </w:tcPr>
          <w:p>
            <w:pPr>
              <w:spacing w:after="0"/>
              <w:jc w:val="right"/>
            </w:pPr>
            <w:r>
              <w:rPr>
                <w:sz w:val="16"/>
              </w:rPr>
              <w:t>57.6</w:t>
            </w:r>
          </w:p>
        </w:tc>
        <w:tc>
          <w:tcPr>
            <w:tcW w:type="dxa" w:w="701"/>
          </w:tcPr>
          <w:p>
            <w:pPr>
              <w:spacing w:after="0"/>
              <w:jc w:val="right"/>
            </w:pPr>
            <w:r>
              <w:rPr>
                <w:sz w:val="16"/>
              </w:rPr>
              <w:t>64.6</w:t>
            </w:r>
          </w:p>
        </w:tc>
        <w:tc>
          <w:tcPr>
            <w:tcW w:type="dxa" w:w="668"/>
          </w:tcPr>
          <w:p>
            <w:pPr>
              <w:spacing w:after="0"/>
              <w:jc w:val="right"/>
            </w:pPr>
            <w:r>
              <w:rPr>
                <w:sz w:val="16"/>
              </w:rPr>
              <w:t>75.8</w:t>
            </w:r>
          </w:p>
        </w:tc>
        <w:tc>
          <w:tcPr>
            <w:tcW w:type="dxa" w:w="2909"/>
          </w:tcPr>
          <w:p>
            <w:pPr>
              <w:spacing w:after="0"/>
              <w:jc w:val="left"/>
            </w:pPr>
            <w:r>
              <w:rPr>
                <w:sz w:val="16"/>
              </w:rPr>
              <w:t>Relatively Low 7</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7 of 7</w:t>
            </w:r>
          </w:p>
        </w:tc>
        <w:tc>
          <w:tcPr>
            <w:tcW w:type="dxa" w:w="922"/>
          </w:tcPr>
          <w:p>
            <w:pPr>
              <w:spacing w:after="0"/>
              <w:jc w:val="right"/>
            </w:pPr>
            <w:r>
              <w:rPr>
                <w:sz w:val="16"/>
              </w:rPr>
              <w:t>49.4</w:t>
            </w:r>
          </w:p>
        </w:tc>
        <w:tc>
          <w:tcPr>
            <w:tcW w:type="dxa" w:w="701"/>
          </w:tcPr>
          <w:p>
            <w:pPr>
              <w:spacing w:after="0"/>
              <w:jc w:val="right"/>
            </w:pPr>
            <w:r>
              <w:rPr>
                <w:sz w:val="16"/>
              </w:rPr>
              <w:t>63.5</w:t>
            </w:r>
          </w:p>
        </w:tc>
        <w:tc>
          <w:tcPr>
            <w:tcW w:type="dxa" w:w="668"/>
          </w:tcPr>
          <w:p>
            <w:pPr>
              <w:spacing w:after="0"/>
              <w:jc w:val="right"/>
            </w:pPr>
            <w:r>
              <w:rPr>
                <w:sz w:val="16"/>
              </w:rPr>
              <w:t>81.8</w:t>
            </w:r>
          </w:p>
        </w:tc>
        <w:tc>
          <w:tcPr>
            <w:tcW w:type="dxa" w:w="2909"/>
          </w:tcPr>
          <w:p>
            <w:pPr>
              <w:spacing w:after="0"/>
              <w:jc w:val="left"/>
            </w:pPr>
            <w:r>
              <w:rPr>
                <w:sz w:val="16"/>
              </w:rPr>
              <w:t>Relatively Moderate 3, Relatively Low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7 of 7</w:t>
            </w:r>
          </w:p>
        </w:tc>
        <w:tc>
          <w:tcPr>
            <w:tcW w:type="dxa" w:w="922"/>
          </w:tcPr>
          <w:p>
            <w:pPr>
              <w:spacing w:after="0"/>
              <w:jc w:val="right"/>
            </w:pPr>
            <w:r>
              <w:rPr>
                <w:sz w:val="16"/>
              </w:rPr>
              <w:t>42.4</w:t>
            </w:r>
          </w:p>
        </w:tc>
        <w:tc>
          <w:tcPr>
            <w:tcW w:type="dxa" w:w="701"/>
          </w:tcPr>
          <w:p>
            <w:pPr>
              <w:spacing w:after="0"/>
              <w:jc w:val="right"/>
            </w:pPr>
            <w:r>
              <w:rPr>
                <w:sz w:val="16"/>
              </w:rPr>
              <w:t>66.0</w:t>
            </w:r>
          </w:p>
        </w:tc>
        <w:tc>
          <w:tcPr>
            <w:tcW w:type="dxa" w:w="668"/>
          </w:tcPr>
          <w:p>
            <w:pPr>
              <w:spacing w:after="0"/>
              <w:jc w:val="right"/>
            </w:pPr>
            <w:r>
              <w:rPr>
                <w:sz w:val="16"/>
              </w:rPr>
              <w:t>93.3</w:t>
            </w:r>
          </w:p>
        </w:tc>
        <w:tc>
          <w:tcPr>
            <w:tcW w:type="dxa" w:w="2909"/>
          </w:tcPr>
          <w:p>
            <w:pPr>
              <w:spacing w:after="0"/>
              <w:jc w:val="left"/>
            </w:pPr>
            <w:r>
              <w:rPr>
                <w:sz w:val="16"/>
              </w:rPr>
              <w:t>Relatively High 2, Relatively Moderate 4, Relatively Low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7 of 7</w:t>
            </w:r>
          </w:p>
        </w:tc>
        <w:tc>
          <w:tcPr>
            <w:tcW w:type="dxa" w:w="922"/>
          </w:tcPr>
          <w:p>
            <w:pPr>
              <w:spacing w:after="0"/>
              <w:jc w:val="right"/>
            </w:pPr>
            <w:r>
              <w:rPr>
                <w:sz w:val="16"/>
              </w:rPr>
              <w:t>88.0</w:t>
            </w:r>
          </w:p>
        </w:tc>
        <w:tc>
          <w:tcPr>
            <w:tcW w:type="dxa" w:w="701"/>
          </w:tcPr>
          <w:p>
            <w:pPr>
              <w:spacing w:after="0"/>
              <w:jc w:val="right"/>
            </w:pPr>
            <w:r>
              <w:rPr>
                <w:sz w:val="16"/>
              </w:rPr>
              <w:t>92.5</w:t>
            </w:r>
          </w:p>
        </w:tc>
        <w:tc>
          <w:tcPr>
            <w:tcW w:type="dxa" w:w="668"/>
          </w:tcPr>
          <w:p>
            <w:pPr>
              <w:spacing w:after="0"/>
              <w:jc w:val="right"/>
            </w:pPr>
            <w:r>
              <w:rPr>
                <w:sz w:val="16"/>
              </w:rPr>
              <w:t>96.4</w:t>
            </w:r>
          </w:p>
        </w:tc>
        <w:tc>
          <w:tcPr>
            <w:tcW w:type="dxa" w:w="2909"/>
          </w:tcPr>
          <w:p>
            <w:pPr>
              <w:spacing w:after="0"/>
              <w:jc w:val="left"/>
            </w:pPr>
            <w:r>
              <w:rPr>
                <w:sz w:val="16"/>
              </w:rPr>
              <w:t>Relatively Moderate 1, Relatively Low 6</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7 of 7</w:t>
            </w:r>
          </w:p>
        </w:tc>
        <w:tc>
          <w:tcPr>
            <w:tcW w:type="dxa" w:w="922"/>
          </w:tcPr>
          <w:p>
            <w:pPr>
              <w:spacing w:after="0"/>
              <w:jc w:val="right"/>
            </w:pPr>
            <w:r>
              <w:rPr>
                <w:sz w:val="16"/>
              </w:rPr>
              <w:t>66.9</w:t>
            </w:r>
          </w:p>
        </w:tc>
        <w:tc>
          <w:tcPr>
            <w:tcW w:type="dxa" w:w="701"/>
          </w:tcPr>
          <w:p>
            <w:pPr>
              <w:spacing w:after="0"/>
              <w:jc w:val="right"/>
            </w:pPr>
            <w:r>
              <w:rPr>
                <w:sz w:val="16"/>
              </w:rPr>
              <w:t>80.4</w:t>
            </w:r>
          </w:p>
        </w:tc>
        <w:tc>
          <w:tcPr>
            <w:tcW w:type="dxa" w:w="668"/>
          </w:tcPr>
          <w:p>
            <w:pPr>
              <w:spacing w:after="0"/>
              <w:jc w:val="right"/>
            </w:pPr>
            <w:r>
              <w:rPr>
                <w:sz w:val="16"/>
              </w:rPr>
              <w:t>89.3</w:t>
            </w:r>
          </w:p>
        </w:tc>
        <w:tc>
          <w:tcPr>
            <w:tcW w:type="dxa" w:w="2909"/>
          </w:tcPr>
          <w:p>
            <w:pPr>
              <w:spacing w:after="0"/>
              <w:jc w:val="left"/>
            </w:pPr>
            <w:r>
              <w:rPr>
                <w:sz w:val="16"/>
              </w:rPr>
              <w:t>Relatively High 4, Relatively Moderate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7 of 7</w:t>
            </w:r>
          </w:p>
        </w:tc>
        <w:tc>
          <w:tcPr>
            <w:tcW w:type="dxa" w:w="922"/>
          </w:tcPr>
          <w:p>
            <w:pPr>
              <w:spacing w:after="0"/>
              <w:jc w:val="right"/>
            </w:pPr>
            <w:r>
              <w:rPr>
                <w:sz w:val="16"/>
              </w:rPr>
              <w:t>49.6</w:t>
            </w:r>
          </w:p>
        </w:tc>
        <w:tc>
          <w:tcPr>
            <w:tcW w:type="dxa" w:w="701"/>
          </w:tcPr>
          <w:p>
            <w:pPr>
              <w:spacing w:after="0"/>
              <w:jc w:val="right"/>
            </w:pPr>
            <w:r>
              <w:rPr>
                <w:sz w:val="16"/>
              </w:rPr>
              <w:t>62.9</w:t>
            </w:r>
          </w:p>
        </w:tc>
        <w:tc>
          <w:tcPr>
            <w:tcW w:type="dxa" w:w="668"/>
          </w:tcPr>
          <w:p>
            <w:pPr>
              <w:spacing w:after="0"/>
              <w:jc w:val="right"/>
            </w:pPr>
            <w:r>
              <w:rPr>
                <w:sz w:val="16"/>
              </w:rPr>
              <w:t>78.0</w:t>
            </w:r>
          </w:p>
        </w:tc>
        <w:tc>
          <w:tcPr>
            <w:tcW w:type="dxa" w:w="2909"/>
          </w:tcPr>
          <w:p>
            <w:pPr>
              <w:spacing w:after="0"/>
              <w:jc w:val="left"/>
            </w:pPr>
            <w:r>
              <w:rPr>
                <w:sz w:val="16"/>
              </w:rPr>
              <w:t>Relatively Moderate 6,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7 of 7</w:t>
            </w:r>
          </w:p>
        </w:tc>
        <w:tc>
          <w:tcPr>
            <w:tcW w:type="dxa" w:w="922"/>
          </w:tcPr>
          <w:p>
            <w:pPr>
              <w:spacing w:after="0"/>
              <w:jc w:val="right"/>
            </w:pPr>
            <w:r>
              <w:rPr>
                <w:sz w:val="16"/>
              </w:rPr>
              <w:t>18.7</w:t>
            </w:r>
          </w:p>
        </w:tc>
        <w:tc>
          <w:tcPr>
            <w:tcW w:type="dxa" w:w="701"/>
          </w:tcPr>
          <w:p>
            <w:pPr>
              <w:spacing w:after="0"/>
              <w:jc w:val="right"/>
            </w:pPr>
            <w:r>
              <w:rPr>
                <w:sz w:val="16"/>
              </w:rPr>
              <w:t>25.0</w:t>
            </w:r>
          </w:p>
        </w:tc>
        <w:tc>
          <w:tcPr>
            <w:tcW w:type="dxa" w:w="668"/>
          </w:tcPr>
          <w:p>
            <w:pPr>
              <w:spacing w:after="0"/>
              <w:jc w:val="right"/>
            </w:pPr>
            <w:r>
              <w:rPr>
                <w:sz w:val="16"/>
              </w:rPr>
              <w:t>30.0</w:t>
            </w:r>
          </w:p>
        </w:tc>
        <w:tc>
          <w:tcPr>
            <w:tcW w:type="dxa" w:w="2909"/>
          </w:tcPr>
          <w:p>
            <w:pPr>
              <w:spacing w:after="0"/>
              <w:jc w:val="left"/>
            </w:pPr>
            <w:r>
              <w:rPr>
                <w:sz w:val="16"/>
              </w:rPr>
              <w:t>Relatively Low 2, Very Low 5</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7</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7</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7</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7</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7 of 7</w:t>
            </w:r>
          </w:p>
        </w:tc>
        <w:tc>
          <w:tcPr>
            <w:tcW w:type="dxa" w:w="922"/>
          </w:tcPr>
          <w:p>
            <w:pPr>
              <w:spacing w:after="0"/>
              <w:jc w:val="right"/>
            </w:pPr>
            <w:r>
              <w:rPr>
                <w:sz w:val="16"/>
              </w:rPr>
              <w:t>60.1</w:t>
            </w:r>
          </w:p>
        </w:tc>
        <w:tc>
          <w:tcPr>
            <w:tcW w:type="dxa" w:w="701"/>
          </w:tcPr>
          <w:p>
            <w:pPr>
              <w:spacing w:after="0"/>
              <w:jc w:val="right"/>
            </w:pPr>
            <w:r>
              <w:rPr>
                <w:sz w:val="16"/>
              </w:rPr>
              <w:t>63.0</w:t>
            </w:r>
          </w:p>
        </w:tc>
        <w:tc>
          <w:tcPr>
            <w:tcW w:type="dxa" w:w="668"/>
          </w:tcPr>
          <w:p>
            <w:pPr>
              <w:spacing w:after="0"/>
              <w:jc w:val="right"/>
            </w:pPr>
            <w:r>
              <w:rPr>
                <w:sz w:val="16"/>
              </w:rPr>
              <w:t>71.1</w:t>
            </w:r>
          </w:p>
        </w:tc>
        <w:tc>
          <w:tcPr>
            <w:tcW w:type="dxa" w:w="2909"/>
          </w:tcPr>
          <w:p>
            <w:pPr>
              <w:spacing w:after="0"/>
              <w:jc w:val="left"/>
            </w:pPr>
            <w:r>
              <w:rPr>
                <w:sz w:val="16"/>
              </w:rPr>
              <w:t>Relatively Low 2, Very Low 5</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7 of 7</w:t>
            </w:r>
          </w:p>
        </w:tc>
        <w:tc>
          <w:tcPr>
            <w:tcW w:type="dxa" w:w="922"/>
          </w:tcPr>
          <w:p>
            <w:pPr>
              <w:spacing w:after="0"/>
              <w:jc w:val="right"/>
            </w:pPr>
            <w:r>
              <w:rPr>
                <w:sz w:val="16"/>
              </w:rPr>
              <w:t>94.1</w:t>
            </w:r>
          </w:p>
        </w:tc>
        <w:tc>
          <w:tcPr>
            <w:tcW w:type="dxa" w:w="701"/>
          </w:tcPr>
          <w:p>
            <w:pPr>
              <w:spacing w:after="0"/>
              <w:jc w:val="right"/>
            </w:pPr>
            <w:r>
              <w:rPr>
                <w:sz w:val="16"/>
              </w:rPr>
              <w:t>96.9</w:t>
            </w:r>
          </w:p>
        </w:tc>
        <w:tc>
          <w:tcPr>
            <w:tcW w:type="dxa" w:w="668"/>
          </w:tcPr>
          <w:p>
            <w:pPr>
              <w:spacing w:after="0"/>
              <w:jc w:val="right"/>
            </w:pPr>
            <w:r>
              <w:rPr>
                <w:sz w:val="16"/>
              </w:rPr>
              <w:t>98.7</w:t>
            </w:r>
          </w:p>
        </w:tc>
        <w:tc>
          <w:tcPr>
            <w:tcW w:type="dxa" w:w="2909"/>
          </w:tcPr>
          <w:p>
            <w:pPr>
              <w:spacing w:after="0"/>
              <w:jc w:val="left"/>
            </w:pPr>
            <w:r>
              <w:rPr>
                <w:sz w:val="16"/>
              </w:rPr>
              <w:t>Very High 5, Relatively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35"/>
        <w:gridCol w:w="845"/>
        <w:gridCol w:w="3449"/>
        <w:gridCol w:w="2750"/>
        <w:gridCol w:w="1935"/>
        <w:gridCol w:w="2354"/>
        <w:gridCol w:w="845"/>
      </w:tblGrid>
      <w:tr>
        <w:trPr>
          <w:cantSplit/>
          <w:tblHeader/>
        </w:trPr>
        <w:tc>
          <w:tcPr>
            <w:tcW w:type="dxa" w:w="1935"/>
            <w:shd w:val="clear" w:color="auto" w:fill="E8E8E8"/>
          </w:tcPr>
          <w:p>
            <w:pPr>
              <w:spacing w:after="0"/>
              <w:jc w:val="left"/>
            </w:pPr>
            <w:r>
              <w:rPr>
                <w:b/>
                <w:sz w:val="16"/>
              </w:rPr>
              <w:t>Member</w:t>
            </w:r>
          </w:p>
        </w:tc>
        <w:tc>
          <w:tcPr>
            <w:tcW w:type="dxa" w:w="845"/>
            <w:shd w:val="clear" w:color="auto" w:fill="E8E8E8"/>
          </w:tcPr>
          <w:p>
            <w:pPr>
              <w:spacing w:after="0"/>
              <w:jc w:val="left"/>
            </w:pPr>
            <w:r>
              <w:rPr>
                <w:b/>
                <w:sz w:val="16"/>
              </w:rPr>
              <w:t>Type</w:t>
            </w:r>
          </w:p>
        </w:tc>
        <w:tc>
          <w:tcPr>
            <w:tcW w:type="dxa" w:w="3449"/>
            <w:shd w:val="clear" w:color="auto" w:fill="E8E8E8"/>
          </w:tcPr>
          <w:p>
            <w:pPr>
              <w:spacing w:after="0"/>
              <w:jc w:val="left"/>
            </w:pPr>
            <w:r>
              <w:rPr>
                <w:b/>
                <w:sz w:val="16"/>
              </w:rPr>
              <w:t>Plan status</w:t>
            </w:r>
          </w:p>
        </w:tc>
        <w:tc>
          <w:tcPr>
            <w:tcW w:type="dxa" w:w="275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3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5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45"/>
            <w:shd w:val="clear" w:color="auto" w:fill="E8E8E8"/>
          </w:tcPr>
          <w:p>
            <w:pPr>
              <w:spacing w:after="0"/>
              <w:jc w:val="left"/>
            </w:pPr>
            <w:r>
              <w:rPr>
                <w:b/>
                <w:sz w:val="16"/>
              </w:rPr>
              <w:t>Notes</w:t>
            </w:r>
          </w:p>
        </w:tc>
      </w:tr>
      <w:tr>
        <w:trPr>
          <w:cantSplit/>
        </w:trPr>
        <w:tc>
          <w:tcPr>
            <w:tcW w:type="dxa" w:w="1935"/>
          </w:tcPr>
          <w:p>
            <w:pPr>
              <w:spacing w:after="0"/>
              <w:jc w:val="left"/>
            </w:pPr>
            <w:r>
              <w:rPr>
                <w:sz w:val="16"/>
              </w:rPr>
              <w:t>Waterville town</w:t>
            </w:r>
          </w:p>
        </w:tc>
        <w:tc>
          <w:tcPr>
            <w:tcW w:type="dxa" w:w="845"/>
          </w:tcPr>
          <w:p>
            <w:pPr>
              <w:spacing w:after="0"/>
              <w:jc w:val="left"/>
            </w:pPr>
            <w:r>
              <w:rPr>
                <w:sz w:val="16"/>
              </w:rPr>
              <w:t>Town</w:t>
            </w:r>
          </w:p>
        </w:tc>
        <w:tc>
          <w:tcPr>
            <w:tcW w:type="dxa" w:w="3449"/>
          </w:tcPr>
          <w:p>
            <w:pPr>
              <w:spacing w:after="0"/>
              <w:jc w:val="left"/>
            </w:pPr>
            <w:r>
              <w:rPr>
                <w:sz w:val="16"/>
              </w:rPr>
              <w:t>Approved, expires 2027-08-29</w:t>
            </w:r>
          </w:p>
        </w:tc>
        <w:tc>
          <w:tcPr>
            <w:tcW w:type="dxa" w:w="2750"/>
          </w:tcPr>
          <w:p>
            <w:pPr>
              <w:spacing w:after="0"/>
              <w:jc w:val="right"/>
            </w:pPr>
            <w:r>
              <w:rPr>
                <w:sz w:val="16"/>
              </w:rPr>
              <w:t>FMA RL 0, SRL 0; any 0</w:t>
            </w:r>
          </w:p>
        </w:tc>
        <w:tc>
          <w:tcPr>
            <w:tcW w:type="dxa" w:w="1935"/>
          </w:tcPr>
          <w:p>
            <w:pPr>
              <w:spacing w:after="0"/>
              <w:jc w:val="right"/>
            </w:pPr>
            <w:r>
              <w:rPr>
                <w:sz w:val="16"/>
              </w:rPr>
              <w:t>$222,301.28</w:t>
            </w:r>
          </w:p>
        </w:tc>
        <w:tc>
          <w:tcPr>
            <w:tcW w:type="dxa" w:w="2354"/>
          </w:tcPr>
          <w:p>
            <w:pPr>
              <w:spacing w:after="0"/>
              <w:jc w:val="right"/>
            </w:pPr>
            <w:r>
              <w:rPr>
                <w:sz w:val="16"/>
              </w:rPr>
              <w:t>8; 1</w:t>
            </w:r>
          </w:p>
        </w:tc>
        <w:tc>
          <w:tcPr>
            <w:tcW w:type="dxa" w:w="84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Lamoille County, county-level (county FIPS 50015);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Lamoille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Lamoille County, county-level"/>
        <w:tblDescription w:val="Hazard Plain table b2ab"/>
      </w:tblPr>
      <w:tblGrid>
        <w:gridCol w:w="1037"/>
        <w:gridCol w:w="1483"/>
        <w:gridCol w:w="1135"/>
        <w:gridCol w:w="1044"/>
        <w:gridCol w:w="1037"/>
        <w:gridCol w:w="1126"/>
        <w:gridCol w:w="1167"/>
        <w:gridCol w:w="1047"/>
        <w:gridCol w:w="1205"/>
        <w:gridCol w:w="1098"/>
        <w:gridCol w:w="1419"/>
        <w:gridCol w:w="131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4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5"/>
            <w:shd w:val="clear" w:color="auto" w:fill="E8E8E8"/>
          </w:tcPr>
          <w:p>
            <w:pPr>
              <w:spacing w:after="0"/>
              <w:jc w:val="right"/>
            </w:pPr>
            <w:r>
              <w:rPr>
                <w:b/>
                <w:sz w:val="16"/>
              </w:rPr>
              <w:t>Storm Events damage since 2022-08-30</w:t>
            </w:r>
          </w:p>
          <w:p>
            <w:pPr>
              <w:spacing w:after="0"/>
              <w:jc w:val="right"/>
            </w:pPr>
            <w:r>
              <w:rPr>
                <w:i/>
                <w:color w:val="555555"/>
                <w:sz w:val="14"/>
              </w:rPr>
              <w:t>county-coded records, property plus crops, nominal dollars</w:t>
            </w:r>
          </w:p>
        </w:tc>
        <w:tc>
          <w:tcPr>
            <w:tcW w:type="dxa" w:w="109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1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$42,696</w:t>
            </w:r>
          </w:p>
        </w:tc>
        <w:tc>
          <w:tcPr>
            <w:tcW w:type="dxa" w:w="1135"/>
          </w:tcPr>
          <w:p>
            <w:pPr>
              <w:spacing w:after="0"/>
              <w:jc w:val="right"/>
            </w:pPr>
          </w:p>
        </w:tc>
        <w:tc>
          <w:tcPr>
            <w:tcW w:type="dxa" w:w="1044"/>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p>
        </w:tc>
        <w:tc>
          <w:tcPr>
            <w:tcW w:type="dxa" w:w="1167"/>
          </w:tcPr>
          <w:p>
            <w:pPr>
              <w:spacing w:after="0"/>
              <w:jc w:val="right"/>
            </w:pPr>
            <w:r>
              <w:rPr>
                <w:sz w:val="16"/>
              </w:rPr>
              <w:t>$1,547</w:t>
            </w:r>
          </w:p>
        </w:tc>
        <w:tc>
          <w:tcPr>
            <w:tcW w:type="dxa" w:w="1047"/>
          </w:tcPr>
          <w:p>
            <w:pPr>
              <w:spacing w:after="0"/>
              <w:jc w:val="right"/>
            </w:pPr>
            <w:r>
              <w:rPr>
                <w:sz w:val="16"/>
              </w:rPr>
              <w:t>under 0.0001%</w:t>
            </w: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047"/>
          </w:tcPr>
          <w:p>
            <w:pPr>
              <w:spacing w:after="0"/>
              <w:jc w:val="right"/>
            </w:pP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$8,651,881,013</w:t>
            </w:r>
          </w:p>
        </w:tc>
        <w:tc>
          <w:tcPr>
            <w:tcW w:type="dxa" w:w="1135"/>
          </w:tcPr>
          <w:p>
            <w:pPr>
              <w:spacing w:after="0"/>
              <w:jc w:val="right"/>
            </w:pPr>
            <w:r>
              <w:rPr>
                <w:sz w:val="16"/>
              </w:rPr>
              <w:t>$35,714,028</w:t>
            </w:r>
          </w:p>
        </w:tc>
        <w:tc>
          <w:tcPr>
            <w:tcW w:type="dxa" w:w="1044"/>
          </w:tcPr>
          <w:p>
            <w:pPr>
              <w:spacing w:after="0"/>
              <w:jc w:val="right"/>
            </w:pPr>
            <w:r>
              <w:rPr>
                <w:sz w:val="16"/>
              </w:rPr>
              <w:t>25,919</w:t>
            </w:r>
          </w:p>
        </w:tc>
        <w:tc>
          <w:tcPr>
            <w:tcW w:type="dxa" w:w="1037"/>
          </w:tcPr>
          <w:p>
            <w:pPr>
              <w:spacing w:after="0"/>
              <w:jc w:val="right"/>
            </w:pPr>
            <w:r>
              <w:rPr>
                <w:sz w:val="16"/>
              </w:rPr>
              <w:t>$269</w:t>
            </w:r>
          </w:p>
        </w:tc>
        <w:tc>
          <w:tcPr>
            <w:tcW w:type="dxa" w:w="1126"/>
          </w:tcPr>
          <w:p>
            <w:pPr>
              <w:spacing w:after="0"/>
              <w:jc w:val="right"/>
            </w:pPr>
            <w:r>
              <w:rPr>
                <w:sz w:val="16"/>
              </w:rPr>
              <w:t>$14,671</w:t>
            </w:r>
          </w:p>
        </w:tc>
        <w:tc>
          <w:tcPr>
            <w:tcW w:type="dxa" w:w="1167"/>
          </w:tcPr>
          <w:p>
            <w:pPr>
              <w:spacing w:after="0"/>
              <w:jc w:val="right"/>
            </w:pPr>
            <w:r>
              <w:rPr>
                <w:sz w:val="16"/>
              </w:rPr>
              <w:t>$547,993</w:t>
            </w:r>
          </w:p>
        </w:tc>
        <w:tc>
          <w:tcPr>
            <w:tcW w:type="dxa" w:w="1047"/>
          </w:tcPr>
          <w:p>
            <w:pPr>
              <w:spacing w:after="0"/>
              <w:jc w:val="right"/>
            </w:pPr>
            <w:r>
              <w:rPr>
                <w:sz w:val="16"/>
              </w:rPr>
              <w:t>under 0.0001%</w:t>
            </w:r>
          </w:p>
        </w:tc>
        <w:tc>
          <w:tcPr>
            <w:tcW w:type="dxa" w:w="1205"/>
          </w:tcPr>
          <w:p>
            <w:pPr>
              <w:spacing w:after="0"/>
              <w:jc w:val="right"/>
            </w:pPr>
          </w:p>
        </w:tc>
        <w:tc>
          <w:tcPr>
            <w:tcW w:type="dxa" w:w="1098"/>
          </w:tcPr>
          <w:p>
            <w:pPr>
              <w:spacing w:after="0"/>
              <w:jc w:val="right"/>
            </w:pPr>
            <w:r>
              <w:rPr>
                <w:sz w:val="16"/>
              </w:rPr>
              <w:t>$250,000</w:t>
            </w:r>
          </w:p>
        </w:tc>
        <w:tc>
          <w:tcPr>
            <w:tcW w:type="dxa" w:w="1419"/>
          </w:tcPr>
          <w:p>
            <w:pPr>
              <w:spacing w:after="0"/>
              <w:jc w:val="right"/>
            </w:pPr>
          </w:p>
        </w:tc>
        <w:tc>
          <w:tcPr>
            <w:tcW w:type="dxa" w:w="1313"/>
          </w:tcPr>
          <w:p>
            <w:pPr>
              <w:spacing w:after="0"/>
              <w:jc w:val="left"/>
            </w:pPr>
            <w:r>
              <w:rPr>
                <w:sz w:val="16"/>
              </w:rPr>
              <w:t>Storm Events damage since the plan includes 1 zone-level Frost/Freeze record ($250,000), an event type the NRI definition of this hazard leaves out.</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5"/>
          </w:tcPr>
          <w:p>
            <w:pPr>
              <w:spacing w:after="0"/>
              <w:jc w:val="right"/>
            </w:pPr>
            <w:r>
              <w:rPr>
                <w:sz w:val="16"/>
              </w:rPr>
              <w:t>$0</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67"/>
          </w:tcPr>
          <w:p>
            <w:pPr>
              <w:spacing w:after="0"/>
              <w:jc w:val="right"/>
            </w:pPr>
          </w:p>
        </w:tc>
        <w:tc>
          <w:tcPr>
            <w:tcW w:type="dxa" w:w="1047"/>
          </w:tcPr>
          <w:p>
            <w:pPr>
              <w:spacing w:after="0"/>
              <w:jc w:val="right"/>
            </w:pP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$14,357,253,659</w:t>
            </w:r>
          </w:p>
        </w:tc>
        <w:tc>
          <w:tcPr>
            <w:tcW w:type="dxa" w:w="1135"/>
          </w:tcPr>
          <w:p>
            <w:pPr>
              <w:spacing w:after="0"/>
              <w:jc w:val="right"/>
            </w:pPr>
          </w:p>
        </w:tc>
        <w:tc>
          <w:tcPr>
            <w:tcW w:type="dxa" w:w="1044"/>
          </w:tcPr>
          <w:p>
            <w:pPr>
              <w:spacing w:after="0"/>
              <w:jc w:val="right"/>
            </w:pPr>
            <w:r>
              <w:rPr>
                <w:sz w:val="16"/>
              </w:rPr>
              <w:t>25,945</w:t>
            </w:r>
          </w:p>
        </w:tc>
        <w:tc>
          <w:tcPr>
            <w:tcW w:type="dxa" w:w="1037"/>
          </w:tcPr>
          <w:p>
            <w:pPr>
              <w:spacing w:after="0"/>
              <w:jc w:val="right"/>
            </w:pPr>
            <w:r>
              <w:rPr>
                <w:sz w:val="16"/>
              </w:rPr>
              <w:t>$224,206</w:t>
            </w:r>
          </w:p>
        </w:tc>
        <w:tc>
          <w:tcPr>
            <w:tcW w:type="dxa" w:w="1126"/>
          </w:tcPr>
          <w:p>
            <w:pPr>
              <w:spacing w:after="0"/>
              <w:jc w:val="right"/>
            </w:pPr>
          </w:p>
        </w:tc>
        <w:tc>
          <w:tcPr>
            <w:tcW w:type="dxa" w:w="1167"/>
          </w:tcPr>
          <w:p>
            <w:pPr>
              <w:spacing w:after="0"/>
              <w:jc w:val="right"/>
            </w:pPr>
            <w:r>
              <w:rPr>
                <w:sz w:val="16"/>
              </w:rPr>
              <w:t>$19,384</w:t>
            </w:r>
          </w:p>
        </w:tc>
        <w:tc>
          <w:tcPr>
            <w:tcW w:type="dxa" w:w="1047"/>
          </w:tcPr>
          <w:p>
            <w:pPr>
              <w:spacing w:after="0"/>
              <w:jc w:val="right"/>
            </w:pPr>
            <w:r>
              <w:rPr>
                <w:sz w:val="16"/>
              </w:rPr>
              <w:t>0.00156%</w:t>
            </w: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$8,651,881,013</w:t>
            </w:r>
          </w:p>
        </w:tc>
        <w:tc>
          <w:tcPr>
            <w:tcW w:type="dxa" w:w="1135"/>
          </w:tcPr>
          <w:p>
            <w:pPr>
              <w:spacing w:after="0"/>
              <w:jc w:val="right"/>
            </w:pPr>
            <w:r>
              <w:rPr>
                <w:sz w:val="16"/>
              </w:rPr>
              <w:t>$35,714,028</w:t>
            </w:r>
          </w:p>
        </w:tc>
        <w:tc>
          <w:tcPr>
            <w:tcW w:type="dxa" w:w="1044"/>
          </w:tcPr>
          <w:p>
            <w:pPr>
              <w:spacing w:after="0"/>
              <w:jc w:val="right"/>
            </w:pPr>
            <w:r>
              <w:rPr>
                <w:sz w:val="16"/>
              </w:rPr>
              <w:t>25,919</w:t>
            </w:r>
          </w:p>
        </w:tc>
        <w:tc>
          <w:tcPr>
            <w:tcW w:type="dxa" w:w="1037"/>
          </w:tcPr>
          <w:p>
            <w:pPr>
              <w:spacing w:after="0"/>
              <w:jc w:val="right"/>
            </w:pPr>
            <w:r>
              <w:rPr>
                <w:sz w:val="16"/>
              </w:rPr>
              <w:t>$2,533</w:t>
            </w:r>
          </w:p>
        </w:tc>
        <w:tc>
          <w:tcPr>
            <w:tcW w:type="dxa" w:w="1126"/>
          </w:tcPr>
          <w:p>
            <w:pPr>
              <w:spacing w:after="0"/>
              <w:jc w:val="right"/>
            </w:pPr>
            <w:r>
              <w:rPr>
                <w:sz w:val="16"/>
              </w:rPr>
              <w:t>$2,773</w:t>
            </w:r>
          </w:p>
        </w:tc>
        <w:tc>
          <w:tcPr>
            <w:tcW w:type="dxa" w:w="1167"/>
          </w:tcPr>
          <w:p>
            <w:pPr>
              <w:spacing w:after="0"/>
              <w:jc w:val="right"/>
            </w:pPr>
            <w:r>
              <w:rPr>
                <w:sz w:val="16"/>
              </w:rPr>
              <w:t>$12,009</w:t>
            </w:r>
          </w:p>
        </w:tc>
        <w:tc>
          <w:tcPr>
            <w:tcW w:type="dxa" w:w="1047"/>
          </w:tcPr>
          <w:p>
            <w:pPr>
              <w:spacing w:after="0"/>
              <w:jc w:val="right"/>
            </w:pPr>
            <w:r>
              <w:rPr>
                <w:sz w:val="16"/>
              </w:rPr>
              <w:t>under 0.0001%</w:t>
            </w:r>
          </w:p>
        </w:tc>
        <w:tc>
          <w:tcPr>
            <w:tcW w:type="dxa" w:w="1205"/>
          </w:tcPr>
          <w:p>
            <w:pPr>
              <w:spacing w:after="0"/>
              <w:jc w:val="right"/>
            </w:pPr>
            <w:r>
              <w:rPr>
                <w:sz w:val="16"/>
              </w:rPr>
              <w:t>$0</w:t>
            </w:r>
          </w:p>
        </w:tc>
        <w:tc>
          <w:tcPr>
            <w:tcW w:type="dxa" w:w="1098"/>
          </w:tcPr>
          <w:p>
            <w:pPr>
              <w:spacing w:after="0"/>
              <w:jc w:val="right"/>
            </w:pPr>
          </w:p>
        </w:tc>
        <w:tc>
          <w:tcPr>
            <w:tcW w:type="dxa" w:w="141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$8,651,881,013</w:t>
            </w:r>
          </w:p>
        </w:tc>
        <w:tc>
          <w:tcPr>
            <w:tcW w:type="dxa" w:w="1135"/>
          </w:tcPr>
          <w:p>
            <w:pPr>
              <w:spacing w:after="0"/>
              <w:jc w:val="right"/>
            </w:pPr>
            <w:r>
              <w:rPr>
                <w:sz w:val="16"/>
              </w:rPr>
              <w:t>$35,714,028</w:t>
            </w:r>
          </w:p>
        </w:tc>
        <w:tc>
          <w:tcPr>
            <w:tcW w:type="dxa" w:w="1044"/>
          </w:tcPr>
          <w:p>
            <w:pPr>
              <w:spacing w:after="0"/>
              <w:jc w:val="right"/>
            </w:pPr>
            <w:r>
              <w:rPr>
                <w:sz w:val="16"/>
              </w:rPr>
              <w:t>25,919</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167"/>
          </w:tcPr>
          <w:p>
            <w:pPr>
              <w:spacing w:after="0"/>
              <w:jc w:val="right"/>
            </w:pPr>
            <w:r>
              <w:rPr>
                <w:sz w:val="16"/>
              </w:rPr>
              <w:t>$71,987</w:t>
            </w:r>
          </w:p>
        </w:tc>
        <w:tc>
          <w:tcPr>
            <w:tcW w:type="dxa" w:w="1047"/>
          </w:tcPr>
          <w:p>
            <w:pPr>
              <w:spacing w:after="0"/>
              <w:jc w:val="right"/>
            </w:pPr>
            <w:r>
              <w:rPr>
                <w:sz w:val="16"/>
              </w:rPr>
              <w:t>under 0.0001%</w:t>
            </w:r>
          </w:p>
        </w:tc>
        <w:tc>
          <w:tcPr>
            <w:tcW w:type="dxa" w:w="1205"/>
          </w:tcPr>
          <w:p>
            <w:pPr>
              <w:spacing w:after="0"/>
              <w:jc w:val="right"/>
            </w:pPr>
          </w:p>
        </w:tc>
        <w:tc>
          <w:tcPr>
            <w:tcW w:type="dxa" w:w="1098"/>
          </w:tcPr>
          <w:p>
            <w:pPr>
              <w:spacing w:after="0"/>
              <w:jc w:val="right"/>
            </w:pPr>
            <w:r>
              <w:rPr>
                <w:sz w:val="16"/>
              </w:rPr>
              <w:t>$0</w:t>
            </w:r>
          </w:p>
        </w:tc>
        <w:tc>
          <w:tcPr>
            <w:tcW w:type="dxa" w:w="141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$8,634,034,211</w:t>
            </w:r>
          </w:p>
        </w:tc>
        <w:tc>
          <w:tcPr>
            <w:tcW w:type="dxa" w:w="1135"/>
          </w:tcPr>
          <w:p>
            <w:pPr>
              <w:spacing w:after="0"/>
              <w:jc w:val="right"/>
            </w:pPr>
            <w:r>
              <w:rPr>
                <w:sz w:val="16"/>
              </w:rPr>
              <w:t>$35,264,300</w:t>
            </w:r>
          </w:p>
        </w:tc>
        <w:tc>
          <w:tcPr>
            <w:tcW w:type="dxa" w:w="1044"/>
          </w:tcPr>
          <w:p>
            <w:pPr>
              <w:spacing w:after="0"/>
              <w:jc w:val="right"/>
            </w:pPr>
            <w:r>
              <w:rPr>
                <w:sz w:val="16"/>
              </w:rPr>
              <w:t>25,867</w:t>
            </w:r>
          </w:p>
        </w:tc>
        <w:tc>
          <w:tcPr>
            <w:tcW w:type="dxa" w:w="1037"/>
          </w:tcPr>
          <w:p>
            <w:pPr>
              <w:spacing w:after="0"/>
              <w:jc w:val="right"/>
            </w:pPr>
            <w:r>
              <w:rPr>
                <w:sz w:val="16"/>
              </w:rPr>
              <w:t>$347,868</w:t>
            </w:r>
          </w:p>
        </w:tc>
        <w:tc>
          <w:tcPr>
            <w:tcW w:type="dxa" w:w="1126"/>
          </w:tcPr>
          <w:p>
            <w:pPr>
              <w:spacing w:after="0"/>
              <w:jc w:val="right"/>
            </w:pPr>
            <w:r>
              <w:rPr>
                <w:sz w:val="16"/>
              </w:rPr>
              <w:t>$21,601</w:t>
            </w:r>
          </w:p>
        </w:tc>
        <w:tc>
          <w:tcPr>
            <w:tcW w:type="dxa" w:w="1167"/>
          </w:tcPr>
          <w:p>
            <w:pPr>
              <w:spacing w:after="0"/>
              <w:jc w:val="right"/>
            </w:pPr>
            <w:r>
              <w:rPr>
                <w:sz w:val="16"/>
              </w:rPr>
              <w:t>$7,320</w:t>
            </w:r>
          </w:p>
        </w:tc>
        <w:tc>
          <w:tcPr>
            <w:tcW w:type="dxa" w:w="1047"/>
          </w:tcPr>
          <w:p>
            <w:pPr>
              <w:spacing w:after="0"/>
              <w:jc w:val="right"/>
            </w:pPr>
            <w:r>
              <w:rPr>
                <w:sz w:val="16"/>
              </w:rPr>
              <w:t>0.00403%</w:t>
            </w:r>
          </w:p>
        </w:tc>
        <w:tc>
          <w:tcPr>
            <w:tcW w:type="dxa" w:w="1205"/>
          </w:tcPr>
          <w:p>
            <w:pPr>
              <w:spacing w:after="0"/>
              <w:jc w:val="right"/>
            </w:pPr>
          </w:p>
        </w:tc>
        <w:tc>
          <w:tcPr>
            <w:tcW w:type="dxa" w:w="1098"/>
          </w:tcPr>
          <w:p>
            <w:pPr>
              <w:spacing w:after="0"/>
              <w:jc w:val="right"/>
            </w:pPr>
          </w:p>
        </w:tc>
        <w:tc>
          <w:tcPr>
            <w:tcW w:type="dxa" w:w="1419"/>
          </w:tcPr>
          <w:p>
            <w:pPr>
              <w:spacing w:after="0"/>
              <w:jc w:val="right"/>
            </w:pPr>
            <w:r>
              <w:rPr>
                <w:sz w:val="16"/>
              </w:rPr>
              <w:t>none found (1 declaration)</w:t>
            </w:r>
          </w:p>
        </w:tc>
        <w:tc>
          <w:tcPr>
            <w:tcW w:type="dxa" w:w="131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$8,651,881,013</w:t>
            </w:r>
          </w:p>
        </w:tc>
        <w:tc>
          <w:tcPr>
            <w:tcW w:type="dxa" w:w="1135"/>
          </w:tcPr>
          <w:p>
            <w:pPr>
              <w:spacing w:after="0"/>
              <w:jc w:val="right"/>
            </w:pPr>
          </w:p>
        </w:tc>
        <w:tc>
          <w:tcPr>
            <w:tcW w:type="dxa" w:w="1044"/>
          </w:tcPr>
          <w:p>
            <w:pPr>
              <w:spacing w:after="0"/>
              <w:jc w:val="right"/>
            </w:pPr>
            <w:r>
              <w:rPr>
                <w:sz w:val="16"/>
              </w:rPr>
              <w:t>25,919</w:t>
            </w:r>
          </w:p>
        </w:tc>
        <w:tc>
          <w:tcPr>
            <w:tcW w:type="dxa" w:w="1037"/>
          </w:tcPr>
          <w:p>
            <w:pPr>
              <w:spacing w:after="0"/>
              <w:jc w:val="right"/>
            </w:pPr>
            <w:r>
              <w:rPr>
                <w:sz w:val="16"/>
              </w:rPr>
              <w:t>$73,915</w:t>
            </w:r>
          </w:p>
        </w:tc>
        <w:tc>
          <w:tcPr>
            <w:tcW w:type="dxa" w:w="1126"/>
          </w:tcPr>
          <w:p>
            <w:pPr>
              <w:spacing w:after="0"/>
              <w:jc w:val="right"/>
            </w:pPr>
          </w:p>
        </w:tc>
        <w:tc>
          <w:tcPr>
            <w:tcW w:type="dxa" w:w="1167"/>
          </w:tcPr>
          <w:p>
            <w:pPr>
              <w:spacing w:after="0"/>
              <w:jc w:val="right"/>
            </w:pPr>
            <w:r>
              <w:rPr>
                <w:sz w:val="16"/>
              </w:rPr>
              <w:t>$6,886</w:t>
            </w:r>
          </w:p>
        </w:tc>
        <w:tc>
          <w:tcPr>
            <w:tcW w:type="dxa" w:w="1047"/>
          </w:tcPr>
          <w:p>
            <w:pPr>
              <w:spacing w:after="0"/>
              <w:jc w:val="right"/>
            </w:pPr>
            <w:r>
              <w:rPr>
                <w:sz w:val="16"/>
              </w:rPr>
              <w:t>0.000854%</w:t>
            </w: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$8,630,625,763</w:t>
            </w:r>
          </w:p>
        </w:tc>
        <w:tc>
          <w:tcPr>
            <w:tcW w:type="dxa" w:w="1135"/>
          </w:tcPr>
          <w:p>
            <w:pPr>
              <w:spacing w:after="0"/>
              <w:jc w:val="right"/>
            </w:pPr>
            <w:r>
              <w:rPr>
                <w:sz w:val="16"/>
              </w:rPr>
              <w:t>$8,280,019</w:t>
            </w:r>
          </w:p>
        </w:tc>
        <w:tc>
          <w:tcPr>
            <w:tcW w:type="dxa" w:w="1044"/>
          </w:tcPr>
          <w:p>
            <w:pPr>
              <w:spacing w:after="0"/>
              <w:jc w:val="right"/>
            </w:pPr>
            <w:r>
              <w:rPr>
                <w:sz w:val="16"/>
              </w:rPr>
              <w:t>852</w:t>
            </w:r>
          </w:p>
        </w:tc>
        <w:tc>
          <w:tcPr>
            <w:tcW w:type="dxa" w:w="1037"/>
          </w:tcPr>
          <w:p>
            <w:pPr>
              <w:spacing w:after="0"/>
              <w:jc w:val="right"/>
            </w:pPr>
            <w:r>
              <w:rPr>
                <w:sz w:val="16"/>
              </w:rPr>
              <w:t>$8,173,199</w:t>
            </w:r>
          </w:p>
        </w:tc>
        <w:tc>
          <w:tcPr>
            <w:tcW w:type="dxa" w:w="1126"/>
          </w:tcPr>
          <w:p>
            <w:pPr>
              <w:spacing w:after="0"/>
              <w:jc w:val="right"/>
            </w:pPr>
            <w:r>
              <w:rPr>
                <w:sz w:val="16"/>
              </w:rPr>
              <w:t>$37,034</w:t>
            </w:r>
          </w:p>
        </w:tc>
        <w:tc>
          <w:tcPr>
            <w:tcW w:type="dxa" w:w="1167"/>
          </w:tcPr>
          <w:p>
            <w:pPr>
              <w:spacing w:after="0"/>
              <w:jc w:val="right"/>
            </w:pPr>
            <w:r>
              <w:rPr>
                <w:sz w:val="16"/>
              </w:rPr>
              <w:t>$59,291</w:t>
            </w:r>
          </w:p>
        </w:tc>
        <w:tc>
          <w:tcPr>
            <w:tcW w:type="dxa" w:w="1047"/>
          </w:tcPr>
          <w:p>
            <w:pPr>
              <w:spacing w:after="0"/>
              <w:jc w:val="right"/>
            </w:pPr>
            <w:r>
              <w:rPr>
                <w:sz w:val="16"/>
              </w:rPr>
              <w:t>n/a (see note)</w:t>
            </w:r>
          </w:p>
        </w:tc>
        <w:tc>
          <w:tcPr>
            <w:tcW w:type="dxa" w:w="1205"/>
          </w:tcPr>
          <w:p>
            <w:pPr>
              <w:spacing w:after="0"/>
              <w:jc w:val="right"/>
            </w:pPr>
            <w:r>
              <w:rPr>
                <w:sz w:val="16"/>
              </w:rPr>
              <w:t>$2,725,000</w:t>
            </w:r>
          </w:p>
        </w:tc>
        <w:tc>
          <w:tcPr>
            <w:tcW w:type="dxa" w:w="1098"/>
          </w:tcPr>
          <w:p>
            <w:pPr>
              <w:spacing w:after="0"/>
              <w:jc w:val="right"/>
            </w:pPr>
          </w:p>
        </w:tc>
        <w:tc>
          <w:tcPr>
            <w:tcW w:type="dxa" w:w="1419"/>
          </w:tcPr>
          <w:p>
            <w:pPr>
              <w:spacing w:after="0"/>
              <w:jc w:val="right"/>
            </w:pPr>
            <w:r>
              <w:rPr>
                <w:sz w:val="16"/>
              </w:rPr>
              <w:t>$19,479,266.97</w:t>
            </w:r>
          </w:p>
        </w:tc>
        <w:tc>
          <w:tcPr>
            <w:tcW w:type="dxa" w:w="131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$675,203,879</w:t>
            </w:r>
          </w:p>
        </w:tc>
        <w:tc>
          <w:tcPr>
            <w:tcW w:type="dxa" w:w="1135"/>
          </w:tcPr>
          <w:p>
            <w:pPr>
              <w:spacing w:after="0"/>
              <w:jc w:val="right"/>
            </w:pPr>
          </w:p>
        </w:tc>
        <w:tc>
          <w:tcPr>
            <w:tcW w:type="dxa" w:w="1044"/>
          </w:tcPr>
          <w:p>
            <w:pPr>
              <w:spacing w:after="0"/>
              <w:jc w:val="right"/>
            </w:pPr>
            <w:r>
              <w:rPr>
                <w:sz w:val="16"/>
              </w:rPr>
              <w:t>2,199</w:t>
            </w:r>
          </w:p>
        </w:tc>
        <w:tc>
          <w:tcPr>
            <w:tcW w:type="dxa" w:w="1037"/>
          </w:tcPr>
          <w:p>
            <w:pPr>
              <w:spacing w:after="0"/>
              <w:jc w:val="right"/>
            </w:pPr>
            <w:r>
              <w:rPr>
                <w:sz w:val="16"/>
              </w:rPr>
              <w:t>$6,844</w:t>
            </w:r>
          </w:p>
        </w:tc>
        <w:tc>
          <w:tcPr>
            <w:tcW w:type="dxa" w:w="1126"/>
          </w:tcPr>
          <w:p>
            <w:pPr>
              <w:spacing w:after="0"/>
              <w:jc w:val="right"/>
            </w:pPr>
          </w:p>
        </w:tc>
        <w:tc>
          <w:tcPr>
            <w:tcW w:type="dxa" w:w="1167"/>
          </w:tcPr>
          <w:p>
            <w:pPr>
              <w:spacing w:after="0"/>
              <w:jc w:val="right"/>
            </w:pPr>
            <w:r>
              <w:rPr>
                <w:sz w:val="16"/>
              </w:rPr>
              <w:t>$7,030</w:t>
            </w:r>
          </w:p>
        </w:tc>
        <w:tc>
          <w:tcPr>
            <w:tcW w:type="dxa" w:w="1047"/>
          </w:tcPr>
          <w:p>
            <w:pPr>
              <w:spacing w:after="0"/>
              <w:jc w:val="right"/>
            </w:pPr>
            <w:r>
              <w:rPr>
                <w:sz w:val="16"/>
              </w:rPr>
              <w:t>0.00101%</w:t>
            </w:r>
          </w:p>
        </w:tc>
        <w:tc>
          <w:tcPr>
            <w:tcW w:type="dxa" w:w="1205"/>
          </w:tcPr>
          <w:p>
            <w:pPr>
              <w:spacing w:after="0"/>
              <w:jc w:val="right"/>
            </w:pPr>
          </w:p>
        </w:tc>
        <w:tc>
          <w:tcPr>
            <w:tcW w:type="dxa" w:w="1098"/>
          </w:tcPr>
          <w:p>
            <w:pPr>
              <w:spacing w:after="0"/>
              <w:jc w:val="right"/>
            </w:pPr>
          </w:p>
        </w:tc>
        <w:tc>
          <w:tcPr>
            <w:tcW w:type="dxa" w:w="1419"/>
          </w:tcPr>
          <w:p>
            <w:pPr>
              <w:spacing w:after="0"/>
              <w:jc w:val="right"/>
            </w:pPr>
            <w:r>
              <w:rPr>
                <w:sz w:val="16"/>
              </w:rPr>
              <w:t>$13,242,238.18</w:t>
            </w:r>
          </w:p>
        </w:tc>
        <w:tc>
          <w:tcPr>
            <w:tcW w:type="dxa" w:w="131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$8,651,881,013</w:t>
            </w:r>
          </w:p>
        </w:tc>
        <w:tc>
          <w:tcPr>
            <w:tcW w:type="dxa" w:w="1135"/>
          </w:tcPr>
          <w:p>
            <w:pPr>
              <w:spacing w:after="0"/>
              <w:jc w:val="right"/>
            </w:pPr>
          </w:p>
        </w:tc>
        <w:tc>
          <w:tcPr>
            <w:tcW w:type="dxa" w:w="1044"/>
          </w:tcPr>
          <w:p>
            <w:pPr>
              <w:spacing w:after="0"/>
              <w:jc w:val="right"/>
            </w:pPr>
            <w:r>
              <w:rPr>
                <w:sz w:val="16"/>
              </w:rPr>
              <w:t>25,919</w:t>
            </w:r>
          </w:p>
        </w:tc>
        <w:tc>
          <w:tcPr>
            <w:tcW w:type="dxa" w:w="1037"/>
          </w:tcPr>
          <w:p>
            <w:pPr>
              <w:spacing w:after="0"/>
              <w:jc w:val="right"/>
            </w:pPr>
            <w:r>
              <w:rPr>
                <w:sz w:val="16"/>
              </w:rPr>
              <w:t>$34,251</w:t>
            </w:r>
          </w:p>
        </w:tc>
        <w:tc>
          <w:tcPr>
            <w:tcW w:type="dxa" w:w="1126"/>
          </w:tcPr>
          <w:p>
            <w:pPr>
              <w:spacing w:after="0"/>
              <w:jc w:val="right"/>
            </w:pPr>
          </w:p>
        </w:tc>
        <w:tc>
          <w:tcPr>
            <w:tcW w:type="dxa" w:w="1167"/>
          </w:tcPr>
          <w:p>
            <w:pPr>
              <w:spacing w:after="0"/>
              <w:jc w:val="right"/>
            </w:pPr>
            <w:r>
              <w:rPr>
                <w:sz w:val="16"/>
              </w:rPr>
              <w:t>$210,354</w:t>
            </w:r>
          </w:p>
        </w:tc>
        <w:tc>
          <w:tcPr>
            <w:tcW w:type="dxa" w:w="1047"/>
          </w:tcPr>
          <w:p>
            <w:pPr>
              <w:spacing w:after="0"/>
              <w:jc w:val="right"/>
            </w:pPr>
            <w:r>
              <w:rPr>
                <w:sz w:val="16"/>
              </w:rPr>
              <w:t>0.000396%</w:t>
            </w: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$8,651,881,013</w:t>
            </w:r>
          </w:p>
        </w:tc>
        <w:tc>
          <w:tcPr>
            <w:tcW w:type="dxa" w:w="1135"/>
          </w:tcPr>
          <w:p>
            <w:pPr>
              <w:spacing w:after="0"/>
              <w:jc w:val="right"/>
            </w:pPr>
            <w:r>
              <w:rPr>
                <w:sz w:val="16"/>
              </w:rPr>
              <w:t>$35,714,028</w:t>
            </w:r>
          </w:p>
        </w:tc>
        <w:tc>
          <w:tcPr>
            <w:tcW w:type="dxa" w:w="1044"/>
          </w:tcPr>
          <w:p>
            <w:pPr>
              <w:spacing w:after="0"/>
              <w:jc w:val="right"/>
            </w:pPr>
            <w:r>
              <w:rPr>
                <w:sz w:val="16"/>
              </w:rPr>
              <w:t>25,919</w:t>
            </w:r>
          </w:p>
        </w:tc>
        <w:tc>
          <w:tcPr>
            <w:tcW w:type="dxa" w:w="1037"/>
          </w:tcPr>
          <w:p>
            <w:pPr>
              <w:spacing w:after="0"/>
              <w:jc w:val="right"/>
            </w:pPr>
            <w:r>
              <w:rPr>
                <w:sz w:val="16"/>
              </w:rPr>
              <w:t>$124,212</w:t>
            </w:r>
          </w:p>
        </w:tc>
        <w:tc>
          <w:tcPr>
            <w:tcW w:type="dxa" w:w="1126"/>
          </w:tcPr>
          <w:p>
            <w:pPr>
              <w:spacing w:after="0"/>
              <w:jc w:val="right"/>
            </w:pPr>
            <w:r>
              <w:rPr>
                <w:sz w:val="16"/>
              </w:rPr>
              <w:t>$1,939</w:t>
            </w:r>
          </w:p>
        </w:tc>
        <w:tc>
          <w:tcPr>
            <w:tcW w:type="dxa" w:w="1167"/>
          </w:tcPr>
          <w:p>
            <w:pPr>
              <w:spacing w:after="0"/>
              <w:jc w:val="right"/>
            </w:pPr>
            <w:r>
              <w:rPr>
                <w:sz w:val="16"/>
              </w:rPr>
              <w:t>$117,528</w:t>
            </w:r>
          </w:p>
        </w:tc>
        <w:tc>
          <w:tcPr>
            <w:tcW w:type="dxa" w:w="1047"/>
          </w:tcPr>
          <w:p>
            <w:pPr>
              <w:spacing w:after="0"/>
              <w:jc w:val="right"/>
            </w:pPr>
            <w:r>
              <w:rPr>
                <w:sz w:val="16"/>
              </w:rPr>
              <w:t>0.00144%</w:t>
            </w:r>
          </w:p>
        </w:tc>
        <w:tc>
          <w:tcPr>
            <w:tcW w:type="dxa" w:w="1205"/>
          </w:tcPr>
          <w:p>
            <w:pPr>
              <w:spacing w:after="0"/>
              <w:jc w:val="right"/>
            </w:pPr>
            <w:r>
              <w:rPr>
                <w:sz w:val="16"/>
              </w:rPr>
              <w:t>$53,000</w:t>
            </w:r>
          </w:p>
        </w:tc>
        <w:tc>
          <w:tcPr>
            <w:tcW w:type="dxa" w:w="1098"/>
          </w:tcPr>
          <w:p>
            <w:pPr>
              <w:spacing w:after="0"/>
              <w:jc w:val="right"/>
            </w:pPr>
            <w:r>
              <w:rPr>
                <w:sz w:val="16"/>
              </w:rPr>
              <w:t>$410,000</w:t>
            </w:r>
          </w:p>
        </w:tc>
        <w:tc>
          <w:tcPr>
            <w:tcW w:type="dxa" w:w="1419"/>
          </w:tcPr>
          <w:p>
            <w:pPr>
              <w:spacing w:after="0"/>
              <w:jc w:val="right"/>
            </w:pPr>
          </w:p>
        </w:tc>
        <w:tc>
          <w:tcPr>
            <w:tcW w:type="dxa" w:w="1313"/>
          </w:tcPr>
          <w:p>
            <w:pPr>
              <w:spacing w:after="0"/>
              <w:jc w:val="left"/>
            </w:pPr>
            <w:r>
              <w:rPr>
                <w:sz w:val="16"/>
              </w:rPr>
              <w:t>Storm Events damage since the plan includes 3 zone-level High Wind records ($375,000) and 2 zone-level Strong Wind records ($35,000),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$8,651,881,013</w:t>
            </w:r>
          </w:p>
        </w:tc>
        <w:tc>
          <w:tcPr>
            <w:tcW w:type="dxa" w:w="1135"/>
          </w:tcPr>
          <w:p>
            <w:pPr>
              <w:spacing w:after="0"/>
              <w:jc w:val="right"/>
            </w:pPr>
            <w:r>
              <w:rPr>
                <w:sz w:val="16"/>
              </w:rPr>
              <w:t>$35,714,028</w:t>
            </w:r>
          </w:p>
        </w:tc>
        <w:tc>
          <w:tcPr>
            <w:tcW w:type="dxa" w:w="1044"/>
          </w:tcPr>
          <w:p>
            <w:pPr>
              <w:spacing w:after="0"/>
              <w:jc w:val="right"/>
            </w:pPr>
            <w:r>
              <w:rPr>
                <w:sz w:val="16"/>
              </w:rPr>
              <w:t>25,919</w:t>
            </w:r>
          </w:p>
        </w:tc>
        <w:tc>
          <w:tcPr>
            <w:tcW w:type="dxa" w:w="1037"/>
          </w:tcPr>
          <w:p>
            <w:pPr>
              <w:spacing w:after="0"/>
              <w:jc w:val="right"/>
            </w:pPr>
            <w:r>
              <w:rPr>
                <w:sz w:val="16"/>
              </w:rPr>
              <w:t>$21,784</w:t>
            </w:r>
          </w:p>
        </w:tc>
        <w:tc>
          <w:tcPr>
            <w:tcW w:type="dxa" w:w="1126"/>
          </w:tcPr>
          <w:p>
            <w:pPr>
              <w:spacing w:after="0"/>
              <w:jc w:val="right"/>
            </w:pPr>
            <w:r>
              <w:rPr>
                <w:sz w:val="16"/>
              </w:rPr>
              <w:t>$103</w:t>
            </w:r>
          </w:p>
        </w:tc>
        <w:tc>
          <w:tcPr>
            <w:tcW w:type="dxa" w:w="1167"/>
          </w:tcPr>
          <w:p>
            <w:pPr>
              <w:spacing w:after="0"/>
              <w:jc w:val="right"/>
            </w:pPr>
            <w:r>
              <w:rPr>
                <w:sz w:val="16"/>
              </w:rPr>
              <w:t>$77,542</w:t>
            </w:r>
          </w:p>
        </w:tc>
        <w:tc>
          <w:tcPr>
            <w:tcW w:type="dxa" w:w="1047"/>
          </w:tcPr>
          <w:p>
            <w:pPr>
              <w:spacing w:after="0"/>
              <w:jc w:val="right"/>
            </w:pPr>
            <w:r>
              <w:rPr>
                <w:sz w:val="16"/>
              </w:rPr>
              <w:t>0.000252%</w:t>
            </w: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047"/>
          </w:tcPr>
          <w:p>
            <w:pPr>
              <w:spacing w:after="0"/>
              <w:jc w:val="right"/>
            </w:pP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047"/>
          </w:tcPr>
          <w:p>
            <w:pPr>
              <w:spacing w:after="0"/>
              <w:jc w:val="right"/>
            </w:pP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$5,724,954,256</w:t>
            </w:r>
          </w:p>
        </w:tc>
        <w:tc>
          <w:tcPr>
            <w:tcW w:type="dxa" w:w="1135"/>
          </w:tcPr>
          <w:p>
            <w:pPr>
              <w:spacing w:after="0"/>
              <w:jc w:val="right"/>
            </w:pPr>
            <w:r>
              <w:rPr>
                <w:sz w:val="16"/>
              </w:rPr>
              <w:t>$24,030,748</w:t>
            </w:r>
          </w:p>
        </w:tc>
        <w:tc>
          <w:tcPr>
            <w:tcW w:type="dxa" w:w="1044"/>
          </w:tcPr>
          <w:p>
            <w:pPr>
              <w:spacing w:after="0"/>
              <w:jc w:val="right"/>
            </w:pPr>
            <w:r>
              <w:rPr>
                <w:sz w:val="16"/>
              </w:rPr>
              <w:t>18,295</w:t>
            </w:r>
          </w:p>
        </w:tc>
        <w:tc>
          <w:tcPr>
            <w:tcW w:type="dxa" w:w="1037"/>
          </w:tcPr>
          <w:p>
            <w:pPr>
              <w:spacing w:after="0"/>
              <w:jc w:val="right"/>
            </w:pPr>
            <w:r>
              <w:rPr>
                <w:sz w:val="16"/>
              </w:rPr>
              <w:t>$6,839</w:t>
            </w:r>
          </w:p>
        </w:tc>
        <w:tc>
          <w:tcPr>
            <w:tcW w:type="dxa" w:w="1126"/>
          </w:tcPr>
          <w:p>
            <w:pPr>
              <w:spacing w:after="0"/>
              <w:jc w:val="right"/>
            </w:pPr>
            <w:r>
              <w:rPr>
                <w:sz w:val="16"/>
              </w:rPr>
              <w:t>$2</w:t>
            </w:r>
          </w:p>
        </w:tc>
        <w:tc>
          <w:tcPr>
            <w:tcW w:type="dxa" w:w="1167"/>
          </w:tcPr>
          <w:p>
            <w:pPr>
              <w:spacing w:after="0"/>
              <w:jc w:val="right"/>
            </w:pPr>
            <w:r>
              <w:rPr>
                <w:sz w:val="16"/>
              </w:rPr>
              <w:t>$429</w:t>
            </w:r>
          </w:p>
        </w:tc>
        <w:tc>
          <w:tcPr>
            <w:tcW w:type="dxa" w:w="1047"/>
          </w:tcPr>
          <w:p>
            <w:pPr>
              <w:spacing w:after="0"/>
              <w:jc w:val="right"/>
            </w:pPr>
            <w:r>
              <w:rPr>
                <w:sz w:val="16"/>
              </w:rPr>
              <w:t>0.000119%</w:t>
            </w: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$8,651,881,013</w:t>
            </w:r>
          </w:p>
        </w:tc>
        <w:tc>
          <w:tcPr>
            <w:tcW w:type="dxa" w:w="1135"/>
          </w:tcPr>
          <w:p>
            <w:pPr>
              <w:spacing w:after="0"/>
              <w:jc w:val="right"/>
            </w:pPr>
            <w:r>
              <w:rPr>
                <w:sz w:val="16"/>
              </w:rPr>
              <w:t>$35,714,028</w:t>
            </w:r>
          </w:p>
        </w:tc>
        <w:tc>
          <w:tcPr>
            <w:tcW w:type="dxa" w:w="1044"/>
          </w:tcPr>
          <w:p>
            <w:pPr>
              <w:spacing w:after="0"/>
              <w:jc w:val="right"/>
            </w:pPr>
            <w:r>
              <w:rPr>
                <w:sz w:val="16"/>
              </w:rPr>
              <w:t>25,919</w:t>
            </w:r>
          </w:p>
        </w:tc>
        <w:tc>
          <w:tcPr>
            <w:tcW w:type="dxa" w:w="1037"/>
          </w:tcPr>
          <w:p>
            <w:pPr>
              <w:spacing w:after="0"/>
              <w:jc w:val="right"/>
            </w:pPr>
            <w:r>
              <w:rPr>
                <w:sz w:val="16"/>
              </w:rPr>
              <w:t>$99,497</w:t>
            </w:r>
          </w:p>
        </w:tc>
        <w:tc>
          <w:tcPr>
            <w:tcW w:type="dxa" w:w="1126"/>
          </w:tcPr>
          <w:p>
            <w:pPr>
              <w:spacing w:after="0"/>
              <w:jc w:val="right"/>
            </w:pPr>
            <w:r>
              <w:rPr>
                <w:sz w:val="16"/>
              </w:rPr>
              <w:t>$62</w:t>
            </w:r>
          </w:p>
        </w:tc>
        <w:tc>
          <w:tcPr>
            <w:tcW w:type="dxa" w:w="1167"/>
          </w:tcPr>
          <w:p>
            <w:pPr>
              <w:spacing w:after="0"/>
              <w:jc w:val="right"/>
            </w:pPr>
            <w:r>
              <w:rPr>
                <w:sz w:val="16"/>
              </w:rPr>
              <w:t>$207,030</w:t>
            </w:r>
          </w:p>
        </w:tc>
        <w:tc>
          <w:tcPr>
            <w:tcW w:type="dxa" w:w="1047"/>
          </w:tcPr>
          <w:p>
            <w:pPr>
              <w:spacing w:after="0"/>
              <w:jc w:val="right"/>
            </w:pPr>
            <w:r>
              <w:rPr>
                <w:sz w:val="16"/>
              </w:rPr>
              <w:t>0.00115%</w:t>
            </w:r>
          </w:p>
        </w:tc>
        <w:tc>
          <w:tcPr>
            <w:tcW w:type="dxa" w:w="1205"/>
          </w:tcPr>
          <w:p>
            <w:pPr>
              <w:spacing w:after="0"/>
              <w:jc w:val="right"/>
            </w:pPr>
          </w:p>
        </w:tc>
        <w:tc>
          <w:tcPr>
            <w:tcW w:type="dxa" w:w="1098"/>
          </w:tcPr>
          <w:p>
            <w:pPr>
              <w:spacing w:after="0"/>
              <w:jc w:val="right"/>
            </w:pPr>
            <w:r>
              <w:rPr>
                <w:sz w:val="16"/>
              </w:rPr>
              <w:t>$0</w:t>
            </w:r>
          </w:p>
        </w:tc>
        <w:tc>
          <w:tcPr>
            <w:tcW w:type="dxa" w:w="1419"/>
          </w:tcPr>
          <w:p>
            <w:pPr>
              <w:spacing w:after="0"/>
              <w:jc w:val="right"/>
            </w:pPr>
            <w:r>
              <w:rPr>
                <w:sz w:val="16"/>
              </w:rPr>
              <w:t>$4,258,115.97</w:t>
            </w:r>
          </w:p>
        </w:tc>
        <w:tc>
          <w:tcPr>
            <w:tcW w:type="dxa" w:w="1313"/>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2022-08-30 (Storm Events through 2026-06-30): 23 county-coded records, 23 with a damage value recorded (including $0), $2,778,000; 50 zone-level records, 50 with a damage value recorded (including $0), $660,000 reported for the zone; Public Assistance on counted declarations $23,737,382.94 (8 declarations, 6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Lamoille County, county-level (county FIPS 50015);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25,919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$8,651,881,013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$35,714,028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$9,231,288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$1,346,329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Lamoille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Lamoille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3</w:t>
            </w:r>
          </w:p>
        </w:tc>
        <w:tc>
          <w:tcPr>
            <w:tcW w:type="dxa" w:w="1558"/>
          </w:tcPr>
          <w:p>
            <w:pPr>
              <w:spacing w:after="0"/>
              <w:jc w:val="right"/>
            </w:pPr>
            <w:r>
              <w:rPr>
                <w:sz w:val="16"/>
              </w:rPr>
              <w:t>17</w:t>
            </w:r>
          </w:p>
        </w:tc>
        <w:tc>
          <w:tcPr>
            <w:tcW w:type="dxa" w:w="1558"/>
          </w:tcPr>
          <w:p>
            <w:pPr>
              <w:spacing w:after="0"/>
              <w:jc w:val="right"/>
            </w:pPr>
            <w:r>
              <w:rPr>
                <w:sz w:val="16"/>
              </w:rPr>
              <w:t>3</w:t>
            </w:r>
          </w:p>
        </w:tc>
        <w:tc>
          <w:tcPr>
            <w:tcW w:type="dxa" w:w="1558"/>
          </w:tcPr>
          <w:p>
            <w:pPr>
              <w:spacing w:after="0"/>
              <w:jc w:val="right"/>
            </w:pPr>
            <w:r>
              <w:rPr>
                <w:sz w:val="16"/>
              </w:rPr>
              <w:t>17</w:t>
            </w:r>
          </w:p>
        </w:tc>
        <w:tc>
          <w:tcPr>
            <w:tcW w:type="dxa" w:w="1558"/>
          </w:tcPr>
          <w:p>
            <w:pPr>
              <w:spacing w:after="0"/>
              <w:jc w:val="right"/>
            </w:pPr>
            <w:r>
              <w:rPr>
                <w:sz w:val="16"/>
              </w:rPr>
              <w:t>0</w:t>
            </w:r>
          </w:p>
        </w:tc>
        <w:tc>
          <w:tcPr>
            <w:tcW w:type="dxa" w:w="1735"/>
          </w:tcPr>
          <w:p>
            <w:pPr>
              <w:spacing w:after="0"/>
              <w:jc w:val="right"/>
            </w:pPr>
            <w:r>
              <w:rPr>
                <w:sz w:val="16"/>
              </w:rPr>
              <w:t>10</w:t>
            </w:r>
          </w:p>
        </w:tc>
      </w:tr>
      <w:tr>
        <w:trPr>
          <w:cantSplit/>
        </w:trPr>
        <w:tc>
          <w:tcPr>
            <w:tcW w:type="dxa" w:w="3027"/>
          </w:tcPr>
          <w:p>
            <w:pPr>
              <w:spacing w:after="0"/>
              <w:jc w:val="left"/>
            </w:pPr>
            <w:r>
              <w:rPr>
                <w:sz w:val="16"/>
              </w:rPr>
              <w:t>CAMBRIDGE,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JOHNSON,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MORRISTOWN,TOWN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MORRISVILLE, VILLAGE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STOWE,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CAMBRIDGE, VILLAGE OF</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4</w:t>
            </w:r>
          </w:p>
        </w:tc>
        <w:tc>
          <w:tcPr>
            <w:tcW w:type="dxa" w:w="1558"/>
          </w:tcPr>
          <w:p>
            <w:pPr>
              <w:spacing w:after="0"/>
              <w:jc w:val="right"/>
            </w:pPr>
            <w:r>
              <w:rPr>
                <w:sz w:val="16"/>
              </w:rPr>
              <w:t>1</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3</w:t>
            </w:r>
          </w:p>
        </w:tc>
      </w:tr>
      <w:tr>
        <w:trPr>
          <w:cantSplit/>
        </w:trPr>
        <w:tc>
          <w:tcPr>
            <w:tcW w:type="dxa" w:w="3027"/>
          </w:tcPr>
          <w:p>
            <w:pPr>
              <w:spacing w:after="0"/>
              <w:jc w:val="left"/>
            </w:pPr>
            <w:r>
              <w:rPr>
                <w:sz w:val="16"/>
              </w:rPr>
              <w:t>HYDE PARK,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JOHNSON, VILLAGE OF</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4</w:t>
            </w:r>
          </w:p>
        </w:tc>
        <w:tc>
          <w:tcPr>
            <w:tcW w:type="dxa" w:w="1558"/>
          </w:tcPr>
          <w:p>
            <w:pPr>
              <w:spacing w:after="0"/>
              <w:jc w:val="right"/>
            </w:pPr>
            <w:r>
              <w:rPr>
                <w:sz w:val="16"/>
              </w:rPr>
              <w:t>2</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2</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Waterville town</w:t>
            </w:r>
          </w:p>
        </w:tc>
        <w:tc>
          <w:tcPr>
            <w:tcW w:type="dxa" w:w="1499"/>
          </w:tcPr>
          <w:p>
            <w:pPr>
              <w:spacing w:after="0"/>
              <w:jc w:val="left"/>
            </w:pPr>
            <w:r>
              <w:rPr>
                <w:sz w:val="16"/>
              </w:rPr>
              <w:t>500233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Waterville town, VT: risk-assessment baseline packet, release 2026-10 (data as of 2026-09-28; Vermont town 5001577425).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hazard-plain_2026-10_VT_5001577425.docx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Waterville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Waterville town, VT: Risk-assessment baseline packet</dc:title>
  <dc:subject>Hazard Plain release 2026-10, as of 2026-09-28. Preview: automated baseline</dc:subject>
  <dc:creator>Hazard Plain</dc:creator>
  <cp:keywords>Hazard Plain; hazard mitigation; risk assessment; 5001577425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