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Hyde Park town, VT</w:t>
      </w:r>
    </w:p>
    <w:p>
      <w:pPr>
        <w:spacing w:after="120" w:before="0"/>
      </w:pPr>
      <w:r>
        <w:rPr>
          <w:color w:val="555555"/>
          <w:sz w:val="24"/>
        </w:rPr>
        <w:t>Risk-assessment baseline packet (county-level sections from Lamoille County)</w:t>
      </w:r>
    </w:p>
    <w:p>
      <w:pPr>
        <w:spacing w:after="120" w:before="0"/>
      </w:pPr>
      <w:r>
        <w:rPr>
          <w:b/>
          <w:sz w:val="18"/>
        </w:rPr>
        <w:t xml:space="preserve">Town FIPS: </w:t>
      </w:r>
      <w:r>
        <w:rPr>
          <w:sz w:val="18"/>
        </w:rPr>
        <w:t>5001535050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2031-08-31. Plan: Town of Hyde Park and Village of Hyde Park, Vermont Local Hazard Mitigation Plan (FEMA plan 112246), approved 2026-09-01.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Lamoille County data (county FIPS 50015; each heading says so); the plan clock, B1-f and B2-c are for Hyde Park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($8,269,524 a year), Cold Wave ($562,932) and Hurricane ($376,789).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5001535050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2031-08-31</w:t>
      </w:r>
    </w:p>
    <w:p>
      <w:pPr>
        <w:keepNext/>
        <w:spacing w:after="40" w:before="0"/>
      </w:pPr>
      <w:r>
        <w:rPr>
          <w:b/>
        </w:rPr>
        <w:t xml:space="preserve">Plan: </w:t>
      </w:r>
      <w:r>
        <w:rPr/>
        <w:t>Town of Hyde Park and Village of Hyde Park, Vermont Local Hazard Mitigation Plan (FEMA plan 112246)</w:t>
      </w:r>
    </w:p>
    <w:p>
      <w:pPr>
        <w:keepNext/>
        <w:spacing w:after="40" w:before="0"/>
      </w:pPr>
      <w:r>
        <w:rPr>
          <w:b/>
        </w:rPr>
        <w:t xml:space="preserve">Approved: </w:t>
      </w:r>
      <w:r>
        <w:rPr/>
        <w:t>2026-09-01</w:t>
      </w:r>
    </w:p>
    <w:p>
      <w:pPr>
        <w:keepNext/>
        <w:spacing w:after="40" w:before="0"/>
      </w:pPr>
      <w:r>
        <w:rPr>
          <w:b/>
        </w:rPr>
        <w:t xml:space="preserve">Days to expiry: </w:t>
      </w:r>
      <w:r>
        <w:rPr/>
        <w:t>1,796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(Hyde Park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31"/>
        <w:gridCol w:w="851"/>
        <w:gridCol w:w="3473"/>
        <w:gridCol w:w="4059"/>
        <w:gridCol w:w="1362"/>
        <w:gridCol w:w="1362"/>
        <w:gridCol w:w="1174"/>
      </w:tblGrid>
      <w:tr>
        <w:trPr>
          <w:cantSplit/>
          <w:tblHeader/>
        </w:trPr>
        <w:tc>
          <w:tcPr>
            <w:tcW w:type="dxa" w:w="1831"/>
            <w:shd w:val="clear" w:color="auto" w:fill="E8E8E8"/>
          </w:tcPr>
          <w:p>
            <w:pPr>
              <w:spacing w:after="0"/>
              <w:jc w:val="left"/>
            </w:pPr>
            <w:r>
              <w:rPr>
                <w:b/>
                <w:sz w:val="16"/>
              </w:rPr>
              <w:t>Jurisdiction</w:t>
            </w:r>
          </w:p>
        </w:tc>
        <w:tc>
          <w:tcPr>
            <w:tcW w:type="dxa" w:w="851"/>
            <w:shd w:val="clear" w:color="auto" w:fill="E8E8E8"/>
          </w:tcPr>
          <w:p>
            <w:pPr>
              <w:spacing w:after="0"/>
              <w:jc w:val="left"/>
            </w:pPr>
            <w:r>
              <w:rPr>
                <w:b/>
                <w:sz w:val="16"/>
              </w:rPr>
              <w:t>Type</w:t>
            </w:r>
          </w:p>
        </w:tc>
        <w:tc>
          <w:tcPr>
            <w:tcW w:type="dxa" w:w="3473"/>
            <w:shd w:val="clear" w:color="auto" w:fill="E8E8E8"/>
          </w:tcPr>
          <w:p>
            <w:pPr>
              <w:spacing w:after="0"/>
              <w:jc w:val="left"/>
            </w:pPr>
            <w:r>
              <w:rPr>
                <w:b/>
                <w:sz w:val="16"/>
              </w:rPr>
              <w:t>Status</w:t>
            </w:r>
          </w:p>
        </w:tc>
        <w:tc>
          <w:tcPr>
            <w:tcW w:type="dxa" w:w="4059"/>
            <w:shd w:val="clear" w:color="auto" w:fill="E8E8E8"/>
          </w:tcPr>
          <w:p>
            <w:pPr>
              <w:spacing w:after="0"/>
              <w:jc w:val="left"/>
            </w:pPr>
            <w:r>
              <w:rPr>
                <w:b/>
                <w:sz w:val="16"/>
              </w:rPr>
              <w:t>Plan</w:t>
            </w:r>
          </w:p>
        </w:tc>
        <w:tc>
          <w:tcPr>
            <w:tcW w:type="dxa" w:w="1362"/>
            <w:shd w:val="clear" w:color="auto" w:fill="E8E8E8"/>
          </w:tcPr>
          <w:p>
            <w:pPr>
              <w:spacing w:after="0"/>
              <w:jc w:val="left"/>
            </w:pPr>
            <w:r>
              <w:rPr>
                <w:b/>
                <w:sz w:val="16"/>
              </w:rPr>
              <w:t>Approved</w:t>
            </w:r>
          </w:p>
        </w:tc>
        <w:tc>
          <w:tcPr>
            <w:tcW w:type="dxa" w:w="1362"/>
            <w:shd w:val="clear" w:color="auto" w:fill="E8E8E8"/>
          </w:tcPr>
          <w:p>
            <w:pPr>
              <w:spacing w:after="0"/>
              <w:jc w:val="left"/>
            </w:pPr>
            <w:r>
              <w:rPr>
                <w:b/>
                <w:sz w:val="16"/>
              </w:rPr>
              <w:t>Expires</w:t>
            </w:r>
          </w:p>
        </w:tc>
        <w:tc>
          <w:tcPr>
            <w:tcW w:type="dxa" w:w="117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1"/>
          </w:tcPr>
          <w:p>
            <w:pPr>
              <w:spacing w:after="0"/>
              <w:jc w:val="left"/>
            </w:pPr>
            <w:r>
              <w:rPr>
                <w:sz w:val="16"/>
              </w:rPr>
              <w:t>Hyde Park town</w:t>
            </w:r>
          </w:p>
        </w:tc>
        <w:tc>
          <w:tcPr>
            <w:tcW w:type="dxa" w:w="851"/>
          </w:tcPr>
          <w:p>
            <w:pPr>
              <w:spacing w:after="0"/>
              <w:jc w:val="left"/>
            </w:pPr>
            <w:r>
              <w:rPr>
                <w:sz w:val="16"/>
              </w:rPr>
              <w:t>Town</w:t>
            </w:r>
          </w:p>
        </w:tc>
        <w:tc>
          <w:tcPr>
            <w:tcW w:type="dxa" w:w="3473"/>
          </w:tcPr>
          <w:p>
            <w:pPr>
              <w:spacing w:after="0"/>
              <w:jc w:val="left"/>
            </w:pPr>
            <w:r>
              <w:rPr>
                <w:sz w:val="16"/>
              </w:rPr>
              <w:t>Approved, expires 2031-08-31</w:t>
            </w:r>
          </w:p>
        </w:tc>
        <w:tc>
          <w:tcPr>
            <w:tcW w:type="dxa" w:w="4059"/>
          </w:tcPr>
          <w:p>
            <w:pPr>
              <w:spacing w:after="0"/>
              <w:jc w:val="left"/>
            </w:pPr>
            <w:r>
              <w:rPr>
                <w:sz w:val="16"/>
              </w:rPr>
              <w:t>Town of Hyde Park and Village of Hyde Park, Vermont Local Hazard Mitigation Plan (FEMA plan 112246)</w:t>
            </w:r>
          </w:p>
        </w:tc>
        <w:tc>
          <w:tcPr>
            <w:tcW w:type="dxa" w:w="1362"/>
          </w:tcPr>
          <w:p>
            <w:pPr>
              <w:spacing w:after="0"/>
              <w:jc w:val="left"/>
            </w:pPr>
            <w:r>
              <w:rPr>
                <w:sz w:val="16"/>
              </w:rPr>
              <w:t>2026-09-01</w:t>
            </w:r>
          </w:p>
        </w:tc>
        <w:tc>
          <w:tcPr>
            <w:tcW w:type="dxa" w:w="1362"/>
          </w:tcPr>
          <w:p>
            <w:pPr>
              <w:spacing w:after="0"/>
              <w:jc w:val="left"/>
            </w:pPr>
            <w:r>
              <w:rPr>
                <w:sz w:val="16"/>
              </w:rPr>
              <w:t>2031-08-31</w:t>
            </w:r>
          </w:p>
        </w:tc>
        <w:tc>
          <w:tcPr>
            <w:tcW w:type="dxa" w:w="1174"/>
          </w:tcPr>
          <w:p>
            <w:pPr>
              <w:spacing w:after="0"/>
              <w:jc w:val="right"/>
            </w:pPr>
            <w:r>
              <w:rPr>
                <w:sz w:val="16"/>
              </w:rPr>
              <w:t>1,796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112246 covers 1 other participant: Hyde Park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Lamoille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935"/>
          </w:tcPr>
          <w:p>
            <w:pPr>
              <w:spacing w:after="0"/>
              <w:jc w:val="right"/>
            </w:pPr>
            <w:r>
              <w:rPr>
                <w:sz w:val="16"/>
              </w:rPr>
              <w:t>$59,291</w:t>
            </w:r>
          </w:p>
        </w:tc>
        <w:tc>
          <w:tcPr>
            <w:tcW w:type="dxa" w:w="1195"/>
          </w:tcPr>
          <w:p>
            <w:pPr>
              <w:spacing w:after="0"/>
              <w:jc w:val="right"/>
            </w:pPr>
            <w:r>
              <w:rPr>
                <w:sz w:val="16"/>
              </w:rPr>
              <w:t>$8,269,524</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935"/>
          </w:tcPr>
          <w:p>
            <w:pPr>
              <w:spacing w:after="0"/>
              <w:jc w:val="right"/>
            </w:pPr>
            <w:r>
              <w:rPr>
                <w:sz w:val="16"/>
              </w:rPr>
              <w:t>$547,993</w:t>
            </w:r>
          </w:p>
        </w:tc>
        <w:tc>
          <w:tcPr>
            <w:tcW w:type="dxa" w:w="1195"/>
          </w:tcPr>
          <w:p>
            <w:pPr>
              <w:spacing w:after="0"/>
              <w:jc w:val="right"/>
            </w:pPr>
            <w:r>
              <w:rPr>
                <w:sz w:val="16"/>
              </w:rPr>
              <w:t>$562,932</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935"/>
          </w:tcPr>
          <w:p>
            <w:pPr>
              <w:spacing w:after="0"/>
              <w:jc w:val="right"/>
            </w:pPr>
            <w:r>
              <w:rPr>
                <w:sz w:val="16"/>
              </w:rPr>
              <w:t>$7,320</w:t>
            </w:r>
          </w:p>
        </w:tc>
        <w:tc>
          <w:tcPr>
            <w:tcW w:type="dxa" w:w="1195"/>
          </w:tcPr>
          <w:p>
            <w:pPr>
              <w:spacing w:after="0"/>
              <w:jc w:val="right"/>
            </w:pPr>
            <w:r>
              <w:rPr>
                <w:sz w:val="16"/>
              </w:rPr>
              <w:t>$376,789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935"/>
          </w:tcPr>
          <w:p>
            <w:pPr>
              <w:spacing w:after="0"/>
              <w:jc w:val="right"/>
            </w:pPr>
            <w:r>
              <w:rPr>
                <w:sz w:val="16"/>
              </w:rPr>
              <w:t>$207,030</w:t>
            </w:r>
          </w:p>
        </w:tc>
        <w:tc>
          <w:tcPr>
            <w:tcW w:type="dxa" w:w="1195"/>
          </w:tcPr>
          <w:p>
            <w:pPr>
              <w:spacing w:after="0"/>
              <w:jc w:val="right"/>
            </w:pPr>
            <w:r>
              <w:rPr>
                <w:sz w:val="16"/>
              </w:rPr>
              <w:t>$306,589</w:t>
            </w:r>
          </w:p>
        </w:tc>
        <w:tc>
          <w:tcPr>
            <w:tcW w:type="dxa" w:w="2145"/>
          </w:tcPr>
          <w:p>
            <w:pPr>
              <w:spacing w:after="0"/>
              <w:jc w:val="right"/>
            </w:pPr>
            <w:r>
              <w:rPr>
                <w:sz w:val="16"/>
              </w:rPr>
              <w:t>325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935"/>
          </w:tcPr>
          <w:p>
            <w:pPr>
              <w:spacing w:after="0"/>
              <w:jc w:val="right"/>
            </w:pPr>
            <w:r>
              <w:rPr>
                <w:sz w:val="16"/>
              </w:rPr>
              <w:t>$210,354</w:t>
            </w:r>
          </w:p>
        </w:tc>
        <w:tc>
          <w:tcPr>
            <w:tcW w:type="dxa" w:w="1195"/>
          </w:tcPr>
          <w:p>
            <w:pPr>
              <w:spacing w:after="0"/>
              <w:jc w:val="right"/>
            </w:pPr>
            <w:r>
              <w:rPr>
                <w:sz w:val="16"/>
              </w:rPr>
              <w:t>$244,605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935"/>
          </w:tcPr>
          <w:p>
            <w:pPr>
              <w:spacing w:after="0"/>
              <w:jc w:val="right"/>
            </w:pPr>
            <w:r>
              <w:rPr>
                <w:sz w:val="16"/>
              </w:rPr>
              <w:t>$117,528</w:t>
            </w:r>
          </w:p>
        </w:tc>
        <w:tc>
          <w:tcPr>
            <w:tcW w:type="dxa" w:w="1195"/>
          </w:tcPr>
          <w:p>
            <w:pPr>
              <w:spacing w:after="0"/>
              <w:jc w:val="right"/>
            </w:pPr>
            <w:r>
              <w:rPr>
                <w:sz w:val="16"/>
              </w:rPr>
              <w:t>$243,679</w:t>
            </w:r>
          </w:p>
        </w:tc>
        <w:tc>
          <w:tcPr>
            <w:tcW w:type="dxa" w:w="2145"/>
          </w:tcPr>
          <w:p>
            <w:pPr>
              <w:spacing w:after="0"/>
              <w:jc w:val="right"/>
            </w:pPr>
            <w:r>
              <w:rPr>
                <w:sz w:val="16"/>
              </w:rPr>
              <w:t>144</w:t>
            </w:r>
          </w:p>
        </w:tc>
        <w:tc>
          <w:tcPr>
            <w:tcW w:type="dxa" w:w="2206"/>
          </w:tcPr>
          <w:p>
            <w:pPr>
              <w:spacing w:after="0"/>
              <w:jc w:val="left"/>
            </w:pPr>
            <w:r>
              <w:rPr>
                <w:sz w:val="16"/>
              </w:rPr>
              <w:t>Includes 32 High Wind and 39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935"/>
          </w:tcPr>
          <w:p>
            <w:pPr>
              <w:spacing w:after="0"/>
              <w:jc w:val="right"/>
            </w:pPr>
            <w:r>
              <w:rPr>
                <w:sz w:val="16"/>
              </w:rPr>
              <w:t>$19,384</w:t>
            </w:r>
          </w:p>
        </w:tc>
        <w:tc>
          <w:tcPr>
            <w:tcW w:type="dxa" w:w="1195"/>
          </w:tcPr>
          <w:p>
            <w:pPr>
              <w:spacing w:after="0"/>
              <w:jc w:val="right"/>
            </w:pPr>
            <w:r>
              <w:rPr>
                <w:sz w:val="16"/>
              </w:rPr>
              <w:t>$243,590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35"/>
          </w:tcPr>
          <w:p>
            <w:pPr>
              <w:spacing w:after="0"/>
              <w:jc w:val="right"/>
            </w:pPr>
            <w:r>
              <w:rPr>
                <w:sz w:val="16"/>
              </w:rPr>
              <w:t>$71,987</w:t>
            </w:r>
          </w:p>
        </w:tc>
        <w:tc>
          <w:tcPr>
            <w:tcW w:type="dxa" w:w="1195"/>
          </w:tcPr>
          <w:p>
            <w:pPr>
              <w:spacing w:after="0"/>
              <w:jc w:val="right"/>
            </w:pPr>
            <w:r>
              <w:rPr>
                <w:sz w:val="16"/>
              </w:rPr>
              <w:t>$109,673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935"/>
          </w:tcPr>
          <w:p>
            <w:pPr>
              <w:spacing w:after="0"/>
              <w:jc w:val="right"/>
            </w:pPr>
            <w:r>
              <w:rPr>
                <w:sz w:val="16"/>
              </w:rPr>
              <w:t>$77,542</w:t>
            </w:r>
          </w:p>
        </w:tc>
        <w:tc>
          <w:tcPr>
            <w:tcW w:type="dxa" w:w="1195"/>
          </w:tcPr>
          <w:p>
            <w:pPr>
              <w:spacing w:after="0"/>
              <w:jc w:val="right"/>
            </w:pPr>
            <w:r>
              <w:rPr>
                <w:sz w:val="16"/>
              </w:rPr>
              <w:t>$99,429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935"/>
          </w:tcPr>
          <w:p>
            <w:pPr>
              <w:spacing w:after="0"/>
              <w:jc w:val="right"/>
            </w:pPr>
            <w:r>
              <w:rPr>
                <w:sz w:val="16"/>
              </w:rPr>
              <w:t>$6,886</w:t>
            </w:r>
          </w:p>
        </w:tc>
        <w:tc>
          <w:tcPr>
            <w:tcW w:type="dxa" w:w="1195"/>
          </w:tcPr>
          <w:p>
            <w:pPr>
              <w:spacing w:after="0"/>
              <w:jc w:val="right"/>
            </w:pPr>
            <w:r>
              <w:rPr>
                <w:sz w:val="16"/>
              </w:rPr>
              <w:t>$80,801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935"/>
          </w:tcPr>
          <w:p>
            <w:pPr>
              <w:spacing w:after="0"/>
              <w:jc w:val="right"/>
            </w:pPr>
            <w:r>
              <w:rPr>
                <w:sz w:val="16"/>
              </w:rPr>
              <w:t>$12,009</w:t>
            </w:r>
          </w:p>
        </w:tc>
        <w:tc>
          <w:tcPr>
            <w:tcW w:type="dxa" w:w="1195"/>
          </w:tcPr>
          <w:p>
            <w:pPr>
              <w:spacing w:after="0"/>
              <w:jc w:val="right"/>
            </w:pPr>
            <w:r>
              <w:rPr>
                <w:sz w:val="16"/>
              </w:rPr>
              <w:t>$17,315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935"/>
          </w:tcPr>
          <w:p>
            <w:pPr>
              <w:spacing w:after="0"/>
              <w:jc w:val="right"/>
            </w:pPr>
            <w:r>
              <w:rPr>
                <w:sz w:val="16"/>
              </w:rPr>
              <w:t>$7,030</w:t>
            </w:r>
          </w:p>
        </w:tc>
        <w:tc>
          <w:tcPr>
            <w:tcW w:type="dxa" w:w="1195"/>
          </w:tcPr>
          <w:p>
            <w:pPr>
              <w:spacing w:after="0"/>
              <w:jc w:val="right"/>
            </w:pPr>
            <w:r>
              <w:rPr>
                <w:sz w:val="16"/>
              </w:rPr>
              <w:t>$13,873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935"/>
          </w:tcPr>
          <w:p>
            <w:pPr>
              <w:spacing w:after="0"/>
              <w:jc w:val="right"/>
            </w:pPr>
            <w:r>
              <w:rPr>
                <w:sz w:val="16"/>
              </w:rPr>
              <w:t>$429</w:t>
            </w:r>
          </w:p>
        </w:tc>
        <w:tc>
          <w:tcPr>
            <w:tcW w:type="dxa" w:w="1195"/>
          </w:tcPr>
          <w:p>
            <w:pPr>
              <w:spacing w:after="0"/>
              <w:jc w:val="right"/>
            </w:pPr>
            <w:r>
              <w:rPr>
                <w:sz w:val="16"/>
              </w:rPr>
              <w:t>$7,270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$1,547</w:t>
            </w:r>
          </w:p>
        </w:tc>
        <w:tc>
          <w:tcPr>
            <w:tcW w:type="dxa" w:w="1195"/>
          </w:tcPr>
          <w:p>
            <w:pPr>
              <w:spacing w:after="0"/>
              <w:jc w:val="right"/>
            </w:pPr>
            <w:r>
              <w:rPr>
                <w:sz w:val="16"/>
              </w:rPr>
              <w:t>$1,547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Lamoille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9534 (Very Low, 51.2); tract 9532 (Very Low, 50.8); tract 9530 (Very Low, 50.5)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9535 (Relatively Low, 62.9); tract 9536 (Relatively Low, 61.4); tract 9531 (Relatively Low, 54.3)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9536 (Relatively Low, 75.8); tract 9535 (Relatively Low, 72.7); tract 9531 (Relatively Low, 71.2)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9536 (Relatively Moderate, 96.4); tract 9531 (Relatively Low, 94.9); tract 9530 (Relatively Low, 94.0)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9536 (Relatively Low, 30.0); tract 9535 (Relatively Low, 30.0); tract 9531 (Very Low, 26.2)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9531 (Relatively Low, 71.1); tract 9536 (Relatively Low, 70.2); tract 9535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9534 is Census Tract 9534).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Lamoille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61"/>
        <w:gridCol w:w="1598"/>
        <w:gridCol w:w="1732"/>
        <w:gridCol w:w="1555"/>
        <w:gridCol w:w="2037"/>
        <w:gridCol w:w="1948"/>
        <w:gridCol w:w="1776"/>
      </w:tblGrid>
      <w:tr>
        <w:trPr>
          <w:cantSplit/>
          <w:tblHeader/>
        </w:trPr>
        <w:tc>
          <w:tcPr>
            <w:tcW w:type="dxa" w:w="1705"/>
            <w:shd w:val="clear" w:color="auto" w:fill="E8E8E8"/>
          </w:tcPr>
          <w:p>
            <w:pPr>
              <w:spacing w:after="0"/>
              <w:jc w:val="left"/>
            </w:pPr>
            <w:r>
              <w:rPr>
                <w:b/>
                <w:sz w:val="16"/>
              </w:rPr>
              <w:t>Hazard</w:t>
            </w:r>
          </w:p>
        </w:tc>
        <w:tc>
          <w:tcPr>
            <w:tcW w:type="dxa" w:w="1761"/>
            <w:shd w:val="clear" w:color="auto" w:fill="E8E8E8"/>
          </w:tcPr>
          <w:p>
            <w:pPr>
              <w:spacing w:after="0"/>
              <w:jc w:val="left"/>
            </w:pPr>
            <w:r>
              <w:rPr>
                <w:b/>
                <w:sz w:val="16"/>
              </w:rPr>
              <w:t>Scale</w:t>
            </w:r>
          </w:p>
        </w:tc>
        <w:tc>
          <w:tcPr>
            <w:tcW w:type="dxa" w:w="15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2"/>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2037"/>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Where in the county</w:t>
            </w:r>
          </w:p>
        </w:tc>
        <w:tc>
          <w:tcPr>
            <w:tcW w:type="dxa" w:w="1776"/>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Cold/Wind Chill, Extreme Cold/Wind Chill</w:t>
            </w:r>
          </w:p>
        </w:tc>
        <w:tc>
          <w:tcPr>
            <w:tcW w:type="dxa" w:w="1761"/>
          </w:tcPr>
          <w:p>
            <w:pPr>
              <w:spacing w:after="0"/>
              <w:jc w:val="left"/>
            </w:pPr>
            <w:r>
              <w:rPr>
                <w:sz w:val="16"/>
              </w:rPr>
              <w:t>wind chill</w:t>
            </w:r>
          </w:p>
        </w:tc>
        <w:tc>
          <w:tcPr>
            <w:tcW w:type="dxa" w:w="1598"/>
          </w:tcPr>
          <w:p>
            <w:pPr>
              <w:spacing w:after="0"/>
              <w:jc w:val="right"/>
            </w:pPr>
            <w:r>
              <w:rPr>
                <w:sz w:val="16"/>
              </w:rPr>
              <w:t>26 records, 1997 to 2026 (26 zone-level)</w:t>
            </w:r>
          </w:p>
        </w:tc>
        <w:tc>
          <w:tcPr>
            <w:tcW w:type="dxa" w:w="1732"/>
          </w:tcPr>
          <w:p>
            <w:pPr>
              <w:spacing w:after="0"/>
              <w:jc w:val="left"/>
            </w:pPr>
            <w:r>
              <w:rPr>
                <w:sz w:val="16"/>
              </w:rPr>
              <w:t>1 day to 28 days (median 2 days); 25 with a recorded value</w:t>
            </w:r>
          </w:p>
        </w:tc>
        <w:tc>
          <w:tcPr>
            <w:tcW w:type="dxa" w:w="1555"/>
          </w:tcPr>
          <w:p>
            <w:pPr>
              <w:spacing w:after="0"/>
              <w:jc w:val="left"/>
            </w:pPr>
            <w:r>
              <w:rPr>
                <w:sz w:val="16"/>
              </w:rPr>
              <w:t>February 2015 (1 monthly summary record), zone-level</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Frost/Freeze (outside NRI's Cold Wave definition)</w:t>
            </w:r>
          </w:p>
        </w:tc>
        <w:tc>
          <w:tcPr>
            <w:tcW w:type="dxa" w:w="1761"/>
          </w:tcPr>
          <w:p>
            <w:pPr>
              <w:spacing w:after="0"/>
              <w:jc w:val="left"/>
            </w:pPr>
            <w:r>
              <w:rPr>
                <w:sz w:val="16"/>
              </w:rPr>
              <w:t>crop damage</w:t>
            </w:r>
          </w:p>
        </w:tc>
        <w:tc>
          <w:tcPr>
            <w:tcW w:type="dxa" w:w="1598"/>
          </w:tcPr>
          <w:p>
            <w:pPr>
              <w:spacing w:after="0"/>
              <w:jc w:val="right"/>
            </w:pPr>
            <w:r>
              <w:rPr>
                <w:sz w:val="16"/>
              </w:rPr>
              <w:t>3 records, 2005 to 2023 (3 zone-level)</w:t>
            </w:r>
          </w:p>
        </w:tc>
        <w:tc>
          <w:tcPr>
            <w:tcW w:type="dxa" w:w="1732"/>
          </w:tcPr>
          <w:p>
            <w:pPr>
              <w:spacing w:after="0"/>
              <w:jc w:val="left"/>
            </w:pPr>
          </w:p>
        </w:tc>
        <w:tc>
          <w:tcPr>
            <w:tcW w:type="dxa" w:w="1555"/>
          </w:tcPr>
          <w:p>
            <w:pPr>
              <w:spacing w:after="0"/>
              <w:jc w:val="left"/>
            </w:pPr>
            <w:r>
              <w:rPr>
                <w:sz w:val="16"/>
              </w:rPr>
              <w:t>Frost/Freeze, 2023-05-18, $250,000 crop damage (2023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Drought</w:t>
            </w:r>
          </w:p>
        </w:tc>
        <w:tc>
          <w:tcPr>
            <w:tcW w:type="dxa" w:w="1761"/>
          </w:tcPr>
          <w:p>
            <w:pPr>
              <w:spacing w:after="0"/>
              <w:jc w:val="left"/>
            </w:pPr>
            <w:r>
              <w:rPr>
                <w:sz w:val="16"/>
              </w:rPr>
              <w:t>U.S. Drought Monitor scale (D0 to D4)</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61"/>
          </w:tcPr>
          <w:p>
            <w:pPr>
              <w:spacing w:after="0"/>
              <w:jc w:val="left"/>
            </w:pPr>
            <w:r>
              <w:rPr>
                <w:sz w:val="16"/>
              </w:rPr>
              <w:t>Modified Mercalli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does not record earthquakes; the USGS earthquake catalog is the source.</w:t>
            </w:r>
          </w:p>
        </w:tc>
      </w:tr>
      <w:tr>
        <w:trPr>
          <w:cantSplit/>
        </w:trPr>
        <w:tc>
          <w:tcPr>
            <w:tcW w:type="dxa" w:w="1705"/>
          </w:tcPr>
          <w:p>
            <w:pPr>
              <w:spacing w:after="0"/>
              <w:jc w:val="left"/>
            </w:pPr>
            <w:r>
              <w:rPr>
                <w:sz w:val="16"/>
              </w:rPr>
              <w:t>Hail</w:t>
            </w:r>
          </w:p>
        </w:tc>
        <w:tc>
          <w:tcPr>
            <w:tcW w:type="dxa" w:w="1761"/>
          </w:tcPr>
          <w:p>
            <w:pPr>
              <w:spacing w:after="0"/>
              <w:jc w:val="left"/>
            </w:pPr>
            <w:r>
              <w:rPr>
                <w:sz w:val="16"/>
              </w:rPr>
              <w:t>hail size (inches)</w:t>
            </w:r>
          </w:p>
        </w:tc>
        <w:tc>
          <w:tcPr>
            <w:tcW w:type="dxa" w:w="1598"/>
          </w:tcPr>
          <w:p>
            <w:pPr>
              <w:spacing w:after="0"/>
              <w:jc w:val="right"/>
            </w:pPr>
            <w:r>
              <w:rPr>
                <w:sz w:val="16"/>
              </w:rPr>
              <w:t>31 records, 1972 to 2025</w:t>
            </w:r>
          </w:p>
        </w:tc>
        <w:tc>
          <w:tcPr>
            <w:tcW w:type="dxa" w:w="1732"/>
          </w:tcPr>
          <w:p>
            <w:pPr>
              <w:spacing w:after="0"/>
              <w:jc w:val="left"/>
            </w:pPr>
            <w:r>
              <w:rPr>
                <w:sz w:val="16"/>
              </w:rPr>
              <w:t>0.75 in to 1.75 in (median 0.88 in); 31 with a recorded value</w:t>
            </w:r>
          </w:p>
        </w:tc>
        <w:tc>
          <w:tcPr>
            <w:tcW w:type="dxa" w:w="1555"/>
          </w:tcPr>
          <w:p>
            <w:pPr>
              <w:spacing w:after="0"/>
              <w:jc w:val="left"/>
            </w:pPr>
            <w:r>
              <w:rPr>
                <w:sz w:val="16"/>
              </w:rPr>
              <w:t>1.75 in hail, 2025-05-17</w:t>
            </w:r>
          </w:p>
        </w:tc>
        <w:tc>
          <w:tcPr>
            <w:tcW w:type="dxa" w:w="2037"/>
          </w:tcPr>
          <w:p>
            <w:pPr>
              <w:spacing w:after="0"/>
              <w:jc w:val="left"/>
            </w:pPr>
            <w:r>
              <w:rPr>
                <w:sz w:val="16"/>
              </w:rPr>
              <w:t>Hail, 2010-07-21, $25,000 property; $0 crops (2010 dollars)</w:t>
            </w:r>
          </w:p>
        </w:tc>
        <w:tc>
          <w:tcPr>
            <w:tcW w:type="dxa" w:w="1948"/>
          </w:tcPr>
          <w:p>
            <w:pPr>
              <w:spacing w:after="0"/>
              <w:jc w:val="left"/>
            </w:pPr>
            <w:r>
              <w:rPr>
                <w:sz w:val="16"/>
              </w:rPr>
              <w:t>Event records naming places in the county: Stowe town (7 records), Cambridge town (5 records), Jeffersonville village (5 records), Johnson town (4 records), Johnson village (3 records), Waterville town (2 records), Eden town (1 record), Hyde Park town (1 record), Hyde Park village (1 record).</w:t>
            </w:r>
          </w:p>
        </w:tc>
        <w:tc>
          <w:tcPr>
            <w:tcW w:type="dxa" w:w="1776"/>
          </w:tcPr>
          <w:p>
            <w:pPr>
              <w:spacing w:after="0"/>
              <w:jc w:val="left"/>
            </w:pPr>
          </w:p>
        </w:tc>
      </w:tr>
      <w:tr>
        <w:trPr>
          <w:cantSplit/>
        </w:trPr>
        <w:tc>
          <w:tcPr>
            <w:tcW w:type="dxa" w:w="1705"/>
          </w:tcPr>
          <w:p>
            <w:pPr>
              <w:spacing w:after="0"/>
              <w:jc w:val="left"/>
            </w:pPr>
            <w:r>
              <w:rPr>
                <w:sz w:val="16"/>
              </w:rPr>
              <w:t>Excessive Heat, Heat</w:t>
            </w:r>
          </w:p>
        </w:tc>
        <w:tc>
          <w:tcPr>
            <w:tcW w:type="dxa" w:w="1761"/>
          </w:tcPr>
          <w:p>
            <w:pPr>
              <w:spacing w:after="0"/>
              <w:jc w:val="left"/>
            </w:pPr>
            <w:r>
              <w:rPr>
                <w:sz w:val="16"/>
              </w:rPr>
              <w:t>heat index (in event narratives)</w:t>
            </w:r>
          </w:p>
        </w:tc>
        <w:tc>
          <w:tcPr>
            <w:tcW w:type="dxa" w:w="1598"/>
          </w:tcPr>
          <w:p>
            <w:pPr>
              <w:spacing w:after="0"/>
              <w:jc w:val="right"/>
            </w:pPr>
            <w:r>
              <w:rPr>
                <w:sz w:val="16"/>
              </w:rPr>
              <w:t>5 records, 2006 to 2025 (5 zone-level)</w:t>
            </w:r>
          </w:p>
        </w:tc>
        <w:tc>
          <w:tcPr>
            <w:tcW w:type="dxa" w:w="1732"/>
          </w:tcPr>
          <w:p>
            <w:pPr>
              <w:spacing w:after="0"/>
              <w:jc w:val="left"/>
            </w:pPr>
            <w:r>
              <w:rPr>
                <w:sz w:val="16"/>
              </w:rPr>
              <w:t>1 day to 6 days (median 1.5 days); 4 with a recorded value</w:t>
            </w:r>
          </w:p>
        </w:tc>
        <w:tc>
          <w:tcPr>
            <w:tcW w:type="dxa" w:w="1555"/>
          </w:tcPr>
          <w:p>
            <w:pPr>
              <w:spacing w:after="0"/>
              <w:jc w:val="left"/>
            </w:pPr>
            <w:r>
              <w:rPr>
                <w:sz w:val="16"/>
              </w:rPr>
              <w:t>6 consecutive days, 2018-07-01 to 2018-07-06, zone-level</w:t>
            </w:r>
          </w:p>
        </w:tc>
        <w:tc>
          <w:tcPr>
            <w:tcW w:type="dxa" w:w="2037"/>
          </w:tcPr>
          <w:p>
            <w:pPr>
              <w:spacing w:after="0"/>
              <w:jc w:val="left"/>
            </w:pPr>
            <w:r>
              <w:rPr>
                <w:sz w:val="16"/>
              </w:rPr>
              <w:t>Heat, 2012-03-17, $0 property; $750,000 crops (zone total, 2012 dollars)</w:t>
            </w:r>
          </w:p>
        </w:tc>
        <w:tc>
          <w:tcPr>
            <w:tcW w:type="dxa" w:w="1948"/>
          </w:tcPr>
          <w:p>
            <w:pPr>
              <w:spacing w:after="0"/>
              <w:jc w:val="left"/>
            </w:pPr>
            <w:r>
              <w:rPr>
                <w:sz w:val="16"/>
              </w:rPr>
              <w:t>Countywide (zone-level records).</w:t>
            </w:r>
          </w:p>
        </w:tc>
        <w:tc>
          <w:tcPr>
            <w:tcW w:type="dxa" w:w="1776"/>
          </w:tcPr>
          <w:p>
            <w:pPr>
              <w:spacing w:after="0"/>
              <w:jc w:val="left"/>
            </w:pPr>
            <w:r>
              <w:rPr>
                <w:sz w:val="16"/>
              </w:rPr>
              <w:t>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61"/>
          </w:tcPr>
          <w:p>
            <w:pPr>
              <w:spacing w:after="0"/>
              <w:jc w:val="left"/>
            </w:pPr>
            <w:r>
              <w:rPr>
                <w:sz w:val="16"/>
              </w:rPr>
              <w:t>Saffir-Simpson</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5"/>
          </w:tcPr>
          <w:p>
            <w:pPr>
              <w:spacing w:after="0"/>
              <w:jc w:val="left"/>
            </w:pPr>
            <w:r>
              <w:rPr>
                <w:sz w:val="16"/>
              </w:rPr>
              <w:t>Ice Storm</w:t>
            </w:r>
          </w:p>
        </w:tc>
        <w:tc>
          <w:tcPr>
            <w:tcW w:type="dxa" w:w="1761"/>
          </w:tcPr>
          <w:p>
            <w:pPr>
              <w:spacing w:after="0"/>
              <w:jc w:val="left"/>
            </w:pPr>
            <w:r>
              <w:rPr>
                <w:sz w:val="16"/>
              </w:rPr>
              <w:t>Sperry-Piltz ice scale (local data)</w:t>
            </w:r>
          </w:p>
        </w:tc>
        <w:tc>
          <w:tcPr>
            <w:tcW w:type="dxa" w:w="1598"/>
          </w:tcPr>
          <w:p>
            <w:pPr>
              <w:spacing w:after="0"/>
              <w:jc w:val="right"/>
            </w:pPr>
            <w:r>
              <w:rPr>
                <w:sz w:val="16"/>
              </w:rPr>
              <w:t>1 record, 2013 (1 zone-level)</w:t>
            </w:r>
          </w:p>
        </w:tc>
        <w:tc>
          <w:tcPr>
            <w:tcW w:type="dxa" w:w="1732"/>
          </w:tcPr>
          <w:p>
            <w:pPr>
              <w:spacing w:after="0"/>
              <w:jc w:val="left"/>
            </w:pPr>
          </w:p>
        </w:tc>
        <w:tc>
          <w:tcPr>
            <w:tcW w:type="dxa" w:w="1555"/>
          </w:tcPr>
          <w:p>
            <w:pPr>
              <w:spacing w:after="0"/>
              <w:jc w:val="left"/>
            </w:pPr>
            <w:r>
              <w:rPr>
                <w:sz w:val="16"/>
              </w:rPr>
              <w:t>Ice Storm, 2013-12-21, $750,000 property; $0 crops (2013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Flash Flood, Flood, Lakeshore Flood</w:t>
            </w:r>
          </w:p>
        </w:tc>
        <w:tc>
          <w:tcPr>
            <w:tcW w:type="dxa" w:w="1761"/>
          </w:tcPr>
          <w:p>
            <w:pPr>
              <w:spacing w:after="0"/>
              <w:jc w:val="left"/>
            </w:pPr>
            <w:r>
              <w:rPr>
                <w:sz w:val="16"/>
              </w:rPr>
              <w:t>damage and flood days (flood depth: FIRM)</w:t>
            </w:r>
          </w:p>
        </w:tc>
        <w:tc>
          <w:tcPr>
            <w:tcW w:type="dxa" w:w="1598"/>
          </w:tcPr>
          <w:p>
            <w:pPr>
              <w:spacing w:after="0"/>
              <w:jc w:val="right"/>
            </w:pPr>
            <w:r>
              <w:rPr>
                <w:sz w:val="16"/>
              </w:rPr>
              <w:t>60 records, 1996 to 2026 (10 zone-level)</w:t>
            </w:r>
          </w:p>
        </w:tc>
        <w:tc>
          <w:tcPr>
            <w:tcW w:type="dxa" w:w="1732"/>
          </w:tcPr>
          <w:p>
            <w:pPr>
              <w:spacing w:after="0"/>
              <w:jc w:val="left"/>
            </w:pPr>
          </w:p>
        </w:tc>
        <w:tc>
          <w:tcPr>
            <w:tcW w:type="dxa" w:w="1555"/>
          </w:tcPr>
          <w:p>
            <w:pPr>
              <w:spacing w:after="0"/>
              <w:jc w:val="left"/>
            </w:pPr>
            <w:r>
              <w:rPr>
                <w:sz w:val="16"/>
              </w:rPr>
              <w:t>Flood, 2011-08-28, $2,500,000 property; $1,000,000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(8 records), Stowe town (8 records), Cambridge village (7 records), Eden town (7 records), Johnson town (6 records), Johnson village (5 records), Wolcott town (5 records), Hyde Park town (4 records), Belvidere town (3 records), Elmore town (2 records); and 3 more places (see the Excel file). Zone-level records (10) apply countywide.</w:t>
            </w:r>
          </w:p>
        </w:tc>
        <w:tc>
          <w:tcPr>
            <w:tcW w:type="dxa" w:w="17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5"/>
          </w:tcPr>
          <w:p>
            <w:pPr>
              <w:spacing w:after="0"/>
              <w:jc w:val="left"/>
            </w:pPr>
            <w:r>
              <w:rPr>
                <w:sz w:val="16"/>
              </w:rPr>
              <w:t>Debris Flow</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Lightning</w:t>
            </w:r>
          </w:p>
        </w:tc>
        <w:tc>
          <w:tcPr>
            <w:tcW w:type="dxa" w:w="1761"/>
          </w:tcPr>
          <w:p>
            <w:pPr>
              <w:spacing w:after="0"/>
              <w:jc w:val="left"/>
            </w:pPr>
            <w:r>
              <w:rPr>
                <w:sz w:val="16"/>
              </w:rPr>
              <w:t>annualized frequency (the measure FEMA's Local Mitigation Planning Handbook names)</w:t>
            </w:r>
          </w:p>
        </w:tc>
        <w:tc>
          <w:tcPr>
            <w:tcW w:type="dxa" w:w="1598"/>
          </w:tcPr>
          <w:p>
            <w:pPr>
              <w:spacing w:after="0"/>
              <w:jc w:val="right"/>
            </w:pPr>
            <w:r>
              <w:rPr>
                <w:sz w:val="16"/>
              </w:rPr>
              <w:t>2 records, 2011 to 2012</w:t>
            </w:r>
          </w:p>
        </w:tc>
        <w:tc>
          <w:tcPr>
            <w:tcW w:type="dxa" w:w="1732"/>
          </w:tcPr>
          <w:p>
            <w:pPr>
              <w:spacing w:after="0"/>
              <w:jc w:val="left"/>
            </w:pPr>
          </w:p>
        </w:tc>
        <w:tc>
          <w:tcPr>
            <w:tcW w:type="dxa" w:w="1555"/>
          </w:tcPr>
          <w:p>
            <w:pPr>
              <w:spacing w:after="0"/>
              <w:jc w:val="left"/>
            </w:pPr>
            <w:r>
              <w:rPr>
                <w:sz w:val="16"/>
              </w:rPr>
              <w:t>Lightning, 2011-05-20, $100,000 property; $0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(1 record), Jeffersonville village (1 record), Stowe town (1 record).</w:t>
            </w:r>
          </w:p>
        </w:tc>
        <w:tc>
          <w:tcPr>
            <w:tcW w:type="dxa" w:w="1776"/>
          </w:tcPr>
          <w:p>
            <w:pPr>
              <w:spacing w:after="0"/>
              <w:jc w:val="left"/>
            </w:pPr>
            <w:r>
              <w:rPr>
                <w:sz w:val="16"/>
              </w:rPr>
              <w:t>Storm Events lists lightning with damage or casualties.</w:t>
            </w:r>
          </w:p>
        </w:tc>
      </w:tr>
      <w:tr>
        <w:trPr>
          <w:cantSplit/>
        </w:trPr>
        <w:tc>
          <w:tcPr>
            <w:tcW w:type="dxa" w:w="1705"/>
          </w:tcPr>
          <w:p>
            <w:pPr>
              <w:spacing w:after="0"/>
              <w:jc w:val="left"/>
            </w:pPr>
            <w:r>
              <w:rPr>
                <w:sz w:val="16"/>
              </w:rPr>
              <w:t>High Wind and Strong Wind (outside NRI's Strong Wind definition)</w:t>
            </w:r>
          </w:p>
        </w:tc>
        <w:tc>
          <w:tcPr>
            <w:tcW w:type="dxa" w:w="1761"/>
          </w:tcPr>
          <w:p>
            <w:pPr>
              <w:spacing w:after="0"/>
              <w:jc w:val="left"/>
            </w:pPr>
            <w:r>
              <w:rPr>
                <w:sz w:val="16"/>
              </w:rPr>
              <w:t>wind speed (kt and mph)</w:t>
            </w:r>
          </w:p>
        </w:tc>
        <w:tc>
          <w:tcPr>
            <w:tcW w:type="dxa" w:w="1598"/>
          </w:tcPr>
          <w:p>
            <w:pPr>
              <w:spacing w:after="0"/>
              <w:jc w:val="right"/>
            </w:pPr>
            <w:r>
              <w:rPr>
                <w:sz w:val="16"/>
              </w:rPr>
              <w:t>71 records, 1996 to 2026 (70 zone-level)</w:t>
            </w:r>
          </w:p>
        </w:tc>
        <w:tc>
          <w:tcPr>
            <w:tcW w:type="dxa" w:w="1732"/>
          </w:tcPr>
          <w:p>
            <w:pPr>
              <w:spacing w:after="0"/>
              <w:jc w:val="left"/>
            </w:pPr>
            <w:r>
              <w:rPr>
                <w:sz w:val="16"/>
              </w:rPr>
              <w:t>30 kt (35 mph) to 83 kt (96 mph) (median 43.5 kt (50 mph)); 66 with a recorded value</w:t>
            </w:r>
          </w:p>
        </w:tc>
        <w:tc>
          <w:tcPr>
            <w:tcW w:type="dxa" w:w="1555"/>
          </w:tcPr>
          <w:p>
            <w:pPr>
              <w:spacing w:after="0"/>
              <w:jc w:val="left"/>
            </w:pPr>
            <w:r>
              <w:rPr>
                <w:sz w:val="16"/>
              </w:rPr>
              <w:t>83 kt (96 mph), measurement type not recorded, High Wind, 1996-01-27; NWS zone VTZ006</w:t>
            </w:r>
          </w:p>
        </w:tc>
        <w:tc>
          <w:tcPr>
            <w:tcW w:type="dxa" w:w="2037"/>
          </w:tcPr>
          <w:p>
            <w:pPr>
              <w:spacing w:after="0"/>
              <w:jc w:val="left"/>
            </w:pPr>
            <w:r>
              <w:rPr>
                <w:sz w:val="16"/>
              </w:rPr>
              <w:t>High Wind, 2010-12-01, $750,000 property; $0 crops (zone total, 2010 dollars)</w:t>
            </w:r>
          </w:p>
        </w:tc>
        <w:tc>
          <w:tcPr>
            <w:tcW w:type="dxa" w:w="1948"/>
          </w:tcPr>
          <w:p>
            <w:pPr>
              <w:spacing w:after="0"/>
              <w:jc w:val="left"/>
            </w:pPr>
            <w:r>
              <w:rPr>
                <w:sz w:val="16"/>
              </w:rPr>
              <w:t>No event record names a listed place in the county. Zone-level records (70) apply countywide.</w:t>
            </w:r>
          </w:p>
        </w:tc>
        <w:tc>
          <w:tcPr>
            <w:tcW w:type="dxa" w:w="1776"/>
          </w:tcPr>
          <w:p>
            <w:pPr>
              <w:spacing w:after="0"/>
              <w:jc w:val="left"/>
            </w:pPr>
          </w:p>
        </w:tc>
      </w:tr>
      <w:tr>
        <w:trPr>
          <w:cantSplit/>
        </w:trPr>
        <w:tc>
          <w:tcPr>
            <w:tcW w:type="dxa" w:w="1705"/>
          </w:tcPr>
          <w:p>
            <w:pPr>
              <w:spacing w:after="0"/>
              <w:jc w:val="left"/>
            </w:pPr>
            <w:r>
              <w:rPr>
                <w:sz w:val="16"/>
              </w:rPr>
              <w:t>Thunderstorm Wind</w:t>
            </w:r>
          </w:p>
        </w:tc>
        <w:tc>
          <w:tcPr>
            <w:tcW w:type="dxa" w:w="1761"/>
          </w:tcPr>
          <w:p>
            <w:pPr>
              <w:spacing w:after="0"/>
              <w:jc w:val="left"/>
            </w:pPr>
            <w:r>
              <w:rPr>
                <w:sz w:val="16"/>
              </w:rPr>
              <w:t>wind speed (kt and mph)</w:t>
            </w:r>
          </w:p>
        </w:tc>
        <w:tc>
          <w:tcPr>
            <w:tcW w:type="dxa" w:w="1598"/>
          </w:tcPr>
          <w:p>
            <w:pPr>
              <w:spacing w:after="0"/>
              <w:jc w:val="right"/>
            </w:pPr>
            <w:r>
              <w:rPr>
                <w:sz w:val="16"/>
              </w:rPr>
              <w:t>84 records, 1975 to 2025</w:t>
            </w:r>
          </w:p>
        </w:tc>
        <w:tc>
          <w:tcPr>
            <w:tcW w:type="dxa" w:w="1732"/>
          </w:tcPr>
          <w:p>
            <w:pPr>
              <w:spacing w:after="0"/>
              <w:jc w:val="left"/>
            </w:pPr>
            <w:r>
              <w:rPr>
                <w:sz w:val="16"/>
              </w:rPr>
              <w:t>50 kt (58 mph) to 65 kt (75 mph) (median 50 kt (58 mph)); 61 with a recorded value</w:t>
            </w:r>
          </w:p>
        </w:tc>
        <w:tc>
          <w:tcPr>
            <w:tcW w:type="dxa" w:w="1555"/>
          </w:tcPr>
          <w:p>
            <w:pPr>
              <w:spacing w:after="0"/>
              <w:jc w:val="left"/>
            </w:pPr>
            <w:r>
              <w:rPr>
                <w:sz w:val="16"/>
              </w:rPr>
              <w:t>65 kt (75 mph) estimated gust, Thunderstorm Wind, 2013-07-19; same speed and measurement basis also recorded on 2008-07-18, 2011-05-26</w:t>
            </w:r>
          </w:p>
        </w:tc>
        <w:tc>
          <w:tcPr>
            <w:tcW w:type="dxa" w:w="2037"/>
          </w:tcPr>
          <w:p>
            <w:pPr>
              <w:spacing w:after="0"/>
              <w:jc w:val="left"/>
            </w:pPr>
            <w:r>
              <w:rPr>
                <w:sz w:val="16"/>
              </w:rPr>
              <w:t>Thunderstorm Wind, 2008-07-18, $150,000 property; $0 crops (2008 dollars)</w:t>
            </w:r>
          </w:p>
        </w:tc>
        <w:tc>
          <w:tcPr>
            <w:tcW w:type="dxa" w:w="1948"/>
          </w:tcPr>
          <w:p>
            <w:pPr>
              <w:spacing w:after="0"/>
              <w:jc w:val="left"/>
            </w:pPr>
            <w:r>
              <w:rPr>
                <w:sz w:val="16"/>
              </w:rPr>
              <w:t>Event records naming places in the county: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Excel file).</w:t>
            </w:r>
          </w:p>
        </w:tc>
        <w:tc>
          <w:tcPr>
            <w:tcW w:type="dxa" w:w="1776"/>
          </w:tcPr>
          <w:p>
            <w:pPr>
              <w:spacing w:after="0"/>
              <w:jc w:val="left"/>
            </w:pPr>
          </w:p>
        </w:tc>
      </w:tr>
      <w:tr>
        <w:trPr>
          <w:cantSplit/>
        </w:trPr>
        <w:tc>
          <w:tcPr>
            <w:tcW w:type="dxa" w:w="1705"/>
          </w:tcPr>
          <w:p>
            <w:pPr>
              <w:spacing w:after="0"/>
              <w:jc w:val="left"/>
            </w:pPr>
            <w:r>
              <w:rPr>
                <w:sz w:val="16"/>
              </w:rPr>
              <w:t>Tornado</w:t>
            </w:r>
          </w:p>
        </w:tc>
        <w:tc>
          <w:tcPr>
            <w:tcW w:type="dxa" w:w="1761"/>
          </w:tcPr>
          <w:p>
            <w:pPr>
              <w:spacing w:after="0"/>
              <w:jc w:val="left"/>
            </w:pPr>
            <w:r>
              <w:rPr>
                <w:sz w:val="16"/>
              </w:rPr>
              <w:t>Enhanced Fujita (Fujita before Feb 2007)</w:t>
            </w:r>
          </w:p>
        </w:tc>
        <w:tc>
          <w:tcPr>
            <w:tcW w:type="dxa" w:w="1598"/>
          </w:tcPr>
          <w:p>
            <w:pPr>
              <w:spacing w:after="0"/>
              <w:jc w:val="right"/>
            </w:pPr>
            <w:r>
              <w:rPr>
                <w:sz w:val="16"/>
              </w:rPr>
              <w:t>3 records, 1960 to 2008</w:t>
            </w:r>
          </w:p>
        </w:tc>
        <w:tc>
          <w:tcPr>
            <w:tcW w:type="dxa" w:w="1732"/>
          </w:tcPr>
          <w:p>
            <w:pPr>
              <w:spacing w:after="0"/>
              <w:jc w:val="left"/>
            </w:pPr>
            <w:r>
              <w:rPr>
                <w:sz w:val="16"/>
              </w:rPr>
              <w:t>F/EF0 to F/EF2 (median F/EF1); 3 with a recorded value</w:t>
            </w:r>
          </w:p>
        </w:tc>
        <w:tc>
          <w:tcPr>
            <w:tcW w:type="dxa" w:w="1555"/>
          </w:tcPr>
          <w:p>
            <w:pPr>
              <w:spacing w:after="0"/>
              <w:jc w:val="left"/>
            </w:pPr>
            <w:r>
              <w:rPr>
                <w:sz w:val="16"/>
              </w:rPr>
              <w:t>F2 tornado, 1960-06-24, 2 mi path length (whole path, pre-1996), 100 yd wide, $25,000 property; crops not recorded (1960 dollars)</w:t>
            </w:r>
          </w:p>
        </w:tc>
        <w:tc>
          <w:tcPr>
            <w:tcW w:type="dxa" w:w="2037"/>
          </w:tcPr>
          <w:p>
            <w:pPr>
              <w:spacing w:after="0"/>
              <w:jc w:val="left"/>
            </w:pPr>
            <w:r>
              <w:rPr>
                <w:sz w:val="16"/>
              </w:rPr>
              <w:t>Tornado, 2008-07-18, $100,000 property; $0 crops (2008 dollars)</w:t>
            </w:r>
          </w:p>
        </w:tc>
        <w:tc>
          <w:tcPr>
            <w:tcW w:type="dxa" w:w="1948"/>
          </w:tcPr>
          <w:p>
            <w:pPr>
              <w:spacing w:after="0"/>
              <w:jc w:val="left"/>
            </w:pPr>
            <w:r>
              <w:rPr>
                <w:sz w:val="16"/>
              </w:rPr>
              <w:t>Event records naming places in the county: Cambridge town (2 records).</w:t>
            </w:r>
          </w:p>
        </w:tc>
        <w:tc>
          <w:tcPr>
            <w:tcW w:type="dxa" w:w="17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5"/>
          </w:tcPr>
          <w:p>
            <w:pPr>
              <w:spacing w:after="0"/>
              <w:jc w:val="left"/>
            </w:pPr>
            <w:r>
              <w:rPr>
                <w:sz w:val="16"/>
              </w:rPr>
              <w:t>Wildfire</w:t>
            </w:r>
          </w:p>
        </w:tc>
        <w:tc>
          <w:tcPr>
            <w:tcW w:type="dxa" w:w="1761"/>
          </w:tcPr>
          <w:p>
            <w:pPr>
              <w:spacing w:after="0"/>
              <w:jc w:val="left"/>
            </w:pPr>
            <w:r>
              <w:rPr>
                <w:sz w:val="16"/>
              </w:rPr>
              <w:t>acres burned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Winter Storm, Heavy Snow, Blizzard, Lake-Effect Snow, Winter Weather, Sleet</w:t>
            </w:r>
          </w:p>
        </w:tc>
        <w:tc>
          <w:tcPr>
            <w:tcW w:type="dxa" w:w="1761"/>
          </w:tcPr>
          <w:p>
            <w:pPr>
              <w:spacing w:after="0"/>
              <w:jc w:val="left"/>
            </w:pPr>
            <w:r>
              <w:rPr>
                <w:sz w:val="16"/>
              </w:rPr>
              <w:t>none in data (snowfall: local data)</w:t>
            </w:r>
          </w:p>
        </w:tc>
        <w:tc>
          <w:tcPr>
            <w:tcW w:type="dxa" w:w="1598"/>
          </w:tcPr>
          <w:p>
            <w:pPr>
              <w:spacing w:after="0"/>
              <w:jc w:val="right"/>
            </w:pPr>
            <w:r>
              <w:rPr>
                <w:sz w:val="16"/>
              </w:rPr>
              <w:t>325 records, 1996 to 2026 (325 zone-level)</w:t>
            </w:r>
          </w:p>
        </w:tc>
        <w:tc>
          <w:tcPr>
            <w:tcW w:type="dxa" w:w="1732"/>
          </w:tcPr>
          <w:p>
            <w:pPr>
              <w:spacing w:after="0"/>
              <w:jc w:val="left"/>
            </w:pPr>
          </w:p>
        </w:tc>
        <w:tc>
          <w:tcPr>
            <w:tcW w:type="dxa" w:w="1555"/>
          </w:tcPr>
          <w:p>
            <w:pPr>
              <w:spacing w:after="0"/>
              <w:jc w:val="left"/>
            </w:pPr>
            <w:r>
              <w:rPr>
                <w:sz w:val="16"/>
              </w:rPr>
              <w:t>Heavy Snow, 2007-02-14, $200,000 property; $0 crops (2007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Lamoille County (federal declarations, statewide declarations and Storm Events history).</w:t>
      </w:r>
    </w:p>
    <w:p>
      <w:pPr>
        <w:keepNext/>
        <w:spacing w:after="80" w:before="0"/>
      </w:pPr>
      <w:r>
        <w:rPr/>
        <w:t>Federal declarations for this county: 38 declarations covering 33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1"/>
        <w:gridCol w:w="1061"/>
        <w:gridCol w:w="1061"/>
        <w:gridCol w:w="1426"/>
        <w:gridCol w:w="2523"/>
        <w:gridCol w:w="2514"/>
        <w:gridCol w:w="2797"/>
        <w:gridCol w:w="755"/>
        <w:gridCol w:w="915"/>
      </w:tblGrid>
      <w:tr>
        <w:trPr>
          <w:cantSplit/>
          <w:tblHeader/>
        </w:trPr>
        <w:tc>
          <w:tcPr>
            <w:tcW w:type="dxa" w:w="1061"/>
            <w:shd w:val="clear" w:color="auto" w:fill="E8E8E8"/>
          </w:tcPr>
          <w:p>
            <w:pPr>
              <w:spacing w:after="0"/>
              <w:jc w:val="left"/>
            </w:pPr>
            <w:r>
              <w:rPr>
                <w:b/>
                <w:sz w:val="16"/>
              </w:rPr>
              <w:t>Declared</w:t>
            </w:r>
          </w:p>
        </w:tc>
        <w:tc>
          <w:tcPr>
            <w:tcW w:type="dxa" w:w="1061"/>
            <w:shd w:val="clear" w:color="auto" w:fill="E8E8E8"/>
          </w:tcPr>
          <w:p>
            <w:pPr>
              <w:spacing w:after="0"/>
              <w:jc w:val="left"/>
            </w:pPr>
            <w:r>
              <w:rPr>
                <w:b/>
                <w:sz w:val="16"/>
              </w:rPr>
              <w:t>Incident began</w:t>
            </w:r>
          </w:p>
        </w:tc>
        <w:tc>
          <w:tcPr>
            <w:tcW w:type="dxa" w:w="1061"/>
            <w:shd w:val="clear" w:color="auto" w:fill="E8E8E8"/>
          </w:tcPr>
          <w:p>
            <w:pPr>
              <w:spacing w:after="0"/>
              <w:jc w:val="left"/>
            </w:pPr>
            <w:r>
              <w:rPr>
                <w:b/>
                <w:sz w:val="16"/>
              </w:rPr>
              <w:t>FEMA number</w:t>
            </w:r>
          </w:p>
        </w:tc>
        <w:tc>
          <w:tcPr>
            <w:tcW w:type="dxa" w:w="1426"/>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Title</w:t>
            </w:r>
          </w:p>
        </w:tc>
        <w:tc>
          <w:tcPr>
            <w:tcW w:type="dxa" w:w="2514"/>
            <w:shd w:val="clear" w:color="auto" w:fill="E8E8E8"/>
          </w:tcPr>
          <w:p>
            <w:pPr>
              <w:spacing w:after="0"/>
              <w:jc w:val="left"/>
            </w:pPr>
            <w:r>
              <w:rPr>
                <w:b/>
                <w:sz w:val="16"/>
              </w:rPr>
              <w:t>Mapped hazard</w:t>
            </w:r>
          </w:p>
        </w:tc>
        <w:tc>
          <w:tcPr>
            <w:tcW w:type="dxa" w:w="27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5"/>
            <w:shd w:val="clear" w:color="auto" w:fill="E8E8E8"/>
          </w:tcPr>
          <w:p>
            <w:pPr>
              <w:spacing w:after="0"/>
              <w:jc w:val="left"/>
            </w:pPr>
            <w:r>
              <w:rPr>
                <w:b/>
                <w:sz w:val="16"/>
              </w:rPr>
              <w:t>Flags</w:t>
            </w:r>
          </w:p>
        </w:tc>
        <w:tc>
          <w:tcPr>
            <w:tcW w:type="dxa" w:w="915"/>
            <w:shd w:val="clear" w:color="auto" w:fill="E8E8E8"/>
          </w:tcPr>
          <w:p>
            <w:pPr>
              <w:spacing w:after="0"/>
              <w:jc w:val="left"/>
            </w:pPr>
            <w:r>
              <w:rPr>
                <w:b/>
                <w:sz w:val="16"/>
              </w:rPr>
              <w:t>Notes</w:t>
            </w:r>
          </w:p>
        </w:tc>
      </w:tr>
      <w:tr>
        <w:trPr>
          <w:cantSplit/>
        </w:trPr>
        <w:tc>
          <w:tcPr>
            <w:tcW w:type="dxa" w:w="1061"/>
          </w:tcPr>
          <w:p>
            <w:pPr>
              <w:spacing w:after="0"/>
              <w:jc w:val="left"/>
            </w:pPr>
            <w:r>
              <w:rPr>
                <w:sz w:val="16"/>
              </w:rPr>
              <w:t>2024-09-11</w:t>
            </w:r>
          </w:p>
        </w:tc>
        <w:tc>
          <w:tcPr>
            <w:tcW w:type="dxa" w:w="1061"/>
          </w:tcPr>
          <w:p>
            <w:pPr>
              <w:spacing w:after="0"/>
              <w:jc w:val="left"/>
            </w:pPr>
            <w:r>
              <w:rPr>
                <w:sz w:val="16"/>
              </w:rPr>
              <w:t>2024-08-22</w:t>
            </w:r>
          </w:p>
        </w:tc>
        <w:tc>
          <w:tcPr>
            <w:tcW w:type="dxa" w:w="1061"/>
          </w:tcPr>
          <w:p>
            <w:pPr>
              <w:spacing w:after="0"/>
              <w:jc w:val="left"/>
            </w:pPr>
            <w:r>
              <w:rPr>
                <w:sz w:val="16"/>
              </w:rPr>
              <w:t>DR-4816-VT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$1,523,149.93</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2024-08-20</w:t>
            </w:r>
          </w:p>
        </w:tc>
        <w:tc>
          <w:tcPr>
            <w:tcW w:type="dxa" w:w="1061"/>
          </w:tcPr>
          <w:p>
            <w:pPr>
              <w:spacing w:after="0"/>
              <w:jc w:val="left"/>
            </w:pPr>
            <w:r>
              <w:rPr>
                <w:sz w:val="16"/>
              </w:rPr>
              <w:t>2024-07-09</w:t>
            </w:r>
          </w:p>
        </w:tc>
        <w:tc>
          <w:tcPr>
            <w:tcW w:type="dxa" w:w="1061"/>
          </w:tcPr>
          <w:p>
            <w:pPr>
              <w:spacing w:after="0"/>
              <w:jc w:val="left"/>
            </w:pPr>
            <w:r>
              <w:rPr>
                <w:sz w:val="16"/>
              </w:rPr>
              <w:t>DR-4810-VT</w:t>
            </w:r>
          </w:p>
        </w:tc>
        <w:tc>
          <w:tcPr>
            <w:tcW w:type="dxa" w:w="1426"/>
          </w:tcPr>
          <w:p>
            <w:pPr>
              <w:spacing w:after="0"/>
              <w:jc w:val="left"/>
            </w:pPr>
            <w:r>
              <w:rPr>
                <w:sz w:val="16"/>
              </w:rPr>
              <w:t>Major disaster</w:t>
            </w:r>
          </w:p>
        </w:tc>
        <w:tc>
          <w:tcPr>
            <w:tcW w:type="dxa" w:w="2523"/>
          </w:tcPr>
          <w:p>
            <w:pPr>
              <w:spacing w:after="0"/>
              <w:jc w:val="left"/>
            </w:pPr>
            <w:r>
              <w:rPr>
                <w:sz w:val="16"/>
              </w:rPr>
              <w:t>Severe Storm, Flooding, Landslides, and Mudslides</w:t>
            </w:r>
          </w:p>
        </w:tc>
        <w:tc>
          <w:tcPr>
            <w:tcW w:type="dxa" w:w="2514"/>
          </w:tcPr>
          <w:p>
            <w:pPr>
              <w:spacing w:after="0"/>
              <w:jc w:val="left"/>
            </w:pPr>
            <w:r>
              <w:rPr>
                <w:sz w:val="16"/>
              </w:rPr>
              <w:t>Inland Flooding; Landslide</w:t>
            </w:r>
          </w:p>
        </w:tc>
        <w:tc>
          <w:tcPr>
            <w:tcW w:type="dxa" w:w="2797"/>
          </w:tcPr>
          <w:p>
            <w:pPr>
              <w:spacing w:after="0"/>
              <w:jc w:val="right"/>
            </w:pPr>
            <w:r>
              <w:rPr>
                <w:sz w:val="16"/>
              </w:rPr>
              <w:t>$2,573,097.49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2024-08-08</w:t>
            </w:r>
          </w:p>
        </w:tc>
        <w:tc>
          <w:tcPr>
            <w:tcW w:type="dxa" w:w="1061"/>
          </w:tcPr>
          <w:p>
            <w:pPr>
              <w:spacing w:after="0"/>
              <w:jc w:val="left"/>
            </w:pPr>
            <w:r>
              <w:rPr>
                <w:sz w:val="16"/>
              </w:rPr>
              <w:t>2024-08-08</w:t>
            </w:r>
          </w:p>
        </w:tc>
        <w:tc>
          <w:tcPr>
            <w:tcW w:type="dxa" w:w="1061"/>
          </w:tcPr>
          <w:p>
            <w:pPr>
              <w:spacing w:after="0"/>
              <w:jc w:val="left"/>
            </w:pPr>
            <w:r>
              <w:rPr>
                <w:sz w:val="16"/>
              </w:rPr>
              <w:t>EM-3609-VT</w:t>
            </w:r>
          </w:p>
        </w:tc>
        <w:tc>
          <w:tcPr>
            <w:tcW w:type="dxa" w:w="1426"/>
          </w:tcPr>
          <w:p>
            <w:pPr>
              <w:spacing w:after="0"/>
              <w:jc w:val="left"/>
            </w:pPr>
            <w:r>
              <w:rPr>
                <w:sz w:val="16"/>
              </w:rPr>
              <w:t>Emergency</w:t>
            </w:r>
          </w:p>
        </w:tc>
        <w:tc>
          <w:tcPr>
            <w:tcW w:type="dxa" w:w="2523"/>
          </w:tcPr>
          <w:p>
            <w:pPr>
              <w:spacing w:after="0"/>
              <w:jc w:val="left"/>
            </w:pPr>
            <w:r>
              <w:rPr>
                <w:sz w:val="16"/>
              </w:rPr>
              <w:t>Tropical Depression Debby</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2024-04-19</w:t>
            </w:r>
          </w:p>
        </w:tc>
        <w:tc>
          <w:tcPr>
            <w:tcW w:type="dxa" w:w="1061"/>
          </w:tcPr>
          <w:p>
            <w:pPr>
              <w:spacing w:after="0"/>
              <w:jc w:val="left"/>
            </w:pPr>
            <w:r>
              <w:rPr>
                <w:sz w:val="16"/>
              </w:rPr>
              <w:t>2024-01-09</w:t>
            </w:r>
          </w:p>
        </w:tc>
        <w:tc>
          <w:tcPr>
            <w:tcW w:type="dxa" w:w="1061"/>
          </w:tcPr>
          <w:p>
            <w:pPr>
              <w:spacing w:after="0"/>
              <w:jc w:val="left"/>
            </w:pPr>
            <w:r>
              <w:rPr>
                <w:sz w:val="16"/>
              </w:rPr>
              <w:t>DR-4770-VT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$4,258,115.97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2024-03-02</w:t>
            </w:r>
          </w:p>
        </w:tc>
        <w:tc>
          <w:tcPr>
            <w:tcW w:type="dxa" w:w="1061"/>
          </w:tcPr>
          <w:p>
            <w:pPr>
              <w:spacing w:after="0"/>
              <w:jc w:val="left"/>
            </w:pPr>
            <w:r>
              <w:rPr>
                <w:sz w:val="16"/>
              </w:rPr>
              <w:t>2023-12-18</w:t>
            </w:r>
          </w:p>
        </w:tc>
        <w:tc>
          <w:tcPr>
            <w:tcW w:type="dxa" w:w="1061"/>
          </w:tcPr>
          <w:p>
            <w:pPr>
              <w:spacing w:after="0"/>
              <w:jc w:val="left"/>
            </w:pPr>
            <w:r>
              <w:rPr>
                <w:sz w:val="16"/>
              </w:rPr>
              <w:t>DR-4762-VT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$1,772,764.07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2023-07-14</w:t>
            </w:r>
          </w:p>
        </w:tc>
        <w:tc>
          <w:tcPr>
            <w:tcW w:type="dxa" w:w="1061"/>
          </w:tcPr>
          <w:p>
            <w:pPr>
              <w:spacing w:after="0"/>
              <w:jc w:val="left"/>
            </w:pPr>
            <w:r>
              <w:rPr>
                <w:sz w:val="16"/>
              </w:rPr>
              <w:t>2023-07-07</w:t>
            </w:r>
          </w:p>
        </w:tc>
        <w:tc>
          <w:tcPr>
            <w:tcW w:type="dxa" w:w="1061"/>
          </w:tcPr>
          <w:p>
            <w:pPr>
              <w:spacing w:after="0"/>
              <w:jc w:val="left"/>
            </w:pPr>
            <w:r>
              <w:rPr>
                <w:sz w:val="16"/>
              </w:rPr>
              <w:t>DR-4720-VT</w:t>
            </w:r>
          </w:p>
        </w:tc>
        <w:tc>
          <w:tcPr>
            <w:tcW w:type="dxa" w:w="1426"/>
          </w:tcPr>
          <w:p>
            <w:pPr>
              <w:spacing w:after="0"/>
              <w:jc w:val="left"/>
            </w:pPr>
            <w:r>
              <w:rPr>
                <w:sz w:val="16"/>
              </w:rPr>
              <w:t>Major disaster</w:t>
            </w:r>
          </w:p>
        </w:tc>
        <w:tc>
          <w:tcPr>
            <w:tcW w:type="dxa" w:w="2523"/>
          </w:tcPr>
          <w:p>
            <w:pPr>
              <w:spacing w:after="0"/>
              <w:jc w:val="left"/>
            </w:pPr>
            <w:r>
              <w:rPr>
                <w:sz w:val="16"/>
              </w:rPr>
              <w:t>Severe Storms, Flooding, Landslides, and Mudslides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$10,669,140.69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2023-07-10</w:t>
            </w:r>
          </w:p>
        </w:tc>
        <w:tc>
          <w:tcPr>
            <w:tcW w:type="dxa" w:w="1061"/>
          </w:tcPr>
          <w:p>
            <w:pPr>
              <w:spacing w:after="0"/>
              <w:jc w:val="left"/>
            </w:pPr>
            <w:r>
              <w:rPr>
                <w:sz w:val="16"/>
              </w:rPr>
              <w:t>2023-07-09</w:t>
            </w:r>
          </w:p>
        </w:tc>
        <w:tc>
          <w:tcPr>
            <w:tcW w:type="dxa" w:w="1061"/>
          </w:tcPr>
          <w:p>
            <w:pPr>
              <w:spacing w:after="0"/>
              <w:jc w:val="left"/>
            </w:pPr>
            <w:r>
              <w:rPr>
                <w:sz w:val="16"/>
              </w:rPr>
              <w:t>EM-3595-VT</w:t>
            </w:r>
          </w:p>
        </w:tc>
        <w:tc>
          <w:tcPr>
            <w:tcW w:type="dxa" w:w="1426"/>
          </w:tcPr>
          <w:p>
            <w:pPr>
              <w:spacing w:after="0"/>
              <w:jc w:val="left"/>
            </w:pPr>
            <w:r>
              <w:rPr>
                <w:sz w:val="16"/>
              </w:rPr>
              <w:t>Emergency</w:t>
            </w:r>
          </w:p>
        </w:tc>
        <w:tc>
          <w:tcPr>
            <w:tcW w:type="dxa" w:w="2523"/>
          </w:tcPr>
          <w:p>
            <w:pPr>
              <w:spacing w:after="0"/>
              <w:jc w:val="left"/>
            </w:pPr>
            <w:r>
              <w:rPr>
                <w:sz w:val="16"/>
              </w:rPr>
              <w:t>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r>
              <w:rPr>
                <w:sz w:val="16"/>
              </w:rPr>
              <w:t>same incident as DR-4720</w:t>
            </w:r>
          </w:p>
        </w:tc>
      </w:tr>
      <w:tr>
        <w:trPr>
          <w:cantSplit/>
        </w:trPr>
        <w:tc>
          <w:tcPr>
            <w:tcW w:type="dxa" w:w="1061"/>
          </w:tcPr>
          <w:p>
            <w:pPr>
              <w:spacing w:after="0"/>
              <w:jc w:val="left"/>
            </w:pPr>
            <w:r>
              <w:rPr>
                <w:sz w:val="16"/>
              </w:rPr>
              <w:t>2023-03-20</w:t>
            </w:r>
          </w:p>
        </w:tc>
        <w:tc>
          <w:tcPr>
            <w:tcW w:type="dxa" w:w="1061"/>
          </w:tcPr>
          <w:p>
            <w:pPr>
              <w:spacing w:after="0"/>
              <w:jc w:val="left"/>
            </w:pPr>
            <w:r>
              <w:rPr>
                <w:sz w:val="16"/>
              </w:rPr>
              <w:t>2022-12-22</w:t>
            </w:r>
          </w:p>
        </w:tc>
        <w:tc>
          <w:tcPr>
            <w:tcW w:type="dxa" w:w="1061"/>
          </w:tcPr>
          <w:p>
            <w:pPr>
              <w:spacing w:after="0"/>
              <w:jc w:val="left"/>
            </w:pPr>
            <w:r>
              <w:rPr>
                <w:sz w:val="16"/>
              </w:rPr>
              <w:t>DR-4695-VT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$2,941,114.79</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2021-08-22</w:t>
            </w:r>
          </w:p>
        </w:tc>
        <w:tc>
          <w:tcPr>
            <w:tcW w:type="dxa" w:w="1061"/>
          </w:tcPr>
          <w:p>
            <w:pPr>
              <w:spacing w:after="0"/>
              <w:jc w:val="left"/>
            </w:pPr>
            <w:r>
              <w:rPr>
                <w:sz w:val="16"/>
              </w:rPr>
              <w:t>2021-08-22</w:t>
            </w:r>
          </w:p>
        </w:tc>
        <w:tc>
          <w:tcPr>
            <w:tcW w:type="dxa" w:w="1061"/>
          </w:tcPr>
          <w:p>
            <w:pPr>
              <w:spacing w:after="0"/>
              <w:jc w:val="left"/>
            </w:pPr>
            <w:r>
              <w:rPr>
                <w:sz w:val="16"/>
              </w:rPr>
              <w:t>EM-3567-VT</w:t>
            </w:r>
          </w:p>
        </w:tc>
        <w:tc>
          <w:tcPr>
            <w:tcW w:type="dxa" w:w="1426"/>
          </w:tcPr>
          <w:p>
            <w:pPr>
              <w:spacing w:after="0"/>
              <w:jc w:val="left"/>
            </w:pPr>
            <w:r>
              <w:rPr>
                <w:sz w:val="16"/>
              </w:rPr>
              <w:t>Emergency</w:t>
            </w:r>
          </w:p>
        </w:tc>
        <w:tc>
          <w:tcPr>
            <w:tcW w:type="dxa" w:w="2523"/>
          </w:tcPr>
          <w:p>
            <w:pPr>
              <w:spacing w:after="0"/>
              <w:jc w:val="left"/>
            </w:pPr>
            <w:r>
              <w:rPr>
                <w:sz w:val="16"/>
              </w:rPr>
              <w:t>Tropical Storm Henri</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2020-04-08</w:t>
            </w:r>
          </w:p>
        </w:tc>
        <w:tc>
          <w:tcPr>
            <w:tcW w:type="dxa" w:w="1061"/>
          </w:tcPr>
          <w:p>
            <w:pPr>
              <w:spacing w:after="0"/>
              <w:jc w:val="left"/>
            </w:pPr>
            <w:r>
              <w:rPr>
                <w:sz w:val="16"/>
              </w:rPr>
              <w:t>2020-01-20</w:t>
            </w:r>
          </w:p>
        </w:tc>
        <w:tc>
          <w:tcPr>
            <w:tcW w:type="dxa" w:w="1061"/>
          </w:tcPr>
          <w:p>
            <w:pPr>
              <w:spacing w:after="0"/>
              <w:jc w:val="left"/>
            </w:pPr>
            <w:r>
              <w:rPr>
                <w:sz w:val="16"/>
              </w:rPr>
              <w:t>DR-4532-VT</w:t>
            </w:r>
          </w:p>
        </w:tc>
        <w:tc>
          <w:tcPr>
            <w:tcW w:type="dxa" w:w="1426"/>
          </w:tcPr>
          <w:p>
            <w:pPr>
              <w:spacing w:after="0"/>
              <w:jc w:val="left"/>
            </w:pPr>
            <w:r>
              <w:rPr>
                <w:sz w:val="16"/>
              </w:rPr>
              <w:t>Major disaster</w:t>
            </w:r>
          </w:p>
        </w:tc>
        <w:tc>
          <w:tcPr>
            <w:tcW w:type="dxa" w:w="2523"/>
          </w:tcPr>
          <w:p>
            <w:pPr>
              <w:spacing w:after="0"/>
              <w:jc w:val="left"/>
            </w:pPr>
            <w:r>
              <w:rPr>
                <w:sz w:val="16"/>
              </w:rPr>
              <w:t>COVID-19 Pandemic</w:t>
            </w:r>
          </w:p>
        </w:tc>
        <w:tc>
          <w:tcPr>
            <w:tcW w:type="dxa" w:w="2514"/>
          </w:tcPr>
          <w:p>
            <w:pPr>
              <w:spacing w:after="0"/>
              <w:jc w:val="left"/>
            </w:pPr>
            <w:r>
              <w:rPr>
                <w:sz w:val="16"/>
              </w:rPr>
              <w:t>Non-natural, not counted</w:t>
            </w:r>
          </w:p>
        </w:tc>
        <w:tc>
          <w:tcPr>
            <w:tcW w:type="dxa" w:w="2797"/>
          </w:tcPr>
          <w:p>
            <w:pPr>
              <w:spacing w:after="0"/>
              <w:jc w:val="right"/>
            </w:pPr>
            <w:r>
              <w:rPr>
                <w:sz w:val="16"/>
              </w:rPr>
              <w:t>$143,534.57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2020-03-13</w:t>
            </w:r>
          </w:p>
        </w:tc>
        <w:tc>
          <w:tcPr>
            <w:tcW w:type="dxa" w:w="1061"/>
          </w:tcPr>
          <w:p>
            <w:pPr>
              <w:spacing w:after="0"/>
              <w:jc w:val="left"/>
            </w:pPr>
            <w:r>
              <w:rPr>
                <w:sz w:val="16"/>
              </w:rPr>
              <w:t>2020-01-20</w:t>
            </w:r>
          </w:p>
        </w:tc>
        <w:tc>
          <w:tcPr>
            <w:tcW w:type="dxa" w:w="1061"/>
          </w:tcPr>
          <w:p>
            <w:pPr>
              <w:spacing w:after="0"/>
              <w:jc w:val="left"/>
            </w:pPr>
            <w:r>
              <w:rPr>
                <w:sz w:val="16"/>
              </w:rPr>
              <w:t>EM-3437-VT</w:t>
            </w:r>
          </w:p>
        </w:tc>
        <w:tc>
          <w:tcPr>
            <w:tcW w:type="dxa" w:w="1426"/>
          </w:tcPr>
          <w:p>
            <w:pPr>
              <w:spacing w:after="0"/>
              <w:jc w:val="left"/>
            </w:pPr>
            <w:r>
              <w:rPr>
                <w:sz w:val="16"/>
              </w:rPr>
              <w:t>Emergency</w:t>
            </w:r>
          </w:p>
        </w:tc>
        <w:tc>
          <w:tcPr>
            <w:tcW w:type="dxa" w:w="2523"/>
          </w:tcPr>
          <w:p>
            <w:pPr>
              <w:spacing w:after="0"/>
              <w:jc w:val="left"/>
            </w:pPr>
            <w:r>
              <w:rPr>
                <w:sz w:val="16"/>
              </w:rPr>
              <w:t>COVID-19</w:t>
            </w:r>
          </w:p>
        </w:tc>
        <w:tc>
          <w:tcPr>
            <w:tcW w:type="dxa" w:w="2514"/>
          </w:tcPr>
          <w:p>
            <w:pPr>
              <w:spacing w:after="0"/>
              <w:jc w:val="left"/>
            </w:pPr>
            <w:r>
              <w:rPr>
                <w:sz w:val="16"/>
              </w:rPr>
              <w:t>Non-natural, not counted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DR-4532</w:t>
            </w:r>
          </w:p>
        </w:tc>
      </w:tr>
      <w:tr>
        <w:trPr>
          <w:cantSplit/>
        </w:trPr>
        <w:tc>
          <w:tcPr>
            <w:tcW w:type="dxa" w:w="1061"/>
          </w:tcPr>
          <w:p>
            <w:pPr>
              <w:spacing w:after="0"/>
              <w:jc w:val="left"/>
            </w:pPr>
            <w:r>
              <w:rPr>
                <w:sz w:val="16"/>
              </w:rPr>
              <w:t>2020-01-17</w:t>
            </w:r>
          </w:p>
        </w:tc>
        <w:tc>
          <w:tcPr>
            <w:tcW w:type="dxa" w:w="1061"/>
          </w:tcPr>
          <w:p>
            <w:pPr>
              <w:spacing w:after="0"/>
              <w:jc w:val="left"/>
            </w:pPr>
            <w:r>
              <w:rPr>
                <w:sz w:val="16"/>
              </w:rPr>
              <w:t>2019-10-31</w:t>
            </w:r>
          </w:p>
        </w:tc>
        <w:tc>
          <w:tcPr>
            <w:tcW w:type="dxa" w:w="1061"/>
          </w:tcPr>
          <w:p>
            <w:pPr>
              <w:spacing w:after="0"/>
              <w:jc w:val="left"/>
            </w:pPr>
            <w:r>
              <w:rPr>
                <w:sz w:val="16"/>
              </w:rPr>
              <w:t>DR-4474-VT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$7,609,315.48</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2018-07-30</w:t>
            </w:r>
          </w:p>
        </w:tc>
        <w:tc>
          <w:tcPr>
            <w:tcW w:type="dxa" w:w="1061"/>
          </w:tcPr>
          <w:p>
            <w:pPr>
              <w:spacing w:after="0"/>
              <w:jc w:val="left"/>
            </w:pPr>
            <w:r>
              <w:rPr>
                <w:sz w:val="16"/>
              </w:rPr>
              <w:t>2018-05-04</w:t>
            </w:r>
          </w:p>
        </w:tc>
        <w:tc>
          <w:tcPr>
            <w:tcW w:type="dxa" w:w="1061"/>
          </w:tcPr>
          <w:p>
            <w:pPr>
              <w:spacing w:after="0"/>
              <w:jc w:val="left"/>
            </w:pPr>
            <w:r>
              <w:rPr>
                <w:sz w:val="16"/>
              </w:rPr>
              <w:t>DR-4380-VT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$1,262,751.73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2018-01-02</w:t>
            </w:r>
          </w:p>
        </w:tc>
        <w:tc>
          <w:tcPr>
            <w:tcW w:type="dxa" w:w="1061"/>
          </w:tcPr>
          <w:p>
            <w:pPr>
              <w:spacing w:after="0"/>
              <w:jc w:val="left"/>
            </w:pPr>
            <w:r>
              <w:rPr>
                <w:sz w:val="16"/>
              </w:rPr>
              <w:t>2017-10-29</w:t>
            </w:r>
          </w:p>
        </w:tc>
        <w:tc>
          <w:tcPr>
            <w:tcW w:type="dxa" w:w="1061"/>
          </w:tcPr>
          <w:p>
            <w:pPr>
              <w:spacing w:after="0"/>
              <w:jc w:val="left"/>
            </w:pPr>
            <w:r>
              <w:rPr>
                <w:sz w:val="16"/>
              </w:rPr>
              <w:t>DR-4356-VT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$2,569,800.26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2015-02-03</w:t>
            </w:r>
          </w:p>
        </w:tc>
        <w:tc>
          <w:tcPr>
            <w:tcW w:type="dxa" w:w="1061"/>
          </w:tcPr>
          <w:p>
            <w:pPr>
              <w:spacing w:after="0"/>
              <w:jc w:val="left"/>
            </w:pPr>
            <w:r>
              <w:rPr>
                <w:sz w:val="16"/>
              </w:rPr>
              <w:t>2014-12-09</w:t>
            </w:r>
          </w:p>
        </w:tc>
        <w:tc>
          <w:tcPr>
            <w:tcW w:type="dxa" w:w="1061"/>
          </w:tcPr>
          <w:p>
            <w:pPr>
              <w:spacing w:after="0"/>
              <w:jc w:val="left"/>
            </w:pPr>
            <w:r>
              <w:rPr>
                <w:sz w:val="16"/>
              </w:rPr>
              <w:t>DR-4207-VT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$2,202,072.51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2014-06-11</w:t>
            </w:r>
          </w:p>
        </w:tc>
        <w:tc>
          <w:tcPr>
            <w:tcW w:type="dxa" w:w="1061"/>
          </w:tcPr>
          <w:p>
            <w:pPr>
              <w:spacing w:after="0"/>
              <w:jc w:val="left"/>
            </w:pPr>
            <w:r>
              <w:rPr>
                <w:sz w:val="16"/>
              </w:rPr>
              <w:t>2014-04-15</w:t>
            </w:r>
          </w:p>
        </w:tc>
        <w:tc>
          <w:tcPr>
            <w:tcW w:type="dxa" w:w="1061"/>
          </w:tcPr>
          <w:p>
            <w:pPr>
              <w:spacing w:after="0"/>
              <w:jc w:val="left"/>
            </w:pPr>
            <w:r>
              <w:rPr>
                <w:sz w:val="16"/>
              </w:rPr>
              <w:t>DR-4178-VT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$386,450.07</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2014-01-29</w:t>
            </w:r>
          </w:p>
        </w:tc>
        <w:tc>
          <w:tcPr>
            <w:tcW w:type="dxa" w:w="1061"/>
          </w:tcPr>
          <w:p>
            <w:pPr>
              <w:spacing w:after="0"/>
              <w:jc w:val="left"/>
            </w:pPr>
            <w:r>
              <w:rPr>
                <w:sz w:val="16"/>
              </w:rPr>
              <w:t>2013-12-20</w:t>
            </w:r>
          </w:p>
        </w:tc>
        <w:tc>
          <w:tcPr>
            <w:tcW w:type="dxa" w:w="1061"/>
          </w:tcPr>
          <w:p>
            <w:pPr>
              <w:spacing w:after="0"/>
              <w:jc w:val="left"/>
            </w:pPr>
            <w:r>
              <w:rPr>
                <w:sz w:val="16"/>
              </w:rPr>
              <w:t>DR-4163-VT</w:t>
            </w:r>
          </w:p>
        </w:tc>
        <w:tc>
          <w:tcPr>
            <w:tcW w:type="dxa" w:w="1426"/>
          </w:tcPr>
          <w:p>
            <w:pPr>
              <w:spacing w:after="0"/>
              <w:jc w:val="left"/>
            </w:pPr>
            <w:r>
              <w:rPr>
                <w:sz w:val="16"/>
              </w:rPr>
              <w:t>Major disaster</w:t>
            </w:r>
          </w:p>
        </w:tc>
        <w:tc>
          <w:tcPr>
            <w:tcW w:type="dxa" w:w="2523"/>
          </w:tcPr>
          <w:p>
            <w:pPr>
              <w:spacing w:after="0"/>
              <w:jc w:val="left"/>
            </w:pPr>
            <w:r>
              <w:rPr>
                <w:sz w:val="16"/>
              </w:rPr>
              <w:t>Severe Winter Storms</w:t>
            </w:r>
          </w:p>
        </w:tc>
        <w:tc>
          <w:tcPr>
            <w:tcW w:type="dxa" w:w="2514"/>
          </w:tcPr>
          <w:p>
            <w:pPr>
              <w:spacing w:after="0"/>
              <w:jc w:val="left"/>
            </w:pPr>
            <w:r>
              <w:rPr>
                <w:sz w:val="16"/>
              </w:rPr>
              <w:t>Ice Storm</w:t>
            </w:r>
          </w:p>
        </w:tc>
        <w:tc>
          <w:tcPr>
            <w:tcW w:type="dxa" w:w="2797"/>
          </w:tcPr>
          <w:p>
            <w:pPr>
              <w:spacing w:after="0"/>
              <w:jc w:val="right"/>
            </w:pPr>
            <w:r>
              <w:rPr>
                <w:sz w:val="16"/>
              </w:rPr>
              <w:t>$4,460,623.54</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2013-06-13</w:t>
            </w:r>
          </w:p>
        </w:tc>
        <w:tc>
          <w:tcPr>
            <w:tcW w:type="dxa" w:w="1061"/>
          </w:tcPr>
          <w:p>
            <w:pPr>
              <w:spacing w:after="0"/>
              <w:jc w:val="left"/>
            </w:pPr>
            <w:r>
              <w:rPr>
                <w:sz w:val="16"/>
              </w:rPr>
              <w:t>2013-05-22</w:t>
            </w:r>
          </w:p>
        </w:tc>
        <w:tc>
          <w:tcPr>
            <w:tcW w:type="dxa" w:w="1061"/>
          </w:tcPr>
          <w:p>
            <w:pPr>
              <w:spacing w:after="0"/>
              <w:jc w:val="left"/>
            </w:pPr>
            <w:r>
              <w:rPr>
                <w:sz w:val="16"/>
              </w:rPr>
              <w:t>DR-4120-VT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$285,965.05</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2012-06-22</w:t>
            </w:r>
          </w:p>
        </w:tc>
        <w:tc>
          <w:tcPr>
            <w:tcW w:type="dxa" w:w="1061"/>
          </w:tcPr>
          <w:p>
            <w:pPr>
              <w:spacing w:after="0"/>
              <w:jc w:val="left"/>
            </w:pPr>
            <w:r>
              <w:rPr>
                <w:sz w:val="16"/>
              </w:rPr>
              <w:t>2012-05-29</w:t>
            </w:r>
          </w:p>
        </w:tc>
        <w:tc>
          <w:tcPr>
            <w:tcW w:type="dxa" w:w="1061"/>
          </w:tcPr>
          <w:p>
            <w:pPr>
              <w:spacing w:after="0"/>
              <w:jc w:val="left"/>
            </w:pPr>
            <w:r>
              <w:rPr>
                <w:sz w:val="16"/>
              </w:rPr>
              <w:t>DR-4066-VT</w:t>
            </w:r>
          </w:p>
        </w:tc>
        <w:tc>
          <w:tcPr>
            <w:tcW w:type="dxa" w:w="1426"/>
          </w:tcPr>
          <w:p>
            <w:pPr>
              <w:spacing w:after="0"/>
              <w:jc w:val="left"/>
            </w:pPr>
            <w:r>
              <w:rPr>
                <w:sz w:val="16"/>
              </w:rPr>
              <w:t>Major disaster</w:t>
            </w:r>
          </w:p>
        </w:tc>
        <w:tc>
          <w:tcPr>
            <w:tcW w:type="dxa" w:w="2523"/>
          </w:tcPr>
          <w:p>
            <w:pPr>
              <w:spacing w:after="0"/>
              <w:jc w:val="left"/>
            </w:pPr>
            <w:r>
              <w:rPr>
                <w:sz w:val="16"/>
              </w:rPr>
              <w:t>Severe Storm, Tornado, and Flooding</w:t>
            </w:r>
          </w:p>
        </w:tc>
        <w:tc>
          <w:tcPr>
            <w:tcW w:type="dxa" w:w="2514"/>
          </w:tcPr>
          <w:p>
            <w:pPr>
              <w:spacing w:after="0"/>
              <w:jc w:val="left"/>
            </w:pPr>
            <w:r>
              <w:rPr>
                <w:sz w:val="16"/>
              </w:rPr>
              <w:t>Inland Flooding; Tornado</w:t>
            </w:r>
          </w:p>
        </w:tc>
        <w:tc>
          <w:tcPr>
            <w:tcW w:type="dxa" w:w="2797"/>
          </w:tcPr>
          <w:p>
            <w:pPr>
              <w:spacing w:after="0"/>
              <w:jc w:val="right"/>
            </w:pPr>
            <w:r>
              <w:rPr>
                <w:sz w:val="16"/>
              </w:rPr>
              <w:t>$263,101.93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2011-09-01</w:t>
            </w:r>
          </w:p>
        </w:tc>
        <w:tc>
          <w:tcPr>
            <w:tcW w:type="dxa" w:w="1061"/>
          </w:tcPr>
          <w:p>
            <w:pPr>
              <w:spacing w:after="0"/>
              <w:jc w:val="left"/>
            </w:pPr>
            <w:r>
              <w:rPr>
                <w:sz w:val="16"/>
              </w:rPr>
              <w:t>2011-08-27</w:t>
            </w:r>
          </w:p>
        </w:tc>
        <w:tc>
          <w:tcPr>
            <w:tcW w:type="dxa" w:w="1061"/>
          </w:tcPr>
          <w:p>
            <w:pPr>
              <w:spacing w:after="0"/>
              <w:jc w:val="left"/>
            </w:pPr>
            <w:r>
              <w:rPr>
                <w:sz w:val="16"/>
              </w:rPr>
              <w:t>DR-4022-VT</w:t>
            </w:r>
          </w:p>
        </w:tc>
        <w:tc>
          <w:tcPr>
            <w:tcW w:type="dxa" w:w="1426"/>
          </w:tcPr>
          <w:p>
            <w:pPr>
              <w:spacing w:after="0"/>
              <w:jc w:val="left"/>
            </w:pPr>
            <w:r>
              <w:rPr>
                <w:sz w:val="16"/>
              </w:rPr>
              <w:t>Major disaster</w:t>
            </w:r>
          </w:p>
        </w:tc>
        <w:tc>
          <w:tcPr>
            <w:tcW w:type="dxa" w:w="2523"/>
          </w:tcPr>
          <w:p>
            <w:pPr>
              <w:spacing w:after="0"/>
              <w:jc w:val="left"/>
            </w:pPr>
            <w:r>
              <w:rPr>
                <w:sz w:val="16"/>
              </w:rPr>
              <w:t>Tropical Storm Irene</w:t>
            </w:r>
          </w:p>
        </w:tc>
        <w:tc>
          <w:tcPr>
            <w:tcW w:type="dxa" w:w="2514"/>
          </w:tcPr>
          <w:p>
            <w:pPr>
              <w:spacing w:after="0"/>
              <w:jc w:val="left"/>
            </w:pPr>
            <w:r>
              <w:rPr>
                <w:sz w:val="16"/>
              </w:rPr>
              <w:t>Hurricane</w:t>
            </w:r>
          </w:p>
        </w:tc>
        <w:tc>
          <w:tcPr>
            <w:tcW w:type="dxa" w:w="2797"/>
          </w:tcPr>
          <w:p>
            <w:pPr>
              <w:spacing w:after="0"/>
              <w:jc w:val="right"/>
            </w:pPr>
            <w:r>
              <w:rPr>
                <w:sz w:val="16"/>
              </w:rPr>
              <w:t>$1,541,746.71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2011-08-29</w:t>
            </w:r>
          </w:p>
        </w:tc>
        <w:tc>
          <w:tcPr>
            <w:tcW w:type="dxa" w:w="1061"/>
          </w:tcPr>
          <w:p>
            <w:pPr>
              <w:spacing w:after="0"/>
              <w:jc w:val="left"/>
            </w:pPr>
            <w:r>
              <w:rPr>
                <w:sz w:val="16"/>
              </w:rPr>
              <w:t>2011-08-26</w:t>
            </w:r>
          </w:p>
        </w:tc>
        <w:tc>
          <w:tcPr>
            <w:tcW w:type="dxa" w:w="1061"/>
          </w:tcPr>
          <w:p>
            <w:pPr>
              <w:spacing w:after="0"/>
              <w:jc w:val="left"/>
            </w:pPr>
            <w:r>
              <w:rPr>
                <w:sz w:val="16"/>
              </w:rPr>
              <w:t>EM-3338-VT</w:t>
            </w:r>
          </w:p>
        </w:tc>
        <w:tc>
          <w:tcPr>
            <w:tcW w:type="dxa" w:w="1426"/>
          </w:tcPr>
          <w:p>
            <w:pPr>
              <w:spacing w:after="0"/>
              <w:jc w:val="left"/>
            </w:pPr>
            <w:r>
              <w:rPr>
                <w:sz w:val="16"/>
              </w:rPr>
              <w:t>Emergency</w:t>
            </w:r>
          </w:p>
        </w:tc>
        <w:tc>
          <w:tcPr>
            <w:tcW w:type="dxa" w:w="2523"/>
          </w:tcPr>
          <w:p>
            <w:pPr>
              <w:spacing w:after="0"/>
              <w:jc w:val="left"/>
            </w:pPr>
            <w:r>
              <w:rPr>
                <w:sz w:val="16"/>
              </w:rPr>
              <w:t>Hurricane Irene</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DR-4022</w:t>
            </w:r>
          </w:p>
        </w:tc>
      </w:tr>
      <w:tr>
        <w:trPr>
          <w:cantSplit/>
        </w:trPr>
        <w:tc>
          <w:tcPr>
            <w:tcW w:type="dxa" w:w="1061"/>
          </w:tcPr>
          <w:p>
            <w:pPr>
              <w:spacing w:after="0"/>
              <w:jc w:val="left"/>
            </w:pPr>
            <w:r>
              <w:rPr>
                <w:sz w:val="16"/>
              </w:rPr>
              <w:t>2011-06-15</w:t>
            </w:r>
          </w:p>
        </w:tc>
        <w:tc>
          <w:tcPr>
            <w:tcW w:type="dxa" w:w="1061"/>
          </w:tcPr>
          <w:p>
            <w:pPr>
              <w:spacing w:after="0"/>
              <w:jc w:val="left"/>
            </w:pPr>
            <w:r>
              <w:rPr>
                <w:sz w:val="16"/>
              </w:rPr>
              <w:t>2011-04-23</w:t>
            </w:r>
          </w:p>
        </w:tc>
        <w:tc>
          <w:tcPr>
            <w:tcW w:type="dxa" w:w="1061"/>
          </w:tcPr>
          <w:p>
            <w:pPr>
              <w:spacing w:after="0"/>
              <w:jc w:val="left"/>
            </w:pPr>
            <w:r>
              <w:rPr>
                <w:sz w:val="16"/>
              </w:rPr>
              <w:t>DR-1995-VT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$992,903.78</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2010-12-22</w:t>
            </w:r>
          </w:p>
        </w:tc>
        <w:tc>
          <w:tcPr>
            <w:tcW w:type="dxa" w:w="1061"/>
          </w:tcPr>
          <w:p>
            <w:pPr>
              <w:spacing w:after="0"/>
              <w:jc w:val="left"/>
            </w:pPr>
            <w:r>
              <w:rPr>
                <w:sz w:val="16"/>
              </w:rPr>
              <w:t>2010-12-01</w:t>
            </w:r>
          </w:p>
        </w:tc>
        <w:tc>
          <w:tcPr>
            <w:tcW w:type="dxa" w:w="1061"/>
          </w:tcPr>
          <w:p>
            <w:pPr>
              <w:spacing w:after="0"/>
              <w:jc w:val="left"/>
            </w:pPr>
            <w:r>
              <w:rPr>
                <w:sz w:val="16"/>
              </w:rPr>
              <w:t>DR-1951-VT</w:t>
            </w:r>
          </w:p>
        </w:tc>
        <w:tc>
          <w:tcPr>
            <w:tcW w:type="dxa" w:w="1426"/>
          </w:tcPr>
          <w:p>
            <w:pPr>
              <w:spacing w:after="0"/>
              <w:jc w:val="left"/>
            </w:pPr>
            <w:r>
              <w:rPr>
                <w:sz w:val="16"/>
              </w:rPr>
              <w:t>Major disaster</w:t>
            </w:r>
          </w:p>
        </w:tc>
        <w:tc>
          <w:tcPr>
            <w:tcW w:type="dxa" w:w="2523"/>
          </w:tcPr>
          <w:p>
            <w:pPr>
              <w:spacing w:after="0"/>
              <w:jc w:val="left"/>
            </w:pPr>
            <w:r>
              <w:rPr>
                <w:sz w:val="16"/>
              </w:rPr>
              <w:t>Severe Storm</w:t>
            </w:r>
          </w:p>
        </w:tc>
        <w:tc>
          <w:tcPr>
            <w:tcW w:type="dxa" w:w="2514"/>
          </w:tcPr>
          <w:p>
            <w:pPr>
              <w:spacing w:after="0"/>
              <w:jc w:val="left"/>
            </w:pPr>
            <w:r>
              <w:rPr>
                <w:sz w:val="16"/>
              </w:rPr>
              <w:t>Hazard not mapped (severe storm title names no single hazard); not counted</w:t>
            </w:r>
          </w:p>
        </w:tc>
        <w:tc>
          <w:tcPr>
            <w:tcW w:type="dxa" w:w="2797"/>
          </w:tcPr>
          <w:p>
            <w:pPr>
              <w:spacing w:after="0"/>
              <w:jc w:val="right"/>
            </w:pPr>
            <w:r>
              <w:rPr>
                <w:sz w:val="16"/>
              </w:rPr>
              <w:t>$1,264,581.33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2008-09-12</w:t>
            </w:r>
          </w:p>
        </w:tc>
        <w:tc>
          <w:tcPr>
            <w:tcW w:type="dxa" w:w="1061"/>
          </w:tcPr>
          <w:p>
            <w:pPr>
              <w:spacing w:after="0"/>
              <w:jc w:val="left"/>
            </w:pPr>
            <w:r>
              <w:rPr>
                <w:sz w:val="16"/>
              </w:rPr>
              <w:t>2008-07-21</w:t>
            </w:r>
          </w:p>
        </w:tc>
        <w:tc>
          <w:tcPr>
            <w:tcW w:type="dxa" w:w="1061"/>
          </w:tcPr>
          <w:p>
            <w:pPr>
              <w:spacing w:after="0"/>
              <w:jc w:val="left"/>
            </w:pPr>
            <w:r>
              <w:rPr>
                <w:sz w:val="16"/>
              </w:rPr>
              <w:t>DR-1790-VT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$270,081.26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2008-08-15</w:t>
            </w:r>
          </w:p>
        </w:tc>
        <w:tc>
          <w:tcPr>
            <w:tcW w:type="dxa" w:w="1061"/>
          </w:tcPr>
          <w:p>
            <w:pPr>
              <w:spacing w:after="0"/>
              <w:jc w:val="left"/>
            </w:pPr>
            <w:r>
              <w:rPr>
                <w:sz w:val="16"/>
              </w:rPr>
              <w:t>2008-07-18</w:t>
            </w:r>
          </w:p>
        </w:tc>
        <w:tc>
          <w:tcPr>
            <w:tcW w:type="dxa" w:w="1061"/>
          </w:tcPr>
          <w:p>
            <w:pPr>
              <w:spacing w:after="0"/>
              <w:jc w:val="left"/>
            </w:pPr>
            <w:r>
              <w:rPr>
                <w:sz w:val="16"/>
              </w:rPr>
              <w:t>DR-1784-VT</w:t>
            </w:r>
          </w:p>
        </w:tc>
        <w:tc>
          <w:tcPr>
            <w:tcW w:type="dxa" w:w="1426"/>
          </w:tcPr>
          <w:p>
            <w:pPr>
              <w:spacing w:after="0"/>
              <w:jc w:val="left"/>
            </w:pPr>
            <w:r>
              <w:rPr>
                <w:sz w:val="16"/>
              </w:rPr>
              <w:t>Major disaster</w:t>
            </w:r>
          </w:p>
        </w:tc>
        <w:tc>
          <w:tcPr>
            <w:tcW w:type="dxa" w:w="2523"/>
          </w:tcPr>
          <w:p>
            <w:pPr>
              <w:spacing w:after="0"/>
              <w:jc w:val="left"/>
            </w:pPr>
            <w:r>
              <w:rPr>
                <w:sz w:val="16"/>
              </w:rPr>
              <w:t>Severe Storms, a Tornado, and Flooding</w:t>
            </w:r>
          </w:p>
        </w:tc>
        <w:tc>
          <w:tcPr>
            <w:tcW w:type="dxa" w:w="2514"/>
          </w:tcPr>
          <w:p>
            <w:pPr>
              <w:spacing w:after="0"/>
              <w:jc w:val="left"/>
            </w:pPr>
            <w:r>
              <w:rPr>
                <w:sz w:val="16"/>
              </w:rPr>
              <w:t>Inland Flooding; Tornado</w:t>
            </w:r>
          </w:p>
        </w:tc>
        <w:tc>
          <w:tcPr>
            <w:tcW w:type="dxa" w:w="2797"/>
          </w:tcPr>
          <w:p>
            <w:pPr>
              <w:spacing w:after="0"/>
              <w:jc w:val="right"/>
            </w:pPr>
            <w:r>
              <w:rPr>
                <w:sz w:val="16"/>
              </w:rPr>
              <w:t>$320,794.76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2007-05-04</w:t>
            </w:r>
          </w:p>
        </w:tc>
        <w:tc>
          <w:tcPr>
            <w:tcW w:type="dxa" w:w="1061"/>
          </w:tcPr>
          <w:p>
            <w:pPr>
              <w:spacing w:after="0"/>
              <w:jc w:val="left"/>
            </w:pPr>
            <w:r>
              <w:rPr>
                <w:sz w:val="16"/>
              </w:rPr>
              <w:t>2007-04-15</w:t>
            </w:r>
          </w:p>
        </w:tc>
        <w:tc>
          <w:tcPr>
            <w:tcW w:type="dxa" w:w="1061"/>
          </w:tcPr>
          <w:p>
            <w:pPr>
              <w:spacing w:after="0"/>
              <w:jc w:val="left"/>
            </w:pPr>
            <w:r>
              <w:rPr>
                <w:sz w:val="16"/>
              </w:rPr>
              <w:t>DR-1698-VT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$77,744.21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2004-09-23</w:t>
            </w:r>
          </w:p>
        </w:tc>
        <w:tc>
          <w:tcPr>
            <w:tcW w:type="dxa" w:w="1061"/>
          </w:tcPr>
          <w:p>
            <w:pPr>
              <w:spacing w:after="0"/>
              <w:jc w:val="left"/>
            </w:pPr>
            <w:r>
              <w:rPr>
                <w:sz w:val="16"/>
              </w:rPr>
              <w:t>2004-08-12</w:t>
            </w:r>
          </w:p>
        </w:tc>
        <w:tc>
          <w:tcPr>
            <w:tcW w:type="dxa" w:w="1061"/>
          </w:tcPr>
          <w:p>
            <w:pPr>
              <w:spacing w:after="0"/>
              <w:jc w:val="left"/>
            </w:pPr>
            <w:r>
              <w:rPr>
                <w:sz w:val="16"/>
              </w:rPr>
              <w:t>DR-1559-VT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$132,412.85</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2002-07-12</w:t>
            </w:r>
          </w:p>
        </w:tc>
        <w:tc>
          <w:tcPr>
            <w:tcW w:type="dxa" w:w="1061"/>
          </w:tcPr>
          <w:p>
            <w:pPr>
              <w:spacing w:after="0"/>
              <w:jc w:val="left"/>
            </w:pPr>
            <w:r>
              <w:rPr>
                <w:sz w:val="16"/>
              </w:rPr>
              <w:t>2002-06-05</w:t>
            </w:r>
          </w:p>
        </w:tc>
        <w:tc>
          <w:tcPr>
            <w:tcW w:type="dxa" w:w="1061"/>
          </w:tcPr>
          <w:p>
            <w:pPr>
              <w:spacing w:after="0"/>
              <w:jc w:val="left"/>
            </w:pPr>
            <w:r>
              <w:rPr>
                <w:sz w:val="16"/>
              </w:rPr>
              <w:t>DR-1428-VT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$91,255.71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2001-04-10</w:t>
            </w:r>
          </w:p>
        </w:tc>
        <w:tc>
          <w:tcPr>
            <w:tcW w:type="dxa" w:w="1061"/>
          </w:tcPr>
          <w:p>
            <w:pPr>
              <w:spacing w:after="0"/>
              <w:jc w:val="left"/>
            </w:pPr>
            <w:r>
              <w:rPr>
                <w:sz w:val="16"/>
              </w:rPr>
              <w:t>2001-03-05</w:t>
            </w:r>
          </w:p>
        </w:tc>
        <w:tc>
          <w:tcPr>
            <w:tcW w:type="dxa" w:w="1061"/>
          </w:tcPr>
          <w:p>
            <w:pPr>
              <w:spacing w:after="0"/>
              <w:jc w:val="left"/>
            </w:pPr>
            <w:r>
              <w:rPr>
                <w:sz w:val="16"/>
              </w:rPr>
              <w:t>EM-3167-VT</w:t>
            </w:r>
          </w:p>
        </w:tc>
        <w:tc>
          <w:tcPr>
            <w:tcW w:type="dxa" w:w="1426"/>
          </w:tcPr>
          <w:p>
            <w:pPr>
              <w:spacing w:after="0"/>
              <w:jc w:val="left"/>
            </w:pPr>
            <w:r>
              <w:rPr>
                <w:sz w:val="16"/>
              </w:rPr>
              <w:t>Emergency</w:t>
            </w:r>
          </w:p>
        </w:tc>
        <w:tc>
          <w:tcPr>
            <w:tcW w:type="dxa" w:w="2523"/>
          </w:tcPr>
          <w:p>
            <w:pPr>
              <w:spacing w:after="0"/>
              <w:jc w:val="left"/>
            </w:pPr>
            <w:r>
              <w:rPr>
                <w:sz w:val="16"/>
              </w:rPr>
              <w:t>Snow</w:t>
            </w:r>
          </w:p>
        </w:tc>
        <w:tc>
          <w:tcPr>
            <w:tcW w:type="dxa" w:w="2514"/>
          </w:tcPr>
          <w:p>
            <w:pPr>
              <w:spacing w:after="0"/>
              <w:jc w:val="left"/>
            </w:pPr>
            <w:r>
              <w:rPr>
                <w:sz w:val="16"/>
              </w:rPr>
              <w:t>Winter Weather</w:t>
            </w:r>
          </w:p>
        </w:tc>
        <w:tc>
          <w:tcPr>
            <w:tcW w:type="dxa" w:w="2797"/>
          </w:tcPr>
          <w:p>
            <w:pPr>
              <w:spacing w:after="0"/>
              <w:jc w:val="right"/>
            </w:pPr>
            <w:r>
              <w:rPr>
                <w:sz w:val="16"/>
              </w:rPr>
              <w:t>$51,065.56</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1999-11-10</w:t>
            </w:r>
          </w:p>
        </w:tc>
        <w:tc>
          <w:tcPr>
            <w:tcW w:type="dxa" w:w="1061"/>
          </w:tcPr>
          <w:p>
            <w:pPr>
              <w:spacing w:after="0"/>
              <w:jc w:val="left"/>
            </w:pPr>
            <w:r>
              <w:rPr>
                <w:sz w:val="16"/>
              </w:rPr>
              <w:t>1999-09-16</w:t>
            </w:r>
          </w:p>
        </w:tc>
        <w:tc>
          <w:tcPr>
            <w:tcW w:type="dxa" w:w="1061"/>
          </w:tcPr>
          <w:p>
            <w:pPr>
              <w:spacing w:after="0"/>
              <w:jc w:val="left"/>
            </w:pPr>
            <w:r>
              <w:rPr>
                <w:sz w:val="16"/>
              </w:rPr>
              <w:t>DR-1307-VT</w:t>
            </w:r>
          </w:p>
        </w:tc>
        <w:tc>
          <w:tcPr>
            <w:tcW w:type="dxa" w:w="1426"/>
          </w:tcPr>
          <w:p>
            <w:pPr>
              <w:spacing w:after="0"/>
              <w:jc w:val="left"/>
            </w:pPr>
            <w:r>
              <w:rPr>
                <w:sz w:val="16"/>
              </w:rPr>
              <w:t>Major disaster</w:t>
            </w:r>
          </w:p>
        </w:tc>
        <w:tc>
          <w:tcPr>
            <w:tcW w:type="dxa" w:w="2523"/>
          </w:tcPr>
          <w:p>
            <w:pPr>
              <w:spacing w:after="0"/>
              <w:jc w:val="left"/>
            </w:pPr>
            <w:r>
              <w:rPr>
                <w:sz w:val="16"/>
              </w:rPr>
              <w:t>Tropical Storm Floyd</w:t>
            </w:r>
          </w:p>
        </w:tc>
        <w:tc>
          <w:tcPr>
            <w:tcW w:type="dxa" w:w="2514"/>
          </w:tcPr>
          <w:p>
            <w:pPr>
              <w:spacing w:after="0"/>
              <w:jc w:val="left"/>
            </w:pPr>
            <w:r>
              <w:rPr>
                <w:sz w:val="16"/>
              </w:rPr>
              <w:t>Hurricane; Inland Flooding</w:t>
            </w:r>
          </w:p>
        </w:tc>
        <w:tc>
          <w:tcPr>
            <w:tcW w:type="dxa" w:w="2797"/>
          </w:tcPr>
          <w:p>
            <w:pPr>
              <w:spacing w:after="0"/>
              <w:jc w:val="right"/>
            </w:pPr>
            <w:r>
              <w:rPr>
                <w:sz w:val="16"/>
              </w:rPr>
              <w:t>$140,947.19</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1998-06-30</w:t>
            </w:r>
          </w:p>
        </w:tc>
        <w:tc>
          <w:tcPr>
            <w:tcW w:type="dxa" w:w="1061"/>
          </w:tcPr>
          <w:p>
            <w:pPr>
              <w:spacing w:after="0"/>
              <w:jc w:val="left"/>
            </w:pPr>
            <w:r>
              <w:rPr>
                <w:sz w:val="16"/>
              </w:rPr>
              <w:t>1998-06-17</w:t>
            </w:r>
          </w:p>
        </w:tc>
        <w:tc>
          <w:tcPr>
            <w:tcW w:type="dxa" w:w="1061"/>
          </w:tcPr>
          <w:p>
            <w:pPr>
              <w:spacing w:after="0"/>
              <w:jc w:val="left"/>
            </w:pPr>
            <w:r>
              <w:rPr>
                <w:sz w:val="16"/>
              </w:rPr>
              <w:t>DR-1228-VT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1997-07-25</w:t>
            </w:r>
          </w:p>
        </w:tc>
        <w:tc>
          <w:tcPr>
            <w:tcW w:type="dxa" w:w="1061"/>
          </w:tcPr>
          <w:p>
            <w:pPr>
              <w:spacing w:after="0"/>
              <w:jc w:val="left"/>
            </w:pPr>
            <w:r>
              <w:rPr>
                <w:sz w:val="16"/>
              </w:rPr>
              <w:t>1997-07-15</w:t>
            </w:r>
          </w:p>
        </w:tc>
        <w:tc>
          <w:tcPr>
            <w:tcW w:type="dxa" w:w="1061"/>
          </w:tcPr>
          <w:p>
            <w:pPr>
              <w:spacing w:after="0"/>
              <w:jc w:val="left"/>
            </w:pPr>
            <w:r>
              <w:rPr>
                <w:sz w:val="16"/>
              </w:rPr>
              <w:t>DR-1184-VT</w:t>
            </w:r>
          </w:p>
        </w:tc>
        <w:tc>
          <w:tcPr>
            <w:tcW w:type="dxa" w:w="1426"/>
          </w:tcPr>
          <w:p>
            <w:pPr>
              <w:spacing w:after="0"/>
              <w:jc w:val="left"/>
            </w:pPr>
            <w:r>
              <w:rPr>
                <w:sz w:val="16"/>
              </w:rPr>
              <w:t>Major disaster</w:t>
            </w:r>
          </w:p>
        </w:tc>
        <w:tc>
          <w:tcPr>
            <w:tcW w:type="dxa" w:w="2523"/>
          </w:tcPr>
          <w:p>
            <w:pPr>
              <w:spacing w:after="0"/>
              <w:jc w:val="left"/>
            </w:pPr>
            <w:r>
              <w:rPr>
                <w:sz w:val="16"/>
              </w:rPr>
              <w:t>Excessive Rainfall, High Winds,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1996-02-13</w:t>
            </w:r>
          </w:p>
        </w:tc>
        <w:tc>
          <w:tcPr>
            <w:tcW w:type="dxa" w:w="1061"/>
          </w:tcPr>
          <w:p>
            <w:pPr>
              <w:spacing w:after="0"/>
              <w:jc w:val="left"/>
            </w:pPr>
            <w:r>
              <w:rPr>
                <w:sz w:val="16"/>
              </w:rPr>
              <w:t>1996-01-19</w:t>
            </w:r>
          </w:p>
        </w:tc>
        <w:tc>
          <w:tcPr>
            <w:tcW w:type="dxa" w:w="1061"/>
          </w:tcPr>
          <w:p>
            <w:pPr>
              <w:spacing w:after="0"/>
              <w:jc w:val="left"/>
            </w:pPr>
            <w:r>
              <w:rPr>
                <w:sz w:val="16"/>
              </w:rPr>
              <w:t>DR-1101-VT</w:t>
            </w:r>
          </w:p>
        </w:tc>
        <w:tc>
          <w:tcPr>
            <w:tcW w:type="dxa" w:w="1426"/>
          </w:tcPr>
          <w:p>
            <w:pPr>
              <w:spacing w:after="0"/>
              <w:jc w:val="left"/>
            </w:pPr>
            <w:r>
              <w:rPr>
                <w:sz w:val="16"/>
              </w:rPr>
              <w:t>Major disaster</w:t>
            </w:r>
          </w:p>
        </w:tc>
        <w:tc>
          <w:tcPr>
            <w:tcW w:type="dxa" w:w="2523"/>
          </w:tcPr>
          <w:p>
            <w:pPr>
              <w:spacing w:after="0"/>
              <w:jc w:val="left"/>
            </w:pPr>
            <w:r>
              <w:rPr>
                <w:sz w:val="16"/>
              </w:rPr>
              <w:t>Ice Jams and Flooding</w:t>
            </w:r>
          </w:p>
        </w:tc>
        <w:tc>
          <w:tcPr>
            <w:tcW w:type="dxa" w:w="2514"/>
          </w:tcPr>
          <w:p>
            <w:pPr>
              <w:spacing w:after="0"/>
              <w:jc w:val="left"/>
            </w:pPr>
            <w:r>
              <w:rPr>
                <w:sz w:val="16"/>
              </w:rPr>
              <w:t>Inland Flooding (primary); also designated: 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1995-08-16</w:t>
            </w:r>
          </w:p>
        </w:tc>
        <w:tc>
          <w:tcPr>
            <w:tcW w:type="dxa" w:w="1061"/>
          </w:tcPr>
          <w:p>
            <w:pPr>
              <w:spacing w:after="0"/>
              <w:jc w:val="left"/>
            </w:pPr>
            <w:r>
              <w:rPr>
                <w:sz w:val="16"/>
              </w:rPr>
              <w:t>1995-08-04</w:t>
            </w:r>
          </w:p>
        </w:tc>
        <w:tc>
          <w:tcPr>
            <w:tcW w:type="dxa" w:w="1061"/>
          </w:tcPr>
          <w:p>
            <w:pPr>
              <w:spacing w:after="0"/>
              <w:jc w:val="left"/>
            </w:pPr>
            <w:r>
              <w:rPr>
                <w:sz w:val="16"/>
              </w:rPr>
              <w:t>DR-1063-VT</w:t>
            </w:r>
          </w:p>
        </w:tc>
        <w:tc>
          <w:tcPr>
            <w:tcW w:type="dxa" w:w="1426"/>
          </w:tcPr>
          <w:p>
            <w:pPr>
              <w:spacing w:after="0"/>
              <w:jc w:val="left"/>
            </w:pPr>
            <w:r>
              <w:rPr>
                <w:sz w:val="16"/>
              </w:rPr>
              <w:t>Major disaster</w:t>
            </w:r>
          </w:p>
        </w:tc>
        <w:tc>
          <w:tcPr>
            <w:tcW w:type="dxa" w:w="2523"/>
          </w:tcPr>
          <w:p>
            <w:pPr>
              <w:spacing w:after="0"/>
              <w:jc w:val="left"/>
            </w:pPr>
            <w:r>
              <w:rPr>
                <w:sz w:val="16"/>
              </w:rPr>
              <w:t>Excessive Rainfall,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1990-07-25</w:t>
            </w:r>
          </w:p>
        </w:tc>
        <w:tc>
          <w:tcPr>
            <w:tcW w:type="dxa" w:w="1061"/>
          </w:tcPr>
          <w:p>
            <w:pPr>
              <w:spacing w:after="0"/>
              <w:jc w:val="left"/>
            </w:pPr>
            <w:r>
              <w:rPr>
                <w:sz w:val="16"/>
              </w:rPr>
              <w:t>1990-07-04</w:t>
            </w:r>
          </w:p>
        </w:tc>
        <w:tc>
          <w:tcPr>
            <w:tcW w:type="dxa" w:w="1061"/>
          </w:tcPr>
          <w:p>
            <w:pPr>
              <w:spacing w:after="0"/>
              <w:jc w:val="left"/>
            </w:pPr>
            <w:r>
              <w:rPr>
                <w:sz w:val="16"/>
              </w:rPr>
              <w:t>DR-875-VT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1984-06-18</w:t>
            </w:r>
          </w:p>
        </w:tc>
        <w:tc>
          <w:tcPr>
            <w:tcW w:type="dxa" w:w="1061"/>
          </w:tcPr>
          <w:p>
            <w:pPr>
              <w:spacing w:after="0"/>
              <w:jc w:val="left"/>
            </w:pPr>
            <w:r>
              <w:rPr>
                <w:sz w:val="16"/>
              </w:rPr>
              <w:t>1984-06-06</w:t>
            </w:r>
          </w:p>
        </w:tc>
        <w:tc>
          <w:tcPr>
            <w:tcW w:type="dxa" w:w="1061"/>
          </w:tcPr>
          <w:p>
            <w:pPr>
              <w:spacing w:after="0"/>
              <w:jc w:val="left"/>
            </w:pPr>
            <w:r>
              <w:rPr>
                <w:sz w:val="16"/>
              </w:rPr>
              <w:t>DR-712-VT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1976-08-05</w:t>
            </w:r>
          </w:p>
        </w:tc>
        <w:tc>
          <w:tcPr>
            <w:tcW w:type="dxa" w:w="1061"/>
          </w:tcPr>
          <w:p>
            <w:pPr>
              <w:spacing w:after="0"/>
              <w:jc w:val="left"/>
            </w:pPr>
            <w:r>
              <w:rPr>
                <w:sz w:val="16"/>
              </w:rPr>
              <w:t>1976-08-05</w:t>
            </w:r>
          </w:p>
        </w:tc>
        <w:tc>
          <w:tcPr>
            <w:tcW w:type="dxa" w:w="1061"/>
          </w:tcPr>
          <w:p>
            <w:pPr>
              <w:spacing w:after="0"/>
              <w:jc w:val="left"/>
            </w:pPr>
            <w:r>
              <w:rPr>
                <w:sz w:val="16"/>
              </w:rPr>
              <w:t>DR-518-VT</w:t>
            </w:r>
          </w:p>
        </w:tc>
        <w:tc>
          <w:tcPr>
            <w:tcW w:type="dxa" w:w="1426"/>
          </w:tcPr>
          <w:p>
            <w:pPr>
              <w:spacing w:after="0"/>
              <w:jc w:val="left"/>
            </w:pPr>
            <w:r>
              <w:rPr>
                <w:sz w:val="16"/>
              </w:rPr>
              <w:t>Major disaster</w:t>
            </w:r>
          </w:p>
        </w:tc>
        <w:tc>
          <w:tcPr>
            <w:tcW w:type="dxa" w:w="2523"/>
          </w:tcPr>
          <w:p>
            <w:pPr>
              <w:spacing w:after="0"/>
              <w:jc w:val="left"/>
            </w:pPr>
            <w:r>
              <w:rPr>
                <w:sz w:val="16"/>
              </w:rPr>
              <w:t>Severe Storms, High Winds &amp; Flooding</w:t>
            </w:r>
          </w:p>
        </w:tc>
        <w:tc>
          <w:tcPr>
            <w:tcW w:type="dxa" w:w="2514"/>
          </w:tcPr>
          <w:p>
            <w:pPr>
              <w:spacing w:after="0"/>
              <w:jc w:val="left"/>
            </w:pPr>
            <w:r>
              <w:rPr>
                <w:sz w:val="16"/>
              </w:rPr>
              <w:t>Inland Flooding (primary); also designated: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1973-07-06</w:t>
            </w:r>
          </w:p>
        </w:tc>
        <w:tc>
          <w:tcPr>
            <w:tcW w:type="dxa" w:w="1061"/>
          </w:tcPr>
          <w:p>
            <w:pPr>
              <w:spacing w:after="0"/>
              <w:jc w:val="left"/>
            </w:pPr>
            <w:r>
              <w:rPr>
                <w:sz w:val="16"/>
              </w:rPr>
              <w:t>1973-07-06</w:t>
            </w:r>
          </w:p>
        </w:tc>
        <w:tc>
          <w:tcPr>
            <w:tcW w:type="dxa" w:w="1061"/>
          </w:tcPr>
          <w:p>
            <w:pPr>
              <w:spacing w:after="0"/>
              <w:jc w:val="left"/>
            </w:pPr>
            <w:r>
              <w:rPr>
                <w:sz w:val="16"/>
              </w:rPr>
              <w:t>DR-397-VT</w:t>
            </w:r>
          </w:p>
        </w:tc>
        <w:tc>
          <w:tcPr>
            <w:tcW w:type="dxa" w:w="1426"/>
          </w:tcPr>
          <w:p>
            <w:pPr>
              <w:spacing w:after="0"/>
              <w:jc w:val="left"/>
            </w:pPr>
            <w:r>
              <w:rPr>
                <w:sz w:val="16"/>
              </w:rPr>
              <w:t>Major disaster</w:t>
            </w:r>
          </w:p>
        </w:tc>
        <w:tc>
          <w:tcPr>
            <w:tcW w:type="dxa" w:w="2523"/>
          </w:tcPr>
          <w:p>
            <w:pPr>
              <w:spacing w:after="0"/>
              <w:jc w:val="left"/>
            </w:pPr>
            <w:r>
              <w:rPr>
                <w:sz w:val="16"/>
              </w:rPr>
              <w:t>Severe Storms, Flooding, &amp; Landslides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325</w:t>
            </w:r>
          </w:p>
        </w:tc>
        <w:tc>
          <w:tcPr>
            <w:tcW w:type="dxa" w:w="1159"/>
          </w:tcPr>
          <w:p>
            <w:pPr>
              <w:spacing w:after="0"/>
              <w:jc w:val="right"/>
            </w:pPr>
          </w:p>
        </w:tc>
        <w:tc>
          <w:tcPr>
            <w:tcW w:type="dxa" w:w="2116"/>
          </w:tcPr>
          <w:p>
            <w:pPr>
              <w:spacing w:after="0"/>
              <w:jc w:val="right"/>
            </w:pPr>
            <w:r>
              <w:rPr>
                <w:sz w:val="16"/>
              </w:rPr>
              <w:t>9</w:t>
            </w:r>
          </w:p>
        </w:tc>
        <w:tc>
          <w:tcPr>
            <w:tcW w:type="dxa" w:w="786"/>
          </w:tcPr>
          <w:p>
            <w:pPr>
              <w:spacing w:after="0"/>
              <w:jc w:val="right"/>
            </w:pPr>
            <w:r>
              <w:rPr>
                <w:sz w:val="16"/>
              </w:rPr>
              <w:t>46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551"/>
        <w:gridCol w:w="3209"/>
        <w:gridCol w:w="937"/>
        <w:gridCol w:w="2459"/>
        <w:gridCol w:w="712"/>
        <w:gridCol w:w="2894"/>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551"/>
            <w:shd w:val="clear" w:color="auto" w:fill="E8E8E8"/>
          </w:tcPr>
          <w:p>
            <w:pPr>
              <w:spacing w:after="0"/>
              <w:jc w:val="left"/>
            </w:pPr>
            <w:r>
              <w:rPr>
                <w:b/>
                <w:sz w:val="16"/>
              </w:rPr>
              <w:t>Magnitude or extent</w:t>
            </w:r>
          </w:p>
        </w:tc>
        <w:tc>
          <w:tcPr>
            <w:tcW w:type="dxa" w:w="32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14"/>
          </w:tcPr>
          <w:p>
            <w:pPr>
              <w:spacing w:after="0"/>
              <w:jc w:val="left"/>
            </w:pPr>
            <w:r>
              <w:rPr>
                <w:sz w:val="16"/>
              </w:rPr>
              <w:t>Frost/Freeze</w:t>
            </w:r>
          </w:p>
        </w:tc>
        <w:tc>
          <w:tcPr>
            <w:tcW w:type="dxa" w:w="1551"/>
          </w:tcPr>
          <w:p>
            <w:pPr>
              <w:spacing w:after="0"/>
              <w:jc w:val="left"/>
            </w:pPr>
          </w:p>
        </w:tc>
        <w:tc>
          <w:tcPr>
            <w:tcW w:type="dxa" w:w="3209"/>
          </w:tcPr>
          <w:p>
            <w:pPr>
              <w:spacing w:after="0"/>
              <w:jc w:val="left"/>
            </w:pPr>
            <w:r>
              <w:rPr>
                <w:sz w:val="16"/>
              </w:rPr>
              <w:t>$0 property; $250,000 crops (zone total, 2023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r>
              <w:rPr>
                <w:sz w:val="16"/>
              </w:rPr>
              <w:t>within last 5 years</w:t>
            </w:r>
          </w:p>
        </w:tc>
        <w:tc>
          <w:tcPr>
            <w:tcW w:type="dxa" w:w="2894"/>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314"/>
          </w:tcPr>
          <w:p>
            <w:pPr>
              <w:spacing w:after="0"/>
              <w:jc w:val="left"/>
            </w:pPr>
            <w:r>
              <w:rPr>
                <w:sz w:val="16"/>
              </w:rPr>
              <w:t>Heat</w:t>
            </w:r>
          </w:p>
        </w:tc>
        <w:tc>
          <w:tcPr>
            <w:tcW w:type="dxa" w:w="1551"/>
          </w:tcPr>
          <w:p>
            <w:pPr>
              <w:spacing w:after="0"/>
              <w:jc w:val="left"/>
            </w:pPr>
          </w:p>
        </w:tc>
        <w:tc>
          <w:tcPr>
            <w:tcW w:type="dxa" w:w="3209"/>
          </w:tcPr>
          <w:p>
            <w:pPr>
              <w:spacing w:after="0"/>
              <w:jc w:val="left"/>
            </w:pPr>
            <w:r>
              <w:rPr>
                <w:sz w:val="16"/>
              </w:rPr>
              <w:t>$0 property; $0 crops (zone total, 2018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14"/>
          </w:tcPr>
          <w:p>
            <w:pPr>
              <w:spacing w:after="0"/>
              <w:jc w:val="left"/>
            </w:pPr>
            <w:r>
              <w:rPr>
                <w:sz w:val="16"/>
              </w:rPr>
              <w:t>Cold/Wind Chill</w:t>
            </w:r>
          </w:p>
        </w:tc>
        <w:tc>
          <w:tcPr>
            <w:tcW w:type="dxa" w:w="1551"/>
          </w:tcPr>
          <w:p>
            <w:pPr>
              <w:spacing w:after="0"/>
              <w:jc w:val="left"/>
            </w:pPr>
          </w:p>
        </w:tc>
        <w:tc>
          <w:tcPr>
            <w:tcW w:type="dxa" w:w="3209"/>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14"/>
          </w:tcPr>
          <w:p>
            <w:pPr>
              <w:spacing w:after="0"/>
              <w:jc w:val="left"/>
            </w:pPr>
            <w:r>
              <w:rPr>
                <w:sz w:val="16"/>
              </w:rPr>
              <w:t>Ice Storm</w:t>
            </w:r>
          </w:p>
        </w:tc>
        <w:tc>
          <w:tcPr>
            <w:tcW w:type="dxa" w:w="1551"/>
          </w:tcPr>
          <w:p>
            <w:pPr>
              <w:spacing w:after="0"/>
              <w:jc w:val="left"/>
            </w:pPr>
          </w:p>
        </w:tc>
        <w:tc>
          <w:tcPr>
            <w:tcW w:type="dxa" w:w="3209"/>
          </w:tcPr>
          <w:p>
            <w:pPr>
              <w:spacing w:after="0"/>
              <w:jc w:val="left"/>
            </w:pPr>
            <w:r>
              <w:rPr>
                <w:sz w:val="16"/>
              </w:rPr>
              <w:t>$750,000 property; $0 crops (zone total, 2013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14"/>
          </w:tcPr>
          <w:p>
            <w:pPr>
              <w:spacing w:after="0"/>
              <w:jc w:val="left"/>
            </w:pPr>
            <w:r>
              <w:rPr>
                <w:sz w:val="16"/>
              </w:rPr>
              <w:t>Thunderstorm Wind</w:t>
            </w:r>
          </w:p>
        </w:tc>
        <w:tc>
          <w:tcPr>
            <w:tcW w:type="dxa" w:w="1551"/>
          </w:tcPr>
          <w:p>
            <w:pPr>
              <w:spacing w:after="0"/>
              <w:jc w:val="left"/>
            </w:pPr>
            <w:r>
              <w:rPr>
                <w:sz w:val="16"/>
              </w:rPr>
              <w:t>65 kt (75 mph) estimated gust</w:t>
            </w:r>
          </w:p>
        </w:tc>
        <w:tc>
          <w:tcPr>
            <w:tcW w:type="dxa" w:w="3209"/>
          </w:tcPr>
          <w:p>
            <w:pPr>
              <w:spacing w:after="0"/>
              <w:jc w:val="left"/>
            </w:pPr>
            <w:r>
              <w:rPr>
                <w:sz w:val="16"/>
              </w:rPr>
              <w:t>$50,000 property; $0 crops (2013 dollars)</w:t>
            </w:r>
          </w:p>
        </w:tc>
        <w:tc>
          <w:tcPr>
            <w:tcW w:type="dxa" w:w="937"/>
          </w:tcPr>
          <w:p>
            <w:pPr>
              <w:spacing w:after="0"/>
              <w:jc w:val="right"/>
            </w:pPr>
            <w:r>
              <w:rPr>
                <w:sz w:val="16"/>
              </w:rPr>
              <w:t>0, 0</w:t>
            </w:r>
          </w:p>
        </w:tc>
        <w:tc>
          <w:tcPr>
            <w:tcW w:type="dxa" w:w="2459"/>
          </w:tcPr>
          <w:p>
            <w:pPr>
              <w:spacing w:after="0"/>
              <w:jc w:val="left"/>
            </w:pPr>
            <w:r>
              <w:rPr>
                <w:sz w:val="16"/>
              </w:rPr>
              <w:t>STOWE FORK</w:t>
            </w:r>
          </w:p>
        </w:tc>
        <w:tc>
          <w:tcPr>
            <w:tcW w:type="dxa" w:w="712"/>
          </w:tcPr>
          <w:p>
            <w:pPr>
              <w:spacing w:after="0"/>
              <w:jc w:val="left"/>
            </w:pPr>
          </w:p>
        </w:tc>
        <w:tc>
          <w:tcPr>
            <w:tcW w:type="dxa" w:w="2894"/>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14"/>
          </w:tcPr>
          <w:p>
            <w:pPr>
              <w:spacing w:after="0"/>
              <w:jc w:val="left"/>
            </w:pPr>
            <w:r>
              <w:rPr>
                <w:sz w:val="16"/>
              </w:rPr>
              <w:t>Flood</w:t>
            </w:r>
          </w:p>
        </w:tc>
        <w:tc>
          <w:tcPr>
            <w:tcW w:type="dxa" w:w="1551"/>
          </w:tcPr>
          <w:p>
            <w:pPr>
              <w:spacing w:after="0"/>
              <w:jc w:val="left"/>
            </w:pPr>
          </w:p>
        </w:tc>
        <w:tc>
          <w:tcPr>
            <w:tcW w:type="dxa" w:w="3209"/>
          </w:tcPr>
          <w:p>
            <w:pPr>
              <w:spacing w:after="0"/>
              <w:jc w:val="left"/>
            </w:pPr>
            <w:r>
              <w:rPr>
                <w:sz w:val="16"/>
              </w:rPr>
              <w:t>$2,500,000 property; $1,000,000 crops (2011 dollars)</w:t>
            </w:r>
          </w:p>
        </w:tc>
        <w:tc>
          <w:tcPr>
            <w:tcW w:type="dxa" w:w="937"/>
          </w:tcPr>
          <w:p>
            <w:pPr>
              <w:spacing w:after="0"/>
              <w:jc w:val="right"/>
            </w:pPr>
            <w:r>
              <w:rPr>
                <w:sz w:val="16"/>
              </w:rPr>
              <w:t>0, 0</w:t>
            </w:r>
          </w:p>
        </w:tc>
        <w:tc>
          <w:tcPr>
            <w:tcW w:type="dxa" w:w="2459"/>
          </w:tcPr>
          <w:p>
            <w:pPr>
              <w:spacing w:after="0"/>
              <w:jc w:val="left"/>
            </w:pPr>
            <w:r>
              <w:rPr>
                <w:sz w:val="16"/>
              </w:rPr>
              <w:t>MOSCOW to CAMBRIDGE</w:t>
            </w:r>
          </w:p>
        </w:tc>
        <w:tc>
          <w:tcPr>
            <w:tcW w:type="dxa" w:w="712"/>
          </w:tcPr>
          <w:p>
            <w:pPr>
              <w:spacing w:after="0"/>
              <w:jc w:val="left"/>
            </w:pPr>
          </w:p>
        </w:tc>
        <w:tc>
          <w:tcPr>
            <w:tcW w:type="dxa" w:w="2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14"/>
          </w:tcPr>
          <w:p>
            <w:pPr>
              <w:spacing w:after="0"/>
              <w:jc w:val="left"/>
            </w:pPr>
            <w:r>
              <w:rPr>
                <w:sz w:val="16"/>
              </w:rPr>
              <w:t>Lightning</w:t>
            </w:r>
          </w:p>
        </w:tc>
        <w:tc>
          <w:tcPr>
            <w:tcW w:type="dxa" w:w="1551"/>
          </w:tcPr>
          <w:p>
            <w:pPr>
              <w:spacing w:after="0"/>
              <w:jc w:val="left"/>
            </w:pPr>
          </w:p>
        </w:tc>
        <w:tc>
          <w:tcPr>
            <w:tcW w:type="dxa" w:w="3209"/>
          </w:tcPr>
          <w:p>
            <w:pPr>
              <w:spacing w:after="0"/>
              <w:jc w:val="left"/>
            </w:pPr>
            <w:r>
              <w:rPr>
                <w:sz w:val="16"/>
              </w:rPr>
              <w:t>$100,000 property; $0 crops (2011 dollars)</w:t>
            </w:r>
          </w:p>
        </w:tc>
        <w:tc>
          <w:tcPr>
            <w:tcW w:type="dxa" w:w="937"/>
          </w:tcPr>
          <w:p>
            <w:pPr>
              <w:spacing w:after="0"/>
              <w:jc w:val="right"/>
            </w:pPr>
            <w:r>
              <w:rPr>
                <w:sz w:val="16"/>
              </w:rPr>
              <w:t>0, 0</w:t>
            </w:r>
          </w:p>
        </w:tc>
        <w:tc>
          <w:tcPr>
            <w:tcW w:type="dxa" w:w="2459"/>
          </w:tcPr>
          <w:p>
            <w:pPr>
              <w:spacing w:after="0"/>
              <w:jc w:val="left"/>
            </w:pPr>
            <w:r>
              <w:rPr>
                <w:sz w:val="16"/>
              </w:rPr>
              <w:t>STOWE</w:t>
            </w:r>
          </w:p>
        </w:tc>
        <w:tc>
          <w:tcPr>
            <w:tcW w:type="dxa" w:w="712"/>
          </w:tcPr>
          <w:p>
            <w:pPr>
              <w:spacing w:after="0"/>
              <w:jc w:val="left"/>
            </w:pPr>
          </w:p>
        </w:tc>
        <w:tc>
          <w:tcPr>
            <w:tcW w:type="dxa" w:w="2894"/>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14"/>
          </w:tcPr>
          <w:p>
            <w:pPr>
              <w:spacing w:after="0"/>
              <w:jc w:val="left"/>
            </w:pPr>
            <w:r>
              <w:rPr>
                <w:sz w:val="16"/>
              </w:rPr>
              <w:t>Heavy Snow</w:t>
            </w:r>
          </w:p>
        </w:tc>
        <w:tc>
          <w:tcPr>
            <w:tcW w:type="dxa" w:w="1551"/>
          </w:tcPr>
          <w:p>
            <w:pPr>
              <w:spacing w:after="0"/>
              <w:jc w:val="left"/>
            </w:pPr>
          </w:p>
        </w:tc>
        <w:tc>
          <w:tcPr>
            <w:tcW w:type="dxa" w:w="3209"/>
          </w:tcPr>
          <w:p>
            <w:pPr>
              <w:spacing w:after="0"/>
              <w:jc w:val="left"/>
            </w:pPr>
            <w:r>
              <w:rPr>
                <w:sz w:val="16"/>
              </w:rPr>
              <w:t>$200,000 property; $0 crops (zone total, 2007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14"/>
          </w:tcPr>
          <w:p>
            <w:pPr>
              <w:spacing w:after="0"/>
              <w:jc w:val="left"/>
            </w:pPr>
            <w:r>
              <w:rPr>
                <w:sz w:val="16"/>
              </w:rPr>
              <w:t>Winter Weather</w:t>
            </w:r>
          </w:p>
        </w:tc>
        <w:tc>
          <w:tcPr>
            <w:tcW w:type="dxa" w:w="1551"/>
          </w:tcPr>
          <w:p>
            <w:pPr>
              <w:spacing w:after="0"/>
              <w:jc w:val="left"/>
            </w:pPr>
          </w:p>
        </w:tc>
        <w:tc>
          <w:tcPr>
            <w:tcW w:type="dxa" w:w="3209"/>
          </w:tcPr>
          <w:p>
            <w:pPr>
              <w:spacing w:after="0"/>
              <w:jc w:val="left"/>
            </w:pPr>
            <w:r>
              <w:rPr>
                <w:sz w:val="16"/>
              </w:rPr>
              <w:t>$20,000 property; crops not reported (zone total, 2004 dollars)</w:t>
            </w:r>
          </w:p>
        </w:tc>
        <w:tc>
          <w:tcPr>
            <w:tcW w:type="dxa" w:w="937"/>
          </w:tcPr>
          <w:p>
            <w:pPr>
              <w:spacing w:after="0"/>
              <w:jc w:val="right"/>
            </w:pPr>
            <w:r>
              <w:rPr>
                <w:sz w:val="16"/>
              </w:rPr>
              <w:t>1, 0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14"/>
          </w:tcPr>
          <w:p>
            <w:pPr>
              <w:spacing w:after="0"/>
              <w:jc w:val="left"/>
            </w:pPr>
            <w:r>
              <w:rPr>
                <w:sz w:val="16"/>
              </w:rPr>
              <w:t>High Wind</w:t>
            </w:r>
          </w:p>
        </w:tc>
        <w:tc>
          <w:tcPr>
            <w:tcW w:type="dxa" w:w="1551"/>
          </w:tcPr>
          <w:p>
            <w:pPr>
              <w:spacing w:after="0"/>
              <w:jc w:val="left"/>
            </w:pPr>
            <w:r>
              <w:rPr>
                <w:sz w:val="16"/>
              </w:rPr>
              <w:t>83 kt (96 mph), measurement type not recorded</w:t>
            </w:r>
          </w:p>
        </w:tc>
        <w:tc>
          <w:tcPr>
            <w:tcW w:type="dxa" w:w="3209"/>
          </w:tcPr>
          <w:p>
            <w:pPr>
              <w:spacing w:after="0"/>
              <w:jc w:val="left"/>
            </w:pPr>
            <w:r>
              <w:rPr>
                <w:sz w:val="16"/>
              </w:rPr>
              <w:t>$50,000 property; crops not reported (zone total, 1996 dollars)</w:t>
            </w:r>
          </w:p>
        </w:tc>
        <w:tc>
          <w:tcPr>
            <w:tcW w:type="dxa" w:w="937"/>
          </w:tcPr>
          <w:p>
            <w:pPr>
              <w:spacing w:after="0"/>
              <w:jc w:val="right"/>
            </w:pPr>
            <w:r>
              <w:rPr>
                <w:sz w:val="16"/>
              </w:rPr>
              <w:t>0, 0</w:t>
            </w:r>
          </w:p>
        </w:tc>
        <w:tc>
          <w:tcPr>
            <w:tcW w:type="dxa" w:w="2459"/>
          </w:tcPr>
          <w:p>
            <w:pPr>
              <w:spacing w:after="0"/>
              <w:jc w:val="left"/>
            </w:pPr>
            <w:r>
              <w:rPr>
                <w:sz w:val="16"/>
              </w:rPr>
              <w:t>NWS zone VTZ006 (LAMOILLE), zone-level</w:t>
            </w:r>
          </w:p>
        </w:tc>
        <w:tc>
          <w:tcPr>
            <w:tcW w:type="dxa" w:w="712"/>
          </w:tcPr>
          <w:p>
            <w:pPr>
              <w:spacing w:after="0"/>
              <w:jc w:val="left"/>
            </w:pPr>
          </w:p>
        </w:tc>
        <w:tc>
          <w:tcPr>
            <w:tcW w:type="dxa" w:w="2894"/>
          </w:tcPr>
          <w:p>
            <w:pPr>
              <w:spacing w:after="0"/>
              <w:jc w:val="left"/>
            </w:pPr>
            <w:r>
              <w:rPr>
                <w:sz w:val="16"/>
              </w:rPr>
              <w:t>B1-c worst recorded: High Wind and Strong Wind</w:t>
            </w:r>
          </w:p>
        </w:tc>
      </w:tr>
      <w:tr>
        <w:trPr>
          <w:cantSplit/>
        </w:trPr>
        <w:tc>
          <w:tcPr>
            <w:tcW w:type="dxa" w:w="1037"/>
          </w:tcPr>
          <w:p>
            <w:pPr>
              <w:spacing w:after="0"/>
              <w:jc w:val="left"/>
            </w:pPr>
            <w:r>
              <w:rPr>
                <w:sz w:val="16"/>
              </w:rPr>
              <w:t>1993-08-31</w:t>
            </w:r>
          </w:p>
        </w:tc>
        <w:tc>
          <w:tcPr>
            <w:tcW w:type="dxa" w:w="1314"/>
          </w:tcPr>
          <w:p>
            <w:pPr>
              <w:spacing w:after="0"/>
              <w:jc w:val="left"/>
            </w:pPr>
            <w:r>
              <w:rPr>
                <w:sz w:val="16"/>
              </w:rPr>
              <w:t>Thunderstorm Wind</w:t>
            </w:r>
          </w:p>
        </w:tc>
        <w:tc>
          <w:tcPr>
            <w:tcW w:type="dxa" w:w="1551"/>
          </w:tcPr>
          <w:p>
            <w:pPr>
              <w:spacing w:after="0"/>
              <w:jc w:val="left"/>
            </w:pPr>
            <w:r>
              <w:rPr>
                <w:sz w:val="16"/>
              </w:rPr>
              <w:t>speed not recorded</w:t>
            </w:r>
          </w:p>
        </w:tc>
        <w:tc>
          <w:tcPr>
            <w:tcW w:type="dxa" w:w="3209"/>
          </w:tcPr>
          <w:p>
            <w:pPr>
              <w:spacing w:after="0"/>
              <w:jc w:val="left"/>
            </w:pPr>
            <w:r>
              <w:rPr>
                <w:sz w:val="16"/>
              </w:rPr>
              <w:t>$5,000 property; crops not recorded (1993 dollars)</w:t>
            </w:r>
          </w:p>
        </w:tc>
        <w:tc>
          <w:tcPr>
            <w:tcW w:type="dxa" w:w="937"/>
          </w:tcPr>
          <w:p>
            <w:pPr>
              <w:spacing w:after="0"/>
              <w:jc w:val="right"/>
            </w:pPr>
            <w:r>
              <w:rPr>
                <w:sz w:val="16"/>
              </w:rPr>
              <w:t>0, 3</w:t>
            </w:r>
          </w:p>
        </w:tc>
        <w:tc>
          <w:tcPr>
            <w:tcW w:type="dxa" w:w="2459"/>
          </w:tcPr>
          <w:p>
            <w:pPr>
              <w:spacing w:after="0"/>
              <w:jc w:val="left"/>
            </w:pPr>
            <w:r>
              <w:rPr>
                <w:sz w:val="16"/>
              </w:rPr>
              <w:t>Stowe</w:t>
            </w:r>
          </w:p>
        </w:tc>
        <w:tc>
          <w:tcPr>
            <w:tcW w:type="dxa" w:w="712"/>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14"/>
          </w:tcPr>
          <w:p>
            <w:pPr>
              <w:spacing w:after="0"/>
              <w:jc w:val="left"/>
            </w:pPr>
            <w:r>
              <w:rPr>
                <w:sz w:val="16"/>
              </w:rPr>
              <w:t>Tornado</w:t>
            </w:r>
          </w:p>
        </w:tc>
        <w:tc>
          <w:tcPr>
            <w:tcW w:type="dxa" w:w="1551"/>
          </w:tcPr>
          <w:p>
            <w:pPr>
              <w:spacing w:after="0"/>
              <w:jc w:val="left"/>
            </w:pPr>
            <w:r>
              <w:rPr>
                <w:sz w:val="16"/>
              </w:rPr>
              <w:t>F2, 2 mi path length (whole path, pre-1996), 100 yd wide</w:t>
            </w:r>
          </w:p>
        </w:tc>
        <w:tc>
          <w:tcPr>
            <w:tcW w:type="dxa" w:w="3209"/>
          </w:tcPr>
          <w:p>
            <w:pPr>
              <w:spacing w:after="0"/>
              <w:jc w:val="left"/>
            </w:pPr>
            <w:r>
              <w:rPr>
                <w:sz w:val="16"/>
              </w:rPr>
              <w:t>$25,000 property; crops not recorded (1960 dollars)</w:t>
            </w:r>
          </w:p>
        </w:tc>
        <w:tc>
          <w:tcPr>
            <w:tcW w:type="dxa" w:w="937"/>
          </w:tcPr>
          <w:p>
            <w:pPr>
              <w:spacing w:after="0"/>
              <w:jc w:val="right"/>
            </w:pPr>
            <w:r>
              <w:rPr>
                <w:sz w:val="16"/>
              </w:rPr>
              <w:t>0, 0</w:t>
            </w:r>
          </w:p>
        </w:tc>
        <w:tc>
          <w:tcPr>
            <w:tcW w:type="dxa" w:w="2459"/>
          </w:tcPr>
          <w:p>
            <w:pPr>
              <w:spacing w:after="0"/>
              <w:jc w:val="left"/>
            </w:pPr>
            <w:r>
              <w:rPr>
                <w:sz w:val="16"/>
              </w:rPr>
              <w:t>location not recorded</w:t>
            </w:r>
          </w:p>
        </w:tc>
        <w:tc>
          <w:tcPr>
            <w:tcW w:type="dxa" w:w="712"/>
          </w:tcPr>
          <w:p>
            <w:pPr>
              <w:spacing w:after="0"/>
              <w:jc w:val="left"/>
            </w:pPr>
          </w:p>
        </w:tc>
        <w:tc>
          <w:tcPr>
            <w:tcW w:type="dxa" w:w="289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Lamoille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4.78</w:t>
            </w:r>
          </w:p>
        </w:tc>
        <w:tc>
          <w:tcPr>
            <w:tcW w:type="dxa" w:w="1380"/>
          </w:tcPr>
          <w:p>
            <w:pPr>
              <w:spacing w:after="0"/>
              <w:jc w:val="left"/>
            </w:pPr>
            <w:r>
              <w:rPr>
                <w:sz w:val="16"/>
              </w:rPr>
              <w:t>event-days per year</w:t>
            </w:r>
          </w:p>
        </w:tc>
        <w:tc>
          <w:tcPr>
            <w:tcW w:type="dxa" w:w="1823"/>
          </w:tcPr>
          <w:p>
            <w:pPr>
              <w:spacing w:after="0"/>
              <w:jc w:val="left"/>
            </w:pPr>
            <w:r>
              <w:rPr>
                <w:sz w:val="16"/>
              </w:rPr>
              <w:t>about 4.78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11 of 30 years, 1996 to 2025 (36.7%)</w:t>
            </w:r>
          </w:p>
        </w:tc>
        <w:tc>
          <w:tcPr>
            <w:tcW w:type="dxa" w:w="1610"/>
          </w:tcPr>
          <w:p>
            <w:pPr>
              <w:spacing w:after="0"/>
              <w:jc w:val="right"/>
            </w:pPr>
            <w:r>
              <w:rPr>
                <w:sz w:val="16"/>
              </w:rPr>
              <w:t>90.7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1.14</w:t>
            </w:r>
          </w:p>
        </w:tc>
        <w:tc>
          <w:tcPr>
            <w:tcW w:type="dxa" w:w="1380"/>
          </w:tcPr>
          <w:p>
            <w:pPr>
              <w:spacing w:after="0"/>
              <w:jc w:val="left"/>
            </w:pPr>
            <w:r>
              <w:rPr>
                <w:sz w:val="16"/>
              </w:rPr>
              <w:t>events per year</w:t>
            </w:r>
          </w:p>
        </w:tc>
        <w:tc>
          <w:tcPr>
            <w:tcW w:type="dxa" w:w="1823"/>
          </w:tcPr>
          <w:p>
            <w:pPr>
              <w:spacing w:after="0"/>
              <w:jc w:val="left"/>
            </w:pPr>
            <w:r>
              <w:rPr>
                <w:sz w:val="16"/>
              </w:rPr>
              <w:t>about 1.14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43.5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0.691</w:t>
            </w:r>
          </w:p>
        </w:tc>
        <w:tc>
          <w:tcPr>
            <w:tcW w:type="dxa" w:w="1380"/>
          </w:tcPr>
          <w:p>
            <w:pPr>
              <w:spacing w:after="0"/>
              <w:jc w:val="left"/>
            </w:pPr>
            <w:r>
              <w:rPr>
                <w:sz w:val="16"/>
              </w:rPr>
              <w:t>event-days per year</w:t>
            </w:r>
          </w:p>
        </w:tc>
        <w:tc>
          <w:tcPr>
            <w:tcW w:type="dxa" w:w="1823"/>
          </w:tcPr>
          <w:p>
            <w:pPr>
              <w:spacing w:after="0"/>
              <w:jc w:val="left"/>
            </w:pPr>
            <w:r>
              <w:rPr>
                <w:sz w:val="16"/>
              </w:rPr>
              <w:t>about 0.691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13.1</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0.0284</w:t>
            </w:r>
          </w:p>
        </w:tc>
        <w:tc>
          <w:tcPr>
            <w:tcW w:type="dxa" w:w="1380"/>
          </w:tcPr>
          <w:p>
            <w:pPr>
              <w:spacing w:after="0"/>
              <w:jc w:val="left"/>
            </w:pPr>
            <w:r>
              <w:rPr>
                <w:sz w:val="16"/>
              </w:rPr>
              <w:t>events per year</w:t>
            </w:r>
          </w:p>
        </w:tc>
        <w:tc>
          <w:tcPr>
            <w:tcW w:type="dxa" w:w="1823"/>
          </w:tcPr>
          <w:p>
            <w:pPr>
              <w:spacing w:after="0"/>
              <w:jc w:val="left"/>
            </w:pPr>
            <w:r>
              <w:rPr>
                <w:sz w:val="16"/>
              </w:rPr>
              <w:t>about 1 in 35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0.243</w:t>
            </w:r>
          </w:p>
        </w:tc>
        <w:tc>
          <w:tcPr>
            <w:tcW w:type="dxa" w:w="1380"/>
          </w:tcPr>
          <w:p>
            <w:pPr>
              <w:spacing w:after="0"/>
              <w:jc w:val="left"/>
            </w:pPr>
            <w:r>
              <w:rPr>
                <w:sz w:val="16"/>
              </w:rPr>
              <w:t>event-days per year</w:t>
            </w:r>
          </w:p>
        </w:tc>
        <w:tc>
          <w:tcPr>
            <w:tcW w:type="dxa" w:w="1823"/>
          </w:tcPr>
          <w:p>
            <w:pPr>
              <w:spacing w:after="0"/>
              <w:jc w:val="left"/>
            </w:pPr>
            <w:r>
              <w:rPr>
                <w:sz w:val="16"/>
              </w:rPr>
              <w:t>about 0.243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17</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1.61</w:t>
            </w:r>
          </w:p>
        </w:tc>
        <w:tc>
          <w:tcPr>
            <w:tcW w:type="dxa" w:w="1380"/>
          </w:tcPr>
          <w:p>
            <w:pPr>
              <w:spacing w:after="0"/>
              <w:jc w:val="left"/>
            </w:pPr>
            <w:r>
              <w:rPr>
                <w:sz w:val="16"/>
              </w:rPr>
              <w:t>event-days per year</w:t>
            </w:r>
          </w:p>
        </w:tc>
        <w:tc>
          <w:tcPr>
            <w:tcW w:type="dxa" w:w="1823"/>
          </w:tcPr>
          <w:p>
            <w:pPr>
              <w:spacing w:after="0"/>
              <w:jc w:val="left"/>
            </w:pPr>
            <w:r>
              <w:rPr>
                <w:sz w:val="16"/>
              </w:rPr>
              <w:t>about 1.61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45</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0.933</w:t>
            </w:r>
          </w:p>
        </w:tc>
        <w:tc>
          <w:tcPr>
            <w:tcW w:type="dxa" w:w="1380"/>
          </w:tcPr>
          <w:p>
            <w:pPr>
              <w:spacing w:after="0"/>
              <w:jc w:val="left"/>
            </w:pPr>
            <w:r>
              <w:rPr>
                <w:sz w:val="16"/>
              </w:rPr>
              <w:t>events per year (modeled)</w:t>
            </w:r>
          </w:p>
        </w:tc>
        <w:tc>
          <w:tcPr>
            <w:tcW w:type="dxa" w:w="1823"/>
          </w:tcPr>
          <w:p>
            <w:pPr>
              <w:spacing w:after="0"/>
              <w:jc w:val="left"/>
            </w:pPr>
            <w:r>
              <w:rPr>
                <w:sz w:val="16"/>
              </w:rPr>
              <w:t>about 0.93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23</w:t>
            </w:r>
          </w:p>
        </w:tc>
        <w:tc>
          <w:tcPr>
            <w:tcW w:type="dxa" w:w="1380"/>
          </w:tcPr>
          <w:p>
            <w:pPr>
              <w:spacing w:after="0"/>
              <w:jc w:val="left"/>
            </w:pPr>
            <w:r>
              <w:rPr>
                <w:sz w:val="16"/>
              </w:rPr>
              <w:t>days per year with a strike</w:t>
            </w:r>
          </w:p>
        </w:tc>
        <w:tc>
          <w:tcPr>
            <w:tcW w:type="dxa" w:w="1823"/>
          </w:tcPr>
          <w:p>
            <w:pPr>
              <w:spacing w:after="0"/>
              <w:jc w:val="left"/>
            </w:pPr>
            <w:r>
              <w:rPr>
                <w:sz w:val="16"/>
              </w:rPr>
              <w:t>about 23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0.749</w:t>
            </w:r>
          </w:p>
        </w:tc>
        <w:tc>
          <w:tcPr>
            <w:tcW w:type="dxa" w:w="1380"/>
          </w:tcPr>
          <w:p>
            <w:pPr>
              <w:spacing w:after="0"/>
              <w:jc w:val="left"/>
            </w:pPr>
            <w:r>
              <w:rPr>
                <w:sz w:val="16"/>
              </w:rPr>
              <w:t>events per year</w:t>
            </w:r>
          </w:p>
        </w:tc>
        <w:tc>
          <w:tcPr>
            <w:tcW w:type="dxa" w:w="1823"/>
          </w:tcPr>
          <w:p>
            <w:pPr>
              <w:spacing w:after="0"/>
              <w:jc w:val="left"/>
            </w:pPr>
            <w:r>
              <w:rPr>
                <w:sz w:val="16"/>
              </w:rPr>
              <w:t>about 0.75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29</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0.0225</w:t>
            </w:r>
          </w:p>
        </w:tc>
        <w:tc>
          <w:tcPr>
            <w:tcW w:type="dxa" w:w="1380"/>
          </w:tcPr>
          <w:p>
            <w:pPr>
              <w:spacing w:after="0"/>
              <w:jc w:val="left"/>
            </w:pPr>
            <w:r>
              <w:rPr>
                <w:sz w:val="16"/>
              </w:rPr>
              <w:t>events per year</w:t>
            </w:r>
          </w:p>
        </w:tc>
        <w:tc>
          <w:tcPr>
            <w:tcW w:type="dxa" w:w="1823"/>
          </w:tcPr>
          <w:p>
            <w:pPr>
              <w:spacing w:after="0"/>
              <w:jc w:val="left"/>
            </w:pPr>
            <w:r>
              <w:rPr>
                <w:sz w:val="16"/>
              </w:rPr>
              <w:t>about 1 in 44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0.0013%</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22.8</w:t>
            </w:r>
          </w:p>
        </w:tc>
        <w:tc>
          <w:tcPr>
            <w:tcW w:type="dxa" w:w="1380"/>
          </w:tcPr>
          <w:p>
            <w:pPr>
              <w:spacing w:after="0"/>
              <w:jc w:val="left"/>
            </w:pPr>
            <w:r>
              <w:rPr>
                <w:sz w:val="16"/>
              </w:rPr>
              <w:t>event-days per year</w:t>
            </w:r>
          </w:p>
        </w:tc>
        <w:tc>
          <w:tcPr>
            <w:tcW w:type="dxa" w:w="1823"/>
          </w:tcPr>
          <w:p>
            <w:pPr>
              <w:spacing w:after="0"/>
              <w:jc w:val="left"/>
            </w:pPr>
            <w:r>
              <w:rPr>
                <w:sz w:val="16"/>
              </w:rPr>
              <w:t>about 22.8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433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48.7</w:t>
            </w:r>
          </w:p>
        </w:tc>
        <w:tc>
          <w:tcPr>
            <w:tcW w:type="dxa" w:w="1311"/>
          </w:tcPr>
          <w:p>
            <w:pPr>
              <w:spacing w:after="0"/>
              <w:jc w:val="right"/>
            </w:pPr>
            <w:r>
              <w:rPr>
                <w:sz w:val="16"/>
              </w:rPr>
              <w:t>50.2</w:t>
            </w:r>
          </w:p>
        </w:tc>
        <w:tc>
          <w:tcPr>
            <w:tcW w:type="dxa" w:w="1250"/>
          </w:tcPr>
          <w:p>
            <w:pPr>
              <w:spacing w:after="0"/>
              <w:jc w:val="right"/>
            </w:pPr>
            <w:r>
              <w:rPr>
                <w:sz w:val="16"/>
              </w:rPr>
              <w:t>51.2</w:t>
            </w:r>
          </w:p>
        </w:tc>
        <w:tc>
          <w:tcPr>
            <w:tcW w:type="dxa" w:w="6992"/>
          </w:tcPr>
          <w:p>
            <w:pPr>
              <w:spacing w:after="0"/>
              <w:jc w:val="left"/>
            </w:pPr>
            <w:r>
              <w:rPr>
                <w:sz w:val="16"/>
              </w:rPr>
              <w:t>Very Low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48.2</w:t>
            </w:r>
          </w:p>
        </w:tc>
        <w:tc>
          <w:tcPr>
            <w:tcW w:type="dxa" w:w="1311"/>
          </w:tcPr>
          <w:p>
            <w:pPr>
              <w:spacing w:after="0"/>
              <w:jc w:val="right"/>
            </w:pPr>
            <w:r>
              <w:rPr>
                <w:sz w:val="16"/>
              </w:rPr>
              <w:t>58.7</w:t>
            </w:r>
          </w:p>
        </w:tc>
        <w:tc>
          <w:tcPr>
            <w:tcW w:type="dxa" w:w="1250"/>
          </w:tcPr>
          <w:p>
            <w:pPr>
              <w:spacing w:after="0"/>
              <w:jc w:val="right"/>
            </w:pPr>
            <w:r>
              <w:rPr>
                <w:sz w:val="16"/>
              </w:rPr>
              <w:t>67.3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28.1</w:t>
            </w:r>
          </w:p>
        </w:tc>
        <w:tc>
          <w:tcPr>
            <w:tcW w:type="dxa" w:w="1311"/>
          </w:tcPr>
          <w:p>
            <w:pPr>
              <w:spacing w:after="0"/>
              <w:jc w:val="right"/>
            </w:pPr>
            <w:r>
              <w:rPr>
                <w:sz w:val="16"/>
              </w:rPr>
              <w:t>48.7</w:t>
            </w:r>
          </w:p>
        </w:tc>
        <w:tc>
          <w:tcPr>
            <w:tcW w:type="dxa" w:w="1250"/>
          </w:tcPr>
          <w:p>
            <w:pPr>
              <w:spacing w:after="0"/>
              <w:jc w:val="right"/>
            </w:pPr>
            <w:r>
              <w:rPr>
                <w:sz w:val="16"/>
              </w:rPr>
              <w:t>62.9</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24.6</w:t>
            </w:r>
          </w:p>
        </w:tc>
        <w:tc>
          <w:tcPr>
            <w:tcW w:type="dxa" w:w="1311"/>
          </w:tcPr>
          <w:p>
            <w:pPr>
              <w:spacing w:after="0"/>
              <w:jc w:val="right"/>
            </w:pPr>
            <w:r>
              <w:rPr>
                <w:sz w:val="16"/>
              </w:rPr>
              <w:t>30.4</w:t>
            </w:r>
          </w:p>
        </w:tc>
        <w:tc>
          <w:tcPr>
            <w:tcW w:type="dxa" w:w="1250"/>
          </w:tcPr>
          <w:p>
            <w:pPr>
              <w:spacing w:after="0"/>
              <w:jc w:val="right"/>
            </w:pPr>
            <w:r>
              <w:rPr>
                <w:sz w:val="16"/>
              </w:rPr>
              <w:t>35.8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10.4</w:t>
            </w:r>
          </w:p>
        </w:tc>
        <w:tc>
          <w:tcPr>
            <w:tcW w:type="dxa" w:w="1311"/>
          </w:tcPr>
          <w:p>
            <w:pPr>
              <w:spacing w:after="0"/>
              <w:jc w:val="right"/>
            </w:pPr>
            <w:r>
              <w:rPr>
                <w:sz w:val="16"/>
              </w:rPr>
              <w:t>18.2</w:t>
            </w:r>
          </w:p>
        </w:tc>
        <w:tc>
          <w:tcPr>
            <w:tcW w:type="dxa" w:w="1250"/>
          </w:tcPr>
          <w:p>
            <w:pPr>
              <w:spacing w:after="0"/>
              <w:jc w:val="right"/>
            </w:pPr>
            <w:r>
              <w:rPr>
                <w:sz w:val="16"/>
              </w:rPr>
              <w:t>27.1</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64.6</w:t>
            </w:r>
          </w:p>
        </w:tc>
        <w:tc>
          <w:tcPr>
            <w:tcW w:type="dxa" w:w="1250"/>
          </w:tcPr>
          <w:p>
            <w:pPr>
              <w:spacing w:after="0"/>
              <w:jc w:val="right"/>
            </w:pPr>
            <w:r>
              <w:rPr>
                <w:sz w:val="16"/>
              </w:rPr>
              <w:t>75.8</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49.4</w:t>
            </w:r>
          </w:p>
        </w:tc>
        <w:tc>
          <w:tcPr>
            <w:tcW w:type="dxa" w:w="1311"/>
          </w:tcPr>
          <w:p>
            <w:pPr>
              <w:spacing w:after="0"/>
              <w:jc w:val="right"/>
            </w:pPr>
            <w:r>
              <w:rPr>
                <w:sz w:val="16"/>
              </w:rPr>
              <w:t>63.5</w:t>
            </w:r>
          </w:p>
        </w:tc>
        <w:tc>
          <w:tcPr>
            <w:tcW w:type="dxa" w:w="1250"/>
          </w:tcPr>
          <w:p>
            <w:pPr>
              <w:spacing w:after="0"/>
              <w:jc w:val="right"/>
            </w:pPr>
            <w:r>
              <w:rPr>
                <w:sz w:val="16"/>
              </w:rPr>
              <w:t>81.8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42.4</w:t>
            </w:r>
          </w:p>
        </w:tc>
        <w:tc>
          <w:tcPr>
            <w:tcW w:type="dxa" w:w="1311"/>
          </w:tcPr>
          <w:p>
            <w:pPr>
              <w:spacing w:after="0"/>
              <w:jc w:val="right"/>
            </w:pPr>
            <w:r>
              <w:rPr>
                <w:sz w:val="16"/>
              </w:rPr>
              <w:t>66.0</w:t>
            </w:r>
          </w:p>
        </w:tc>
        <w:tc>
          <w:tcPr>
            <w:tcW w:type="dxa" w:w="1250"/>
          </w:tcPr>
          <w:p>
            <w:pPr>
              <w:spacing w:after="0"/>
              <w:jc w:val="right"/>
            </w:pPr>
            <w:r>
              <w:rPr>
                <w:sz w:val="16"/>
              </w:rPr>
              <w:t>93.3</w:t>
            </w:r>
          </w:p>
        </w:tc>
        <w:tc>
          <w:tcPr>
            <w:tcW w:type="dxa" w:w="6992"/>
          </w:tcPr>
          <w:p>
            <w:pPr>
              <w:spacing w:after="0"/>
              <w:jc w:val="left"/>
            </w:pPr>
            <w:r>
              <w:rPr>
                <w:sz w:val="16"/>
              </w:rPr>
              <w:t>Relatively High 2,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88.0</w:t>
            </w:r>
          </w:p>
        </w:tc>
        <w:tc>
          <w:tcPr>
            <w:tcW w:type="dxa" w:w="1311"/>
          </w:tcPr>
          <w:p>
            <w:pPr>
              <w:spacing w:after="0"/>
              <w:jc w:val="right"/>
            </w:pPr>
            <w:r>
              <w:rPr>
                <w:sz w:val="16"/>
              </w:rPr>
              <w:t>92.5</w:t>
            </w:r>
          </w:p>
        </w:tc>
        <w:tc>
          <w:tcPr>
            <w:tcW w:type="dxa" w:w="1250"/>
          </w:tcPr>
          <w:p>
            <w:pPr>
              <w:spacing w:after="0"/>
              <w:jc w:val="right"/>
            </w:pPr>
            <w:r>
              <w:rPr>
                <w:sz w:val="16"/>
              </w:rPr>
              <w:t>96.4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66.9</w:t>
            </w:r>
          </w:p>
        </w:tc>
        <w:tc>
          <w:tcPr>
            <w:tcW w:type="dxa" w:w="1311"/>
          </w:tcPr>
          <w:p>
            <w:pPr>
              <w:spacing w:after="0"/>
              <w:jc w:val="right"/>
            </w:pPr>
            <w:r>
              <w:rPr>
                <w:sz w:val="16"/>
              </w:rPr>
              <w:t>80.4</w:t>
            </w:r>
          </w:p>
        </w:tc>
        <w:tc>
          <w:tcPr>
            <w:tcW w:type="dxa" w:w="1250"/>
          </w:tcPr>
          <w:p>
            <w:pPr>
              <w:spacing w:after="0"/>
              <w:jc w:val="right"/>
            </w:pPr>
            <w:r>
              <w:rPr>
                <w:sz w:val="16"/>
              </w:rPr>
              <w:t>89.3</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62.9</w:t>
            </w:r>
          </w:p>
        </w:tc>
        <w:tc>
          <w:tcPr>
            <w:tcW w:type="dxa" w:w="1250"/>
          </w:tcPr>
          <w:p>
            <w:pPr>
              <w:spacing w:after="0"/>
              <w:jc w:val="right"/>
            </w:pPr>
            <w:r>
              <w:rPr>
                <w:sz w:val="16"/>
              </w:rPr>
              <w:t>78.0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18.7</w:t>
            </w:r>
          </w:p>
        </w:tc>
        <w:tc>
          <w:tcPr>
            <w:tcW w:type="dxa" w:w="1311"/>
          </w:tcPr>
          <w:p>
            <w:pPr>
              <w:spacing w:after="0"/>
              <w:jc w:val="right"/>
            </w:pPr>
            <w:r>
              <w:rPr>
                <w:sz w:val="16"/>
              </w:rPr>
              <w:t>25.0</w:t>
            </w:r>
          </w:p>
        </w:tc>
        <w:tc>
          <w:tcPr>
            <w:tcW w:type="dxa" w:w="1250"/>
          </w:tcPr>
          <w:p>
            <w:pPr>
              <w:spacing w:after="0"/>
              <w:jc w:val="right"/>
            </w:pPr>
            <w:r>
              <w:rPr>
                <w:sz w:val="16"/>
              </w:rPr>
              <w:t>30.0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60.1</w:t>
            </w:r>
          </w:p>
        </w:tc>
        <w:tc>
          <w:tcPr>
            <w:tcW w:type="dxa" w:w="1311"/>
          </w:tcPr>
          <w:p>
            <w:pPr>
              <w:spacing w:after="0"/>
              <w:jc w:val="right"/>
            </w:pPr>
            <w:r>
              <w:rPr>
                <w:sz w:val="16"/>
              </w:rPr>
              <w:t>63.0</w:t>
            </w:r>
          </w:p>
        </w:tc>
        <w:tc>
          <w:tcPr>
            <w:tcW w:type="dxa" w:w="1250"/>
          </w:tcPr>
          <w:p>
            <w:pPr>
              <w:spacing w:after="0"/>
              <w:jc w:val="right"/>
            </w:pPr>
            <w:r>
              <w:rPr>
                <w:sz w:val="16"/>
              </w:rPr>
              <w:t>71.1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94.1</w:t>
            </w:r>
          </w:p>
        </w:tc>
        <w:tc>
          <w:tcPr>
            <w:tcW w:type="dxa" w:w="1311"/>
          </w:tcPr>
          <w:p>
            <w:pPr>
              <w:spacing w:after="0"/>
              <w:jc w:val="right"/>
            </w:pPr>
            <w:r>
              <w:rPr>
                <w:sz w:val="16"/>
              </w:rPr>
              <w:t>96.9</w:t>
            </w:r>
          </w:p>
        </w:tc>
        <w:tc>
          <w:tcPr>
            <w:tcW w:type="dxa" w:w="1250"/>
          </w:tcPr>
          <w:p>
            <w:pPr>
              <w:spacing w:after="0"/>
              <w:jc w:val="right"/>
            </w:pPr>
            <w:r>
              <w:rPr>
                <w:sz w:val="16"/>
              </w:rPr>
              <w:t>98.7</w:t>
            </w:r>
          </w:p>
        </w:tc>
        <w:tc>
          <w:tcPr>
            <w:tcW w:type="dxa" w:w="6992"/>
          </w:tcPr>
          <w:p>
            <w:pPr>
              <w:spacing w:after="0"/>
              <w:jc w:val="left"/>
            </w:pPr>
            <w:r>
              <w:rPr>
                <w:sz w:val="16"/>
              </w:rPr>
              <w:t>Very High 5,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Lamoille County's 7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2"/>
        <w:gridCol w:w="814"/>
        <w:gridCol w:w="3322"/>
        <w:gridCol w:w="2649"/>
        <w:gridCol w:w="2739"/>
        <w:gridCol w:w="2836"/>
      </w:tblGrid>
      <w:tr>
        <w:trPr>
          <w:cantSplit/>
          <w:tblHeader/>
        </w:trPr>
        <w:tc>
          <w:tcPr>
            <w:tcW w:type="dxa" w:w="1752"/>
            <w:shd w:val="clear" w:color="auto" w:fill="E8E8E8"/>
          </w:tcPr>
          <w:p>
            <w:pPr>
              <w:spacing w:after="0"/>
              <w:jc w:val="left"/>
            </w:pPr>
            <w:r>
              <w:rPr>
                <w:b/>
                <w:sz w:val="16"/>
              </w:rPr>
              <w:t>Jurisdiction</w:t>
            </w:r>
          </w:p>
        </w:tc>
        <w:tc>
          <w:tcPr>
            <w:tcW w:type="dxa" w:w="814"/>
            <w:shd w:val="clear" w:color="auto" w:fill="E8E8E8"/>
          </w:tcPr>
          <w:p>
            <w:pPr>
              <w:spacing w:after="0"/>
              <w:jc w:val="left"/>
            </w:pPr>
            <w:r>
              <w:rPr>
                <w:b/>
                <w:sz w:val="16"/>
              </w:rPr>
              <w:t>Type</w:t>
            </w:r>
          </w:p>
        </w:tc>
        <w:tc>
          <w:tcPr>
            <w:tcW w:type="dxa" w:w="3322"/>
            <w:shd w:val="clear" w:color="auto" w:fill="E8E8E8"/>
          </w:tcPr>
          <w:p>
            <w:pPr>
              <w:spacing w:after="0"/>
              <w:jc w:val="left"/>
            </w:pPr>
            <w:r>
              <w:rPr>
                <w:b/>
                <w:sz w:val="16"/>
              </w:rPr>
              <w:t>Plan status</w:t>
            </w:r>
          </w:p>
        </w:tc>
        <w:tc>
          <w:tcPr>
            <w:tcW w:type="dxa" w:w="26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2"/>
          </w:tcPr>
          <w:p>
            <w:pPr>
              <w:spacing w:after="0"/>
              <w:jc w:val="left"/>
            </w:pPr>
            <w:r>
              <w:rPr>
                <w:sz w:val="16"/>
              </w:rPr>
              <w:t>Hyde Park town</w:t>
            </w:r>
          </w:p>
        </w:tc>
        <w:tc>
          <w:tcPr>
            <w:tcW w:type="dxa" w:w="814"/>
          </w:tcPr>
          <w:p>
            <w:pPr>
              <w:spacing w:after="0"/>
              <w:jc w:val="left"/>
            </w:pPr>
            <w:r>
              <w:rPr>
                <w:sz w:val="16"/>
              </w:rPr>
              <w:t>Town</w:t>
            </w:r>
          </w:p>
        </w:tc>
        <w:tc>
          <w:tcPr>
            <w:tcW w:type="dxa" w:w="3322"/>
          </w:tcPr>
          <w:p>
            <w:pPr>
              <w:spacing w:after="0"/>
              <w:jc w:val="left"/>
            </w:pPr>
            <w:r>
              <w:rPr>
                <w:sz w:val="16"/>
              </w:rPr>
              <w:t>Approved, expires 2031-08-31</w:t>
            </w:r>
          </w:p>
        </w:tc>
        <w:tc>
          <w:tcPr>
            <w:tcW w:type="dxa" w:w="2649"/>
          </w:tcPr>
          <w:p>
            <w:pPr>
              <w:spacing w:after="0"/>
              <w:jc w:val="right"/>
            </w:pPr>
            <w:r>
              <w:rPr>
                <w:sz w:val="16"/>
              </w:rPr>
              <w:t>FMA RL 0, SRL 0; any 1</w:t>
            </w:r>
          </w:p>
        </w:tc>
        <w:tc>
          <w:tcPr>
            <w:tcW w:type="dxa" w:w="2739"/>
          </w:tcPr>
          <w:p>
            <w:pPr>
              <w:spacing w:after="0"/>
              <w:jc w:val="right"/>
            </w:pPr>
            <w:r>
              <w:rPr>
                <w:sz w:val="16"/>
              </w:rPr>
              <w:t>$1,866,973.20</w:t>
            </w:r>
          </w:p>
        </w:tc>
        <w:tc>
          <w:tcPr>
            <w:tcW w:type="dxa" w:w="2836"/>
          </w:tcPr>
          <w:p>
            <w:pPr>
              <w:spacing w:after="0"/>
              <w:jc w:val="right"/>
            </w:pPr>
            <w:r>
              <w:rPr>
                <w:sz w:val="16"/>
              </w:rPr>
              <w:t>12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Lamoille County (National Risk Index exposure and expected annual loss; since-plan counts use Hyde Park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Lamoille County, county-level)"/>
        <w:tblDescription w:val="Hazard Plain table b2ab"/>
      </w:tblPr>
      <w:tblGrid>
        <w:gridCol w:w="1037"/>
        <w:gridCol w:w="1483"/>
        <w:gridCol w:w="1138"/>
        <w:gridCol w:w="1046"/>
        <w:gridCol w:w="1037"/>
        <w:gridCol w:w="1126"/>
        <w:gridCol w:w="1018"/>
        <w:gridCol w:w="1064"/>
        <w:gridCol w:w="1235"/>
        <w:gridCol w:w="1117"/>
        <w:gridCol w:w="1117"/>
        <w:gridCol w:w="169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5"/>
            <w:shd w:val="clear" w:color="auto" w:fill="E8E8E8"/>
          </w:tcPr>
          <w:p>
            <w:pPr>
              <w:spacing w:after="0"/>
              <w:jc w:val="right"/>
            </w:pPr>
            <w:r>
              <w:rPr>
                <w:b/>
                <w:sz w:val="16"/>
              </w:rPr>
              <w:t>Storm Events damage since 2026-09-01</w:t>
            </w:r>
          </w:p>
          <w:p>
            <w:pPr>
              <w:spacing w:after="0"/>
              <w:jc w:val="right"/>
            </w:pPr>
            <w:r>
              <w:rPr>
                <w:i/>
                <w:color w:val="555555"/>
                <w:sz w:val="14"/>
              </w:rPr>
              <w:t>county-coded records, property plus crops, nominal dollars</w:t>
            </w:r>
          </w:p>
        </w:tc>
        <w:tc>
          <w:tcPr>
            <w:tcW w:type="dxa" w:w="11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9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8"/>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8"/>
          </w:tcPr>
          <w:p>
            <w:pPr>
              <w:spacing w:after="0"/>
              <w:jc w:val="right"/>
            </w:pPr>
            <w:r>
              <w:rPr>
                <w:sz w:val="16"/>
              </w:rPr>
              <w:t>$1,547</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018"/>
          </w:tcPr>
          <w:p>
            <w:pPr>
              <w:spacing w:after="0"/>
              <w:jc w:val="right"/>
            </w:pPr>
            <w:r>
              <w:rPr>
                <w:sz w:val="16"/>
              </w:rPr>
              <w:t>$547,993</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8"/>
          </w:tcPr>
          <w:p>
            <w:pPr>
              <w:spacing w:after="0"/>
              <w:jc w:val="right"/>
            </w:pPr>
            <w:r>
              <w:rPr>
                <w:sz w:val="16"/>
              </w:rPr>
              <w:t>n/a</w:t>
            </w:r>
          </w:p>
        </w:tc>
        <w:tc>
          <w:tcPr>
            <w:tcW w:type="dxa" w:w="1064"/>
          </w:tcPr>
          <w:p>
            <w:pPr>
              <w:spacing w:after="0"/>
              <w:jc w:val="right"/>
            </w:pP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8"/>
          </w:tcPr>
          <w:p>
            <w:pPr>
              <w:spacing w:after="0"/>
              <w:jc w:val="right"/>
            </w:pPr>
            <w:r>
              <w:rPr>
                <w:sz w:val="16"/>
              </w:rPr>
              <w:t>n/a</w:t>
            </w:r>
          </w:p>
        </w:tc>
        <w:tc>
          <w:tcPr>
            <w:tcW w:type="dxa" w:w="1046"/>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018"/>
          </w:tcPr>
          <w:p>
            <w:pPr>
              <w:spacing w:after="0"/>
              <w:jc w:val="right"/>
            </w:pPr>
            <w:r>
              <w:rPr>
                <w:sz w:val="16"/>
              </w:rPr>
              <w:t>$19,384</w:t>
            </w:r>
          </w:p>
        </w:tc>
        <w:tc>
          <w:tcPr>
            <w:tcW w:type="dxa" w:w="1064"/>
          </w:tcPr>
          <w:p>
            <w:pPr>
              <w:spacing w:after="0"/>
              <w:jc w:val="right"/>
            </w:pPr>
            <w:r>
              <w:rPr>
                <w:sz w:val="16"/>
              </w:rPr>
              <w:t>0.00156%</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018"/>
          </w:tcPr>
          <w:p>
            <w:pPr>
              <w:spacing w:after="0"/>
              <w:jc w:val="right"/>
            </w:pPr>
            <w:r>
              <w:rPr>
                <w:sz w:val="16"/>
              </w:rPr>
              <w:t>$12,009</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8"/>
          </w:tcPr>
          <w:p>
            <w:pPr>
              <w:spacing w:after="0"/>
              <w:jc w:val="right"/>
            </w:pPr>
            <w:r>
              <w:rPr>
                <w:sz w:val="16"/>
              </w:rPr>
              <w:t>$71,987</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8"/>
          </w:tcPr>
          <w:p>
            <w:pPr>
              <w:spacing w:after="0"/>
              <w:jc w:val="right"/>
            </w:pPr>
            <w:r>
              <w:rPr>
                <w:sz w:val="16"/>
              </w:rPr>
              <w:t>$35,264,300</w:t>
            </w:r>
          </w:p>
        </w:tc>
        <w:tc>
          <w:tcPr>
            <w:tcW w:type="dxa" w:w="1046"/>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018"/>
          </w:tcPr>
          <w:p>
            <w:pPr>
              <w:spacing w:after="0"/>
              <w:jc w:val="right"/>
            </w:pPr>
            <w:r>
              <w:rPr>
                <w:sz w:val="16"/>
              </w:rPr>
              <w:t>$7,320</w:t>
            </w:r>
          </w:p>
        </w:tc>
        <w:tc>
          <w:tcPr>
            <w:tcW w:type="dxa" w:w="1064"/>
          </w:tcPr>
          <w:p>
            <w:pPr>
              <w:spacing w:after="0"/>
              <w:jc w:val="right"/>
            </w:pPr>
            <w:r>
              <w:rPr>
                <w:sz w:val="16"/>
              </w:rPr>
              <w:t>0.00403%</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8"/>
          </w:tcPr>
          <w:p>
            <w:pPr>
              <w:spacing w:after="0"/>
              <w:jc w:val="right"/>
            </w:pPr>
            <w:r>
              <w:rPr>
                <w:sz w:val="16"/>
              </w:rPr>
              <w:t>n/a</w:t>
            </w:r>
          </w:p>
        </w:tc>
        <w:tc>
          <w:tcPr>
            <w:tcW w:type="dxa" w:w="1046"/>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018"/>
          </w:tcPr>
          <w:p>
            <w:pPr>
              <w:spacing w:after="0"/>
              <w:jc w:val="right"/>
            </w:pPr>
            <w:r>
              <w:rPr>
                <w:sz w:val="16"/>
              </w:rPr>
              <w:t>$6,886</w:t>
            </w:r>
          </w:p>
        </w:tc>
        <w:tc>
          <w:tcPr>
            <w:tcW w:type="dxa" w:w="1064"/>
          </w:tcPr>
          <w:p>
            <w:pPr>
              <w:spacing w:after="0"/>
              <w:jc w:val="right"/>
            </w:pPr>
            <w:r>
              <w:rPr>
                <w:sz w:val="16"/>
              </w:rPr>
              <w:t>0.000854%</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8"/>
          </w:tcPr>
          <w:p>
            <w:pPr>
              <w:spacing w:after="0"/>
              <w:jc w:val="right"/>
            </w:pPr>
            <w:r>
              <w:rPr>
                <w:sz w:val="16"/>
              </w:rPr>
              <w:t>$8,280,019</w:t>
            </w:r>
          </w:p>
        </w:tc>
        <w:tc>
          <w:tcPr>
            <w:tcW w:type="dxa" w:w="1046"/>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018"/>
          </w:tcPr>
          <w:p>
            <w:pPr>
              <w:spacing w:after="0"/>
              <w:jc w:val="right"/>
            </w:pPr>
            <w:r>
              <w:rPr>
                <w:sz w:val="16"/>
              </w:rPr>
              <w:t>$59,291</w:t>
            </w:r>
          </w:p>
        </w:tc>
        <w:tc>
          <w:tcPr>
            <w:tcW w:type="dxa" w:w="1064"/>
          </w:tcPr>
          <w:p>
            <w:pPr>
              <w:spacing w:after="0"/>
              <w:jc w:val="right"/>
            </w:pPr>
            <w:r>
              <w:rPr>
                <w:sz w:val="16"/>
              </w:rPr>
              <w:t>n/a (see note)</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8"/>
          </w:tcPr>
          <w:p>
            <w:pPr>
              <w:spacing w:after="0"/>
              <w:jc w:val="right"/>
            </w:pPr>
            <w:r>
              <w:rPr>
                <w:sz w:val="16"/>
              </w:rPr>
              <w:t>n/a</w:t>
            </w:r>
          </w:p>
        </w:tc>
        <w:tc>
          <w:tcPr>
            <w:tcW w:type="dxa" w:w="1046"/>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018"/>
          </w:tcPr>
          <w:p>
            <w:pPr>
              <w:spacing w:after="0"/>
              <w:jc w:val="right"/>
            </w:pPr>
            <w:r>
              <w:rPr>
                <w:sz w:val="16"/>
              </w:rPr>
              <w:t>$7,030</w:t>
            </w:r>
          </w:p>
        </w:tc>
        <w:tc>
          <w:tcPr>
            <w:tcW w:type="dxa" w:w="1064"/>
          </w:tcPr>
          <w:p>
            <w:pPr>
              <w:spacing w:after="0"/>
              <w:jc w:val="right"/>
            </w:pPr>
            <w:r>
              <w:rPr>
                <w:sz w:val="16"/>
              </w:rPr>
              <w:t>0.00101%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8"/>
          </w:tcPr>
          <w:p>
            <w:pPr>
              <w:spacing w:after="0"/>
              <w:jc w:val="right"/>
            </w:pPr>
            <w:r>
              <w:rPr>
                <w:sz w:val="16"/>
              </w:rPr>
              <w:t>n/a</w:t>
            </w:r>
          </w:p>
        </w:tc>
        <w:tc>
          <w:tcPr>
            <w:tcW w:type="dxa" w:w="1046"/>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018"/>
          </w:tcPr>
          <w:p>
            <w:pPr>
              <w:spacing w:after="0"/>
              <w:jc w:val="right"/>
            </w:pPr>
            <w:r>
              <w:rPr>
                <w:sz w:val="16"/>
              </w:rPr>
              <w:t>$210,354</w:t>
            </w:r>
          </w:p>
        </w:tc>
        <w:tc>
          <w:tcPr>
            <w:tcW w:type="dxa" w:w="1064"/>
          </w:tcPr>
          <w:p>
            <w:pPr>
              <w:spacing w:after="0"/>
              <w:jc w:val="right"/>
            </w:pPr>
            <w:r>
              <w:rPr>
                <w:sz w:val="16"/>
              </w:rPr>
              <w:t>0.000396%</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018"/>
          </w:tcPr>
          <w:p>
            <w:pPr>
              <w:spacing w:after="0"/>
              <w:jc w:val="right"/>
            </w:pPr>
            <w:r>
              <w:rPr>
                <w:sz w:val="16"/>
              </w:rPr>
              <w:t>$117,528</w:t>
            </w:r>
          </w:p>
        </w:tc>
        <w:tc>
          <w:tcPr>
            <w:tcW w:type="dxa" w:w="1064"/>
          </w:tcPr>
          <w:p>
            <w:pPr>
              <w:spacing w:after="0"/>
              <w:jc w:val="right"/>
            </w:pPr>
            <w:r>
              <w:rPr>
                <w:sz w:val="16"/>
              </w:rPr>
              <w:t>0.00144%</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018"/>
          </w:tcPr>
          <w:p>
            <w:pPr>
              <w:spacing w:after="0"/>
              <w:jc w:val="right"/>
            </w:pPr>
            <w:r>
              <w:rPr>
                <w:sz w:val="16"/>
              </w:rPr>
              <w:t>$77,542</w:t>
            </w:r>
          </w:p>
        </w:tc>
        <w:tc>
          <w:tcPr>
            <w:tcW w:type="dxa" w:w="1064"/>
          </w:tcPr>
          <w:p>
            <w:pPr>
              <w:spacing w:after="0"/>
              <w:jc w:val="right"/>
            </w:pPr>
            <w:r>
              <w:rPr>
                <w:sz w:val="16"/>
              </w:rPr>
              <w:t>0.000252%</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8"/>
          </w:tcPr>
          <w:p>
            <w:pPr>
              <w:spacing w:after="0"/>
              <w:jc w:val="right"/>
            </w:pPr>
            <w:r>
              <w:rPr>
                <w:sz w:val="16"/>
              </w:rPr>
              <w:t>$24,030,748</w:t>
            </w:r>
          </w:p>
        </w:tc>
        <w:tc>
          <w:tcPr>
            <w:tcW w:type="dxa" w:w="1046"/>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018"/>
          </w:tcPr>
          <w:p>
            <w:pPr>
              <w:spacing w:after="0"/>
              <w:jc w:val="right"/>
            </w:pPr>
            <w:r>
              <w:rPr>
                <w:sz w:val="16"/>
              </w:rPr>
              <w:t>$429</w:t>
            </w:r>
          </w:p>
        </w:tc>
        <w:tc>
          <w:tcPr>
            <w:tcW w:type="dxa" w:w="1064"/>
          </w:tcPr>
          <w:p>
            <w:pPr>
              <w:spacing w:after="0"/>
              <w:jc w:val="right"/>
            </w:pPr>
            <w:r>
              <w:rPr>
                <w:sz w:val="16"/>
              </w:rPr>
              <w:t>0.000119%</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8"/>
          </w:tcPr>
          <w:p>
            <w:pPr>
              <w:spacing w:after="0"/>
              <w:jc w:val="right"/>
            </w:pPr>
            <w:r>
              <w:rPr>
                <w:sz w:val="16"/>
              </w:rPr>
              <w:t>$35,714,028</w:t>
            </w:r>
          </w:p>
        </w:tc>
        <w:tc>
          <w:tcPr>
            <w:tcW w:type="dxa" w:w="1046"/>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018"/>
          </w:tcPr>
          <w:p>
            <w:pPr>
              <w:spacing w:after="0"/>
              <w:jc w:val="right"/>
            </w:pPr>
            <w:r>
              <w:rPr>
                <w:sz w:val="16"/>
              </w:rPr>
              <w:t>$207,030</w:t>
            </w:r>
          </w:p>
        </w:tc>
        <w:tc>
          <w:tcPr>
            <w:tcW w:type="dxa" w:w="1064"/>
          </w:tcPr>
          <w:p>
            <w:pPr>
              <w:spacing w:after="0"/>
              <w:jc w:val="right"/>
            </w:pPr>
            <w:r>
              <w:rPr>
                <w:sz w:val="16"/>
              </w:rPr>
              <w:t>0.00115%</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Lamoille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Lamoille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Lamoill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Cambridge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Johnson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Morristown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Morrisville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Stowe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Cambridge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Hyde Park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Johnson village</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Hyde Park town</w:t>
            </w:r>
          </w:p>
        </w:tc>
        <w:tc>
          <w:tcPr>
            <w:tcW w:type="dxa" w:w="1620"/>
          </w:tcPr>
          <w:p>
            <w:pPr>
              <w:spacing w:after="0"/>
              <w:jc w:val="left"/>
            </w:pPr>
            <w:r>
              <w:rPr>
                <w:sz w:val="16"/>
              </w:rPr>
              <w:t>500230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Hyde Park town, VT: risk-assessment baseline packet, release 2026-10 (data as of 2026-09-30; Town FIPS 5001535050). Automated baseline. </w:t>
      </w:r>
      <w:hyperlink r:id="rId16">
        <w:r>
          <w:rPr>
            <w:color w:val="1F4E99"/>
            <w:sz w:val="17"/>
            <w:u w:val="single"/>
          </w:rPr>
          <w:t>https://hazardplain.org/vt/5001535050/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hazard-plain_2026-10_VT_5001535050.docx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Hyde Park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5350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Hyde Park town, VT: Risk-assessment baseline packet</dc:title>
  <dc:subject>Hazard Plain release 2026-10, as of 2026-09-30. Automated baseline</dc:subject>
  <dc:creator>Hazard Plain</dc:creator>
  <cp:keywords>Hazard Plain; hazard mitigation; risk assessment; 5001535050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