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Grand Isle County, VT</w:t>
      </w:r>
    </w:p>
    <w:p>
      <w:pPr>
        <w:spacing w:after="120" w:before="0"/>
      </w:pPr>
      <w:r>
        <w:rPr>
          <w:color w:val="555555"/>
          <w:sz w:val="24"/>
        </w:rPr>
        <w:t>Risk-assessment baseline packet</w:t>
      </w:r>
    </w:p>
    <w:p>
      <w:pPr>
        <w:spacing w:after="120" w:before="0"/>
      </w:pPr>
      <w:r>
        <w:rPr>
          <w:b/>
          <w:sz w:val="18"/>
        </w:rPr>
        <w:t xml:space="preserve">County FIPS: </w:t>
      </w:r>
      <w:r>
        <w:rPr>
          <w:sz w:val="18"/>
        </w:rPr>
        <w:t>50013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($3,140,357 a year), Strong Wind ($172,409) and Earthquake ($160,717).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0"/>
        <w:gridCol w:w="1063"/>
        <w:gridCol w:w="3654"/>
        <w:gridCol w:w="3243"/>
        <w:gridCol w:w="1433"/>
        <w:gridCol w:w="1433"/>
        <w:gridCol w:w="1236"/>
      </w:tblGrid>
      <w:tr>
        <w:trPr>
          <w:cantSplit/>
          <w:tblHeader/>
        </w:trPr>
        <w:tc>
          <w:tcPr>
            <w:tcW w:type="dxa" w:w="2050"/>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654"/>
            <w:shd w:val="clear" w:color="auto" w:fill="E8E8E8"/>
          </w:tcPr>
          <w:p>
            <w:pPr>
              <w:spacing w:after="0"/>
              <w:jc w:val="left"/>
            </w:pPr>
            <w:r>
              <w:rPr>
                <w:b/>
                <w:sz w:val="16"/>
              </w:rPr>
              <w:t>Status</w:t>
            </w:r>
          </w:p>
        </w:tc>
        <w:tc>
          <w:tcPr>
            <w:tcW w:type="dxa" w:w="3243"/>
            <w:shd w:val="clear" w:color="auto" w:fill="E8E8E8"/>
          </w:tcPr>
          <w:p>
            <w:pPr>
              <w:spacing w:after="0"/>
              <w:jc w:val="left"/>
            </w:pPr>
            <w:r>
              <w:rPr>
                <w:b/>
                <w:sz w:val="16"/>
              </w:rPr>
              <w:t>Plan</w:t>
            </w:r>
          </w:p>
        </w:tc>
        <w:tc>
          <w:tcPr>
            <w:tcW w:type="dxa" w:w="1433"/>
            <w:shd w:val="clear" w:color="auto" w:fill="E8E8E8"/>
          </w:tcPr>
          <w:p>
            <w:pPr>
              <w:spacing w:after="0"/>
              <w:jc w:val="left"/>
            </w:pPr>
            <w:r>
              <w:rPr>
                <w:b/>
                <w:sz w:val="16"/>
              </w:rPr>
              <w:t>Approved</w:t>
            </w:r>
          </w:p>
        </w:tc>
        <w:tc>
          <w:tcPr>
            <w:tcW w:type="dxa" w:w="1433"/>
            <w:shd w:val="clear" w:color="auto" w:fill="E8E8E8"/>
          </w:tcPr>
          <w:p>
            <w:pPr>
              <w:spacing w:after="0"/>
              <w:jc w:val="left"/>
            </w:pPr>
            <w:r>
              <w:rPr>
                <w:b/>
                <w:sz w:val="16"/>
              </w:rPr>
              <w:t>Expires</w:t>
            </w:r>
          </w:p>
        </w:tc>
        <w:tc>
          <w:tcPr>
            <w:tcW w:type="dxa" w:w="123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0"/>
          </w:tcPr>
          <w:p>
            <w:pPr>
              <w:spacing w:after="0"/>
              <w:jc w:val="left"/>
            </w:pPr>
            <w:r>
              <w:rPr>
                <w:sz w:val="16"/>
              </w:rPr>
              <w:t>Alburgh village</w:t>
            </w:r>
          </w:p>
        </w:tc>
        <w:tc>
          <w:tcPr>
            <w:tcW w:type="dxa" w:w="1063"/>
          </w:tcPr>
          <w:p>
            <w:pPr>
              <w:spacing w:after="0"/>
              <w:jc w:val="left"/>
            </w:pPr>
            <w:r>
              <w:rPr>
                <w:sz w:val="16"/>
              </w:rPr>
              <w:t>Village</w:t>
            </w:r>
          </w:p>
        </w:tc>
        <w:tc>
          <w:tcPr>
            <w:tcW w:type="dxa" w:w="3654"/>
          </w:tcPr>
          <w:p>
            <w:pPr>
              <w:spacing w:after="0"/>
              <w:jc w:val="left"/>
            </w:pPr>
            <w:r>
              <w:rPr>
                <w:sz w:val="16"/>
              </w:rPr>
              <w:t>Approved, expires 2031-01-14</w:t>
            </w:r>
          </w:p>
        </w:tc>
        <w:tc>
          <w:tcPr>
            <w:tcW w:type="dxa" w:w="3243"/>
          </w:tcPr>
          <w:p>
            <w:pPr>
              <w:spacing w:after="0"/>
              <w:jc w:val="left"/>
            </w:pPr>
            <w:r>
              <w:rPr>
                <w:sz w:val="16"/>
              </w:rPr>
              <w:t>2025 Alburgh Hazard Mitigation Plan (FEMA plan 111524)</w:t>
            </w:r>
          </w:p>
        </w:tc>
        <w:tc>
          <w:tcPr>
            <w:tcW w:type="dxa" w:w="1433"/>
          </w:tcPr>
          <w:p>
            <w:pPr>
              <w:spacing w:after="0"/>
              <w:jc w:val="left"/>
            </w:pPr>
            <w:r>
              <w:rPr>
                <w:sz w:val="16"/>
              </w:rPr>
              <w:t>2026-01-15</w:t>
            </w:r>
          </w:p>
        </w:tc>
        <w:tc>
          <w:tcPr>
            <w:tcW w:type="dxa" w:w="1433"/>
          </w:tcPr>
          <w:p>
            <w:pPr>
              <w:spacing w:after="0"/>
              <w:jc w:val="left"/>
            </w:pPr>
            <w:r>
              <w:rPr>
                <w:sz w:val="16"/>
              </w:rPr>
              <w:t>2031-01-14</w:t>
            </w:r>
          </w:p>
        </w:tc>
        <w:tc>
          <w:tcPr>
            <w:tcW w:type="dxa" w:w="1236"/>
          </w:tcPr>
          <w:p>
            <w:pPr>
              <w:spacing w:after="0"/>
              <w:jc w:val="right"/>
            </w:pPr>
            <w:r>
              <w:rPr>
                <w:sz w:val="16"/>
              </w:rPr>
              <w:t>1,567</w:t>
            </w:r>
          </w:p>
        </w:tc>
      </w:tr>
      <w:tr>
        <w:trPr>
          <w:cantSplit/>
        </w:trPr>
        <w:tc>
          <w:tcPr>
            <w:tcW w:type="dxa" w:w="2050"/>
          </w:tcPr>
          <w:p>
            <w:pPr>
              <w:spacing w:after="0"/>
              <w:jc w:val="left"/>
            </w:pPr>
            <w:r>
              <w:rPr>
                <w:sz w:val="16"/>
              </w:rPr>
              <w:t>Alburgh town</w:t>
            </w:r>
          </w:p>
        </w:tc>
        <w:tc>
          <w:tcPr>
            <w:tcW w:type="dxa" w:w="1063"/>
          </w:tcPr>
          <w:p>
            <w:pPr>
              <w:spacing w:after="0"/>
              <w:jc w:val="left"/>
            </w:pPr>
            <w:r>
              <w:rPr>
                <w:sz w:val="16"/>
              </w:rPr>
              <w:t>Town</w:t>
            </w:r>
          </w:p>
        </w:tc>
        <w:tc>
          <w:tcPr>
            <w:tcW w:type="dxa" w:w="3654"/>
          </w:tcPr>
          <w:p>
            <w:pPr>
              <w:spacing w:after="0"/>
              <w:jc w:val="left"/>
            </w:pPr>
            <w:r>
              <w:rPr>
                <w:sz w:val="16"/>
              </w:rPr>
              <w:t>Approved, expires 2031-01-14</w:t>
            </w:r>
          </w:p>
        </w:tc>
        <w:tc>
          <w:tcPr>
            <w:tcW w:type="dxa" w:w="3243"/>
          </w:tcPr>
          <w:p>
            <w:pPr>
              <w:spacing w:after="0"/>
              <w:jc w:val="left"/>
            </w:pPr>
            <w:r>
              <w:rPr>
                <w:sz w:val="16"/>
              </w:rPr>
              <w:t>2025 Alburgh Hazard Mitigation Plan (FEMA plan 111524)</w:t>
            </w:r>
          </w:p>
        </w:tc>
        <w:tc>
          <w:tcPr>
            <w:tcW w:type="dxa" w:w="1433"/>
          </w:tcPr>
          <w:p>
            <w:pPr>
              <w:spacing w:after="0"/>
              <w:jc w:val="left"/>
            </w:pPr>
            <w:r>
              <w:rPr>
                <w:sz w:val="16"/>
              </w:rPr>
              <w:t>2026-01-15</w:t>
            </w:r>
          </w:p>
        </w:tc>
        <w:tc>
          <w:tcPr>
            <w:tcW w:type="dxa" w:w="1433"/>
          </w:tcPr>
          <w:p>
            <w:pPr>
              <w:spacing w:after="0"/>
              <w:jc w:val="left"/>
            </w:pPr>
            <w:r>
              <w:rPr>
                <w:sz w:val="16"/>
              </w:rPr>
              <w:t>2031-01-14</w:t>
            </w:r>
          </w:p>
        </w:tc>
        <w:tc>
          <w:tcPr>
            <w:tcW w:type="dxa" w:w="1236"/>
          </w:tcPr>
          <w:p>
            <w:pPr>
              <w:spacing w:after="0"/>
              <w:jc w:val="right"/>
            </w:pPr>
            <w:r>
              <w:rPr>
                <w:sz w:val="16"/>
              </w:rPr>
              <w:t>1,567</w:t>
            </w:r>
          </w:p>
        </w:tc>
      </w:tr>
      <w:tr>
        <w:trPr>
          <w:cantSplit/>
        </w:trPr>
        <w:tc>
          <w:tcPr>
            <w:tcW w:type="dxa" w:w="2050"/>
          </w:tcPr>
          <w:p>
            <w:pPr>
              <w:spacing w:after="0"/>
              <w:jc w:val="left"/>
            </w:pPr>
            <w:r>
              <w:rPr>
                <w:sz w:val="16"/>
              </w:rPr>
              <w:t>Grand Isle town</w:t>
            </w:r>
          </w:p>
        </w:tc>
        <w:tc>
          <w:tcPr>
            <w:tcW w:type="dxa" w:w="1063"/>
          </w:tcPr>
          <w:p>
            <w:pPr>
              <w:spacing w:after="0"/>
              <w:jc w:val="left"/>
            </w:pPr>
            <w:r>
              <w:rPr>
                <w:sz w:val="16"/>
              </w:rPr>
              <w:t>Town</w:t>
            </w:r>
          </w:p>
        </w:tc>
        <w:tc>
          <w:tcPr>
            <w:tcW w:type="dxa" w:w="3654"/>
          </w:tcPr>
          <w:p>
            <w:pPr>
              <w:spacing w:after="0"/>
              <w:jc w:val="left"/>
            </w:pPr>
            <w:r>
              <w:rPr>
                <w:sz w:val="16"/>
              </w:rPr>
              <w:t>Approved, expires 2029-12-17</w:t>
            </w:r>
          </w:p>
        </w:tc>
        <w:tc>
          <w:tcPr>
            <w:tcW w:type="dxa" w:w="3243"/>
          </w:tcPr>
          <w:p>
            <w:pPr>
              <w:spacing w:after="0"/>
              <w:jc w:val="left"/>
            </w:pPr>
            <w:r>
              <w:rPr>
                <w:sz w:val="16"/>
              </w:rPr>
              <w:t>Town of Grand Isle 2024 Local Hazard Mitigation Plan (FEMA plan 110378)</w:t>
            </w:r>
          </w:p>
        </w:tc>
        <w:tc>
          <w:tcPr>
            <w:tcW w:type="dxa" w:w="1433"/>
          </w:tcPr>
          <w:p>
            <w:pPr>
              <w:spacing w:after="0"/>
              <w:jc w:val="left"/>
            </w:pPr>
            <w:r>
              <w:rPr>
                <w:sz w:val="16"/>
              </w:rPr>
              <w:t>2024-12-18</w:t>
            </w:r>
          </w:p>
        </w:tc>
        <w:tc>
          <w:tcPr>
            <w:tcW w:type="dxa" w:w="1433"/>
          </w:tcPr>
          <w:p>
            <w:pPr>
              <w:spacing w:after="0"/>
              <w:jc w:val="left"/>
            </w:pPr>
            <w:r>
              <w:rPr>
                <w:sz w:val="16"/>
              </w:rPr>
              <w:t>2029-12-17</w:t>
            </w:r>
          </w:p>
        </w:tc>
        <w:tc>
          <w:tcPr>
            <w:tcW w:type="dxa" w:w="1236"/>
          </w:tcPr>
          <w:p>
            <w:pPr>
              <w:spacing w:after="0"/>
              <w:jc w:val="right"/>
            </w:pPr>
            <w:r>
              <w:rPr>
                <w:sz w:val="16"/>
              </w:rPr>
              <w:t>1,174</w:t>
            </w:r>
          </w:p>
        </w:tc>
      </w:tr>
      <w:tr>
        <w:trPr>
          <w:cantSplit/>
        </w:trPr>
        <w:tc>
          <w:tcPr>
            <w:tcW w:type="dxa" w:w="2050"/>
          </w:tcPr>
          <w:p>
            <w:pPr>
              <w:spacing w:after="0"/>
              <w:jc w:val="left"/>
            </w:pPr>
            <w:r>
              <w:rPr>
                <w:sz w:val="16"/>
              </w:rPr>
              <w:t>Isle La Motte town</w:t>
            </w:r>
          </w:p>
        </w:tc>
        <w:tc>
          <w:tcPr>
            <w:tcW w:type="dxa" w:w="1063"/>
          </w:tcPr>
          <w:p>
            <w:pPr>
              <w:spacing w:after="0"/>
              <w:jc w:val="left"/>
            </w:pPr>
            <w:r>
              <w:rPr>
                <w:sz w:val="16"/>
              </w:rPr>
              <w:t>Town</w:t>
            </w:r>
          </w:p>
        </w:tc>
        <w:tc>
          <w:tcPr>
            <w:tcW w:type="dxa" w:w="3654"/>
          </w:tcPr>
          <w:p>
            <w:pPr>
              <w:spacing w:after="0"/>
              <w:jc w:val="left"/>
            </w:pPr>
            <w:r>
              <w:rPr>
                <w:sz w:val="16"/>
              </w:rPr>
              <w:t>Approved, expires 2027-10-02</w:t>
            </w:r>
          </w:p>
        </w:tc>
        <w:tc>
          <w:tcPr>
            <w:tcW w:type="dxa" w:w="3243"/>
          </w:tcPr>
          <w:p>
            <w:pPr>
              <w:spacing w:after="0"/>
              <w:jc w:val="left"/>
            </w:pPr>
            <w:r>
              <w:rPr>
                <w:sz w:val="16"/>
              </w:rPr>
              <w:t>Town of Isle La Motte, Vermont Hazard Mitigation Plan 2022 (FEMA plan 108553)</w:t>
            </w:r>
          </w:p>
        </w:tc>
        <w:tc>
          <w:tcPr>
            <w:tcW w:type="dxa" w:w="1433"/>
          </w:tcPr>
          <w:p>
            <w:pPr>
              <w:spacing w:after="0"/>
              <w:jc w:val="left"/>
            </w:pPr>
            <w:r>
              <w:rPr>
                <w:sz w:val="16"/>
              </w:rPr>
              <w:t>2022-10-03</w:t>
            </w:r>
          </w:p>
        </w:tc>
        <w:tc>
          <w:tcPr>
            <w:tcW w:type="dxa" w:w="1433"/>
          </w:tcPr>
          <w:p>
            <w:pPr>
              <w:spacing w:after="0"/>
              <w:jc w:val="left"/>
            </w:pPr>
            <w:r>
              <w:rPr>
                <w:sz w:val="16"/>
              </w:rPr>
              <w:t>2027-10-02</w:t>
            </w:r>
          </w:p>
        </w:tc>
        <w:tc>
          <w:tcPr>
            <w:tcW w:type="dxa" w:w="1236"/>
          </w:tcPr>
          <w:p>
            <w:pPr>
              <w:spacing w:after="0"/>
              <w:jc w:val="right"/>
            </w:pPr>
            <w:r>
              <w:rPr>
                <w:sz w:val="16"/>
              </w:rPr>
              <w:t>367</w:t>
            </w:r>
          </w:p>
        </w:tc>
      </w:tr>
      <w:tr>
        <w:trPr>
          <w:cantSplit/>
        </w:trPr>
        <w:tc>
          <w:tcPr>
            <w:tcW w:type="dxa" w:w="2050"/>
          </w:tcPr>
          <w:p>
            <w:pPr>
              <w:spacing w:after="0"/>
              <w:jc w:val="left"/>
            </w:pPr>
            <w:r>
              <w:rPr>
                <w:sz w:val="16"/>
              </w:rPr>
              <w:t>North Hero town</w:t>
            </w:r>
          </w:p>
        </w:tc>
        <w:tc>
          <w:tcPr>
            <w:tcW w:type="dxa" w:w="1063"/>
          </w:tcPr>
          <w:p>
            <w:pPr>
              <w:spacing w:after="0"/>
              <w:jc w:val="left"/>
            </w:pPr>
            <w:r>
              <w:rPr>
                <w:sz w:val="16"/>
              </w:rPr>
              <w:t>Town</w:t>
            </w:r>
          </w:p>
        </w:tc>
        <w:tc>
          <w:tcPr>
            <w:tcW w:type="dxa" w:w="3654"/>
          </w:tcPr>
          <w:p>
            <w:pPr>
              <w:spacing w:after="0"/>
              <w:jc w:val="left"/>
            </w:pPr>
            <w:r>
              <w:rPr>
                <w:sz w:val="16"/>
              </w:rPr>
              <w:t>Expired on 2024-10-28</w:t>
            </w:r>
          </w:p>
        </w:tc>
        <w:tc>
          <w:tcPr>
            <w:tcW w:type="dxa" w:w="3243"/>
          </w:tcPr>
          <w:p>
            <w:pPr>
              <w:spacing w:after="0"/>
              <w:jc w:val="left"/>
            </w:pPr>
            <w:r>
              <w:rPr>
                <w:sz w:val="16"/>
              </w:rPr>
              <w:t>Town of North Hero, Vermont Hazard Mitigation Plan 2019 (FEMA plan 105605)</w:t>
            </w:r>
          </w:p>
        </w:tc>
        <w:tc>
          <w:tcPr>
            <w:tcW w:type="dxa" w:w="1433"/>
          </w:tcPr>
          <w:p>
            <w:pPr>
              <w:spacing w:after="0"/>
              <w:jc w:val="left"/>
            </w:pPr>
            <w:r>
              <w:rPr>
                <w:sz w:val="16"/>
              </w:rPr>
              <w:t>2019-10-29</w:t>
            </w:r>
          </w:p>
        </w:tc>
        <w:tc>
          <w:tcPr>
            <w:tcW w:type="dxa" w:w="1433"/>
          </w:tcPr>
          <w:p>
            <w:pPr>
              <w:spacing w:after="0"/>
              <w:jc w:val="left"/>
            </w:pPr>
            <w:r>
              <w:rPr>
                <w:sz w:val="16"/>
              </w:rPr>
              <w:t>2024-10-28</w:t>
            </w:r>
          </w:p>
        </w:tc>
        <w:tc>
          <w:tcPr>
            <w:tcW w:type="dxa" w:w="1236"/>
          </w:tcPr>
          <w:p>
            <w:pPr>
              <w:spacing w:after="0"/>
              <w:jc w:val="right"/>
            </w:pPr>
            <w:r>
              <w:rPr>
                <w:sz w:val="16"/>
              </w:rPr>
              <w:t>-702</w:t>
            </w:r>
          </w:p>
        </w:tc>
      </w:tr>
      <w:tr>
        <w:trPr>
          <w:cantSplit/>
        </w:trPr>
        <w:tc>
          <w:tcPr>
            <w:tcW w:type="dxa" w:w="2050"/>
          </w:tcPr>
          <w:p>
            <w:pPr>
              <w:spacing w:after="0"/>
              <w:jc w:val="left"/>
            </w:pPr>
            <w:r>
              <w:rPr>
                <w:sz w:val="16"/>
              </w:rPr>
              <w:t>South Hero town</w:t>
            </w:r>
          </w:p>
        </w:tc>
        <w:tc>
          <w:tcPr>
            <w:tcW w:type="dxa" w:w="1063"/>
          </w:tcPr>
          <w:p>
            <w:pPr>
              <w:spacing w:after="0"/>
              <w:jc w:val="left"/>
            </w:pPr>
            <w:r>
              <w:rPr>
                <w:sz w:val="16"/>
              </w:rPr>
              <w:t>Town</w:t>
            </w:r>
          </w:p>
        </w:tc>
        <w:tc>
          <w:tcPr>
            <w:tcW w:type="dxa" w:w="3654"/>
          </w:tcPr>
          <w:p>
            <w:pPr>
              <w:spacing w:after="0"/>
              <w:jc w:val="left"/>
            </w:pPr>
            <w:r>
              <w:rPr>
                <w:sz w:val="16"/>
              </w:rPr>
              <w:t>Expired on 2023-07-15</w:t>
            </w:r>
          </w:p>
        </w:tc>
        <w:tc>
          <w:tcPr>
            <w:tcW w:type="dxa" w:w="3243"/>
          </w:tcPr>
          <w:p>
            <w:pPr>
              <w:spacing w:after="0"/>
              <w:jc w:val="left"/>
            </w:pPr>
            <w:r>
              <w:rPr>
                <w:sz w:val="16"/>
              </w:rPr>
              <w:t>Town of South Hero, Vermont HAZARD MITIGATION PLAN 2018 (FEMA plan 104992)</w:t>
            </w:r>
          </w:p>
        </w:tc>
        <w:tc>
          <w:tcPr>
            <w:tcW w:type="dxa" w:w="1433"/>
          </w:tcPr>
          <w:p>
            <w:pPr>
              <w:spacing w:after="0"/>
              <w:jc w:val="left"/>
            </w:pPr>
            <w:r>
              <w:rPr>
                <w:sz w:val="16"/>
              </w:rPr>
              <w:t>2018-07-16</w:t>
            </w:r>
          </w:p>
        </w:tc>
        <w:tc>
          <w:tcPr>
            <w:tcW w:type="dxa" w:w="1433"/>
          </w:tcPr>
          <w:p>
            <w:pPr>
              <w:spacing w:after="0"/>
              <w:jc w:val="left"/>
            </w:pPr>
            <w:r>
              <w:rPr>
                <w:sz w:val="16"/>
              </w:rPr>
              <w:t>2023-07-15</w:t>
            </w:r>
          </w:p>
        </w:tc>
        <w:tc>
          <w:tcPr>
            <w:tcW w:type="dxa" w:w="1236"/>
          </w:tcPr>
          <w:p>
            <w:pPr>
              <w:spacing w:after="0"/>
              <w:jc w:val="right"/>
            </w:pPr>
            <w:r>
              <w:rPr>
                <w:sz w:val="16"/>
              </w:rPr>
              <w:t>-1,173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0"/>
        <w:gridCol w:w="1037"/>
        <w:gridCol w:w="1126"/>
        <w:gridCol w:w="1549"/>
        <w:gridCol w:w="1138"/>
        <w:gridCol w:w="1748"/>
        <w:gridCol w:w="35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549"/>
          </w:tcPr>
          <w:p>
            <w:pPr>
              <w:spacing w:after="0"/>
              <w:jc w:val="right"/>
            </w:pPr>
            <w:r>
              <w:rPr>
                <w:sz w:val="16"/>
              </w:rPr>
              <w:t>$9,101</w:t>
            </w:r>
          </w:p>
        </w:tc>
        <w:tc>
          <w:tcPr>
            <w:tcW w:type="dxa" w:w="1138"/>
          </w:tcPr>
          <w:p>
            <w:pPr>
              <w:spacing w:after="0"/>
              <w:jc w:val="right"/>
            </w:pPr>
            <w:r>
              <w:rPr>
                <w:sz w:val="16"/>
              </w:rPr>
              <w:t>$3,140,357</w:t>
            </w:r>
          </w:p>
        </w:tc>
        <w:tc>
          <w:tcPr>
            <w:tcW w:type="dxa" w:w="1748"/>
          </w:tcPr>
          <w:p>
            <w:pPr>
              <w:spacing w:after="0"/>
              <w:jc w:val="right"/>
            </w:pPr>
            <w:r>
              <w:rPr>
                <w:sz w:val="16"/>
              </w:rPr>
              <w:t>13</w:t>
            </w:r>
          </w:p>
        </w:tc>
        <w:tc>
          <w:tcPr>
            <w:tcW w:type="dxa" w:w="35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549"/>
          </w:tcPr>
          <w:p>
            <w:pPr>
              <w:spacing w:after="0"/>
              <w:jc w:val="right"/>
            </w:pPr>
            <w:r>
              <w:rPr>
                <w:sz w:val="16"/>
              </w:rPr>
              <w:t>$125,329</w:t>
            </w:r>
          </w:p>
        </w:tc>
        <w:tc>
          <w:tcPr>
            <w:tcW w:type="dxa" w:w="1138"/>
          </w:tcPr>
          <w:p>
            <w:pPr>
              <w:spacing w:after="0"/>
              <w:jc w:val="right"/>
            </w:pPr>
            <w:r>
              <w:rPr>
                <w:sz w:val="16"/>
              </w:rPr>
              <w:t>$172,409</w:t>
            </w:r>
          </w:p>
        </w:tc>
        <w:tc>
          <w:tcPr>
            <w:tcW w:type="dxa" w:w="1748"/>
          </w:tcPr>
          <w:p>
            <w:pPr>
              <w:spacing w:after="0"/>
              <w:jc w:val="right"/>
            </w:pPr>
            <w:r>
              <w:rPr>
                <w:sz w:val="16"/>
              </w:rPr>
              <w:t>91</w:t>
            </w:r>
          </w:p>
        </w:tc>
        <w:tc>
          <w:tcPr>
            <w:tcW w:type="dxa" w:w="3503"/>
          </w:tcPr>
          <w:p>
            <w:pPr>
              <w:spacing w:after="0"/>
              <w:jc w:val="left"/>
            </w:pPr>
            <w:r>
              <w:rPr>
                <w:sz w:val="16"/>
              </w:rPr>
              <w:t>Includes 12 High Wind and 33 Strong Wind records (NOAA non-thunderstorm wind types, outside NRI's Strong Wind definition).</w:t>
            </w:r>
          </w:p>
        </w:tc>
      </w:tr>
      <w:tr>
        <w:trPr>
          <w:cantSplit/>
        </w:trPr>
        <w:tc>
          <w:tcPr>
            <w:tcW w:type="dxa" w:w="697"/>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1549"/>
          </w:tcPr>
          <w:p>
            <w:pPr>
              <w:spacing w:after="0"/>
              <w:jc w:val="right"/>
            </w:pPr>
            <w:r>
              <w:rPr>
                <w:sz w:val="16"/>
              </w:rPr>
              <w:t>$9,772</w:t>
            </w:r>
          </w:p>
        </w:tc>
        <w:tc>
          <w:tcPr>
            <w:tcW w:type="dxa" w:w="1138"/>
          </w:tcPr>
          <w:p>
            <w:pPr>
              <w:spacing w:after="0"/>
              <w:jc w:val="right"/>
            </w:pPr>
            <w:r>
              <w:rPr>
                <w:sz w:val="16"/>
              </w:rPr>
              <w:t>$160,717</w:t>
            </w:r>
          </w:p>
        </w:tc>
        <w:tc>
          <w:tcPr>
            <w:tcW w:type="dxa" w:w="1748"/>
          </w:tcPr>
          <w:p>
            <w:pPr>
              <w:spacing w:after="0"/>
              <w:jc w:val="right"/>
            </w:pPr>
          </w:p>
        </w:tc>
        <w:tc>
          <w:tcPr>
            <w:tcW w:type="dxa" w:w="3503"/>
          </w:tcPr>
          <w:p>
            <w:pPr>
              <w:spacing w:after="0"/>
              <w:jc w:val="left"/>
            </w:pPr>
            <w:r>
              <w:rPr>
                <w:sz w:val="16"/>
              </w:rPr>
              <w:t>Storm Events does not record earthquakes.</w:t>
            </w: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1549"/>
          </w:tcPr>
          <w:p>
            <w:pPr>
              <w:spacing w:after="0"/>
              <w:jc w:val="right"/>
            </w:pPr>
            <w:r>
              <w:rPr>
                <w:sz w:val="16"/>
              </w:rPr>
              <w:t>$54,192</w:t>
            </w:r>
          </w:p>
        </w:tc>
        <w:tc>
          <w:tcPr>
            <w:tcW w:type="dxa" w:w="1138"/>
          </w:tcPr>
          <w:p>
            <w:pPr>
              <w:spacing w:after="0"/>
              <w:jc w:val="right"/>
            </w:pPr>
            <w:r>
              <w:rPr>
                <w:sz w:val="16"/>
              </w:rPr>
              <w:t>$143,940</w:t>
            </w:r>
          </w:p>
        </w:tc>
        <w:tc>
          <w:tcPr>
            <w:tcW w:type="dxa" w:w="1748"/>
          </w:tcPr>
          <w:p>
            <w:pPr>
              <w:spacing w:after="0"/>
              <w:jc w:val="right"/>
            </w:pPr>
            <w:r>
              <w:rPr>
                <w:sz w:val="16"/>
              </w:rPr>
              <w:t>6</w:t>
            </w:r>
          </w:p>
        </w:tc>
        <w:tc>
          <w:tcPr>
            <w:tcW w:type="dxa" w:w="35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549"/>
          </w:tcPr>
          <w:p>
            <w:pPr>
              <w:spacing w:after="0"/>
              <w:jc w:val="right"/>
            </w:pPr>
            <w:r>
              <w:rPr>
                <w:sz w:val="16"/>
              </w:rPr>
              <w:t>$82,430</w:t>
            </w:r>
          </w:p>
        </w:tc>
        <w:tc>
          <w:tcPr>
            <w:tcW w:type="dxa" w:w="1138"/>
          </w:tcPr>
          <w:p>
            <w:pPr>
              <w:spacing w:after="0"/>
              <w:jc w:val="right"/>
            </w:pPr>
            <w:r>
              <w:rPr>
                <w:sz w:val="16"/>
              </w:rPr>
              <w:t>$90,216</w:t>
            </w:r>
          </w:p>
        </w:tc>
        <w:tc>
          <w:tcPr>
            <w:tcW w:type="dxa" w:w="1748"/>
          </w:tcPr>
          <w:p>
            <w:pPr>
              <w:spacing w:after="0"/>
              <w:jc w:val="right"/>
            </w:pPr>
            <w:r>
              <w:rPr>
                <w:sz w:val="16"/>
              </w:rPr>
              <w:t>29</w:t>
            </w:r>
          </w:p>
        </w:tc>
        <w:tc>
          <w:tcPr>
            <w:tcW w:type="dxa" w:w="3503"/>
          </w:tcPr>
          <w:p>
            <w:pPr>
              <w:spacing w:after="0"/>
              <w:jc w:val="left"/>
            </w:pPr>
            <w:r>
              <w:rPr>
                <w:sz w:val="16"/>
              </w:rPr>
              <w:t>Includes 3 Frost/Freeze records (outside NRI's Cold Wave definition; counted in this table and in B1-d, not in the B1-e descriptor).</w:t>
            </w: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1549"/>
          </w:tcPr>
          <w:p>
            <w:pPr>
              <w:spacing w:after="0"/>
              <w:jc w:val="right"/>
            </w:pPr>
            <w:r>
              <w:rPr>
                <w:sz w:val="16"/>
              </w:rPr>
              <w:t>$4,998</w:t>
            </w:r>
          </w:p>
        </w:tc>
        <w:tc>
          <w:tcPr>
            <w:tcW w:type="dxa" w:w="1138"/>
          </w:tcPr>
          <w:p>
            <w:pPr>
              <w:spacing w:after="0"/>
              <w:jc w:val="right"/>
            </w:pPr>
            <w:r>
              <w:rPr>
                <w:sz w:val="16"/>
              </w:rPr>
              <w:t>$81,072</w:t>
            </w:r>
          </w:p>
        </w:tc>
        <w:tc>
          <w:tcPr>
            <w:tcW w:type="dxa" w:w="1748"/>
          </w:tcPr>
          <w:p>
            <w:pPr>
              <w:spacing w:after="0"/>
              <w:jc w:val="right"/>
            </w:pPr>
            <w:r>
              <w:rPr>
                <w:sz w:val="16"/>
              </w:rPr>
              <w:t>3</w:t>
            </w:r>
          </w:p>
        </w:tc>
        <w:tc>
          <w:tcPr>
            <w:tcW w:type="dxa" w:w="35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549"/>
          </w:tcPr>
          <w:p>
            <w:pPr>
              <w:spacing w:after="0"/>
              <w:jc w:val="right"/>
            </w:pPr>
            <w:r>
              <w:rPr>
                <w:sz w:val="16"/>
              </w:rPr>
              <w:t>$34,545</w:t>
            </w:r>
          </w:p>
        </w:tc>
        <w:tc>
          <w:tcPr>
            <w:tcW w:type="dxa" w:w="1138"/>
          </w:tcPr>
          <w:p>
            <w:pPr>
              <w:spacing w:after="0"/>
              <w:jc w:val="right"/>
            </w:pPr>
            <w:r>
              <w:rPr>
                <w:sz w:val="16"/>
              </w:rPr>
              <w:t>$59,669</w:t>
            </w:r>
          </w:p>
        </w:tc>
        <w:tc>
          <w:tcPr>
            <w:tcW w:type="dxa" w:w="1748"/>
          </w:tcPr>
          <w:p>
            <w:pPr>
              <w:spacing w:after="0"/>
              <w:jc w:val="right"/>
            </w:pPr>
            <w:r>
              <w:rPr>
                <w:sz w:val="16"/>
              </w:rPr>
              <w:t>7</w:t>
            </w:r>
          </w:p>
        </w:tc>
        <w:tc>
          <w:tcPr>
            <w:tcW w:type="dxa" w:w="35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549"/>
          </w:tcPr>
          <w:p>
            <w:pPr>
              <w:spacing w:after="0"/>
              <w:jc w:val="right"/>
            </w:pPr>
            <w:r>
              <w:rPr>
                <w:sz w:val="16"/>
              </w:rPr>
              <w:t>$875</w:t>
            </w:r>
          </w:p>
        </w:tc>
        <w:tc>
          <w:tcPr>
            <w:tcW w:type="dxa" w:w="1138"/>
          </w:tcPr>
          <w:p>
            <w:pPr>
              <w:spacing w:after="0"/>
              <w:jc w:val="right"/>
            </w:pPr>
            <w:r>
              <w:rPr>
                <w:sz w:val="16"/>
              </w:rPr>
              <w:t>$40,062</w:t>
            </w:r>
          </w:p>
        </w:tc>
        <w:tc>
          <w:tcPr>
            <w:tcW w:type="dxa" w:w="1748"/>
          </w:tcPr>
          <w:p>
            <w:pPr>
              <w:spacing w:after="0"/>
              <w:jc w:val="right"/>
            </w:pPr>
            <w:r>
              <w:rPr>
                <w:sz w:val="16"/>
              </w:rPr>
              <w:t>0</w:t>
            </w:r>
          </w:p>
        </w:tc>
        <w:tc>
          <w:tcPr>
            <w:tcW w:type="dxa" w:w="3503"/>
          </w:tcPr>
          <w:p>
            <w:pPr>
              <w:spacing w:after="0"/>
              <w:jc w:val="left"/>
            </w:pPr>
            <w:r>
              <w:rPr>
                <w:sz w:val="16"/>
              </w:rPr>
              <w:t>Declared 3 times; no Storm Events record of this type.</w:t>
            </w:r>
          </w:p>
        </w:tc>
      </w:tr>
      <w:tr>
        <w:trPr>
          <w:cantSplit/>
        </w:trPr>
        <w:tc>
          <w:tcPr>
            <w:tcW w:type="dxa" w:w="697"/>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549"/>
          </w:tcPr>
          <w:p>
            <w:pPr>
              <w:spacing w:after="0"/>
              <w:jc w:val="right"/>
            </w:pPr>
            <w:r>
              <w:rPr>
                <w:sz w:val="16"/>
              </w:rPr>
              <w:t>$20,024</w:t>
            </w:r>
          </w:p>
        </w:tc>
        <w:tc>
          <w:tcPr>
            <w:tcW w:type="dxa" w:w="1138"/>
          </w:tcPr>
          <w:p>
            <w:pPr>
              <w:spacing w:after="0"/>
              <w:jc w:val="right"/>
            </w:pPr>
            <w:r>
              <w:rPr>
                <w:sz w:val="16"/>
              </w:rPr>
              <w:t>$34,856</w:t>
            </w:r>
          </w:p>
        </w:tc>
        <w:tc>
          <w:tcPr>
            <w:tcW w:type="dxa" w:w="1748"/>
          </w:tcPr>
          <w:p>
            <w:pPr>
              <w:spacing w:after="0"/>
              <w:jc w:val="right"/>
            </w:pPr>
            <w:r>
              <w:rPr>
                <w:sz w:val="16"/>
              </w:rPr>
              <w:t>0</w:t>
            </w:r>
          </w:p>
        </w:tc>
        <w:tc>
          <w:tcPr>
            <w:tcW w:type="dxa" w:w="35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549"/>
          </w:tcPr>
          <w:p>
            <w:pPr>
              <w:spacing w:after="0"/>
              <w:jc w:val="right"/>
            </w:pPr>
            <w:r>
              <w:rPr>
                <w:sz w:val="16"/>
              </w:rPr>
              <w:t>$11,807</w:t>
            </w:r>
          </w:p>
        </w:tc>
        <w:tc>
          <w:tcPr>
            <w:tcW w:type="dxa" w:w="1138"/>
          </w:tcPr>
          <w:p>
            <w:pPr>
              <w:spacing w:after="0"/>
              <w:jc w:val="right"/>
            </w:pPr>
            <w:r>
              <w:rPr>
                <w:sz w:val="16"/>
              </w:rPr>
              <w:t>$31,428</w:t>
            </w:r>
          </w:p>
        </w:tc>
        <w:tc>
          <w:tcPr>
            <w:tcW w:type="dxa" w:w="1748"/>
          </w:tcPr>
          <w:p>
            <w:pPr>
              <w:spacing w:after="0"/>
              <w:jc w:val="right"/>
            </w:pPr>
            <w:r>
              <w:rPr>
                <w:sz w:val="16"/>
              </w:rPr>
              <w:t>193</w:t>
            </w:r>
          </w:p>
        </w:tc>
        <w:tc>
          <w:tcPr>
            <w:tcW w:type="dxa" w:w="35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549"/>
          </w:tcPr>
          <w:p>
            <w:pPr>
              <w:spacing w:after="0"/>
              <w:jc w:val="right"/>
            </w:pPr>
            <w:r>
              <w:rPr>
                <w:sz w:val="16"/>
              </w:rPr>
              <w:t>$2,590</w:t>
            </w:r>
          </w:p>
        </w:tc>
        <w:tc>
          <w:tcPr>
            <w:tcW w:type="dxa" w:w="1138"/>
          </w:tcPr>
          <w:p>
            <w:pPr>
              <w:spacing w:after="0"/>
              <w:jc w:val="right"/>
            </w:pPr>
            <w:r>
              <w:rPr>
                <w:sz w:val="16"/>
              </w:rPr>
              <w:t>$5,030</w:t>
            </w:r>
          </w:p>
        </w:tc>
        <w:tc>
          <w:tcPr>
            <w:tcW w:type="dxa" w:w="1748"/>
          </w:tcPr>
          <w:p>
            <w:pPr>
              <w:spacing w:after="0"/>
              <w:jc w:val="right"/>
            </w:pPr>
            <w:r>
              <w:rPr>
                <w:sz w:val="16"/>
              </w:rPr>
              <w:t>17</w:t>
            </w:r>
          </w:p>
        </w:tc>
        <w:tc>
          <w:tcPr>
            <w:tcW w:type="dxa" w:w="35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549"/>
          </w:tcPr>
          <w:p>
            <w:pPr>
              <w:spacing w:after="0"/>
              <w:jc w:val="right"/>
            </w:pPr>
            <w:r>
              <w:rPr>
                <w:sz w:val="16"/>
              </w:rPr>
              <w:t>$261</w:t>
            </w:r>
          </w:p>
        </w:tc>
        <w:tc>
          <w:tcPr>
            <w:tcW w:type="dxa" w:w="1138"/>
          </w:tcPr>
          <w:p>
            <w:pPr>
              <w:spacing w:after="0"/>
              <w:jc w:val="right"/>
            </w:pPr>
            <w:r>
              <w:rPr>
                <w:sz w:val="16"/>
              </w:rPr>
              <w:t>$2,868</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49"/>
          </w:tcPr>
          <w:p>
            <w:pPr>
              <w:spacing w:after="0"/>
              <w:jc w:val="right"/>
            </w:pPr>
            <w:r>
              <w:rPr>
                <w:sz w:val="16"/>
              </w:rPr>
              <w:t>$26</w:t>
            </w:r>
          </w:p>
        </w:tc>
        <w:tc>
          <w:tcPr>
            <w:tcW w:type="dxa" w:w="1138"/>
          </w:tcPr>
          <w:p>
            <w:pPr>
              <w:spacing w:after="0"/>
              <w:jc w:val="right"/>
            </w:pPr>
            <w:r>
              <w:rPr>
                <w:sz w:val="16"/>
              </w:rPr>
              <w:t>$37</w:t>
            </w:r>
          </w:p>
        </w:tc>
        <w:tc>
          <w:tcPr>
            <w:tcW w:type="dxa" w:w="1748"/>
          </w:tcPr>
          <w:p>
            <w:pPr>
              <w:spacing w:after="0"/>
              <w:jc w:val="right"/>
            </w:pPr>
            <w:r>
              <w:rPr>
                <w:sz w:val="16"/>
              </w:rPr>
              <w:t>0</w:t>
            </w:r>
          </w:p>
        </w:tc>
        <w:tc>
          <w:tcPr>
            <w:tcW w:type="dxa" w:w="3503"/>
          </w:tcPr>
          <w:p>
            <w:pPr>
              <w:spacing w:after="0"/>
              <w:jc w:val="left"/>
            </w:pPr>
            <w:r>
              <w:rPr>
                <w:sz w:val="16"/>
              </w:rPr>
              <w:t>Declared 2 times;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4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49"/>
          </w:tcPr>
          <w:p>
            <w:pPr>
              <w:spacing w:after="0"/>
              <w:jc w:val="right"/>
            </w:pPr>
            <w:r>
              <w:rPr>
                <w:sz w:val="16"/>
              </w:rPr>
              <w:t>n/a</w:t>
            </w:r>
          </w:p>
        </w:tc>
        <w:tc>
          <w:tcPr>
            <w:tcW w:type="dxa" w:w="1138"/>
          </w:tcPr>
          <w:p>
            <w:pPr>
              <w:spacing w:after="0"/>
              <w:jc w:val="right"/>
            </w:pPr>
            <w:r>
              <w:rPr>
                <w:sz w:val="16"/>
              </w:rPr>
              <w:t>$0</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201 (Relatively Low, 71.0); tract 202 (Relatively Low, 64.0)</w:t>
            </w:r>
          </w:p>
        </w:tc>
      </w:tr>
      <w:tr>
        <w:trPr>
          <w:cantSplit/>
        </w:trPr>
        <w:tc>
          <w:tcPr>
            <w:tcW w:type="dxa" w:w="4652"/>
          </w:tcPr>
          <w:p>
            <w:pPr>
              <w:spacing w:after="0"/>
              <w:jc w:val="left"/>
            </w:pPr>
            <w:r>
              <w:rPr>
                <w:sz w:val="16"/>
              </w:rPr>
              <w:t>Hurricane</w:t>
            </w:r>
          </w:p>
        </w:tc>
        <w:tc>
          <w:tcPr>
            <w:tcW w:type="dxa" w:w="9460"/>
          </w:tcPr>
          <w:p>
            <w:pPr>
              <w:spacing w:after="0"/>
              <w:jc w:val="left"/>
            </w:pPr>
            <w:r>
              <w:rPr>
                <w:sz w:val="16"/>
              </w:rPr>
              <w:t>tract 201 (Relatively Low, 55.9); tract 202 (Relatively Low, 55.9)</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201 (Very Low, 67.4); tract 202 (Very Low, 66.1)</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202 (Very Low, 28.0); tract 201 (Very Low, 28.0)</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202 (Relatively Low, 72.5); tract 201 (Very Low, 59.4)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2"/>
        <w:gridCol w:w="1917"/>
        <w:gridCol w:w="1525"/>
        <w:gridCol w:w="1478"/>
        <w:gridCol w:w="1878"/>
        <w:gridCol w:w="1900"/>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7"/>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478"/>
            <w:shd w:val="clear" w:color="auto" w:fill="E8E8E8"/>
          </w:tcPr>
          <w:p>
            <w:pPr>
              <w:spacing w:after="0"/>
              <w:jc w:val="left"/>
            </w:pPr>
            <w:r>
              <w:rPr>
                <w:b/>
                <w:sz w:val="16"/>
              </w:rPr>
              <w:t>Most damaging (when different)</w:t>
            </w:r>
          </w:p>
        </w:tc>
        <w:tc>
          <w:tcPr>
            <w:tcW w:type="dxa" w:w="1878"/>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2"/>
          </w:tcPr>
          <w:p>
            <w:pPr>
              <w:spacing w:after="0"/>
              <w:jc w:val="right"/>
            </w:pPr>
            <w:r>
              <w:rPr>
                <w:sz w:val="16"/>
              </w:rPr>
              <w:t>26 records, 1997 to 2026 (26 zone-level)</w:t>
            </w:r>
          </w:p>
        </w:tc>
        <w:tc>
          <w:tcPr>
            <w:tcW w:type="dxa" w:w="1917"/>
          </w:tcPr>
          <w:p>
            <w:pPr>
              <w:spacing w:after="0"/>
              <w:jc w:val="left"/>
            </w:pPr>
            <w:r>
              <w:rPr>
                <w:sz w:val="16"/>
              </w:rPr>
              <w:t>1 day to 28 days (median 2 days); 25 with a recorded value</w:t>
            </w:r>
          </w:p>
        </w:tc>
        <w:tc>
          <w:tcPr>
            <w:tcW w:type="dxa" w:w="1525"/>
          </w:tcPr>
          <w:p>
            <w:pPr>
              <w:spacing w:after="0"/>
              <w:jc w:val="left"/>
            </w:pPr>
            <w:r>
              <w:rPr>
                <w:sz w:val="16"/>
              </w:rPr>
              <w:t>February 2015 (1 monthly summary record), zone-level</w:t>
            </w:r>
          </w:p>
        </w:tc>
        <w:tc>
          <w:tcPr>
            <w:tcW w:type="dxa" w:w="1478"/>
          </w:tcPr>
          <w:p>
            <w:pPr>
              <w:spacing w:after="0"/>
              <w:jc w:val="left"/>
            </w:pPr>
          </w:p>
        </w:tc>
        <w:tc>
          <w:tcPr>
            <w:tcW w:type="dxa" w:w="1878"/>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2"/>
          </w:tcPr>
          <w:p>
            <w:pPr>
              <w:spacing w:after="0"/>
              <w:jc w:val="right"/>
            </w:pPr>
            <w:r>
              <w:rPr>
                <w:sz w:val="16"/>
              </w:rPr>
              <w:t>3 records, 2005 to 2012 (3 zone-level)</w:t>
            </w:r>
          </w:p>
        </w:tc>
        <w:tc>
          <w:tcPr>
            <w:tcW w:type="dxa" w:w="1917"/>
          </w:tcPr>
          <w:p>
            <w:pPr>
              <w:spacing w:after="0"/>
              <w:jc w:val="left"/>
            </w:pPr>
          </w:p>
        </w:tc>
        <w:tc>
          <w:tcPr>
            <w:tcW w:type="dxa" w:w="1525"/>
          </w:tcPr>
          <w:p>
            <w:pPr>
              <w:spacing w:after="0"/>
              <w:jc w:val="left"/>
            </w:pPr>
            <w:r>
              <w:rPr>
                <w:sz w:val="16"/>
              </w:rPr>
              <w:t>Frost/Freeze, 2012-04-28, $100,000 crop damage (2012 dollars); NWS zone VTZ001</w:t>
            </w:r>
          </w:p>
        </w:tc>
        <w:tc>
          <w:tcPr>
            <w:tcW w:type="dxa" w:w="1478"/>
          </w:tcPr>
          <w:p>
            <w:pPr>
              <w:spacing w:after="0"/>
              <w:jc w:val="left"/>
            </w:pPr>
          </w:p>
        </w:tc>
        <w:tc>
          <w:tcPr>
            <w:tcW w:type="dxa" w:w="1878"/>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2"/>
          </w:tcPr>
          <w:p>
            <w:pPr>
              <w:spacing w:after="0"/>
              <w:jc w:val="right"/>
            </w:pPr>
            <w:r>
              <w:rPr>
                <w:sz w:val="16"/>
              </w:rPr>
              <w:t>18 records, 1980 to 2023</w:t>
            </w:r>
          </w:p>
        </w:tc>
        <w:tc>
          <w:tcPr>
            <w:tcW w:type="dxa" w:w="1917"/>
          </w:tcPr>
          <w:p>
            <w:pPr>
              <w:spacing w:after="0"/>
              <w:jc w:val="left"/>
            </w:pPr>
            <w:r>
              <w:rPr>
                <w:sz w:val="16"/>
              </w:rPr>
              <w:t>0.25 in to 1.75 in (median 0.88 in); 18 with a recorded value</w:t>
            </w:r>
          </w:p>
        </w:tc>
        <w:tc>
          <w:tcPr>
            <w:tcW w:type="dxa" w:w="1525"/>
          </w:tcPr>
          <w:p>
            <w:pPr>
              <w:spacing w:after="0"/>
              <w:jc w:val="left"/>
            </w:pPr>
            <w:r>
              <w:rPr>
                <w:sz w:val="16"/>
              </w:rPr>
              <w:t>1.75 in hail, 2013-09-11; same size also recorded on 2005-07-22</w:t>
            </w:r>
          </w:p>
        </w:tc>
        <w:tc>
          <w:tcPr>
            <w:tcW w:type="dxa" w:w="1478"/>
          </w:tcPr>
          <w:p>
            <w:pPr>
              <w:spacing w:after="0"/>
              <w:jc w:val="left"/>
            </w:pPr>
            <w:r>
              <w:rPr>
                <w:sz w:val="16"/>
              </w:rPr>
              <w:t>Hail, 2010-07-21, $0 property; $25,000 crops (2010 dollars)</w:t>
            </w:r>
          </w:p>
        </w:tc>
        <w:tc>
          <w:tcPr>
            <w:tcW w:type="dxa" w:w="1878"/>
          </w:tcPr>
          <w:p>
            <w:pPr>
              <w:spacing w:after="0"/>
              <w:jc w:val="left"/>
            </w:pPr>
            <w:r>
              <w:rPr>
                <w:sz w:val="16"/>
              </w:rPr>
              <w:t>Event records naming jurisdictions in the plan: Grand Isle town (4 records), North Hero town (3 records), South Hero town (3 records), Isle La Motte town (1 record).</w:t>
            </w:r>
          </w:p>
        </w:tc>
        <w:tc>
          <w:tcPr>
            <w:tcW w:type="dxa" w:w="1900"/>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2"/>
          </w:tcPr>
          <w:p>
            <w:pPr>
              <w:spacing w:after="0"/>
              <w:jc w:val="right"/>
            </w:pPr>
            <w:r>
              <w:rPr>
                <w:sz w:val="16"/>
              </w:rPr>
              <w:t>7 records, 2006 to 2025 (7 zone-level)</w:t>
            </w:r>
          </w:p>
        </w:tc>
        <w:tc>
          <w:tcPr>
            <w:tcW w:type="dxa" w:w="1917"/>
          </w:tcPr>
          <w:p>
            <w:pPr>
              <w:spacing w:after="0"/>
              <w:jc w:val="left"/>
            </w:pPr>
            <w:r>
              <w:rPr>
                <w:sz w:val="16"/>
              </w:rPr>
              <w:t>1 day to 6 days (median 3 days); 6 with a recorded value</w:t>
            </w:r>
          </w:p>
        </w:tc>
        <w:tc>
          <w:tcPr>
            <w:tcW w:type="dxa" w:w="1525"/>
          </w:tcPr>
          <w:p>
            <w:pPr>
              <w:spacing w:after="0"/>
              <w:jc w:val="left"/>
            </w:pPr>
            <w:r>
              <w:rPr>
                <w:sz w:val="16"/>
              </w:rPr>
              <w:t>6 consecutive days, 2020-06-18 to 2020-06-23, zone-level</w:t>
            </w:r>
          </w:p>
        </w:tc>
        <w:tc>
          <w:tcPr>
            <w:tcW w:type="dxa" w:w="1478"/>
          </w:tcPr>
          <w:p>
            <w:pPr>
              <w:spacing w:after="0"/>
              <w:jc w:val="left"/>
            </w:pPr>
            <w:r>
              <w:rPr>
                <w:sz w:val="16"/>
              </w:rPr>
              <w:t>Heat, 2012-03-17, $0 property; $500,000 crops (zone total, 2012 dollars)</w:t>
            </w:r>
          </w:p>
        </w:tc>
        <w:tc>
          <w:tcPr>
            <w:tcW w:type="dxa" w:w="1878"/>
          </w:tcPr>
          <w:p>
            <w:pPr>
              <w:spacing w:after="0"/>
              <w:jc w:val="left"/>
            </w:pPr>
            <w:r>
              <w:rPr>
                <w:sz w:val="16"/>
              </w:rPr>
              <w:t>Countywide (zone-level records).</w:t>
            </w:r>
          </w:p>
        </w:tc>
        <w:tc>
          <w:tcPr>
            <w:tcW w:type="dxa" w:w="1900"/>
          </w:tcPr>
          <w:p>
            <w:pPr>
              <w:spacing w:after="0"/>
              <w:jc w:val="left"/>
            </w:pPr>
            <w:r>
              <w:rPr>
                <w:sz w:val="16"/>
              </w:rPr>
              <w:t>Heat records from November to March (unseasonable warmth, not a heat wave) are counted but not used for the longest run.</w:t>
            </w: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22"/>
          </w:tcPr>
          <w:p>
            <w:pPr>
              <w:spacing w:after="0"/>
              <w:jc w:val="right"/>
            </w:pPr>
            <w:r>
              <w:rPr>
                <w:sz w:val="16"/>
              </w:rPr>
              <w:t>3 records, 1998 to 2020 (3 zone-level)</w:t>
            </w:r>
          </w:p>
        </w:tc>
        <w:tc>
          <w:tcPr>
            <w:tcW w:type="dxa" w:w="1917"/>
          </w:tcPr>
          <w:p>
            <w:pPr>
              <w:spacing w:after="0"/>
              <w:jc w:val="left"/>
            </w:pPr>
          </w:p>
        </w:tc>
        <w:tc>
          <w:tcPr>
            <w:tcW w:type="dxa" w:w="1525"/>
          </w:tcPr>
          <w:p>
            <w:pPr>
              <w:spacing w:after="0"/>
              <w:jc w:val="left"/>
            </w:pPr>
            <w:r>
              <w:rPr>
                <w:sz w:val="16"/>
              </w:rPr>
              <w:t>Ice Storm, 1998-01-06, $1,500,000 property; crops not reported (1998 dollars); NWS zone VTZ001</w:t>
            </w:r>
          </w:p>
        </w:tc>
        <w:tc>
          <w:tcPr>
            <w:tcW w:type="dxa" w:w="1478"/>
          </w:tcPr>
          <w:p>
            <w:pPr>
              <w:spacing w:after="0"/>
              <w:jc w:val="left"/>
            </w:pPr>
          </w:p>
        </w:tc>
        <w:tc>
          <w:tcPr>
            <w:tcW w:type="dxa" w:w="1878"/>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2"/>
          </w:tcPr>
          <w:p>
            <w:pPr>
              <w:spacing w:after="0"/>
              <w:jc w:val="right"/>
            </w:pPr>
            <w:r>
              <w:rPr>
                <w:sz w:val="16"/>
              </w:rPr>
              <w:t>13 records, 1996 to 2011 (11 zone-level)</w:t>
            </w:r>
          </w:p>
        </w:tc>
        <w:tc>
          <w:tcPr>
            <w:tcW w:type="dxa" w:w="1917"/>
          </w:tcPr>
          <w:p>
            <w:pPr>
              <w:spacing w:after="0"/>
              <w:jc w:val="left"/>
            </w:pPr>
          </w:p>
        </w:tc>
        <w:tc>
          <w:tcPr>
            <w:tcW w:type="dxa" w:w="1525"/>
          </w:tcPr>
          <w:p>
            <w:pPr>
              <w:spacing w:after="0"/>
              <w:jc w:val="left"/>
            </w:pPr>
            <w:r>
              <w:rPr>
                <w:sz w:val="16"/>
              </w:rPr>
              <w:t>Lakeshore Flood, 2011-05-01, $3,000,000 property; $0 crops (2011 dollars); NWS zone VTZ001</w:t>
            </w:r>
          </w:p>
        </w:tc>
        <w:tc>
          <w:tcPr>
            <w:tcW w:type="dxa" w:w="1478"/>
          </w:tcPr>
          <w:p>
            <w:pPr>
              <w:spacing w:after="0"/>
              <w:jc w:val="left"/>
            </w:pPr>
          </w:p>
        </w:tc>
        <w:tc>
          <w:tcPr>
            <w:tcW w:type="dxa" w:w="1878"/>
          </w:tcPr>
          <w:p>
            <w:pPr>
              <w:spacing w:after="0"/>
              <w:jc w:val="left"/>
            </w:pPr>
            <w:r>
              <w:rPr>
                <w:sz w:val="16"/>
              </w:rPr>
              <w:t>Event records naming jurisdictions in the plan: South Hero town (1 record). Zone-level records (11) apply countywide.</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2"/>
          </w:tcPr>
          <w:p>
            <w:pPr>
              <w:spacing w:after="0"/>
              <w:jc w:val="right"/>
            </w:pPr>
            <w:r>
              <w:rPr>
                <w:sz w:val="16"/>
              </w:rPr>
              <w:t>6 records, 1998 to 2019</w:t>
            </w:r>
          </w:p>
        </w:tc>
        <w:tc>
          <w:tcPr>
            <w:tcW w:type="dxa" w:w="1917"/>
          </w:tcPr>
          <w:p>
            <w:pPr>
              <w:spacing w:after="0"/>
              <w:jc w:val="left"/>
            </w:pPr>
          </w:p>
        </w:tc>
        <w:tc>
          <w:tcPr>
            <w:tcW w:type="dxa" w:w="1525"/>
          </w:tcPr>
          <w:p>
            <w:pPr>
              <w:spacing w:after="0"/>
              <w:jc w:val="left"/>
            </w:pPr>
            <w:r>
              <w:rPr>
                <w:sz w:val="16"/>
              </w:rPr>
              <w:t>Lightning, 2016-06-28, $1,700,000 property; $0 crops (2016 dollars)</w:t>
            </w:r>
          </w:p>
        </w:tc>
        <w:tc>
          <w:tcPr>
            <w:tcW w:type="dxa" w:w="1478"/>
          </w:tcPr>
          <w:p>
            <w:pPr>
              <w:spacing w:after="0"/>
              <w:jc w:val="left"/>
            </w:pPr>
          </w:p>
        </w:tc>
        <w:tc>
          <w:tcPr>
            <w:tcW w:type="dxa" w:w="1878"/>
          </w:tcPr>
          <w:p>
            <w:pPr>
              <w:spacing w:after="0"/>
              <w:jc w:val="left"/>
            </w:pPr>
            <w:r>
              <w:rPr>
                <w:sz w:val="16"/>
              </w:rPr>
              <w:t>Event records naming jurisdictions in the plan: Grand Isle town (2 records), South Hero town (2 records), North Hero town (1 record).</w:t>
            </w:r>
          </w:p>
        </w:tc>
        <w:tc>
          <w:tcPr>
            <w:tcW w:type="dxa" w:w="1900"/>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2"/>
          </w:tcPr>
          <w:p>
            <w:pPr>
              <w:spacing w:after="0"/>
              <w:jc w:val="right"/>
            </w:pPr>
            <w:r>
              <w:rPr>
                <w:sz w:val="16"/>
              </w:rPr>
              <w:t>45 records, 1996 to 2026 (43 zone-level)</w:t>
            </w:r>
          </w:p>
        </w:tc>
        <w:tc>
          <w:tcPr>
            <w:tcW w:type="dxa" w:w="1917"/>
          </w:tcPr>
          <w:p>
            <w:pPr>
              <w:spacing w:after="0"/>
              <w:jc w:val="left"/>
            </w:pPr>
            <w:r>
              <w:rPr>
                <w:sz w:val="16"/>
              </w:rPr>
              <w:t>30 kt (35 mph) to 56 kt (64 mph) (median 43 kt (49 mph)); 42 with a recorded value</w:t>
            </w:r>
          </w:p>
        </w:tc>
        <w:tc>
          <w:tcPr>
            <w:tcW w:type="dxa" w:w="1525"/>
          </w:tcPr>
          <w:p>
            <w:pPr>
              <w:spacing w:after="0"/>
              <w:jc w:val="left"/>
            </w:pPr>
            <w:r>
              <w:rPr>
                <w:sz w:val="16"/>
              </w:rPr>
              <w:t>56 kt (64 mph) estimated gust, High Wind, 2011-08-28; NWS zone VTZ001</w:t>
            </w:r>
          </w:p>
        </w:tc>
        <w:tc>
          <w:tcPr>
            <w:tcW w:type="dxa" w:w="1478"/>
          </w:tcPr>
          <w:p>
            <w:pPr>
              <w:spacing w:after="0"/>
              <w:jc w:val="left"/>
            </w:pPr>
          </w:p>
        </w:tc>
        <w:tc>
          <w:tcPr>
            <w:tcW w:type="dxa" w:w="1878"/>
          </w:tcPr>
          <w:p>
            <w:pPr>
              <w:spacing w:after="0"/>
              <w:jc w:val="left"/>
            </w:pPr>
            <w:r>
              <w:rPr>
                <w:sz w:val="16"/>
              </w:rPr>
              <w:t>Event records naming jurisdictions in the plan: North Hero town (1 record). Zone-level records (43) apply countywide.</w:t>
            </w:r>
          </w:p>
        </w:tc>
        <w:tc>
          <w:tcPr>
            <w:tcW w:type="dxa" w:w="1900"/>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2"/>
          </w:tcPr>
          <w:p>
            <w:pPr>
              <w:spacing w:after="0"/>
              <w:jc w:val="right"/>
            </w:pPr>
            <w:r>
              <w:rPr>
                <w:sz w:val="16"/>
              </w:rPr>
              <w:t>62 records, 1958 to 2025</w:t>
            </w:r>
          </w:p>
        </w:tc>
        <w:tc>
          <w:tcPr>
            <w:tcW w:type="dxa" w:w="1917"/>
          </w:tcPr>
          <w:p>
            <w:pPr>
              <w:spacing w:after="0"/>
              <w:jc w:val="left"/>
            </w:pPr>
            <w:r>
              <w:rPr>
                <w:sz w:val="16"/>
              </w:rPr>
              <w:t>50 kt (58 mph) to 70 kt (81 mph) (median 50 kt (58 mph)); 41 with a recorded value</w:t>
            </w:r>
          </w:p>
        </w:tc>
        <w:tc>
          <w:tcPr>
            <w:tcW w:type="dxa" w:w="1525"/>
          </w:tcPr>
          <w:p>
            <w:pPr>
              <w:spacing w:after="0"/>
              <w:jc w:val="left"/>
            </w:pPr>
            <w:r>
              <w:rPr>
                <w:sz w:val="16"/>
              </w:rPr>
              <w:t>70 kt (81 mph) estimated gust, Thunderstorm Wind, 2007-08-16</w:t>
            </w:r>
          </w:p>
        </w:tc>
        <w:tc>
          <w:tcPr>
            <w:tcW w:type="dxa" w:w="1478"/>
          </w:tcPr>
          <w:p>
            <w:pPr>
              <w:spacing w:after="0"/>
              <w:jc w:val="left"/>
            </w:pPr>
          </w:p>
        </w:tc>
        <w:tc>
          <w:tcPr>
            <w:tcW w:type="dxa" w:w="1878"/>
          </w:tcPr>
          <w:p>
            <w:pPr>
              <w:spacing w:after="0"/>
              <w:jc w:val="left"/>
            </w:pPr>
            <w:r>
              <w:rPr>
                <w:sz w:val="16"/>
              </w:rPr>
              <w:t>Event records naming jurisdictions in the plan: Grand Isle town (10 records), North Hero town (9 records), South Hero town (6 records), Isle La Motte town (4 records), Alburgh town (1 record).</w:t>
            </w:r>
          </w:p>
        </w:tc>
        <w:tc>
          <w:tcPr>
            <w:tcW w:type="dxa" w:w="1900"/>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2"/>
          </w:tcPr>
          <w:p>
            <w:pPr>
              <w:spacing w:after="0"/>
              <w:jc w:val="right"/>
            </w:pPr>
            <w:r>
              <w:rPr>
                <w:sz w:val="16"/>
              </w:rPr>
              <w:t>0</w:t>
            </w:r>
          </w:p>
        </w:tc>
        <w:tc>
          <w:tcPr>
            <w:tcW w:type="dxa" w:w="1917"/>
          </w:tcPr>
          <w:p>
            <w:pPr>
              <w:spacing w:after="0"/>
              <w:jc w:val="left"/>
            </w:pPr>
          </w:p>
        </w:tc>
        <w:tc>
          <w:tcPr>
            <w:tcW w:type="dxa" w:w="1525"/>
          </w:tcPr>
          <w:p>
            <w:pPr>
              <w:spacing w:after="0"/>
              <w:jc w:val="left"/>
            </w:pPr>
          </w:p>
        </w:tc>
        <w:tc>
          <w:tcPr>
            <w:tcW w:type="dxa" w:w="1478"/>
          </w:tcPr>
          <w:p>
            <w:pPr>
              <w:spacing w:after="0"/>
              <w:jc w:val="left"/>
            </w:pPr>
          </w:p>
        </w:tc>
        <w:tc>
          <w:tcPr>
            <w:tcW w:type="dxa" w:w="1878"/>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2"/>
          </w:tcPr>
          <w:p>
            <w:pPr>
              <w:spacing w:after="0"/>
              <w:jc w:val="right"/>
            </w:pPr>
            <w:r>
              <w:rPr>
                <w:sz w:val="16"/>
              </w:rPr>
              <w:t>193 records, 1996 to 2026 (193 zone-level)</w:t>
            </w:r>
          </w:p>
        </w:tc>
        <w:tc>
          <w:tcPr>
            <w:tcW w:type="dxa" w:w="1917"/>
          </w:tcPr>
          <w:p>
            <w:pPr>
              <w:spacing w:after="0"/>
              <w:jc w:val="left"/>
            </w:pPr>
          </w:p>
        </w:tc>
        <w:tc>
          <w:tcPr>
            <w:tcW w:type="dxa" w:w="1525"/>
          </w:tcPr>
          <w:p>
            <w:pPr>
              <w:spacing w:after="0"/>
              <w:jc w:val="left"/>
            </w:pPr>
            <w:r>
              <w:rPr>
                <w:sz w:val="16"/>
              </w:rPr>
              <w:t>Winter Storm, 2001-03-05, $75,000 property; crops not reported (2001 dollars); NWS zone VTZ001</w:t>
            </w:r>
          </w:p>
        </w:tc>
        <w:tc>
          <w:tcPr>
            <w:tcW w:type="dxa" w:w="1478"/>
          </w:tcPr>
          <w:p>
            <w:pPr>
              <w:spacing w:after="0"/>
              <w:jc w:val="left"/>
            </w:pPr>
            <w:r>
              <w:rPr>
                <w:sz w:val="16"/>
              </w:rPr>
              <w:t>Heavy Snow, 2007-02-14, $75,000 property; $0 crops (zone total, 2007 dollars)</w:t>
            </w:r>
          </w:p>
        </w:tc>
        <w:tc>
          <w:tcPr>
            <w:tcW w:type="dxa" w:w="1878"/>
          </w:tcPr>
          <w:p>
            <w:pPr>
              <w:spacing w:after="0"/>
              <w:jc w:val="left"/>
            </w:pPr>
            <w:r>
              <w:rPr>
                <w:sz w:val="16"/>
              </w:rPr>
              <w:t>Countywide (zone-level records).</w:t>
            </w:r>
          </w:p>
        </w:tc>
        <w:tc>
          <w:tcPr>
            <w:tcW w:type="dxa" w:w="19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2023-03-20</w:t>
            </w:r>
          </w:p>
        </w:tc>
        <w:tc>
          <w:tcPr>
            <w:tcW w:type="dxa" w:w="1074"/>
          </w:tcPr>
          <w:p>
            <w:pPr>
              <w:spacing w:after="0"/>
              <w:jc w:val="left"/>
            </w:pPr>
            <w:r>
              <w:rPr>
                <w:sz w:val="16"/>
              </w:rPr>
              <w:t>2022-12-22</w:t>
            </w:r>
          </w:p>
        </w:tc>
        <w:tc>
          <w:tcPr>
            <w:tcW w:type="dxa" w:w="1074"/>
          </w:tcPr>
          <w:p>
            <w:pPr>
              <w:spacing w:after="0"/>
              <w:jc w:val="left"/>
            </w:pPr>
            <w:r>
              <w:rPr>
                <w:sz w:val="16"/>
              </w:rPr>
              <w:t>DR-4695-VT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2018-07-30</w:t>
            </w:r>
          </w:p>
        </w:tc>
        <w:tc>
          <w:tcPr>
            <w:tcW w:type="dxa" w:w="1074"/>
          </w:tcPr>
          <w:p>
            <w:pPr>
              <w:spacing w:after="0"/>
              <w:jc w:val="left"/>
            </w:pPr>
            <w:r>
              <w:rPr>
                <w:sz w:val="16"/>
              </w:rPr>
              <w:t>2018-05-04</w:t>
            </w:r>
          </w:p>
        </w:tc>
        <w:tc>
          <w:tcPr>
            <w:tcW w:type="dxa" w:w="1074"/>
          </w:tcPr>
          <w:p>
            <w:pPr>
              <w:spacing w:after="0"/>
              <w:jc w:val="left"/>
            </w:pPr>
            <w:r>
              <w:rPr>
                <w:sz w:val="16"/>
              </w:rPr>
              <w:t>DR-4380-VT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2014-01-29</w:t>
            </w:r>
          </w:p>
        </w:tc>
        <w:tc>
          <w:tcPr>
            <w:tcW w:type="dxa" w:w="1074"/>
          </w:tcPr>
          <w:p>
            <w:pPr>
              <w:spacing w:after="0"/>
              <w:jc w:val="left"/>
            </w:pPr>
            <w:r>
              <w:rPr>
                <w:sz w:val="16"/>
              </w:rPr>
              <w:t>2013-12-20</w:t>
            </w:r>
          </w:p>
        </w:tc>
        <w:tc>
          <w:tcPr>
            <w:tcW w:type="dxa" w:w="1074"/>
          </w:tcPr>
          <w:p>
            <w:pPr>
              <w:spacing w:after="0"/>
              <w:jc w:val="left"/>
            </w:pPr>
            <w:r>
              <w:rPr>
                <w:sz w:val="16"/>
              </w:rPr>
              <w:t>DR-4163-VT</w:t>
            </w:r>
          </w:p>
        </w:tc>
        <w:tc>
          <w:tcPr>
            <w:tcW w:type="dxa" w:w="1444"/>
          </w:tcPr>
          <w:p>
            <w:pPr>
              <w:spacing w:after="0"/>
              <w:jc w:val="left"/>
            </w:pPr>
            <w:r>
              <w:rPr>
                <w:sz w:val="16"/>
              </w:rPr>
              <w:t>Major disaster</w:t>
            </w:r>
          </w:p>
        </w:tc>
        <w:tc>
          <w:tcPr>
            <w:tcW w:type="dxa" w:w="2554"/>
          </w:tcPr>
          <w:p>
            <w:pPr>
              <w:spacing w:after="0"/>
              <w:jc w:val="left"/>
            </w:pPr>
            <w:r>
              <w:rPr>
                <w:sz w:val="16"/>
              </w:rPr>
              <w:t>Severe Winter Storms</w:t>
            </w:r>
          </w:p>
        </w:tc>
        <w:tc>
          <w:tcPr>
            <w:tcW w:type="dxa" w:w="2369"/>
          </w:tcPr>
          <w:p>
            <w:pPr>
              <w:spacing w:after="0"/>
              <w:jc w:val="left"/>
            </w:pPr>
            <w:r>
              <w:rPr>
                <w:sz w:val="16"/>
              </w:rPr>
              <w:t>Ice Storm</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$642,564.40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2008-08-15</w:t>
            </w:r>
          </w:p>
        </w:tc>
        <w:tc>
          <w:tcPr>
            <w:tcW w:type="dxa" w:w="1074"/>
          </w:tcPr>
          <w:p>
            <w:pPr>
              <w:spacing w:after="0"/>
              <w:jc w:val="left"/>
            </w:pPr>
            <w:r>
              <w:rPr>
                <w:sz w:val="16"/>
              </w:rPr>
              <w:t>2008-07-18</w:t>
            </w:r>
          </w:p>
        </w:tc>
        <w:tc>
          <w:tcPr>
            <w:tcW w:type="dxa" w:w="1074"/>
          </w:tcPr>
          <w:p>
            <w:pPr>
              <w:spacing w:after="0"/>
              <w:jc w:val="left"/>
            </w:pPr>
            <w:r>
              <w:rPr>
                <w:sz w:val="16"/>
              </w:rPr>
              <w:t>DR-1784-VT</w:t>
            </w:r>
          </w:p>
        </w:tc>
        <w:tc>
          <w:tcPr>
            <w:tcW w:type="dxa" w:w="1444"/>
          </w:tcPr>
          <w:p>
            <w:pPr>
              <w:spacing w:after="0"/>
              <w:jc w:val="left"/>
            </w:pPr>
            <w:r>
              <w:rPr>
                <w:sz w:val="16"/>
              </w:rPr>
              <w:t>Major disaster</w:t>
            </w:r>
          </w:p>
        </w:tc>
        <w:tc>
          <w:tcPr>
            <w:tcW w:type="dxa" w:w="2554"/>
          </w:tcPr>
          <w:p>
            <w:pPr>
              <w:spacing w:after="0"/>
              <w:jc w:val="left"/>
            </w:pPr>
            <w:r>
              <w:rPr>
                <w:sz w:val="16"/>
              </w:rPr>
              <w:t>Severe Storms, a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$112,501.58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$14,166.47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and 33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4"/>
        <w:gridCol w:w="1425"/>
        <w:gridCol w:w="3688"/>
        <w:gridCol w:w="943"/>
        <w:gridCol w:w="2627"/>
        <w:gridCol w:w="3018"/>
      </w:tblGrid>
      <w:tr>
        <w:trPr>
          <w:cantSplit/>
          <w:tblHeader/>
        </w:trPr>
        <w:tc>
          <w:tcPr>
            <w:tcW w:type="dxa" w:w="1037"/>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425"/>
            <w:shd w:val="clear" w:color="auto" w:fill="E8E8E8"/>
          </w:tcPr>
          <w:p>
            <w:pPr>
              <w:spacing w:after="0"/>
              <w:jc w:val="left"/>
            </w:pPr>
            <w:r>
              <w:rPr>
                <w:b/>
                <w:sz w:val="16"/>
              </w:rPr>
              <w:t>Magnitude or extent</w:t>
            </w:r>
          </w:p>
        </w:tc>
        <w:tc>
          <w:tcPr>
            <w:tcW w:type="dxa" w:w="36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7"/>
            <w:shd w:val="clear" w:color="auto" w:fill="E8E8E8"/>
          </w:tcPr>
          <w:p>
            <w:pPr>
              <w:spacing w:after="0"/>
              <w:jc w:val="left"/>
            </w:pPr>
            <w:r>
              <w:rPr>
                <w:b/>
                <w:sz w:val="16"/>
              </w:rPr>
              <w:t>Location</w:t>
            </w:r>
          </w:p>
        </w:tc>
        <w:tc>
          <w:tcPr>
            <w:tcW w:type="dxa" w:w="30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2020-06-18</w:t>
            </w:r>
          </w:p>
        </w:tc>
        <w:tc>
          <w:tcPr>
            <w:tcW w:type="dxa" w:w="1374"/>
          </w:tcPr>
          <w:p>
            <w:pPr>
              <w:spacing w:after="0"/>
              <w:jc w:val="left"/>
            </w:pPr>
            <w:r>
              <w:rPr>
                <w:sz w:val="16"/>
              </w:rPr>
              <w:t>Heat</w:t>
            </w:r>
          </w:p>
        </w:tc>
        <w:tc>
          <w:tcPr>
            <w:tcW w:type="dxa" w:w="1425"/>
          </w:tcPr>
          <w:p>
            <w:pPr>
              <w:spacing w:after="0"/>
              <w:jc w:val="left"/>
            </w:pPr>
          </w:p>
        </w:tc>
        <w:tc>
          <w:tcPr>
            <w:tcW w:type="dxa" w:w="3688"/>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Excessive Heat, Heat</w:t>
            </w:r>
          </w:p>
        </w:tc>
      </w:tr>
      <w:tr>
        <w:trPr>
          <w:cantSplit/>
        </w:trPr>
        <w:tc>
          <w:tcPr>
            <w:tcW w:type="dxa" w:w="1037"/>
          </w:tcPr>
          <w:p>
            <w:pPr>
              <w:spacing w:after="0"/>
              <w:jc w:val="left"/>
            </w:pPr>
            <w:r>
              <w:rPr>
                <w:sz w:val="16"/>
              </w:rPr>
              <w:t>2016-06-28</w:t>
            </w:r>
          </w:p>
        </w:tc>
        <w:tc>
          <w:tcPr>
            <w:tcW w:type="dxa" w:w="1374"/>
          </w:tcPr>
          <w:p>
            <w:pPr>
              <w:spacing w:after="0"/>
              <w:jc w:val="left"/>
            </w:pPr>
            <w:r>
              <w:rPr>
                <w:sz w:val="16"/>
              </w:rPr>
              <w:t>Lightning</w:t>
            </w:r>
          </w:p>
        </w:tc>
        <w:tc>
          <w:tcPr>
            <w:tcW w:type="dxa" w:w="1425"/>
          </w:tcPr>
          <w:p>
            <w:pPr>
              <w:spacing w:after="0"/>
              <w:jc w:val="left"/>
            </w:pPr>
          </w:p>
        </w:tc>
        <w:tc>
          <w:tcPr>
            <w:tcW w:type="dxa" w:w="3688"/>
          </w:tcPr>
          <w:p>
            <w:pPr>
              <w:spacing w:after="0"/>
              <w:jc w:val="left"/>
            </w:pPr>
            <w:r>
              <w:rPr>
                <w:sz w:val="16"/>
              </w:rPr>
              <w:t>$1,700,000 property; $0 crops (2016 dollars)</w:t>
            </w:r>
          </w:p>
        </w:tc>
        <w:tc>
          <w:tcPr>
            <w:tcW w:type="dxa" w:w="943"/>
          </w:tcPr>
          <w:p>
            <w:pPr>
              <w:spacing w:after="0"/>
              <w:jc w:val="right"/>
            </w:pPr>
            <w:r>
              <w:rPr>
                <w:sz w:val="16"/>
              </w:rPr>
              <w:t>0, 0</w:t>
            </w:r>
          </w:p>
        </w:tc>
        <w:tc>
          <w:tcPr>
            <w:tcW w:type="dxa" w:w="2627"/>
          </w:tcPr>
          <w:p>
            <w:pPr>
              <w:spacing w:after="0"/>
              <w:jc w:val="left"/>
            </w:pPr>
            <w:r>
              <w:rPr>
                <w:sz w:val="16"/>
              </w:rPr>
              <w:t>KEELER BAY</w:t>
            </w:r>
          </w:p>
        </w:tc>
        <w:tc>
          <w:tcPr>
            <w:tcW w:type="dxa" w:w="3018"/>
          </w:tcPr>
          <w:p>
            <w:pPr>
              <w:spacing w:after="0"/>
              <w:jc w:val="left"/>
            </w:pPr>
            <w:r>
              <w:rPr>
                <w:sz w:val="16"/>
              </w:rPr>
              <w:t>B1-c worst recorded: Lightning</w:t>
            </w:r>
          </w:p>
        </w:tc>
      </w:tr>
      <w:tr>
        <w:trPr>
          <w:cantSplit/>
        </w:trPr>
        <w:tc>
          <w:tcPr>
            <w:tcW w:type="dxa" w:w="1037"/>
          </w:tcPr>
          <w:p>
            <w:pPr>
              <w:spacing w:after="0"/>
              <w:jc w:val="left"/>
            </w:pPr>
            <w:r>
              <w:rPr>
                <w:sz w:val="16"/>
              </w:rPr>
              <w:t>2015-02-01</w:t>
            </w:r>
          </w:p>
        </w:tc>
        <w:tc>
          <w:tcPr>
            <w:tcW w:type="dxa" w:w="1374"/>
          </w:tcPr>
          <w:p>
            <w:pPr>
              <w:spacing w:after="0"/>
              <w:jc w:val="left"/>
            </w:pPr>
            <w:r>
              <w:rPr>
                <w:sz w:val="16"/>
              </w:rPr>
              <w:t>Cold/Wind Chill</w:t>
            </w:r>
          </w:p>
        </w:tc>
        <w:tc>
          <w:tcPr>
            <w:tcW w:type="dxa" w:w="1425"/>
          </w:tcPr>
          <w:p>
            <w:pPr>
              <w:spacing w:after="0"/>
              <w:jc w:val="left"/>
            </w:pPr>
          </w:p>
        </w:tc>
        <w:tc>
          <w:tcPr>
            <w:tcW w:type="dxa" w:w="3688"/>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2013-09-11</w:t>
            </w:r>
          </w:p>
        </w:tc>
        <w:tc>
          <w:tcPr>
            <w:tcW w:type="dxa" w:w="1374"/>
          </w:tcPr>
          <w:p>
            <w:pPr>
              <w:spacing w:after="0"/>
              <w:jc w:val="left"/>
            </w:pPr>
            <w:r>
              <w:rPr>
                <w:sz w:val="16"/>
              </w:rPr>
              <w:t>Hail</w:t>
            </w:r>
          </w:p>
        </w:tc>
        <w:tc>
          <w:tcPr>
            <w:tcW w:type="dxa" w:w="1425"/>
          </w:tcPr>
          <w:p>
            <w:pPr>
              <w:spacing w:after="0"/>
              <w:jc w:val="left"/>
            </w:pPr>
            <w:r>
              <w:rPr>
                <w:sz w:val="16"/>
              </w:rPr>
              <w:t>1.75 in</w:t>
            </w:r>
          </w:p>
        </w:tc>
        <w:tc>
          <w:tcPr>
            <w:tcW w:type="dxa" w:w="3688"/>
          </w:tcPr>
          <w:p>
            <w:pPr>
              <w:spacing w:after="0"/>
              <w:jc w:val="left"/>
            </w:pPr>
            <w:r>
              <w:rPr>
                <w:sz w:val="16"/>
              </w:rPr>
              <w:t>$10,000 property; $0 crops (2013 dollars)</w:t>
            </w:r>
          </w:p>
        </w:tc>
        <w:tc>
          <w:tcPr>
            <w:tcW w:type="dxa" w:w="943"/>
          </w:tcPr>
          <w:p>
            <w:pPr>
              <w:spacing w:after="0"/>
              <w:jc w:val="right"/>
            </w:pPr>
            <w:r>
              <w:rPr>
                <w:sz w:val="16"/>
              </w:rPr>
              <w:t>0, 0</w:t>
            </w:r>
          </w:p>
        </w:tc>
        <w:tc>
          <w:tcPr>
            <w:tcW w:type="dxa" w:w="2627"/>
          </w:tcPr>
          <w:p>
            <w:pPr>
              <w:spacing w:after="0"/>
              <w:jc w:val="left"/>
            </w:pPr>
            <w:r>
              <w:rPr>
                <w:sz w:val="16"/>
              </w:rPr>
              <w:t>ALBURG</w:t>
            </w:r>
          </w:p>
        </w:tc>
        <w:tc>
          <w:tcPr>
            <w:tcW w:type="dxa" w:w="3018"/>
          </w:tcPr>
          <w:p>
            <w:pPr>
              <w:spacing w:after="0"/>
              <w:jc w:val="left"/>
            </w:pPr>
            <w:r>
              <w:rPr>
                <w:sz w:val="16"/>
              </w:rPr>
              <w:t>B1-c worst recorded: Hail</w:t>
            </w:r>
          </w:p>
        </w:tc>
      </w:tr>
      <w:tr>
        <w:trPr>
          <w:cantSplit/>
        </w:trPr>
        <w:tc>
          <w:tcPr>
            <w:tcW w:type="dxa" w:w="1037"/>
          </w:tcPr>
          <w:p>
            <w:pPr>
              <w:spacing w:after="0"/>
              <w:jc w:val="left"/>
            </w:pPr>
            <w:r>
              <w:rPr>
                <w:sz w:val="16"/>
              </w:rPr>
              <w:t>2012-04-28</w:t>
            </w:r>
          </w:p>
        </w:tc>
        <w:tc>
          <w:tcPr>
            <w:tcW w:type="dxa" w:w="1374"/>
          </w:tcPr>
          <w:p>
            <w:pPr>
              <w:spacing w:after="0"/>
              <w:jc w:val="left"/>
            </w:pPr>
            <w:r>
              <w:rPr>
                <w:sz w:val="16"/>
              </w:rPr>
              <w:t>Frost/Freeze</w:t>
            </w:r>
          </w:p>
        </w:tc>
        <w:tc>
          <w:tcPr>
            <w:tcW w:type="dxa" w:w="1425"/>
          </w:tcPr>
          <w:p>
            <w:pPr>
              <w:spacing w:after="0"/>
              <w:jc w:val="left"/>
            </w:pPr>
          </w:p>
        </w:tc>
        <w:tc>
          <w:tcPr>
            <w:tcW w:type="dxa" w:w="3688"/>
          </w:tcPr>
          <w:p>
            <w:pPr>
              <w:spacing w:after="0"/>
              <w:jc w:val="left"/>
            </w:pPr>
            <w:r>
              <w:rPr>
                <w:sz w:val="16"/>
              </w:rPr>
              <w:t>$0 property; $100,000 crops (zone total, 2012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Frost/Freeze</w:t>
            </w:r>
          </w:p>
        </w:tc>
      </w:tr>
      <w:tr>
        <w:trPr>
          <w:cantSplit/>
        </w:trPr>
        <w:tc>
          <w:tcPr>
            <w:tcW w:type="dxa" w:w="1037"/>
          </w:tcPr>
          <w:p>
            <w:pPr>
              <w:spacing w:after="0"/>
              <w:jc w:val="left"/>
            </w:pPr>
            <w:r>
              <w:rPr>
                <w:sz w:val="16"/>
              </w:rPr>
              <w:t>2011-08-28</w:t>
            </w:r>
          </w:p>
        </w:tc>
        <w:tc>
          <w:tcPr>
            <w:tcW w:type="dxa" w:w="1374"/>
          </w:tcPr>
          <w:p>
            <w:pPr>
              <w:spacing w:after="0"/>
              <w:jc w:val="left"/>
            </w:pPr>
            <w:r>
              <w:rPr>
                <w:sz w:val="16"/>
              </w:rPr>
              <w:t>High Wind</w:t>
            </w:r>
          </w:p>
        </w:tc>
        <w:tc>
          <w:tcPr>
            <w:tcW w:type="dxa" w:w="1425"/>
          </w:tcPr>
          <w:p>
            <w:pPr>
              <w:spacing w:after="0"/>
              <w:jc w:val="left"/>
            </w:pPr>
            <w:r>
              <w:rPr>
                <w:sz w:val="16"/>
              </w:rPr>
              <w:t>56 kt (64 mph) estimated gust</w:t>
            </w:r>
          </w:p>
        </w:tc>
        <w:tc>
          <w:tcPr>
            <w:tcW w:type="dxa" w:w="3688"/>
          </w:tcPr>
          <w:p>
            <w:pPr>
              <w:spacing w:after="0"/>
              <w:jc w:val="left"/>
            </w:pPr>
            <w:r>
              <w:rPr>
                <w:sz w:val="16"/>
              </w:rPr>
              <w:t>$750,000 property; $250,000 crops (zone total, 2011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High Wind and Strong Wind</w:t>
            </w:r>
          </w:p>
        </w:tc>
      </w:tr>
      <w:tr>
        <w:trPr>
          <w:cantSplit/>
        </w:trPr>
        <w:tc>
          <w:tcPr>
            <w:tcW w:type="dxa" w:w="1037"/>
          </w:tcPr>
          <w:p>
            <w:pPr>
              <w:spacing w:after="0"/>
              <w:jc w:val="left"/>
            </w:pPr>
            <w:r>
              <w:rPr>
                <w:sz w:val="16"/>
              </w:rPr>
              <w:t>2011-05-01</w:t>
            </w:r>
          </w:p>
        </w:tc>
        <w:tc>
          <w:tcPr>
            <w:tcW w:type="dxa" w:w="1374"/>
          </w:tcPr>
          <w:p>
            <w:pPr>
              <w:spacing w:after="0"/>
              <w:jc w:val="left"/>
            </w:pPr>
            <w:r>
              <w:rPr>
                <w:sz w:val="16"/>
              </w:rPr>
              <w:t>Lakeshore Flood</w:t>
            </w:r>
          </w:p>
        </w:tc>
        <w:tc>
          <w:tcPr>
            <w:tcW w:type="dxa" w:w="1425"/>
          </w:tcPr>
          <w:p>
            <w:pPr>
              <w:spacing w:after="0"/>
              <w:jc w:val="left"/>
            </w:pPr>
          </w:p>
        </w:tc>
        <w:tc>
          <w:tcPr>
            <w:tcW w:type="dxa" w:w="3688"/>
          </w:tcPr>
          <w:p>
            <w:pPr>
              <w:spacing w:after="0"/>
              <w:jc w:val="left"/>
            </w:pPr>
            <w:r>
              <w:rPr>
                <w:sz w:val="16"/>
              </w:rPr>
              <w:t>$3,000,000 property; $0 crops (zone total, 2011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74"/>
          </w:tcPr>
          <w:p>
            <w:pPr>
              <w:spacing w:after="0"/>
              <w:jc w:val="left"/>
            </w:pPr>
            <w:r>
              <w:rPr>
                <w:sz w:val="16"/>
              </w:rPr>
              <w:t>Thunderstorm Wind</w:t>
            </w:r>
          </w:p>
        </w:tc>
        <w:tc>
          <w:tcPr>
            <w:tcW w:type="dxa" w:w="1425"/>
          </w:tcPr>
          <w:p>
            <w:pPr>
              <w:spacing w:after="0"/>
              <w:jc w:val="left"/>
            </w:pPr>
            <w:r>
              <w:rPr>
                <w:sz w:val="16"/>
              </w:rPr>
              <w:t>70 kt (81 mph) estimated gust</w:t>
            </w:r>
          </w:p>
        </w:tc>
        <w:tc>
          <w:tcPr>
            <w:tcW w:type="dxa" w:w="3688"/>
          </w:tcPr>
          <w:p>
            <w:pPr>
              <w:spacing w:after="0"/>
              <w:jc w:val="left"/>
            </w:pPr>
            <w:r>
              <w:rPr>
                <w:sz w:val="16"/>
              </w:rPr>
              <w:t>$250,000 property; $0 crops (2007 dollars)</w:t>
            </w:r>
          </w:p>
        </w:tc>
        <w:tc>
          <w:tcPr>
            <w:tcW w:type="dxa" w:w="943"/>
          </w:tcPr>
          <w:p>
            <w:pPr>
              <w:spacing w:after="0"/>
              <w:jc w:val="right"/>
            </w:pPr>
            <w:r>
              <w:rPr>
                <w:sz w:val="16"/>
              </w:rPr>
              <w:t>0, 0</w:t>
            </w:r>
          </w:p>
        </w:tc>
        <w:tc>
          <w:tcPr>
            <w:tcW w:type="dxa" w:w="2627"/>
          </w:tcPr>
          <w:p>
            <w:pPr>
              <w:spacing w:after="0"/>
              <w:jc w:val="left"/>
            </w:pPr>
            <w:r>
              <w:rPr>
                <w:sz w:val="16"/>
              </w:rPr>
              <w:t>GRAND ISLE</w:t>
            </w:r>
          </w:p>
        </w:tc>
        <w:tc>
          <w:tcPr>
            <w:tcW w:type="dxa" w:w="3018"/>
          </w:tcPr>
          <w:p>
            <w:pPr>
              <w:spacing w:after="0"/>
              <w:jc w:val="left"/>
            </w:pPr>
            <w:r>
              <w:rPr>
                <w:sz w:val="16"/>
              </w:rPr>
              <w:t>B1-c worst recorded: Thunderstorm Wind</w:t>
            </w:r>
          </w:p>
        </w:tc>
      </w:tr>
      <w:tr>
        <w:trPr>
          <w:cantSplit/>
        </w:trPr>
        <w:tc>
          <w:tcPr>
            <w:tcW w:type="dxa" w:w="1037"/>
          </w:tcPr>
          <w:p>
            <w:pPr>
              <w:spacing w:after="0"/>
              <w:jc w:val="left"/>
            </w:pPr>
            <w:r>
              <w:rPr>
                <w:sz w:val="16"/>
              </w:rPr>
              <w:t>2004-06-26</w:t>
            </w:r>
          </w:p>
        </w:tc>
        <w:tc>
          <w:tcPr>
            <w:tcW w:type="dxa" w:w="1374"/>
          </w:tcPr>
          <w:p>
            <w:pPr>
              <w:spacing w:after="0"/>
              <w:jc w:val="left"/>
            </w:pPr>
            <w:r>
              <w:rPr>
                <w:sz w:val="16"/>
              </w:rPr>
              <w:t>Strong Wind</w:t>
            </w:r>
          </w:p>
        </w:tc>
        <w:tc>
          <w:tcPr>
            <w:tcW w:type="dxa" w:w="1425"/>
          </w:tcPr>
          <w:p>
            <w:pPr>
              <w:spacing w:after="0"/>
              <w:jc w:val="left"/>
            </w:pPr>
            <w:r>
              <w:rPr>
                <w:sz w:val="16"/>
              </w:rPr>
              <w:t>40 kt (46 mph) estimated gust</w:t>
            </w:r>
          </w:p>
        </w:tc>
        <w:tc>
          <w:tcPr>
            <w:tcW w:type="dxa" w:w="3688"/>
          </w:tcPr>
          <w:p>
            <w:pPr>
              <w:spacing w:after="0"/>
              <w:jc w:val="left"/>
            </w:pPr>
            <w:r>
              <w:rPr>
                <w:sz w:val="16"/>
              </w:rPr>
              <w:t>$20,000 property; crops not reported (zone total, 2004 dollars)</w:t>
            </w:r>
          </w:p>
        </w:tc>
        <w:tc>
          <w:tcPr>
            <w:tcW w:type="dxa" w:w="943"/>
          </w:tcPr>
          <w:p>
            <w:pPr>
              <w:spacing w:after="0"/>
              <w:jc w:val="right"/>
            </w:pPr>
            <w:r>
              <w:rPr>
                <w:sz w:val="16"/>
              </w:rPr>
              <w:t>1, 0</w:t>
            </w:r>
          </w:p>
        </w:tc>
        <w:tc>
          <w:tcPr>
            <w:tcW w:type="dxa" w:w="2627"/>
          </w:tcPr>
          <w:p>
            <w:pPr>
              <w:spacing w:after="0"/>
              <w:jc w:val="left"/>
            </w:pPr>
            <w:r>
              <w:rPr>
                <w:sz w:val="16"/>
              </w:rPr>
              <w:t>NWS zone VTZ001 (GRAND ISLE), zone-level</w:t>
            </w:r>
          </w:p>
        </w:tc>
        <w:tc>
          <w:tcPr>
            <w:tcW w:type="dxa" w:w="3018"/>
          </w:tcPr>
          <w:p>
            <w:pPr>
              <w:spacing w:after="0"/>
              <w:jc w:val="left"/>
            </w:pPr>
            <w:r>
              <w:rPr>
                <w:sz w:val="16"/>
              </w:rPr>
              <w:t>deaths or injuries recorded</w:t>
            </w:r>
          </w:p>
        </w:tc>
      </w:tr>
      <w:tr>
        <w:trPr>
          <w:cantSplit/>
        </w:trPr>
        <w:tc>
          <w:tcPr>
            <w:tcW w:type="dxa" w:w="1037"/>
          </w:tcPr>
          <w:p>
            <w:pPr>
              <w:spacing w:after="0"/>
              <w:jc w:val="left"/>
            </w:pPr>
            <w:r>
              <w:rPr>
                <w:sz w:val="16"/>
              </w:rPr>
              <w:t>2001-03-05</w:t>
            </w:r>
          </w:p>
        </w:tc>
        <w:tc>
          <w:tcPr>
            <w:tcW w:type="dxa" w:w="1374"/>
          </w:tcPr>
          <w:p>
            <w:pPr>
              <w:spacing w:after="0"/>
              <w:jc w:val="left"/>
            </w:pPr>
            <w:r>
              <w:rPr>
                <w:sz w:val="16"/>
              </w:rPr>
              <w:t>Winter Storm</w:t>
            </w:r>
          </w:p>
        </w:tc>
        <w:tc>
          <w:tcPr>
            <w:tcW w:type="dxa" w:w="1425"/>
          </w:tcPr>
          <w:p>
            <w:pPr>
              <w:spacing w:after="0"/>
              <w:jc w:val="left"/>
            </w:pPr>
          </w:p>
        </w:tc>
        <w:tc>
          <w:tcPr>
            <w:tcW w:type="dxa" w:w="3688"/>
          </w:tcPr>
          <w:p>
            <w:pPr>
              <w:spacing w:after="0"/>
              <w:jc w:val="left"/>
            </w:pPr>
            <w:r>
              <w:rPr>
                <w:sz w:val="16"/>
              </w:rPr>
              <w:t>$75,000 property; crops not reported (zone total, 2001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374"/>
          </w:tcPr>
          <w:p>
            <w:pPr>
              <w:spacing w:after="0"/>
              <w:jc w:val="left"/>
            </w:pPr>
            <w:r>
              <w:rPr>
                <w:sz w:val="16"/>
              </w:rPr>
              <w:t>Ice Storm</w:t>
            </w:r>
          </w:p>
        </w:tc>
        <w:tc>
          <w:tcPr>
            <w:tcW w:type="dxa" w:w="1425"/>
          </w:tcPr>
          <w:p>
            <w:pPr>
              <w:spacing w:after="0"/>
              <w:jc w:val="left"/>
            </w:pPr>
          </w:p>
        </w:tc>
        <w:tc>
          <w:tcPr>
            <w:tcW w:type="dxa" w:w="3688"/>
          </w:tcPr>
          <w:p>
            <w:pPr>
              <w:spacing w:after="0"/>
              <w:jc w:val="left"/>
            </w:pPr>
            <w:r>
              <w:rPr>
                <w:sz w:val="16"/>
              </w:rPr>
              <w:t>$1,500,000 property; crops not reported (zone total, 1998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Ice Storm</w:t>
            </w:r>
          </w:p>
        </w:tc>
      </w:tr>
      <w:tr>
        <w:trPr>
          <w:cantSplit/>
        </w:trPr>
        <w:tc>
          <w:tcPr>
            <w:tcW w:type="dxa" w:w="1037"/>
          </w:tcPr>
          <w:p>
            <w:pPr>
              <w:spacing w:after="0"/>
              <w:jc w:val="left"/>
            </w:pPr>
            <w:r>
              <w:rPr>
                <w:sz w:val="16"/>
              </w:rPr>
              <w:t>1987-06-08</w:t>
            </w:r>
          </w:p>
        </w:tc>
        <w:tc>
          <w:tcPr>
            <w:tcW w:type="dxa" w:w="1374"/>
          </w:tcPr>
          <w:p>
            <w:pPr>
              <w:spacing w:after="0"/>
              <w:jc w:val="left"/>
            </w:pPr>
            <w:r>
              <w:rPr>
                <w:sz w:val="16"/>
              </w:rPr>
              <w:t>Thunderstorm Wind</w:t>
            </w:r>
          </w:p>
        </w:tc>
        <w:tc>
          <w:tcPr>
            <w:tcW w:type="dxa" w:w="1425"/>
          </w:tcPr>
          <w:p>
            <w:pPr>
              <w:spacing w:after="0"/>
              <w:jc w:val="left"/>
            </w:pPr>
            <w:r>
              <w:rPr>
                <w:sz w:val="16"/>
              </w:rPr>
              <w:t>speed not recorded</w:t>
            </w:r>
          </w:p>
        </w:tc>
        <w:tc>
          <w:tcPr>
            <w:tcW w:type="dxa" w:w="3688"/>
          </w:tcPr>
          <w:p>
            <w:pPr>
              <w:spacing w:after="0"/>
              <w:jc w:val="left"/>
            </w:pPr>
            <w:r>
              <w:rPr>
                <w:sz w:val="16"/>
              </w:rPr>
              <w:t>damage not recorded (pre-1996 record)</w:t>
            </w:r>
          </w:p>
        </w:tc>
        <w:tc>
          <w:tcPr>
            <w:tcW w:type="dxa" w:w="943"/>
          </w:tcPr>
          <w:p>
            <w:pPr>
              <w:spacing w:after="0"/>
              <w:jc w:val="right"/>
            </w:pPr>
            <w:r>
              <w:rPr>
                <w:sz w:val="16"/>
              </w:rPr>
              <w:t>0, 1</w:t>
            </w:r>
          </w:p>
        </w:tc>
        <w:tc>
          <w:tcPr>
            <w:tcW w:type="dxa" w:w="2627"/>
          </w:tcPr>
          <w:p>
            <w:pPr>
              <w:spacing w:after="0"/>
              <w:jc w:val="left"/>
            </w:pPr>
            <w:r>
              <w:rPr>
                <w:sz w:val="16"/>
              </w:rPr>
              <w:t>location not recorded</w:t>
            </w:r>
          </w:p>
        </w:tc>
        <w:tc>
          <w:tcPr>
            <w:tcW w:type="dxa" w:w="30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3.05</w:t>
            </w:r>
          </w:p>
        </w:tc>
        <w:tc>
          <w:tcPr>
            <w:tcW w:type="dxa" w:w="1280"/>
          </w:tcPr>
          <w:p>
            <w:pPr>
              <w:spacing w:after="0"/>
              <w:jc w:val="left"/>
            </w:pPr>
            <w:r>
              <w:rPr>
                <w:sz w:val="16"/>
              </w:rPr>
              <w:t>event-days per year</w:t>
            </w:r>
          </w:p>
        </w:tc>
        <w:tc>
          <w:tcPr>
            <w:tcW w:type="dxa" w:w="1583"/>
          </w:tcPr>
          <w:p>
            <w:pPr>
              <w:spacing w:after="0"/>
              <w:jc w:val="left"/>
            </w:pPr>
            <w:r>
              <w:rPr>
                <w:sz w:val="16"/>
              </w:rPr>
              <w:t>about 3.05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57.7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w:t>
            </w:r>
          </w:p>
        </w:tc>
        <w:tc>
          <w:tcPr>
            <w:tcW w:type="dxa" w:w="128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0.893</w:t>
            </w:r>
          </w:p>
        </w:tc>
        <w:tc>
          <w:tcPr>
            <w:tcW w:type="dxa" w:w="1280"/>
          </w:tcPr>
          <w:p>
            <w:pPr>
              <w:spacing w:after="0"/>
              <w:jc w:val="left"/>
            </w:pPr>
            <w:r>
              <w:rPr>
                <w:sz w:val="16"/>
              </w:rPr>
              <w:t>events per year</w:t>
            </w:r>
          </w:p>
        </w:tc>
        <w:tc>
          <w:tcPr>
            <w:tcW w:type="dxa" w:w="1583"/>
          </w:tcPr>
          <w:p>
            <w:pPr>
              <w:spacing w:after="0"/>
              <w:jc w:val="left"/>
            </w:pPr>
            <w:r>
              <w:rPr>
                <w:sz w:val="16"/>
              </w:rPr>
              <w:t>about 0.89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35.2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0.0208</w:t>
            </w:r>
          </w:p>
        </w:tc>
        <w:tc>
          <w:tcPr>
            <w:tcW w:type="dxa" w:w="1280"/>
          </w:tcPr>
          <w:p>
            <w:pPr>
              <w:spacing w:after="0"/>
              <w:jc w:val="left"/>
            </w:pPr>
            <w:r>
              <w:rPr>
                <w:sz w:val="16"/>
              </w:rPr>
              <w:t>events per year</w:t>
            </w:r>
          </w:p>
        </w:tc>
        <w:tc>
          <w:tcPr>
            <w:tcW w:type="dxa" w:w="1583"/>
          </w:tcPr>
          <w:p>
            <w:pPr>
              <w:spacing w:after="0"/>
              <w:jc w:val="left"/>
            </w:pPr>
            <w:r>
              <w:rPr>
                <w:sz w:val="16"/>
              </w:rPr>
              <w:t>about 1 in 48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0.491</w:t>
            </w:r>
          </w:p>
        </w:tc>
        <w:tc>
          <w:tcPr>
            <w:tcW w:type="dxa" w:w="1280"/>
          </w:tcPr>
          <w:p>
            <w:pPr>
              <w:spacing w:after="0"/>
              <w:jc w:val="left"/>
            </w:pPr>
            <w:r>
              <w:rPr>
                <w:sz w:val="16"/>
              </w:rPr>
              <w:t>event-days per year</w:t>
            </w:r>
          </w:p>
        </w:tc>
        <w:tc>
          <w:tcPr>
            <w:tcW w:type="dxa" w:w="1583"/>
          </w:tcPr>
          <w:p>
            <w:pPr>
              <w:spacing w:after="0"/>
              <w:jc w:val="left"/>
            </w:pPr>
            <w:r>
              <w:rPr>
                <w:sz w:val="16"/>
              </w:rPr>
              <w:t>about 0.491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0.0245</w:t>
            </w:r>
          </w:p>
        </w:tc>
        <w:tc>
          <w:tcPr>
            <w:tcW w:type="dxa" w:w="1280"/>
          </w:tcPr>
          <w:p>
            <w:pPr>
              <w:spacing w:after="0"/>
              <w:jc w:val="left"/>
            </w:pPr>
            <w:r>
              <w:rPr>
                <w:sz w:val="16"/>
              </w:rPr>
              <w:t>events per year (modeled)</w:t>
            </w:r>
          </w:p>
        </w:tc>
        <w:tc>
          <w:tcPr>
            <w:tcW w:type="dxa" w:w="1583"/>
          </w:tcPr>
          <w:p>
            <w:pPr>
              <w:spacing w:after="0"/>
              <w:jc w:val="left"/>
            </w:pPr>
            <w:r>
              <w:rPr>
                <w:sz w:val="16"/>
              </w:rPr>
              <w:t>about 1 in 41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22.5</w:t>
            </w:r>
          </w:p>
        </w:tc>
        <w:tc>
          <w:tcPr>
            <w:tcW w:type="dxa" w:w="1280"/>
          </w:tcPr>
          <w:p>
            <w:pPr>
              <w:spacing w:after="0"/>
              <w:jc w:val="left"/>
            </w:pPr>
            <w:r>
              <w:rPr>
                <w:sz w:val="16"/>
              </w:rPr>
              <w:t>days per year with a strike</w:t>
            </w:r>
          </w:p>
        </w:tc>
        <w:tc>
          <w:tcPr>
            <w:tcW w:type="dxa" w:w="1583"/>
          </w:tcPr>
          <w:p>
            <w:pPr>
              <w:spacing w:after="0"/>
              <w:jc w:val="left"/>
            </w:pPr>
            <w:r>
              <w:rPr>
                <w:sz w:val="16"/>
              </w:rPr>
              <w:t>about 22.5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0.616</w:t>
            </w:r>
          </w:p>
        </w:tc>
        <w:tc>
          <w:tcPr>
            <w:tcW w:type="dxa" w:w="1280"/>
          </w:tcPr>
          <w:p>
            <w:pPr>
              <w:spacing w:after="0"/>
              <w:jc w:val="left"/>
            </w:pPr>
            <w:r>
              <w:rPr>
                <w:sz w:val="16"/>
              </w:rPr>
              <w:t>events per year</w:t>
            </w:r>
          </w:p>
        </w:tc>
        <w:tc>
          <w:tcPr>
            <w:tcW w:type="dxa" w:w="1583"/>
          </w:tcPr>
          <w:p>
            <w:pPr>
              <w:spacing w:after="0"/>
              <w:jc w:val="left"/>
            </w:pPr>
            <w:r>
              <w:rPr>
                <w:sz w:val="16"/>
              </w:rPr>
              <w:t>about 0.62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0.00686</w:t>
            </w:r>
          </w:p>
        </w:tc>
        <w:tc>
          <w:tcPr>
            <w:tcW w:type="dxa" w:w="1280"/>
          </w:tcPr>
          <w:p>
            <w:pPr>
              <w:spacing w:after="0"/>
              <w:jc w:val="left"/>
            </w:pPr>
            <w:r>
              <w:rPr>
                <w:sz w:val="16"/>
              </w:rPr>
              <w:t>events per year</w:t>
            </w:r>
          </w:p>
        </w:tc>
        <w:tc>
          <w:tcPr>
            <w:tcW w:type="dxa" w:w="1583"/>
          </w:tcPr>
          <w:p>
            <w:pPr>
              <w:spacing w:after="0"/>
              <w:jc w:val="left"/>
            </w:pPr>
            <w:r>
              <w:rPr>
                <w:sz w:val="16"/>
              </w:rPr>
              <w:t>about 1 in 146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0.0000874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0.00874%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262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42.0</w:t>
            </w:r>
          </w:p>
        </w:tc>
        <w:tc>
          <w:tcPr>
            <w:tcW w:type="dxa" w:w="1792"/>
          </w:tcPr>
          <w:p>
            <w:pPr>
              <w:spacing w:after="0"/>
              <w:jc w:val="right"/>
            </w:pPr>
            <w:r>
              <w:rPr>
                <w:sz w:val="16"/>
              </w:rPr>
              <w:t>43.6</w:t>
            </w:r>
          </w:p>
        </w:tc>
        <w:tc>
          <w:tcPr>
            <w:tcW w:type="dxa" w:w="1708"/>
          </w:tcPr>
          <w:p>
            <w:pPr>
              <w:spacing w:after="0"/>
              <w:jc w:val="right"/>
            </w:pPr>
            <w:r>
              <w:rPr>
                <w:sz w:val="16"/>
              </w:rPr>
              <w:t>45.1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64.0</w:t>
            </w:r>
          </w:p>
        </w:tc>
        <w:tc>
          <w:tcPr>
            <w:tcW w:type="dxa" w:w="1792"/>
          </w:tcPr>
          <w:p>
            <w:pPr>
              <w:spacing w:after="0"/>
              <w:jc w:val="right"/>
            </w:pPr>
            <w:r>
              <w:rPr>
                <w:sz w:val="16"/>
              </w:rPr>
              <w:t>67.5</w:t>
            </w:r>
          </w:p>
        </w:tc>
        <w:tc>
          <w:tcPr>
            <w:tcW w:type="dxa" w:w="1708"/>
          </w:tcPr>
          <w:p>
            <w:pPr>
              <w:spacing w:after="0"/>
              <w:jc w:val="right"/>
            </w:pPr>
            <w:r>
              <w:rPr>
                <w:sz w:val="16"/>
              </w:rPr>
              <w:t>71.0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30.9</w:t>
            </w:r>
          </w:p>
        </w:tc>
        <w:tc>
          <w:tcPr>
            <w:tcW w:type="dxa" w:w="1792"/>
          </w:tcPr>
          <w:p>
            <w:pPr>
              <w:spacing w:after="0"/>
              <w:jc w:val="right"/>
            </w:pPr>
            <w:r>
              <w:rPr>
                <w:sz w:val="16"/>
              </w:rPr>
              <w:t>31.1</w:t>
            </w:r>
          </w:p>
        </w:tc>
        <w:tc>
          <w:tcPr>
            <w:tcW w:type="dxa" w:w="1708"/>
          </w:tcPr>
          <w:p>
            <w:pPr>
              <w:spacing w:after="0"/>
              <w:jc w:val="right"/>
            </w:pPr>
            <w:r>
              <w:rPr>
                <w:sz w:val="16"/>
              </w:rPr>
              <w:t>31.2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32.2</w:t>
            </w:r>
          </w:p>
        </w:tc>
        <w:tc>
          <w:tcPr>
            <w:tcW w:type="dxa" w:w="1792"/>
          </w:tcPr>
          <w:p>
            <w:pPr>
              <w:spacing w:after="0"/>
              <w:jc w:val="right"/>
            </w:pPr>
            <w:r>
              <w:rPr>
                <w:sz w:val="16"/>
              </w:rPr>
              <w:t>36.7</w:t>
            </w:r>
          </w:p>
        </w:tc>
        <w:tc>
          <w:tcPr>
            <w:tcW w:type="dxa" w:w="1708"/>
          </w:tcPr>
          <w:p>
            <w:pPr>
              <w:spacing w:after="0"/>
              <w:jc w:val="right"/>
            </w:pPr>
            <w:r>
              <w:rPr>
                <w:sz w:val="16"/>
              </w:rPr>
              <w:t>41.3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55.9</w:t>
            </w:r>
          </w:p>
        </w:tc>
        <w:tc>
          <w:tcPr>
            <w:tcW w:type="dxa" w:w="1792"/>
          </w:tcPr>
          <w:p>
            <w:pPr>
              <w:spacing w:after="0"/>
              <w:jc w:val="right"/>
            </w:pPr>
            <w:r>
              <w:rPr>
                <w:sz w:val="16"/>
              </w:rPr>
              <w:t>55.9</w:t>
            </w:r>
          </w:p>
        </w:tc>
        <w:tc>
          <w:tcPr>
            <w:tcW w:type="dxa" w:w="1708"/>
          </w:tcPr>
          <w:p>
            <w:pPr>
              <w:spacing w:after="0"/>
              <w:jc w:val="right"/>
            </w:pPr>
            <w:r>
              <w:rPr>
                <w:sz w:val="16"/>
              </w:rPr>
              <w:t>55.9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88.4</w:t>
            </w:r>
          </w:p>
        </w:tc>
        <w:tc>
          <w:tcPr>
            <w:tcW w:type="dxa" w:w="1792"/>
          </w:tcPr>
          <w:p>
            <w:pPr>
              <w:spacing w:after="0"/>
              <w:jc w:val="right"/>
            </w:pPr>
            <w:r>
              <w:rPr>
                <w:sz w:val="16"/>
              </w:rPr>
              <w:t>90.5</w:t>
            </w:r>
          </w:p>
        </w:tc>
        <w:tc>
          <w:tcPr>
            <w:tcW w:type="dxa" w:w="1708"/>
          </w:tcPr>
          <w:p>
            <w:pPr>
              <w:spacing w:after="0"/>
              <w:jc w:val="right"/>
            </w:pPr>
            <w:r>
              <w:rPr>
                <w:sz w:val="16"/>
              </w:rPr>
              <w:t>92.7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81.6</w:t>
            </w:r>
          </w:p>
        </w:tc>
        <w:tc>
          <w:tcPr>
            <w:tcW w:type="dxa" w:w="1792"/>
          </w:tcPr>
          <w:p>
            <w:pPr>
              <w:spacing w:after="0"/>
              <w:jc w:val="right"/>
            </w:pPr>
            <w:r>
              <w:rPr>
                <w:sz w:val="16"/>
              </w:rPr>
              <w:t>86.0</w:t>
            </w:r>
          </w:p>
        </w:tc>
        <w:tc>
          <w:tcPr>
            <w:tcW w:type="dxa" w:w="1708"/>
          </w:tcPr>
          <w:p>
            <w:pPr>
              <w:spacing w:after="0"/>
              <w:jc w:val="right"/>
            </w:pPr>
            <w:r>
              <w:rPr>
                <w:sz w:val="16"/>
              </w:rPr>
              <w:t>90.4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66.1</w:t>
            </w:r>
          </w:p>
        </w:tc>
        <w:tc>
          <w:tcPr>
            <w:tcW w:type="dxa" w:w="1792"/>
          </w:tcPr>
          <w:p>
            <w:pPr>
              <w:spacing w:after="0"/>
              <w:jc w:val="right"/>
            </w:pPr>
            <w:r>
              <w:rPr>
                <w:sz w:val="16"/>
              </w:rPr>
              <w:t>66.8</w:t>
            </w:r>
          </w:p>
        </w:tc>
        <w:tc>
          <w:tcPr>
            <w:tcW w:type="dxa" w:w="1708"/>
          </w:tcPr>
          <w:p>
            <w:pPr>
              <w:spacing w:after="0"/>
              <w:jc w:val="right"/>
            </w:pPr>
            <w:r>
              <w:rPr>
                <w:sz w:val="16"/>
              </w:rPr>
              <w:t>67.4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94.6</w:t>
            </w:r>
          </w:p>
        </w:tc>
        <w:tc>
          <w:tcPr>
            <w:tcW w:type="dxa" w:w="1792"/>
          </w:tcPr>
          <w:p>
            <w:pPr>
              <w:spacing w:after="0"/>
              <w:jc w:val="right"/>
            </w:pPr>
            <w:r>
              <w:rPr>
                <w:sz w:val="16"/>
              </w:rPr>
              <w:t>94.8</w:t>
            </w:r>
          </w:p>
        </w:tc>
        <w:tc>
          <w:tcPr>
            <w:tcW w:type="dxa" w:w="1708"/>
          </w:tcPr>
          <w:p>
            <w:pPr>
              <w:spacing w:after="0"/>
              <w:jc w:val="right"/>
            </w:pPr>
            <w:r>
              <w:rPr>
                <w:sz w:val="16"/>
              </w:rPr>
              <w:t>95.0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85.6</w:t>
            </w:r>
          </w:p>
        </w:tc>
        <w:tc>
          <w:tcPr>
            <w:tcW w:type="dxa" w:w="1792"/>
          </w:tcPr>
          <w:p>
            <w:pPr>
              <w:spacing w:after="0"/>
              <w:jc w:val="right"/>
            </w:pPr>
            <w:r>
              <w:rPr>
                <w:sz w:val="16"/>
              </w:rPr>
              <w:t>86.4</w:t>
            </w:r>
          </w:p>
        </w:tc>
        <w:tc>
          <w:tcPr>
            <w:tcW w:type="dxa" w:w="1708"/>
          </w:tcPr>
          <w:p>
            <w:pPr>
              <w:spacing w:after="0"/>
              <w:jc w:val="right"/>
            </w:pPr>
            <w:r>
              <w:rPr>
                <w:sz w:val="16"/>
              </w:rPr>
              <w:t>87.1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28.0</w:t>
            </w:r>
          </w:p>
        </w:tc>
        <w:tc>
          <w:tcPr>
            <w:tcW w:type="dxa" w:w="1792"/>
          </w:tcPr>
          <w:p>
            <w:pPr>
              <w:spacing w:after="0"/>
              <w:jc w:val="right"/>
            </w:pPr>
            <w:r>
              <w:rPr>
                <w:sz w:val="16"/>
              </w:rPr>
              <w:t>28.0</w:t>
            </w:r>
          </w:p>
        </w:tc>
        <w:tc>
          <w:tcPr>
            <w:tcW w:type="dxa" w:w="1708"/>
          </w:tcPr>
          <w:p>
            <w:pPr>
              <w:spacing w:after="0"/>
              <w:jc w:val="right"/>
            </w:pPr>
            <w:r>
              <w:rPr>
                <w:sz w:val="16"/>
              </w:rPr>
              <w:t>28.0</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59.4</w:t>
            </w:r>
          </w:p>
        </w:tc>
        <w:tc>
          <w:tcPr>
            <w:tcW w:type="dxa" w:w="1792"/>
          </w:tcPr>
          <w:p>
            <w:pPr>
              <w:spacing w:after="0"/>
              <w:jc w:val="right"/>
            </w:pPr>
            <w:r>
              <w:rPr>
                <w:sz w:val="16"/>
              </w:rPr>
              <w:t>65.9</w:t>
            </w:r>
          </w:p>
        </w:tc>
        <w:tc>
          <w:tcPr>
            <w:tcW w:type="dxa" w:w="1708"/>
          </w:tcPr>
          <w:p>
            <w:pPr>
              <w:spacing w:after="0"/>
              <w:jc w:val="right"/>
            </w:pPr>
            <w:r>
              <w:rPr>
                <w:sz w:val="16"/>
              </w:rPr>
              <w:t>72.5</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86.8</w:t>
            </w:r>
          </w:p>
        </w:tc>
        <w:tc>
          <w:tcPr>
            <w:tcW w:type="dxa" w:w="1792"/>
          </w:tcPr>
          <w:p>
            <w:pPr>
              <w:spacing w:after="0"/>
              <w:jc w:val="right"/>
            </w:pPr>
            <w:r>
              <w:rPr>
                <w:sz w:val="16"/>
              </w:rPr>
              <w:t>87.4</w:t>
            </w:r>
          </w:p>
        </w:tc>
        <w:tc>
          <w:tcPr>
            <w:tcW w:type="dxa" w:w="1708"/>
          </w:tcPr>
          <w:p>
            <w:pPr>
              <w:spacing w:after="0"/>
              <w:jc w:val="right"/>
            </w:pPr>
            <w:r>
              <w:rPr>
                <w:sz w:val="16"/>
              </w:rPr>
              <w:t>87.9</w:t>
            </w:r>
          </w:p>
        </w:tc>
        <w:tc>
          <w:tcPr>
            <w:tcW w:type="dxa" w:w="4380"/>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Alburgh village</w:t>
            </w:r>
          </w:p>
        </w:tc>
        <w:tc>
          <w:tcPr>
            <w:tcW w:type="dxa" w:w="932"/>
          </w:tcPr>
          <w:p>
            <w:pPr>
              <w:spacing w:after="0"/>
              <w:jc w:val="left"/>
            </w:pPr>
            <w:r>
              <w:rPr>
                <w:sz w:val="16"/>
              </w:rPr>
              <w:t>Village</w:t>
            </w:r>
          </w:p>
        </w:tc>
        <w:tc>
          <w:tcPr>
            <w:tcW w:type="dxa" w:w="3203"/>
          </w:tcPr>
          <w:p>
            <w:pPr>
              <w:spacing w:after="0"/>
              <w:jc w:val="left"/>
            </w:pPr>
            <w:r>
              <w:rPr>
                <w:sz w:val="16"/>
              </w:rPr>
              <w:t>Approved, expires 2031-01-14</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Alburgh town</w:t>
            </w:r>
          </w:p>
        </w:tc>
        <w:tc>
          <w:tcPr>
            <w:tcW w:type="dxa" w:w="932"/>
          </w:tcPr>
          <w:p>
            <w:pPr>
              <w:spacing w:after="0"/>
              <w:jc w:val="left"/>
            </w:pPr>
            <w:r>
              <w:rPr>
                <w:sz w:val="16"/>
              </w:rPr>
              <w:t>Town</w:t>
            </w:r>
          </w:p>
        </w:tc>
        <w:tc>
          <w:tcPr>
            <w:tcW w:type="dxa" w:w="3203"/>
          </w:tcPr>
          <w:p>
            <w:pPr>
              <w:spacing w:after="0"/>
              <w:jc w:val="left"/>
            </w:pPr>
            <w:r>
              <w:rPr>
                <w:sz w:val="16"/>
              </w:rPr>
              <w:t>Approved, expires 2031-01-14</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1 total; 0 since its plan</w:t>
            </w:r>
          </w:p>
        </w:tc>
      </w:tr>
      <w:tr>
        <w:trPr>
          <w:cantSplit/>
        </w:trPr>
        <w:tc>
          <w:tcPr>
            <w:tcW w:type="dxa" w:w="1797"/>
          </w:tcPr>
          <w:p>
            <w:pPr>
              <w:spacing w:after="0"/>
              <w:jc w:val="left"/>
            </w:pPr>
            <w:r>
              <w:rPr>
                <w:sz w:val="16"/>
              </w:rPr>
              <w:t>Grand Isle town</w:t>
            </w:r>
          </w:p>
        </w:tc>
        <w:tc>
          <w:tcPr>
            <w:tcW w:type="dxa" w:w="932"/>
          </w:tcPr>
          <w:p>
            <w:pPr>
              <w:spacing w:after="0"/>
              <w:jc w:val="left"/>
            </w:pPr>
            <w:r>
              <w:rPr>
                <w:sz w:val="16"/>
              </w:rPr>
              <w:t>Town</w:t>
            </w:r>
          </w:p>
        </w:tc>
        <w:tc>
          <w:tcPr>
            <w:tcW w:type="dxa" w:w="3203"/>
          </w:tcPr>
          <w:p>
            <w:pPr>
              <w:spacing w:after="0"/>
              <w:jc w:val="left"/>
            </w:pPr>
            <w:r>
              <w:rPr>
                <w:sz w:val="16"/>
              </w:rPr>
              <w:t>Approved, expires 2029-12-17</w:t>
            </w:r>
          </w:p>
        </w:tc>
        <w:tc>
          <w:tcPr>
            <w:tcW w:type="dxa" w:w="2554"/>
          </w:tcPr>
          <w:p>
            <w:pPr>
              <w:spacing w:after="0"/>
              <w:jc w:val="right"/>
            </w:pPr>
            <w:r>
              <w:rPr>
                <w:sz w:val="16"/>
              </w:rPr>
              <w:t>FMA RL 0, SRL 0; any 0</w:t>
            </w:r>
          </w:p>
        </w:tc>
        <w:tc>
          <w:tcPr>
            <w:tcW w:type="dxa" w:w="2640"/>
          </w:tcPr>
          <w:p>
            <w:pPr>
              <w:spacing w:after="0"/>
              <w:jc w:val="right"/>
            </w:pPr>
            <w:r>
              <w:rPr>
                <w:sz w:val="16"/>
              </w:rPr>
              <w:t>$109,592.61</w:t>
            </w:r>
          </w:p>
        </w:tc>
        <w:tc>
          <w:tcPr>
            <w:tcW w:type="dxa" w:w="2987"/>
          </w:tcPr>
          <w:p>
            <w:pPr>
              <w:spacing w:after="0"/>
              <w:jc w:val="right"/>
            </w:pPr>
            <w:r>
              <w:rPr>
                <w:sz w:val="16"/>
              </w:rPr>
              <w:t>16 total; 0 since its plan</w:t>
            </w:r>
          </w:p>
        </w:tc>
      </w:tr>
      <w:tr>
        <w:trPr>
          <w:cantSplit/>
        </w:trPr>
        <w:tc>
          <w:tcPr>
            <w:tcW w:type="dxa" w:w="1797"/>
          </w:tcPr>
          <w:p>
            <w:pPr>
              <w:spacing w:after="0"/>
              <w:jc w:val="left"/>
            </w:pPr>
            <w:r>
              <w:rPr>
                <w:sz w:val="16"/>
              </w:rPr>
              <w:t>Isle La Motte town</w:t>
            </w:r>
          </w:p>
        </w:tc>
        <w:tc>
          <w:tcPr>
            <w:tcW w:type="dxa" w:w="932"/>
          </w:tcPr>
          <w:p>
            <w:pPr>
              <w:spacing w:after="0"/>
              <w:jc w:val="left"/>
            </w:pPr>
            <w:r>
              <w:rPr>
                <w:sz w:val="16"/>
              </w:rPr>
              <w:t>Town</w:t>
            </w:r>
          </w:p>
        </w:tc>
        <w:tc>
          <w:tcPr>
            <w:tcW w:type="dxa" w:w="3203"/>
          </w:tcPr>
          <w:p>
            <w:pPr>
              <w:spacing w:after="0"/>
              <w:jc w:val="left"/>
            </w:pPr>
            <w:r>
              <w:rPr>
                <w:sz w:val="16"/>
              </w:rPr>
              <w:t>Approved, expires 2027-10-02</w:t>
            </w:r>
          </w:p>
        </w:tc>
        <w:tc>
          <w:tcPr>
            <w:tcW w:type="dxa" w:w="2554"/>
          </w:tcPr>
          <w:p>
            <w:pPr>
              <w:spacing w:after="0"/>
              <w:jc w:val="right"/>
            </w:pPr>
            <w:r>
              <w:rPr>
                <w:sz w:val="16"/>
              </w:rPr>
              <w:t>FMA RL 0, SRL 0; any 0</w:t>
            </w:r>
          </w:p>
        </w:tc>
        <w:tc>
          <w:tcPr>
            <w:tcW w:type="dxa" w:w="2640"/>
          </w:tcPr>
          <w:p>
            <w:pPr>
              <w:spacing w:after="0"/>
              <w:jc w:val="right"/>
            </w:pPr>
            <w:r>
              <w:rPr>
                <w:sz w:val="16"/>
              </w:rPr>
              <w:t>$363,946.75</w:t>
            </w:r>
          </w:p>
        </w:tc>
        <w:tc>
          <w:tcPr>
            <w:tcW w:type="dxa" w:w="2987"/>
          </w:tcPr>
          <w:p>
            <w:pPr>
              <w:spacing w:after="0"/>
              <w:jc w:val="right"/>
            </w:pPr>
            <w:r>
              <w:rPr>
                <w:sz w:val="16"/>
              </w:rPr>
              <w:t>5 total; 0 since its plan</w:t>
            </w:r>
          </w:p>
        </w:tc>
      </w:tr>
      <w:tr>
        <w:trPr>
          <w:cantSplit/>
        </w:trPr>
        <w:tc>
          <w:tcPr>
            <w:tcW w:type="dxa" w:w="1797"/>
          </w:tcPr>
          <w:p>
            <w:pPr>
              <w:spacing w:after="0"/>
              <w:jc w:val="left"/>
            </w:pPr>
            <w:r>
              <w:rPr>
                <w:sz w:val="16"/>
              </w:rPr>
              <w:t>North Hero town</w:t>
            </w:r>
          </w:p>
        </w:tc>
        <w:tc>
          <w:tcPr>
            <w:tcW w:type="dxa" w:w="932"/>
          </w:tcPr>
          <w:p>
            <w:pPr>
              <w:spacing w:after="0"/>
              <w:jc w:val="left"/>
            </w:pPr>
            <w:r>
              <w:rPr>
                <w:sz w:val="16"/>
              </w:rPr>
              <w:t>Town</w:t>
            </w:r>
          </w:p>
        </w:tc>
        <w:tc>
          <w:tcPr>
            <w:tcW w:type="dxa" w:w="3203"/>
          </w:tcPr>
          <w:p>
            <w:pPr>
              <w:spacing w:after="0"/>
              <w:jc w:val="left"/>
            </w:pPr>
            <w:r>
              <w:rPr>
                <w:sz w:val="16"/>
              </w:rPr>
              <w:t>Expired on 2024-10-28</w:t>
            </w:r>
          </w:p>
        </w:tc>
        <w:tc>
          <w:tcPr>
            <w:tcW w:type="dxa" w:w="2554"/>
          </w:tcPr>
          <w:p>
            <w:pPr>
              <w:spacing w:after="0"/>
              <w:jc w:val="right"/>
            </w:pPr>
            <w:r>
              <w:rPr>
                <w:sz w:val="16"/>
              </w:rPr>
              <w:t>FMA RL 0, SRL 0; any 0</w:t>
            </w:r>
          </w:p>
        </w:tc>
        <w:tc>
          <w:tcPr>
            <w:tcW w:type="dxa" w:w="2640"/>
          </w:tcPr>
          <w:p>
            <w:pPr>
              <w:spacing w:after="0"/>
              <w:jc w:val="right"/>
            </w:pPr>
            <w:r>
              <w:rPr>
                <w:sz w:val="16"/>
              </w:rPr>
              <w:t>$74,936.19</w:t>
            </w:r>
          </w:p>
        </w:tc>
        <w:tc>
          <w:tcPr>
            <w:tcW w:type="dxa" w:w="2987"/>
          </w:tcPr>
          <w:p>
            <w:pPr>
              <w:spacing w:after="0"/>
              <w:jc w:val="right"/>
            </w:pPr>
            <w:r>
              <w:rPr>
                <w:sz w:val="16"/>
              </w:rPr>
              <w:t>14 total; 0 since its plan</w:t>
            </w:r>
          </w:p>
        </w:tc>
      </w:tr>
      <w:tr>
        <w:trPr>
          <w:cantSplit/>
        </w:trPr>
        <w:tc>
          <w:tcPr>
            <w:tcW w:type="dxa" w:w="1797"/>
          </w:tcPr>
          <w:p>
            <w:pPr>
              <w:spacing w:after="0"/>
              <w:jc w:val="left"/>
            </w:pPr>
            <w:r>
              <w:rPr>
                <w:sz w:val="16"/>
              </w:rPr>
              <w:t>South Hero town</w:t>
            </w:r>
          </w:p>
        </w:tc>
        <w:tc>
          <w:tcPr>
            <w:tcW w:type="dxa" w:w="932"/>
          </w:tcPr>
          <w:p>
            <w:pPr>
              <w:spacing w:after="0"/>
              <w:jc w:val="left"/>
            </w:pPr>
            <w:r>
              <w:rPr>
                <w:sz w:val="16"/>
              </w:rPr>
              <w:t>Town</w:t>
            </w:r>
          </w:p>
        </w:tc>
        <w:tc>
          <w:tcPr>
            <w:tcW w:type="dxa" w:w="3203"/>
          </w:tcPr>
          <w:p>
            <w:pPr>
              <w:spacing w:after="0"/>
              <w:jc w:val="left"/>
            </w:pPr>
            <w:r>
              <w:rPr>
                <w:sz w:val="16"/>
              </w:rPr>
              <w:t>Expired on 2023-07-15</w:t>
            </w:r>
          </w:p>
        </w:tc>
        <w:tc>
          <w:tcPr>
            <w:tcW w:type="dxa" w:w="2554"/>
          </w:tcPr>
          <w:p>
            <w:pPr>
              <w:spacing w:after="0"/>
              <w:jc w:val="right"/>
            </w:pPr>
            <w:r>
              <w:rPr>
                <w:sz w:val="16"/>
              </w:rPr>
              <w:t>FMA RL 0, SRL 0; any 0</w:t>
            </w:r>
          </w:p>
        </w:tc>
        <w:tc>
          <w:tcPr>
            <w:tcW w:type="dxa" w:w="2640"/>
          </w:tcPr>
          <w:p>
            <w:pPr>
              <w:spacing w:after="0"/>
              <w:jc w:val="right"/>
            </w:pPr>
            <w:r>
              <w:rPr>
                <w:sz w:val="16"/>
              </w:rPr>
              <w:t>$124,419.69</w:t>
            </w:r>
          </w:p>
        </w:tc>
        <w:tc>
          <w:tcPr>
            <w:tcW w:type="dxa" w:w="2987"/>
          </w:tcPr>
          <w:p>
            <w:pPr>
              <w:spacing w:after="0"/>
              <w:jc w:val="right"/>
            </w:pPr>
            <w:r>
              <w:rPr>
                <w:sz w:val="16"/>
              </w:rPr>
              <w:t>12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9"/>
        <w:gridCol w:w="1069"/>
        <w:gridCol w:w="1204"/>
        <w:gridCol w:w="1127"/>
        <w:gridCol w:w="1127"/>
        <w:gridCol w:w="176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039"/>
          </w:tcPr>
          <w:p>
            <w:pPr>
              <w:spacing w:after="0"/>
              <w:jc w:val="right"/>
            </w:pPr>
            <w:r>
              <w:rPr>
                <w:sz w:val="16"/>
              </w:rPr>
              <w:t>$82,430</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9"/>
          </w:tcPr>
          <w:p>
            <w:pPr>
              <w:spacing w:after="0"/>
              <w:jc w:val="right"/>
            </w:pPr>
            <w:r>
              <w:rPr>
                <w:sz w:val="16"/>
              </w:rPr>
              <w:t>n/a</w:t>
            </w:r>
          </w:p>
        </w:tc>
        <w:tc>
          <w:tcPr>
            <w:tcW w:type="dxa" w:w="1069"/>
          </w:tcPr>
          <w:p>
            <w:pPr>
              <w:spacing w:after="0"/>
              <w:jc w:val="right"/>
            </w:pP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39"/>
          </w:tcPr>
          <w:p>
            <w:pPr>
              <w:spacing w:after="0"/>
              <w:jc w:val="right"/>
            </w:pPr>
            <w:r>
              <w:rPr>
                <w:sz w:val="16"/>
              </w:rPr>
              <w:t>n/a</w:t>
            </w:r>
          </w:p>
        </w:tc>
        <w:tc>
          <w:tcPr>
            <w:tcW w:type="dxa" w:w="1047"/>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1039"/>
          </w:tcPr>
          <w:p>
            <w:pPr>
              <w:spacing w:after="0"/>
              <w:jc w:val="right"/>
            </w:pPr>
            <w:r>
              <w:rPr>
                <w:sz w:val="16"/>
              </w:rPr>
              <w:t>$9,772</w:t>
            </w:r>
          </w:p>
        </w:tc>
        <w:tc>
          <w:tcPr>
            <w:tcW w:type="dxa" w:w="1069"/>
          </w:tcPr>
          <w:p>
            <w:pPr>
              <w:spacing w:after="0"/>
              <w:jc w:val="right"/>
            </w:pPr>
            <w:r>
              <w:rPr>
                <w:sz w:val="16"/>
              </w:rPr>
              <w:t>0.00334%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039"/>
          </w:tcPr>
          <w:p>
            <w:pPr>
              <w:spacing w:after="0"/>
              <w:jc w:val="right"/>
            </w:pPr>
            <w:r>
              <w:rPr>
                <w:sz w:val="16"/>
              </w:rPr>
              <w:t>$2,590</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039"/>
          </w:tcPr>
          <w:p>
            <w:pPr>
              <w:spacing w:after="0"/>
              <w:jc w:val="right"/>
            </w:pPr>
            <w:r>
              <w:rPr>
                <w:sz w:val="16"/>
              </w:rPr>
              <w:t>$34,545</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39"/>
          </w:tcPr>
          <w:p>
            <w:pPr>
              <w:spacing w:after="0"/>
              <w:jc w:val="right"/>
            </w:pPr>
            <w:r>
              <w:rPr>
                <w:sz w:val="16"/>
              </w:rPr>
              <w:t>$22,591,606</w:t>
            </w:r>
          </w:p>
        </w:tc>
        <w:tc>
          <w:tcPr>
            <w:tcW w:type="dxa" w:w="1047"/>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039"/>
          </w:tcPr>
          <w:p>
            <w:pPr>
              <w:spacing w:after="0"/>
              <w:jc w:val="right"/>
            </w:pPr>
            <w:r>
              <w:rPr>
                <w:sz w:val="16"/>
              </w:rPr>
              <w:t>$875</w:t>
            </w:r>
          </w:p>
        </w:tc>
        <w:tc>
          <w:tcPr>
            <w:tcW w:type="dxa" w:w="1069"/>
          </w:tcPr>
          <w:p>
            <w:pPr>
              <w:spacing w:after="0"/>
              <w:jc w:val="right"/>
            </w:pPr>
            <w:r>
              <w:rPr>
                <w:sz w:val="16"/>
              </w:rPr>
              <w:t>0.00112%</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39"/>
          </w:tcPr>
          <w:p>
            <w:pPr>
              <w:spacing w:after="0"/>
              <w:jc w:val="right"/>
            </w:pPr>
            <w:r>
              <w:rPr>
                <w:sz w:val="16"/>
              </w:rPr>
              <w:t>n/a</w:t>
            </w:r>
          </w:p>
        </w:tc>
        <w:tc>
          <w:tcPr>
            <w:tcW w:type="dxa" w:w="1047"/>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1039"/>
          </w:tcPr>
          <w:p>
            <w:pPr>
              <w:spacing w:after="0"/>
              <w:jc w:val="right"/>
            </w:pPr>
            <w:r>
              <w:rPr>
                <w:sz w:val="16"/>
              </w:rPr>
              <w:t>$4,998</w:t>
            </w:r>
          </w:p>
        </w:tc>
        <w:tc>
          <w:tcPr>
            <w:tcW w:type="dxa" w:w="1069"/>
          </w:tcPr>
          <w:p>
            <w:pPr>
              <w:spacing w:after="0"/>
              <w:jc w:val="right"/>
            </w:pPr>
            <w:r>
              <w:rPr>
                <w:sz w:val="16"/>
              </w:rPr>
              <w:t>0.0027%</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39"/>
          </w:tcPr>
          <w:p>
            <w:pPr>
              <w:spacing w:after="0"/>
              <w:jc w:val="right"/>
            </w:pPr>
            <w:r>
              <w:rPr>
                <w:sz w:val="16"/>
              </w:rPr>
              <w:t>$273,463</w:t>
            </w:r>
          </w:p>
        </w:tc>
        <w:tc>
          <w:tcPr>
            <w:tcW w:type="dxa" w:w="1047"/>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039"/>
          </w:tcPr>
          <w:p>
            <w:pPr>
              <w:spacing w:after="0"/>
              <w:jc w:val="right"/>
            </w:pPr>
            <w:r>
              <w:rPr>
                <w:sz w:val="16"/>
              </w:rPr>
              <w:t>$9,101</w:t>
            </w:r>
          </w:p>
        </w:tc>
        <w:tc>
          <w:tcPr>
            <w:tcW w:type="dxa" w:w="1069"/>
          </w:tcPr>
          <w:p>
            <w:pPr>
              <w:spacing w:after="0"/>
              <w:jc w:val="right"/>
            </w:pPr>
            <w:r>
              <w:rPr>
                <w:sz w:val="16"/>
              </w:rPr>
              <w:t>n/a (see note)</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39"/>
          </w:tcPr>
          <w:p>
            <w:pPr>
              <w:spacing w:after="0"/>
              <w:jc w:val="right"/>
            </w:pPr>
            <w:r>
              <w:rPr>
                <w:sz w:val="16"/>
              </w:rPr>
              <w:t>n/a</w:t>
            </w:r>
          </w:p>
        </w:tc>
        <w:tc>
          <w:tcPr>
            <w:tcW w:type="dxa" w:w="1047"/>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39"/>
          </w:tcPr>
          <w:p>
            <w:pPr>
              <w:spacing w:after="0"/>
              <w:jc w:val="right"/>
            </w:pPr>
            <w:r>
              <w:rPr>
                <w:sz w:val="16"/>
              </w:rPr>
              <w:t>$26</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39"/>
          </w:tcPr>
          <w:p>
            <w:pPr>
              <w:spacing w:after="0"/>
              <w:jc w:val="right"/>
            </w:pPr>
            <w:r>
              <w:rPr>
                <w:sz w:val="16"/>
              </w:rPr>
              <w:t>n/a</w:t>
            </w:r>
          </w:p>
        </w:tc>
        <w:tc>
          <w:tcPr>
            <w:tcW w:type="dxa" w:w="1047"/>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1039"/>
          </w:tcPr>
          <w:p>
            <w:pPr>
              <w:spacing w:after="0"/>
              <w:jc w:val="right"/>
            </w:pPr>
            <w:r>
              <w:rPr>
                <w:sz w:val="16"/>
              </w:rPr>
              <w:t>$54,192</w:t>
            </w:r>
          </w:p>
        </w:tc>
        <w:tc>
          <w:tcPr>
            <w:tcW w:type="dxa" w:w="1069"/>
          </w:tcPr>
          <w:p>
            <w:pPr>
              <w:spacing w:after="0"/>
              <w:jc w:val="right"/>
            </w:pPr>
            <w:r>
              <w:rPr>
                <w:sz w:val="16"/>
              </w:rPr>
              <w:t>0.00319%</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039"/>
          </w:tcPr>
          <w:p>
            <w:pPr>
              <w:spacing w:after="0"/>
              <w:jc w:val="right"/>
            </w:pPr>
            <w:r>
              <w:rPr>
                <w:sz w:val="16"/>
              </w:rPr>
              <w:t>$125,329</w:t>
            </w:r>
          </w:p>
        </w:tc>
        <w:tc>
          <w:tcPr>
            <w:tcW w:type="dxa" w:w="1069"/>
          </w:tcPr>
          <w:p>
            <w:pPr>
              <w:spacing w:after="0"/>
              <w:jc w:val="right"/>
            </w:pPr>
            <w:r>
              <w:rPr>
                <w:sz w:val="16"/>
              </w:rPr>
              <w:t>0.00144%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039"/>
          </w:tcPr>
          <w:p>
            <w:pPr>
              <w:spacing w:after="0"/>
              <w:jc w:val="right"/>
            </w:pPr>
            <w:r>
              <w:rPr>
                <w:sz w:val="16"/>
              </w:rPr>
              <w:t>$20,024</w:t>
            </w:r>
          </w:p>
        </w:tc>
        <w:tc>
          <w:tcPr>
            <w:tcW w:type="dxa" w:w="1069"/>
          </w:tcPr>
          <w:p>
            <w:pPr>
              <w:spacing w:after="0"/>
              <w:jc w:val="right"/>
            </w:pPr>
            <w:r>
              <w:rPr>
                <w:sz w:val="16"/>
              </w:rPr>
              <w:t>0.000525%</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39"/>
          </w:tcPr>
          <w:p>
            <w:pPr>
              <w:spacing w:after="0"/>
              <w:jc w:val="right"/>
            </w:pPr>
            <w:r>
              <w:rPr>
                <w:sz w:val="16"/>
              </w:rPr>
              <w:t>$4,979,657</w:t>
            </w:r>
          </w:p>
        </w:tc>
        <w:tc>
          <w:tcPr>
            <w:tcW w:type="dxa" w:w="1047"/>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039"/>
          </w:tcPr>
          <w:p>
            <w:pPr>
              <w:spacing w:after="0"/>
              <w:jc w:val="right"/>
            </w:pPr>
            <w:r>
              <w:rPr>
                <w:sz w:val="16"/>
              </w:rPr>
              <w:t>$261</w:t>
            </w:r>
          </w:p>
        </w:tc>
        <w:tc>
          <w:tcPr>
            <w:tcW w:type="dxa" w:w="1069"/>
          </w:tcPr>
          <w:p>
            <w:pPr>
              <w:spacing w:after="0"/>
              <w:jc w:val="right"/>
            </w:pPr>
            <w:r>
              <w:rPr>
                <w:sz w:val="16"/>
              </w:rPr>
              <w:t>0.000785%</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39"/>
          </w:tcPr>
          <w:p>
            <w:pPr>
              <w:spacing w:after="0"/>
              <w:jc w:val="right"/>
            </w:pPr>
            <w:r>
              <w:rPr>
                <w:sz w:val="16"/>
              </w:rPr>
              <w:t>$23,095,317</w:t>
            </w:r>
          </w:p>
        </w:tc>
        <w:tc>
          <w:tcPr>
            <w:tcW w:type="dxa" w:w="1047"/>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039"/>
          </w:tcPr>
          <w:p>
            <w:pPr>
              <w:spacing w:after="0"/>
              <w:jc w:val="right"/>
            </w:pPr>
            <w:r>
              <w:rPr>
                <w:sz w:val="16"/>
              </w:rPr>
              <w:t>$11,807</w:t>
            </w:r>
          </w:p>
        </w:tc>
        <w:tc>
          <w:tcPr>
            <w:tcW w:type="dxa" w:w="1069"/>
          </w:tcPr>
          <w:p>
            <w:pPr>
              <w:spacing w:after="0"/>
              <w:jc w:val="right"/>
            </w:pPr>
            <w:r>
              <w:rPr>
                <w:sz w:val="16"/>
              </w:rPr>
              <w:t>0.000696%</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79"/>
        <w:gridCol w:w="1336"/>
        <w:gridCol w:w="1200"/>
        <w:gridCol w:w="1200"/>
        <w:gridCol w:w="1200"/>
        <w:gridCol w:w="1200"/>
        <w:gridCol w:w="1200"/>
        <w:gridCol w:w="1200"/>
        <w:gridCol w:w="1336"/>
        <w:gridCol w:w="2360"/>
      </w:tblGrid>
      <w:tr>
        <w:trPr>
          <w:cantSplit/>
          <w:tblHeader/>
        </w:trPr>
        <w:tc>
          <w:tcPr>
            <w:tcW w:type="dxa" w:w="1879"/>
            <w:shd w:val="clear" w:color="auto" w:fill="E8E8E8"/>
          </w:tcPr>
          <w:p>
            <w:pPr>
              <w:spacing w:after="0"/>
              <w:jc w:val="left"/>
            </w:pPr>
            <w:r>
              <w:rPr>
                <w:b/>
                <w:sz w:val="16"/>
              </w:rPr>
              <w:t>Jurisdiction</w:t>
            </w:r>
          </w:p>
        </w:tc>
        <w:tc>
          <w:tcPr>
            <w:tcW w:type="dxa" w:w="1336"/>
            <w:shd w:val="clear" w:color="auto" w:fill="E8E8E8"/>
          </w:tcPr>
          <w:p>
            <w:pPr>
              <w:spacing w:after="0"/>
              <w:jc w:val="left"/>
            </w:pPr>
            <w:r>
              <w:rPr>
                <w:b/>
                <w:sz w:val="16"/>
              </w:rPr>
              <w:t>NFIP community ID</w:t>
            </w:r>
          </w:p>
        </w:tc>
        <w:tc>
          <w:tcPr>
            <w:tcW w:type="dxa" w:w="1200"/>
            <w:shd w:val="clear" w:color="auto" w:fill="E8E8E8"/>
          </w:tcPr>
          <w:p>
            <w:pPr>
              <w:spacing w:after="0"/>
              <w:jc w:val="right"/>
            </w:pPr>
            <w:r>
              <w:rPr>
                <w:b/>
                <w:sz w:val="16"/>
              </w:rPr>
              <w:t>RL, FMA</w:t>
            </w:r>
          </w:p>
          <w:p>
            <w:pPr>
              <w:spacing w:after="0"/>
              <w:jc w:val="right"/>
            </w:pPr>
            <w:r>
              <w:rPr>
                <w:i/>
                <w:color w:val="555555"/>
                <w:sz w:val="14"/>
              </w:rPr>
              <w:t>properties</w:t>
            </w:r>
          </w:p>
        </w:tc>
        <w:tc>
          <w:tcPr>
            <w:tcW w:type="dxa" w:w="1200"/>
            <w:shd w:val="clear" w:color="auto" w:fill="E8E8E8"/>
          </w:tcPr>
          <w:p>
            <w:pPr>
              <w:spacing w:after="0"/>
              <w:jc w:val="right"/>
            </w:pPr>
            <w:r>
              <w:rPr>
                <w:b/>
                <w:sz w:val="16"/>
              </w:rPr>
              <w:t>SRL, FMA</w:t>
            </w:r>
          </w:p>
          <w:p>
            <w:pPr>
              <w:spacing w:after="0"/>
              <w:jc w:val="right"/>
            </w:pPr>
            <w:r>
              <w:rPr>
                <w:i/>
                <w:color w:val="555555"/>
                <w:sz w:val="14"/>
              </w:rPr>
              <w:t>properties</w:t>
            </w:r>
          </w:p>
        </w:tc>
        <w:tc>
          <w:tcPr>
            <w:tcW w:type="dxa" w:w="1200"/>
            <w:shd w:val="clear" w:color="auto" w:fill="E8E8E8"/>
          </w:tcPr>
          <w:p>
            <w:pPr>
              <w:spacing w:after="0"/>
              <w:jc w:val="right"/>
            </w:pPr>
            <w:r>
              <w:rPr>
                <w:b/>
                <w:sz w:val="16"/>
              </w:rPr>
              <w:t>RL, NFIP</w:t>
            </w:r>
          </w:p>
          <w:p>
            <w:pPr>
              <w:spacing w:after="0"/>
              <w:jc w:val="right"/>
            </w:pPr>
            <w:r>
              <w:rPr>
                <w:i/>
                <w:color w:val="555555"/>
                <w:sz w:val="14"/>
              </w:rPr>
              <w:t>properties</w:t>
            </w:r>
          </w:p>
        </w:tc>
        <w:tc>
          <w:tcPr>
            <w:tcW w:type="dxa" w:w="1200"/>
            <w:shd w:val="clear" w:color="auto" w:fill="E8E8E8"/>
          </w:tcPr>
          <w:p>
            <w:pPr>
              <w:spacing w:after="0"/>
              <w:jc w:val="right"/>
            </w:pPr>
            <w:r>
              <w:rPr>
                <w:b/>
                <w:sz w:val="16"/>
              </w:rPr>
              <w:t>SRL, NFIP</w:t>
            </w:r>
          </w:p>
          <w:p>
            <w:pPr>
              <w:spacing w:after="0"/>
              <w:jc w:val="right"/>
            </w:pPr>
            <w:r>
              <w:rPr>
                <w:i/>
                <w:color w:val="555555"/>
                <w:sz w:val="14"/>
              </w:rPr>
              <w:t>properties</w:t>
            </w:r>
          </w:p>
        </w:tc>
        <w:tc>
          <w:tcPr>
            <w:tcW w:type="dxa" w:w="12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0"/>
            <w:shd w:val="clear" w:color="auto" w:fill="E8E8E8"/>
          </w:tcPr>
          <w:p>
            <w:pPr>
              <w:spacing w:after="0"/>
              <w:jc w:val="right"/>
            </w:pPr>
            <w:r>
              <w:rPr>
                <w:b/>
                <w:sz w:val="16"/>
              </w:rPr>
              <w:t>Mitigated</w:t>
            </w:r>
          </w:p>
          <w:p>
            <w:pPr>
              <w:spacing w:after="0"/>
              <w:jc w:val="right"/>
            </w:pPr>
            <w:r>
              <w:rPr>
                <w:i/>
                <w:color w:val="555555"/>
                <w:sz w:val="14"/>
              </w:rPr>
              <w:t>properties</w:t>
            </w:r>
          </w:p>
        </w:tc>
        <w:tc>
          <w:tcPr>
            <w:tcW w:type="dxa" w:w="13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60"/>
            <w:shd w:val="clear" w:color="auto" w:fill="E8E8E8"/>
          </w:tcPr>
          <w:p>
            <w:pPr>
              <w:spacing w:after="0"/>
              <w:jc w:val="left"/>
            </w:pPr>
            <w:r>
              <w:rPr>
                <w:b/>
                <w:sz w:val="16"/>
              </w:rPr>
              <w:t>Note</w:t>
            </w:r>
          </w:p>
        </w:tc>
      </w:tr>
      <w:tr>
        <w:trPr>
          <w:cantSplit/>
        </w:trPr>
        <w:tc>
          <w:tcPr>
            <w:tcW w:type="dxa" w:w="1879"/>
          </w:tcPr>
          <w:p>
            <w:pPr>
              <w:spacing w:after="0"/>
              <w:jc w:val="left"/>
            </w:pPr>
            <w:r>
              <w:rPr>
                <w:sz w:val="16"/>
              </w:rPr>
              <w:t>Alburgh village</w:t>
            </w:r>
          </w:p>
        </w:tc>
        <w:tc>
          <w:tcPr>
            <w:tcW w:type="dxa" w:w="1336"/>
          </w:tcPr>
          <w:p>
            <w:pPr>
              <w:spacing w:after="0"/>
              <w:jc w:val="left"/>
            </w:pPr>
            <w:r>
              <w:rPr>
                <w:sz w:val="16"/>
              </w:rPr>
              <w:t>500221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Alburgh town</w:t>
            </w:r>
          </w:p>
        </w:tc>
        <w:tc>
          <w:tcPr>
            <w:tcW w:type="dxa" w:w="1336"/>
          </w:tcPr>
          <w:p>
            <w:pPr>
              <w:spacing w:after="0"/>
              <w:jc w:val="left"/>
            </w:pPr>
            <w:r>
              <w:rPr>
                <w:sz w:val="16"/>
              </w:rPr>
              <w:t>500221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Grand Isle town</w:t>
            </w:r>
          </w:p>
        </w:tc>
        <w:tc>
          <w:tcPr>
            <w:tcW w:type="dxa" w:w="1336"/>
          </w:tcPr>
          <w:p>
            <w:pPr>
              <w:spacing w:after="0"/>
              <w:jc w:val="left"/>
            </w:pPr>
            <w:r>
              <w:rPr>
                <w:sz w:val="16"/>
              </w:rPr>
              <w:t>500223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Isle La Motte town</w:t>
            </w:r>
          </w:p>
        </w:tc>
        <w:tc>
          <w:tcPr>
            <w:tcW w:type="dxa" w:w="1336"/>
          </w:tcPr>
          <w:p>
            <w:pPr>
              <w:spacing w:after="0"/>
              <w:jc w:val="left"/>
            </w:pPr>
            <w:r>
              <w:rPr>
                <w:sz w:val="16"/>
              </w:rPr>
              <w:t>500224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North Hero town</w:t>
            </w:r>
          </w:p>
        </w:tc>
        <w:tc>
          <w:tcPr>
            <w:tcW w:type="dxa" w:w="1336"/>
          </w:tcPr>
          <w:p>
            <w:pPr>
              <w:spacing w:after="0"/>
              <w:jc w:val="left"/>
            </w:pPr>
            <w:r>
              <w:rPr>
                <w:sz w:val="16"/>
              </w:rPr>
              <w:t>500225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South Hero town</w:t>
            </w:r>
          </w:p>
        </w:tc>
        <w:tc>
          <w:tcPr>
            <w:tcW w:type="dxa" w:w="1336"/>
          </w:tcPr>
          <w:p>
            <w:pPr>
              <w:spacing w:after="0"/>
              <w:jc w:val="left"/>
            </w:pPr>
            <w:r>
              <w:rPr>
                <w:sz w:val="16"/>
              </w:rPr>
              <w:t>500226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Grand Isle County, VT: risk-assessment baseline packet, release 2026-10 (data as of 2026-09-30; County FIPS 50013). Automated baseline. </w:t>
      </w:r>
      <w:hyperlink r:id="rId16">
        <w:r>
          <w:rPr>
            <w:color w:val="1F4E99"/>
            <w:sz w:val="17"/>
            <w:u w:val="single"/>
          </w:rPr>
          <w:t>https://hazardplain.org/vt/50013/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Isle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Isle County, VT: Risk-assessment baseline packet</dc:title>
  <dc:subject>Hazard Plain release 2026-10, as of 2026-09-30. Automated baseline</dc:subject>
  <dc:creator>Hazard Plain</dc:creator>
  <cp:keywords>Hazard Plain; hazard mitigation; risk assessment; 50013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