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Richford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5001159125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2024-08-08</w:t>
            </w:r>
          </w:p>
        </w:tc>
        <w:tc>
          <w:tcPr>
            <w:tcW w:type="dxa" w:w="1172"/>
          </w:tcPr>
          <w:p>
            <w:pPr>
              <w:spacing w:after="0"/>
              <w:jc w:val="left"/>
            </w:pPr>
            <w:r>
              <w:rPr>
                <w:sz w:val="16"/>
              </w:rPr>
              <w:t>2024-08-08</w:t>
            </w:r>
          </w:p>
        </w:tc>
        <w:tc>
          <w:tcPr>
            <w:tcW w:type="dxa" w:w="1172"/>
          </w:tcPr>
          <w:p>
            <w:pPr>
              <w:spacing w:after="0"/>
              <w:jc w:val="left"/>
            </w:pPr>
            <w:r>
              <w:rPr>
                <w:sz w:val="16"/>
              </w:rPr>
              <w:t>EM-3609-VT</w:t>
            </w:r>
          </w:p>
        </w:tc>
        <w:tc>
          <w:tcPr>
            <w:tcW w:type="dxa" w:w="1575"/>
          </w:tcPr>
          <w:p>
            <w:pPr>
              <w:spacing w:after="0"/>
              <w:jc w:val="left"/>
            </w:pPr>
            <w:r>
              <w:rPr>
                <w:sz w:val="16"/>
              </w:rPr>
              <w:t>Emergency</w:t>
            </w:r>
          </w:p>
        </w:tc>
        <w:tc>
          <w:tcPr>
            <w:tcW w:type="dxa" w:w="2786"/>
          </w:tcPr>
          <w:p>
            <w:pPr>
              <w:spacing w:after="0"/>
              <w:jc w:val="left"/>
            </w:pPr>
            <w:r>
              <w:rPr>
                <w:sz w:val="16"/>
              </w:rPr>
              <w:t>TROPICAL DEPRESSION DEBBY</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2024-04-19</w:t>
            </w:r>
          </w:p>
        </w:tc>
        <w:tc>
          <w:tcPr>
            <w:tcW w:type="dxa" w:w="1172"/>
          </w:tcPr>
          <w:p>
            <w:pPr>
              <w:spacing w:after="0"/>
              <w:jc w:val="left"/>
            </w:pPr>
            <w:r>
              <w:rPr>
                <w:sz w:val="16"/>
              </w:rPr>
              <w:t>2024-01-09</w:t>
            </w:r>
          </w:p>
        </w:tc>
        <w:tc>
          <w:tcPr>
            <w:tcW w:type="dxa" w:w="1172"/>
          </w:tcPr>
          <w:p>
            <w:pPr>
              <w:spacing w:after="0"/>
              <w:jc w:val="left"/>
            </w:pPr>
            <w:r>
              <w:rPr>
                <w:sz w:val="16"/>
              </w:rPr>
              <w:t>DR-4770-VT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$46,872.87</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2023-07-14</w:t>
            </w:r>
          </w:p>
        </w:tc>
        <w:tc>
          <w:tcPr>
            <w:tcW w:type="dxa" w:w="1172"/>
          </w:tcPr>
          <w:p>
            <w:pPr>
              <w:spacing w:after="0"/>
              <w:jc w:val="left"/>
            </w:pPr>
            <w:r>
              <w:rPr>
                <w:sz w:val="16"/>
              </w:rPr>
              <w:t>2023-07-07</w:t>
            </w:r>
          </w:p>
        </w:tc>
        <w:tc>
          <w:tcPr>
            <w:tcW w:type="dxa" w:w="1172"/>
          </w:tcPr>
          <w:p>
            <w:pPr>
              <w:spacing w:after="0"/>
              <w:jc w:val="left"/>
            </w:pPr>
            <w:r>
              <w:rPr>
                <w:sz w:val="16"/>
              </w:rPr>
              <w:t>DR-4720-VT</w:t>
            </w:r>
          </w:p>
        </w:tc>
        <w:tc>
          <w:tcPr>
            <w:tcW w:type="dxa" w:w="1575"/>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$28,308.46</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2023-07-10</w:t>
            </w:r>
          </w:p>
        </w:tc>
        <w:tc>
          <w:tcPr>
            <w:tcW w:type="dxa" w:w="1172"/>
          </w:tcPr>
          <w:p>
            <w:pPr>
              <w:spacing w:after="0"/>
              <w:jc w:val="left"/>
            </w:pPr>
            <w:r>
              <w:rPr>
                <w:sz w:val="16"/>
              </w:rPr>
              <w:t>2023-07-09</w:t>
            </w:r>
          </w:p>
        </w:tc>
        <w:tc>
          <w:tcPr>
            <w:tcW w:type="dxa" w:w="1172"/>
          </w:tcPr>
          <w:p>
            <w:pPr>
              <w:spacing w:after="0"/>
              <w:jc w:val="left"/>
            </w:pPr>
            <w:r>
              <w:rPr>
                <w:sz w:val="16"/>
              </w:rPr>
              <w:t>EM-3595-VT</w:t>
            </w:r>
          </w:p>
        </w:tc>
        <w:tc>
          <w:tcPr>
            <w:tcW w:type="dxa" w:w="1575"/>
          </w:tcPr>
          <w:p>
            <w:pPr>
              <w:spacing w:after="0"/>
              <w:jc w:val="left"/>
            </w:pPr>
            <w:r>
              <w:rPr>
                <w:sz w:val="16"/>
              </w:rPr>
              <w:t>Emergency</w:t>
            </w:r>
          </w:p>
        </w:tc>
        <w:tc>
          <w:tcPr>
            <w:tcW w:type="dxa" w:w="2786"/>
          </w:tcPr>
          <w:p>
            <w:pPr>
              <w:spacing w:after="0"/>
              <w:jc w:val="left"/>
            </w:pPr>
            <w:r>
              <w:rPr>
                <w:sz w:val="16"/>
              </w:rPr>
              <w:t>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2"/>
          </w:tcPr>
          <w:p>
            <w:pPr>
              <w:spacing w:after="0"/>
              <w:jc w:val="left"/>
            </w:pPr>
            <w:r>
              <w:rPr>
                <w:sz w:val="16"/>
              </w:rPr>
              <w:t>2023-03-20</w:t>
            </w:r>
          </w:p>
        </w:tc>
        <w:tc>
          <w:tcPr>
            <w:tcW w:type="dxa" w:w="1172"/>
          </w:tcPr>
          <w:p>
            <w:pPr>
              <w:spacing w:after="0"/>
              <w:jc w:val="left"/>
            </w:pPr>
            <w:r>
              <w:rPr>
                <w:sz w:val="16"/>
              </w:rPr>
              <w:t>2022-12-22</w:t>
            </w:r>
          </w:p>
        </w:tc>
        <w:tc>
          <w:tcPr>
            <w:tcW w:type="dxa" w:w="1172"/>
          </w:tcPr>
          <w:p>
            <w:pPr>
              <w:spacing w:after="0"/>
              <w:jc w:val="left"/>
            </w:pPr>
            <w:r>
              <w:rPr>
                <w:sz w:val="16"/>
              </w:rPr>
              <w:t>DR-4695-VT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$138,589.71</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2021-08-22</w:t>
            </w:r>
          </w:p>
        </w:tc>
        <w:tc>
          <w:tcPr>
            <w:tcW w:type="dxa" w:w="1172"/>
          </w:tcPr>
          <w:p>
            <w:pPr>
              <w:spacing w:after="0"/>
              <w:jc w:val="left"/>
            </w:pPr>
            <w:r>
              <w:rPr>
                <w:sz w:val="16"/>
              </w:rPr>
              <w:t>2021-08-22</w:t>
            </w:r>
          </w:p>
        </w:tc>
        <w:tc>
          <w:tcPr>
            <w:tcW w:type="dxa" w:w="1172"/>
          </w:tcPr>
          <w:p>
            <w:pPr>
              <w:spacing w:after="0"/>
              <w:jc w:val="left"/>
            </w:pPr>
            <w:r>
              <w:rPr>
                <w:sz w:val="16"/>
              </w:rPr>
              <w:t>EM-3567-VT</w:t>
            </w:r>
          </w:p>
        </w:tc>
        <w:tc>
          <w:tcPr>
            <w:tcW w:type="dxa" w:w="1575"/>
          </w:tcPr>
          <w:p>
            <w:pPr>
              <w:spacing w:after="0"/>
              <w:jc w:val="left"/>
            </w:pPr>
            <w:r>
              <w:rPr>
                <w:sz w:val="16"/>
              </w:rPr>
              <w:t>Emergency</w:t>
            </w:r>
          </w:p>
        </w:tc>
        <w:tc>
          <w:tcPr>
            <w:tcW w:type="dxa" w:w="2786"/>
          </w:tcPr>
          <w:p>
            <w:pPr>
              <w:spacing w:after="0"/>
              <w:jc w:val="left"/>
            </w:pPr>
            <w:r>
              <w:rPr>
                <w:sz w:val="16"/>
              </w:rPr>
              <w:t>TROPICAL STORM HENRI</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2020-04-08</w:t>
            </w:r>
          </w:p>
        </w:tc>
        <w:tc>
          <w:tcPr>
            <w:tcW w:type="dxa" w:w="1172"/>
          </w:tcPr>
          <w:p>
            <w:pPr>
              <w:spacing w:after="0"/>
              <w:jc w:val="left"/>
            </w:pPr>
            <w:r>
              <w:rPr>
                <w:sz w:val="16"/>
              </w:rPr>
              <w:t>2020-01-20</w:t>
            </w:r>
          </w:p>
        </w:tc>
        <w:tc>
          <w:tcPr>
            <w:tcW w:type="dxa" w:w="1172"/>
          </w:tcPr>
          <w:p>
            <w:pPr>
              <w:spacing w:after="0"/>
              <w:jc w:val="left"/>
            </w:pPr>
            <w:r>
              <w:rPr>
                <w:sz w:val="16"/>
              </w:rPr>
              <w:t>DR-4532-VT</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$422,403.22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EM-3437-VT</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DR-4532</w:t>
            </w:r>
          </w:p>
        </w:tc>
      </w:tr>
      <w:tr>
        <w:trPr>
          <w:cantSplit/>
        </w:trPr>
        <w:tc>
          <w:tcPr>
            <w:tcW w:type="dxa" w:w="1172"/>
          </w:tcPr>
          <w:p>
            <w:pPr>
              <w:spacing w:after="0"/>
              <w:jc w:val="left"/>
            </w:pPr>
            <w:r>
              <w:rPr>
                <w:sz w:val="16"/>
              </w:rPr>
              <w:t>2020-01-17</w:t>
            </w:r>
          </w:p>
        </w:tc>
        <w:tc>
          <w:tcPr>
            <w:tcW w:type="dxa" w:w="1172"/>
          </w:tcPr>
          <w:p>
            <w:pPr>
              <w:spacing w:after="0"/>
              <w:jc w:val="left"/>
            </w:pPr>
            <w:r>
              <w:rPr>
                <w:sz w:val="16"/>
              </w:rPr>
              <w:t>2019-10-31</w:t>
            </w:r>
          </w:p>
        </w:tc>
        <w:tc>
          <w:tcPr>
            <w:tcW w:type="dxa" w:w="1172"/>
          </w:tcPr>
          <w:p>
            <w:pPr>
              <w:spacing w:after="0"/>
              <w:jc w:val="left"/>
            </w:pPr>
            <w:r>
              <w:rPr>
                <w:sz w:val="16"/>
              </w:rPr>
              <w:t>DR-4474-VT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$3,813,439.82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DR-4356-VT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$149,230.33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2015-02-03</w:t>
            </w:r>
          </w:p>
        </w:tc>
        <w:tc>
          <w:tcPr>
            <w:tcW w:type="dxa" w:w="1172"/>
          </w:tcPr>
          <w:p>
            <w:pPr>
              <w:spacing w:after="0"/>
              <w:jc w:val="left"/>
            </w:pPr>
            <w:r>
              <w:rPr>
                <w:sz w:val="16"/>
              </w:rPr>
              <w:t>2014-12-09</w:t>
            </w:r>
          </w:p>
        </w:tc>
        <w:tc>
          <w:tcPr>
            <w:tcW w:type="dxa" w:w="1172"/>
          </w:tcPr>
          <w:p>
            <w:pPr>
              <w:spacing w:after="0"/>
              <w:jc w:val="left"/>
            </w:pPr>
            <w:r>
              <w:rPr>
                <w:sz w:val="16"/>
              </w:rPr>
              <w:t>DR-4207-VT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2014-06-11</w:t>
            </w:r>
          </w:p>
        </w:tc>
        <w:tc>
          <w:tcPr>
            <w:tcW w:type="dxa" w:w="1172"/>
          </w:tcPr>
          <w:p>
            <w:pPr>
              <w:spacing w:after="0"/>
              <w:jc w:val="left"/>
            </w:pPr>
            <w:r>
              <w:rPr>
                <w:sz w:val="16"/>
              </w:rPr>
              <w:t>2014-04-15</w:t>
            </w:r>
          </w:p>
        </w:tc>
        <w:tc>
          <w:tcPr>
            <w:tcW w:type="dxa" w:w="1172"/>
          </w:tcPr>
          <w:p>
            <w:pPr>
              <w:spacing w:after="0"/>
              <w:jc w:val="left"/>
            </w:pPr>
            <w:r>
              <w:rPr>
                <w:sz w:val="16"/>
              </w:rPr>
              <w:t>DR-4178-VT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$113,227.23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2014-01-29</w:t>
            </w:r>
          </w:p>
        </w:tc>
        <w:tc>
          <w:tcPr>
            <w:tcW w:type="dxa" w:w="1172"/>
          </w:tcPr>
          <w:p>
            <w:pPr>
              <w:spacing w:after="0"/>
              <w:jc w:val="left"/>
            </w:pPr>
            <w:r>
              <w:rPr>
                <w:sz w:val="16"/>
              </w:rPr>
              <w:t>2013-12-20</w:t>
            </w:r>
          </w:p>
        </w:tc>
        <w:tc>
          <w:tcPr>
            <w:tcW w:type="dxa" w:w="1172"/>
          </w:tcPr>
          <w:p>
            <w:pPr>
              <w:spacing w:after="0"/>
              <w:jc w:val="left"/>
            </w:pPr>
            <w:r>
              <w:rPr>
                <w:sz w:val="16"/>
              </w:rPr>
              <w:t>DR-4163-VT</w:t>
            </w:r>
          </w:p>
        </w:tc>
        <w:tc>
          <w:tcPr>
            <w:tcW w:type="dxa" w:w="1575"/>
          </w:tcPr>
          <w:p>
            <w:pPr>
              <w:spacing w:after="0"/>
              <w:jc w:val="left"/>
            </w:pPr>
            <w:r>
              <w:rPr>
                <w:sz w:val="16"/>
              </w:rPr>
              <w:t>Major disaster</w:t>
            </w:r>
          </w:p>
        </w:tc>
        <w:tc>
          <w:tcPr>
            <w:tcW w:type="dxa" w:w="2786"/>
          </w:tcPr>
          <w:p>
            <w:pPr>
              <w:spacing w:after="0"/>
              <w:jc w:val="left"/>
            </w:pPr>
            <w:r>
              <w:rPr>
                <w:sz w:val="16"/>
              </w:rPr>
              <w:t>SEVERE WINTER STORMS</w:t>
            </w:r>
          </w:p>
        </w:tc>
        <w:tc>
          <w:tcPr>
            <w:tcW w:type="dxa" w:w="2776"/>
          </w:tcPr>
          <w:p>
            <w:pPr>
              <w:spacing w:after="0"/>
              <w:jc w:val="left"/>
            </w:pPr>
            <w:r>
              <w:rPr>
                <w:sz w:val="16"/>
              </w:rPr>
              <w:t>Ice Storm</w:t>
            </w:r>
          </w:p>
        </w:tc>
        <w:tc>
          <w:tcPr>
            <w:tcW w:type="dxa" w:w="1616"/>
          </w:tcPr>
          <w:p>
            <w:pPr>
              <w:spacing w:after="0"/>
              <w:jc w:val="right"/>
            </w:pPr>
            <w:r>
              <w:rPr>
                <w:sz w:val="16"/>
              </w:rPr>
              <w:t>$855,920.22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2011-11-08</w:t>
            </w:r>
          </w:p>
        </w:tc>
        <w:tc>
          <w:tcPr>
            <w:tcW w:type="dxa" w:w="1172"/>
          </w:tcPr>
          <w:p>
            <w:pPr>
              <w:spacing w:after="0"/>
              <w:jc w:val="left"/>
            </w:pPr>
            <w:r>
              <w:rPr>
                <w:sz w:val="16"/>
              </w:rPr>
              <w:t>2011-05-20</w:t>
            </w:r>
          </w:p>
        </w:tc>
        <w:tc>
          <w:tcPr>
            <w:tcW w:type="dxa" w:w="1172"/>
          </w:tcPr>
          <w:p>
            <w:pPr>
              <w:spacing w:after="0"/>
              <w:jc w:val="left"/>
            </w:pPr>
            <w:r>
              <w:rPr>
                <w:sz w:val="16"/>
              </w:rPr>
              <w:t>DR-4043-VT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$600,020.21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2011-09-01</w:t>
            </w:r>
          </w:p>
        </w:tc>
        <w:tc>
          <w:tcPr>
            <w:tcW w:type="dxa" w:w="1172"/>
          </w:tcPr>
          <w:p>
            <w:pPr>
              <w:spacing w:after="0"/>
              <w:jc w:val="left"/>
            </w:pPr>
            <w:r>
              <w:rPr>
                <w:sz w:val="16"/>
              </w:rPr>
              <w:t>2011-08-27</w:t>
            </w:r>
          </w:p>
        </w:tc>
        <w:tc>
          <w:tcPr>
            <w:tcW w:type="dxa" w:w="1172"/>
          </w:tcPr>
          <w:p>
            <w:pPr>
              <w:spacing w:after="0"/>
              <w:jc w:val="left"/>
            </w:pPr>
            <w:r>
              <w:rPr>
                <w:sz w:val="16"/>
              </w:rPr>
              <w:t>DR-4022-VT</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$300,874.19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2011-08-29</w:t>
            </w:r>
          </w:p>
        </w:tc>
        <w:tc>
          <w:tcPr>
            <w:tcW w:type="dxa" w:w="1172"/>
          </w:tcPr>
          <w:p>
            <w:pPr>
              <w:spacing w:after="0"/>
              <w:jc w:val="left"/>
            </w:pPr>
            <w:r>
              <w:rPr>
                <w:sz w:val="16"/>
              </w:rPr>
              <w:t>2011-08-26</w:t>
            </w:r>
          </w:p>
        </w:tc>
        <w:tc>
          <w:tcPr>
            <w:tcW w:type="dxa" w:w="1172"/>
          </w:tcPr>
          <w:p>
            <w:pPr>
              <w:spacing w:after="0"/>
              <w:jc w:val="left"/>
            </w:pPr>
            <w:r>
              <w:rPr>
                <w:sz w:val="16"/>
              </w:rPr>
              <w:t>EM-3338-VT</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DR-4022</w:t>
            </w:r>
          </w:p>
        </w:tc>
      </w:tr>
      <w:tr>
        <w:trPr>
          <w:cantSplit/>
        </w:trPr>
        <w:tc>
          <w:tcPr>
            <w:tcW w:type="dxa" w:w="1172"/>
          </w:tcPr>
          <w:p>
            <w:pPr>
              <w:spacing w:after="0"/>
              <w:jc w:val="left"/>
            </w:pPr>
            <w:r>
              <w:rPr>
                <w:sz w:val="16"/>
              </w:rPr>
              <w:t>2011-06-15</w:t>
            </w:r>
          </w:p>
        </w:tc>
        <w:tc>
          <w:tcPr>
            <w:tcW w:type="dxa" w:w="1172"/>
          </w:tcPr>
          <w:p>
            <w:pPr>
              <w:spacing w:after="0"/>
              <w:jc w:val="left"/>
            </w:pPr>
            <w:r>
              <w:rPr>
                <w:sz w:val="16"/>
              </w:rPr>
              <w:t>2011-04-23</w:t>
            </w:r>
          </w:p>
        </w:tc>
        <w:tc>
          <w:tcPr>
            <w:tcW w:type="dxa" w:w="1172"/>
          </w:tcPr>
          <w:p>
            <w:pPr>
              <w:spacing w:after="0"/>
              <w:jc w:val="left"/>
            </w:pPr>
            <w:r>
              <w:rPr>
                <w:sz w:val="16"/>
              </w:rPr>
              <w:t>DR-1995-VT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$290,862.31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2010-12-22</w:t>
            </w:r>
          </w:p>
        </w:tc>
        <w:tc>
          <w:tcPr>
            <w:tcW w:type="dxa" w:w="1172"/>
          </w:tcPr>
          <w:p>
            <w:pPr>
              <w:spacing w:after="0"/>
              <w:jc w:val="left"/>
            </w:pPr>
            <w:r>
              <w:rPr>
                <w:sz w:val="16"/>
              </w:rPr>
              <w:t>2010-12-01</w:t>
            </w:r>
          </w:p>
        </w:tc>
        <w:tc>
          <w:tcPr>
            <w:tcW w:type="dxa" w:w="1172"/>
          </w:tcPr>
          <w:p>
            <w:pPr>
              <w:spacing w:after="0"/>
              <w:jc w:val="left"/>
            </w:pPr>
            <w:r>
              <w:rPr>
                <w:sz w:val="16"/>
              </w:rPr>
              <w:t>DR-1951-VT</w:t>
            </w:r>
          </w:p>
        </w:tc>
        <w:tc>
          <w:tcPr>
            <w:tcW w:type="dxa" w:w="1575"/>
          </w:tcPr>
          <w:p>
            <w:pPr>
              <w:spacing w:after="0"/>
              <w:jc w:val="left"/>
            </w:pPr>
            <w:r>
              <w:rPr>
                <w:sz w:val="16"/>
              </w:rPr>
              <w:t>Major disaster</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$137,511.92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2008-07-15</w:t>
            </w:r>
          </w:p>
        </w:tc>
        <w:tc>
          <w:tcPr>
            <w:tcW w:type="dxa" w:w="1172"/>
          </w:tcPr>
          <w:p>
            <w:pPr>
              <w:spacing w:after="0"/>
              <w:jc w:val="left"/>
            </w:pPr>
            <w:r>
              <w:rPr>
                <w:sz w:val="16"/>
              </w:rPr>
              <w:t>2008-06-14</w:t>
            </w:r>
          </w:p>
        </w:tc>
        <w:tc>
          <w:tcPr>
            <w:tcW w:type="dxa" w:w="1172"/>
          </w:tcPr>
          <w:p>
            <w:pPr>
              <w:spacing w:after="0"/>
              <w:jc w:val="left"/>
            </w:pPr>
            <w:r>
              <w:rPr>
                <w:sz w:val="16"/>
              </w:rPr>
              <w:t>DR-1778-VT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$245,053.41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2004-09-23</w:t>
            </w:r>
          </w:p>
        </w:tc>
        <w:tc>
          <w:tcPr>
            <w:tcW w:type="dxa" w:w="1172"/>
          </w:tcPr>
          <w:p>
            <w:pPr>
              <w:spacing w:after="0"/>
              <w:jc w:val="left"/>
            </w:pPr>
            <w:r>
              <w:rPr>
                <w:sz w:val="16"/>
              </w:rPr>
              <w:t>2004-08-12</w:t>
            </w:r>
          </w:p>
        </w:tc>
        <w:tc>
          <w:tcPr>
            <w:tcW w:type="dxa" w:w="1172"/>
          </w:tcPr>
          <w:p>
            <w:pPr>
              <w:spacing w:after="0"/>
              <w:jc w:val="left"/>
            </w:pPr>
            <w:r>
              <w:rPr>
                <w:sz w:val="16"/>
              </w:rPr>
              <w:t>DR-1559-VT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$500,264.23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2002-07-12</w:t>
            </w:r>
          </w:p>
        </w:tc>
        <w:tc>
          <w:tcPr>
            <w:tcW w:type="dxa" w:w="1172"/>
          </w:tcPr>
          <w:p>
            <w:pPr>
              <w:spacing w:after="0"/>
              <w:jc w:val="left"/>
            </w:pPr>
            <w:r>
              <w:rPr>
                <w:sz w:val="16"/>
              </w:rPr>
              <w:t>2002-06-05</w:t>
            </w:r>
          </w:p>
        </w:tc>
        <w:tc>
          <w:tcPr>
            <w:tcW w:type="dxa" w:w="1172"/>
          </w:tcPr>
          <w:p>
            <w:pPr>
              <w:spacing w:after="0"/>
              <w:jc w:val="left"/>
            </w:pPr>
            <w:r>
              <w:rPr>
                <w:sz w:val="16"/>
              </w:rPr>
              <w:t>DR-1428-VT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$276,540.43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1998-06-30</w:t>
            </w:r>
          </w:p>
        </w:tc>
        <w:tc>
          <w:tcPr>
            <w:tcW w:type="dxa" w:w="1172"/>
          </w:tcPr>
          <w:p>
            <w:pPr>
              <w:spacing w:after="0"/>
              <w:jc w:val="left"/>
            </w:pPr>
            <w:r>
              <w:rPr>
                <w:sz w:val="16"/>
              </w:rPr>
              <w:t>1998-06-17</w:t>
            </w:r>
          </w:p>
        </w:tc>
        <w:tc>
          <w:tcPr>
            <w:tcW w:type="dxa" w:w="1172"/>
          </w:tcPr>
          <w:p>
            <w:pPr>
              <w:spacing w:after="0"/>
              <w:jc w:val="left"/>
            </w:pPr>
            <w:r>
              <w:rPr>
                <w:sz w:val="16"/>
              </w:rPr>
              <w:t>DR-1228-VT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1998-01-06</w:t>
            </w:r>
          </w:p>
        </w:tc>
        <w:tc>
          <w:tcPr>
            <w:tcW w:type="dxa" w:w="1172"/>
          </w:tcPr>
          <w:p>
            <w:pPr>
              <w:spacing w:after="0"/>
              <w:jc w:val="left"/>
            </w:pPr>
            <w:r>
              <w:rPr>
                <w:sz w:val="16"/>
              </w:rPr>
              <w:t>DR-1201-VT</w:t>
            </w:r>
          </w:p>
        </w:tc>
        <w:tc>
          <w:tcPr>
            <w:tcW w:type="dxa" w:w="1575"/>
          </w:tcPr>
          <w:p>
            <w:pPr>
              <w:spacing w:after="0"/>
              <w:jc w:val="left"/>
            </w:pPr>
            <w:r>
              <w:rPr>
                <w:sz w:val="16"/>
              </w:rPr>
              <w:t>Major disaster</w:t>
            </w:r>
          </w:p>
        </w:tc>
        <w:tc>
          <w:tcPr>
            <w:tcW w:type="dxa" w:w="2786"/>
          </w:tcPr>
          <w:p>
            <w:pPr>
              <w:spacing w:after="0"/>
              <w:jc w:val="left"/>
            </w:pPr>
            <w:r>
              <w:rPr>
                <w:sz w:val="16"/>
              </w:rPr>
              <w:t>SEVERE ICE STORMS, RAIN, HIGH WINDS AND FLOODING</w:t>
            </w:r>
          </w:p>
        </w:tc>
        <w:tc>
          <w:tcPr>
            <w:tcW w:type="dxa" w:w="2776"/>
          </w:tcPr>
          <w:p>
            <w:pPr>
              <w:spacing w:after="0"/>
              <w:jc w:val="left"/>
            </w:pPr>
            <w:r>
              <w:rPr>
                <w:sz w:val="16"/>
              </w:rPr>
              <w:t>Ice Storm; Inland Flooding;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1997-07-25</w:t>
            </w:r>
          </w:p>
        </w:tc>
        <w:tc>
          <w:tcPr>
            <w:tcW w:type="dxa" w:w="1172"/>
          </w:tcPr>
          <w:p>
            <w:pPr>
              <w:spacing w:after="0"/>
              <w:jc w:val="left"/>
            </w:pPr>
            <w:r>
              <w:rPr>
                <w:sz w:val="16"/>
              </w:rPr>
              <w:t>1997-07-15</w:t>
            </w:r>
          </w:p>
        </w:tc>
        <w:tc>
          <w:tcPr>
            <w:tcW w:type="dxa" w:w="1172"/>
          </w:tcPr>
          <w:p>
            <w:pPr>
              <w:spacing w:after="0"/>
              <w:jc w:val="left"/>
            </w:pPr>
            <w:r>
              <w:rPr>
                <w:sz w:val="16"/>
              </w:rPr>
              <w:t>DR-1184-VT</w:t>
            </w:r>
          </w:p>
        </w:tc>
        <w:tc>
          <w:tcPr>
            <w:tcW w:type="dxa" w:w="1575"/>
          </w:tcPr>
          <w:p>
            <w:pPr>
              <w:spacing w:after="0"/>
              <w:jc w:val="left"/>
            </w:pPr>
            <w:r>
              <w:rPr>
                <w:sz w:val="16"/>
              </w:rPr>
              <w:t>Major disaster</w:t>
            </w:r>
          </w:p>
        </w:tc>
        <w:tc>
          <w:tcPr>
            <w:tcW w:type="dxa" w:w="2786"/>
          </w:tcPr>
          <w:p>
            <w:pPr>
              <w:spacing w:after="0"/>
              <w:jc w:val="left"/>
            </w:pPr>
            <w:r>
              <w:rPr>
                <w:sz w:val="16"/>
              </w:rPr>
              <w:t>EXCESSIVE RAINFALL, HIGH WINDS,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1996-02-13</w:t>
            </w:r>
          </w:p>
        </w:tc>
        <w:tc>
          <w:tcPr>
            <w:tcW w:type="dxa" w:w="1172"/>
          </w:tcPr>
          <w:p>
            <w:pPr>
              <w:spacing w:after="0"/>
              <w:jc w:val="left"/>
            </w:pPr>
            <w:r>
              <w:rPr>
                <w:sz w:val="16"/>
              </w:rPr>
              <w:t>1996-01-19</w:t>
            </w:r>
          </w:p>
        </w:tc>
        <w:tc>
          <w:tcPr>
            <w:tcW w:type="dxa" w:w="1172"/>
          </w:tcPr>
          <w:p>
            <w:pPr>
              <w:spacing w:after="0"/>
              <w:jc w:val="left"/>
            </w:pPr>
            <w:r>
              <w:rPr>
                <w:sz w:val="16"/>
              </w:rPr>
              <w:t>DR-1101-VT</w:t>
            </w:r>
          </w:p>
        </w:tc>
        <w:tc>
          <w:tcPr>
            <w:tcW w:type="dxa" w:w="1575"/>
          </w:tcPr>
          <w:p>
            <w:pPr>
              <w:spacing w:after="0"/>
              <w:jc w:val="left"/>
            </w:pPr>
            <w:r>
              <w:rPr>
                <w:sz w:val="16"/>
              </w:rPr>
              <w:t>Major disaster</w:t>
            </w:r>
          </w:p>
        </w:tc>
        <w:tc>
          <w:tcPr>
            <w:tcW w:type="dxa" w:w="2786"/>
          </w:tcPr>
          <w:p>
            <w:pPr>
              <w:spacing w:after="0"/>
              <w:jc w:val="left"/>
            </w:pPr>
            <w:r>
              <w:rPr>
                <w:sz w:val="16"/>
              </w:rPr>
              <w:t>ICE JAMS AND FLOODING</w:t>
            </w:r>
          </w:p>
        </w:tc>
        <w:tc>
          <w:tcPr>
            <w:tcW w:type="dxa" w:w="2776"/>
          </w:tcPr>
          <w:p>
            <w:pPr>
              <w:spacing w:after="0"/>
              <w:jc w:val="left"/>
            </w:pPr>
            <w:r>
              <w:rPr>
                <w:sz w:val="16"/>
              </w:rPr>
              <w:t>Inland Flooding (primary); also designated: 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1993-05-12</w:t>
            </w:r>
          </w:p>
        </w:tc>
        <w:tc>
          <w:tcPr>
            <w:tcW w:type="dxa" w:w="1172"/>
          </w:tcPr>
          <w:p>
            <w:pPr>
              <w:spacing w:after="0"/>
              <w:jc w:val="left"/>
            </w:pPr>
            <w:r>
              <w:rPr>
                <w:sz w:val="16"/>
              </w:rPr>
              <w:t>1993-04-24</w:t>
            </w:r>
          </w:p>
        </w:tc>
        <w:tc>
          <w:tcPr>
            <w:tcW w:type="dxa" w:w="1172"/>
          </w:tcPr>
          <w:p>
            <w:pPr>
              <w:spacing w:after="0"/>
              <w:jc w:val="left"/>
            </w:pPr>
            <w:r>
              <w:rPr>
                <w:sz w:val="16"/>
              </w:rPr>
              <w:t>DR-990-VT</w:t>
            </w:r>
          </w:p>
        </w:tc>
        <w:tc>
          <w:tcPr>
            <w:tcW w:type="dxa" w:w="1575"/>
          </w:tcPr>
          <w:p>
            <w:pPr>
              <w:spacing w:after="0"/>
              <w:jc w:val="left"/>
            </w:pPr>
            <w:r>
              <w:rPr>
                <w:sz w:val="16"/>
              </w:rPr>
              <w:t>Major disaster</w:t>
            </w:r>
          </w:p>
        </w:tc>
        <w:tc>
          <w:tcPr>
            <w:tcW w:type="dxa" w:w="2786"/>
          </w:tcPr>
          <w:p>
            <w:pPr>
              <w:spacing w:after="0"/>
              <w:jc w:val="left"/>
            </w:pPr>
            <w:r>
              <w:rPr>
                <w:sz w:val="16"/>
              </w:rPr>
              <w:t>HEAVY RAIN, SNOWMELT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1990-07-25</w:t>
            </w:r>
          </w:p>
        </w:tc>
        <w:tc>
          <w:tcPr>
            <w:tcW w:type="dxa" w:w="1172"/>
          </w:tcPr>
          <w:p>
            <w:pPr>
              <w:spacing w:after="0"/>
              <w:jc w:val="left"/>
            </w:pPr>
            <w:r>
              <w:rPr>
                <w:sz w:val="16"/>
              </w:rPr>
              <w:t>1990-07-04</w:t>
            </w:r>
          </w:p>
        </w:tc>
        <w:tc>
          <w:tcPr>
            <w:tcW w:type="dxa" w:w="1172"/>
          </w:tcPr>
          <w:p>
            <w:pPr>
              <w:spacing w:after="0"/>
              <w:jc w:val="left"/>
            </w:pPr>
            <w:r>
              <w:rPr>
                <w:sz w:val="16"/>
              </w:rPr>
              <w:t>DR-875-VT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1984-06-18</w:t>
            </w:r>
          </w:p>
        </w:tc>
        <w:tc>
          <w:tcPr>
            <w:tcW w:type="dxa" w:w="1172"/>
          </w:tcPr>
          <w:p>
            <w:pPr>
              <w:spacing w:after="0"/>
              <w:jc w:val="left"/>
            </w:pPr>
            <w:r>
              <w:rPr>
                <w:sz w:val="16"/>
              </w:rPr>
              <w:t>1984-06-06</w:t>
            </w:r>
          </w:p>
        </w:tc>
        <w:tc>
          <w:tcPr>
            <w:tcW w:type="dxa" w:w="1172"/>
          </w:tcPr>
          <w:p>
            <w:pPr>
              <w:spacing w:after="0"/>
              <w:jc w:val="left"/>
            </w:pPr>
            <w:r>
              <w:rPr>
                <w:sz w:val="16"/>
              </w:rPr>
              <w:t>DR-712-VT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1976-08-05</w:t>
            </w:r>
          </w:p>
        </w:tc>
        <w:tc>
          <w:tcPr>
            <w:tcW w:type="dxa" w:w="1172"/>
          </w:tcPr>
          <w:p>
            <w:pPr>
              <w:spacing w:after="0"/>
              <w:jc w:val="left"/>
            </w:pPr>
            <w:r>
              <w:rPr>
                <w:sz w:val="16"/>
              </w:rPr>
              <w:t>1976-08-05</w:t>
            </w:r>
          </w:p>
        </w:tc>
        <w:tc>
          <w:tcPr>
            <w:tcW w:type="dxa" w:w="1172"/>
          </w:tcPr>
          <w:p>
            <w:pPr>
              <w:spacing w:after="0"/>
              <w:jc w:val="left"/>
            </w:pPr>
            <w:r>
              <w:rPr>
                <w:sz w:val="16"/>
              </w:rPr>
              <w:t>DR-518-VT</w:t>
            </w:r>
          </w:p>
        </w:tc>
        <w:tc>
          <w:tcPr>
            <w:tcW w:type="dxa" w:w="1575"/>
          </w:tcPr>
          <w:p>
            <w:pPr>
              <w:spacing w:after="0"/>
              <w:jc w:val="left"/>
            </w:pPr>
            <w:r>
              <w:rPr>
                <w:sz w:val="16"/>
              </w:rPr>
              <w:t>Major disaster</w:t>
            </w:r>
          </w:p>
        </w:tc>
        <w:tc>
          <w:tcPr>
            <w:tcW w:type="dxa" w:w="2786"/>
          </w:tcPr>
          <w:p>
            <w:pPr>
              <w:spacing w:after="0"/>
              <w:jc w:val="left"/>
            </w:pPr>
            <w:r>
              <w:rPr>
                <w:sz w:val="16"/>
              </w:rPr>
              <w:t>SEVERE STORMS, HIGH WINDS &amp;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1973-07-06</w:t>
            </w:r>
          </w:p>
        </w:tc>
        <w:tc>
          <w:tcPr>
            <w:tcW w:type="dxa" w:w="1172"/>
          </w:tcPr>
          <w:p>
            <w:pPr>
              <w:spacing w:after="0"/>
              <w:jc w:val="left"/>
            </w:pPr>
            <w:r>
              <w:rPr>
                <w:sz w:val="16"/>
              </w:rPr>
              <w:t>1973-07-06</w:t>
            </w:r>
          </w:p>
        </w:tc>
        <w:tc>
          <w:tcPr>
            <w:tcW w:type="dxa" w:w="1172"/>
          </w:tcPr>
          <w:p>
            <w:pPr>
              <w:spacing w:after="0"/>
              <w:jc w:val="left"/>
            </w:pPr>
            <w:r>
              <w:rPr>
                <w:sz w:val="16"/>
              </w:rPr>
              <w:t>DR-397-VT</w:t>
            </w:r>
          </w:p>
        </w:tc>
        <w:tc>
          <w:tcPr>
            <w:tcW w:type="dxa" w:w="1575"/>
          </w:tcPr>
          <w:p>
            <w:pPr>
              <w:spacing w:after="0"/>
              <w:jc w:val="left"/>
            </w:pPr>
            <w:r>
              <w:rPr>
                <w:sz w:val="16"/>
              </w:rPr>
              <w:t>Major disaster</w:t>
            </w:r>
          </w:p>
        </w:tc>
        <w:tc>
          <w:tcPr>
            <w:tcW w:type="dxa" w:w="2786"/>
          </w:tcPr>
          <w:p>
            <w:pPr>
              <w:spacing w:after="0"/>
              <w:jc w:val="left"/>
            </w:pPr>
            <w:r>
              <w:rPr>
                <w:sz w:val="16"/>
              </w:rPr>
              <w:t>SEVERE STORMS, FLOODING, &amp; LANDSLIDES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69"/>
        <w:gridCol w:w="2063"/>
        <w:gridCol w:w="1231"/>
        <w:gridCol w:w="2325"/>
        <w:gridCol w:w="721"/>
        <w:gridCol w:w="1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69"/>
            <w:shd w:val="clear" w:color="auto" w:fill="E8E8E8"/>
          </w:tcPr>
          <w:p>
            <w:pPr>
              <w:spacing w:after="0"/>
              <w:jc w:val="left"/>
            </w:pPr>
            <w:r>
              <w:rPr>
                <w:b/>
                <w:sz w:val="16"/>
              </w:rPr>
              <w:t>Magnitude or extent</w:t>
            </w:r>
          </w:p>
        </w:tc>
        <w:tc>
          <w:tcPr>
            <w:tcW w:type="dxa" w:w="2063"/>
            <w:shd w:val="clear" w:color="auto" w:fill="E8E8E8"/>
          </w:tcPr>
          <w:p>
            <w:pPr>
              <w:spacing w:after="0"/>
              <w:jc w:val="left"/>
            </w:pPr>
            <w:r>
              <w:rPr>
                <w:b/>
                <w:sz w:val="16"/>
              </w:rPr>
              <w:t>Damage</w:t>
            </w:r>
          </w:p>
          <w:p>
            <w:pPr>
              <w:spacing w:after="0"/>
              <w:jc w:val="left"/>
            </w:pPr>
            <w:r>
              <w:rPr>
                <w:i/>
                <w:color w:val="555555"/>
                <w:sz w:val="14"/>
              </w:rPr>
              <w:t>nominal dollars</w:t>
            </w:r>
          </w:p>
        </w:tc>
        <w:tc>
          <w:tcPr>
            <w:tcW w:type="dxa" w:w="12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5"/>
            <w:shd w:val="clear" w:color="auto" w:fill="E8E8E8"/>
          </w:tcPr>
          <w:p>
            <w:pPr>
              <w:spacing w:after="0"/>
              <w:jc w:val="left"/>
            </w:pPr>
            <w:r>
              <w:rPr>
                <w:b/>
                <w:sz w:val="16"/>
              </w:rPr>
              <w:t>Location</w:t>
            </w:r>
          </w:p>
        </w:tc>
        <w:tc>
          <w:tcPr>
            <w:tcW w:type="dxa" w:w="721"/>
            <w:shd w:val="clear" w:color="auto" w:fill="E8E8E8"/>
          </w:tcPr>
          <w:p>
            <w:pPr>
              <w:spacing w:after="0"/>
              <w:jc w:val="left"/>
            </w:pPr>
            <w:r>
              <w:rPr>
                <w:b/>
                <w:sz w:val="16"/>
              </w:rPr>
              <w:t>Flags</w:t>
            </w:r>
          </w:p>
        </w:tc>
        <w:tc>
          <w:tcPr>
            <w:tcW w:type="dxa" w:w="1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69"/>
          </w:tcPr>
          <w:p>
            <w:pPr>
              <w:spacing w:after="0"/>
              <w:jc w:val="left"/>
            </w:pPr>
          </w:p>
        </w:tc>
        <w:tc>
          <w:tcPr>
            <w:tcW w:type="dxa" w:w="2063"/>
          </w:tcPr>
          <w:p>
            <w:pPr>
              <w:spacing w:after="0"/>
              <w:jc w:val="left"/>
            </w:pPr>
            <w:r>
              <w:rPr>
                <w:sz w:val="16"/>
              </w:rPr>
              <w:t>$0 property; $750,000 crops, reported for the zone (2023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r>
              <w:rPr>
                <w:sz w:val="16"/>
              </w:rPr>
              <w:t>within last 5 years</w:t>
            </w:r>
          </w:p>
        </w:tc>
        <w:tc>
          <w:tcPr>
            <w:tcW w:type="dxa" w:w="17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769"/>
          </w:tcPr>
          <w:p>
            <w:pPr>
              <w:spacing w:after="0"/>
              <w:jc w:val="left"/>
            </w:pPr>
          </w:p>
        </w:tc>
        <w:tc>
          <w:tcPr>
            <w:tcW w:type="dxa" w:w="2063"/>
          </w:tcPr>
          <w:p>
            <w:pPr>
              <w:spacing w:after="0"/>
              <w:jc w:val="left"/>
            </w:pPr>
            <w:r>
              <w:rPr>
                <w:sz w:val="16"/>
              </w:rPr>
              <w:t>$0 property; $0 crops, reported for the zone (2020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69"/>
          </w:tcPr>
          <w:p>
            <w:pPr>
              <w:spacing w:after="0"/>
              <w:jc w:val="left"/>
            </w:pPr>
          </w:p>
        </w:tc>
        <w:tc>
          <w:tcPr>
            <w:tcW w:type="dxa" w:w="2063"/>
          </w:tcPr>
          <w:p>
            <w:pPr>
              <w:spacing w:after="0"/>
              <w:jc w:val="left"/>
            </w:pPr>
            <w:r>
              <w:rPr>
                <w:sz w:val="16"/>
              </w:rPr>
              <w:t>$0 property; $0 crops, reported for the zone (2015 dollars)</w:t>
            </w:r>
          </w:p>
        </w:tc>
        <w:tc>
          <w:tcPr>
            <w:tcW w:type="dxa" w:w="1231"/>
          </w:tcPr>
          <w:p>
            <w:pPr>
              <w:spacing w:after="0"/>
              <w:jc w:val="right"/>
            </w:pPr>
            <w:r>
              <w:rPr>
                <w:sz w:val="16"/>
              </w:rPr>
              <w:t>0, 0</w:t>
            </w:r>
          </w:p>
        </w:tc>
        <w:tc>
          <w:tcPr>
            <w:tcW w:type="dxa" w:w="2325"/>
          </w:tcPr>
          <w:p>
            <w:pPr>
              <w:spacing w:after="0"/>
              <w:jc w:val="left"/>
            </w:pPr>
            <w:r>
              <w:rPr>
                <w:sz w:val="16"/>
              </w:rPr>
              <w:t>NWS zone VTZ016 (EASTERN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769"/>
          </w:tcPr>
          <w:p>
            <w:pPr>
              <w:spacing w:after="0"/>
              <w:jc w:val="left"/>
            </w:pPr>
          </w:p>
        </w:tc>
        <w:tc>
          <w:tcPr>
            <w:tcW w:type="dxa" w:w="2063"/>
          </w:tcPr>
          <w:p>
            <w:pPr>
              <w:spacing w:after="0"/>
              <w:jc w:val="left"/>
            </w:pPr>
            <w:r>
              <w:rPr>
                <w:sz w:val="16"/>
              </w:rPr>
              <w:t>$1,000,000 property; $0 crops, reported for the zone (2013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231"/>
          </w:tcPr>
          <w:p>
            <w:pPr>
              <w:spacing w:after="0"/>
              <w:jc w:val="right"/>
            </w:pPr>
            <w:r>
              <w:rPr>
                <w:sz w:val="16"/>
              </w:rPr>
              <w:t>0, 0</w:t>
            </w:r>
          </w:p>
        </w:tc>
        <w:tc>
          <w:tcPr>
            <w:tcW w:type="dxa" w:w="2325"/>
          </w:tcPr>
          <w:p>
            <w:pPr>
              <w:spacing w:after="0"/>
              <w:jc w:val="left"/>
            </w:pPr>
            <w:r>
              <w:rPr>
                <w:sz w:val="16"/>
              </w:rPr>
              <w:t>RICHFORD to WEST SWANTON</w:t>
            </w:r>
          </w:p>
        </w:tc>
        <w:tc>
          <w:tcPr>
            <w:tcW w:type="dxa" w:w="721"/>
          </w:tcPr>
          <w:p>
            <w:pPr>
              <w:spacing w:after="0"/>
              <w:jc w:val="left"/>
            </w:pPr>
          </w:p>
        </w:tc>
        <w:tc>
          <w:tcPr>
            <w:tcW w:type="dxa" w:w="1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69"/>
          </w:tcPr>
          <w:p>
            <w:pPr>
              <w:spacing w:after="0"/>
              <w:jc w:val="left"/>
            </w:pPr>
          </w:p>
        </w:tc>
        <w:tc>
          <w:tcPr>
            <w:tcW w:type="dxa" w:w="2063"/>
          </w:tcPr>
          <w:p>
            <w:pPr>
              <w:spacing w:after="0"/>
              <w:jc w:val="left"/>
            </w:pPr>
            <w:r>
              <w:rPr>
                <w:sz w:val="16"/>
              </w:rPr>
              <w:t>$150,000 property; $0 crops, reported for the zone (2007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769"/>
          </w:tcPr>
          <w:p>
            <w:pPr>
              <w:spacing w:after="0"/>
              <w:jc w:val="left"/>
            </w:pPr>
          </w:p>
        </w:tc>
        <w:tc>
          <w:tcPr>
            <w:tcW w:type="dxa" w:w="2063"/>
          </w:tcPr>
          <w:p>
            <w:pPr>
              <w:spacing w:after="0"/>
              <w:jc w:val="left"/>
            </w:pPr>
            <w:r>
              <w:rPr>
                <w:sz w:val="16"/>
              </w:rPr>
              <w:t>damage not reported</w:t>
            </w:r>
          </w:p>
        </w:tc>
        <w:tc>
          <w:tcPr>
            <w:tcW w:type="dxa" w:w="1231"/>
          </w:tcPr>
          <w:p>
            <w:pPr>
              <w:spacing w:after="0"/>
              <w:jc w:val="right"/>
            </w:pPr>
            <w:r>
              <w:rPr>
                <w:sz w:val="16"/>
              </w:rPr>
              <w:t>1, 1</w:t>
            </w:r>
          </w:p>
        </w:tc>
        <w:tc>
          <w:tcPr>
            <w:tcW w:type="dxa" w:w="2325"/>
          </w:tcPr>
          <w:p>
            <w:pPr>
              <w:spacing w:after="0"/>
              <w:jc w:val="left"/>
            </w:pPr>
            <w:r>
              <w:rPr>
                <w:sz w:val="16"/>
              </w:rPr>
              <w:t>BAKERSFIELD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769"/>
          </w:tcPr>
          <w:p>
            <w:pPr>
              <w:spacing w:after="0"/>
              <w:jc w:val="left"/>
            </w:pPr>
            <w:r>
              <w:rPr>
                <w:sz w:val="16"/>
              </w:rPr>
              <w:t>64 kt (74 mph) measured</w:t>
            </w:r>
          </w:p>
        </w:tc>
        <w:tc>
          <w:tcPr>
            <w:tcW w:type="dxa" w:w="2063"/>
          </w:tcPr>
          <w:p>
            <w:pPr>
              <w:spacing w:after="0"/>
              <w:jc w:val="left"/>
            </w:pPr>
            <w:r>
              <w:rPr>
                <w:sz w:val="16"/>
              </w:rPr>
              <w:t>$1,000 property; crops not reported, reported for the zone (2001 dollars)</w:t>
            </w:r>
          </w:p>
        </w:tc>
        <w:tc>
          <w:tcPr>
            <w:tcW w:type="dxa" w:w="1231"/>
          </w:tcPr>
          <w:p>
            <w:pPr>
              <w:spacing w:after="0"/>
              <w:jc w:val="right"/>
            </w:pPr>
            <w:r>
              <w:rPr>
                <w:sz w:val="16"/>
              </w:rPr>
              <w:t>0, 0</w:t>
            </w:r>
          </w:p>
        </w:tc>
        <w:tc>
          <w:tcPr>
            <w:tcW w:type="dxa" w:w="2325"/>
          </w:tcPr>
          <w:p>
            <w:pPr>
              <w:spacing w:after="0"/>
              <w:jc w:val="left"/>
            </w:pPr>
            <w:r>
              <w:rPr>
                <w:sz w:val="16"/>
              </w:rPr>
              <w:t>NWS zone VTZ002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$410,000 property; crops not reported, reported for the zone (1996 dollars)</w:t>
            </w:r>
          </w:p>
        </w:tc>
        <w:tc>
          <w:tcPr>
            <w:tcW w:type="dxa" w:w="1231"/>
          </w:tcPr>
          <w:p>
            <w:pPr>
              <w:spacing w:after="0"/>
              <w:jc w:val="right"/>
            </w:pPr>
            <w:r>
              <w:rPr>
                <w:sz w:val="16"/>
              </w:rPr>
              <w:t>2, 0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769"/>
          </w:tcPr>
          <w:p>
            <w:pPr>
              <w:spacing w:after="0"/>
              <w:jc w:val="left"/>
            </w:pPr>
            <w:r>
              <w:rPr>
                <w:sz w:val="16"/>
              </w:rPr>
              <w:t>87 kt (100 mph), measurement type not recorded</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769"/>
          </w:tcPr>
          <w:p>
            <w:pPr>
              <w:spacing w:after="0"/>
              <w:jc w:val="left"/>
            </w:pPr>
            <w:r>
              <w:rPr>
                <w:sz w:val="16"/>
              </w:rPr>
              <w:t>F2, 4.5 mi path length (records before 1996 may include the whole path; rating and listing come from the county where the tornado began), 150 yd wide</w:t>
            </w:r>
          </w:p>
        </w:tc>
        <w:tc>
          <w:tcPr>
            <w:tcW w:type="dxa" w:w="2063"/>
          </w:tcPr>
          <w:p>
            <w:pPr>
              <w:spacing w:after="0"/>
              <w:jc w:val="left"/>
            </w:pPr>
            <w:r>
              <w:rPr>
                <w:sz w:val="16"/>
              </w:rPr>
              <w:t>$25,000 property; crops not recorded (1970 dollars)</w:t>
            </w:r>
          </w:p>
        </w:tc>
        <w:tc>
          <w:tcPr>
            <w:tcW w:type="dxa" w:w="1231"/>
          </w:tcPr>
          <w:p>
            <w:pPr>
              <w:spacing w:after="0"/>
              <w:jc w:val="right"/>
            </w:pPr>
            <w:r>
              <w:rPr>
                <w:sz w:val="16"/>
              </w:rPr>
              <w:t>0, 7</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769"/>
          </w:tcPr>
          <w:p>
            <w:pPr>
              <w:spacing w:after="0"/>
              <w:jc w:val="left"/>
            </w:pPr>
            <w:r>
              <w:rPr>
                <w:sz w:val="16"/>
              </w:rPr>
              <w:t>2.5 in</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51"/>
        <w:gridCol w:w="1037"/>
        <w:gridCol w:w="1126"/>
        <w:gridCol w:w="1208"/>
        <w:gridCol w:w="1065"/>
        <w:gridCol w:w="1236"/>
        <w:gridCol w:w="1158"/>
        <w:gridCol w:w="1158"/>
        <w:gridCol w:w="133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8"/>
          </w:tcPr>
          <w:p>
            <w:pPr>
              <w:spacing w:after="0"/>
              <w:jc w:val="right"/>
            </w:pPr>
            <w:r>
              <w:rPr>
                <w:sz w:val="16"/>
              </w:rPr>
              <w:t>$209</w:t>
            </w: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08"/>
          </w:tcPr>
          <w:p>
            <w:pPr>
              <w:spacing w:after="0"/>
              <w:jc w:val="right"/>
            </w:pPr>
            <w:r>
              <w:rPr>
                <w:sz w:val="16"/>
              </w:rPr>
              <w:t>$603,424</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51"/>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208"/>
          </w:tcPr>
          <w:p>
            <w:pPr>
              <w:spacing w:after="0"/>
              <w:jc w:val="right"/>
            </w:pPr>
            <w:r>
              <w:rPr>
                <w:sz w:val="16"/>
              </w:rPr>
              <w:t>$80,983</w:t>
            </w:r>
          </w:p>
        </w:tc>
        <w:tc>
          <w:tcPr>
            <w:tcW w:type="dxa" w:w="1065"/>
          </w:tcPr>
          <w:p>
            <w:pPr>
              <w:spacing w:after="0"/>
              <w:jc w:val="right"/>
            </w:pPr>
            <w:r>
              <w:rPr>
                <w:sz w:val="16"/>
              </w:rPr>
              <w:t>0.00273%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08"/>
          </w:tcPr>
          <w:p>
            <w:pPr>
              <w:spacing w:after="0"/>
              <w:jc w:val="right"/>
            </w:pPr>
            <w:r>
              <w:rPr>
                <w:sz w:val="16"/>
              </w:rPr>
              <w:t>$16,818</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8"/>
          </w:tcPr>
          <w:p>
            <w:pPr>
              <w:spacing w:after="0"/>
              <w:jc w:val="right"/>
            </w:pPr>
            <w:r>
              <w:rPr>
                <w:sz w:val="16"/>
              </w:rPr>
              <w:t>$230,150</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51"/>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08"/>
          </w:tcPr>
          <w:p>
            <w:pPr>
              <w:spacing w:after="0"/>
              <w:jc w:val="right"/>
            </w:pPr>
            <w:r>
              <w:rPr>
                <w:sz w:val="16"/>
              </w:rPr>
              <w:t>$7,512</w:t>
            </w:r>
          </w:p>
        </w:tc>
        <w:tc>
          <w:tcPr>
            <w:tcW w:type="dxa" w:w="1065"/>
          </w:tcPr>
          <w:p>
            <w:pPr>
              <w:spacing w:after="0"/>
              <w:jc w:val="right"/>
            </w:pPr>
            <w:r>
              <w:rPr>
                <w:sz w:val="16"/>
              </w:rPr>
              <w:t>0.00136%</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51"/>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208"/>
          </w:tcPr>
          <w:p>
            <w:pPr>
              <w:spacing w:after="0"/>
              <w:jc w:val="right"/>
            </w:pPr>
            <w:r>
              <w:rPr>
                <w:sz w:val="16"/>
              </w:rPr>
              <w:t>$23,617</w:t>
            </w:r>
          </w:p>
        </w:tc>
        <w:tc>
          <w:tcPr>
            <w:tcW w:type="dxa" w:w="1065"/>
          </w:tcPr>
          <w:p>
            <w:pPr>
              <w:spacing w:after="0"/>
              <w:jc w:val="right"/>
            </w:pPr>
            <w:r>
              <w:rPr>
                <w:sz w:val="16"/>
              </w:rPr>
              <w:t>0.00197%</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51"/>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08"/>
          </w:tcPr>
          <w:p>
            <w:pPr>
              <w:spacing w:after="0"/>
              <w:jc w:val="right"/>
            </w:pPr>
            <w:r>
              <w:rPr>
                <w:sz w:val="16"/>
              </w:rPr>
              <w:t>$25,944</w:t>
            </w:r>
          </w:p>
        </w:tc>
        <w:tc>
          <w:tcPr>
            <w:tcW w:type="dxa" w:w="1065"/>
          </w:tcPr>
          <w:p>
            <w:pPr>
              <w:spacing w:after="0"/>
              <w:jc w:val="right"/>
            </w:pPr>
            <w:r>
              <w:rPr>
                <w:sz w:val="16"/>
              </w:rPr>
              <w:t>n/a (see note)</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51"/>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208"/>
          </w:tcPr>
          <w:p>
            <w:pPr>
              <w:spacing w:after="0"/>
              <w:jc w:val="right"/>
            </w:pPr>
            <w:r>
              <w:rPr>
                <w:sz w:val="16"/>
              </w:rPr>
              <w:t>$4,350</w:t>
            </w:r>
          </w:p>
        </w:tc>
        <w:tc>
          <w:tcPr>
            <w:tcW w:type="dxa" w:w="1065"/>
          </w:tcPr>
          <w:p>
            <w:pPr>
              <w:spacing w:after="0"/>
              <w:jc w:val="right"/>
            </w:pPr>
            <w:r>
              <w:rPr>
                <w:sz w:val="16"/>
              </w:rPr>
              <w:t>0.000869%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51"/>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208"/>
          </w:tcPr>
          <w:p>
            <w:pPr>
              <w:spacing w:after="0"/>
              <w:jc w:val="right"/>
            </w:pPr>
            <w:r>
              <w:rPr>
                <w:sz w:val="16"/>
              </w:rPr>
              <w:t>$538,214</w:t>
            </w:r>
          </w:p>
        </w:tc>
        <w:tc>
          <w:tcPr>
            <w:tcW w:type="dxa" w:w="1065"/>
          </w:tcPr>
          <w:p>
            <w:pPr>
              <w:spacing w:after="0"/>
              <w:jc w:val="right"/>
            </w:pPr>
            <w:r>
              <w:rPr>
                <w:sz w:val="16"/>
              </w:rPr>
              <w:t>0.000419%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08"/>
          </w:tcPr>
          <w:p>
            <w:pPr>
              <w:spacing w:after="0"/>
              <w:jc w:val="right"/>
            </w:pPr>
            <w:r>
              <w:rPr>
                <w:sz w:val="16"/>
              </w:rPr>
              <w:t>$241,021</w:t>
            </w:r>
          </w:p>
        </w:tc>
        <w:tc>
          <w:tcPr>
            <w:tcW w:type="dxa" w:w="1065"/>
          </w:tcPr>
          <w:p>
            <w:pPr>
              <w:spacing w:after="0"/>
              <w:jc w:val="right"/>
            </w:pPr>
            <w:r>
              <w:rPr>
                <w:sz w:val="16"/>
              </w:rPr>
              <w:t>0.00115%</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08"/>
          </w:tcPr>
          <w:p>
            <w:pPr>
              <w:spacing w:after="0"/>
              <w:jc w:val="right"/>
            </w:pPr>
            <w:r>
              <w:rPr>
                <w:sz w:val="16"/>
              </w:rPr>
              <w:t>$134,289</w:t>
            </w:r>
          </w:p>
        </w:tc>
        <w:tc>
          <w:tcPr>
            <w:tcW w:type="dxa" w:w="1065"/>
          </w:tcPr>
          <w:p>
            <w:pPr>
              <w:spacing w:after="0"/>
              <w:jc w:val="right"/>
            </w:pPr>
            <w:r>
              <w:rPr>
                <w:sz w:val="16"/>
              </w:rPr>
              <w:t>0.000493%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51"/>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08"/>
          </w:tcPr>
          <w:p>
            <w:pPr>
              <w:spacing w:after="0"/>
              <w:jc w:val="right"/>
            </w:pPr>
            <w:r>
              <w:rPr>
                <w:sz w:val="16"/>
              </w:rPr>
              <w:t>$639</w:t>
            </w:r>
          </w:p>
        </w:tc>
        <w:tc>
          <w:tcPr>
            <w:tcW w:type="dxa" w:w="1065"/>
          </w:tcPr>
          <w:p>
            <w:pPr>
              <w:spacing w:after="0"/>
              <w:jc w:val="right"/>
            </w:pPr>
            <w:r>
              <w:rPr>
                <w:sz w:val="16"/>
              </w:rPr>
              <w:t>0.00013%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08"/>
          </w:tcPr>
          <w:p>
            <w:pPr>
              <w:spacing w:after="0"/>
              <w:jc w:val="right"/>
            </w:pPr>
            <w:r>
              <w:rPr>
                <w:sz w:val="16"/>
              </w:rPr>
              <w:t>$28,866</w:t>
            </w:r>
          </w:p>
        </w:tc>
        <w:tc>
          <w:tcPr>
            <w:tcW w:type="dxa" w:w="1065"/>
          </w:tcPr>
          <w:p>
            <w:pPr>
              <w:spacing w:after="0"/>
              <w:jc w:val="right"/>
            </w:pPr>
            <w:r>
              <w:rPr>
                <w:sz w:val="16"/>
              </w:rPr>
              <w:t>0.000801%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Richford town, VT: risk-assessment baseline packet, release 2026-10 (data as of 2026-09-28; Vermont town 5001159125).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hazard-plain_2026-10_VT_5001159125.docx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Richford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Richford town, VT: Risk-assessment baseline packet</dc:title>
  <dc:subject>Hazard Plain release 2026-10, as of 2026-09-28. Preview: automated baseline</dc:subject>
  <dc:creator>Hazard Plain</dc:creator>
  <cp:keywords>Hazard Plain; hazard mitigation; risk assessment; 5001159125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