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Maidstone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5000942475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2028-10-16. Plan: Maidstone Local Hazard Mitigation Plan (FEMA plan 109354), approved 2023-10-17.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Essex County data (county FIPS 50009; each heading says so); the plan clock, B1-f and B2-c are for Maidstone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2023-10-17: 5 new hazard declarations (5 incidents) and 45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5000942475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2028-10-16</w:t>
      </w:r>
    </w:p>
    <w:p>
      <w:pPr>
        <w:keepNext/>
        <w:spacing w:after="40" w:before="0"/>
      </w:pPr>
      <w:r>
        <w:rPr>
          <w:b/>
        </w:rPr>
        <w:t xml:space="preserve">Plan: </w:t>
      </w:r>
      <w:r>
        <w:rPr/>
        <w:t>Maidstone Local Hazard Mitigation Plan (FEMA plan 109354)</w:t>
      </w:r>
    </w:p>
    <w:p>
      <w:pPr>
        <w:keepNext/>
        <w:spacing w:after="40" w:before="0"/>
      </w:pPr>
      <w:r>
        <w:rPr>
          <w:b/>
        </w:rPr>
        <w:t xml:space="preserve">Approved: </w:t>
      </w:r>
      <w:r>
        <w:rPr/>
        <w:t>2023-10-17</w:t>
      </w:r>
    </w:p>
    <w:p>
      <w:pPr>
        <w:keepNext/>
        <w:spacing w:after="40" w:before="0"/>
      </w:pPr>
      <w:r>
        <w:rPr>
          <w:b/>
        </w:rPr>
        <w:t xml:space="preserve">Days to expiry: </w:t>
      </w:r>
      <w:r>
        <w:rPr/>
        <w:t>747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27"/>
        <w:gridCol w:w="710"/>
        <w:gridCol w:w="2895"/>
        <w:gridCol w:w="5731"/>
        <w:gridCol w:w="1135"/>
        <w:gridCol w:w="1135"/>
        <w:gridCol w:w="979"/>
      </w:tblGrid>
      <w:tr>
        <w:trPr>
          <w:cantSplit/>
          <w:tblHeader/>
        </w:trPr>
        <w:tc>
          <w:tcPr>
            <w:tcW w:type="dxa" w:w="1527"/>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Status</w:t>
            </w:r>
          </w:p>
        </w:tc>
        <w:tc>
          <w:tcPr>
            <w:tcW w:type="dxa" w:w="5731"/>
            <w:shd w:val="clear" w:color="auto" w:fill="E8E8E8"/>
          </w:tcPr>
          <w:p>
            <w:pPr>
              <w:spacing w:after="0"/>
              <w:jc w:val="left"/>
            </w:pPr>
            <w:r>
              <w:rPr>
                <w:b/>
                <w:sz w:val="16"/>
              </w:rPr>
              <w:t>Plan</w:t>
            </w:r>
          </w:p>
        </w:tc>
        <w:tc>
          <w:tcPr>
            <w:tcW w:type="dxa" w:w="1135"/>
            <w:shd w:val="clear" w:color="auto" w:fill="E8E8E8"/>
          </w:tcPr>
          <w:p>
            <w:pPr>
              <w:spacing w:after="0"/>
              <w:jc w:val="left"/>
            </w:pPr>
            <w:r>
              <w:rPr>
                <w:b/>
                <w:sz w:val="16"/>
              </w:rPr>
              <w:t>Approved</w:t>
            </w:r>
          </w:p>
        </w:tc>
        <w:tc>
          <w:tcPr>
            <w:tcW w:type="dxa" w:w="1135"/>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27"/>
          </w:tcPr>
          <w:p>
            <w:pPr>
              <w:spacing w:after="0"/>
              <w:jc w:val="left"/>
            </w:pPr>
            <w:r>
              <w:rPr>
                <w:sz w:val="16"/>
              </w:rPr>
              <w:t>Maidstone town</w:t>
            </w:r>
          </w:p>
        </w:tc>
        <w:tc>
          <w:tcPr>
            <w:tcW w:type="dxa" w:w="710"/>
          </w:tcPr>
          <w:p>
            <w:pPr>
              <w:spacing w:after="0"/>
              <w:jc w:val="left"/>
            </w:pPr>
            <w:r>
              <w:rPr>
                <w:sz w:val="16"/>
              </w:rPr>
              <w:t>Town</w:t>
            </w:r>
          </w:p>
        </w:tc>
        <w:tc>
          <w:tcPr>
            <w:tcW w:type="dxa" w:w="2895"/>
          </w:tcPr>
          <w:p>
            <w:pPr>
              <w:spacing w:after="0"/>
              <w:jc w:val="left"/>
            </w:pPr>
            <w:r>
              <w:rPr>
                <w:sz w:val="16"/>
              </w:rPr>
              <w:t>Approved, expires 2028-10-16</w:t>
            </w:r>
          </w:p>
        </w:tc>
        <w:tc>
          <w:tcPr>
            <w:tcW w:type="dxa" w:w="5731"/>
          </w:tcPr>
          <w:p>
            <w:pPr>
              <w:spacing w:after="0"/>
              <w:jc w:val="left"/>
            </w:pPr>
            <w:r>
              <w:rPr>
                <w:sz w:val="16"/>
              </w:rPr>
              <w:t>Maidstone Local Hazard Mitigation Plan (FEMA plan 109354)</w:t>
            </w:r>
          </w:p>
        </w:tc>
        <w:tc>
          <w:tcPr>
            <w:tcW w:type="dxa" w:w="1135"/>
          </w:tcPr>
          <w:p>
            <w:pPr>
              <w:spacing w:after="0"/>
              <w:jc w:val="left"/>
            </w:pPr>
            <w:r>
              <w:rPr>
                <w:sz w:val="16"/>
              </w:rPr>
              <w:t>2023-10-17</w:t>
            </w:r>
          </w:p>
        </w:tc>
        <w:tc>
          <w:tcPr>
            <w:tcW w:type="dxa" w:w="1135"/>
          </w:tcPr>
          <w:p>
            <w:pPr>
              <w:spacing w:after="0"/>
              <w:jc w:val="left"/>
            </w:pPr>
            <w:r>
              <w:rPr>
                <w:sz w:val="16"/>
              </w:rPr>
              <w:t>2028-10-16</w:t>
            </w:r>
          </w:p>
        </w:tc>
        <w:tc>
          <w:tcPr>
            <w:tcW w:type="dxa" w:w="979"/>
          </w:tcPr>
          <w:p>
            <w:pPr>
              <w:spacing w:after="0"/>
              <w:jc w:val="right"/>
            </w:pPr>
            <w:r>
              <w:rPr>
                <w:sz w:val="16"/>
              </w:rPr>
              <w:t>747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Essex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Essex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Essex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19"/>
        <w:gridCol w:w="1913"/>
        <w:gridCol w:w="1524"/>
        <w:gridCol w:w="1582"/>
        <w:gridCol w:w="1789"/>
        <w:gridCol w:w="1898"/>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Where in the county</w:t>
            </w:r>
          </w:p>
        </w:tc>
        <w:tc>
          <w:tcPr>
            <w:tcW w:type="dxa" w:w="1898"/>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26 records, 1997 to 2026 (26 zone-level)</w:t>
            </w:r>
          </w:p>
        </w:tc>
        <w:tc>
          <w:tcPr>
            <w:tcW w:type="dxa" w:w="1913"/>
          </w:tcPr>
          <w:p>
            <w:pPr>
              <w:spacing w:after="0"/>
              <w:jc w:val="left"/>
            </w:pPr>
            <w:r>
              <w:rPr>
                <w:sz w:val="16"/>
              </w:rPr>
              <w:t>1 day to 28 days (median 2 days); 25 with a recorded value</w:t>
            </w:r>
          </w:p>
        </w:tc>
        <w:tc>
          <w:tcPr>
            <w:tcW w:type="dxa" w:w="1524"/>
          </w:tcPr>
          <w:p>
            <w:pPr>
              <w:spacing w:after="0"/>
              <w:jc w:val="left"/>
            </w:pPr>
            <w:r>
              <w:rPr>
                <w:sz w:val="16"/>
              </w:rPr>
              <w:t>February 2015 (1 monthly summary record), zone-level</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4 records, 2005 to 2023 (4 zone-level)</w:t>
            </w:r>
          </w:p>
        </w:tc>
        <w:tc>
          <w:tcPr>
            <w:tcW w:type="dxa" w:w="1913"/>
          </w:tcPr>
          <w:p>
            <w:pPr>
              <w:spacing w:after="0"/>
              <w:jc w:val="left"/>
            </w:pPr>
          </w:p>
        </w:tc>
        <w:tc>
          <w:tcPr>
            <w:tcW w:type="dxa" w:w="1524"/>
          </w:tcPr>
          <w:p>
            <w:pPr>
              <w:spacing w:after="0"/>
              <w:jc w:val="left"/>
            </w:pPr>
            <w:r>
              <w:rPr>
                <w:sz w:val="16"/>
              </w:rPr>
              <w:t>Frost/Freeze, 2023-05-18, $50,000 crop damage (2023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13 records, 1985 to 2022</w:t>
            </w:r>
          </w:p>
        </w:tc>
        <w:tc>
          <w:tcPr>
            <w:tcW w:type="dxa" w:w="1913"/>
          </w:tcPr>
          <w:p>
            <w:pPr>
              <w:spacing w:after="0"/>
              <w:jc w:val="left"/>
            </w:pPr>
            <w:r>
              <w:rPr>
                <w:sz w:val="16"/>
              </w:rPr>
              <w:t>0.75 in to 1.75 in (median 1 in); 13 with a recorded value</w:t>
            </w:r>
          </w:p>
        </w:tc>
        <w:tc>
          <w:tcPr>
            <w:tcW w:type="dxa" w:w="1524"/>
          </w:tcPr>
          <w:p>
            <w:pPr>
              <w:spacing w:after="0"/>
              <w:jc w:val="left"/>
            </w:pPr>
            <w:r>
              <w:rPr>
                <w:sz w:val="16"/>
              </w:rPr>
              <w:t>1.75 in hail, 2011-05-27</w:t>
            </w:r>
          </w:p>
        </w:tc>
        <w:tc>
          <w:tcPr>
            <w:tcW w:type="dxa" w:w="1582"/>
          </w:tcPr>
          <w:p>
            <w:pPr>
              <w:spacing w:after="0"/>
              <w:jc w:val="left"/>
            </w:pPr>
            <w:r>
              <w:rPr>
                <w:sz w:val="16"/>
              </w:rPr>
              <w:t>Hail, 1994-07-26, $5,000 property; crops not recorded (1994 dollars)</w:t>
            </w:r>
          </w:p>
        </w:tc>
        <w:tc>
          <w:tcPr>
            <w:tcW w:type="dxa" w:w="1789"/>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1898"/>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4 records, 2006 to 2025 (4 zone-level)</w:t>
            </w:r>
          </w:p>
        </w:tc>
        <w:tc>
          <w:tcPr>
            <w:tcW w:type="dxa" w:w="1913"/>
          </w:tcPr>
          <w:p>
            <w:pPr>
              <w:spacing w:after="0"/>
              <w:jc w:val="left"/>
            </w:pPr>
            <w:r>
              <w:rPr>
                <w:sz w:val="16"/>
              </w:rPr>
              <w:t>1 day to 6 days (median 2 days); 3 with a recorded value</w:t>
            </w:r>
          </w:p>
        </w:tc>
        <w:tc>
          <w:tcPr>
            <w:tcW w:type="dxa" w:w="1524"/>
          </w:tcPr>
          <w:p>
            <w:pPr>
              <w:spacing w:after="0"/>
              <w:jc w:val="left"/>
            </w:pPr>
            <w:r>
              <w:rPr>
                <w:sz w:val="16"/>
              </w:rPr>
              <w:t>6 consecutive days, 2018-07-01 to 2018-07-06, zone-level</w:t>
            </w:r>
          </w:p>
        </w:tc>
        <w:tc>
          <w:tcPr>
            <w:tcW w:type="dxa" w:w="1582"/>
          </w:tcPr>
          <w:p>
            <w:pPr>
              <w:spacing w:after="0"/>
              <w:jc w:val="left"/>
            </w:pPr>
            <w:r>
              <w:rPr>
                <w:sz w:val="16"/>
              </w:rPr>
              <w:t>Heat, 2012-03-17, $0 property; $500,000 crops (zone total, 2012 dollars)</w:t>
            </w:r>
          </w:p>
        </w:tc>
        <w:tc>
          <w:tcPr>
            <w:tcW w:type="dxa" w:w="1789"/>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 record, 1998 (1 zone-level)</w:t>
            </w:r>
          </w:p>
        </w:tc>
        <w:tc>
          <w:tcPr>
            <w:tcW w:type="dxa" w:w="1913"/>
          </w:tcPr>
          <w:p>
            <w:pPr>
              <w:spacing w:after="0"/>
              <w:jc w:val="left"/>
            </w:pPr>
          </w:p>
        </w:tc>
        <w:tc>
          <w:tcPr>
            <w:tcW w:type="dxa" w:w="1524"/>
          </w:tcPr>
          <w:p>
            <w:pPr>
              <w:spacing w:after="0"/>
              <w:jc w:val="left"/>
            </w:pPr>
            <w:r>
              <w:rPr>
                <w:sz w:val="16"/>
              </w:rPr>
              <w:t>Ice Storm, 1998-01-06, $80,000 property; crops not reported (1998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28 records, 1996 to 2025 (4 zone-level)</w:t>
            </w:r>
          </w:p>
        </w:tc>
        <w:tc>
          <w:tcPr>
            <w:tcW w:type="dxa" w:w="1913"/>
          </w:tcPr>
          <w:p>
            <w:pPr>
              <w:spacing w:after="0"/>
              <w:jc w:val="left"/>
            </w:pPr>
          </w:p>
        </w:tc>
        <w:tc>
          <w:tcPr>
            <w:tcW w:type="dxa" w:w="1524"/>
          </w:tcPr>
          <w:p>
            <w:pPr>
              <w:spacing w:after="0"/>
              <w:jc w:val="left"/>
            </w:pPr>
            <w:r>
              <w:rPr>
                <w:sz w:val="16"/>
              </w:rPr>
              <w:t>Flash Flood, 2011-05-26, $750,000 property; $0 crops (2011 dollars)</w:t>
            </w:r>
          </w:p>
        </w:tc>
        <w:tc>
          <w:tcPr>
            <w:tcW w:type="dxa" w:w="1582"/>
          </w:tcPr>
          <w:p>
            <w:pPr>
              <w:spacing w:after="0"/>
              <w:jc w:val="left"/>
            </w:pPr>
          </w:p>
        </w:tc>
        <w:tc>
          <w:tcPr>
            <w:tcW w:type="dxa" w:w="1789"/>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1 record, 2007</w:t>
            </w:r>
          </w:p>
        </w:tc>
        <w:tc>
          <w:tcPr>
            <w:tcW w:type="dxa" w:w="1913"/>
          </w:tcPr>
          <w:p>
            <w:pPr>
              <w:spacing w:after="0"/>
              <w:jc w:val="left"/>
            </w:pPr>
          </w:p>
        </w:tc>
        <w:tc>
          <w:tcPr>
            <w:tcW w:type="dxa" w:w="1524"/>
          </w:tcPr>
          <w:p>
            <w:pPr>
              <w:spacing w:after="0"/>
              <w:jc w:val="left"/>
            </w:pPr>
            <w:r>
              <w:rPr>
                <w:sz w:val="16"/>
              </w:rPr>
              <w:t>Lightning, 2007-06-27, $10,000 property; $0 crops (2007 dollars)</w:t>
            </w:r>
          </w:p>
        </w:tc>
        <w:tc>
          <w:tcPr>
            <w:tcW w:type="dxa" w:w="1582"/>
          </w:tcPr>
          <w:p>
            <w:pPr>
              <w:spacing w:after="0"/>
              <w:jc w:val="left"/>
            </w:pPr>
          </w:p>
        </w:tc>
        <w:tc>
          <w:tcPr>
            <w:tcW w:type="dxa" w:w="1789"/>
          </w:tcPr>
          <w:p>
            <w:pPr>
              <w:spacing w:after="0"/>
              <w:jc w:val="left"/>
            </w:pPr>
            <w:r>
              <w:rPr>
                <w:sz w:val="16"/>
              </w:rPr>
              <w:t>Event records naming places in the county: Brighton town (1 record).</w:t>
            </w:r>
          </w:p>
        </w:tc>
        <w:tc>
          <w:tcPr>
            <w:tcW w:type="dxa" w:w="1898"/>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39 records, 1996 to 2026 (39 zone-level)</w:t>
            </w:r>
          </w:p>
        </w:tc>
        <w:tc>
          <w:tcPr>
            <w:tcW w:type="dxa" w:w="1913"/>
          </w:tcPr>
          <w:p>
            <w:pPr>
              <w:spacing w:after="0"/>
              <w:jc w:val="left"/>
            </w:pPr>
            <w:r>
              <w:rPr>
                <w:sz w:val="16"/>
              </w:rPr>
              <w:t>35 kt (40 mph) to 60 kt (69 mph) (median 41 kt (47 mph)); 33 with a recorded value</w:t>
            </w:r>
          </w:p>
        </w:tc>
        <w:tc>
          <w:tcPr>
            <w:tcW w:type="dxa" w:w="1524"/>
          </w:tcPr>
          <w:p>
            <w:pPr>
              <w:spacing w:after="0"/>
              <w:jc w:val="left"/>
            </w:pPr>
            <w:r>
              <w:rPr>
                <w:sz w:val="16"/>
              </w:rPr>
              <w:t>60 kt (69 mph) estimated gust, High Wind, 2007-04-16; NWS zone VTZ004</w:t>
            </w:r>
          </w:p>
        </w:tc>
        <w:tc>
          <w:tcPr>
            <w:tcW w:type="dxa" w:w="1582"/>
          </w:tcPr>
          <w:p>
            <w:pPr>
              <w:spacing w:after="0"/>
              <w:jc w:val="left"/>
            </w:pPr>
            <w:r>
              <w:rPr>
                <w:sz w:val="16"/>
              </w:rPr>
              <w:t>Strong Wind, 2022-12-23, $100,000 property; $0 crops (zone total, 2022 dollars)</w:t>
            </w: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89 records, 1967 to 2024</w:t>
            </w:r>
          </w:p>
        </w:tc>
        <w:tc>
          <w:tcPr>
            <w:tcW w:type="dxa" w:w="1913"/>
          </w:tcPr>
          <w:p>
            <w:pPr>
              <w:spacing w:after="0"/>
              <w:jc w:val="left"/>
            </w:pPr>
            <w:r>
              <w:rPr>
                <w:sz w:val="16"/>
              </w:rPr>
              <w:t>50 kt (58 mph) to 78 kt (90 mph) (median 50 kt (58 mph)); 54 with a recorded value</w:t>
            </w:r>
          </w:p>
        </w:tc>
        <w:tc>
          <w:tcPr>
            <w:tcW w:type="dxa" w:w="1524"/>
          </w:tcPr>
          <w:p>
            <w:pPr>
              <w:spacing w:after="0"/>
              <w:jc w:val="left"/>
            </w:pPr>
            <w:r>
              <w:rPr>
                <w:sz w:val="16"/>
              </w:rPr>
              <w:t>78 kt (90 mph) estimated, Thunderstorm Wind, 2000-05-09</w:t>
            </w:r>
          </w:p>
        </w:tc>
        <w:tc>
          <w:tcPr>
            <w:tcW w:type="dxa" w:w="1582"/>
          </w:tcPr>
          <w:p>
            <w:pPr>
              <w:spacing w:after="0"/>
              <w:jc w:val="left"/>
            </w:pPr>
            <w:r>
              <w:rPr>
                <w:sz w:val="16"/>
              </w:rPr>
              <w:t>Thunderstorm Wind, 1998-05-29, $30,000 property; crops not reported (1998 dollars)</w:t>
            </w:r>
          </w:p>
        </w:tc>
        <w:tc>
          <w:tcPr>
            <w:tcW w:type="dxa" w:w="1789"/>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1898"/>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3 records, 1982 to 2011</w:t>
            </w:r>
          </w:p>
        </w:tc>
        <w:tc>
          <w:tcPr>
            <w:tcW w:type="dxa" w:w="1913"/>
          </w:tcPr>
          <w:p>
            <w:pPr>
              <w:spacing w:after="0"/>
              <w:jc w:val="left"/>
            </w:pPr>
            <w:r>
              <w:rPr>
                <w:sz w:val="16"/>
              </w:rPr>
              <w:t>F/EF0 to F/EF1 (median F/EF0); 3 with a recorded value</w:t>
            </w:r>
          </w:p>
        </w:tc>
        <w:tc>
          <w:tcPr>
            <w:tcW w:type="dxa" w:w="1524"/>
          </w:tcPr>
          <w:p>
            <w:pPr>
              <w:spacing w:after="0"/>
              <w:jc w:val="left"/>
            </w:pPr>
            <w:r>
              <w:rPr>
                <w:sz w:val="16"/>
              </w:rPr>
              <w:t>F1 tornado, 1982-05-19, 0.1 mi path length (whole path, pre-1996), 100 yd wide, $25,000 property; crops not recorded (1982 dollars)</w:t>
            </w:r>
          </w:p>
        </w:tc>
        <w:tc>
          <w:tcPr>
            <w:tcW w:type="dxa" w:w="1582"/>
          </w:tcPr>
          <w:p>
            <w:pPr>
              <w:spacing w:after="0"/>
              <w:jc w:val="left"/>
            </w:pPr>
          </w:p>
        </w:tc>
        <w:tc>
          <w:tcPr>
            <w:tcW w:type="dxa" w:w="1789"/>
          </w:tcPr>
          <w:p>
            <w:pPr>
              <w:spacing w:after="0"/>
              <w:jc w:val="left"/>
            </w:pPr>
            <w:r>
              <w:rPr>
                <w:sz w:val="16"/>
              </w:rPr>
              <w:t>No event record names a listed place in the county.</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287 records, 1996 to 2026 (287 zone-level)</w:t>
            </w:r>
          </w:p>
        </w:tc>
        <w:tc>
          <w:tcPr>
            <w:tcW w:type="dxa" w:w="1913"/>
          </w:tcPr>
          <w:p>
            <w:pPr>
              <w:spacing w:after="0"/>
              <w:jc w:val="left"/>
            </w:pPr>
          </w:p>
        </w:tc>
        <w:tc>
          <w:tcPr>
            <w:tcW w:type="dxa" w:w="1524"/>
          </w:tcPr>
          <w:p>
            <w:pPr>
              <w:spacing w:after="0"/>
              <w:jc w:val="left"/>
            </w:pPr>
            <w:r>
              <w:rPr>
                <w:sz w:val="16"/>
              </w:rPr>
              <w:t>Heavy Snow, 2007-02-14, $100,000 property; $0 crops (2007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Essex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399"/>
        <w:gridCol w:w="1771"/>
        <w:gridCol w:w="2662"/>
        <w:gridCol w:w="190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Title</w:t>
            </w:r>
          </w:p>
        </w:tc>
        <w:tc>
          <w:tcPr>
            <w:tcW w:type="dxa" w:w="1771"/>
            <w:shd w:val="clear" w:color="auto" w:fill="E8E8E8"/>
          </w:tcPr>
          <w:p>
            <w:pPr>
              <w:spacing w:after="0"/>
              <w:jc w:val="left"/>
            </w:pPr>
            <w:r>
              <w:rPr>
                <w:b/>
                <w:sz w:val="16"/>
              </w:rPr>
              <w:t>Mapped hazard</w:t>
            </w:r>
          </w:p>
        </w:tc>
        <w:tc>
          <w:tcPr>
            <w:tcW w:type="dxa" w:w="2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$364,256.88</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2"/>
          </w:tcPr>
          <w:p>
            <w:pPr>
              <w:spacing w:after="0"/>
              <w:jc w:val="left"/>
            </w:pPr>
            <w:r>
              <w:rPr>
                <w:sz w:val="16"/>
              </w:rPr>
              <w:t>Major disaster</w:t>
            </w:r>
          </w:p>
        </w:tc>
        <w:tc>
          <w:tcPr>
            <w:tcW w:type="dxa" w:w="2399"/>
          </w:tcPr>
          <w:p>
            <w:pPr>
              <w:spacing w:after="0"/>
              <w:jc w:val="left"/>
            </w:pPr>
            <w:r>
              <w:rPr>
                <w:sz w:val="16"/>
              </w:rPr>
              <w:t>Severe Storm, Flooding, Landslides, and Mudslides</w:t>
            </w:r>
          </w:p>
        </w:tc>
        <w:tc>
          <w:tcPr>
            <w:tcW w:type="dxa" w:w="1771"/>
          </w:tcPr>
          <w:p>
            <w:pPr>
              <w:spacing w:after="0"/>
              <w:jc w:val="left"/>
            </w:pPr>
            <w:r>
              <w:rPr>
                <w:sz w:val="16"/>
              </w:rPr>
              <w:t>Inland Flooding; Landslide</w:t>
            </w:r>
          </w:p>
        </w:tc>
        <w:tc>
          <w:tcPr>
            <w:tcW w:type="dxa" w:w="2662"/>
          </w:tcPr>
          <w:p>
            <w:pPr>
              <w:spacing w:after="0"/>
              <w:jc w:val="right"/>
            </w:pPr>
            <w:r>
              <w:rPr>
                <w:sz w:val="16"/>
              </w:rPr>
              <w:t>$1,556,399.28</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2"/>
          </w:tcPr>
          <w:p>
            <w:pPr>
              <w:spacing w:after="0"/>
              <w:jc w:val="left"/>
            </w:pPr>
            <w:r>
              <w:rPr>
                <w:sz w:val="16"/>
              </w:rPr>
              <w:t>Emergency</w:t>
            </w:r>
          </w:p>
        </w:tc>
        <w:tc>
          <w:tcPr>
            <w:tcW w:type="dxa" w:w="2399"/>
          </w:tcPr>
          <w:p>
            <w:pPr>
              <w:spacing w:after="0"/>
              <w:jc w:val="left"/>
            </w:pPr>
            <w:r>
              <w:rPr>
                <w:sz w:val="16"/>
              </w:rPr>
              <w:t>Tropical Depression Debby</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$27,669.22</w:t>
            </w:r>
          </w:p>
        </w:tc>
        <w:tc>
          <w:tcPr>
            <w:tcW w:type="dxa" w:w="190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$109,717.56</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2"/>
          </w:tcPr>
          <w:p>
            <w:pPr>
              <w:spacing w:after="0"/>
              <w:jc w:val="left"/>
            </w:pPr>
            <w:r>
              <w:rPr>
                <w:sz w:val="16"/>
              </w:rPr>
              <w:t>Emergency</w:t>
            </w:r>
          </w:p>
        </w:tc>
        <w:tc>
          <w:tcPr>
            <w:tcW w:type="dxa" w:w="2399"/>
          </w:tcPr>
          <w:p>
            <w:pPr>
              <w:spacing w:after="0"/>
              <w:jc w:val="left"/>
            </w:pPr>
            <w:r>
              <w:rPr>
                <w:sz w:val="16"/>
              </w:rPr>
              <w:t>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2"/>
          </w:tcPr>
          <w:p>
            <w:pPr>
              <w:spacing w:after="0"/>
              <w:jc w:val="left"/>
            </w:pPr>
            <w:r>
              <w:rPr>
                <w:sz w:val="16"/>
              </w:rPr>
              <w:t>Emergency</w:t>
            </w:r>
          </w:p>
        </w:tc>
        <w:tc>
          <w:tcPr>
            <w:tcW w:type="dxa" w:w="2399"/>
          </w:tcPr>
          <w:p>
            <w:pPr>
              <w:spacing w:after="0"/>
              <w:jc w:val="left"/>
            </w:pPr>
            <w:r>
              <w:rPr>
                <w:sz w:val="16"/>
              </w:rPr>
              <w:t>Tropical Storm Henri</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2"/>
          </w:tcPr>
          <w:p>
            <w:pPr>
              <w:spacing w:after="0"/>
              <w:jc w:val="left"/>
            </w:pPr>
            <w:r>
              <w:rPr>
                <w:sz w:val="16"/>
              </w:rPr>
              <w:t>Major disaster</w:t>
            </w:r>
          </w:p>
        </w:tc>
        <w:tc>
          <w:tcPr>
            <w:tcW w:type="dxa" w:w="2399"/>
          </w:tcPr>
          <w:p>
            <w:pPr>
              <w:spacing w:after="0"/>
              <w:jc w:val="left"/>
            </w:pPr>
            <w:r>
              <w:rPr>
                <w:sz w:val="16"/>
              </w:rPr>
              <w:t>COVID-19 Pandemic</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2"/>
          </w:tcPr>
          <w:p>
            <w:pPr>
              <w:spacing w:after="0"/>
              <w:jc w:val="left"/>
            </w:pPr>
            <w:r>
              <w:rPr>
                <w:sz w:val="16"/>
              </w:rPr>
              <w:t>Emergency</w:t>
            </w:r>
          </w:p>
        </w:tc>
        <w:tc>
          <w:tcPr>
            <w:tcW w:type="dxa" w:w="2399"/>
          </w:tcPr>
          <w:p>
            <w:pPr>
              <w:spacing w:after="0"/>
              <w:jc w:val="left"/>
            </w:pPr>
            <w:r>
              <w:rPr>
                <w:sz w:val="16"/>
              </w:rPr>
              <w:t>COVID-19</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$28,459.53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$239,730.49</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72"/>
          </w:tcPr>
          <w:p>
            <w:pPr>
              <w:spacing w:after="0"/>
              <w:jc w:val="left"/>
            </w:pPr>
            <w:r>
              <w:rPr>
                <w:sz w:val="16"/>
              </w:rPr>
              <w:t>Major disaster</w:t>
            </w:r>
          </w:p>
        </w:tc>
        <w:tc>
          <w:tcPr>
            <w:tcW w:type="dxa" w:w="2399"/>
          </w:tcPr>
          <w:p>
            <w:pPr>
              <w:spacing w:after="0"/>
              <w:jc w:val="left"/>
            </w:pPr>
            <w:r>
              <w:rPr>
                <w:sz w:val="16"/>
              </w:rPr>
              <w:t>Severe Winter Storms</w:t>
            </w:r>
          </w:p>
        </w:tc>
        <w:tc>
          <w:tcPr>
            <w:tcW w:type="dxa" w:w="1771"/>
          </w:tcPr>
          <w:p>
            <w:pPr>
              <w:spacing w:after="0"/>
              <w:jc w:val="left"/>
            </w:pPr>
            <w:r>
              <w:rPr>
                <w:sz w:val="16"/>
              </w:rPr>
              <w:t>Ice Storm</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$147,746.32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2"/>
          </w:tcPr>
          <w:p>
            <w:pPr>
              <w:spacing w:after="0"/>
              <w:jc w:val="left"/>
            </w:pPr>
            <w:r>
              <w:rPr>
                <w:sz w:val="16"/>
              </w:rPr>
              <w:t>Major disaster</w:t>
            </w:r>
          </w:p>
        </w:tc>
        <w:tc>
          <w:tcPr>
            <w:tcW w:type="dxa" w:w="2399"/>
          </w:tcPr>
          <w:p>
            <w:pPr>
              <w:spacing w:after="0"/>
              <w:jc w:val="left"/>
            </w:pPr>
            <w:r>
              <w:rPr>
                <w:sz w:val="16"/>
              </w:rPr>
              <w:t>Tropical Storm Irene</w:t>
            </w:r>
          </w:p>
        </w:tc>
        <w:tc>
          <w:tcPr>
            <w:tcW w:type="dxa" w:w="1771"/>
          </w:tcPr>
          <w:p>
            <w:pPr>
              <w:spacing w:after="0"/>
              <w:jc w:val="left"/>
            </w:pPr>
            <w:r>
              <w:rPr>
                <w:sz w:val="16"/>
              </w:rPr>
              <w:t>Hurricane</w:t>
            </w:r>
          </w:p>
        </w:tc>
        <w:tc>
          <w:tcPr>
            <w:tcW w:type="dxa" w:w="2662"/>
          </w:tcPr>
          <w:p>
            <w:pPr>
              <w:spacing w:after="0"/>
              <w:jc w:val="right"/>
            </w:pPr>
            <w:r>
              <w:rPr>
                <w:sz w:val="16"/>
              </w:rPr>
              <w:t>$52,197.20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2"/>
          </w:tcPr>
          <w:p>
            <w:pPr>
              <w:spacing w:after="0"/>
              <w:jc w:val="left"/>
            </w:pPr>
            <w:r>
              <w:rPr>
                <w:sz w:val="16"/>
              </w:rPr>
              <w:t>Emergency</w:t>
            </w:r>
          </w:p>
        </w:tc>
        <w:tc>
          <w:tcPr>
            <w:tcW w:type="dxa" w:w="2399"/>
          </w:tcPr>
          <w:p>
            <w:pPr>
              <w:spacing w:after="0"/>
              <w:jc w:val="left"/>
            </w:pPr>
            <w:r>
              <w:rPr>
                <w:sz w:val="16"/>
              </w:rPr>
              <w:t>Hurricane Irene</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$1,396,986.13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$391,201.97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$149,143.82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$65,420.27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$357,551.30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2"/>
          </w:tcPr>
          <w:p>
            <w:pPr>
              <w:spacing w:after="0"/>
              <w:jc w:val="left"/>
            </w:pPr>
            <w:r>
              <w:rPr>
                <w:sz w:val="16"/>
              </w:rPr>
              <w:t>Major disaster</w:t>
            </w:r>
          </w:p>
        </w:tc>
        <w:tc>
          <w:tcPr>
            <w:tcW w:type="dxa" w:w="2399"/>
          </w:tcPr>
          <w:p>
            <w:pPr>
              <w:spacing w:after="0"/>
              <w:jc w:val="left"/>
            </w:pPr>
            <w:r>
              <w:rPr>
                <w:sz w:val="16"/>
              </w:rPr>
              <w:t>Tropical Storm Floyd</w:t>
            </w:r>
          </w:p>
        </w:tc>
        <w:tc>
          <w:tcPr>
            <w:tcW w:type="dxa" w:w="1771"/>
          </w:tcPr>
          <w:p>
            <w:pPr>
              <w:spacing w:after="0"/>
              <w:jc w:val="left"/>
            </w:pPr>
            <w:r>
              <w:rPr>
                <w:sz w:val="16"/>
              </w:rPr>
              <w:t>Hurricane; Inland Flooding</w:t>
            </w:r>
          </w:p>
        </w:tc>
        <w:tc>
          <w:tcPr>
            <w:tcW w:type="dxa" w:w="2662"/>
          </w:tcPr>
          <w:p>
            <w:pPr>
              <w:spacing w:after="0"/>
              <w:jc w:val="right"/>
            </w:pPr>
            <w:r>
              <w:rPr>
                <w:sz w:val="16"/>
              </w:rPr>
              <w:t>$16,299.13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72"/>
          </w:tcPr>
          <w:p>
            <w:pPr>
              <w:spacing w:after="0"/>
              <w:jc w:val="left"/>
            </w:pPr>
            <w:r>
              <w:rPr>
                <w:sz w:val="16"/>
              </w:rPr>
              <w:t>Major disaster</w:t>
            </w:r>
          </w:p>
        </w:tc>
        <w:tc>
          <w:tcPr>
            <w:tcW w:type="dxa" w:w="2399"/>
          </w:tcPr>
          <w:p>
            <w:pPr>
              <w:spacing w:after="0"/>
              <w:jc w:val="left"/>
            </w:pPr>
            <w:r>
              <w:rPr>
                <w:sz w:val="16"/>
              </w:rPr>
              <w:t>Excessive Rainfall,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72"/>
          </w:tcPr>
          <w:p>
            <w:pPr>
              <w:spacing w:after="0"/>
              <w:jc w:val="left"/>
            </w:pPr>
            <w:r>
              <w:rPr>
                <w:sz w:val="16"/>
              </w:rPr>
              <w:t>Major disaster</w:t>
            </w:r>
          </w:p>
        </w:tc>
        <w:tc>
          <w:tcPr>
            <w:tcW w:type="dxa" w:w="2399"/>
          </w:tcPr>
          <w:p>
            <w:pPr>
              <w:spacing w:after="0"/>
              <w:jc w:val="left"/>
            </w:pPr>
            <w:r>
              <w:rPr>
                <w:sz w:val="16"/>
              </w:rPr>
              <w:t>Severe Storms &amp;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2"/>
          </w:tcPr>
          <w:p>
            <w:pPr>
              <w:spacing w:after="0"/>
              <w:jc w:val="left"/>
            </w:pPr>
            <w:r>
              <w:rPr>
                <w:sz w:val="16"/>
              </w:rPr>
              <w:t>Major disaster</w:t>
            </w:r>
          </w:p>
        </w:tc>
        <w:tc>
          <w:tcPr>
            <w:tcW w:type="dxa" w:w="2399"/>
          </w:tcPr>
          <w:p>
            <w:pPr>
              <w:spacing w:after="0"/>
              <w:jc w:val="left"/>
            </w:pPr>
            <w:r>
              <w:rPr>
                <w:sz w:val="16"/>
              </w:rPr>
              <w:t>Severe Storms, Flooding, &amp; Landslides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27</w:t>
            </w:r>
          </w:p>
        </w:tc>
        <w:tc>
          <w:tcPr>
            <w:tcW w:type="dxa" w:w="2116"/>
          </w:tcPr>
          <w:p>
            <w:pPr>
              <w:spacing w:after="0"/>
              <w:jc w:val="right"/>
            </w:pPr>
            <w:r>
              <w:rPr>
                <w:sz w:val="16"/>
              </w:rPr>
              <w:t>6</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8"/>
        <w:gridCol w:w="3006"/>
        <w:gridCol w:w="931"/>
        <w:gridCol w:w="2180"/>
        <w:gridCol w:w="1464"/>
        <w:gridCol w:w="27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8"/>
            <w:shd w:val="clear" w:color="auto" w:fill="E8E8E8"/>
          </w:tcPr>
          <w:p>
            <w:pPr>
              <w:spacing w:after="0"/>
              <w:jc w:val="left"/>
            </w:pPr>
            <w:r>
              <w:rPr>
                <w:b/>
                <w:sz w:val="16"/>
              </w:rPr>
              <w:t>Magnitude or extent</w:t>
            </w:r>
          </w:p>
        </w:tc>
        <w:tc>
          <w:tcPr>
            <w:tcW w:type="dxa" w:w="300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0"/>
            <w:shd w:val="clear" w:color="auto" w:fill="E8E8E8"/>
          </w:tcPr>
          <w:p>
            <w:pPr>
              <w:spacing w:after="0"/>
              <w:jc w:val="left"/>
            </w:pPr>
            <w:r>
              <w:rPr>
                <w:b/>
                <w:sz w:val="16"/>
              </w:rPr>
              <w:t>Location</w:t>
            </w:r>
          </w:p>
        </w:tc>
        <w:tc>
          <w:tcPr>
            <w:tcW w:type="dxa" w:w="1464"/>
            <w:shd w:val="clear" w:color="auto" w:fill="E8E8E8"/>
          </w:tcPr>
          <w:p>
            <w:pPr>
              <w:spacing w:after="0"/>
              <w:jc w:val="left"/>
            </w:pPr>
            <w:r>
              <w:rPr>
                <w:b/>
                <w:sz w:val="16"/>
              </w:rPr>
              <w:t>Flags</w:t>
            </w:r>
          </w:p>
        </w:tc>
        <w:tc>
          <w:tcPr>
            <w:tcW w:type="dxa" w:w="27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08"/>
          </w:tcPr>
          <w:p>
            <w:pPr>
              <w:spacing w:after="0"/>
              <w:jc w:val="left"/>
            </w:pPr>
          </w:p>
        </w:tc>
        <w:tc>
          <w:tcPr>
            <w:tcW w:type="dxa" w:w="3006"/>
          </w:tcPr>
          <w:p>
            <w:pPr>
              <w:spacing w:after="0"/>
              <w:jc w:val="left"/>
            </w:pPr>
            <w:r>
              <w:rPr>
                <w:sz w:val="16"/>
              </w:rPr>
              <w:t>$0 property; $50,000 crops (zone total, 2023 dollars)</w:t>
            </w:r>
          </w:p>
        </w:tc>
        <w:tc>
          <w:tcPr>
            <w:tcW w:type="dxa" w:w="931"/>
          </w:tcPr>
          <w:p>
            <w:pPr>
              <w:spacing w:after="0"/>
              <w:jc w:val="right"/>
            </w:pPr>
            <w:r>
              <w:rPr>
                <w:sz w:val="16"/>
              </w:rPr>
              <w:t>0, 0</w:t>
            </w:r>
          </w:p>
        </w:tc>
        <w:tc>
          <w:tcPr>
            <w:tcW w:type="dxa" w:w="2180"/>
          </w:tcPr>
          <w:p>
            <w:pPr>
              <w:spacing w:after="0"/>
              <w:jc w:val="left"/>
            </w:pPr>
            <w:r>
              <w:rPr>
                <w:sz w:val="16"/>
              </w:rPr>
              <w:t>NWS zone VTZ004 (ESSEX), zone-level</w:t>
            </w:r>
          </w:p>
        </w:tc>
        <w:tc>
          <w:tcPr>
            <w:tcW w:type="dxa" w:w="1464"/>
          </w:tcPr>
          <w:p>
            <w:pPr>
              <w:spacing w:after="0"/>
              <w:jc w:val="left"/>
            </w:pPr>
            <w:r>
              <w:rPr>
                <w:sz w:val="16"/>
              </w:rPr>
              <w:t>in the 12 months before plan approval; within last 5 years</w:t>
            </w:r>
          </w:p>
        </w:tc>
        <w:tc>
          <w:tcPr>
            <w:tcW w:type="dxa" w:w="2770"/>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508"/>
          </w:tcPr>
          <w:p>
            <w:pPr>
              <w:spacing w:after="0"/>
              <w:jc w:val="left"/>
            </w:pPr>
          </w:p>
        </w:tc>
        <w:tc>
          <w:tcPr>
            <w:tcW w:type="dxa" w:w="3006"/>
          </w:tcPr>
          <w:p>
            <w:pPr>
              <w:spacing w:after="0"/>
              <w:jc w:val="left"/>
            </w:pPr>
            <w:r>
              <w:rPr>
                <w:sz w:val="16"/>
              </w:rPr>
              <w:t>$0 property; $0 crops (zone total, 2018 dollars)</w:t>
            </w:r>
          </w:p>
        </w:tc>
        <w:tc>
          <w:tcPr>
            <w:tcW w:type="dxa" w:w="931"/>
          </w:tcPr>
          <w:p>
            <w:pPr>
              <w:spacing w:after="0"/>
              <w:jc w:val="right"/>
            </w:pPr>
            <w:r>
              <w:rPr>
                <w:sz w:val="16"/>
              </w:rPr>
              <w:t>0, 0</w:t>
            </w:r>
          </w:p>
        </w:tc>
        <w:tc>
          <w:tcPr>
            <w:tcW w:type="dxa" w:w="2180"/>
          </w:tcPr>
          <w:p>
            <w:pPr>
              <w:spacing w:after="0"/>
              <w:jc w:val="left"/>
            </w:pPr>
            <w:r>
              <w:rPr>
                <w:sz w:val="16"/>
              </w:rPr>
              <w:t>NWS zone VTZ004 (ESSEX), zone-level</w:t>
            </w:r>
          </w:p>
        </w:tc>
        <w:tc>
          <w:tcPr>
            <w:tcW w:type="dxa" w:w="1464"/>
          </w:tcPr>
          <w:p>
            <w:pPr>
              <w:spacing w:after="0"/>
              <w:jc w:val="left"/>
            </w:pPr>
          </w:p>
        </w:tc>
        <w:tc>
          <w:tcPr>
            <w:tcW w:type="dxa" w:w="277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08"/>
          </w:tcPr>
          <w:p>
            <w:pPr>
              <w:spacing w:after="0"/>
              <w:jc w:val="left"/>
            </w:pPr>
          </w:p>
        </w:tc>
        <w:tc>
          <w:tcPr>
            <w:tcW w:type="dxa" w:w="3006"/>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180"/>
          </w:tcPr>
          <w:p>
            <w:pPr>
              <w:spacing w:after="0"/>
              <w:jc w:val="left"/>
            </w:pPr>
            <w:r>
              <w:rPr>
                <w:sz w:val="16"/>
              </w:rPr>
              <w:t>NWS zone VTZ004 (ESSEX), zone-level</w:t>
            </w:r>
          </w:p>
        </w:tc>
        <w:tc>
          <w:tcPr>
            <w:tcW w:type="dxa" w:w="1464"/>
          </w:tcPr>
          <w:p>
            <w:pPr>
              <w:spacing w:after="0"/>
              <w:jc w:val="left"/>
            </w:pPr>
          </w:p>
        </w:tc>
        <w:tc>
          <w:tcPr>
            <w:tcW w:type="dxa" w:w="27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508"/>
          </w:tcPr>
          <w:p>
            <w:pPr>
              <w:spacing w:after="0"/>
              <w:jc w:val="left"/>
            </w:pPr>
          </w:p>
        </w:tc>
        <w:tc>
          <w:tcPr>
            <w:tcW w:type="dxa" w:w="3006"/>
          </w:tcPr>
          <w:p>
            <w:pPr>
              <w:spacing w:after="0"/>
              <w:jc w:val="left"/>
            </w:pPr>
            <w:r>
              <w:rPr>
                <w:sz w:val="16"/>
              </w:rPr>
              <w:t>$750,000 property; $0 crops (2011 dollars)</w:t>
            </w:r>
          </w:p>
        </w:tc>
        <w:tc>
          <w:tcPr>
            <w:tcW w:type="dxa" w:w="931"/>
          </w:tcPr>
          <w:p>
            <w:pPr>
              <w:spacing w:after="0"/>
              <w:jc w:val="right"/>
            </w:pPr>
            <w:r>
              <w:rPr>
                <w:sz w:val="16"/>
              </w:rPr>
              <w:t>0, 0</w:t>
            </w:r>
          </w:p>
        </w:tc>
        <w:tc>
          <w:tcPr>
            <w:tcW w:type="dxa" w:w="2180"/>
          </w:tcPr>
          <w:p>
            <w:pPr>
              <w:spacing w:after="0"/>
              <w:jc w:val="left"/>
            </w:pPr>
            <w:r>
              <w:rPr>
                <w:sz w:val="16"/>
              </w:rPr>
              <w:t>CONCORD to SOUTH LUNENBURG</w:t>
            </w:r>
          </w:p>
        </w:tc>
        <w:tc>
          <w:tcPr>
            <w:tcW w:type="dxa" w:w="1464"/>
          </w:tcPr>
          <w:p>
            <w:pPr>
              <w:spacing w:after="0"/>
              <w:jc w:val="left"/>
            </w:pPr>
          </w:p>
        </w:tc>
        <w:tc>
          <w:tcPr>
            <w:tcW w:type="dxa" w:w="27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508"/>
          </w:tcPr>
          <w:p>
            <w:pPr>
              <w:spacing w:after="0"/>
              <w:jc w:val="left"/>
            </w:pPr>
          </w:p>
        </w:tc>
        <w:tc>
          <w:tcPr>
            <w:tcW w:type="dxa" w:w="3006"/>
          </w:tcPr>
          <w:p>
            <w:pPr>
              <w:spacing w:after="0"/>
              <w:jc w:val="left"/>
            </w:pPr>
            <w:r>
              <w:rPr>
                <w:sz w:val="16"/>
              </w:rPr>
              <w:t>$10,000 property; $0 crops (2007 dollars)</w:t>
            </w:r>
          </w:p>
        </w:tc>
        <w:tc>
          <w:tcPr>
            <w:tcW w:type="dxa" w:w="931"/>
          </w:tcPr>
          <w:p>
            <w:pPr>
              <w:spacing w:after="0"/>
              <w:jc w:val="right"/>
            </w:pPr>
            <w:r>
              <w:rPr>
                <w:sz w:val="16"/>
              </w:rPr>
              <w:t>0, 0</w:t>
            </w:r>
          </w:p>
        </w:tc>
        <w:tc>
          <w:tcPr>
            <w:tcW w:type="dxa" w:w="2180"/>
          </w:tcPr>
          <w:p>
            <w:pPr>
              <w:spacing w:after="0"/>
              <w:jc w:val="left"/>
            </w:pPr>
            <w:r>
              <w:rPr>
                <w:sz w:val="16"/>
              </w:rPr>
              <w:t>BRIGHTON</w:t>
            </w:r>
          </w:p>
        </w:tc>
        <w:tc>
          <w:tcPr>
            <w:tcW w:type="dxa" w:w="1464"/>
          </w:tcPr>
          <w:p>
            <w:pPr>
              <w:spacing w:after="0"/>
              <w:jc w:val="left"/>
            </w:pPr>
          </w:p>
        </w:tc>
        <w:tc>
          <w:tcPr>
            <w:tcW w:type="dxa" w:w="277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508"/>
          </w:tcPr>
          <w:p>
            <w:pPr>
              <w:spacing w:after="0"/>
              <w:jc w:val="left"/>
            </w:pPr>
            <w:r>
              <w:rPr>
                <w:sz w:val="16"/>
              </w:rPr>
              <w:t>60 kt (69 mph) estimated gust</w:t>
            </w:r>
          </w:p>
        </w:tc>
        <w:tc>
          <w:tcPr>
            <w:tcW w:type="dxa" w:w="3006"/>
          </w:tcPr>
          <w:p>
            <w:pPr>
              <w:spacing w:after="0"/>
              <w:jc w:val="left"/>
            </w:pPr>
            <w:r>
              <w:rPr>
                <w:sz w:val="16"/>
              </w:rPr>
              <w:t>$100,000 property; $0 crops (zone total, 2007 dollars)</w:t>
            </w:r>
          </w:p>
        </w:tc>
        <w:tc>
          <w:tcPr>
            <w:tcW w:type="dxa" w:w="931"/>
          </w:tcPr>
          <w:p>
            <w:pPr>
              <w:spacing w:after="0"/>
              <w:jc w:val="right"/>
            </w:pPr>
            <w:r>
              <w:rPr>
                <w:sz w:val="16"/>
              </w:rPr>
              <w:t>0, 0</w:t>
            </w:r>
          </w:p>
        </w:tc>
        <w:tc>
          <w:tcPr>
            <w:tcW w:type="dxa" w:w="2180"/>
          </w:tcPr>
          <w:p>
            <w:pPr>
              <w:spacing w:after="0"/>
              <w:jc w:val="left"/>
            </w:pPr>
            <w:r>
              <w:rPr>
                <w:sz w:val="16"/>
              </w:rPr>
              <w:t>NWS zone VTZ004 (ESSEX), zone-level</w:t>
            </w:r>
          </w:p>
        </w:tc>
        <w:tc>
          <w:tcPr>
            <w:tcW w:type="dxa" w:w="1464"/>
          </w:tcPr>
          <w:p>
            <w:pPr>
              <w:spacing w:after="0"/>
              <w:jc w:val="left"/>
            </w:pPr>
          </w:p>
        </w:tc>
        <w:tc>
          <w:tcPr>
            <w:tcW w:type="dxa" w:w="2770"/>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508"/>
          </w:tcPr>
          <w:p>
            <w:pPr>
              <w:spacing w:after="0"/>
              <w:jc w:val="left"/>
            </w:pPr>
          </w:p>
        </w:tc>
        <w:tc>
          <w:tcPr>
            <w:tcW w:type="dxa" w:w="3006"/>
          </w:tcPr>
          <w:p>
            <w:pPr>
              <w:spacing w:after="0"/>
              <w:jc w:val="left"/>
            </w:pPr>
            <w:r>
              <w:rPr>
                <w:sz w:val="16"/>
              </w:rPr>
              <w:t>$100,000 property; $0 crops (zone total, 2007 dollars)</w:t>
            </w:r>
          </w:p>
        </w:tc>
        <w:tc>
          <w:tcPr>
            <w:tcW w:type="dxa" w:w="931"/>
          </w:tcPr>
          <w:p>
            <w:pPr>
              <w:spacing w:after="0"/>
              <w:jc w:val="right"/>
            </w:pPr>
            <w:r>
              <w:rPr>
                <w:sz w:val="16"/>
              </w:rPr>
              <w:t>0, 0</w:t>
            </w:r>
          </w:p>
        </w:tc>
        <w:tc>
          <w:tcPr>
            <w:tcW w:type="dxa" w:w="2180"/>
          </w:tcPr>
          <w:p>
            <w:pPr>
              <w:spacing w:after="0"/>
              <w:jc w:val="left"/>
            </w:pPr>
            <w:r>
              <w:rPr>
                <w:sz w:val="16"/>
              </w:rPr>
              <w:t>NWS zone VTZ004 (ESSEX), zone-level</w:t>
            </w:r>
          </w:p>
        </w:tc>
        <w:tc>
          <w:tcPr>
            <w:tcW w:type="dxa" w:w="1464"/>
          </w:tcPr>
          <w:p>
            <w:pPr>
              <w:spacing w:after="0"/>
              <w:jc w:val="left"/>
            </w:pPr>
          </w:p>
        </w:tc>
        <w:tc>
          <w:tcPr>
            <w:tcW w:type="dxa" w:w="27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508"/>
          </w:tcPr>
          <w:p>
            <w:pPr>
              <w:spacing w:after="0"/>
              <w:jc w:val="left"/>
            </w:pPr>
          </w:p>
        </w:tc>
        <w:tc>
          <w:tcPr>
            <w:tcW w:type="dxa" w:w="3006"/>
          </w:tcPr>
          <w:p>
            <w:pPr>
              <w:spacing w:after="0"/>
              <w:jc w:val="left"/>
            </w:pPr>
            <w:r>
              <w:rPr>
                <w:sz w:val="16"/>
              </w:rPr>
              <w:t>$75,000 property; crops not reported (zone total, 2001 dollars)</w:t>
            </w:r>
          </w:p>
        </w:tc>
        <w:tc>
          <w:tcPr>
            <w:tcW w:type="dxa" w:w="931"/>
          </w:tcPr>
          <w:p>
            <w:pPr>
              <w:spacing w:after="0"/>
              <w:jc w:val="right"/>
            </w:pPr>
            <w:r>
              <w:rPr>
                <w:sz w:val="16"/>
              </w:rPr>
              <w:t>1, 0</w:t>
            </w:r>
          </w:p>
        </w:tc>
        <w:tc>
          <w:tcPr>
            <w:tcW w:type="dxa" w:w="2180"/>
          </w:tcPr>
          <w:p>
            <w:pPr>
              <w:spacing w:after="0"/>
              <w:jc w:val="left"/>
            </w:pPr>
            <w:r>
              <w:rPr>
                <w:sz w:val="16"/>
              </w:rPr>
              <w:t>NWS zone VTZ004 (ESSEX), zone-level</w:t>
            </w:r>
          </w:p>
        </w:tc>
        <w:tc>
          <w:tcPr>
            <w:tcW w:type="dxa" w:w="1464"/>
          </w:tcPr>
          <w:p>
            <w:pPr>
              <w:spacing w:after="0"/>
              <w:jc w:val="left"/>
            </w:pP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508"/>
          </w:tcPr>
          <w:p>
            <w:pPr>
              <w:spacing w:after="0"/>
              <w:jc w:val="left"/>
            </w:pPr>
            <w:r>
              <w:rPr>
                <w:sz w:val="16"/>
              </w:rPr>
              <w:t>78 kt (90 mph) estimated</w:t>
            </w:r>
          </w:p>
        </w:tc>
        <w:tc>
          <w:tcPr>
            <w:tcW w:type="dxa" w:w="3006"/>
          </w:tcPr>
          <w:p>
            <w:pPr>
              <w:spacing w:after="0"/>
              <w:jc w:val="left"/>
            </w:pPr>
            <w:r>
              <w:rPr>
                <w:sz w:val="16"/>
              </w:rPr>
              <w:t>$10,000 property; crops not reported (2000 dollars)</w:t>
            </w:r>
          </w:p>
        </w:tc>
        <w:tc>
          <w:tcPr>
            <w:tcW w:type="dxa" w:w="931"/>
          </w:tcPr>
          <w:p>
            <w:pPr>
              <w:spacing w:after="0"/>
              <w:jc w:val="right"/>
            </w:pPr>
            <w:r>
              <w:rPr>
                <w:sz w:val="16"/>
              </w:rPr>
              <w:t>0, 0</w:t>
            </w:r>
          </w:p>
        </w:tc>
        <w:tc>
          <w:tcPr>
            <w:tcW w:type="dxa" w:w="2180"/>
          </w:tcPr>
          <w:p>
            <w:pPr>
              <w:spacing w:after="0"/>
              <w:jc w:val="left"/>
            </w:pPr>
            <w:r>
              <w:rPr>
                <w:sz w:val="16"/>
              </w:rPr>
              <w:t>CANAAN</w:t>
            </w:r>
          </w:p>
        </w:tc>
        <w:tc>
          <w:tcPr>
            <w:tcW w:type="dxa" w:w="1464"/>
          </w:tcPr>
          <w:p>
            <w:pPr>
              <w:spacing w:after="0"/>
              <w:jc w:val="left"/>
            </w:pPr>
          </w:p>
        </w:tc>
        <w:tc>
          <w:tcPr>
            <w:tcW w:type="dxa" w:w="2770"/>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508"/>
          </w:tcPr>
          <w:p>
            <w:pPr>
              <w:spacing w:after="0"/>
              <w:jc w:val="left"/>
            </w:pPr>
          </w:p>
        </w:tc>
        <w:tc>
          <w:tcPr>
            <w:tcW w:type="dxa" w:w="3006"/>
          </w:tcPr>
          <w:p>
            <w:pPr>
              <w:spacing w:after="0"/>
              <w:jc w:val="left"/>
            </w:pPr>
            <w:r>
              <w:rPr>
                <w:sz w:val="16"/>
              </w:rPr>
              <w:t>$100,000 property; crops not reported (1998 dollars)</w:t>
            </w:r>
          </w:p>
        </w:tc>
        <w:tc>
          <w:tcPr>
            <w:tcW w:type="dxa" w:w="931"/>
          </w:tcPr>
          <w:p>
            <w:pPr>
              <w:spacing w:after="0"/>
              <w:jc w:val="right"/>
            </w:pPr>
            <w:r>
              <w:rPr>
                <w:sz w:val="16"/>
              </w:rPr>
              <w:t>0, 3</w:t>
            </w:r>
          </w:p>
        </w:tc>
        <w:tc>
          <w:tcPr>
            <w:tcW w:type="dxa" w:w="2180"/>
          </w:tcPr>
          <w:p>
            <w:pPr>
              <w:spacing w:after="0"/>
              <w:jc w:val="left"/>
            </w:pPr>
            <w:r>
              <w:rPr>
                <w:sz w:val="16"/>
              </w:rPr>
              <w:t>COUNTYWIDE</w:t>
            </w:r>
          </w:p>
        </w:tc>
        <w:tc>
          <w:tcPr>
            <w:tcW w:type="dxa" w:w="1464"/>
          </w:tcPr>
          <w:p>
            <w:pPr>
              <w:spacing w:after="0"/>
              <w:jc w:val="left"/>
            </w:pP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08"/>
          </w:tcPr>
          <w:p>
            <w:pPr>
              <w:spacing w:after="0"/>
              <w:jc w:val="left"/>
            </w:pPr>
          </w:p>
        </w:tc>
        <w:tc>
          <w:tcPr>
            <w:tcW w:type="dxa" w:w="3006"/>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180"/>
          </w:tcPr>
          <w:p>
            <w:pPr>
              <w:spacing w:after="0"/>
              <w:jc w:val="left"/>
            </w:pPr>
            <w:r>
              <w:rPr>
                <w:sz w:val="16"/>
              </w:rPr>
              <w:t>NWS zone VTZ004 (ESSEX), zone-level</w:t>
            </w:r>
          </w:p>
        </w:tc>
        <w:tc>
          <w:tcPr>
            <w:tcW w:type="dxa" w:w="1464"/>
          </w:tcPr>
          <w:p>
            <w:pPr>
              <w:spacing w:after="0"/>
              <w:jc w:val="left"/>
            </w:pPr>
          </w:p>
        </w:tc>
        <w:tc>
          <w:tcPr>
            <w:tcW w:type="dxa" w:w="2770"/>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508"/>
          </w:tcPr>
          <w:p>
            <w:pPr>
              <w:spacing w:after="0"/>
              <w:jc w:val="left"/>
            </w:pPr>
            <w:r>
              <w:rPr>
                <w:sz w:val="16"/>
              </w:rPr>
              <w:t>F1, 0.1 mi path length (whole path, pre-1996), 100 yd wide</w:t>
            </w:r>
          </w:p>
        </w:tc>
        <w:tc>
          <w:tcPr>
            <w:tcW w:type="dxa" w:w="3006"/>
          </w:tcPr>
          <w:p>
            <w:pPr>
              <w:spacing w:after="0"/>
              <w:jc w:val="left"/>
            </w:pPr>
            <w:r>
              <w:rPr>
                <w:sz w:val="16"/>
              </w:rPr>
              <w:t>$25,000 property; crops not recorded (1982 dollars)</w:t>
            </w:r>
          </w:p>
        </w:tc>
        <w:tc>
          <w:tcPr>
            <w:tcW w:type="dxa" w:w="931"/>
          </w:tcPr>
          <w:p>
            <w:pPr>
              <w:spacing w:after="0"/>
              <w:jc w:val="right"/>
            </w:pPr>
            <w:r>
              <w:rPr>
                <w:sz w:val="16"/>
              </w:rPr>
              <w:t>0, 0</w:t>
            </w:r>
          </w:p>
        </w:tc>
        <w:tc>
          <w:tcPr>
            <w:tcW w:type="dxa" w:w="2180"/>
          </w:tcPr>
          <w:p>
            <w:pPr>
              <w:spacing w:after="0"/>
              <w:jc w:val="left"/>
            </w:pPr>
            <w:r>
              <w:rPr>
                <w:sz w:val="16"/>
              </w:rPr>
              <w:t>location not recorded</w:t>
            </w:r>
          </w:p>
        </w:tc>
        <w:tc>
          <w:tcPr>
            <w:tcW w:type="dxa" w:w="1464"/>
          </w:tcPr>
          <w:p>
            <w:pPr>
              <w:spacing w:after="0"/>
              <w:jc w:val="left"/>
            </w:pPr>
          </w:p>
        </w:tc>
        <w:tc>
          <w:tcPr>
            <w:tcW w:type="dxa" w:w="277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Essex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5.22</w:t>
            </w:r>
          </w:p>
        </w:tc>
        <w:tc>
          <w:tcPr>
            <w:tcW w:type="dxa" w:w="1379"/>
          </w:tcPr>
          <w:p>
            <w:pPr>
              <w:spacing w:after="0"/>
              <w:jc w:val="left"/>
            </w:pPr>
            <w:r>
              <w:rPr>
                <w:sz w:val="16"/>
              </w:rPr>
              <w:t>event-days per year</w:t>
            </w:r>
          </w:p>
        </w:tc>
        <w:tc>
          <w:tcPr>
            <w:tcW w:type="dxa" w:w="1821"/>
          </w:tcPr>
          <w:p>
            <w:pPr>
              <w:spacing w:after="0"/>
              <w:jc w:val="left"/>
            </w:pPr>
            <w:r>
              <w:rPr>
                <w:sz w:val="16"/>
              </w:rPr>
              <w:t>about 5.22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0.846</w:t>
            </w:r>
          </w:p>
        </w:tc>
        <w:tc>
          <w:tcPr>
            <w:tcW w:type="dxa" w:w="1379"/>
          </w:tcPr>
          <w:p>
            <w:pPr>
              <w:spacing w:after="0"/>
              <w:jc w:val="left"/>
            </w:pPr>
            <w:r>
              <w:rPr>
                <w:sz w:val="16"/>
              </w:rPr>
              <w:t>events per year</w:t>
            </w:r>
          </w:p>
        </w:tc>
        <w:tc>
          <w:tcPr>
            <w:tcW w:type="dxa" w:w="1821"/>
          </w:tcPr>
          <w:p>
            <w:pPr>
              <w:spacing w:after="0"/>
              <w:jc w:val="left"/>
            </w:pPr>
            <w:r>
              <w:rPr>
                <w:sz w:val="16"/>
              </w:rPr>
              <w:t>about 0.85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32.1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0.632</w:t>
            </w:r>
          </w:p>
        </w:tc>
        <w:tc>
          <w:tcPr>
            <w:tcW w:type="dxa" w:w="1379"/>
          </w:tcPr>
          <w:p>
            <w:pPr>
              <w:spacing w:after="0"/>
              <w:jc w:val="left"/>
            </w:pPr>
            <w:r>
              <w:rPr>
                <w:sz w:val="16"/>
              </w:rPr>
              <w:t>event-days per year</w:t>
            </w:r>
          </w:p>
        </w:tc>
        <w:tc>
          <w:tcPr>
            <w:tcW w:type="dxa" w:w="1821"/>
          </w:tcPr>
          <w:p>
            <w:pPr>
              <w:spacing w:after="0"/>
              <w:jc w:val="left"/>
            </w:pPr>
            <w:r>
              <w:rPr>
                <w:sz w:val="16"/>
              </w:rPr>
              <w:t>about 0.632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0.0426</w:t>
            </w:r>
          </w:p>
        </w:tc>
        <w:tc>
          <w:tcPr>
            <w:tcW w:type="dxa" w:w="1379"/>
          </w:tcPr>
          <w:p>
            <w:pPr>
              <w:spacing w:after="0"/>
              <w:jc w:val="left"/>
            </w:pPr>
            <w:r>
              <w:rPr>
                <w:sz w:val="16"/>
              </w:rPr>
              <w:t>events per year</w:t>
            </w:r>
          </w:p>
        </w:tc>
        <w:tc>
          <w:tcPr>
            <w:tcW w:type="dxa" w:w="1821"/>
          </w:tcPr>
          <w:p>
            <w:pPr>
              <w:spacing w:after="0"/>
              <w:jc w:val="left"/>
            </w:pPr>
            <w:r>
              <w:rPr>
                <w:sz w:val="16"/>
              </w:rPr>
              <w:t>about 1 in 23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16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0.285</w:t>
            </w:r>
          </w:p>
        </w:tc>
        <w:tc>
          <w:tcPr>
            <w:tcW w:type="dxa" w:w="1379"/>
          </w:tcPr>
          <w:p>
            <w:pPr>
              <w:spacing w:after="0"/>
              <w:jc w:val="left"/>
            </w:pPr>
            <w:r>
              <w:rPr>
                <w:sz w:val="16"/>
              </w:rPr>
              <w:t>event-days per year</w:t>
            </w:r>
          </w:p>
        </w:tc>
        <w:tc>
          <w:tcPr>
            <w:tcW w:type="dxa" w:w="1821"/>
          </w:tcPr>
          <w:p>
            <w:pPr>
              <w:spacing w:after="0"/>
              <w:jc w:val="left"/>
            </w:pPr>
            <w:r>
              <w:rPr>
                <w:sz w:val="16"/>
              </w:rPr>
              <w:t>about 0.285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0.75</w:t>
            </w:r>
          </w:p>
        </w:tc>
        <w:tc>
          <w:tcPr>
            <w:tcW w:type="dxa" w:w="1379"/>
          </w:tcPr>
          <w:p>
            <w:pPr>
              <w:spacing w:after="0"/>
              <w:jc w:val="left"/>
            </w:pPr>
            <w:r>
              <w:rPr>
                <w:sz w:val="16"/>
              </w:rPr>
              <w:t>event-days per year</w:t>
            </w:r>
          </w:p>
        </w:tc>
        <w:tc>
          <w:tcPr>
            <w:tcW w:type="dxa" w:w="1821"/>
          </w:tcPr>
          <w:p>
            <w:pPr>
              <w:spacing w:after="0"/>
              <w:jc w:val="left"/>
            </w:pPr>
            <w:r>
              <w:rPr>
                <w:sz w:val="16"/>
              </w:rPr>
              <w:t>about 0.75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21</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0.881</w:t>
            </w:r>
          </w:p>
        </w:tc>
        <w:tc>
          <w:tcPr>
            <w:tcW w:type="dxa" w:w="1379"/>
          </w:tcPr>
          <w:p>
            <w:pPr>
              <w:spacing w:after="0"/>
              <w:jc w:val="left"/>
            </w:pPr>
            <w:r>
              <w:rPr>
                <w:sz w:val="16"/>
              </w:rPr>
              <w:t>events per year (modeled)</w:t>
            </w:r>
          </w:p>
        </w:tc>
        <w:tc>
          <w:tcPr>
            <w:tcW w:type="dxa" w:w="1821"/>
          </w:tcPr>
          <w:p>
            <w:pPr>
              <w:spacing w:after="0"/>
              <w:jc w:val="left"/>
            </w:pPr>
            <w:r>
              <w:rPr>
                <w:sz w:val="16"/>
              </w:rPr>
              <w:t>about 0.88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20.2</w:t>
            </w:r>
          </w:p>
        </w:tc>
        <w:tc>
          <w:tcPr>
            <w:tcW w:type="dxa" w:w="1379"/>
          </w:tcPr>
          <w:p>
            <w:pPr>
              <w:spacing w:after="0"/>
              <w:jc w:val="left"/>
            </w:pPr>
            <w:r>
              <w:rPr>
                <w:sz w:val="16"/>
              </w:rPr>
              <w:t>days per year with a strike</w:t>
            </w:r>
          </w:p>
        </w:tc>
        <w:tc>
          <w:tcPr>
            <w:tcW w:type="dxa" w:w="1821"/>
          </w:tcPr>
          <w:p>
            <w:pPr>
              <w:spacing w:after="0"/>
              <w:jc w:val="left"/>
            </w:pPr>
            <w:r>
              <w:rPr>
                <w:sz w:val="16"/>
              </w:rPr>
              <w:t>about 20.2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0.491</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0.0384</w:t>
            </w:r>
          </w:p>
        </w:tc>
        <w:tc>
          <w:tcPr>
            <w:tcW w:type="dxa" w:w="1379"/>
          </w:tcPr>
          <w:p>
            <w:pPr>
              <w:spacing w:after="0"/>
              <w:jc w:val="left"/>
            </w:pPr>
            <w:r>
              <w:rPr>
                <w:sz w:val="16"/>
              </w:rPr>
              <w:t>events per year</w:t>
            </w:r>
          </w:p>
        </w:tc>
        <w:tc>
          <w:tcPr>
            <w:tcW w:type="dxa" w:w="1821"/>
          </w:tcPr>
          <w:p>
            <w:pPr>
              <w:spacing w:after="0"/>
              <w:jc w:val="left"/>
            </w:pPr>
            <w:r>
              <w:rPr>
                <w:sz w:val="16"/>
              </w:rPr>
              <w:t>about 1 in 26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0.0000132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0.00132%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21.1</w:t>
            </w:r>
          </w:p>
        </w:tc>
        <w:tc>
          <w:tcPr>
            <w:tcW w:type="dxa" w:w="1379"/>
          </w:tcPr>
          <w:p>
            <w:pPr>
              <w:spacing w:after="0"/>
              <w:jc w:val="left"/>
            </w:pPr>
            <w:r>
              <w:rPr>
                <w:sz w:val="16"/>
              </w:rPr>
              <w:t>event-days per year</w:t>
            </w:r>
          </w:p>
        </w:tc>
        <w:tc>
          <w:tcPr>
            <w:tcW w:type="dxa" w:w="1821"/>
          </w:tcPr>
          <w:p>
            <w:pPr>
              <w:spacing w:after="0"/>
              <w:jc w:val="left"/>
            </w:pPr>
            <w:r>
              <w:rPr>
                <w:sz w:val="16"/>
              </w:rPr>
              <w:t>about 21.1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402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3"/>
        <w:gridCol w:w="806"/>
        <w:gridCol w:w="3287"/>
        <w:gridCol w:w="2621"/>
        <w:gridCol w:w="2710"/>
        <w:gridCol w:w="2954"/>
      </w:tblGrid>
      <w:tr>
        <w:trPr>
          <w:cantSplit/>
          <w:tblHeader/>
        </w:trPr>
        <w:tc>
          <w:tcPr>
            <w:tcW w:type="dxa" w:w="1733"/>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3"/>
          </w:tcPr>
          <w:p>
            <w:pPr>
              <w:spacing w:after="0"/>
              <w:jc w:val="left"/>
            </w:pPr>
            <w:r>
              <w:rPr>
                <w:sz w:val="16"/>
              </w:rPr>
              <w:t>Maidstone town</w:t>
            </w:r>
          </w:p>
        </w:tc>
        <w:tc>
          <w:tcPr>
            <w:tcW w:type="dxa" w:w="806"/>
          </w:tcPr>
          <w:p>
            <w:pPr>
              <w:spacing w:after="0"/>
              <w:jc w:val="left"/>
            </w:pPr>
            <w:r>
              <w:rPr>
                <w:sz w:val="16"/>
              </w:rPr>
              <w:t>Town</w:t>
            </w:r>
          </w:p>
        </w:tc>
        <w:tc>
          <w:tcPr>
            <w:tcW w:type="dxa" w:w="3287"/>
          </w:tcPr>
          <w:p>
            <w:pPr>
              <w:spacing w:after="0"/>
              <w:jc w:val="left"/>
            </w:pPr>
            <w:r>
              <w:rPr>
                <w:sz w:val="16"/>
              </w:rPr>
              <w:t>Approved, expires 2028-10-16</w:t>
            </w:r>
          </w:p>
        </w:tc>
        <w:tc>
          <w:tcPr>
            <w:tcW w:type="dxa" w:w="2621"/>
          </w:tcPr>
          <w:p>
            <w:pPr>
              <w:spacing w:after="0"/>
              <w:jc w:val="right"/>
            </w:pPr>
            <w:r>
              <w:rPr>
                <w:sz w:val="16"/>
              </w:rPr>
              <w:t>FMA RL 0, SRL 0; any 0</w:t>
            </w:r>
          </w:p>
        </w:tc>
        <w:tc>
          <w:tcPr>
            <w:tcW w:type="dxa" w:w="2710"/>
          </w:tcPr>
          <w:p>
            <w:pPr>
              <w:spacing w:after="0"/>
              <w:jc w:val="right"/>
            </w:pPr>
            <w:r>
              <w:rPr>
                <w:sz w:val="16"/>
              </w:rPr>
              <w:t>$168,352.96</w:t>
            </w:r>
          </w:p>
        </w:tc>
        <w:tc>
          <w:tcPr>
            <w:tcW w:type="dxa" w:w="2954"/>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Essex County (National Risk Index exposure and expected annual loss; since-plan counts use Maidstone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36"/>
        <w:gridCol w:w="1044"/>
        <w:gridCol w:w="1037"/>
        <w:gridCol w:w="1126"/>
        <w:gridCol w:w="989"/>
        <w:gridCol w:w="1048"/>
        <w:gridCol w:w="1212"/>
        <w:gridCol w:w="1102"/>
        <w:gridCol w:w="1341"/>
        <w:gridCol w:w="164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2"/>
            <w:shd w:val="clear" w:color="auto" w:fill="E8E8E8"/>
          </w:tcPr>
          <w:p>
            <w:pPr>
              <w:spacing w:after="0"/>
              <w:jc w:val="right"/>
            </w:pPr>
            <w:r>
              <w:rPr>
                <w:b/>
                <w:sz w:val="16"/>
              </w:rPr>
              <w:t>Storm Events damage since 2023-10-17</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9"/>
          </w:tcPr>
          <w:p>
            <w:pPr>
              <w:spacing w:after="0"/>
              <w:jc w:val="right"/>
            </w:pPr>
            <w:r>
              <w:rPr>
                <w:sz w:val="16"/>
              </w:rPr>
              <w:t>$458</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989"/>
          </w:tcPr>
          <w:p>
            <w:pPr>
              <w:spacing w:after="0"/>
              <w:jc w:val="right"/>
            </w:pPr>
            <w:r>
              <w:rPr>
                <w:sz w:val="16"/>
              </w:rPr>
              <w:t>$378,956</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9"/>
          </w:tcPr>
          <w:p>
            <w:pPr>
              <w:spacing w:after="0"/>
              <w:jc w:val="right"/>
            </w:pPr>
            <w:r>
              <w:rPr>
                <w:sz w:val="16"/>
              </w:rPr>
              <w:t>n/a</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6"/>
          </w:tcPr>
          <w:p>
            <w:pPr>
              <w:spacing w:after="0"/>
              <w:jc w:val="right"/>
            </w:pPr>
            <w:r>
              <w:rPr>
                <w:sz w:val="16"/>
              </w:rPr>
              <w:t>n/a</w:t>
            </w:r>
          </w:p>
        </w:tc>
        <w:tc>
          <w:tcPr>
            <w:tcW w:type="dxa" w:w="104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989"/>
          </w:tcPr>
          <w:p>
            <w:pPr>
              <w:spacing w:after="0"/>
              <w:jc w:val="right"/>
            </w:pPr>
            <w:r>
              <w:rPr>
                <w:sz w:val="16"/>
              </w:rPr>
              <w:t>$5,864</w:t>
            </w:r>
          </w:p>
        </w:tc>
        <w:tc>
          <w:tcPr>
            <w:tcW w:type="dxa" w:w="1048"/>
          </w:tcPr>
          <w:p>
            <w:pPr>
              <w:spacing w:after="0"/>
              <w:jc w:val="right"/>
            </w:pPr>
            <w:r>
              <w:rPr>
                <w:sz w:val="16"/>
              </w:rPr>
              <w:t>0.00126%</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989"/>
          </w:tcPr>
          <w:p>
            <w:pPr>
              <w:spacing w:after="0"/>
              <w:jc w:val="right"/>
            </w:pPr>
            <w:r>
              <w:rPr>
                <w:sz w:val="16"/>
              </w:rPr>
              <w:t>$1,991</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9"/>
          </w:tcPr>
          <w:p>
            <w:pPr>
              <w:spacing w:after="0"/>
              <w:jc w:val="right"/>
            </w:pPr>
            <w:r>
              <w:rPr>
                <w:sz w:val="16"/>
              </w:rPr>
              <w:t>$8,095</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989"/>
          </w:tcPr>
          <w:p>
            <w:pPr>
              <w:spacing w:after="0"/>
              <w:jc w:val="right"/>
            </w:pPr>
            <w:r>
              <w:rPr>
                <w:sz w:val="16"/>
              </w:rPr>
              <w:t>$3,188</w:t>
            </w:r>
          </w:p>
        </w:tc>
        <w:tc>
          <w:tcPr>
            <w:tcW w:type="dxa" w:w="1048"/>
          </w:tcPr>
          <w:p>
            <w:pPr>
              <w:spacing w:after="0"/>
              <w:jc w:val="right"/>
            </w:pPr>
            <w:r>
              <w:rPr>
                <w:sz w:val="16"/>
              </w:rPr>
              <w:t>0.00814%</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no Public Assistance recorded (1 declaration)</w:t>
            </w:r>
          </w:p>
        </w:tc>
        <w:tc>
          <w:tcPr>
            <w:tcW w:type="dxa" w:w="164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989"/>
          </w:tcPr>
          <w:p>
            <w:pPr>
              <w:spacing w:after="0"/>
              <w:jc w:val="right"/>
            </w:pPr>
            <w:r>
              <w:rPr>
                <w:sz w:val="16"/>
              </w:rPr>
              <w:t>$790</w:t>
            </w:r>
          </w:p>
        </w:tc>
        <w:tc>
          <w:tcPr>
            <w:tcW w:type="dxa" w:w="1048"/>
          </w:tcPr>
          <w:p>
            <w:pPr>
              <w:spacing w:after="0"/>
              <w:jc w:val="right"/>
            </w:pPr>
            <w:r>
              <w:rPr>
                <w:sz w:val="16"/>
              </w:rPr>
              <w:t>0.0011%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6"/>
          </w:tcPr>
          <w:p>
            <w:pPr>
              <w:spacing w:after="0"/>
              <w:jc w:val="right"/>
            </w:pPr>
            <w:r>
              <w:rPr>
                <w:sz w:val="16"/>
              </w:rPr>
              <w:t>$1,190,581</w:t>
            </w:r>
          </w:p>
        </w:tc>
        <w:tc>
          <w:tcPr>
            <w:tcW w:type="dxa" w:w="104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989"/>
          </w:tcPr>
          <w:p>
            <w:pPr>
              <w:spacing w:after="0"/>
              <w:jc w:val="right"/>
            </w:pPr>
            <w:r>
              <w:rPr>
                <w:sz w:val="16"/>
              </w:rPr>
              <w:t>$23,803</w:t>
            </w:r>
          </w:p>
        </w:tc>
        <w:tc>
          <w:tcPr>
            <w:tcW w:type="dxa" w:w="1048"/>
          </w:tcPr>
          <w:p>
            <w:pPr>
              <w:spacing w:after="0"/>
              <w:jc w:val="right"/>
            </w:pPr>
            <w:r>
              <w:rPr>
                <w:sz w:val="16"/>
              </w:rPr>
              <w:t>n/a (see note)</w:t>
            </w:r>
          </w:p>
        </w:tc>
        <w:tc>
          <w:tcPr>
            <w:tcW w:type="dxa" w:w="1212"/>
          </w:tcPr>
          <w:p>
            <w:pPr>
              <w:spacing w:after="0"/>
              <w:jc w:val="right"/>
            </w:pPr>
            <w:r>
              <w:rPr>
                <w:sz w:val="16"/>
              </w:rPr>
              <w:t>$475,000</w:t>
            </w:r>
          </w:p>
        </w:tc>
        <w:tc>
          <w:tcPr>
            <w:tcW w:type="dxa" w:w="1102"/>
          </w:tcPr>
          <w:p>
            <w:pPr>
              <w:spacing w:after="0"/>
              <w:jc w:val="right"/>
            </w:pPr>
          </w:p>
        </w:tc>
        <w:tc>
          <w:tcPr>
            <w:tcW w:type="dxa" w:w="1341"/>
          </w:tcPr>
          <w:p>
            <w:pPr>
              <w:spacing w:after="0"/>
              <w:jc w:val="right"/>
            </w:pPr>
            <w:r>
              <w:rPr>
                <w:sz w:val="16"/>
              </w:rPr>
              <w:t>$1,948,325.38</w:t>
            </w:r>
          </w:p>
        </w:tc>
        <w:tc>
          <w:tcPr>
            <w:tcW w:type="dxa" w:w="164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6"/>
          </w:tcPr>
          <w:p>
            <w:pPr>
              <w:spacing w:after="0"/>
              <w:jc w:val="right"/>
            </w:pPr>
            <w:r>
              <w:rPr>
                <w:sz w:val="16"/>
              </w:rPr>
              <w:t>n/a</w:t>
            </w:r>
          </w:p>
        </w:tc>
        <w:tc>
          <w:tcPr>
            <w:tcW w:type="dxa" w:w="104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989"/>
          </w:tcPr>
          <w:p>
            <w:pPr>
              <w:spacing w:after="0"/>
              <w:jc w:val="right"/>
            </w:pPr>
            <w:r>
              <w:rPr>
                <w:sz w:val="16"/>
              </w:rPr>
              <w:t>$2,455</w:t>
            </w:r>
          </w:p>
        </w:tc>
        <w:tc>
          <w:tcPr>
            <w:tcW w:type="dxa" w:w="1048"/>
          </w:tcPr>
          <w:p>
            <w:pPr>
              <w:spacing w:after="0"/>
              <w:jc w:val="right"/>
            </w:pPr>
            <w:r>
              <w:rPr>
                <w:sz w:val="16"/>
              </w:rPr>
              <w:t>0.000958%</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$1,920,656.16</w:t>
            </w:r>
          </w:p>
        </w:tc>
        <w:tc>
          <w:tcPr>
            <w:tcW w:type="dxa" w:w="164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989"/>
          </w:tcPr>
          <w:p>
            <w:pPr>
              <w:spacing w:after="0"/>
              <w:jc w:val="right"/>
            </w:pPr>
            <w:r>
              <w:rPr>
                <w:sz w:val="16"/>
              </w:rPr>
              <w:t>$39,573</w:t>
            </w:r>
          </w:p>
        </w:tc>
        <w:tc>
          <w:tcPr>
            <w:tcW w:type="dxa" w:w="1048"/>
          </w:tcPr>
          <w:p>
            <w:pPr>
              <w:spacing w:after="0"/>
              <w:jc w:val="right"/>
            </w:pPr>
            <w:r>
              <w:rPr>
                <w:sz w:val="16"/>
              </w:rPr>
              <w:t>0.000254%</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989"/>
          </w:tcPr>
          <w:p>
            <w:pPr>
              <w:spacing w:after="0"/>
              <w:jc w:val="right"/>
            </w:pPr>
            <w:r>
              <w:rPr>
                <w:sz w:val="16"/>
              </w:rPr>
              <w:t>$21,375</w:t>
            </w:r>
          </w:p>
        </w:tc>
        <w:tc>
          <w:tcPr>
            <w:tcW w:type="dxa" w:w="1048"/>
          </w:tcPr>
          <w:p>
            <w:pPr>
              <w:spacing w:after="0"/>
              <w:jc w:val="right"/>
            </w:pPr>
            <w:r>
              <w:rPr>
                <w:sz w:val="16"/>
              </w:rPr>
              <w:t>0.000986%</w:t>
            </w:r>
          </w:p>
        </w:tc>
        <w:tc>
          <w:tcPr>
            <w:tcW w:type="dxa" w:w="1212"/>
          </w:tcPr>
          <w:p>
            <w:pPr>
              <w:spacing w:after="0"/>
              <w:jc w:val="right"/>
            </w:pPr>
            <w:r>
              <w:rPr>
                <w:sz w:val="16"/>
              </w:rPr>
              <w:t>$8,000</w:t>
            </w:r>
          </w:p>
        </w:tc>
        <w:tc>
          <w:tcPr>
            <w:tcW w:type="dxa" w:w="1102"/>
          </w:tcPr>
          <w:p>
            <w:pPr>
              <w:spacing w:after="0"/>
              <w:jc w:val="right"/>
            </w:pPr>
            <w:r>
              <w:rPr>
                <w:sz w:val="16"/>
              </w:rPr>
              <w:t>$45,000</w:t>
            </w:r>
          </w:p>
        </w:tc>
        <w:tc>
          <w:tcPr>
            <w:tcW w:type="dxa" w:w="1341"/>
          </w:tcPr>
          <w:p>
            <w:pPr>
              <w:spacing w:after="0"/>
              <w:jc w:val="right"/>
            </w:pPr>
          </w:p>
        </w:tc>
        <w:tc>
          <w:tcPr>
            <w:tcW w:type="dxa" w:w="1646"/>
          </w:tcPr>
          <w:p>
            <w:pPr>
              <w:spacing w:after="0"/>
              <w:jc w:val="left"/>
            </w:pPr>
            <w:r>
              <w:rPr>
                <w:sz w:val="16"/>
              </w:rPr>
              <w:t>Storm Events damage since the plan includes 1 zone-level High Wind record ($10,000) and 2 zone-level Strong Wind records ($35,000):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989"/>
          </w:tcPr>
          <w:p>
            <w:pPr>
              <w:spacing w:after="0"/>
              <w:jc w:val="right"/>
            </w:pPr>
            <w:r>
              <w:rPr>
                <w:sz w:val="16"/>
              </w:rPr>
              <w:t>$18,288</w:t>
            </w:r>
          </w:p>
        </w:tc>
        <w:tc>
          <w:tcPr>
            <w:tcW w:type="dxa" w:w="1048"/>
          </w:tcPr>
          <w:p>
            <w:pPr>
              <w:spacing w:after="0"/>
              <w:jc w:val="right"/>
            </w:pPr>
            <w:r>
              <w:rPr>
                <w:sz w:val="16"/>
              </w:rPr>
              <w:t>0.000259%</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6"/>
          </w:tcPr>
          <w:p>
            <w:pPr>
              <w:spacing w:after="0"/>
              <w:jc w:val="right"/>
            </w:pPr>
            <w:r>
              <w:rPr>
                <w:sz w:val="16"/>
              </w:rPr>
              <w:t>$12,175,427</w:t>
            </w:r>
          </w:p>
        </w:tc>
        <w:tc>
          <w:tcPr>
            <w:tcW w:type="dxa" w:w="104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989"/>
          </w:tcPr>
          <w:p>
            <w:pPr>
              <w:spacing w:after="0"/>
              <w:jc w:val="right"/>
            </w:pPr>
            <w:r>
              <w:rPr>
                <w:sz w:val="16"/>
              </w:rPr>
              <w:t>$112</w:t>
            </w:r>
          </w:p>
        </w:tc>
        <w:tc>
          <w:tcPr>
            <w:tcW w:type="dxa" w:w="1048"/>
          </w:tcPr>
          <w:p>
            <w:pPr>
              <w:spacing w:after="0"/>
              <w:jc w:val="right"/>
            </w:pPr>
            <w:r>
              <w:rPr>
                <w:sz w:val="16"/>
              </w:rPr>
              <w:t>0.000111%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989"/>
          </w:tcPr>
          <w:p>
            <w:pPr>
              <w:spacing w:after="0"/>
              <w:jc w:val="right"/>
            </w:pPr>
            <w:r>
              <w:rPr>
                <w:sz w:val="16"/>
              </w:rPr>
              <w:t>$47,270</w:t>
            </w:r>
          </w:p>
        </w:tc>
        <w:tc>
          <w:tcPr>
            <w:tcW w:type="dxa" w:w="1048"/>
          </w:tcPr>
          <w:p>
            <w:pPr>
              <w:spacing w:after="0"/>
              <w:jc w:val="right"/>
            </w:pPr>
            <w:r>
              <w:rPr>
                <w:sz w:val="16"/>
              </w:rPr>
              <w:t>0.00101%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r>
              <w:rPr>
                <w:sz w:val="16"/>
              </w:rPr>
              <w:t>no Public Assistance recorded (1 declaration)</w:t>
            </w:r>
          </w:p>
        </w:tc>
        <w:tc>
          <w:tcPr>
            <w:tcW w:type="dxa" w:w="16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2023-10-17 (Storm Events through 2026-06-30): 8 county-coded records, 8 with a damage value recorded (including $0), $483,000; 37 zone-level records, 37 with a damage value recorded (including $0), $45,000 reported for the zone; Public Assistance: $1,948,325.38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Essex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Maidstone town</w:t>
            </w:r>
          </w:p>
        </w:tc>
        <w:tc>
          <w:tcPr>
            <w:tcW w:type="dxa" w:w="1620"/>
          </w:tcPr>
          <w:p>
            <w:pPr>
              <w:spacing w:after="0"/>
              <w:jc w:val="left"/>
            </w:pPr>
            <w:r>
              <w:rPr>
                <w:sz w:val="16"/>
              </w:rPr>
              <w:t>500213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Maidstone town, VT: risk-assessment baseline packet, release 2026-10 (data as of 2026-09-30; Town FIPS 5000942475). Automated baseline. </w:t>
      </w:r>
      <w:hyperlink r:id="rId16">
        <w:r>
          <w:rPr>
            <w:color w:val="1F4E99"/>
            <w:sz w:val="17"/>
            <w:u w:val="single"/>
          </w:rPr>
          <w:t>https://hazardplain.org/vt/5000942475/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hazard-plain_2026-10_VT_5000942475.docx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Maidstone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424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Maidstone town, VT: Risk-assessment baseline packet</dc:title>
  <dc:subject>Hazard Plain release 2026-10, as of 2026-09-30. Automated baseline</dc:subject>
  <dc:creator>Hazard Plain</dc:creator>
  <cp:keywords>Hazard Plain; hazard mitigation; risk assessment; 5000942475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