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Essex County, VT</w:t>
      </w:r>
    </w:p>
    <w:p>
      <w:pPr>
        <w:spacing w:after="120" w:before="0"/>
      </w:pPr>
      <w:r>
        <w:rPr>
          <w:color w:val="555555"/>
          <w:sz w:val="24"/>
        </w:rPr>
        <w:t>Risk-assessment baseline packet</w:t>
      </w:r>
    </w:p>
    <w:p>
      <w:pPr>
        <w:spacing w:after="120" w:before="0"/>
      </w:pPr>
      <w:r>
        <w:rPr>
          <w:b/>
          <w:sz w:val="18"/>
        </w:rPr>
        <w:t xml:space="preserve">Unit: </w:t>
      </w:r>
      <w:r>
        <w:rPr>
          <w:sz w:val="18"/>
        </w:rPr>
        <w:t>County area 50009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2"/>
        <w:gridCol w:w="763"/>
        <w:gridCol w:w="3114"/>
        <w:gridCol w:w="3219"/>
        <w:gridCol w:w="1221"/>
        <w:gridCol w:w="1221"/>
        <w:gridCol w:w="1053"/>
        <w:gridCol w:w="1116"/>
        <w:gridCol w:w="763"/>
      </w:tblGrid>
      <w:tr>
        <w:trPr>
          <w:cantSplit/>
          <w:tblHeader/>
        </w:trPr>
        <w:tc>
          <w:tcPr>
            <w:tcW w:type="dxa" w:w="1642"/>
            <w:shd w:val="clear" w:color="auto" w:fill="E8E8E8"/>
          </w:tcPr>
          <w:p>
            <w:pPr>
              <w:spacing w:after="0"/>
              <w:jc w:val="left"/>
            </w:pPr>
            <w:r>
              <w:rPr>
                <w:b/>
                <w:sz w:val="16"/>
              </w:rPr>
              <w:t>Jurisdiction</w:t>
            </w:r>
          </w:p>
        </w:tc>
        <w:tc>
          <w:tcPr>
            <w:tcW w:type="dxa" w:w="763"/>
            <w:shd w:val="clear" w:color="auto" w:fill="E8E8E8"/>
          </w:tcPr>
          <w:p>
            <w:pPr>
              <w:spacing w:after="0"/>
              <w:jc w:val="left"/>
            </w:pPr>
            <w:r>
              <w:rPr>
                <w:b/>
                <w:sz w:val="16"/>
              </w:rPr>
              <w:t>Type</w:t>
            </w:r>
          </w:p>
        </w:tc>
        <w:tc>
          <w:tcPr>
            <w:tcW w:type="dxa" w:w="3114"/>
            <w:shd w:val="clear" w:color="auto" w:fill="E8E8E8"/>
          </w:tcPr>
          <w:p>
            <w:pPr>
              <w:spacing w:after="0"/>
              <w:jc w:val="left"/>
            </w:pPr>
            <w:r>
              <w:rPr>
                <w:b/>
                <w:sz w:val="16"/>
              </w:rPr>
              <w:t>Status</w:t>
            </w:r>
          </w:p>
        </w:tc>
        <w:tc>
          <w:tcPr>
            <w:tcW w:type="dxa" w:w="3219"/>
            <w:shd w:val="clear" w:color="auto" w:fill="E8E8E8"/>
          </w:tcPr>
          <w:p>
            <w:pPr>
              <w:spacing w:after="0"/>
              <w:jc w:val="left"/>
            </w:pPr>
            <w:r>
              <w:rPr>
                <w:b/>
                <w:sz w:val="16"/>
              </w:rPr>
              <w:t>Plan</w:t>
            </w:r>
          </w:p>
        </w:tc>
        <w:tc>
          <w:tcPr>
            <w:tcW w:type="dxa" w:w="1221"/>
            <w:shd w:val="clear" w:color="auto" w:fill="E8E8E8"/>
          </w:tcPr>
          <w:p>
            <w:pPr>
              <w:spacing w:after="0"/>
              <w:jc w:val="left"/>
            </w:pPr>
            <w:r>
              <w:rPr>
                <w:b/>
                <w:sz w:val="16"/>
              </w:rPr>
              <w:t>Approved</w:t>
            </w:r>
          </w:p>
        </w:tc>
        <w:tc>
          <w:tcPr>
            <w:tcW w:type="dxa" w:w="1221"/>
            <w:shd w:val="clear" w:color="auto" w:fill="E8E8E8"/>
          </w:tcPr>
          <w:p>
            <w:pPr>
              <w:spacing w:after="0"/>
              <w:jc w:val="left"/>
            </w:pPr>
            <w:r>
              <w:rPr>
                <w:b/>
                <w:sz w:val="16"/>
              </w:rPr>
              <w:t>Expires</w:t>
            </w:r>
          </w:p>
        </w:tc>
        <w:tc>
          <w:tcPr>
            <w:tcW w:type="dxa" w:w="10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16"/>
            <w:shd w:val="clear" w:color="auto" w:fill="E8E8E8"/>
          </w:tcPr>
          <w:p>
            <w:pPr>
              <w:spacing w:after="0"/>
              <w:jc w:val="left"/>
            </w:pPr>
            <w:r>
              <w:rPr>
                <w:b/>
                <w:sz w:val="16"/>
              </w:rPr>
              <w:t>Update underway</w:t>
            </w:r>
          </w:p>
        </w:tc>
        <w:tc>
          <w:tcPr>
            <w:tcW w:type="dxa" w:w="763"/>
            <w:shd w:val="clear" w:color="auto" w:fill="E8E8E8"/>
          </w:tcPr>
          <w:p>
            <w:pPr>
              <w:spacing w:after="0"/>
              <w:jc w:val="left"/>
            </w:pPr>
            <w:r>
              <w:rPr>
                <w:b/>
                <w:sz w:val="16"/>
              </w:rPr>
              <w:t>Notes</w:t>
            </w:r>
          </w:p>
        </w:tc>
      </w:tr>
      <w:tr>
        <w:trPr>
          <w:cantSplit/>
        </w:trPr>
        <w:tc>
          <w:tcPr>
            <w:tcW w:type="dxa" w:w="1642"/>
          </w:tcPr>
          <w:p>
            <w:pPr>
              <w:spacing w:after="0"/>
              <w:jc w:val="left"/>
            </w:pPr>
            <w:r>
              <w:rPr>
                <w:sz w:val="16"/>
              </w:rPr>
              <w:t>Averill town</w:t>
            </w:r>
          </w:p>
        </w:tc>
        <w:tc>
          <w:tcPr>
            <w:tcW w:type="dxa" w:w="763"/>
          </w:tcPr>
          <w:p>
            <w:pPr>
              <w:spacing w:after="0"/>
              <w:jc w:val="left"/>
            </w:pPr>
            <w:r>
              <w:rPr>
                <w:sz w:val="16"/>
              </w:rPr>
              <w:t>Town</w:t>
            </w:r>
          </w:p>
        </w:tc>
        <w:tc>
          <w:tcPr>
            <w:tcW w:type="dxa" w:w="3114"/>
          </w:tcPr>
          <w:p>
            <w:pPr>
              <w:spacing w:after="0"/>
              <w:jc w:val="left"/>
            </w:pPr>
            <w:r>
              <w:rPr>
                <w:sz w:val="16"/>
              </w:rPr>
              <w:t>Approved, expires 2027-05-16</w:t>
            </w:r>
          </w:p>
        </w:tc>
        <w:tc>
          <w:tcPr>
            <w:tcW w:type="dxa" w:w="3219"/>
          </w:tcPr>
          <w:p>
            <w:pPr>
              <w:spacing w:after="0"/>
              <w:jc w:val="left"/>
            </w:pPr>
            <w:r>
              <w:rPr>
                <w:sz w:val="16"/>
              </w:rPr>
              <w:t>Unified Towns and Gores of Essex County Local Hazard Mitigation Plan (FEMA plan 108307)</w:t>
            </w:r>
          </w:p>
        </w:tc>
        <w:tc>
          <w:tcPr>
            <w:tcW w:type="dxa" w:w="1221"/>
          </w:tcPr>
          <w:p>
            <w:pPr>
              <w:spacing w:after="0"/>
              <w:jc w:val="left"/>
            </w:pPr>
            <w:r>
              <w:rPr>
                <w:sz w:val="16"/>
              </w:rPr>
              <w:t>2022-05-17</w:t>
            </w:r>
          </w:p>
        </w:tc>
        <w:tc>
          <w:tcPr>
            <w:tcW w:type="dxa" w:w="1221"/>
          </w:tcPr>
          <w:p>
            <w:pPr>
              <w:spacing w:after="0"/>
              <w:jc w:val="left"/>
            </w:pPr>
            <w:r>
              <w:rPr>
                <w:sz w:val="16"/>
              </w:rPr>
              <w:t>2027-05-16</w:t>
            </w:r>
          </w:p>
        </w:tc>
        <w:tc>
          <w:tcPr>
            <w:tcW w:type="dxa" w:w="1053"/>
          </w:tcPr>
          <w:p>
            <w:pPr>
              <w:spacing w:after="0"/>
              <w:jc w:val="right"/>
            </w:pPr>
            <w:r>
              <w:rPr>
                <w:sz w:val="16"/>
              </w:rPr>
              <w:t>230</w:t>
            </w:r>
          </w:p>
        </w:tc>
        <w:tc>
          <w:tcPr>
            <w:tcW w:type="dxa" w:w="1116"/>
          </w:tcPr>
          <w:p>
            <w:pPr>
              <w:spacing w:after="0"/>
              <w:jc w:val="left"/>
            </w:pPr>
          </w:p>
        </w:tc>
        <w:tc>
          <w:tcPr>
            <w:tcW w:type="dxa" w:w="763"/>
          </w:tcPr>
          <w:p>
            <w:pPr>
              <w:spacing w:after="0"/>
              <w:jc w:val="left"/>
            </w:pPr>
          </w:p>
        </w:tc>
      </w:tr>
      <w:tr>
        <w:trPr>
          <w:cantSplit/>
        </w:trPr>
        <w:tc>
          <w:tcPr>
            <w:tcW w:type="dxa" w:w="1642"/>
          </w:tcPr>
          <w:p>
            <w:pPr>
              <w:spacing w:after="0"/>
              <w:jc w:val="left"/>
            </w:pPr>
            <w:r>
              <w:rPr>
                <w:sz w:val="16"/>
              </w:rPr>
              <w:t>Avery's gore</w:t>
            </w:r>
          </w:p>
        </w:tc>
        <w:tc>
          <w:tcPr>
            <w:tcW w:type="dxa" w:w="763"/>
          </w:tcPr>
          <w:p>
            <w:pPr>
              <w:spacing w:after="0"/>
              <w:jc w:val="left"/>
            </w:pPr>
            <w:r>
              <w:rPr>
                <w:sz w:val="16"/>
              </w:rPr>
              <w:t>Gore</w:t>
            </w:r>
          </w:p>
        </w:tc>
        <w:tc>
          <w:tcPr>
            <w:tcW w:type="dxa" w:w="3114"/>
          </w:tcPr>
          <w:p>
            <w:pPr>
              <w:spacing w:after="0"/>
              <w:jc w:val="left"/>
            </w:pPr>
            <w:r>
              <w:rPr>
                <w:sz w:val="16"/>
              </w:rPr>
              <w:t>Approved, expires 2027-05-16</w:t>
            </w:r>
          </w:p>
        </w:tc>
        <w:tc>
          <w:tcPr>
            <w:tcW w:type="dxa" w:w="3219"/>
          </w:tcPr>
          <w:p>
            <w:pPr>
              <w:spacing w:after="0"/>
              <w:jc w:val="left"/>
            </w:pPr>
            <w:r>
              <w:rPr>
                <w:sz w:val="16"/>
              </w:rPr>
              <w:t>Unified Towns and Gores of Essex County Local Hazard Mitigation Plan (FEMA plan 108307)</w:t>
            </w:r>
          </w:p>
        </w:tc>
        <w:tc>
          <w:tcPr>
            <w:tcW w:type="dxa" w:w="1221"/>
          </w:tcPr>
          <w:p>
            <w:pPr>
              <w:spacing w:after="0"/>
              <w:jc w:val="left"/>
            </w:pPr>
            <w:r>
              <w:rPr>
                <w:sz w:val="16"/>
              </w:rPr>
              <w:t>2022-05-17</w:t>
            </w:r>
          </w:p>
        </w:tc>
        <w:tc>
          <w:tcPr>
            <w:tcW w:type="dxa" w:w="1221"/>
          </w:tcPr>
          <w:p>
            <w:pPr>
              <w:spacing w:after="0"/>
              <w:jc w:val="left"/>
            </w:pPr>
            <w:r>
              <w:rPr>
                <w:sz w:val="16"/>
              </w:rPr>
              <w:t>2027-05-16</w:t>
            </w:r>
          </w:p>
        </w:tc>
        <w:tc>
          <w:tcPr>
            <w:tcW w:type="dxa" w:w="1053"/>
          </w:tcPr>
          <w:p>
            <w:pPr>
              <w:spacing w:after="0"/>
              <w:jc w:val="right"/>
            </w:pPr>
            <w:r>
              <w:rPr>
                <w:sz w:val="16"/>
              </w:rPr>
              <w:t>230</w:t>
            </w:r>
          </w:p>
        </w:tc>
        <w:tc>
          <w:tcPr>
            <w:tcW w:type="dxa" w:w="1116"/>
          </w:tcPr>
          <w:p>
            <w:pPr>
              <w:spacing w:after="0"/>
              <w:jc w:val="left"/>
            </w:pPr>
          </w:p>
        </w:tc>
        <w:tc>
          <w:tcPr>
            <w:tcW w:type="dxa" w:w="763"/>
          </w:tcPr>
          <w:p>
            <w:pPr>
              <w:spacing w:after="0"/>
              <w:jc w:val="left"/>
            </w:pPr>
          </w:p>
        </w:tc>
      </w:tr>
      <w:tr>
        <w:trPr>
          <w:cantSplit/>
        </w:trPr>
        <w:tc>
          <w:tcPr>
            <w:tcW w:type="dxa" w:w="1642"/>
          </w:tcPr>
          <w:p>
            <w:pPr>
              <w:spacing w:after="0"/>
              <w:jc w:val="left"/>
            </w:pPr>
            <w:r>
              <w:rPr>
                <w:sz w:val="16"/>
              </w:rPr>
              <w:t>Bloomfield town</w:t>
            </w:r>
          </w:p>
        </w:tc>
        <w:tc>
          <w:tcPr>
            <w:tcW w:type="dxa" w:w="763"/>
          </w:tcPr>
          <w:p>
            <w:pPr>
              <w:spacing w:after="0"/>
              <w:jc w:val="left"/>
            </w:pPr>
            <w:r>
              <w:rPr>
                <w:sz w:val="16"/>
              </w:rPr>
              <w:t>Town</w:t>
            </w:r>
          </w:p>
        </w:tc>
        <w:tc>
          <w:tcPr>
            <w:tcW w:type="dxa" w:w="3114"/>
          </w:tcPr>
          <w:p>
            <w:pPr>
              <w:spacing w:after="0"/>
              <w:jc w:val="left"/>
            </w:pPr>
            <w:r>
              <w:rPr>
                <w:sz w:val="16"/>
              </w:rPr>
              <w:t>Expired on 2010-05-27</w:t>
            </w:r>
          </w:p>
        </w:tc>
        <w:tc>
          <w:tcPr>
            <w:tcW w:type="dxa" w:w="3219"/>
          </w:tcPr>
          <w:p>
            <w:pPr>
              <w:spacing w:after="0"/>
              <w:jc w:val="left"/>
            </w:pPr>
            <w:r>
              <w:rPr>
                <w:sz w:val="16"/>
              </w:rPr>
              <w:t>Northeastern Vermont Development Association All-Hazards Mitigation Plan (FEMA plan 11442)</w:t>
            </w:r>
          </w:p>
        </w:tc>
        <w:tc>
          <w:tcPr>
            <w:tcW w:type="dxa" w:w="1221"/>
          </w:tcPr>
          <w:p>
            <w:pPr>
              <w:spacing w:after="0"/>
              <w:jc w:val="left"/>
            </w:pPr>
            <w:r>
              <w:rPr>
                <w:sz w:val="16"/>
              </w:rPr>
              <w:t>2005-05-27</w:t>
            </w:r>
          </w:p>
        </w:tc>
        <w:tc>
          <w:tcPr>
            <w:tcW w:type="dxa" w:w="1221"/>
          </w:tcPr>
          <w:p>
            <w:pPr>
              <w:spacing w:after="0"/>
              <w:jc w:val="left"/>
            </w:pPr>
            <w:r>
              <w:rPr>
                <w:sz w:val="16"/>
              </w:rPr>
              <w:t>2010-05-27</w:t>
            </w:r>
          </w:p>
        </w:tc>
        <w:tc>
          <w:tcPr>
            <w:tcW w:type="dxa" w:w="1053"/>
          </w:tcPr>
          <w:p>
            <w:pPr>
              <w:spacing w:after="0"/>
              <w:jc w:val="right"/>
            </w:pPr>
            <w:r>
              <w:rPr>
                <w:sz w:val="16"/>
              </w:rPr>
              <w:t>-5,968</w:t>
            </w:r>
          </w:p>
        </w:tc>
        <w:tc>
          <w:tcPr>
            <w:tcW w:type="dxa" w:w="1116"/>
          </w:tcPr>
          <w:p>
            <w:pPr>
              <w:spacing w:after="0"/>
              <w:jc w:val="left"/>
            </w:pPr>
          </w:p>
        </w:tc>
        <w:tc>
          <w:tcPr>
            <w:tcW w:type="dxa" w:w="763"/>
          </w:tcPr>
          <w:p>
            <w:pPr>
              <w:spacing w:after="0"/>
              <w:jc w:val="left"/>
            </w:pPr>
          </w:p>
        </w:tc>
      </w:tr>
      <w:tr>
        <w:trPr>
          <w:cantSplit/>
        </w:trPr>
        <w:tc>
          <w:tcPr>
            <w:tcW w:type="dxa" w:w="1642"/>
          </w:tcPr>
          <w:p>
            <w:pPr>
              <w:spacing w:after="0"/>
              <w:jc w:val="left"/>
            </w:pPr>
            <w:r>
              <w:rPr>
                <w:sz w:val="16"/>
              </w:rPr>
              <w:t>Brighton town</w:t>
            </w:r>
          </w:p>
        </w:tc>
        <w:tc>
          <w:tcPr>
            <w:tcW w:type="dxa" w:w="763"/>
          </w:tcPr>
          <w:p>
            <w:pPr>
              <w:spacing w:after="0"/>
              <w:jc w:val="left"/>
            </w:pPr>
            <w:r>
              <w:rPr>
                <w:sz w:val="16"/>
              </w:rPr>
              <w:t>Town</w:t>
            </w:r>
          </w:p>
        </w:tc>
        <w:tc>
          <w:tcPr>
            <w:tcW w:type="dxa" w:w="3114"/>
          </w:tcPr>
          <w:p>
            <w:pPr>
              <w:spacing w:after="0"/>
              <w:jc w:val="left"/>
            </w:pPr>
            <w:r>
              <w:rPr>
                <w:sz w:val="16"/>
              </w:rPr>
              <w:t>Approved, expires 2030-04-15</w:t>
            </w:r>
          </w:p>
        </w:tc>
        <w:tc>
          <w:tcPr>
            <w:tcW w:type="dxa" w:w="3219"/>
          </w:tcPr>
          <w:p>
            <w:pPr>
              <w:spacing w:after="0"/>
              <w:jc w:val="left"/>
            </w:pPr>
            <w:r>
              <w:rPr>
                <w:sz w:val="16"/>
              </w:rPr>
              <w:t>2024 Brighton, Vermont Local Hazard Mitigation Plan Update (FEMA plan 110536)</w:t>
            </w:r>
          </w:p>
        </w:tc>
        <w:tc>
          <w:tcPr>
            <w:tcW w:type="dxa" w:w="1221"/>
          </w:tcPr>
          <w:p>
            <w:pPr>
              <w:spacing w:after="0"/>
              <w:jc w:val="left"/>
            </w:pPr>
            <w:r>
              <w:rPr>
                <w:sz w:val="16"/>
              </w:rPr>
              <w:t>2025-04-16</w:t>
            </w:r>
          </w:p>
        </w:tc>
        <w:tc>
          <w:tcPr>
            <w:tcW w:type="dxa" w:w="1221"/>
          </w:tcPr>
          <w:p>
            <w:pPr>
              <w:spacing w:after="0"/>
              <w:jc w:val="left"/>
            </w:pPr>
            <w:r>
              <w:rPr>
                <w:sz w:val="16"/>
              </w:rPr>
              <w:t>2030-04-15</w:t>
            </w:r>
          </w:p>
        </w:tc>
        <w:tc>
          <w:tcPr>
            <w:tcW w:type="dxa" w:w="1053"/>
          </w:tcPr>
          <w:p>
            <w:pPr>
              <w:spacing w:after="0"/>
              <w:jc w:val="right"/>
            </w:pPr>
            <w:r>
              <w:rPr>
                <w:sz w:val="16"/>
              </w:rPr>
              <w:t>1,295</w:t>
            </w:r>
          </w:p>
        </w:tc>
        <w:tc>
          <w:tcPr>
            <w:tcW w:type="dxa" w:w="1116"/>
          </w:tcPr>
          <w:p>
            <w:pPr>
              <w:spacing w:after="0"/>
              <w:jc w:val="left"/>
            </w:pPr>
          </w:p>
        </w:tc>
        <w:tc>
          <w:tcPr>
            <w:tcW w:type="dxa" w:w="763"/>
          </w:tcPr>
          <w:p>
            <w:pPr>
              <w:spacing w:after="0"/>
              <w:jc w:val="left"/>
            </w:pPr>
          </w:p>
        </w:tc>
      </w:tr>
      <w:tr>
        <w:trPr>
          <w:cantSplit/>
        </w:trPr>
        <w:tc>
          <w:tcPr>
            <w:tcW w:type="dxa" w:w="1642"/>
          </w:tcPr>
          <w:p>
            <w:pPr>
              <w:spacing w:after="0"/>
              <w:jc w:val="left"/>
            </w:pPr>
            <w:r>
              <w:rPr>
                <w:sz w:val="16"/>
              </w:rPr>
              <w:t>Brunswick town</w:t>
            </w:r>
          </w:p>
        </w:tc>
        <w:tc>
          <w:tcPr>
            <w:tcW w:type="dxa" w:w="763"/>
          </w:tcPr>
          <w:p>
            <w:pPr>
              <w:spacing w:after="0"/>
              <w:jc w:val="left"/>
            </w:pPr>
            <w:r>
              <w:rPr>
                <w:sz w:val="16"/>
              </w:rPr>
              <w:t>Town</w:t>
            </w:r>
          </w:p>
        </w:tc>
        <w:tc>
          <w:tcPr>
            <w:tcW w:type="dxa" w:w="3114"/>
          </w:tcPr>
          <w:p>
            <w:pPr>
              <w:spacing w:after="0"/>
              <w:jc w:val="left"/>
            </w:pPr>
            <w:r>
              <w:rPr>
                <w:sz w:val="16"/>
              </w:rPr>
              <w:t>Expired on 2010-05-27</w:t>
            </w:r>
          </w:p>
        </w:tc>
        <w:tc>
          <w:tcPr>
            <w:tcW w:type="dxa" w:w="3219"/>
          </w:tcPr>
          <w:p>
            <w:pPr>
              <w:spacing w:after="0"/>
              <w:jc w:val="left"/>
            </w:pPr>
            <w:r>
              <w:rPr>
                <w:sz w:val="16"/>
              </w:rPr>
              <w:t>Northeastern Vermont Development Association All-Hazards Mitigation Plan (FEMA plan 11442)</w:t>
            </w:r>
          </w:p>
        </w:tc>
        <w:tc>
          <w:tcPr>
            <w:tcW w:type="dxa" w:w="1221"/>
          </w:tcPr>
          <w:p>
            <w:pPr>
              <w:spacing w:after="0"/>
              <w:jc w:val="left"/>
            </w:pPr>
            <w:r>
              <w:rPr>
                <w:sz w:val="16"/>
              </w:rPr>
              <w:t>2005-05-27</w:t>
            </w:r>
          </w:p>
        </w:tc>
        <w:tc>
          <w:tcPr>
            <w:tcW w:type="dxa" w:w="1221"/>
          </w:tcPr>
          <w:p>
            <w:pPr>
              <w:spacing w:after="0"/>
              <w:jc w:val="left"/>
            </w:pPr>
            <w:r>
              <w:rPr>
                <w:sz w:val="16"/>
              </w:rPr>
              <w:t>2010-05-27</w:t>
            </w:r>
          </w:p>
        </w:tc>
        <w:tc>
          <w:tcPr>
            <w:tcW w:type="dxa" w:w="1053"/>
          </w:tcPr>
          <w:p>
            <w:pPr>
              <w:spacing w:after="0"/>
              <w:jc w:val="right"/>
            </w:pPr>
            <w:r>
              <w:rPr>
                <w:sz w:val="16"/>
              </w:rPr>
              <w:t>-5,968</w:t>
            </w:r>
          </w:p>
        </w:tc>
        <w:tc>
          <w:tcPr>
            <w:tcW w:type="dxa" w:w="1116"/>
          </w:tcPr>
          <w:p>
            <w:pPr>
              <w:spacing w:after="0"/>
              <w:jc w:val="left"/>
            </w:pPr>
          </w:p>
        </w:tc>
        <w:tc>
          <w:tcPr>
            <w:tcW w:type="dxa" w:w="763"/>
          </w:tcPr>
          <w:p>
            <w:pPr>
              <w:spacing w:after="0"/>
              <w:jc w:val="left"/>
            </w:pPr>
          </w:p>
        </w:tc>
      </w:tr>
      <w:tr>
        <w:trPr>
          <w:cantSplit/>
        </w:trPr>
        <w:tc>
          <w:tcPr>
            <w:tcW w:type="dxa" w:w="1642"/>
          </w:tcPr>
          <w:p>
            <w:pPr>
              <w:spacing w:after="0"/>
              <w:jc w:val="left"/>
            </w:pPr>
            <w:r>
              <w:rPr>
                <w:sz w:val="16"/>
              </w:rPr>
              <w:t>Canaan town</w:t>
            </w:r>
          </w:p>
        </w:tc>
        <w:tc>
          <w:tcPr>
            <w:tcW w:type="dxa" w:w="763"/>
          </w:tcPr>
          <w:p>
            <w:pPr>
              <w:spacing w:after="0"/>
              <w:jc w:val="left"/>
            </w:pPr>
            <w:r>
              <w:rPr>
                <w:sz w:val="16"/>
              </w:rPr>
              <w:t>Town</w:t>
            </w:r>
          </w:p>
        </w:tc>
        <w:tc>
          <w:tcPr>
            <w:tcW w:type="dxa" w:w="3114"/>
          </w:tcPr>
          <w:p>
            <w:pPr>
              <w:spacing w:after="0"/>
              <w:jc w:val="left"/>
            </w:pPr>
            <w:r>
              <w:rPr>
                <w:sz w:val="16"/>
              </w:rPr>
              <w:t>Approved, expires 2029-06-26</w:t>
            </w:r>
          </w:p>
        </w:tc>
        <w:tc>
          <w:tcPr>
            <w:tcW w:type="dxa" w:w="3219"/>
          </w:tcPr>
          <w:p>
            <w:pPr>
              <w:spacing w:after="0"/>
              <w:jc w:val="left"/>
            </w:pPr>
            <w:r>
              <w:rPr>
                <w:sz w:val="16"/>
              </w:rPr>
              <w:t>2024 Canaan, Vermont Local Hazard Mitigation Plan Update (FEMA plan 109961)</w:t>
            </w:r>
          </w:p>
        </w:tc>
        <w:tc>
          <w:tcPr>
            <w:tcW w:type="dxa" w:w="1221"/>
          </w:tcPr>
          <w:p>
            <w:pPr>
              <w:spacing w:after="0"/>
              <w:jc w:val="left"/>
            </w:pPr>
            <w:r>
              <w:rPr>
                <w:sz w:val="16"/>
              </w:rPr>
              <w:t>2024-06-27</w:t>
            </w:r>
          </w:p>
        </w:tc>
        <w:tc>
          <w:tcPr>
            <w:tcW w:type="dxa" w:w="1221"/>
          </w:tcPr>
          <w:p>
            <w:pPr>
              <w:spacing w:after="0"/>
              <w:jc w:val="left"/>
            </w:pPr>
            <w:r>
              <w:rPr>
                <w:sz w:val="16"/>
              </w:rPr>
              <w:t>2029-06-26</w:t>
            </w:r>
          </w:p>
        </w:tc>
        <w:tc>
          <w:tcPr>
            <w:tcW w:type="dxa" w:w="1053"/>
          </w:tcPr>
          <w:p>
            <w:pPr>
              <w:spacing w:after="0"/>
              <w:jc w:val="right"/>
            </w:pPr>
            <w:r>
              <w:rPr>
                <w:sz w:val="16"/>
              </w:rPr>
              <w:t>1,002</w:t>
            </w:r>
          </w:p>
        </w:tc>
        <w:tc>
          <w:tcPr>
            <w:tcW w:type="dxa" w:w="1116"/>
          </w:tcPr>
          <w:p>
            <w:pPr>
              <w:spacing w:after="0"/>
              <w:jc w:val="left"/>
            </w:pPr>
          </w:p>
        </w:tc>
        <w:tc>
          <w:tcPr>
            <w:tcW w:type="dxa" w:w="763"/>
          </w:tcPr>
          <w:p>
            <w:pPr>
              <w:spacing w:after="0"/>
              <w:jc w:val="left"/>
            </w:pPr>
          </w:p>
        </w:tc>
      </w:tr>
      <w:tr>
        <w:trPr>
          <w:cantSplit/>
        </w:trPr>
        <w:tc>
          <w:tcPr>
            <w:tcW w:type="dxa" w:w="1642"/>
          </w:tcPr>
          <w:p>
            <w:pPr>
              <w:spacing w:after="0"/>
              <w:jc w:val="left"/>
            </w:pPr>
            <w:r>
              <w:rPr>
                <w:sz w:val="16"/>
              </w:rPr>
              <w:t>Concord town</w:t>
            </w:r>
          </w:p>
        </w:tc>
        <w:tc>
          <w:tcPr>
            <w:tcW w:type="dxa" w:w="763"/>
          </w:tcPr>
          <w:p>
            <w:pPr>
              <w:spacing w:after="0"/>
              <w:jc w:val="left"/>
            </w:pPr>
            <w:r>
              <w:rPr>
                <w:sz w:val="16"/>
              </w:rPr>
              <w:t>Town</w:t>
            </w:r>
          </w:p>
        </w:tc>
        <w:tc>
          <w:tcPr>
            <w:tcW w:type="dxa" w:w="3114"/>
          </w:tcPr>
          <w:p>
            <w:pPr>
              <w:spacing w:after="0"/>
              <w:jc w:val="left"/>
            </w:pPr>
            <w:r>
              <w:rPr>
                <w:sz w:val="16"/>
              </w:rPr>
              <w:t>Approved, expires 2030-01-15</w:t>
            </w:r>
          </w:p>
        </w:tc>
        <w:tc>
          <w:tcPr>
            <w:tcW w:type="dxa" w:w="3219"/>
          </w:tcPr>
          <w:p>
            <w:pPr>
              <w:spacing w:after="0"/>
              <w:jc w:val="left"/>
            </w:pPr>
            <w:r>
              <w:rPr>
                <w:sz w:val="16"/>
              </w:rPr>
              <w:t>2024 Concord, Vermont Local Hazard Mitigation Plan (FEMA plan 110427)</w:t>
            </w:r>
          </w:p>
        </w:tc>
        <w:tc>
          <w:tcPr>
            <w:tcW w:type="dxa" w:w="1221"/>
          </w:tcPr>
          <w:p>
            <w:pPr>
              <w:spacing w:after="0"/>
              <w:jc w:val="left"/>
            </w:pPr>
            <w:r>
              <w:rPr>
                <w:sz w:val="16"/>
              </w:rPr>
              <w:t>2025-01-16</w:t>
            </w:r>
          </w:p>
        </w:tc>
        <w:tc>
          <w:tcPr>
            <w:tcW w:type="dxa" w:w="1221"/>
          </w:tcPr>
          <w:p>
            <w:pPr>
              <w:spacing w:after="0"/>
              <w:jc w:val="left"/>
            </w:pPr>
            <w:r>
              <w:rPr>
                <w:sz w:val="16"/>
              </w:rPr>
              <w:t>2030-01-15</w:t>
            </w:r>
          </w:p>
        </w:tc>
        <w:tc>
          <w:tcPr>
            <w:tcW w:type="dxa" w:w="1053"/>
          </w:tcPr>
          <w:p>
            <w:pPr>
              <w:spacing w:after="0"/>
              <w:jc w:val="right"/>
            </w:pPr>
            <w:r>
              <w:rPr>
                <w:sz w:val="16"/>
              </w:rPr>
              <w:t>1,205</w:t>
            </w:r>
          </w:p>
        </w:tc>
        <w:tc>
          <w:tcPr>
            <w:tcW w:type="dxa" w:w="1116"/>
          </w:tcPr>
          <w:p>
            <w:pPr>
              <w:spacing w:after="0"/>
              <w:jc w:val="left"/>
            </w:pPr>
          </w:p>
        </w:tc>
        <w:tc>
          <w:tcPr>
            <w:tcW w:type="dxa" w:w="763"/>
          </w:tcPr>
          <w:p>
            <w:pPr>
              <w:spacing w:after="0"/>
              <w:jc w:val="left"/>
            </w:pPr>
          </w:p>
        </w:tc>
      </w:tr>
      <w:tr>
        <w:trPr>
          <w:cantSplit/>
        </w:trPr>
        <w:tc>
          <w:tcPr>
            <w:tcW w:type="dxa" w:w="1642"/>
          </w:tcPr>
          <w:p>
            <w:pPr>
              <w:spacing w:after="0"/>
              <w:jc w:val="left"/>
            </w:pPr>
            <w:r>
              <w:rPr>
                <w:sz w:val="16"/>
              </w:rPr>
              <w:t>Ferdinand town</w:t>
            </w:r>
          </w:p>
        </w:tc>
        <w:tc>
          <w:tcPr>
            <w:tcW w:type="dxa" w:w="763"/>
          </w:tcPr>
          <w:p>
            <w:pPr>
              <w:spacing w:after="0"/>
              <w:jc w:val="left"/>
            </w:pPr>
            <w:r>
              <w:rPr>
                <w:sz w:val="16"/>
              </w:rPr>
              <w:t>Town</w:t>
            </w:r>
          </w:p>
        </w:tc>
        <w:tc>
          <w:tcPr>
            <w:tcW w:type="dxa" w:w="3114"/>
          </w:tcPr>
          <w:p>
            <w:pPr>
              <w:spacing w:after="0"/>
              <w:jc w:val="left"/>
            </w:pPr>
            <w:r>
              <w:rPr>
                <w:sz w:val="16"/>
              </w:rPr>
              <w:t>Approved, expires 2027-05-16</w:t>
            </w:r>
          </w:p>
        </w:tc>
        <w:tc>
          <w:tcPr>
            <w:tcW w:type="dxa" w:w="3219"/>
          </w:tcPr>
          <w:p>
            <w:pPr>
              <w:spacing w:after="0"/>
              <w:jc w:val="left"/>
            </w:pPr>
            <w:r>
              <w:rPr>
                <w:sz w:val="16"/>
              </w:rPr>
              <w:t>Unified Towns and Gores of Essex County Local Hazard Mitigation Plan (FEMA plan 108307)</w:t>
            </w:r>
          </w:p>
        </w:tc>
        <w:tc>
          <w:tcPr>
            <w:tcW w:type="dxa" w:w="1221"/>
          </w:tcPr>
          <w:p>
            <w:pPr>
              <w:spacing w:after="0"/>
              <w:jc w:val="left"/>
            </w:pPr>
            <w:r>
              <w:rPr>
                <w:sz w:val="16"/>
              </w:rPr>
              <w:t>2022-05-17</w:t>
            </w:r>
          </w:p>
        </w:tc>
        <w:tc>
          <w:tcPr>
            <w:tcW w:type="dxa" w:w="1221"/>
          </w:tcPr>
          <w:p>
            <w:pPr>
              <w:spacing w:after="0"/>
              <w:jc w:val="left"/>
            </w:pPr>
            <w:r>
              <w:rPr>
                <w:sz w:val="16"/>
              </w:rPr>
              <w:t>2027-05-16</w:t>
            </w:r>
          </w:p>
        </w:tc>
        <w:tc>
          <w:tcPr>
            <w:tcW w:type="dxa" w:w="1053"/>
          </w:tcPr>
          <w:p>
            <w:pPr>
              <w:spacing w:after="0"/>
              <w:jc w:val="right"/>
            </w:pPr>
            <w:r>
              <w:rPr>
                <w:sz w:val="16"/>
              </w:rPr>
              <w:t>230</w:t>
            </w:r>
          </w:p>
        </w:tc>
        <w:tc>
          <w:tcPr>
            <w:tcW w:type="dxa" w:w="1116"/>
          </w:tcPr>
          <w:p>
            <w:pPr>
              <w:spacing w:after="0"/>
              <w:jc w:val="left"/>
            </w:pPr>
          </w:p>
        </w:tc>
        <w:tc>
          <w:tcPr>
            <w:tcW w:type="dxa" w:w="763"/>
          </w:tcPr>
          <w:p>
            <w:pPr>
              <w:spacing w:after="0"/>
              <w:jc w:val="left"/>
            </w:pPr>
          </w:p>
        </w:tc>
      </w:tr>
      <w:tr>
        <w:trPr>
          <w:cantSplit/>
        </w:trPr>
        <w:tc>
          <w:tcPr>
            <w:tcW w:type="dxa" w:w="1642"/>
          </w:tcPr>
          <w:p>
            <w:pPr>
              <w:spacing w:after="0"/>
              <w:jc w:val="left"/>
            </w:pPr>
            <w:r>
              <w:rPr>
                <w:sz w:val="16"/>
              </w:rPr>
              <w:t>Granby town</w:t>
            </w:r>
          </w:p>
        </w:tc>
        <w:tc>
          <w:tcPr>
            <w:tcW w:type="dxa" w:w="763"/>
          </w:tcPr>
          <w:p>
            <w:pPr>
              <w:spacing w:after="0"/>
              <w:jc w:val="left"/>
            </w:pPr>
            <w:r>
              <w:rPr>
                <w:sz w:val="16"/>
              </w:rPr>
              <w:t>Town</w:t>
            </w:r>
          </w:p>
        </w:tc>
        <w:tc>
          <w:tcPr>
            <w:tcW w:type="dxa" w:w="3114"/>
          </w:tcPr>
          <w:p>
            <w:pPr>
              <w:spacing w:after="0"/>
              <w:jc w:val="left"/>
            </w:pPr>
            <w:r>
              <w:rPr>
                <w:sz w:val="16"/>
              </w:rPr>
              <w:t>Expired on 2024-09-04</w:t>
            </w:r>
          </w:p>
        </w:tc>
        <w:tc>
          <w:tcPr>
            <w:tcW w:type="dxa" w:w="3219"/>
          </w:tcPr>
          <w:p>
            <w:pPr>
              <w:spacing w:after="0"/>
              <w:jc w:val="left"/>
            </w:pPr>
            <w:r>
              <w:rPr>
                <w:sz w:val="16"/>
              </w:rPr>
              <w:t>Town of Granby Hazard Mitigation Plan (FEMA plan 105846)</w:t>
            </w:r>
          </w:p>
        </w:tc>
        <w:tc>
          <w:tcPr>
            <w:tcW w:type="dxa" w:w="1221"/>
          </w:tcPr>
          <w:p>
            <w:pPr>
              <w:spacing w:after="0"/>
              <w:jc w:val="left"/>
            </w:pPr>
            <w:r>
              <w:rPr>
                <w:sz w:val="16"/>
              </w:rPr>
              <w:t>2019-09-05</w:t>
            </w:r>
          </w:p>
        </w:tc>
        <w:tc>
          <w:tcPr>
            <w:tcW w:type="dxa" w:w="1221"/>
          </w:tcPr>
          <w:p>
            <w:pPr>
              <w:spacing w:after="0"/>
              <w:jc w:val="left"/>
            </w:pPr>
            <w:r>
              <w:rPr>
                <w:sz w:val="16"/>
              </w:rPr>
              <w:t>2024-09-04</w:t>
            </w:r>
          </w:p>
        </w:tc>
        <w:tc>
          <w:tcPr>
            <w:tcW w:type="dxa" w:w="1053"/>
          </w:tcPr>
          <w:p>
            <w:pPr>
              <w:spacing w:after="0"/>
              <w:jc w:val="right"/>
            </w:pPr>
            <w:r>
              <w:rPr>
                <w:sz w:val="16"/>
              </w:rPr>
              <w:t>-754</w:t>
            </w:r>
          </w:p>
        </w:tc>
        <w:tc>
          <w:tcPr>
            <w:tcW w:type="dxa" w:w="1116"/>
          </w:tcPr>
          <w:p>
            <w:pPr>
              <w:spacing w:after="0"/>
              <w:jc w:val="left"/>
            </w:pPr>
          </w:p>
        </w:tc>
        <w:tc>
          <w:tcPr>
            <w:tcW w:type="dxa" w:w="763"/>
          </w:tcPr>
          <w:p>
            <w:pPr>
              <w:spacing w:after="0"/>
              <w:jc w:val="left"/>
            </w:pPr>
          </w:p>
        </w:tc>
      </w:tr>
      <w:tr>
        <w:trPr>
          <w:cantSplit/>
        </w:trPr>
        <w:tc>
          <w:tcPr>
            <w:tcW w:type="dxa" w:w="1642"/>
          </w:tcPr>
          <w:p>
            <w:pPr>
              <w:spacing w:after="0"/>
              <w:jc w:val="left"/>
            </w:pPr>
            <w:r>
              <w:rPr>
                <w:sz w:val="16"/>
              </w:rPr>
              <w:t>Guildhall town</w:t>
            </w:r>
          </w:p>
        </w:tc>
        <w:tc>
          <w:tcPr>
            <w:tcW w:type="dxa" w:w="763"/>
          </w:tcPr>
          <w:p>
            <w:pPr>
              <w:spacing w:after="0"/>
              <w:jc w:val="left"/>
            </w:pPr>
            <w:r>
              <w:rPr>
                <w:sz w:val="16"/>
              </w:rPr>
              <w:t>Town</w:t>
            </w:r>
          </w:p>
        </w:tc>
        <w:tc>
          <w:tcPr>
            <w:tcW w:type="dxa" w:w="3114"/>
          </w:tcPr>
          <w:p>
            <w:pPr>
              <w:spacing w:after="0"/>
              <w:jc w:val="left"/>
            </w:pPr>
            <w:r>
              <w:rPr>
                <w:sz w:val="16"/>
              </w:rPr>
              <w:t>Expired on 2010-05-27</w:t>
            </w:r>
          </w:p>
        </w:tc>
        <w:tc>
          <w:tcPr>
            <w:tcW w:type="dxa" w:w="3219"/>
          </w:tcPr>
          <w:p>
            <w:pPr>
              <w:spacing w:after="0"/>
              <w:jc w:val="left"/>
            </w:pPr>
            <w:r>
              <w:rPr>
                <w:sz w:val="16"/>
              </w:rPr>
              <w:t>Northeastern Vermont Development Association All-Hazards Mitigation Plan (FEMA plan 11442)</w:t>
            </w:r>
          </w:p>
        </w:tc>
        <w:tc>
          <w:tcPr>
            <w:tcW w:type="dxa" w:w="1221"/>
          </w:tcPr>
          <w:p>
            <w:pPr>
              <w:spacing w:after="0"/>
              <w:jc w:val="left"/>
            </w:pPr>
            <w:r>
              <w:rPr>
                <w:sz w:val="16"/>
              </w:rPr>
              <w:t>2005-05-27</w:t>
            </w:r>
          </w:p>
        </w:tc>
        <w:tc>
          <w:tcPr>
            <w:tcW w:type="dxa" w:w="1221"/>
          </w:tcPr>
          <w:p>
            <w:pPr>
              <w:spacing w:after="0"/>
              <w:jc w:val="left"/>
            </w:pPr>
            <w:r>
              <w:rPr>
                <w:sz w:val="16"/>
              </w:rPr>
              <w:t>2010-05-27</w:t>
            </w:r>
          </w:p>
        </w:tc>
        <w:tc>
          <w:tcPr>
            <w:tcW w:type="dxa" w:w="1053"/>
          </w:tcPr>
          <w:p>
            <w:pPr>
              <w:spacing w:after="0"/>
              <w:jc w:val="right"/>
            </w:pPr>
            <w:r>
              <w:rPr>
                <w:sz w:val="16"/>
              </w:rPr>
              <w:t>-5,968</w:t>
            </w:r>
          </w:p>
        </w:tc>
        <w:tc>
          <w:tcPr>
            <w:tcW w:type="dxa" w:w="1116"/>
          </w:tcPr>
          <w:p>
            <w:pPr>
              <w:spacing w:after="0"/>
              <w:jc w:val="left"/>
            </w:pPr>
          </w:p>
        </w:tc>
        <w:tc>
          <w:tcPr>
            <w:tcW w:type="dxa" w:w="763"/>
          </w:tcPr>
          <w:p>
            <w:pPr>
              <w:spacing w:after="0"/>
              <w:jc w:val="left"/>
            </w:pPr>
          </w:p>
        </w:tc>
      </w:tr>
      <w:tr>
        <w:trPr>
          <w:cantSplit/>
        </w:trPr>
        <w:tc>
          <w:tcPr>
            <w:tcW w:type="dxa" w:w="1642"/>
          </w:tcPr>
          <w:p>
            <w:pPr>
              <w:spacing w:after="0"/>
              <w:jc w:val="left"/>
            </w:pPr>
            <w:r>
              <w:rPr>
                <w:sz w:val="16"/>
              </w:rPr>
              <w:t>Lewis town</w:t>
            </w:r>
          </w:p>
        </w:tc>
        <w:tc>
          <w:tcPr>
            <w:tcW w:type="dxa" w:w="763"/>
          </w:tcPr>
          <w:p>
            <w:pPr>
              <w:spacing w:after="0"/>
              <w:jc w:val="left"/>
            </w:pPr>
            <w:r>
              <w:rPr>
                <w:sz w:val="16"/>
              </w:rPr>
              <w:t>Town</w:t>
            </w:r>
          </w:p>
        </w:tc>
        <w:tc>
          <w:tcPr>
            <w:tcW w:type="dxa" w:w="3114"/>
          </w:tcPr>
          <w:p>
            <w:pPr>
              <w:spacing w:after="0"/>
              <w:jc w:val="left"/>
            </w:pPr>
            <w:r>
              <w:rPr>
                <w:sz w:val="16"/>
              </w:rPr>
              <w:t>Approved, expires 2027-05-16</w:t>
            </w:r>
          </w:p>
        </w:tc>
        <w:tc>
          <w:tcPr>
            <w:tcW w:type="dxa" w:w="3219"/>
          </w:tcPr>
          <w:p>
            <w:pPr>
              <w:spacing w:after="0"/>
              <w:jc w:val="left"/>
            </w:pPr>
            <w:r>
              <w:rPr>
                <w:sz w:val="16"/>
              </w:rPr>
              <w:t>Unified Towns and Gores of Essex County Local Hazard Mitigation Plan (FEMA plan 108307)</w:t>
            </w:r>
          </w:p>
        </w:tc>
        <w:tc>
          <w:tcPr>
            <w:tcW w:type="dxa" w:w="1221"/>
          </w:tcPr>
          <w:p>
            <w:pPr>
              <w:spacing w:after="0"/>
              <w:jc w:val="left"/>
            </w:pPr>
            <w:r>
              <w:rPr>
                <w:sz w:val="16"/>
              </w:rPr>
              <w:t>2022-05-17</w:t>
            </w:r>
          </w:p>
        </w:tc>
        <w:tc>
          <w:tcPr>
            <w:tcW w:type="dxa" w:w="1221"/>
          </w:tcPr>
          <w:p>
            <w:pPr>
              <w:spacing w:after="0"/>
              <w:jc w:val="left"/>
            </w:pPr>
            <w:r>
              <w:rPr>
                <w:sz w:val="16"/>
              </w:rPr>
              <w:t>2027-05-16</w:t>
            </w:r>
          </w:p>
        </w:tc>
        <w:tc>
          <w:tcPr>
            <w:tcW w:type="dxa" w:w="1053"/>
          </w:tcPr>
          <w:p>
            <w:pPr>
              <w:spacing w:after="0"/>
              <w:jc w:val="right"/>
            </w:pPr>
            <w:r>
              <w:rPr>
                <w:sz w:val="16"/>
              </w:rPr>
              <w:t>230</w:t>
            </w:r>
          </w:p>
        </w:tc>
        <w:tc>
          <w:tcPr>
            <w:tcW w:type="dxa" w:w="1116"/>
          </w:tcPr>
          <w:p>
            <w:pPr>
              <w:spacing w:after="0"/>
              <w:jc w:val="left"/>
            </w:pPr>
          </w:p>
        </w:tc>
        <w:tc>
          <w:tcPr>
            <w:tcW w:type="dxa" w:w="763"/>
          </w:tcPr>
          <w:p>
            <w:pPr>
              <w:spacing w:after="0"/>
              <w:jc w:val="left"/>
            </w:pPr>
          </w:p>
        </w:tc>
      </w:tr>
      <w:tr>
        <w:trPr>
          <w:cantSplit/>
        </w:trPr>
        <w:tc>
          <w:tcPr>
            <w:tcW w:type="dxa" w:w="1642"/>
          </w:tcPr>
          <w:p>
            <w:pPr>
              <w:spacing w:after="0"/>
              <w:jc w:val="left"/>
            </w:pPr>
            <w:r>
              <w:rPr>
                <w:sz w:val="16"/>
              </w:rPr>
              <w:t>Lunenburg town</w:t>
            </w:r>
          </w:p>
        </w:tc>
        <w:tc>
          <w:tcPr>
            <w:tcW w:type="dxa" w:w="763"/>
          </w:tcPr>
          <w:p>
            <w:pPr>
              <w:spacing w:after="0"/>
              <w:jc w:val="left"/>
            </w:pPr>
            <w:r>
              <w:rPr>
                <w:sz w:val="16"/>
              </w:rPr>
              <w:t>Town</w:t>
            </w:r>
          </w:p>
        </w:tc>
        <w:tc>
          <w:tcPr>
            <w:tcW w:type="dxa" w:w="3114"/>
          </w:tcPr>
          <w:p>
            <w:pPr>
              <w:spacing w:after="0"/>
              <w:jc w:val="left"/>
            </w:pPr>
            <w:r>
              <w:rPr>
                <w:sz w:val="16"/>
              </w:rPr>
              <w:t>Approved, expires 2030-09-25</w:t>
            </w:r>
          </w:p>
        </w:tc>
        <w:tc>
          <w:tcPr>
            <w:tcW w:type="dxa" w:w="3219"/>
          </w:tcPr>
          <w:p>
            <w:pPr>
              <w:spacing w:after="0"/>
              <w:jc w:val="left"/>
            </w:pPr>
            <w:r>
              <w:rPr>
                <w:sz w:val="16"/>
              </w:rPr>
              <w:t>2025 Lunenburg, Vermont Local Hazard Mitigation Plan (FEMA plan 111155)</w:t>
            </w:r>
          </w:p>
        </w:tc>
        <w:tc>
          <w:tcPr>
            <w:tcW w:type="dxa" w:w="1221"/>
          </w:tcPr>
          <w:p>
            <w:pPr>
              <w:spacing w:after="0"/>
              <w:jc w:val="left"/>
            </w:pPr>
            <w:r>
              <w:rPr>
                <w:sz w:val="16"/>
              </w:rPr>
              <w:t>2025-09-26</w:t>
            </w:r>
          </w:p>
        </w:tc>
        <w:tc>
          <w:tcPr>
            <w:tcW w:type="dxa" w:w="1221"/>
          </w:tcPr>
          <w:p>
            <w:pPr>
              <w:spacing w:after="0"/>
              <w:jc w:val="left"/>
            </w:pPr>
            <w:r>
              <w:rPr>
                <w:sz w:val="16"/>
              </w:rPr>
              <w:t>2030-09-25</w:t>
            </w:r>
          </w:p>
        </w:tc>
        <w:tc>
          <w:tcPr>
            <w:tcW w:type="dxa" w:w="1053"/>
          </w:tcPr>
          <w:p>
            <w:pPr>
              <w:spacing w:after="0"/>
              <w:jc w:val="right"/>
            </w:pPr>
            <w:r>
              <w:rPr>
                <w:sz w:val="16"/>
              </w:rPr>
              <w:t>1,458</w:t>
            </w:r>
          </w:p>
        </w:tc>
        <w:tc>
          <w:tcPr>
            <w:tcW w:type="dxa" w:w="1116"/>
          </w:tcPr>
          <w:p>
            <w:pPr>
              <w:spacing w:after="0"/>
              <w:jc w:val="left"/>
            </w:pPr>
          </w:p>
        </w:tc>
        <w:tc>
          <w:tcPr>
            <w:tcW w:type="dxa" w:w="763"/>
          </w:tcPr>
          <w:p>
            <w:pPr>
              <w:spacing w:after="0"/>
              <w:jc w:val="left"/>
            </w:pPr>
          </w:p>
        </w:tc>
      </w:tr>
      <w:tr>
        <w:trPr>
          <w:cantSplit/>
        </w:trPr>
        <w:tc>
          <w:tcPr>
            <w:tcW w:type="dxa" w:w="1642"/>
          </w:tcPr>
          <w:p>
            <w:pPr>
              <w:spacing w:after="0"/>
              <w:jc w:val="left"/>
            </w:pPr>
            <w:r>
              <w:rPr>
                <w:sz w:val="16"/>
              </w:rPr>
              <w:t>Maidstone town</w:t>
            </w:r>
          </w:p>
        </w:tc>
        <w:tc>
          <w:tcPr>
            <w:tcW w:type="dxa" w:w="763"/>
          </w:tcPr>
          <w:p>
            <w:pPr>
              <w:spacing w:after="0"/>
              <w:jc w:val="left"/>
            </w:pPr>
            <w:r>
              <w:rPr>
                <w:sz w:val="16"/>
              </w:rPr>
              <w:t>Town</w:t>
            </w:r>
          </w:p>
        </w:tc>
        <w:tc>
          <w:tcPr>
            <w:tcW w:type="dxa" w:w="3114"/>
          </w:tcPr>
          <w:p>
            <w:pPr>
              <w:spacing w:after="0"/>
              <w:jc w:val="left"/>
            </w:pPr>
            <w:r>
              <w:rPr>
                <w:sz w:val="16"/>
              </w:rPr>
              <w:t>Approved, expires 2028-10-16</w:t>
            </w:r>
          </w:p>
        </w:tc>
        <w:tc>
          <w:tcPr>
            <w:tcW w:type="dxa" w:w="3219"/>
          </w:tcPr>
          <w:p>
            <w:pPr>
              <w:spacing w:after="0"/>
              <w:jc w:val="left"/>
            </w:pPr>
            <w:r>
              <w:rPr>
                <w:sz w:val="16"/>
              </w:rPr>
              <w:t>Maidstone Local Hazard Mitigation Plan (FEMA plan 109354)</w:t>
            </w:r>
          </w:p>
        </w:tc>
        <w:tc>
          <w:tcPr>
            <w:tcW w:type="dxa" w:w="1221"/>
          </w:tcPr>
          <w:p>
            <w:pPr>
              <w:spacing w:after="0"/>
              <w:jc w:val="left"/>
            </w:pPr>
            <w:r>
              <w:rPr>
                <w:sz w:val="16"/>
              </w:rPr>
              <w:t>2023-10-17</w:t>
            </w:r>
          </w:p>
        </w:tc>
        <w:tc>
          <w:tcPr>
            <w:tcW w:type="dxa" w:w="1221"/>
          </w:tcPr>
          <w:p>
            <w:pPr>
              <w:spacing w:after="0"/>
              <w:jc w:val="left"/>
            </w:pPr>
            <w:r>
              <w:rPr>
                <w:sz w:val="16"/>
              </w:rPr>
              <w:t>2028-10-16</w:t>
            </w:r>
          </w:p>
        </w:tc>
        <w:tc>
          <w:tcPr>
            <w:tcW w:type="dxa" w:w="1053"/>
          </w:tcPr>
          <w:p>
            <w:pPr>
              <w:spacing w:after="0"/>
              <w:jc w:val="right"/>
            </w:pPr>
            <w:r>
              <w:rPr>
                <w:sz w:val="16"/>
              </w:rPr>
              <w:t>749</w:t>
            </w:r>
          </w:p>
        </w:tc>
        <w:tc>
          <w:tcPr>
            <w:tcW w:type="dxa" w:w="1116"/>
          </w:tcPr>
          <w:p>
            <w:pPr>
              <w:spacing w:after="0"/>
              <w:jc w:val="left"/>
            </w:pPr>
          </w:p>
        </w:tc>
        <w:tc>
          <w:tcPr>
            <w:tcW w:type="dxa" w:w="763"/>
          </w:tcPr>
          <w:p>
            <w:pPr>
              <w:spacing w:after="0"/>
              <w:jc w:val="left"/>
            </w:pPr>
          </w:p>
        </w:tc>
      </w:tr>
      <w:tr>
        <w:trPr>
          <w:cantSplit/>
        </w:trPr>
        <w:tc>
          <w:tcPr>
            <w:tcW w:type="dxa" w:w="1642"/>
          </w:tcPr>
          <w:p>
            <w:pPr>
              <w:spacing w:after="0"/>
              <w:jc w:val="left"/>
            </w:pPr>
            <w:r>
              <w:rPr>
                <w:sz w:val="16"/>
              </w:rPr>
              <w:t>Norton town</w:t>
            </w:r>
          </w:p>
        </w:tc>
        <w:tc>
          <w:tcPr>
            <w:tcW w:type="dxa" w:w="763"/>
          </w:tcPr>
          <w:p>
            <w:pPr>
              <w:spacing w:after="0"/>
              <w:jc w:val="left"/>
            </w:pPr>
            <w:r>
              <w:rPr>
                <w:sz w:val="16"/>
              </w:rPr>
              <w:t>Town</w:t>
            </w:r>
          </w:p>
        </w:tc>
        <w:tc>
          <w:tcPr>
            <w:tcW w:type="dxa" w:w="3114"/>
          </w:tcPr>
          <w:p>
            <w:pPr>
              <w:spacing w:after="0"/>
              <w:jc w:val="left"/>
            </w:pPr>
            <w:r>
              <w:rPr>
                <w:sz w:val="16"/>
              </w:rPr>
              <w:t>Approved, expires 2028-03-12</w:t>
            </w:r>
          </w:p>
        </w:tc>
        <w:tc>
          <w:tcPr>
            <w:tcW w:type="dxa" w:w="3219"/>
          </w:tcPr>
          <w:p>
            <w:pPr>
              <w:spacing w:after="0"/>
              <w:jc w:val="left"/>
            </w:pPr>
            <w:r>
              <w:rPr>
                <w:sz w:val="16"/>
              </w:rPr>
              <w:t>Town of Norton Local Hazard Mitigation Plan (FEMA plan 108926)</w:t>
            </w:r>
          </w:p>
        </w:tc>
        <w:tc>
          <w:tcPr>
            <w:tcW w:type="dxa" w:w="1221"/>
          </w:tcPr>
          <w:p>
            <w:pPr>
              <w:spacing w:after="0"/>
              <w:jc w:val="left"/>
            </w:pPr>
            <w:r>
              <w:rPr>
                <w:sz w:val="16"/>
              </w:rPr>
              <w:t>2023-03-13</w:t>
            </w:r>
          </w:p>
        </w:tc>
        <w:tc>
          <w:tcPr>
            <w:tcW w:type="dxa" w:w="1221"/>
          </w:tcPr>
          <w:p>
            <w:pPr>
              <w:spacing w:after="0"/>
              <w:jc w:val="left"/>
            </w:pPr>
            <w:r>
              <w:rPr>
                <w:sz w:val="16"/>
              </w:rPr>
              <w:t>2028-03-12</w:t>
            </w:r>
          </w:p>
        </w:tc>
        <w:tc>
          <w:tcPr>
            <w:tcW w:type="dxa" w:w="1053"/>
          </w:tcPr>
          <w:p>
            <w:pPr>
              <w:spacing w:after="0"/>
              <w:jc w:val="right"/>
            </w:pPr>
            <w:r>
              <w:rPr>
                <w:sz w:val="16"/>
              </w:rPr>
              <w:t>531</w:t>
            </w:r>
          </w:p>
        </w:tc>
        <w:tc>
          <w:tcPr>
            <w:tcW w:type="dxa" w:w="1116"/>
          </w:tcPr>
          <w:p>
            <w:pPr>
              <w:spacing w:after="0"/>
              <w:jc w:val="left"/>
            </w:pPr>
          </w:p>
        </w:tc>
        <w:tc>
          <w:tcPr>
            <w:tcW w:type="dxa" w:w="763"/>
          </w:tcPr>
          <w:p>
            <w:pPr>
              <w:spacing w:after="0"/>
              <w:jc w:val="left"/>
            </w:pPr>
          </w:p>
        </w:tc>
      </w:tr>
      <w:tr>
        <w:trPr>
          <w:cantSplit/>
        </w:trPr>
        <w:tc>
          <w:tcPr>
            <w:tcW w:type="dxa" w:w="1642"/>
          </w:tcPr>
          <w:p>
            <w:pPr>
              <w:spacing w:after="0"/>
              <w:jc w:val="left"/>
            </w:pPr>
            <w:r>
              <w:rPr>
                <w:sz w:val="16"/>
              </w:rPr>
              <w:t>Warner's grant</w:t>
            </w:r>
          </w:p>
        </w:tc>
        <w:tc>
          <w:tcPr>
            <w:tcW w:type="dxa" w:w="763"/>
          </w:tcPr>
          <w:p>
            <w:pPr>
              <w:spacing w:after="0"/>
              <w:jc w:val="left"/>
            </w:pPr>
            <w:r>
              <w:rPr>
                <w:sz w:val="16"/>
              </w:rPr>
              <w:t>Gore</w:t>
            </w:r>
          </w:p>
        </w:tc>
        <w:tc>
          <w:tcPr>
            <w:tcW w:type="dxa" w:w="3114"/>
          </w:tcPr>
          <w:p>
            <w:pPr>
              <w:spacing w:after="0"/>
              <w:jc w:val="left"/>
            </w:pPr>
            <w:r>
              <w:rPr>
                <w:sz w:val="16"/>
              </w:rPr>
              <w:t>Approved, expires 2027-05-16</w:t>
            </w:r>
          </w:p>
        </w:tc>
        <w:tc>
          <w:tcPr>
            <w:tcW w:type="dxa" w:w="3219"/>
          </w:tcPr>
          <w:p>
            <w:pPr>
              <w:spacing w:after="0"/>
              <w:jc w:val="left"/>
            </w:pPr>
            <w:r>
              <w:rPr>
                <w:sz w:val="16"/>
              </w:rPr>
              <w:t>Unified Towns and Gores of Essex County Local Hazard Mitigation Plan (FEMA plan 108307)</w:t>
            </w:r>
          </w:p>
        </w:tc>
        <w:tc>
          <w:tcPr>
            <w:tcW w:type="dxa" w:w="1221"/>
          </w:tcPr>
          <w:p>
            <w:pPr>
              <w:spacing w:after="0"/>
              <w:jc w:val="left"/>
            </w:pPr>
            <w:r>
              <w:rPr>
                <w:sz w:val="16"/>
              </w:rPr>
              <w:t>2022-05-17</w:t>
            </w:r>
          </w:p>
        </w:tc>
        <w:tc>
          <w:tcPr>
            <w:tcW w:type="dxa" w:w="1221"/>
          </w:tcPr>
          <w:p>
            <w:pPr>
              <w:spacing w:after="0"/>
              <w:jc w:val="left"/>
            </w:pPr>
            <w:r>
              <w:rPr>
                <w:sz w:val="16"/>
              </w:rPr>
              <w:t>2027-05-16</w:t>
            </w:r>
          </w:p>
        </w:tc>
        <w:tc>
          <w:tcPr>
            <w:tcW w:type="dxa" w:w="1053"/>
          </w:tcPr>
          <w:p>
            <w:pPr>
              <w:spacing w:after="0"/>
              <w:jc w:val="right"/>
            </w:pPr>
            <w:r>
              <w:rPr>
                <w:sz w:val="16"/>
              </w:rPr>
              <w:t>230</w:t>
            </w:r>
          </w:p>
        </w:tc>
        <w:tc>
          <w:tcPr>
            <w:tcW w:type="dxa" w:w="1116"/>
          </w:tcPr>
          <w:p>
            <w:pPr>
              <w:spacing w:after="0"/>
              <w:jc w:val="left"/>
            </w:pPr>
          </w:p>
        </w:tc>
        <w:tc>
          <w:tcPr>
            <w:tcW w:type="dxa" w:w="763"/>
          </w:tcPr>
          <w:p>
            <w:pPr>
              <w:spacing w:after="0"/>
              <w:jc w:val="left"/>
            </w:pPr>
          </w:p>
        </w:tc>
      </w:tr>
      <w:tr>
        <w:trPr>
          <w:cantSplit/>
        </w:trPr>
        <w:tc>
          <w:tcPr>
            <w:tcW w:type="dxa" w:w="1642"/>
          </w:tcPr>
          <w:p>
            <w:pPr>
              <w:spacing w:after="0"/>
              <w:jc w:val="left"/>
            </w:pPr>
            <w:r>
              <w:rPr>
                <w:sz w:val="16"/>
              </w:rPr>
              <w:t>Warren's gore</w:t>
            </w:r>
          </w:p>
        </w:tc>
        <w:tc>
          <w:tcPr>
            <w:tcW w:type="dxa" w:w="763"/>
          </w:tcPr>
          <w:p>
            <w:pPr>
              <w:spacing w:after="0"/>
              <w:jc w:val="left"/>
            </w:pPr>
            <w:r>
              <w:rPr>
                <w:sz w:val="16"/>
              </w:rPr>
              <w:t>Gore</w:t>
            </w:r>
          </w:p>
        </w:tc>
        <w:tc>
          <w:tcPr>
            <w:tcW w:type="dxa" w:w="3114"/>
          </w:tcPr>
          <w:p>
            <w:pPr>
              <w:spacing w:after="0"/>
              <w:jc w:val="left"/>
            </w:pPr>
            <w:r>
              <w:rPr>
                <w:sz w:val="16"/>
              </w:rPr>
              <w:t>Approved, expires 2027-05-16</w:t>
            </w:r>
          </w:p>
        </w:tc>
        <w:tc>
          <w:tcPr>
            <w:tcW w:type="dxa" w:w="3219"/>
          </w:tcPr>
          <w:p>
            <w:pPr>
              <w:spacing w:after="0"/>
              <w:jc w:val="left"/>
            </w:pPr>
            <w:r>
              <w:rPr>
                <w:sz w:val="16"/>
              </w:rPr>
              <w:t>Unified Towns and Gores of Essex County Local Hazard Mitigation Plan (FEMA plan 108307)</w:t>
            </w:r>
          </w:p>
        </w:tc>
        <w:tc>
          <w:tcPr>
            <w:tcW w:type="dxa" w:w="1221"/>
          </w:tcPr>
          <w:p>
            <w:pPr>
              <w:spacing w:after="0"/>
              <w:jc w:val="left"/>
            </w:pPr>
            <w:r>
              <w:rPr>
                <w:sz w:val="16"/>
              </w:rPr>
              <w:t>2022-05-17</w:t>
            </w:r>
          </w:p>
        </w:tc>
        <w:tc>
          <w:tcPr>
            <w:tcW w:type="dxa" w:w="1221"/>
          </w:tcPr>
          <w:p>
            <w:pPr>
              <w:spacing w:after="0"/>
              <w:jc w:val="left"/>
            </w:pPr>
            <w:r>
              <w:rPr>
                <w:sz w:val="16"/>
              </w:rPr>
              <w:t>2027-05-16</w:t>
            </w:r>
          </w:p>
        </w:tc>
        <w:tc>
          <w:tcPr>
            <w:tcW w:type="dxa" w:w="1053"/>
          </w:tcPr>
          <w:p>
            <w:pPr>
              <w:spacing w:after="0"/>
              <w:jc w:val="right"/>
            </w:pPr>
            <w:r>
              <w:rPr>
                <w:sz w:val="16"/>
              </w:rPr>
              <w:t>230</w:t>
            </w:r>
          </w:p>
        </w:tc>
        <w:tc>
          <w:tcPr>
            <w:tcW w:type="dxa" w:w="1116"/>
          </w:tcPr>
          <w:p>
            <w:pPr>
              <w:spacing w:after="0"/>
              <w:jc w:val="left"/>
            </w:pPr>
          </w:p>
        </w:tc>
        <w:tc>
          <w:tcPr>
            <w:tcW w:type="dxa" w:w="76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037"/>
        <w:gridCol w:w="1193"/>
        <w:gridCol w:w="1037"/>
        <w:gridCol w:w="1126"/>
        <w:gridCol w:w="1306"/>
        <w:gridCol w:w="1115"/>
        <w:gridCol w:w="1222"/>
        <w:gridCol w:w="2228"/>
        <w:gridCol w:w="212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306"/>
          </w:tcPr>
          <w:p>
            <w:pPr>
              <w:spacing w:after="0"/>
              <w:jc w:val="right"/>
            </w:pPr>
            <w:r>
              <w:rPr>
                <w:sz w:val="16"/>
              </w:rPr>
              <w:t>$23,803</w:t>
            </w:r>
          </w:p>
        </w:tc>
        <w:tc>
          <w:tcPr>
            <w:tcW w:type="dxa" w:w="1115"/>
          </w:tcPr>
          <w:p>
            <w:pPr>
              <w:spacing w:after="0"/>
              <w:jc w:val="right"/>
            </w:pPr>
            <w:r>
              <w:rPr>
                <w:sz w:val="16"/>
              </w:rPr>
              <w:t>$2,322,104</w:t>
            </w:r>
          </w:p>
        </w:tc>
        <w:tc>
          <w:tcPr>
            <w:tcW w:type="dxa" w:w="1222"/>
          </w:tcPr>
          <w:p>
            <w:pPr>
              <w:spacing w:after="0"/>
              <w:jc w:val="right"/>
            </w:pPr>
            <w:r>
              <w:rPr>
                <w:sz w:val="16"/>
              </w:rPr>
              <w:t>28</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306"/>
          </w:tcPr>
          <w:p>
            <w:pPr>
              <w:spacing w:after="0"/>
              <w:jc w:val="right"/>
            </w:pPr>
            <w:r>
              <w:rPr>
                <w:sz w:val="16"/>
              </w:rPr>
              <w:t>$378,956</w:t>
            </w:r>
          </w:p>
        </w:tc>
        <w:tc>
          <w:tcPr>
            <w:tcW w:type="dxa" w:w="1115"/>
          </w:tcPr>
          <w:p>
            <w:pPr>
              <w:spacing w:after="0"/>
              <w:jc w:val="right"/>
            </w:pPr>
            <w:r>
              <w:rPr>
                <w:sz w:val="16"/>
              </w:rPr>
              <w:t>$383,470</w:t>
            </w:r>
          </w:p>
        </w:tc>
        <w:tc>
          <w:tcPr>
            <w:tcW w:type="dxa" w:w="1222"/>
          </w:tcPr>
          <w:p>
            <w:pPr>
              <w:spacing w:after="0"/>
              <w:jc w:val="right"/>
            </w:pPr>
            <w:r>
              <w:rPr>
                <w:sz w:val="16"/>
              </w:rPr>
              <w:t>30</w:t>
            </w:r>
          </w:p>
        </w:tc>
        <w:tc>
          <w:tcPr>
            <w:tcW w:type="dxa" w:w="2228"/>
          </w:tcPr>
          <w:p>
            <w:pPr>
              <w:spacing w:after="0"/>
              <w:jc w:val="left"/>
            </w:pPr>
          </w:p>
        </w:tc>
        <w:tc>
          <w:tcPr>
            <w:tcW w:type="dxa" w:w="2127"/>
          </w:tcPr>
          <w:p>
            <w:pPr>
              <w:spacing w:after="0"/>
              <w:jc w:val="left"/>
            </w:pPr>
            <w:r>
              <w:rPr>
                <w:sz w:val="16"/>
              </w:rPr>
              <w:t>Includes 4 Frost/Freeze records,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306"/>
          </w:tcPr>
          <w:p>
            <w:pPr>
              <w:spacing w:after="0"/>
              <w:jc w:val="right"/>
            </w:pPr>
            <w:r>
              <w:rPr>
                <w:sz w:val="16"/>
              </w:rPr>
              <w:t>$3,188</w:t>
            </w:r>
          </w:p>
        </w:tc>
        <w:tc>
          <w:tcPr>
            <w:tcW w:type="dxa" w:w="1115"/>
          </w:tcPr>
          <w:p>
            <w:pPr>
              <w:spacing w:after="0"/>
              <w:jc w:val="right"/>
            </w:pPr>
            <w:r>
              <w:rPr>
                <w:sz w:val="16"/>
              </w:rPr>
              <w:t>$171,522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w:t>
            </w:r>
          </w:p>
        </w:tc>
      </w:tr>
      <w:tr>
        <w:trPr>
          <w:cantSplit/>
        </w:trPr>
        <w:tc>
          <w:tcPr>
            <w:tcW w:type="dxa" w:w="685"/>
          </w:tcPr>
          <w:p>
            <w:pPr>
              <w:spacing w:after="0"/>
              <w:jc w:val="right"/>
            </w:pPr>
            <w:r>
              <w:rPr>
                <w:sz w:val="16"/>
              </w:rPr>
              <w:t>4</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306"/>
          </w:tcPr>
          <w:p>
            <w:pPr>
              <w:spacing w:after="0"/>
              <w:jc w:val="right"/>
            </w:pPr>
            <w:r>
              <w:rPr>
                <w:sz w:val="16"/>
              </w:rPr>
              <w:t>$47,270</w:t>
            </w:r>
          </w:p>
        </w:tc>
        <w:tc>
          <w:tcPr>
            <w:tcW w:type="dxa" w:w="1115"/>
          </w:tcPr>
          <w:p>
            <w:pPr>
              <w:spacing w:after="0"/>
              <w:jc w:val="right"/>
            </w:pPr>
            <w:r>
              <w:rPr>
                <w:sz w:val="16"/>
              </w:rPr>
              <w:t>$65,600</w:t>
            </w:r>
          </w:p>
        </w:tc>
        <w:tc>
          <w:tcPr>
            <w:tcW w:type="dxa" w:w="1222"/>
          </w:tcPr>
          <w:p>
            <w:pPr>
              <w:spacing w:after="0"/>
              <w:jc w:val="right"/>
            </w:pPr>
            <w:r>
              <w:rPr>
                <w:sz w:val="16"/>
              </w:rPr>
              <w:t>287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$4,612</w:t>
            </w:r>
          </w:p>
        </w:tc>
        <w:tc>
          <w:tcPr>
            <w:tcW w:type="dxa" w:w="1126"/>
          </w:tcPr>
          <w:p>
            <w:pPr>
              <w:spacing w:after="0"/>
              <w:jc w:val="right"/>
            </w:pPr>
          </w:p>
        </w:tc>
        <w:tc>
          <w:tcPr>
            <w:tcW w:type="dxa" w:w="1306"/>
          </w:tcPr>
          <w:p>
            <w:pPr>
              <w:spacing w:after="0"/>
              <w:jc w:val="right"/>
            </w:pPr>
            <w:r>
              <w:rPr>
                <w:sz w:val="16"/>
              </w:rPr>
              <w:t>$39,573</w:t>
            </w:r>
          </w:p>
        </w:tc>
        <w:tc>
          <w:tcPr>
            <w:tcW w:type="dxa" w:w="1115"/>
          </w:tcPr>
          <w:p>
            <w:pPr>
              <w:spacing w:after="0"/>
              <w:jc w:val="right"/>
            </w:pPr>
            <w:r>
              <w:rPr>
                <w:sz w:val="16"/>
              </w:rPr>
              <w:t>$44,186</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$37,984</w:t>
            </w:r>
          </w:p>
        </w:tc>
        <w:tc>
          <w:tcPr>
            <w:tcW w:type="dxa" w:w="1126"/>
          </w:tcPr>
          <w:p>
            <w:pPr>
              <w:spacing w:after="0"/>
              <w:jc w:val="right"/>
            </w:pPr>
          </w:p>
        </w:tc>
        <w:tc>
          <w:tcPr>
            <w:tcW w:type="dxa" w:w="1306"/>
          </w:tcPr>
          <w:p>
            <w:pPr>
              <w:spacing w:after="0"/>
              <w:jc w:val="right"/>
            </w:pPr>
            <w:r>
              <w:rPr>
                <w:sz w:val="16"/>
              </w:rPr>
              <w:t>$5,864</w:t>
            </w:r>
          </w:p>
        </w:tc>
        <w:tc>
          <w:tcPr>
            <w:tcW w:type="dxa" w:w="1115"/>
          </w:tcPr>
          <w:p>
            <w:pPr>
              <w:spacing w:after="0"/>
              <w:jc w:val="right"/>
            </w:pPr>
            <w:r>
              <w:rPr>
                <w:sz w:val="16"/>
              </w:rPr>
              <w:t>$43,847</w:t>
            </w:r>
          </w:p>
        </w:tc>
        <w:tc>
          <w:tcPr>
            <w:tcW w:type="dxa" w:w="1222"/>
          </w:tcPr>
          <w:p>
            <w:pPr>
              <w:spacing w:after="0"/>
              <w:jc w:val="right"/>
            </w:pPr>
          </w:p>
        </w:tc>
        <w:tc>
          <w:tcPr>
            <w:tcW w:type="dxa" w:w="2228"/>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306"/>
          </w:tcPr>
          <w:p>
            <w:pPr>
              <w:spacing w:after="0"/>
              <w:jc w:val="right"/>
            </w:pPr>
            <w:r>
              <w:rPr>
                <w:sz w:val="16"/>
              </w:rPr>
              <w:t>$21,375</w:t>
            </w:r>
          </w:p>
        </w:tc>
        <w:tc>
          <w:tcPr>
            <w:tcW w:type="dxa" w:w="1115"/>
          </w:tcPr>
          <w:p>
            <w:pPr>
              <w:spacing w:after="0"/>
              <w:jc w:val="right"/>
            </w:pPr>
            <w:r>
              <w:rPr>
                <w:sz w:val="16"/>
              </w:rPr>
              <w:t>$39,418</w:t>
            </w:r>
          </w:p>
        </w:tc>
        <w:tc>
          <w:tcPr>
            <w:tcW w:type="dxa" w:w="1222"/>
          </w:tcPr>
          <w:p>
            <w:pPr>
              <w:spacing w:after="0"/>
              <w:jc w:val="right"/>
            </w:pPr>
            <w:r>
              <w:rPr>
                <w:sz w:val="16"/>
              </w:rPr>
              <w:t>106</w:t>
            </w:r>
          </w:p>
        </w:tc>
        <w:tc>
          <w:tcPr>
            <w:tcW w:type="dxa" w:w="2228"/>
          </w:tcPr>
          <w:p>
            <w:pPr>
              <w:spacing w:after="0"/>
              <w:jc w:val="left"/>
            </w:pPr>
          </w:p>
        </w:tc>
        <w:tc>
          <w:tcPr>
            <w:tcW w:type="dxa" w:w="2127"/>
          </w:tcPr>
          <w:p>
            <w:pPr>
              <w:spacing w:after="0"/>
              <w:jc w:val="left"/>
            </w:pPr>
            <w:r>
              <w:rPr>
                <w:sz w:val="16"/>
              </w:rPr>
              <w:t>Includes 11 High Wind records and 28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306"/>
          </w:tcPr>
          <w:p>
            <w:pPr>
              <w:spacing w:after="0"/>
              <w:jc w:val="right"/>
            </w:pPr>
            <w:r>
              <w:rPr>
                <w:sz w:val="16"/>
              </w:rPr>
              <w:t>$8,095</w:t>
            </w:r>
          </w:p>
        </w:tc>
        <w:tc>
          <w:tcPr>
            <w:tcW w:type="dxa" w:w="1115"/>
          </w:tcPr>
          <w:p>
            <w:pPr>
              <w:spacing w:after="0"/>
              <w:jc w:val="right"/>
            </w:pPr>
            <w:r>
              <w:rPr>
                <w:sz w:val="16"/>
              </w:rPr>
              <w:t>$33,220</w:t>
            </w:r>
          </w:p>
        </w:tc>
        <w:tc>
          <w:tcPr>
            <w:tcW w:type="dxa" w:w="1222"/>
          </w:tcPr>
          <w:p>
            <w:pPr>
              <w:spacing w:after="0"/>
              <w:jc w:val="right"/>
            </w:pPr>
            <w:r>
              <w:rPr>
                <w:sz w:val="16"/>
              </w:rPr>
              <w:t>4</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306"/>
          </w:tcPr>
          <w:p>
            <w:pPr>
              <w:spacing w:after="0"/>
              <w:jc w:val="right"/>
            </w:pPr>
            <w:r>
              <w:rPr>
                <w:sz w:val="16"/>
              </w:rPr>
              <w:t>$18,288</w:t>
            </w:r>
          </w:p>
        </w:tc>
        <w:tc>
          <w:tcPr>
            <w:tcW w:type="dxa" w:w="1115"/>
          </w:tcPr>
          <w:p>
            <w:pPr>
              <w:spacing w:after="0"/>
              <w:jc w:val="right"/>
            </w:pPr>
            <w:r>
              <w:rPr>
                <w:sz w:val="16"/>
              </w:rPr>
              <w:t>$23,032</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$19,980</w:t>
            </w:r>
          </w:p>
        </w:tc>
        <w:tc>
          <w:tcPr>
            <w:tcW w:type="dxa" w:w="1126"/>
          </w:tcPr>
          <w:p>
            <w:pPr>
              <w:spacing w:after="0"/>
              <w:jc w:val="right"/>
            </w:pPr>
          </w:p>
        </w:tc>
        <w:tc>
          <w:tcPr>
            <w:tcW w:type="dxa" w:w="1306"/>
          </w:tcPr>
          <w:p>
            <w:pPr>
              <w:spacing w:after="0"/>
              <w:jc w:val="right"/>
            </w:pPr>
            <w:r>
              <w:rPr>
                <w:sz w:val="16"/>
              </w:rPr>
              <w:t>$790</w:t>
            </w:r>
          </w:p>
        </w:tc>
        <w:tc>
          <w:tcPr>
            <w:tcW w:type="dxa" w:w="1115"/>
          </w:tcPr>
          <w:p>
            <w:pPr>
              <w:spacing w:after="0"/>
              <w:jc w:val="right"/>
            </w:pPr>
            <w:r>
              <w:rPr>
                <w:sz w:val="16"/>
              </w:rPr>
              <w:t>$20,770</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$989</w:t>
            </w:r>
          </w:p>
        </w:tc>
        <w:tc>
          <w:tcPr>
            <w:tcW w:type="dxa" w:w="1126"/>
          </w:tcPr>
          <w:p>
            <w:pPr>
              <w:spacing w:after="0"/>
              <w:jc w:val="right"/>
            </w:pPr>
          </w:p>
        </w:tc>
        <w:tc>
          <w:tcPr>
            <w:tcW w:type="dxa" w:w="1306"/>
          </w:tcPr>
          <w:p>
            <w:pPr>
              <w:spacing w:after="0"/>
              <w:jc w:val="right"/>
            </w:pPr>
            <w:r>
              <w:rPr>
                <w:sz w:val="16"/>
              </w:rPr>
              <w:t>$2,455</w:t>
            </w:r>
          </w:p>
        </w:tc>
        <w:tc>
          <w:tcPr>
            <w:tcW w:type="dxa" w:w="1115"/>
          </w:tcPr>
          <w:p>
            <w:pPr>
              <w:spacing w:after="0"/>
              <w:jc w:val="right"/>
            </w:pPr>
            <w:r>
              <w:rPr>
                <w:sz w:val="16"/>
              </w:rPr>
              <w:t>$3,443</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306"/>
          </w:tcPr>
          <w:p>
            <w:pPr>
              <w:spacing w:after="0"/>
              <w:jc w:val="right"/>
            </w:pPr>
            <w:r>
              <w:rPr>
                <w:sz w:val="16"/>
              </w:rPr>
              <w:t>$1,991</w:t>
            </w:r>
          </w:p>
        </w:tc>
        <w:tc>
          <w:tcPr>
            <w:tcW w:type="dxa" w:w="1115"/>
          </w:tcPr>
          <w:p>
            <w:pPr>
              <w:spacing w:after="0"/>
              <w:jc w:val="right"/>
            </w:pPr>
            <w:r>
              <w:rPr>
                <w:sz w:val="16"/>
              </w:rPr>
              <w:t>$2,665</w:t>
            </w:r>
          </w:p>
        </w:tc>
        <w:tc>
          <w:tcPr>
            <w:tcW w:type="dxa" w:w="1222"/>
          </w:tcPr>
          <w:p>
            <w:pPr>
              <w:spacing w:after="0"/>
              <w:jc w:val="right"/>
            </w:pPr>
            <w:r>
              <w:rPr>
                <w:sz w:val="16"/>
              </w:rPr>
              <w:t>10</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306"/>
          </w:tcPr>
          <w:p>
            <w:pPr>
              <w:spacing w:after="0"/>
              <w:jc w:val="right"/>
            </w:pPr>
            <w:r>
              <w:rPr>
                <w:sz w:val="16"/>
              </w:rPr>
              <w:t>$112</w:t>
            </w:r>
          </w:p>
        </w:tc>
        <w:tc>
          <w:tcPr>
            <w:tcW w:type="dxa" w:w="1115"/>
          </w:tcPr>
          <w:p>
            <w:pPr>
              <w:spacing w:after="0"/>
              <w:jc w:val="right"/>
            </w:pPr>
            <w:r>
              <w:rPr>
                <w:sz w:val="16"/>
              </w:rPr>
              <w:t>$1,612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06"/>
          </w:tcPr>
          <w:p>
            <w:pPr>
              <w:spacing w:after="0"/>
              <w:jc w:val="right"/>
            </w:pPr>
            <w:r>
              <w:rPr>
                <w:sz w:val="16"/>
              </w:rPr>
              <w:t>$458</w:t>
            </w:r>
          </w:p>
        </w:tc>
        <w:tc>
          <w:tcPr>
            <w:tcW w:type="dxa" w:w="1115"/>
          </w:tcPr>
          <w:p>
            <w:pPr>
              <w:spacing w:after="0"/>
              <w:jc w:val="right"/>
            </w:pPr>
            <w:r>
              <w:rPr>
                <w:sz w:val="16"/>
              </w:rPr>
              <w:t>$458</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6"/>
          </w:tcPr>
          <w:p>
            <w:pPr>
              <w:spacing w:after="0"/>
              <w:jc w:val="right"/>
            </w:pPr>
          </w:p>
        </w:tc>
        <w:tc>
          <w:tcPr>
            <w:tcW w:type="dxa" w:w="1115"/>
          </w:tcPr>
          <w:p>
            <w:pPr>
              <w:spacing w:after="0"/>
              <w:jc w:val="right"/>
            </w:pPr>
            <w:r>
              <w:rPr>
                <w:sz w:val="16"/>
              </w:rPr>
              <w:t>$0</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1"/>
        <w:gridCol w:w="1698"/>
        <w:gridCol w:w="1511"/>
        <w:gridCol w:w="1790"/>
        <w:gridCol w:w="1932"/>
        <w:gridCol w:w="1610"/>
        <w:gridCol w:w="1735"/>
        <w:gridCol w:w="2155"/>
      </w:tblGrid>
      <w:tr>
        <w:trPr>
          <w:cantSplit/>
          <w:tblHeader/>
        </w:trPr>
        <w:tc>
          <w:tcPr>
            <w:tcW w:type="dxa" w:w="1681"/>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11"/>
            <w:shd w:val="clear" w:color="auto" w:fill="E8E8E8"/>
          </w:tcPr>
          <w:p>
            <w:pPr>
              <w:spacing w:after="0"/>
              <w:jc w:val="right"/>
            </w:pPr>
            <w:r>
              <w:rPr>
                <w:b/>
                <w:sz w:val="16"/>
              </w:rPr>
              <w:t>Records</w:t>
            </w:r>
          </w:p>
          <w:p>
            <w:pPr>
              <w:spacing w:after="0"/>
              <w:jc w:val="right"/>
            </w:pPr>
            <w:r>
              <w:rPr>
                <w:i/>
                <w:color w:val="555555"/>
                <w:sz w:val="14"/>
              </w:rPr>
              <w:t>count, years</w:t>
            </w:r>
          </w:p>
        </w:tc>
        <w:tc>
          <w:tcPr>
            <w:tcW w:type="dxa" w:w="1790"/>
            <w:shd w:val="clear" w:color="auto" w:fill="E8E8E8"/>
          </w:tcPr>
          <w:p>
            <w:pPr>
              <w:spacing w:after="0"/>
              <w:jc w:val="left"/>
            </w:pPr>
            <w:r>
              <w:rPr>
                <w:b/>
                <w:sz w:val="16"/>
              </w:rPr>
              <w:t>Observed range</w:t>
            </w:r>
          </w:p>
        </w:tc>
        <w:tc>
          <w:tcPr>
            <w:tcW w:type="dxa" w:w="1932"/>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735"/>
            <w:shd w:val="clear" w:color="auto" w:fill="E8E8E8"/>
          </w:tcPr>
          <w:p>
            <w:pPr>
              <w:spacing w:after="0"/>
              <w:jc w:val="left"/>
            </w:pPr>
            <w:r>
              <w:rPr>
                <w:b/>
                <w:sz w:val="16"/>
              </w:rPr>
              <w:t>How it applies to members</w:t>
            </w:r>
          </w:p>
        </w:tc>
        <w:tc>
          <w:tcPr>
            <w:tcW w:type="dxa" w:w="2155"/>
            <w:shd w:val="clear" w:color="auto" w:fill="E8E8E8"/>
          </w:tcPr>
          <w:p>
            <w:pPr>
              <w:spacing w:after="0"/>
              <w:jc w:val="left"/>
            </w:pPr>
            <w:r>
              <w:rPr>
                <w:b/>
                <w:sz w:val="16"/>
              </w:rPr>
              <w:t>Note</w:t>
            </w:r>
          </w:p>
        </w:tc>
      </w:tr>
      <w:tr>
        <w:trPr>
          <w:cantSplit/>
        </w:trPr>
        <w:tc>
          <w:tcPr>
            <w:tcW w:type="dxa" w:w="1681"/>
          </w:tcPr>
          <w:p>
            <w:pPr>
              <w:spacing w:after="0"/>
              <w:jc w:val="left"/>
            </w:pPr>
            <w:r>
              <w:rPr>
                <w:sz w:val="16"/>
              </w:rPr>
              <w:t>Avalanche</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790"/>
          </w:tcPr>
          <w:p>
            <w:pPr>
              <w:spacing w:after="0"/>
              <w:jc w:val="left"/>
            </w:pPr>
          </w:p>
        </w:tc>
        <w:tc>
          <w:tcPr>
            <w:tcW w:type="dxa" w:w="1932"/>
          </w:tcPr>
          <w:p>
            <w:pPr>
              <w:spacing w:after="0"/>
              <w:jc w:val="left"/>
            </w:pPr>
          </w:p>
        </w:tc>
        <w:tc>
          <w:tcPr>
            <w:tcW w:type="dxa" w:w="1610"/>
          </w:tcPr>
          <w:p>
            <w:pPr>
              <w:spacing w:after="0"/>
              <w:jc w:val="left"/>
            </w:pPr>
          </w:p>
        </w:tc>
        <w:tc>
          <w:tcPr>
            <w:tcW w:type="dxa" w:w="1735"/>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11"/>
          </w:tcPr>
          <w:p>
            <w:pPr>
              <w:spacing w:after="0"/>
              <w:jc w:val="right"/>
            </w:pPr>
            <w:r>
              <w:rPr>
                <w:sz w:val="16"/>
              </w:rPr>
              <w:t>0</w:t>
            </w:r>
          </w:p>
        </w:tc>
        <w:tc>
          <w:tcPr>
            <w:tcW w:type="dxa" w:w="1790"/>
          </w:tcPr>
          <w:p>
            <w:pPr>
              <w:spacing w:after="0"/>
              <w:jc w:val="left"/>
            </w:pPr>
          </w:p>
        </w:tc>
        <w:tc>
          <w:tcPr>
            <w:tcW w:type="dxa" w:w="1932"/>
          </w:tcPr>
          <w:p>
            <w:pPr>
              <w:spacing w:after="0"/>
              <w:jc w:val="left"/>
            </w:pPr>
          </w:p>
        </w:tc>
        <w:tc>
          <w:tcPr>
            <w:tcW w:type="dxa" w:w="1610"/>
          </w:tcPr>
          <w:p>
            <w:pPr>
              <w:spacing w:after="0"/>
              <w:jc w:val="left"/>
            </w:pPr>
          </w:p>
        </w:tc>
        <w:tc>
          <w:tcPr>
            <w:tcW w:type="dxa" w:w="1735"/>
          </w:tcPr>
          <w:p>
            <w:pPr>
              <w:spacing w:after="0"/>
              <w:jc w:val="left"/>
            </w:pPr>
          </w:p>
        </w:tc>
        <w:tc>
          <w:tcPr>
            <w:tcW w:type="dxa" w:w="2155"/>
          </w:tcPr>
          <w:p>
            <w:pPr>
              <w:spacing w:after="0"/>
              <w:jc w:val="left"/>
            </w:pPr>
            <w:r>
              <w:rPr>
                <w:sz w:val="16"/>
              </w:rPr>
              <w:t>Flood depth: see the FEMA Flood Insurance Rate Map.</w:t>
            </w:r>
          </w:p>
        </w:tc>
      </w:tr>
      <w:tr>
        <w:trPr>
          <w:cantSplit/>
        </w:trPr>
        <w:tc>
          <w:tcPr>
            <w:tcW w:type="dxa" w:w="1681"/>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11"/>
          </w:tcPr>
          <w:p>
            <w:pPr>
              <w:spacing w:after="0"/>
              <w:jc w:val="right"/>
            </w:pPr>
            <w:r>
              <w:rPr>
                <w:sz w:val="16"/>
              </w:rPr>
              <w:t>26, 1997 to 2026 (26 zone-level)</w:t>
            </w:r>
          </w:p>
        </w:tc>
        <w:tc>
          <w:tcPr>
            <w:tcW w:type="dxa" w:w="1790"/>
          </w:tcPr>
          <w:p>
            <w:pPr>
              <w:spacing w:after="0"/>
              <w:jc w:val="left"/>
            </w:pPr>
            <w:r>
              <w:rPr>
                <w:sz w:val="16"/>
              </w:rPr>
              <w:t>1 day to 28 days (median 2 days); 25 with a recorded value</w:t>
            </w:r>
          </w:p>
        </w:tc>
        <w:tc>
          <w:tcPr>
            <w:tcW w:type="dxa" w:w="1932"/>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10"/>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Wind chill: in event narratives only; local data required.</w:t>
            </w:r>
          </w:p>
        </w:tc>
      </w:tr>
      <w:tr>
        <w:trPr>
          <w:cantSplit/>
        </w:trPr>
        <w:tc>
          <w:tcPr>
            <w:tcW w:type="dxa" w:w="1681"/>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11"/>
          </w:tcPr>
          <w:p>
            <w:pPr>
              <w:spacing w:after="0"/>
              <w:jc w:val="right"/>
            </w:pPr>
            <w:r>
              <w:rPr>
                <w:sz w:val="16"/>
              </w:rPr>
              <w:t>4, 2005 to 2023 (4 zone-level)</w:t>
            </w:r>
          </w:p>
        </w:tc>
        <w:tc>
          <w:tcPr>
            <w:tcW w:type="dxa" w:w="1790"/>
          </w:tcPr>
          <w:p>
            <w:pPr>
              <w:spacing w:after="0"/>
              <w:jc w:val="left"/>
            </w:pPr>
          </w:p>
        </w:tc>
        <w:tc>
          <w:tcPr>
            <w:tcW w:type="dxa" w:w="1932"/>
          </w:tcPr>
          <w:p>
            <w:pPr>
              <w:spacing w:after="0"/>
              <w:jc w:val="left"/>
            </w:pPr>
            <w:r>
              <w:rPr>
                <w:sz w:val="16"/>
              </w:rPr>
              <w:t>Frost/Freeze, 2023-05-18, $50,000 crop damage, reported for the zone (2023 dollars); NWS zone VTZ004 (ESSEX), zone-level: may include parts of neighboring counties</w:t>
            </w:r>
          </w:p>
        </w:tc>
        <w:tc>
          <w:tcPr>
            <w:tcW w:type="dxa" w:w="1610"/>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Temperature: in event narratives only; local data required.</w:t>
            </w:r>
          </w:p>
        </w:tc>
      </w:tr>
      <w:tr>
        <w:trPr>
          <w:cantSplit/>
        </w:trPr>
        <w:tc>
          <w:tcPr>
            <w:tcW w:type="dxa" w:w="1681"/>
          </w:tcPr>
          <w:p>
            <w:pPr>
              <w:spacing w:after="0"/>
              <w:jc w:val="left"/>
            </w:pPr>
            <w:r>
              <w:rPr>
                <w:sz w:val="16"/>
              </w:rPr>
              <w:t>Drought</w:t>
            </w:r>
          </w:p>
        </w:tc>
        <w:tc>
          <w:tcPr>
            <w:tcW w:type="dxa" w:w="1698"/>
          </w:tcPr>
          <w:p>
            <w:pPr>
              <w:spacing w:after="0"/>
              <w:jc w:val="left"/>
            </w:pPr>
            <w:r>
              <w:rPr>
                <w:sz w:val="16"/>
              </w:rPr>
              <w:t>US Drought Monitor D-scale</w:t>
            </w:r>
          </w:p>
        </w:tc>
        <w:tc>
          <w:tcPr>
            <w:tcW w:type="dxa" w:w="1511"/>
          </w:tcPr>
          <w:p>
            <w:pPr>
              <w:spacing w:after="0"/>
              <w:jc w:val="right"/>
            </w:pPr>
            <w:r>
              <w:rPr>
                <w:sz w:val="16"/>
              </w:rPr>
              <w:t>0</w:t>
            </w:r>
          </w:p>
        </w:tc>
        <w:tc>
          <w:tcPr>
            <w:tcW w:type="dxa" w:w="1790"/>
          </w:tcPr>
          <w:p>
            <w:pPr>
              <w:spacing w:after="0"/>
              <w:jc w:val="left"/>
            </w:pPr>
          </w:p>
        </w:tc>
        <w:tc>
          <w:tcPr>
            <w:tcW w:type="dxa" w:w="1932"/>
          </w:tcPr>
          <w:p>
            <w:pPr>
              <w:spacing w:after="0"/>
              <w:jc w:val="left"/>
            </w:pPr>
          </w:p>
        </w:tc>
        <w:tc>
          <w:tcPr>
            <w:tcW w:type="dxa" w:w="1610"/>
          </w:tcPr>
          <w:p>
            <w:pPr>
              <w:spacing w:after="0"/>
              <w:jc w:val="left"/>
            </w:pPr>
          </w:p>
        </w:tc>
        <w:tc>
          <w:tcPr>
            <w:tcW w:type="dxa" w:w="1735"/>
          </w:tcPr>
          <w:p>
            <w:pPr>
              <w:spacing w:after="0"/>
              <w:jc w:val="left"/>
            </w:pPr>
          </w:p>
        </w:tc>
        <w:tc>
          <w:tcPr>
            <w:tcW w:type="dxa" w:w="21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1"/>
          </w:tcPr>
          <w:p>
            <w:pPr>
              <w:spacing w:after="0"/>
              <w:jc w:val="left"/>
            </w:pPr>
            <w:r>
              <w:rPr>
                <w:sz w:val="16"/>
              </w:rPr>
              <w:t>Earthquake</w:t>
            </w:r>
          </w:p>
        </w:tc>
        <w:tc>
          <w:tcPr>
            <w:tcW w:type="dxa" w:w="1698"/>
          </w:tcPr>
          <w:p>
            <w:pPr>
              <w:spacing w:after="0"/>
              <w:jc w:val="left"/>
            </w:pPr>
            <w:r>
              <w:rPr>
                <w:sz w:val="16"/>
              </w:rPr>
              <w:t>Modified Mercalli (local data)</w:t>
            </w:r>
          </w:p>
        </w:tc>
        <w:tc>
          <w:tcPr>
            <w:tcW w:type="dxa" w:w="1511"/>
          </w:tcPr>
          <w:p>
            <w:pPr>
              <w:spacing w:after="0"/>
              <w:jc w:val="right"/>
            </w:pPr>
            <w:r>
              <w:rPr>
                <w:sz w:val="16"/>
              </w:rPr>
              <w:t>0</w:t>
            </w:r>
          </w:p>
        </w:tc>
        <w:tc>
          <w:tcPr>
            <w:tcW w:type="dxa" w:w="1790"/>
          </w:tcPr>
          <w:p>
            <w:pPr>
              <w:spacing w:after="0"/>
              <w:jc w:val="left"/>
            </w:pPr>
          </w:p>
        </w:tc>
        <w:tc>
          <w:tcPr>
            <w:tcW w:type="dxa" w:w="1932"/>
          </w:tcPr>
          <w:p>
            <w:pPr>
              <w:spacing w:after="0"/>
              <w:jc w:val="left"/>
            </w:pPr>
          </w:p>
        </w:tc>
        <w:tc>
          <w:tcPr>
            <w:tcW w:type="dxa" w:w="1610"/>
          </w:tcPr>
          <w:p>
            <w:pPr>
              <w:spacing w:after="0"/>
              <w:jc w:val="left"/>
            </w:pPr>
          </w:p>
        </w:tc>
        <w:tc>
          <w:tcPr>
            <w:tcW w:type="dxa" w:w="1735"/>
          </w:tcPr>
          <w:p>
            <w:pPr>
              <w:spacing w:after="0"/>
              <w:jc w:val="left"/>
            </w:pPr>
          </w:p>
        </w:tc>
        <w:tc>
          <w:tcPr>
            <w:tcW w:type="dxa" w:w="2155"/>
          </w:tcPr>
          <w:p>
            <w:pPr>
              <w:spacing w:after="0"/>
              <w:jc w:val="left"/>
            </w:pPr>
            <w:r>
              <w:rPr>
                <w:sz w:val="16"/>
              </w:rPr>
              <w:t>No Storm Events record; local data required (e.g., USGS).</w:t>
            </w:r>
          </w:p>
        </w:tc>
      </w:tr>
      <w:tr>
        <w:trPr>
          <w:cantSplit/>
        </w:trPr>
        <w:tc>
          <w:tcPr>
            <w:tcW w:type="dxa" w:w="1681"/>
          </w:tcPr>
          <w:p>
            <w:pPr>
              <w:spacing w:after="0"/>
              <w:jc w:val="left"/>
            </w:pPr>
            <w:r>
              <w:rPr>
                <w:sz w:val="16"/>
              </w:rPr>
              <w:t>Hail</w:t>
            </w:r>
          </w:p>
        </w:tc>
        <w:tc>
          <w:tcPr>
            <w:tcW w:type="dxa" w:w="1698"/>
          </w:tcPr>
          <w:p>
            <w:pPr>
              <w:spacing w:after="0"/>
              <w:jc w:val="left"/>
            </w:pPr>
            <w:r>
              <w:rPr>
                <w:sz w:val="16"/>
              </w:rPr>
              <w:t>hail size (inches)</w:t>
            </w:r>
          </w:p>
        </w:tc>
        <w:tc>
          <w:tcPr>
            <w:tcW w:type="dxa" w:w="1511"/>
          </w:tcPr>
          <w:p>
            <w:pPr>
              <w:spacing w:after="0"/>
              <w:jc w:val="right"/>
            </w:pPr>
            <w:r>
              <w:rPr>
                <w:sz w:val="16"/>
              </w:rPr>
              <w:t>13, 1985 to 2022</w:t>
            </w:r>
          </w:p>
        </w:tc>
        <w:tc>
          <w:tcPr>
            <w:tcW w:type="dxa" w:w="1790"/>
          </w:tcPr>
          <w:p>
            <w:pPr>
              <w:spacing w:after="0"/>
              <w:jc w:val="left"/>
            </w:pPr>
            <w:r>
              <w:rPr>
                <w:sz w:val="16"/>
              </w:rPr>
              <w:t>0.75 in to 1.75 in (median 1 in); 13 with a recorded value</w:t>
            </w:r>
          </w:p>
        </w:tc>
        <w:tc>
          <w:tcPr>
            <w:tcW w:type="dxa" w:w="1932"/>
          </w:tcPr>
          <w:p>
            <w:pPr>
              <w:spacing w:after="0"/>
              <w:jc w:val="left"/>
            </w:pPr>
            <w:r>
              <w:rPr>
                <w:sz w:val="16"/>
              </w:rPr>
              <w:t>1.75 in hail, 2011-05-27</w:t>
            </w:r>
          </w:p>
        </w:tc>
        <w:tc>
          <w:tcPr>
            <w:tcW w:type="dxa" w:w="1610"/>
          </w:tcPr>
          <w:p>
            <w:pPr>
              <w:spacing w:after="0"/>
              <w:jc w:val="left"/>
            </w:pPr>
            <w:r>
              <w:rPr>
                <w:sz w:val="16"/>
              </w:rPr>
              <w:t>Hail, 1994-07-26, $5,000 property; crops not recorded (1994 dollars)</w:t>
            </w:r>
          </w:p>
        </w:tc>
        <w:tc>
          <w:tcPr>
            <w:tcW w:type="dxa" w:w="1735"/>
          </w:tcPr>
          <w:p>
            <w:pPr>
              <w:spacing w:after="0"/>
              <w:jc w:val="left"/>
            </w:pPr>
            <w:r>
              <w:rPr>
                <w:sz w:val="16"/>
              </w:rPr>
              <w:t>Event records naming member places: Concord town (3 records), Canaan town (2 records), Averill town (1 record), East Haven town (1 record), Granby town (1 record), Lunenburg town (1 record), Norton town (1 record).</w:t>
            </w:r>
          </w:p>
        </w:tc>
        <w:tc>
          <w:tcPr>
            <w:tcW w:type="dxa" w:w="2155"/>
          </w:tcPr>
          <w:p>
            <w:pPr>
              <w:spacing w:after="0"/>
              <w:jc w:val="left"/>
            </w:pPr>
          </w:p>
        </w:tc>
      </w:tr>
      <w:tr>
        <w:trPr>
          <w:cantSplit/>
        </w:trPr>
        <w:tc>
          <w:tcPr>
            <w:tcW w:type="dxa" w:w="1681"/>
          </w:tcPr>
          <w:p>
            <w:pPr>
              <w:spacing w:after="0"/>
              <w:jc w:val="left"/>
            </w:pPr>
            <w:r>
              <w:rPr>
                <w:sz w:val="16"/>
              </w:rPr>
              <w:t>Excessive Heat, Heat</w:t>
            </w:r>
          </w:p>
        </w:tc>
        <w:tc>
          <w:tcPr>
            <w:tcW w:type="dxa" w:w="1698"/>
          </w:tcPr>
          <w:p>
            <w:pPr>
              <w:spacing w:after="0"/>
              <w:jc w:val="left"/>
            </w:pPr>
            <w:r>
              <w:rPr>
                <w:sz w:val="16"/>
              </w:rPr>
              <w:t>heat index (narratives)</w:t>
            </w:r>
          </w:p>
        </w:tc>
        <w:tc>
          <w:tcPr>
            <w:tcW w:type="dxa" w:w="1511"/>
          </w:tcPr>
          <w:p>
            <w:pPr>
              <w:spacing w:after="0"/>
              <w:jc w:val="right"/>
            </w:pPr>
            <w:r>
              <w:rPr>
                <w:sz w:val="16"/>
              </w:rPr>
              <w:t>4, 2006 to 2025 (4 zone-level)</w:t>
            </w:r>
          </w:p>
        </w:tc>
        <w:tc>
          <w:tcPr>
            <w:tcW w:type="dxa" w:w="1790"/>
          </w:tcPr>
          <w:p>
            <w:pPr>
              <w:spacing w:after="0"/>
              <w:jc w:val="left"/>
            </w:pPr>
            <w:r>
              <w:rPr>
                <w:sz w:val="16"/>
              </w:rPr>
              <w:t>1 day to 6 days (median 2 days); 3 with a recorded value</w:t>
            </w:r>
          </w:p>
        </w:tc>
        <w:tc>
          <w:tcPr>
            <w:tcW w:type="dxa" w:w="1932"/>
          </w:tcPr>
          <w:p>
            <w:pPr>
              <w:spacing w:after="0"/>
              <w:jc w:val="left"/>
            </w:pPr>
            <w:r>
              <w:rPr>
                <w:sz w:val="16"/>
              </w:rPr>
              <w:t>6 consecutive days, 2018-07-01 to 2018-07-06, zone-level</w:t>
            </w:r>
          </w:p>
        </w:tc>
        <w:tc>
          <w:tcPr>
            <w:tcW w:type="dxa" w:w="1610"/>
          </w:tcPr>
          <w:p>
            <w:pPr>
              <w:spacing w:after="0"/>
              <w:jc w:val="left"/>
            </w:pPr>
            <w:r>
              <w:rPr>
                <w:sz w:val="16"/>
              </w:rPr>
              <w:t>Heat, 2012-03-17, $0 property; $500,000 crops, reported for the zone (2012 dollars)</w:t>
            </w:r>
          </w:p>
        </w:tc>
        <w:tc>
          <w:tcPr>
            <w:tcW w:type="dxa" w:w="1735"/>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1"/>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11"/>
          </w:tcPr>
          <w:p>
            <w:pPr>
              <w:spacing w:after="0"/>
              <w:jc w:val="right"/>
            </w:pPr>
            <w:r>
              <w:rPr>
                <w:sz w:val="16"/>
              </w:rPr>
              <w:t>0</w:t>
            </w:r>
          </w:p>
        </w:tc>
        <w:tc>
          <w:tcPr>
            <w:tcW w:type="dxa" w:w="1790"/>
          </w:tcPr>
          <w:p>
            <w:pPr>
              <w:spacing w:after="0"/>
              <w:jc w:val="left"/>
            </w:pPr>
          </w:p>
        </w:tc>
        <w:tc>
          <w:tcPr>
            <w:tcW w:type="dxa" w:w="1932"/>
          </w:tcPr>
          <w:p>
            <w:pPr>
              <w:spacing w:after="0"/>
              <w:jc w:val="left"/>
            </w:pPr>
          </w:p>
        </w:tc>
        <w:tc>
          <w:tcPr>
            <w:tcW w:type="dxa" w:w="1610"/>
          </w:tcPr>
          <w:p>
            <w:pPr>
              <w:spacing w:after="0"/>
              <w:jc w:val="left"/>
            </w:pPr>
          </w:p>
        </w:tc>
        <w:tc>
          <w:tcPr>
            <w:tcW w:type="dxa" w:w="1735"/>
          </w:tcPr>
          <w:p>
            <w:pPr>
              <w:spacing w:after="0"/>
              <w:jc w:val="left"/>
            </w:pPr>
          </w:p>
        </w:tc>
        <w:tc>
          <w:tcPr>
            <w:tcW w:type="dxa" w:w="215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1"/>
          </w:tcPr>
          <w:p>
            <w:pPr>
              <w:spacing w:after="0"/>
              <w:jc w:val="left"/>
            </w:pPr>
            <w:r>
              <w:rPr>
                <w:sz w:val="16"/>
              </w:rPr>
              <w:t>Ice Storm</w:t>
            </w:r>
          </w:p>
        </w:tc>
        <w:tc>
          <w:tcPr>
            <w:tcW w:type="dxa" w:w="1698"/>
          </w:tcPr>
          <w:p>
            <w:pPr>
              <w:spacing w:after="0"/>
              <w:jc w:val="left"/>
            </w:pPr>
            <w:r>
              <w:rPr>
                <w:sz w:val="16"/>
              </w:rPr>
              <w:t>Sperry-Piltz (local data)</w:t>
            </w:r>
          </w:p>
        </w:tc>
        <w:tc>
          <w:tcPr>
            <w:tcW w:type="dxa" w:w="1511"/>
          </w:tcPr>
          <w:p>
            <w:pPr>
              <w:spacing w:after="0"/>
              <w:jc w:val="right"/>
            </w:pPr>
            <w:r>
              <w:rPr>
                <w:sz w:val="16"/>
              </w:rPr>
              <w:t>1, 1998 to 1998 (1 zone-level)</w:t>
            </w:r>
          </w:p>
        </w:tc>
        <w:tc>
          <w:tcPr>
            <w:tcW w:type="dxa" w:w="1790"/>
          </w:tcPr>
          <w:p>
            <w:pPr>
              <w:spacing w:after="0"/>
              <w:jc w:val="left"/>
            </w:pPr>
          </w:p>
        </w:tc>
        <w:tc>
          <w:tcPr>
            <w:tcW w:type="dxa" w:w="1932"/>
          </w:tcPr>
          <w:p>
            <w:pPr>
              <w:spacing w:after="0"/>
              <w:jc w:val="left"/>
            </w:pPr>
            <w:r>
              <w:rPr>
                <w:sz w:val="16"/>
              </w:rPr>
              <w:t>Ice Storm, 1998-01-06, $80,000 property; crops not reported, reported for the zone (1998 dollars); NWS zone VTZ004 (ESSEX), zone-level: may include parts of neighboring counties</w:t>
            </w:r>
          </w:p>
        </w:tc>
        <w:tc>
          <w:tcPr>
            <w:tcW w:type="dxa" w:w="1610"/>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Ice thickness: in event narratives only; local data required.</w:t>
            </w:r>
          </w:p>
        </w:tc>
      </w:tr>
      <w:tr>
        <w:trPr>
          <w:cantSplit/>
        </w:trPr>
        <w:tc>
          <w:tcPr>
            <w:tcW w:type="dxa" w:w="1681"/>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11"/>
          </w:tcPr>
          <w:p>
            <w:pPr>
              <w:spacing w:after="0"/>
              <w:jc w:val="right"/>
            </w:pPr>
            <w:r>
              <w:rPr>
                <w:sz w:val="16"/>
              </w:rPr>
              <w:t>28, 1996 to 2025 (4 zone-level)</w:t>
            </w:r>
          </w:p>
        </w:tc>
        <w:tc>
          <w:tcPr>
            <w:tcW w:type="dxa" w:w="1790"/>
          </w:tcPr>
          <w:p>
            <w:pPr>
              <w:spacing w:after="0"/>
              <w:jc w:val="left"/>
            </w:pPr>
          </w:p>
        </w:tc>
        <w:tc>
          <w:tcPr>
            <w:tcW w:type="dxa" w:w="1932"/>
          </w:tcPr>
          <w:p>
            <w:pPr>
              <w:spacing w:after="0"/>
              <w:jc w:val="left"/>
            </w:pPr>
            <w:r>
              <w:rPr>
                <w:sz w:val="16"/>
              </w:rPr>
              <w:t>Flash Flood, 2011-05-26, $750,000 property; $0 crops (2011 dollars)</w:t>
            </w:r>
          </w:p>
        </w:tc>
        <w:tc>
          <w:tcPr>
            <w:tcW w:type="dxa" w:w="1610"/>
          </w:tcPr>
          <w:p>
            <w:pPr>
              <w:spacing w:after="0"/>
              <w:jc w:val="left"/>
            </w:pPr>
          </w:p>
        </w:tc>
        <w:tc>
          <w:tcPr>
            <w:tcW w:type="dxa" w:w="1735"/>
          </w:tcPr>
          <w:p>
            <w:pPr>
              <w:spacing w:after="0"/>
              <w:jc w:val="left"/>
            </w:pPr>
            <w:r>
              <w:rPr>
                <w:sz w:val="16"/>
              </w:rPr>
              <w:t>Event records naming member places: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215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1"/>
          </w:tcPr>
          <w:p>
            <w:pPr>
              <w:spacing w:after="0"/>
              <w:jc w:val="left"/>
            </w:pPr>
            <w:r>
              <w:rPr>
                <w:sz w:val="16"/>
              </w:rPr>
              <w:t>Debris Flow</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790"/>
          </w:tcPr>
          <w:p>
            <w:pPr>
              <w:spacing w:after="0"/>
              <w:jc w:val="left"/>
            </w:pPr>
          </w:p>
        </w:tc>
        <w:tc>
          <w:tcPr>
            <w:tcW w:type="dxa" w:w="1932"/>
          </w:tcPr>
          <w:p>
            <w:pPr>
              <w:spacing w:after="0"/>
              <w:jc w:val="left"/>
            </w:pPr>
          </w:p>
        </w:tc>
        <w:tc>
          <w:tcPr>
            <w:tcW w:type="dxa" w:w="1610"/>
          </w:tcPr>
          <w:p>
            <w:pPr>
              <w:spacing w:after="0"/>
              <w:jc w:val="left"/>
            </w:pPr>
          </w:p>
        </w:tc>
        <w:tc>
          <w:tcPr>
            <w:tcW w:type="dxa" w:w="1735"/>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11"/>
          </w:tcPr>
          <w:p>
            <w:pPr>
              <w:spacing w:after="0"/>
              <w:jc w:val="right"/>
            </w:pPr>
            <w:r>
              <w:rPr>
                <w:sz w:val="16"/>
              </w:rPr>
              <w:t>1, 2007 to 2007</w:t>
            </w:r>
          </w:p>
        </w:tc>
        <w:tc>
          <w:tcPr>
            <w:tcW w:type="dxa" w:w="1790"/>
          </w:tcPr>
          <w:p>
            <w:pPr>
              <w:spacing w:after="0"/>
              <w:jc w:val="left"/>
            </w:pPr>
          </w:p>
        </w:tc>
        <w:tc>
          <w:tcPr>
            <w:tcW w:type="dxa" w:w="1932"/>
          </w:tcPr>
          <w:p>
            <w:pPr>
              <w:spacing w:after="0"/>
              <w:jc w:val="left"/>
            </w:pPr>
            <w:r>
              <w:rPr>
                <w:sz w:val="16"/>
              </w:rPr>
              <w:t>Lightning, 2007-06-27, $10,000 property; $0 crops (2007 dollars)</w:t>
            </w:r>
          </w:p>
        </w:tc>
        <w:tc>
          <w:tcPr>
            <w:tcW w:type="dxa" w:w="1610"/>
          </w:tcPr>
          <w:p>
            <w:pPr>
              <w:spacing w:after="0"/>
              <w:jc w:val="left"/>
            </w:pPr>
          </w:p>
        </w:tc>
        <w:tc>
          <w:tcPr>
            <w:tcW w:type="dxa" w:w="1735"/>
          </w:tcPr>
          <w:p>
            <w:pPr>
              <w:spacing w:after="0"/>
              <w:jc w:val="left"/>
            </w:pPr>
            <w:r>
              <w:rPr>
                <w:sz w:val="16"/>
              </w:rPr>
              <w:t>Event records naming member places: Brighton town (1 record).</w:t>
            </w:r>
          </w:p>
        </w:tc>
        <w:tc>
          <w:tcPr>
            <w:tcW w:type="dxa" w:w="2155"/>
          </w:tcPr>
          <w:p>
            <w:pPr>
              <w:spacing w:after="0"/>
              <w:jc w:val="left"/>
            </w:pPr>
            <w:r>
              <w:rPr>
                <w:sz w:val="16"/>
              </w:rPr>
              <w:t>Storm Events lists lightning with damage or casualties; physical measure in event narratives only; local data required.</w:t>
            </w:r>
          </w:p>
        </w:tc>
      </w:tr>
      <w:tr>
        <w:trPr>
          <w:cantSplit/>
        </w:trPr>
        <w:tc>
          <w:tcPr>
            <w:tcW w:type="dxa" w:w="1681"/>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11"/>
          </w:tcPr>
          <w:p>
            <w:pPr>
              <w:spacing w:after="0"/>
              <w:jc w:val="right"/>
            </w:pPr>
            <w:r>
              <w:rPr>
                <w:sz w:val="16"/>
              </w:rPr>
              <w:t>39, 1996 to 2026 (39 zone-level)</w:t>
            </w:r>
          </w:p>
        </w:tc>
        <w:tc>
          <w:tcPr>
            <w:tcW w:type="dxa" w:w="1790"/>
          </w:tcPr>
          <w:p>
            <w:pPr>
              <w:spacing w:after="0"/>
              <w:jc w:val="left"/>
            </w:pPr>
            <w:r>
              <w:rPr>
                <w:sz w:val="16"/>
              </w:rPr>
              <w:t>35 kt (40 mph) to 60 kt (69 mph) (median 41 kt (47 mph)); 33 with a recorded value</w:t>
            </w:r>
          </w:p>
        </w:tc>
        <w:tc>
          <w:tcPr>
            <w:tcW w:type="dxa" w:w="1932"/>
          </w:tcPr>
          <w:p>
            <w:pPr>
              <w:spacing w:after="0"/>
              <w:jc w:val="left"/>
            </w:pPr>
            <w:r>
              <w:rPr>
                <w:sz w:val="16"/>
              </w:rPr>
              <w:t>60 kt (69 mph) estimated gust, High Wind, 2007-04-16; NWS zone VTZ004 (ESSEX), zone-level: may include parts of neighboring counties</w:t>
            </w:r>
          </w:p>
        </w:tc>
        <w:tc>
          <w:tcPr>
            <w:tcW w:type="dxa" w:w="1610"/>
          </w:tcPr>
          <w:p>
            <w:pPr>
              <w:spacing w:after="0"/>
              <w:jc w:val="left"/>
            </w:pPr>
            <w:r>
              <w:rPr>
                <w:sz w:val="16"/>
              </w:rPr>
              <w:t>Strong Wind, 2022-12-23, $100,000 property; $0 crops, reported for the zone (2022 dollars)</w:t>
            </w:r>
          </w:p>
        </w:tc>
        <w:tc>
          <w:tcPr>
            <w:tcW w:type="dxa" w:w="1735"/>
          </w:tcPr>
          <w:p>
            <w:pPr>
              <w:spacing w:after="0"/>
              <w:jc w:val="left"/>
            </w:pPr>
            <w:r>
              <w:rPr>
                <w:sz w:val="16"/>
              </w:rPr>
              <w:t>Zone-level records: applies countywide; national data do not locate these events within the county.</w:t>
            </w:r>
          </w:p>
        </w:tc>
        <w:tc>
          <w:tcPr>
            <w:tcW w:type="dxa" w:w="2155"/>
          </w:tcPr>
          <w:p>
            <w:pPr>
              <w:spacing w:after="0"/>
              <w:jc w:val="left"/>
            </w:pPr>
          </w:p>
        </w:tc>
      </w:tr>
      <w:tr>
        <w:trPr>
          <w:cantSplit/>
        </w:trPr>
        <w:tc>
          <w:tcPr>
            <w:tcW w:type="dxa" w:w="1681"/>
          </w:tcPr>
          <w:p>
            <w:pPr>
              <w:spacing w:after="0"/>
              <w:jc w:val="left"/>
            </w:pPr>
            <w:r>
              <w:rPr>
                <w:sz w:val="16"/>
              </w:rPr>
              <w:t>Thunderstorm Wind</w:t>
            </w:r>
          </w:p>
        </w:tc>
        <w:tc>
          <w:tcPr>
            <w:tcW w:type="dxa" w:w="1698"/>
          </w:tcPr>
          <w:p>
            <w:pPr>
              <w:spacing w:after="0"/>
              <w:jc w:val="left"/>
            </w:pPr>
            <w:r>
              <w:rPr>
                <w:sz w:val="16"/>
              </w:rPr>
              <w:t>wind speed (kt and mph)</w:t>
            </w:r>
          </w:p>
        </w:tc>
        <w:tc>
          <w:tcPr>
            <w:tcW w:type="dxa" w:w="1511"/>
          </w:tcPr>
          <w:p>
            <w:pPr>
              <w:spacing w:after="0"/>
              <w:jc w:val="right"/>
            </w:pPr>
            <w:r>
              <w:rPr>
                <w:sz w:val="16"/>
              </w:rPr>
              <w:t>89, 1967 to 2024</w:t>
            </w:r>
          </w:p>
        </w:tc>
        <w:tc>
          <w:tcPr>
            <w:tcW w:type="dxa" w:w="1790"/>
          </w:tcPr>
          <w:p>
            <w:pPr>
              <w:spacing w:after="0"/>
              <w:jc w:val="left"/>
            </w:pPr>
            <w:r>
              <w:rPr>
                <w:sz w:val="16"/>
              </w:rPr>
              <w:t>50 kt (58 mph) to 78 kt (90 mph) (median 50 kt (58 mph)); 54 with a recorded value</w:t>
            </w:r>
          </w:p>
        </w:tc>
        <w:tc>
          <w:tcPr>
            <w:tcW w:type="dxa" w:w="1932"/>
          </w:tcPr>
          <w:p>
            <w:pPr>
              <w:spacing w:after="0"/>
              <w:jc w:val="left"/>
            </w:pPr>
            <w:r>
              <w:rPr>
                <w:sz w:val="16"/>
              </w:rPr>
              <w:t>78 kt (90 mph) estimated, Thunderstorm Wind, 2000-05-09</w:t>
            </w:r>
          </w:p>
        </w:tc>
        <w:tc>
          <w:tcPr>
            <w:tcW w:type="dxa" w:w="1610"/>
          </w:tcPr>
          <w:p>
            <w:pPr>
              <w:spacing w:after="0"/>
              <w:jc w:val="left"/>
            </w:pPr>
            <w:r>
              <w:rPr>
                <w:sz w:val="16"/>
              </w:rPr>
              <w:t>Thunderstorm Wind, 1998-05-29, $30,000 property; crops not reported (1998 dollars)</w:t>
            </w:r>
          </w:p>
        </w:tc>
        <w:tc>
          <w:tcPr>
            <w:tcW w:type="dxa" w:w="1735"/>
          </w:tcPr>
          <w:p>
            <w:pPr>
              <w:spacing w:after="0"/>
              <w:jc w:val="left"/>
            </w:pPr>
            <w:r>
              <w:rPr>
                <w:sz w:val="16"/>
              </w:rPr>
              <w:t>Event records naming member places: Lunenburg town (10 records), Canaan town (9 records), Concord town (9 records), East Haven town (6 records), Bloomfield town (5 records), Guildhall town (4 records), Maidstone town (4 records), Norton town (4 records), Brighton town (2 records), Granby town (2 records); and 3 more member places (see the XLSX file).</w:t>
            </w:r>
          </w:p>
        </w:tc>
        <w:tc>
          <w:tcPr>
            <w:tcW w:type="dxa" w:w="2155"/>
          </w:tcPr>
          <w:p>
            <w:pPr>
              <w:spacing w:after="0"/>
              <w:jc w:val="left"/>
            </w:pPr>
          </w:p>
        </w:tc>
      </w:tr>
      <w:tr>
        <w:trPr>
          <w:cantSplit/>
        </w:trPr>
        <w:tc>
          <w:tcPr>
            <w:tcW w:type="dxa" w:w="1681"/>
          </w:tcPr>
          <w:p>
            <w:pPr>
              <w:spacing w:after="0"/>
              <w:jc w:val="left"/>
            </w:pPr>
            <w:r>
              <w:rPr>
                <w:sz w:val="16"/>
              </w:rPr>
              <w:t>Tornado</w:t>
            </w:r>
          </w:p>
        </w:tc>
        <w:tc>
          <w:tcPr>
            <w:tcW w:type="dxa" w:w="1698"/>
          </w:tcPr>
          <w:p>
            <w:pPr>
              <w:spacing w:after="0"/>
              <w:jc w:val="left"/>
            </w:pPr>
            <w:r>
              <w:rPr>
                <w:sz w:val="16"/>
              </w:rPr>
              <w:t>Enhanced Fujita (F before Feb 2007)</w:t>
            </w:r>
          </w:p>
        </w:tc>
        <w:tc>
          <w:tcPr>
            <w:tcW w:type="dxa" w:w="1511"/>
          </w:tcPr>
          <w:p>
            <w:pPr>
              <w:spacing w:after="0"/>
              <w:jc w:val="right"/>
            </w:pPr>
            <w:r>
              <w:rPr>
                <w:sz w:val="16"/>
              </w:rPr>
              <w:t>3, 1982 to 2011</w:t>
            </w:r>
          </w:p>
        </w:tc>
        <w:tc>
          <w:tcPr>
            <w:tcW w:type="dxa" w:w="1790"/>
          </w:tcPr>
          <w:p>
            <w:pPr>
              <w:spacing w:after="0"/>
              <w:jc w:val="left"/>
            </w:pPr>
            <w:r>
              <w:rPr>
                <w:sz w:val="16"/>
              </w:rPr>
              <w:t>F/EF0 to F/EF1 (median F/EF0); 3 with a recorded value</w:t>
            </w:r>
          </w:p>
        </w:tc>
        <w:tc>
          <w:tcPr>
            <w:tcW w:type="dxa" w:w="1932"/>
          </w:tcPr>
          <w:p>
            <w:pPr>
              <w:spacing w:after="0"/>
              <w:jc w:val="left"/>
            </w:pPr>
            <w:r>
              <w:rPr>
                <w:sz w:val="16"/>
              </w:rPr>
              <w:t>F1 tornado, 1982-05-19, 0.1 mi path length (records before 1996 may include the whole path; rating and listing come from the county where the tornado began), 100 yd wide, $25,000 property; crops not recorded (1982 dollars)</w:t>
            </w:r>
          </w:p>
        </w:tc>
        <w:tc>
          <w:tcPr>
            <w:tcW w:type="dxa" w:w="1610"/>
          </w:tcPr>
          <w:p>
            <w:pPr>
              <w:spacing w:after="0"/>
              <w:jc w:val="left"/>
            </w:pPr>
          </w:p>
        </w:tc>
        <w:tc>
          <w:tcPr>
            <w:tcW w:type="dxa" w:w="1735"/>
          </w:tcPr>
          <w:p>
            <w:pPr>
              <w:spacing w:after="0"/>
              <w:jc w:val="left"/>
            </w:pPr>
            <w:r>
              <w:rPr>
                <w:sz w:val="16"/>
              </w:rPr>
              <w:t>No event record names a member place.</w:t>
            </w:r>
          </w:p>
        </w:tc>
        <w:tc>
          <w:tcPr>
            <w:tcW w:type="dxa" w:w="215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1"/>
          </w:tcPr>
          <w:p>
            <w:pPr>
              <w:spacing w:after="0"/>
              <w:jc w:val="left"/>
            </w:pPr>
            <w:r>
              <w:rPr>
                <w:sz w:val="16"/>
              </w:rPr>
              <w:t>Tsunami</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790"/>
          </w:tcPr>
          <w:p>
            <w:pPr>
              <w:spacing w:after="0"/>
              <w:jc w:val="left"/>
            </w:pPr>
          </w:p>
        </w:tc>
        <w:tc>
          <w:tcPr>
            <w:tcW w:type="dxa" w:w="1932"/>
          </w:tcPr>
          <w:p>
            <w:pPr>
              <w:spacing w:after="0"/>
              <w:jc w:val="left"/>
            </w:pPr>
          </w:p>
        </w:tc>
        <w:tc>
          <w:tcPr>
            <w:tcW w:type="dxa" w:w="1610"/>
          </w:tcPr>
          <w:p>
            <w:pPr>
              <w:spacing w:after="0"/>
              <w:jc w:val="left"/>
            </w:pPr>
          </w:p>
        </w:tc>
        <w:tc>
          <w:tcPr>
            <w:tcW w:type="dxa" w:w="1735"/>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11"/>
          </w:tcPr>
          <w:p>
            <w:pPr>
              <w:spacing w:after="0"/>
              <w:jc w:val="right"/>
            </w:pPr>
            <w:r>
              <w:rPr>
                <w:sz w:val="16"/>
              </w:rPr>
              <w:t>0</w:t>
            </w:r>
          </w:p>
        </w:tc>
        <w:tc>
          <w:tcPr>
            <w:tcW w:type="dxa" w:w="1790"/>
          </w:tcPr>
          <w:p>
            <w:pPr>
              <w:spacing w:after="0"/>
              <w:jc w:val="left"/>
            </w:pPr>
          </w:p>
        </w:tc>
        <w:tc>
          <w:tcPr>
            <w:tcW w:type="dxa" w:w="1932"/>
          </w:tcPr>
          <w:p>
            <w:pPr>
              <w:spacing w:after="0"/>
              <w:jc w:val="left"/>
            </w:pPr>
          </w:p>
        </w:tc>
        <w:tc>
          <w:tcPr>
            <w:tcW w:type="dxa" w:w="1610"/>
          </w:tcPr>
          <w:p>
            <w:pPr>
              <w:spacing w:after="0"/>
              <w:jc w:val="left"/>
            </w:pPr>
          </w:p>
        </w:tc>
        <w:tc>
          <w:tcPr>
            <w:tcW w:type="dxa" w:w="1735"/>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Wildfire</w:t>
            </w:r>
          </w:p>
        </w:tc>
        <w:tc>
          <w:tcPr>
            <w:tcW w:type="dxa" w:w="1698"/>
          </w:tcPr>
          <w:p>
            <w:pPr>
              <w:spacing w:after="0"/>
              <w:jc w:val="left"/>
            </w:pPr>
            <w:r>
              <w:rPr>
                <w:sz w:val="16"/>
              </w:rPr>
              <w:t>acres burned (local data)</w:t>
            </w:r>
          </w:p>
        </w:tc>
        <w:tc>
          <w:tcPr>
            <w:tcW w:type="dxa" w:w="1511"/>
          </w:tcPr>
          <w:p>
            <w:pPr>
              <w:spacing w:after="0"/>
              <w:jc w:val="right"/>
            </w:pPr>
            <w:r>
              <w:rPr>
                <w:sz w:val="16"/>
              </w:rPr>
              <w:t>0</w:t>
            </w:r>
          </w:p>
        </w:tc>
        <w:tc>
          <w:tcPr>
            <w:tcW w:type="dxa" w:w="1790"/>
          </w:tcPr>
          <w:p>
            <w:pPr>
              <w:spacing w:after="0"/>
              <w:jc w:val="left"/>
            </w:pPr>
          </w:p>
        </w:tc>
        <w:tc>
          <w:tcPr>
            <w:tcW w:type="dxa" w:w="1932"/>
          </w:tcPr>
          <w:p>
            <w:pPr>
              <w:spacing w:after="0"/>
              <w:jc w:val="left"/>
            </w:pPr>
          </w:p>
        </w:tc>
        <w:tc>
          <w:tcPr>
            <w:tcW w:type="dxa" w:w="1610"/>
          </w:tcPr>
          <w:p>
            <w:pPr>
              <w:spacing w:after="0"/>
              <w:jc w:val="left"/>
            </w:pPr>
          </w:p>
        </w:tc>
        <w:tc>
          <w:tcPr>
            <w:tcW w:type="dxa" w:w="1735"/>
          </w:tcPr>
          <w:p>
            <w:pPr>
              <w:spacing w:after="0"/>
              <w:jc w:val="left"/>
            </w:pPr>
          </w:p>
        </w:tc>
        <w:tc>
          <w:tcPr>
            <w:tcW w:type="dxa" w:w="2155"/>
          </w:tcPr>
          <w:p>
            <w:pPr>
              <w:spacing w:after="0"/>
              <w:jc w:val="left"/>
            </w:pPr>
            <w:r>
              <w:rPr>
                <w:sz w:val="16"/>
              </w:rPr>
              <w:t>Acres burned: in event narratives only; local data required.</w:t>
            </w:r>
          </w:p>
        </w:tc>
      </w:tr>
      <w:tr>
        <w:trPr>
          <w:cantSplit/>
        </w:trPr>
        <w:tc>
          <w:tcPr>
            <w:tcW w:type="dxa" w:w="1681"/>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11"/>
          </w:tcPr>
          <w:p>
            <w:pPr>
              <w:spacing w:after="0"/>
              <w:jc w:val="right"/>
            </w:pPr>
            <w:r>
              <w:rPr>
                <w:sz w:val="16"/>
              </w:rPr>
              <w:t>287, 1996 to 2026 (287 zone-level)</w:t>
            </w:r>
          </w:p>
        </w:tc>
        <w:tc>
          <w:tcPr>
            <w:tcW w:type="dxa" w:w="1790"/>
          </w:tcPr>
          <w:p>
            <w:pPr>
              <w:spacing w:after="0"/>
              <w:jc w:val="left"/>
            </w:pPr>
          </w:p>
        </w:tc>
        <w:tc>
          <w:tcPr>
            <w:tcW w:type="dxa" w:w="1932"/>
          </w:tcPr>
          <w:p>
            <w:pPr>
              <w:spacing w:after="0"/>
              <w:jc w:val="left"/>
            </w:pPr>
            <w:r>
              <w:rPr>
                <w:sz w:val="16"/>
              </w:rPr>
              <w:t>Heavy Snow, 2007-02-14, $100,000 property; $0 crops, reported for the zone (2007 dollars); NWS zone VTZ004 (ESSEX), zone-level: may include parts of neighboring counties</w:t>
            </w:r>
          </w:p>
        </w:tc>
        <w:tc>
          <w:tcPr>
            <w:tcW w:type="dxa" w:w="1610"/>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26</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37"/>
        <w:gridCol w:w="1237"/>
        <w:gridCol w:w="1237"/>
        <w:gridCol w:w="1663"/>
        <w:gridCol w:w="2941"/>
        <w:gridCol w:w="2147"/>
        <w:gridCol w:w="1705"/>
        <w:gridCol w:w="880"/>
        <w:gridCol w:w="1066"/>
      </w:tblGrid>
      <w:tr>
        <w:trPr>
          <w:cantSplit/>
          <w:tblHeader/>
        </w:trPr>
        <w:tc>
          <w:tcPr>
            <w:tcW w:type="dxa" w:w="1237"/>
            <w:shd w:val="clear" w:color="auto" w:fill="E8E8E8"/>
          </w:tcPr>
          <w:p>
            <w:pPr>
              <w:spacing w:after="0"/>
              <w:jc w:val="left"/>
            </w:pPr>
            <w:r>
              <w:rPr>
                <w:b/>
                <w:sz w:val="16"/>
              </w:rPr>
              <w:t>Declared</w:t>
            </w:r>
          </w:p>
        </w:tc>
        <w:tc>
          <w:tcPr>
            <w:tcW w:type="dxa" w:w="1237"/>
            <w:shd w:val="clear" w:color="auto" w:fill="E8E8E8"/>
          </w:tcPr>
          <w:p>
            <w:pPr>
              <w:spacing w:after="0"/>
              <w:jc w:val="left"/>
            </w:pPr>
            <w:r>
              <w:rPr>
                <w:b/>
                <w:sz w:val="16"/>
              </w:rPr>
              <w:t>Incident began</w:t>
            </w:r>
          </w:p>
        </w:tc>
        <w:tc>
          <w:tcPr>
            <w:tcW w:type="dxa" w:w="1237"/>
            <w:shd w:val="clear" w:color="auto" w:fill="E8E8E8"/>
          </w:tcPr>
          <w:p>
            <w:pPr>
              <w:spacing w:after="0"/>
              <w:jc w:val="left"/>
            </w:pPr>
            <w:r>
              <w:rPr>
                <w:b/>
                <w:sz w:val="16"/>
              </w:rPr>
              <w:t>FEMA number</w:t>
            </w:r>
          </w:p>
        </w:tc>
        <w:tc>
          <w:tcPr>
            <w:tcW w:type="dxa" w:w="1663"/>
            <w:shd w:val="clear" w:color="auto" w:fill="E8E8E8"/>
          </w:tcPr>
          <w:p>
            <w:pPr>
              <w:spacing w:after="0"/>
              <w:jc w:val="left"/>
            </w:pPr>
            <w:r>
              <w:rPr>
                <w:b/>
                <w:sz w:val="16"/>
              </w:rPr>
              <w:t>Type</w:t>
            </w:r>
          </w:p>
        </w:tc>
        <w:tc>
          <w:tcPr>
            <w:tcW w:type="dxa" w:w="2941"/>
            <w:shd w:val="clear" w:color="auto" w:fill="E8E8E8"/>
          </w:tcPr>
          <w:p>
            <w:pPr>
              <w:spacing w:after="0"/>
              <w:jc w:val="left"/>
            </w:pPr>
            <w:r>
              <w:rPr>
                <w:b/>
                <w:sz w:val="16"/>
              </w:rPr>
              <w:t>Title</w:t>
            </w:r>
          </w:p>
        </w:tc>
        <w:tc>
          <w:tcPr>
            <w:tcW w:type="dxa" w:w="2147"/>
            <w:shd w:val="clear" w:color="auto" w:fill="E8E8E8"/>
          </w:tcPr>
          <w:p>
            <w:pPr>
              <w:spacing w:after="0"/>
              <w:jc w:val="left"/>
            </w:pPr>
            <w:r>
              <w:rPr>
                <w:b/>
                <w:sz w:val="16"/>
              </w:rPr>
              <w:t>Mapped hazard</w:t>
            </w:r>
          </w:p>
        </w:tc>
        <w:tc>
          <w:tcPr>
            <w:tcW w:type="dxa" w:w="17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0"/>
            <w:shd w:val="clear" w:color="auto" w:fill="E8E8E8"/>
          </w:tcPr>
          <w:p>
            <w:pPr>
              <w:spacing w:after="0"/>
              <w:jc w:val="left"/>
            </w:pPr>
            <w:r>
              <w:rPr>
                <w:b/>
                <w:sz w:val="16"/>
              </w:rPr>
              <w:t>Flags</w:t>
            </w:r>
          </w:p>
        </w:tc>
        <w:tc>
          <w:tcPr>
            <w:tcW w:type="dxa" w:w="1066"/>
            <w:shd w:val="clear" w:color="auto" w:fill="E8E8E8"/>
          </w:tcPr>
          <w:p>
            <w:pPr>
              <w:spacing w:after="0"/>
              <w:jc w:val="left"/>
            </w:pPr>
            <w:r>
              <w:rPr>
                <w:b/>
                <w:sz w:val="16"/>
              </w:rPr>
              <w:t>Notes</w:t>
            </w:r>
          </w:p>
        </w:tc>
      </w:tr>
      <w:tr>
        <w:trPr>
          <w:cantSplit/>
        </w:trPr>
        <w:tc>
          <w:tcPr>
            <w:tcW w:type="dxa" w:w="1237"/>
          </w:tcPr>
          <w:p>
            <w:pPr>
              <w:spacing w:after="0"/>
              <w:jc w:val="left"/>
            </w:pPr>
            <w:r>
              <w:rPr>
                <w:sz w:val="16"/>
              </w:rPr>
              <w:t>2024-09-26</w:t>
            </w:r>
          </w:p>
        </w:tc>
        <w:tc>
          <w:tcPr>
            <w:tcW w:type="dxa" w:w="1237"/>
          </w:tcPr>
          <w:p>
            <w:pPr>
              <w:spacing w:after="0"/>
              <w:jc w:val="left"/>
            </w:pPr>
            <w:r>
              <w:rPr>
                <w:sz w:val="16"/>
              </w:rPr>
              <w:t>2024-07-29</w:t>
            </w:r>
          </w:p>
        </w:tc>
        <w:tc>
          <w:tcPr>
            <w:tcW w:type="dxa" w:w="1237"/>
          </w:tcPr>
          <w:p>
            <w:pPr>
              <w:spacing w:after="0"/>
              <w:jc w:val="left"/>
            </w:pPr>
            <w:r>
              <w:rPr>
                <w:sz w:val="16"/>
              </w:rPr>
              <w:t>DR-4826-VT</w:t>
            </w:r>
          </w:p>
        </w:tc>
        <w:tc>
          <w:tcPr>
            <w:tcW w:type="dxa" w:w="1663"/>
          </w:tcPr>
          <w:p>
            <w:pPr>
              <w:spacing w:after="0"/>
              <w:jc w:val="left"/>
            </w:pPr>
            <w:r>
              <w:rPr>
                <w:sz w:val="16"/>
              </w:rPr>
              <w:t>Major disaster</w:t>
            </w:r>
          </w:p>
        </w:tc>
        <w:tc>
          <w:tcPr>
            <w:tcW w:type="dxa" w:w="2941"/>
          </w:tcPr>
          <w:p>
            <w:pPr>
              <w:spacing w:after="0"/>
              <w:jc w:val="left"/>
            </w:pPr>
            <w:r>
              <w:rPr>
                <w:sz w:val="16"/>
              </w:rPr>
              <w:t>SEVERE STORMS, FLOODING, LANDSLIDES, AND MUDSLIDES</w:t>
            </w:r>
          </w:p>
        </w:tc>
        <w:tc>
          <w:tcPr>
            <w:tcW w:type="dxa" w:w="2147"/>
          </w:tcPr>
          <w:p>
            <w:pPr>
              <w:spacing w:after="0"/>
              <w:jc w:val="left"/>
            </w:pPr>
            <w:r>
              <w:rPr>
                <w:sz w:val="16"/>
              </w:rPr>
              <w:t>Inland Flooding (primary); also designated: Landslide</w:t>
            </w:r>
          </w:p>
        </w:tc>
        <w:tc>
          <w:tcPr>
            <w:tcW w:type="dxa" w:w="1705"/>
          </w:tcPr>
          <w:p>
            <w:pPr>
              <w:spacing w:after="0"/>
              <w:jc w:val="right"/>
            </w:pPr>
            <w:r>
              <w:rPr>
                <w:sz w:val="16"/>
              </w:rPr>
              <w:t>$364,256.88</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2024-08-20</w:t>
            </w:r>
          </w:p>
        </w:tc>
        <w:tc>
          <w:tcPr>
            <w:tcW w:type="dxa" w:w="1237"/>
          </w:tcPr>
          <w:p>
            <w:pPr>
              <w:spacing w:after="0"/>
              <w:jc w:val="left"/>
            </w:pPr>
            <w:r>
              <w:rPr>
                <w:sz w:val="16"/>
              </w:rPr>
              <w:t>2024-07-09</w:t>
            </w:r>
          </w:p>
        </w:tc>
        <w:tc>
          <w:tcPr>
            <w:tcW w:type="dxa" w:w="1237"/>
          </w:tcPr>
          <w:p>
            <w:pPr>
              <w:spacing w:after="0"/>
              <w:jc w:val="left"/>
            </w:pPr>
            <w:r>
              <w:rPr>
                <w:sz w:val="16"/>
              </w:rPr>
              <w:t>DR-4810-VT</w:t>
            </w:r>
          </w:p>
        </w:tc>
        <w:tc>
          <w:tcPr>
            <w:tcW w:type="dxa" w:w="1663"/>
          </w:tcPr>
          <w:p>
            <w:pPr>
              <w:spacing w:after="0"/>
              <w:jc w:val="left"/>
            </w:pPr>
            <w:r>
              <w:rPr>
                <w:sz w:val="16"/>
              </w:rPr>
              <w:t>Major disaster</w:t>
            </w:r>
          </w:p>
        </w:tc>
        <w:tc>
          <w:tcPr>
            <w:tcW w:type="dxa" w:w="2941"/>
          </w:tcPr>
          <w:p>
            <w:pPr>
              <w:spacing w:after="0"/>
              <w:jc w:val="left"/>
            </w:pPr>
            <w:r>
              <w:rPr>
                <w:sz w:val="16"/>
              </w:rPr>
              <w:t>SEVERE STORM, FLOODING, LANDSLIDES, AND MUDSLIDES</w:t>
            </w:r>
          </w:p>
        </w:tc>
        <w:tc>
          <w:tcPr>
            <w:tcW w:type="dxa" w:w="2147"/>
          </w:tcPr>
          <w:p>
            <w:pPr>
              <w:spacing w:after="0"/>
              <w:jc w:val="left"/>
            </w:pPr>
            <w:r>
              <w:rPr>
                <w:sz w:val="16"/>
              </w:rPr>
              <w:t>Inland Flooding; Landslide</w:t>
            </w:r>
          </w:p>
        </w:tc>
        <w:tc>
          <w:tcPr>
            <w:tcW w:type="dxa" w:w="1705"/>
          </w:tcPr>
          <w:p>
            <w:pPr>
              <w:spacing w:after="0"/>
              <w:jc w:val="right"/>
            </w:pPr>
            <w:r>
              <w:rPr>
                <w:sz w:val="16"/>
              </w:rPr>
              <w:t>$1,556,399.28</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2024-08-08</w:t>
            </w:r>
          </w:p>
        </w:tc>
        <w:tc>
          <w:tcPr>
            <w:tcW w:type="dxa" w:w="1237"/>
          </w:tcPr>
          <w:p>
            <w:pPr>
              <w:spacing w:after="0"/>
              <w:jc w:val="left"/>
            </w:pPr>
            <w:r>
              <w:rPr>
                <w:sz w:val="16"/>
              </w:rPr>
              <w:t>2024-08-08</w:t>
            </w:r>
          </w:p>
        </w:tc>
        <w:tc>
          <w:tcPr>
            <w:tcW w:type="dxa" w:w="1237"/>
          </w:tcPr>
          <w:p>
            <w:pPr>
              <w:spacing w:after="0"/>
              <w:jc w:val="left"/>
            </w:pPr>
            <w:r>
              <w:rPr>
                <w:sz w:val="16"/>
              </w:rPr>
              <w:t>EM-3609-VT</w:t>
            </w:r>
          </w:p>
        </w:tc>
        <w:tc>
          <w:tcPr>
            <w:tcW w:type="dxa" w:w="1663"/>
          </w:tcPr>
          <w:p>
            <w:pPr>
              <w:spacing w:after="0"/>
              <w:jc w:val="left"/>
            </w:pPr>
            <w:r>
              <w:rPr>
                <w:sz w:val="16"/>
              </w:rPr>
              <w:t>Emergency</w:t>
            </w:r>
          </w:p>
        </w:tc>
        <w:tc>
          <w:tcPr>
            <w:tcW w:type="dxa" w:w="2941"/>
          </w:tcPr>
          <w:p>
            <w:pPr>
              <w:spacing w:after="0"/>
              <w:jc w:val="left"/>
            </w:pPr>
            <w:r>
              <w:rPr>
                <w:sz w:val="16"/>
              </w:rPr>
              <w:t>TROPICAL DEPRESSION DEBBY</w:t>
            </w:r>
          </w:p>
        </w:tc>
        <w:tc>
          <w:tcPr>
            <w:tcW w:type="dxa" w:w="2147"/>
          </w:tcPr>
          <w:p>
            <w:pPr>
              <w:spacing w:after="0"/>
              <w:jc w:val="left"/>
            </w:pPr>
            <w:r>
              <w:rPr>
                <w:sz w:val="16"/>
              </w:rPr>
              <w:t>Hurricane</w:t>
            </w:r>
          </w:p>
        </w:tc>
        <w:tc>
          <w:tcPr>
            <w:tcW w:type="dxa" w:w="1705"/>
          </w:tcPr>
          <w:p>
            <w:pPr>
              <w:spacing w:after="0"/>
              <w:jc w:val="right"/>
            </w:pPr>
            <w:r>
              <w:rPr>
                <w:sz w:val="16"/>
              </w:rPr>
              <w:t>none found</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2024-04-19</w:t>
            </w:r>
          </w:p>
        </w:tc>
        <w:tc>
          <w:tcPr>
            <w:tcW w:type="dxa" w:w="1237"/>
          </w:tcPr>
          <w:p>
            <w:pPr>
              <w:spacing w:after="0"/>
              <w:jc w:val="left"/>
            </w:pPr>
            <w:r>
              <w:rPr>
                <w:sz w:val="16"/>
              </w:rPr>
              <w:t>2024-01-09</w:t>
            </w:r>
          </w:p>
        </w:tc>
        <w:tc>
          <w:tcPr>
            <w:tcW w:type="dxa" w:w="1237"/>
          </w:tcPr>
          <w:p>
            <w:pPr>
              <w:spacing w:after="0"/>
              <w:jc w:val="left"/>
            </w:pPr>
            <w:r>
              <w:rPr>
                <w:sz w:val="16"/>
              </w:rPr>
              <w:t>DR-4770-VT</w:t>
            </w:r>
          </w:p>
        </w:tc>
        <w:tc>
          <w:tcPr>
            <w:tcW w:type="dxa" w:w="1663"/>
          </w:tcPr>
          <w:p>
            <w:pPr>
              <w:spacing w:after="0"/>
              <w:jc w:val="left"/>
            </w:pPr>
            <w:r>
              <w:rPr>
                <w:sz w:val="16"/>
              </w:rPr>
              <w:t>Major disaster</w:t>
            </w:r>
          </w:p>
        </w:tc>
        <w:tc>
          <w:tcPr>
            <w:tcW w:type="dxa" w:w="2941"/>
          </w:tcPr>
          <w:p>
            <w:pPr>
              <w:spacing w:after="0"/>
              <w:jc w:val="left"/>
            </w:pPr>
            <w:r>
              <w:rPr>
                <w:sz w:val="16"/>
              </w:rPr>
              <w:t>SEVERE WINTER STORM</w:t>
            </w:r>
          </w:p>
        </w:tc>
        <w:tc>
          <w:tcPr>
            <w:tcW w:type="dxa" w:w="2147"/>
          </w:tcPr>
          <w:p>
            <w:pPr>
              <w:spacing w:after="0"/>
              <w:jc w:val="left"/>
            </w:pPr>
            <w:r>
              <w:rPr>
                <w:sz w:val="16"/>
              </w:rPr>
              <w:t>Winter Weather</w:t>
            </w:r>
          </w:p>
        </w:tc>
        <w:tc>
          <w:tcPr>
            <w:tcW w:type="dxa" w:w="1705"/>
          </w:tcPr>
          <w:p>
            <w:pPr>
              <w:spacing w:after="0"/>
              <w:jc w:val="right"/>
            </w:pPr>
            <w:r>
              <w:rPr>
                <w:sz w:val="16"/>
              </w:rPr>
              <w:t>none found</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2024-03-02</w:t>
            </w:r>
          </w:p>
        </w:tc>
        <w:tc>
          <w:tcPr>
            <w:tcW w:type="dxa" w:w="1237"/>
          </w:tcPr>
          <w:p>
            <w:pPr>
              <w:spacing w:after="0"/>
              <w:jc w:val="left"/>
            </w:pPr>
            <w:r>
              <w:rPr>
                <w:sz w:val="16"/>
              </w:rPr>
              <w:t>2023-12-18</w:t>
            </w:r>
          </w:p>
        </w:tc>
        <w:tc>
          <w:tcPr>
            <w:tcW w:type="dxa" w:w="1237"/>
          </w:tcPr>
          <w:p>
            <w:pPr>
              <w:spacing w:after="0"/>
              <w:jc w:val="left"/>
            </w:pPr>
            <w:r>
              <w:rPr>
                <w:sz w:val="16"/>
              </w:rPr>
              <w:t>DR-4762-VT</w:t>
            </w:r>
          </w:p>
        </w:tc>
        <w:tc>
          <w:tcPr>
            <w:tcW w:type="dxa" w:w="1663"/>
          </w:tcPr>
          <w:p>
            <w:pPr>
              <w:spacing w:after="0"/>
              <w:jc w:val="left"/>
            </w:pPr>
            <w:r>
              <w:rPr>
                <w:sz w:val="16"/>
              </w:rPr>
              <w:t>Major disaster</w:t>
            </w:r>
          </w:p>
        </w:tc>
        <w:tc>
          <w:tcPr>
            <w:tcW w:type="dxa" w:w="2941"/>
          </w:tcPr>
          <w:p>
            <w:pPr>
              <w:spacing w:after="0"/>
              <w:jc w:val="left"/>
            </w:pPr>
            <w:r>
              <w:rPr>
                <w:sz w:val="16"/>
              </w:rPr>
              <w:t>SEVERE STORM AND FLOODING</w:t>
            </w:r>
          </w:p>
        </w:tc>
        <w:tc>
          <w:tcPr>
            <w:tcW w:type="dxa" w:w="2147"/>
          </w:tcPr>
          <w:p>
            <w:pPr>
              <w:spacing w:after="0"/>
              <w:jc w:val="left"/>
            </w:pPr>
            <w:r>
              <w:rPr>
                <w:sz w:val="16"/>
              </w:rPr>
              <w:t>Inland Flooding</w:t>
            </w:r>
          </w:p>
        </w:tc>
        <w:tc>
          <w:tcPr>
            <w:tcW w:type="dxa" w:w="1705"/>
          </w:tcPr>
          <w:p>
            <w:pPr>
              <w:spacing w:after="0"/>
              <w:jc w:val="right"/>
            </w:pPr>
            <w:r>
              <w:rPr>
                <w:sz w:val="16"/>
              </w:rPr>
              <w:t>$27,669.22</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2023-07-14</w:t>
            </w:r>
          </w:p>
        </w:tc>
        <w:tc>
          <w:tcPr>
            <w:tcW w:type="dxa" w:w="1237"/>
          </w:tcPr>
          <w:p>
            <w:pPr>
              <w:spacing w:after="0"/>
              <w:jc w:val="left"/>
            </w:pPr>
            <w:r>
              <w:rPr>
                <w:sz w:val="16"/>
              </w:rPr>
              <w:t>2023-07-07</w:t>
            </w:r>
          </w:p>
        </w:tc>
        <w:tc>
          <w:tcPr>
            <w:tcW w:type="dxa" w:w="1237"/>
          </w:tcPr>
          <w:p>
            <w:pPr>
              <w:spacing w:after="0"/>
              <w:jc w:val="left"/>
            </w:pPr>
            <w:r>
              <w:rPr>
                <w:sz w:val="16"/>
              </w:rPr>
              <w:t>DR-4720-VT</w:t>
            </w:r>
          </w:p>
        </w:tc>
        <w:tc>
          <w:tcPr>
            <w:tcW w:type="dxa" w:w="1663"/>
          </w:tcPr>
          <w:p>
            <w:pPr>
              <w:spacing w:after="0"/>
              <w:jc w:val="left"/>
            </w:pPr>
            <w:r>
              <w:rPr>
                <w:sz w:val="16"/>
              </w:rPr>
              <w:t>Major disaster</w:t>
            </w:r>
          </w:p>
        </w:tc>
        <w:tc>
          <w:tcPr>
            <w:tcW w:type="dxa" w:w="2941"/>
          </w:tcPr>
          <w:p>
            <w:pPr>
              <w:spacing w:after="0"/>
              <w:jc w:val="left"/>
            </w:pPr>
            <w:r>
              <w:rPr>
                <w:sz w:val="16"/>
              </w:rPr>
              <w:t>SEVERE STORMS, FLOODING, LANDSLIDES, AND MUDSLIDES</w:t>
            </w:r>
          </w:p>
        </w:tc>
        <w:tc>
          <w:tcPr>
            <w:tcW w:type="dxa" w:w="2147"/>
          </w:tcPr>
          <w:p>
            <w:pPr>
              <w:spacing w:after="0"/>
              <w:jc w:val="left"/>
            </w:pPr>
            <w:r>
              <w:rPr>
                <w:sz w:val="16"/>
              </w:rPr>
              <w:t>Inland Flooding (primary); also designated: Landslide</w:t>
            </w:r>
          </w:p>
        </w:tc>
        <w:tc>
          <w:tcPr>
            <w:tcW w:type="dxa" w:w="1705"/>
          </w:tcPr>
          <w:p>
            <w:pPr>
              <w:spacing w:after="0"/>
              <w:jc w:val="right"/>
            </w:pPr>
            <w:r>
              <w:rPr>
                <w:sz w:val="16"/>
              </w:rPr>
              <w:t>$109,717.56</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2023-07-10</w:t>
            </w:r>
          </w:p>
        </w:tc>
        <w:tc>
          <w:tcPr>
            <w:tcW w:type="dxa" w:w="1237"/>
          </w:tcPr>
          <w:p>
            <w:pPr>
              <w:spacing w:after="0"/>
              <w:jc w:val="left"/>
            </w:pPr>
            <w:r>
              <w:rPr>
                <w:sz w:val="16"/>
              </w:rPr>
              <w:t>2023-07-09</w:t>
            </w:r>
          </w:p>
        </w:tc>
        <w:tc>
          <w:tcPr>
            <w:tcW w:type="dxa" w:w="1237"/>
          </w:tcPr>
          <w:p>
            <w:pPr>
              <w:spacing w:after="0"/>
              <w:jc w:val="left"/>
            </w:pPr>
            <w:r>
              <w:rPr>
                <w:sz w:val="16"/>
              </w:rPr>
              <w:t>EM-3595-VT</w:t>
            </w:r>
          </w:p>
        </w:tc>
        <w:tc>
          <w:tcPr>
            <w:tcW w:type="dxa" w:w="1663"/>
          </w:tcPr>
          <w:p>
            <w:pPr>
              <w:spacing w:after="0"/>
              <w:jc w:val="left"/>
            </w:pPr>
            <w:r>
              <w:rPr>
                <w:sz w:val="16"/>
              </w:rPr>
              <w:t>Emergency</w:t>
            </w:r>
          </w:p>
        </w:tc>
        <w:tc>
          <w:tcPr>
            <w:tcW w:type="dxa" w:w="2941"/>
          </w:tcPr>
          <w:p>
            <w:pPr>
              <w:spacing w:after="0"/>
              <w:jc w:val="left"/>
            </w:pPr>
            <w:r>
              <w:rPr>
                <w:sz w:val="16"/>
              </w:rPr>
              <w:t>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r>
              <w:rPr>
                <w:sz w:val="16"/>
              </w:rPr>
              <w:t>within last 5 years</w:t>
            </w:r>
          </w:p>
        </w:tc>
        <w:tc>
          <w:tcPr>
            <w:tcW w:type="dxa" w:w="1066"/>
          </w:tcPr>
          <w:p>
            <w:pPr>
              <w:spacing w:after="0"/>
              <w:jc w:val="left"/>
            </w:pPr>
            <w:r>
              <w:rPr>
                <w:sz w:val="16"/>
              </w:rPr>
              <w:t>same incident as DR-4720</w:t>
            </w:r>
          </w:p>
        </w:tc>
      </w:tr>
      <w:tr>
        <w:trPr>
          <w:cantSplit/>
        </w:trPr>
        <w:tc>
          <w:tcPr>
            <w:tcW w:type="dxa" w:w="1237"/>
          </w:tcPr>
          <w:p>
            <w:pPr>
              <w:spacing w:after="0"/>
              <w:jc w:val="left"/>
            </w:pPr>
            <w:r>
              <w:rPr>
                <w:sz w:val="16"/>
              </w:rPr>
              <w:t>2023-03-20</w:t>
            </w:r>
          </w:p>
        </w:tc>
        <w:tc>
          <w:tcPr>
            <w:tcW w:type="dxa" w:w="1237"/>
          </w:tcPr>
          <w:p>
            <w:pPr>
              <w:spacing w:after="0"/>
              <w:jc w:val="left"/>
            </w:pPr>
            <w:r>
              <w:rPr>
                <w:sz w:val="16"/>
              </w:rPr>
              <w:t>2022-12-22</w:t>
            </w:r>
          </w:p>
        </w:tc>
        <w:tc>
          <w:tcPr>
            <w:tcW w:type="dxa" w:w="1237"/>
          </w:tcPr>
          <w:p>
            <w:pPr>
              <w:spacing w:after="0"/>
              <w:jc w:val="left"/>
            </w:pPr>
            <w:r>
              <w:rPr>
                <w:sz w:val="16"/>
              </w:rPr>
              <w:t>DR-4695-VT</w:t>
            </w:r>
          </w:p>
        </w:tc>
        <w:tc>
          <w:tcPr>
            <w:tcW w:type="dxa" w:w="1663"/>
          </w:tcPr>
          <w:p>
            <w:pPr>
              <w:spacing w:after="0"/>
              <w:jc w:val="left"/>
            </w:pPr>
            <w:r>
              <w:rPr>
                <w:sz w:val="16"/>
              </w:rPr>
              <w:t>Major disaster</w:t>
            </w:r>
          </w:p>
        </w:tc>
        <w:tc>
          <w:tcPr>
            <w:tcW w:type="dxa" w:w="2941"/>
          </w:tcPr>
          <w:p>
            <w:pPr>
              <w:spacing w:after="0"/>
              <w:jc w:val="left"/>
            </w:pPr>
            <w:r>
              <w:rPr>
                <w:sz w:val="16"/>
              </w:rPr>
              <w:t>SEVERE STORM AND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2021-08-22</w:t>
            </w:r>
          </w:p>
        </w:tc>
        <w:tc>
          <w:tcPr>
            <w:tcW w:type="dxa" w:w="1237"/>
          </w:tcPr>
          <w:p>
            <w:pPr>
              <w:spacing w:after="0"/>
              <w:jc w:val="left"/>
            </w:pPr>
            <w:r>
              <w:rPr>
                <w:sz w:val="16"/>
              </w:rPr>
              <w:t>2021-08-22</w:t>
            </w:r>
          </w:p>
        </w:tc>
        <w:tc>
          <w:tcPr>
            <w:tcW w:type="dxa" w:w="1237"/>
          </w:tcPr>
          <w:p>
            <w:pPr>
              <w:spacing w:after="0"/>
              <w:jc w:val="left"/>
            </w:pPr>
            <w:r>
              <w:rPr>
                <w:sz w:val="16"/>
              </w:rPr>
              <w:t>EM-3567-VT</w:t>
            </w:r>
          </w:p>
        </w:tc>
        <w:tc>
          <w:tcPr>
            <w:tcW w:type="dxa" w:w="1663"/>
          </w:tcPr>
          <w:p>
            <w:pPr>
              <w:spacing w:after="0"/>
              <w:jc w:val="left"/>
            </w:pPr>
            <w:r>
              <w:rPr>
                <w:sz w:val="16"/>
              </w:rPr>
              <w:t>Emergency</w:t>
            </w:r>
          </w:p>
        </w:tc>
        <w:tc>
          <w:tcPr>
            <w:tcW w:type="dxa" w:w="2941"/>
          </w:tcPr>
          <w:p>
            <w:pPr>
              <w:spacing w:after="0"/>
              <w:jc w:val="left"/>
            </w:pPr>
            <w:r>
              <w:rPr>
                <w:sz w:val="16"/>
              </w:rPr>
              <w:t>TROPICAL STORM HENRI</w:t>
            </w:r>
          </w:p>
        </w:tc>
        <w:tc>
          <w:tcPr>
            <w:tcW w:type="dxa" w:w="2147"/>
          </w:tcPr>
          <w:p>
            <w:pPr>
              <w:spacing w:after="0"/>
              <w:jc w:val="left"/>
            </w:pPr>
            <w:r>
              <w:rPr>
                <w:sz w:val="16"/>
              </w:rPr>
              <w:t>Hurricane</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2020-04-08</w:t>
            </w:r>
          </w:p>
        </w:tc>
        <w:tc>
          <w:tcPr>
            <w:tcW w:type="dxa" w:w="1237"/>
          </w:tcPr>
          <w:p>
            <w:pPr>
              <w:spacing w:after="0"/>
              <w:jc w:val="left"/>
            </w:pPr>
            <w:r>
              <w:rPr>
                <w:sz w:val="16"/>
              </w:rPr>
              <w:t>2020-01-20</w:t>
            </w:r>
          </w:p>
        </w:tc>
        <w:tc>
          <w:tcPr>
            <w:tcW w:type="dxa" w:w="1237"/>
          </w:tcPr>
          <w:p>
            <w:pPr>
              <w:spacing w:after="0"/>
              <w:jc w:val="left"/>
            </w:pPr>
            <w:r>
              <w:rPr>
                <w:sz w:val="16"/>
              </w:rPr>
              <w:t>DR-4532-VT</w:t>
            </w:r>
          </w:p>
        </w:tc>
        <w:tc>
          <w:tcPr>
            <w:tcW w:type="dxa" w:w="1663"/>
          </w:tcPr>
          <w:p>
            <w:pPr>
              <w:spacing w:after="0"/>
              <w:jc w:val="left"/>
            </w:pPr>
            <w:r>
              <w:rPr>
                <w:sz w:val="16"/>
              </w:rPr>
              <w:t>Major disaster</w:t>
            </w:r>
          </w:p>
        </w:tc>
        <w:tc>
          <w:tcPr>
            <w:tcW w:type="dxa" w:w="2941"/>
          </w:tcPr>
          <w:p>
            <w:pPr>
              <w:spacing w:after="0"/>
              <w:jc w:val="left"/>
            </w:pPr>
            <w:r>
              <w:rPr>
                <w:sz w:val="16"/>
              </w:rPr>
              <w:t>COVID-19 PANDEMIC</w:t>
            </w:r>
          </w:p>
        </w:tc>
        <w:tc>
          <w:tcPr>
            <w:tcW w:type="dxa" w:w="2147"/>
          </w:tcPr>
          <w:p>
            <w:pPr>
              <w:spacing w:after="0"/>
              <w:jc w:val="left"/>
            </w:pPr>
            <w:r>
              <w:rPr>
                <w:sz w:val="16"/>
              </w:rPr>
              <w:t>Non-natural, not counted</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2020-03-13</w:t>
            </w:r>
          </w:p>
        </w:tc>
        <w:tc>
          <w:tcPr>
            <w:tcW w:type="dxa" w:w="1237"/>
          </w:tcPr>
          <w:p>
            <w:pPr>
              <w:spacing w:after="0"/>
              <w:jc w:val="left"/>
            </w:pPr>
            <w:r>
              <w:rPr>
                <w:sz w:val="16"/>
              </w:rPr>
              <w:t>2020-01-20</w:t>
            </w:r>
          </w:p>
        </w:tc>
        <w:tc>
          <w:tcPr>
            <w:tcW w:type="dxa" w:w="1237"/>
          </w:tcPr>
          <w:p>
            <w:pPr>
              <w:spacing w:after="0"/>
              <w:jc w:val="left"/>
            </w:pPr>
            <w:r>
              <w:rPr>
                <w:sz w:val="16"/>
              </w:rPr>
              <w:t>EM-3437-VT</w:t>
            </w:r>
          </w:p>
        </w:tc>
        <w:tc>
          <w:tcPr>
            <w:tcW w:type="dxa" w:w="1663"/>
          </w:tcPr>
          <w:p>
            <w:pPr>
              <w:spacing w:after="0"/>
              <w:jc w:val="left"/>
            </w:pPr>
            <w:r>
              <w:rPr>
                <w:sz w:val="16"/>
              </w:rPr>
              <w:t>Emergency</w:t>
            </w:r>
          </w:p>
        </w:tc>
        <w:tc>
          <w:tcPr>
            <w:tcW w:type="dxa" w:w="2941"/>
          </w:tcPr>
          <w:p>
            <w:pPr>
              <w:spacing w:after="0"/>
              <w:jc w:val="left"/>
            </w:pPr>
            <w:r>
              <w:rPr>
                <w:sz w:val="16"/>
              </w:rPr>
              <w:t>COVID-19</w:t>
            </w:r>
          </w:p>
        </w:tc>
        <w:tc>
          <w:tcPr>
            <w:tcW w:type="dxa" w:w="2147"/>
          </w:tcPr>
          <w:p>
            <w:pPr>
              <w:spacing w:after="0"/>
              <w:jc w:val="left"/>
            </w:pPr>
            <w:r>
              <w:rPr>
                <w:sz w:val="16"/>
              </w:rPr>
              <w:t>Non-natural, not counted</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r>
              <w:rPr>
                <w:sz w:val="16"/>
              </w:rPr>
              <w:t>same incident as DR-4532</w:t>
            </w:r>
          </w:p>
        </w:tc>
      </w:tr>
      <w:tr>
        <w:trPr>
          <w:cantSplit/>
        </w:trPr>
        <w:tc>
          <w:tcPr>
            <w:tcW w:type="dxa" w:w="1237"/>
          </w:tcPr>
          <w:p>
            <w:pPr>
              <w:spacing w:after="0"/>
              <w:jc w:val="left"/>
            </w:pPr>
            <w:r>
              <w:rPr>
                <w:sz w:val="16"/>
              </w:rPr>
              <w:t>2020-01-17</w:t>
            </w:r>
          </w:p>
        </w:tc>
        <w:tc>
          <w:tcPr>
            <w:tcW w:type="dxa" w:w="1237"/>
          </w:tcPr>
          <w:p>
            <w:pPr>
              <w:spacing w:after="0"/>
              <w:jc w:val="left"/>
            </w:pPr>
            <w:r>
              <w:rPr>
                <w:sz w:val="16"/>
              </w:rPr>
              <w:t>2019-10-31</w:t>
            </w:r>
          </w:p>
        </w:tc>
        <w:tc>
          <w:tcPr>
            <w:tcW w:type="dxa" w:w="1237"/>
          </w:tcPr>
          <w:p>
            <w:pPr>
              <w:spacing w:after="0"/>
              <w:jc w:val="left"/>
            </w:pPr>
            <w:r>
              <w:rPr>
                <w:sz w:val="16"/>
              </w:rPr>
              <w:t>DR-4474-VT</w:t>
            </w:r>
          </w:p>
        </w:tc>
        <w:tc>
          <w:tcPr>
            <w:tcW w:type="dxa" w:w="1663"/>
          </w:tcPr>
          <w:p>
            <w:pPr>
              <w:spacing w:after="0"/>
              <w:jc w:val="left"/>
            </w:pPr>
            <w:r>
              <w:rPr>
                <w:sz w:val="16"/>
              </w:rPr>
              <w:t>Major disaster</w:t>
            </w:r>
          </w:p>
        </w:tc>
        <w:tc>
          <w:tcPr>
            <w:tcW w:type="dxa" w:w="2941"/>
          </w:tcPr>
          <w:p>
            <w:pPr>
              <w:spacing w:after="0"/>
              <w:jc w:val="left"/>
            </w:pPr>
            <w:r>
              <w:rPr>
                <w:sz w:val="16"/>
              </w:rPr>
              <w:t>SEVERE STORM AND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2019-06-14</w:t>
            </w:r>
          </w:p>
        </w:tc>
        <w:tc>
          <w:tcPr>
            <w:tcW w:type="dxa" w:w="1237"/>
          </w:tcPr>
          <w:p>
            <w:pPr>
              <w:spacing w:after="0"/>
              <w:jc w:val="left"/>
            </w:pPr>
            <w:r>
              <w:rPr>
                <w:sz w:val="16"/>
              </w:rPr>
              <w:t>2019-04-15</w:t>
            </w:r>
          </w:p>
        </w:tc>
        <w:tc>
          <w:tcPr>
            <w:tcW w:type="dxa" w:w="1237"/>
          </w:tcPr>
          <w:p>
            <w:pPr>
              <w:spacing w:after="0"/>
              <w:jc w:val="left"/>
            </w:pPr>
            <w:r>
              <w:rPr>
                <w:sz w:val="16"/>
              </w:rPr>
              <w:t>DR-4445-VT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$28,459.53</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2018-01-02</w:t>
            </w:r>
          </w:p>
        </w:tc>
        <w:tc>
          <w:tcPr>
            <w:tcW w:type="dxa" w:w="1237"/>
          </w:tcPr>
          <w:p>
            <w:pPr>
              <w:spacing w:after="0"/>
              <w:jc w:val="left"/>
            </w:pPr>
            <w:r>
              <w:rPr>
                <w:sz w:val="16"/>
              </w:rPr>
              <w:t>2017-10-29</w:t>
            </w:r>
          </w:p>
        </w:tc>
        <w:tc>
          <w:tcPr>
            <w:tcW w:type="dxa" w:w="1237"/>
          </w:tcPr>
          <w:p>
            <w:pPr>
              <w:spacing w:after="0"/>
              <w:jc w:val="left"/>
            </w:pPr>
            <w:r>
              <w:rPr>
                <w:sz w:val="16"/>
              </w:rPr>
              <w:t>DR-4356-VT</w:t>
            </w:r>
          </w:p>
        </w:tc>
        <w:tc>
          <w:tcPr>
            <w:tcW w:type="dxa" w:w="1663"/>
          </w:tcPr>
          <w:p>
            <w:pPr>
              <w:spacing w:after="0"/>
              <w:jc w:val="left"/>
            </w:pPr>
            <w:r>
              <w:rPr>
                <w:sz w:val="16"/>
              </w:rPr>
              <w:t>Major disaster</w:t>
            </w:r>
          </w:p>
        </w:tc>
        <w:tc>
          <w:tcPr>
            <w:tcW w:type="dxa" w:w="2941"/>
          </w:tcPr>
          <w:p>
            <w:pPr>
              <w:spacing w:after="0"/>
              <w:jc w:val="left"/>
            </w:pPr>
            <w:r>
              <w:rPr>
                <w:sz w:val="16"/>
              </w:rPr>
              <w:t>SEVERE STORM AND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2015-02-03</w:t>
            </w:r>
          </w:p>
        </w:tc>
        <w:tc>
          <w:tcPr>
            <w:tcW w:type="dxa" w:w="1237"/>
          </w:tcPr>
          <w:p>
            <w:pPr>
              <w:spacing w:after="0"/>
              <w:jc w:val="left"/>
            </w:pPr>
            <w:r>
              <w:rPr>
                <w:sz w:val="16"/>
              </w:rPr>
              <w:t>2014-12-09</w:t>
            </w:r>
          </w:p>
        </w:tc>
        <w:tc>
          <w:tcPr>
            <w:tcW w:type="dxa" w:w="1237"/>
          </w:tcPr>
          <w:p>
            <w:pPr>
              <w:spacing w:after="0"/>
              <w:jc w:val="left"/>
            </w:pPr>
            <w:r>
              <w:rPr>
                <w:sz w:val="16"/>
              </w:rPr>
              <w:t>DR-4207-VT</w:t>
            </w:r>
          </w:p>
        </w:tc>
        <w:tc>
          <w:tcPr>
            <w:tcW w:type="dxa" w:w="1663"/>
          </w:tcPr>
          <w:p>
            <w:pPr>
              <w:spacing w:after="0"/>
              <w:jc w:val="left"/>
            </w:pPr>
            <w:r>
              <w:rPr>
                <w:sz w:val="16"/>
              </w:rPr>
              <w:t>Major disaster</w:t>
            </w:r>
          </w:p>
        </w:tc>
        <w:tc>
          <w:tcPr>
            <w:tcW w:type="dxa" w:w="2941"/>
          </w:tcPr>
          <w:p>
            <w:pPr>
              <w:spacing w:after="0"/>
              <w:jc w:val="left"/>
            </w:pPr>
            <w:r>
              <w:rPr>
                <w:sz w:val="16"/>
              </w:rPr>
              <w:t>SEVERE WINTER STORM</w:t>
            </w:r>
          </w:p>
        </w:tc>
        <w:tc>
          <w:tcPr>
            <w:tcW w:type="dxa" w:w="2147"/>
          </w:tcPr>
          <w:p>
            <w:pPr>
              <w:spacing w:after="0"/>
              <w:jc w:val="left"/>
            </w:pPr>
            <w:r>
              <w:rPr>
                <w:sz w:val="16"/>
              </w:rPr>
              <w:t>Winter Weather</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2014-06-11</w:t>
            </w:r>
          </w:p>
        </w:tc>
        <w:tc>
          <w:tcPr>
            <w:tcW w:type="dxa" w:w="1237"/>
          </w:tcPr>
          <w:p>
            <w:pPr>
              <w:spacing w:after="0"/>
              <w:jc w:val="left"/>
            </w:pPr>
            <w:r>
              <w:rPr>
                <w:sz w:val="16"/>
              </w:rPr>
              <w:t>2014-04-15</w:t>
            </w:r>
          </w:p>
        </w:tc>
        <w:tc>
          <w:tcPr>
            <w:tcW w:type="dxa" w:w="1237"/>
          </w:tcPr>
          <w:p>
            <w:pPr>
              <w:spacing w:after="0"/>
              <w:jc w:val="left"/>
            </w:pPr>
            <w:r>
              <w:rPr>
                <w:sz w:val="16"/>
              </w:rPr>
              <w:t>DR-4178-VT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$239,730.49</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2014-01-29</w:t>
            </w:r>
          </w:p>
        </w:tc>
        <w:tc>
          <w:tcPr>
            <w:tcW w:type="dxa" w:w="1237"/>
          </w:tcPr>
          <w:p>
            <w:pPr>
              <w:spacing w:after="0"/>
              <w:jc w:val="left"/>
            </w:pPr>
            <w:r>
              <w:rPr>
                <w:sz w:val="16"/>
              </w:rPr>
              <w:t>2013-12-20</w:t>
            </w:r>
          </w:p>
        </w:tc>
        <w:tc>
          <w:tcPr>
            <w:tcW w:type="dxa" w:w="1237"/>
          </w:tcPr>
          <w:p>
            <w:pPr>
              <w:spacing w:after="0"/>
              <w:jc w:val="left"/>
            </w:pPr>
            <w:r>
              <w:rPr>
                <w:sz w:val="16"/>
              </w:rPr>
              <w:t>DR-4163-VT</w:t>
            </w:r>
          </w:p>
        </w:tc>
        <w:tc>
          <w:tcPr>
            <w:tcW w:type="dxa" w:w="1663"/>
          </w:tcPr>
          <w:p>
            <w:pPr>
              <w:spacing w:after="0"/>
              <w:jc w:val="left"/>
            </w:pPr>
            <w:r>
              <w:rPr>
                <w:sz w:val="16"/>
              </w:rPr>
              <w:t>Major disaster</w:t>
            </w:r>
          </w:p>
        </w:tc>
        <w:tc>
          <w:tcPr>
            <w:tcW w:type="dxa" w:w="2941"/>
          </w:tcPr>
          <w:p>
            <w:pPr>
              <w:spacing w:after="0"/>
              <w:jc w:val="left"/>
            </w:pPr>
            <w:r>
              <w:rPr>
                <w:sz w:val="16"/>
              </w:rPr>
              <w:t>SEVERE WINTER STORMS</w:t>
            </w:r>
          </w:p>
        </w:tc>
        <w:tc>
          <w:tcPr>
            <w:tcW w:type="dxa" w:w="2147"/>
          </w:tcPr>
          <w:p>
            <w:pPr>
              <w:spacing w:after="0"/>
              <w:jc w:val="left"/>
            </w:pPr>
            <w:r>
              <w:rPr>
                <w:sz w:val="16"/>
              </w:rPr>
              <w:t>Ice Storm</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2013-06-13</w:t>
            </w:r>
          </w:p>
        </w:tc>
        <w:tc>
          <w:tcPr>
            <w:tcW w:type="dxa" w:w="1237"/>
          </w:tcPr>
          <w:p>
            <w:pPr>
              <w:spacing w:after="0"/>
              <w:jc w:val="left"/>
            </w:pPr>
            <w:r>
              <w:rPr>
                <w:sz w:val="16"/>
              </w:rPr>
              <w:t>2013-05-22</w:t>
            </w:r>
          </w:p>
        </w:tc>
        <w:tc>
          <w:tcPr>
            <w:tcW w:type="dxa" w:w="1237"/>
          </w:tcPr>
          <w:p>
            <w:pPr>
              <w:spacing w:after="0"/>
              <w:jc w:val="left"/>
            </w:pPr>
            <w:r>
              <w:rPr>
                <w:sz w:val="16"/>
              </w:rPr>
              <w:t>DR-4120-VT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$147,746.32</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2011-09-01</w:t>
            </w:r>
          </w:p>
        </w:tc>
        <w:tc>
          <w:tcPr>
            <w:tcW w:type="dxa" w:w="1237"/>
          </w:tcPr>
          <w:p>
            <w:pPr>
              <w:spacing w:after="0"/>
              <w:jc w:val="left"/>
            </w:pPr>
            <w:r>
              <w:rPr>
                <w:sz w:val="16"/>
              </w:rPr>
              <w:t>2011-08-27</w:t>
            </w:r>
          </w:p>
        </w:tc>
        <w:tc>
          <w:tcPr>
            <w:tcW w:type="dxa" w:w="1237"/>
          </w:tcPr>
          <w:p>
            <w:pPr>
              <w:spacing w:after="0"/>
              <w:jc w:val="left"/>
            </w:pPr>
            <w:r>
              <w:rPr>
                <w:sz w:val="16"/>
              </w:rPr>
              <w:t>DR-4022-VT</w:t>
            </w:r>
          </w:p>
        </w:tc>
        <w:tc>
          <w:tcPr>
            <w:tcW w:type="dxa" w:w="1663"/>
          </w:tcPr>
          <w:p>
            <w:pPr>
              <w:spacing w:after="0"/>
              <w:jc w:val="left"/>
            </w:pPr>
            <w:r>
              <w:rPr>
                <w:sz w:val="16"/>
              </w:rPr>
              <w:t>Major disaster</w:t>
            </w:r>
          </w:p>
        </w:tc>
        <w:tc>
          <w:tcPr>
            <w:tcW w:type="dxa" w:w="2941"/>
          </w:tcPr>
          <w:p>
            <w:pPr>
              <w:spacing w:after="0"/>
              <w:jc w:val="left"/>
            </w:pPr>
            <w:r>
              <w:rPr>
                <w:sz w:val="16"/>
              </w:rPr>
              <w:t>TROPICAL STORM IRENE</w:t>
            </w:r>
          </w:p>
        </w:tc>
        <w:tc>
          <w:tcPr>
            <w:tcW w:type="dxa" w:w="2147"/>
          </w:tcPr>
          <w:p>
            <w:pPr>
              <w:spacing w:after="0"/>
              <w:jc w:val="left"/>
            </w:pPr>
            <w:r>
              <w:rPr>
                <w:sz w:val="16"/>
              </w:rPr>
              <w:t>Hurricane</w:t>
            </w:r>
          </w:p>
        </w:tc>
        <w:tc>
          <w:tcPr>
            <w:tcW w:type="dxa" w:w="1705"/>
          </w:tcPr>
          <w:p>
            <w:pPr>
              <w:spacing w:after="0"/>
              <w:jc w:val="right"/>
            </w:pPr>
            <w:r>
              <w:rPr>
                <w:sz w:val="16"/>
              </w:rPr>
              <w:t>$52,197.20</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2011-08-29</w:t>
            </w:r>
          </w:p>
        </w:tc>
        <w:tc>
          <w:tcPr>
            <w:tcW w:type="dxa" w:w="1237"/>
          </w:tcPr>
          <w:p>
            <w:pPr>
              <w:spacing w:after="0"/>
              <w:jc w:val="left"/>
            </w:pPr>
            <w:r>
              <w:rPr>
                <w:sz w:val="16"/>
              </w:rPr>
              <w:t>2011-08-26</w:t>
            </w:r>
          </w:p>
        </w:tc>
        <w:tc>
          <w:tcPr>
            <w:tcW w:type="dxa" w:w="1237"/>
          </w:tcPr>
          <w:p>
            <w:pPr>
              <w:spacing w:after="0"/>
              <w:jc w:val="left"/>
            </w:pPr>
            <w:r>
              <w:rPr>
                <w:sz w:val="16"/>
              </w:rPr>
              <w:t>EM-3338-VT</w:t>
            </w:r>
          </w:p>
        </w:tc>
        <w:tc>
          <w:tcPr>
            <w:tcW w:type="dxa" w:w="1663"/>
          </w:tcPr>
          <w:p>
            <w:pPr>
              <w:spacing w:after="0"/>
              <w:jc w:val="left"/>
            </w:pPr>
            <w:r>
              <w:rPr>
                <w:sz w:val="16"/>
              </w:rPr>
              <w:t>Emergency</w:t>
            </w:r>
          </w:p>
        </w:tc>
        <w:tc>
          <w:tcPr>
            <w:tcW w:type="dxa" w:w="2941"/>
          </w:tcPr>
          <w:p>
            <w:pPr>
              <w:spacing w:after="0"/>
              <w:jc w:val="left"/>
            </w:pPr>
            <w:r>
              <w:rPr>
                <w:sz w:val="16"/>
              </w:rPr>
              <w:t>HURRICANE IRENE</w:t>
            </w:r>
          </w:p>
        </w:tc>
        <w:tc>
          <w:tcPr>
            <w:tcW w:type="dxa" w:w="2147"/>
          </w:tcPr>
          <w:p>
            <w:pPr>
              <w:spacing w:after="0"/>
              <w:jc w:val="left"/>
            </w:pPr>
            <w:r>
              <w:rPr>
                <w:sz w:val="16"/>
              </w:rPr>
              <w:t>Hurricane</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r>
              <w:rPr>
                <w:sz w:val="16"/>
              </w:rPr>
              <w:t>same incident as DR-4022</w:t>
            </w:r>
          </w:p>
        </w:tc>
      </w:tr>
      <w:tr>
        <w:trPr>
          <w:cantSplit/>
        </w:trPr>
        <w:tc>
          <w:tcPr>
            <w:tcW w:type="dxa" w:w="1237"/>
          </w:tcPr>
          <w:p>
            <w:pPr>
              <w:spacing w:after="0"/>
              <w:jc w:val="left"/>
            </w:pPr>
            <w:r>
              <w:rPr>
                <w:sz w:val="16"/>
              </w:rPr>
              <w:t>2011-07-08</w:t>
            </w:r>
          </w:p>
        </w:tc>
        <w:tc>
          <w:tcPr>
            <w:tcW w:type="dxa" w:w="1237"/>
          </w:tcPr>
          <w:p>
            <w:pPr>
              <w:spacing w:after="0"/>
              <w:jc w:val="left"/>
            </w:pPr>
            <w:r>
              <w:rPr>
                <w:sz w:val="16"/>
              </w:rPr>
              <w:t>2011-05-26</w:t>
            </w:r>
          </w:p>
        </w:tc>
        <w:tc>
          <w:tcPr>
            <w:tcW w:type="dxa" w:w="1237"/>
          </w:tcPr>
          <w:p>
            <w:pPr>
              <w:spacing w:after="0"/>
              <w:jc w:val="left"/>
            </w:pPr>
            <w:r>
              <w:rPr>
                <w:sz w:val="16"/>
              </w:rPr>
              <w:t>DR-4001-VT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$1,396,986.13</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2011-06-15</w:t>
            </w:r>
          </w:p>
        </w:tc>
        <w:tc>
          <w:tcPr>
            <w:tcW w:type="dxa" w:w="1237"/>
          </w:tcPr>
          <w:p>
            <w:pPr>
              <w:spacing w:after="0"/>
              <w:jc w:val="left"/>
            </w:pPr>
            <w:r>
              <w:rPr>
                <w:sz w:val="16"/>
              </w:rPr>
              <w:t>2011-04-23</w:t>
            </w:r>
          </w:p>
        </w:tc>
        <w:tc>
          <w:tcPr>
            <w:tcW w:type="dxa" w:w="1237"/>
          </w:tcPr>
          <w:p>
            <w:pPr>
              <w:spacing w:after="0"/>
              <w:jc w:val="left"/>
            </w:pPr>
            <w:r>
              <w:rPr>
                <w:sz w:val="16"/>
              </w:rPr>
              <w:t>DR-1995-VT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$391,201.97</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2008-09-12</w:t>
            </w:r>
          </w:p>
        </w:tc>
        <w:tc>
          <w:tcPr>
            <w:tcW w:type="dxa" w:w="1237"/>
          </w:tcPr>
          <w:p>
            <w:pPr>
              <w:spacing w:after="0"/>
              <w:jc w:val="left"/>
            </w:pPr>
            <w:r>
              <w:rPr>
                <w:sz w:val="16"/>
              </w:rPr>
              <w:t>2008-07-21</w:t>
            </w:r>
          </w:p>
        </w:tc>
        <w:tc>
          <w:tcPr>
            <w:tcW w:type="dxa" w:w="1237"/>
          </w:tcPr>
          <w:p>
            <w:pPr>
              <w:spacing w:after="0"/>
              <w:jc w:val="left"/>
            </w:pPr>
            <w:r>
              <w:rPr>
                <w:sz w:val="16"/>
              </w:rPr>
              <w:t>DR-1790-VT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$149,143.82</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2007-05-04</w:t>
            </w:r>
          </w:p>
        </w:tc>
        <w:tc>
          <w:tcPr>
            <w:tcW w:type="dxa" w:w="1237"/>
          </w:tcPr>
          <w:p>
            <w:pPr>
              <w:spacing w:after="0"/>
              <w:jc w:val="left"/>
            </w:pPr>
            <w:r>
              <w:rPr>
                <w:sz w:val="16"/>
              </w:rPr>
              <w:t>2007-04-15</w:t>
            </w:r>
          </w:p>
        </w:tc>
        <w:tc>
          <w:tcPr>
            <w:tcW w:type="dxa" w:w="1237"/>
          </w:tcPr>
          <w:p>
            <w:pPr>
              <w:spacing w:after="0"/>
              <w:jc w:val="left"/>
            </w:pPr>
            <w:r>
              <w:rPr>
                <w:sz w:val="16"/>
              </w:rPr>
              <w:t>DR-1698-VT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$65,420.27</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2002-07-12</w:t>
            </w:r>
          </w:p>
        </w:tc>
        <w:tc>
          <w:tcPr>
            <w:tcW w:type="dxa" w:w="1237"/>
          </w:tcPr>
          <w:p>
            <w:pPr>
              <w:spacing w:after="0"/>
              <w:jc w:val="left"/>
            </w:pPr>
            <w:r>
              <w:rPr>
                <w:sz w:val="16"/>
              </w:rPr>
              <w:t>2002-06-05</w:t>
            </w:r>
          </w:p>
        </w:tc>
        <w:tc>
          <w:tcPr>
            <w:tcW w:type="dxa" w:w="1237"/>
          </w:tcPr>
          <w:p>
            <w:pPr>
              <w:spacing w:after="0"/>
              <w:jc w:val="left"/>
            </w:pPr>
            <w:r>
              <w:rPr>
                <w:sz w:val="16"/>
              </w:rPr>
              <w:t>DR-1428-VT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$357,551.30</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1999-11-10</w:t>
            </w:r>
          </w:p>
        </w:tc>
        <w:tc>
          <w:tcPr>
            <w:tcW w:type="dxa" w:w="1237"/>
          </w:tcPr>
          <w:p>
            <w:pPr>
              <w:spacing w:after="0"/>
              <w:jc w:val="left"/>
            </w:pPr>
            <w:r>
              <w:rPr>
                <w:sz w:val="16"/>
              </w:rPr>
              <w:t>1999-09-16</w:t>
            </w:r>
          </w:p>
        </w:tc>
        <w:tc>
          <w:tcPr>
            <w:tcW w:type="dxa" w:w="1237"/>
          </w:tcPr>
          <w:p>
            <w:pPr>
              <w:spacing w:after="0"/>
              <w:jc w:val="left"/>
            </w:pPr>
            <w:r>
              <w:rPr>
                <w:sz w:val="16"/>
              </w:rPr>
              <w:t>DR-1307-VT</w:t>
            </w:r>
          </w:p>
        </w:tc>
        <w:tc>
          <w:tcPr>
            <w:tcW w:type="dxa" w:w="1663"/>
          </w:tcPr>
          <w:p>
            <w:pPr>
              <w:spacing w:after="0"/>
              <w:jc w:val="left"/>
            </w:pPr>
            <w:r>
              <w:rPr>
                <w:sz w:val="16"/>
              </w:rPr>
              <w:t>Major disaster</w:t>
            </w:r>
          </w:p>
        </w:tc>
        <w:tc>
          <w:tcPr>
            <w:tcW w:type="dxa" w:w="2941"/>
          </w:tcPr>
          <w:p>
            <w:pPr>
              <w:spacing w:after="0"/>
              <w:jc w:val="left"/>
            </w:pPr>
            <w:r>
              <w:rPr>
                <w:sz w:val="16"/>
              </w:rPr>
              <w:t>TROPICAL STORM FLOYD</w:t>
            </w:r>
          </w:p>
        </w:tc>
        <w:tc>
          <w:tcPr>
            <w:tcW w:type="dxa" w:w="2147"/>
          </w:tcPr>
          <w:p>
            <w:pPr>
              <w:spacing w:after="0"/>
              <w:jc w:val="left"/>
            </w:pPr>
            <w:r>
              <w:rPr>
                <w:sz w:val="16"/>
              </w:rPr>
              <w:t>Hurricane; Inland Flooding</w:t>
            </w:r>
          </w:p>
        </w:tc>
        <w:tc>
          <w:tcPr>
            <w:tcW w:type="dxa" w:w="1705"/>
          </w:tcPr>
          <w:p>
            <w:pPr>
              <w:spacing w:after="0"/>
              <w:jc w:val="right"/>
            </w:pPr>
            <w:r>
              <w:rPr>
                <w:sz w:val="16"/>
              </w:rPr>
              <w:t>$16,299.13</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1998-06-30</w:t>
            </w:r>
          </w:p>
        </w:tc>
        <w:tc>
          <w:tcPr>
            <w:tcW w:type="dxa" w:w="1237"/>
          </w:tcPr>
          <w:p>
            <w:pPr>
              <w:spacing w:after="0"/>
              <w:jc w:val="left"/>
            </w:pPr>
            <w:r>
              <w:rPr>
                <w:sz w:val="16"/>
              </w:rPr>
              <w:t>1998-06-17</w:t>
            </w:r>
          </w:p>
        </w:tc>
        <w:tc>
          <w:tcPr>
            <w:tcW w:type="dxa" w:w="1237"/>
          </w:tcPr>
          <w:p>
            <w:pPr>
              <w:spacing w:after="0"/>
              <w:jc w:val="left"/>
            </w:pPr>
            <w:r>
              <w:rPr>
                <w:sz w:val="16"/>
              </w:rPr>
              <w:t>DR-1228-VT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1995-08-16</w:t>
            </w:r>
          </w:p>
        </w:tc>
        <w:tc>
          <w:tcPr>
            <w:tcW w:type="dxa" w:w="1237"/>
          </w:tcPr>
          <w:p>
            <w:pPr>
              <w:spacing w:after="0"/>
              <w:jc w:val="left"/>
            </w:pPr>
            <w:r>
              <w:rPr>
                <w:sz w:val="16"/>
              </w:rPr>
              <w:t>1995-08-04</w:t>
            </w:r>
          </w:p>
        </w:tc>
        <w:tc>
          <w:tcPr>
            <w:tcW w:type="dxa" w:w="1237"/>
          </w:tcPr>
          <w:p>
            <w:pPr>
              <w:spacing w:after="0"/>
              <w:jc w:val="left"/>
            </w:pPr>
            <w:r>
              <w:rPr>
                <w:sz w:val="16"/>
              </w:rPr>
              <w:t>DR-1063-VT</w:t>
            </w:r>
          </w:p>
        </w:tc>
        <w:tc>
          <w:tcPr>
            <w:tcW w:type="dxa" w:w="1663"/>
          </w:tcPr>
          <w:p>
            <w:pPr>
              <w:spacing w:after="0"/>
              <w:jc w:val="left"/>
            </w:pPr>
            <w:r>
              <w:rPr>
                <w:sz w:val="16"/>
              </w:rPr>
              <w:t>Major disaster</w:t>
            </w:r>
          </w:p>
        </w:tc>
        <w:tc>
          <w:tcPr>
            <w:tcW w:type="dxa" w:w="2941"/>
          </w:tcPr>
          <w:p>
            <w:pPr>
              <w:spacing w:after="0"/>
              <w:jc w:val="left"/>
            </w:pPr>
            <w:r>
              <w:rPr>
                <w:sz w:val="16"/>
              </w:rPr>
              <w:t>EXCESSIVE RAINFALL,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1989-09-11</w:t>
            </w:r>
          </w:p>
        </w:tc>
        <w:tc>
          <w:tcPr>
            <w:tcW w:type="dxa" w:w="1237"/>
          </w:tcPr>
          <w:p>
            <w:pPr>
              <w:spacing w:after="0"/>
              <w:jc w:val="left"/>
            </w:pPr>
            <w:r>
              <w:rPr>
                <w:sz w:val="16"/>
              </w:rPr>
              <w:t>1989-08-04</w:t>
            </w:r>
          </w:p>
        </w:tc>
        <w:tc>
          <w:tcPr>
            <w:tcW w:type="dxa" w:w="1237"/>
          </w:tcPr>
          <w:p>
            <w:pPr>
              <w:spacing w:after="0"/>
              <w:jc w:val="left"/>
            </w:pPr>
            <w:r>
              <w:rPr>
                <w:sz w:val="16"/>
              </w:rPr>
              <w:t>DR-840-VT</w:t>
            </w:r>
          </w:p>
        </w:tc>
        <w:tc>
          <w:tcPr>
            <w:tcW w:type="dxa" w:w="1663"/>
          </w:tcPr>
          <w:p>
            <w:pPr>
              <w:spacing w:after="0"/>
              <w:jc w:val="left"/>
            </w:pPr>
            <w:r>
              <w:rPr>
                <w:sz w:val="16"/>
              </w:rPr>
              <w:t>Major disaster</w:t>
            </w:r>
          </w:p>
        </w:tc>
        <w:tc>
          <w:tcPr>
            <w:tcW w:type="dxa" w:w="2941"/>
          </w:tcPr>
          <w:p>
            <w:pPr>
              <w:spacing w:after="0"/>
              <w:jc w:val="left"/>
            </w:pPr>
            <w:r>
              <w:rPr>
                <w:sz w:val="16"/>
              </w:rPr>
              <w:t>SEVERE STORMS &amp;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1973-07-06</w:t>
            </w:r>
          </w:p>
        </w:tc>
        <w:tc>
          <w:tcPr>
            <w:tcW w:type="dxa" w:w="1237"/>
          </w:tcPr>
          <w:p>
            <w:pPr>
              <w:spacing w:after="0"/>
              <w:jc w:val="left"/>
            </w:pPr>
            <w:r>
              <w:rPr>
                <w:sz w:val="16"/>
              </w:rPr>
              <w:t>1973-07-06</w:t>
            </w:r>
          </w:p>
        </w:tc>
        <w:tc>
          <w:tcPr>
            <w:tcW w:type="dxa" w:w="1237"/>
          </w:tcPr>
          <w:p>
            <w:pPr>
              <w:spacing w:after="0"/>
              <w:jc w:val="left"/>
            </w:pPr>
            <w:r>
              <w:rPr>
                <w:sz w:val="16"/>
              </w:rPr>
              <w:t>DR-397-VT</w:t>
            </w:r>
          </w:p>
        </w:tc>
        <w:tc>
          <w:tcPr>
            <w:tcW w:type="dxa" w:w="1663"/>
          </w:tcPr>
          <w:p>
            <w:pPr>
              <w:spacing w:after="0"/>
              <w:jc w:val="left"/>
            </w:pPr>
            <w:r>
              <w:rPr>
                <w:sz w:val="16"/>
              </w:rPr>
              <w:t>Major disaster</w:t>
            </w:r>
          </w:p>
        </w:tc>
        <w:tc>
          <w:tcPr>
            <w:tcW w:type="dxa" w:w="2941"/>
          </w:tcPr>
          <w:p>
            <w:pPr>
              <w:spacing w:after="0"/>
              <w:jc w:val="left"/>
            </w:pPr>
            <w:r>
              <w:rPr>
                <w:sz w:val="16"/>
              </w:rPr>
              <w:t>SEVERE STORMS, FLOODING, &amp; LANDSLIDES</w:t>
            </w:r>
          </w:p>
        </w:tc>
        <w:tc>
          <w:tcPr>
            <w:tcW w:type="dxa" w:w="2147"/>
          </w:tcPr>
          <w:p>
            <w:pPr>
              <w:spacing w:after="0"/>
              <w:jc w:val="left"/>
            </w:pPr>
            <w:r>
              <w:rPr>
                <w:sz w:val="16"/>
              </w:rPr>
              <w:t>Inland Flooding (primary); also designated: Landslide</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4015"/>
        <w:gridCol w:w="1848"/>
        <w:gridCol w:w="1271"/>
        <w:gridCol w:w="2192"/>
        <w:gridCol w:w="726"/>
        <w:gridCol w:w="18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4015"/>
            <w:shd w:val="clear" w:color="auto" w:fill="E8E8E8"/>
          </w:tcPr>
          <w:p>
            <w:pPr>
              <w:spacing w:after="0"/>
              <w:jc w:val="left"/>
            </w:pPr>
            <w:r>
              <w:rPr>
                <w:b/>
                <w:sz w:val="16"/>
              </w:rPr>
              <w:t>Magnitude or extent</w:t>
            </w:r>
          </w:p>
        </w:tc>
        <w:tc>
          <w:tcPr>
            <w:tcW w:type="dxa" w:w="1848"/>
            <w:shd w:val="clear" w:color="auto" w:fill="E8E8E8"/>
          </w:tcPr>
          <w:p>
            <w:pPr>
              <w:spacing w:after="0"/>
              <w:jc w:val="left"/>
            </w:pPr>
            <w:r>
              <w:rPr>
                <w:b/>
                <w:sz w:val="16"/>
              </w:rPr>
              <w:t>Damage</w:t>
            </w:r>
          </w:p>
          <w:p>
            <w:pPr>
              <w:spacing w:after="0"/>
              <w:jc w:val="left"/>
            </w:pPr>
            <w:r>
              <w:rPr>
                <w:i/>
                <w:color w:val="555555"/>
                <w:sz w:val="14"/>
              </w:rPr>
              <w:t>nominal dollars</w:t>
            </w:r>
          </w:p>
        </w:tc>
        <w:tc>
          <w:tcPr>
            <w:tcW w:type="dxa" w:w="12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2"/>
            <w:shd w:val="clear" w:color="auto" w:fill="E8E8E8"/>
          </w:tcPr>
          <w:p>
            <w:pPr>
              <w:spacing w:after="0"/>
              <w:jc w:val="left"/>
            </w:pPr>
            <w:r>
              <w:rPr>
                <w:b/>
                <w:sz w:val="16"/>
              </w:rPr>
              <w:t>Location</w:t>
            </w:r>
          </w:p>
        </w:tc>
        <w:tc>
          <w:tcPr>
            <w:tcW w:type="dxa" w:w="726"/>
            <w:shd w:val="clear" w:color="auto" w:fill="E8E8E8"/>
          </w:tcPr>
          <w:p>
            <w:pPr>
              <w:spacing w:after="0"/>
              <w:jc w:val="left"/>
            </w:pPr>
            <w:r>
              <w:rPr>
                <w:b/>
                <w:sz w:val="16"/>
              </w:rPr>
              <w:t>Flags</w:t>
            </w:r>
          </w:p>
        </w:tc>
        <w:tc>
          <w:tcPr>
            <w:tcW w:type="dxa" w:w="18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4015"/>
          </w:tcPr>
          <w:p>
            <w:pPr>
              <w:spacing w:after="0"/>
              <w:jc w:val="left"/>
            </w:pPr>
          </w:p>
        </w:tc>
        <w:tc>
          <w:tcPr>
            <w:tcW w:type="dxa" w:w="1848"/>
          </w:tcPr>
          <w:p>
            <w:pPr>
              <w:spacing w:after="0"/>
              <w:jc w:val="left"/>
            </w:pPr>
            <w:r>
              <w:rPr>
                <w:sz w:val="16"/>
              </w:rPr>
              <w:t>$0 property; $50,000 crops, reported for the zone (2023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r>
              <w:rPr>
                <w:sz w:val="16"/>
              </w:rPr>
              <w:t>within last 5 years</w:t>
            </w:r>
          </w:p>
        </w:tc>
        <w:tc>
          <w:tcPr>
            <w:tcW w:type="dxa" w:w="180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4015"/>
          </w:tcPr>
          <w:p>
            <w:pPr>
              <w:spacing w:after="0"/>
              <w:jc w:val="left"/>
            </w:pPr>
          </w:p>
        </w:tc>
        <w:tc>
          <w:tcPr>
            <w:tcW w:type="dxa" w:w="1848"/>
          </w:tcPr>
          <w:p>
            <w:pPr>
              <w:spacing w:after="0"/>
              <w:jc w:val="left"/>
            </w:pPr>
            <w:r>
              <w:rPr>
                <w:sz w:val="16"/>
              </w:rPr>
              <w:t>$0 property; $0 crops, reported for the zone (2018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4015"/>
          </w:tcPr>
          <w:p>
            <w:pPr>
              <w:spacing w:after="0"/>
              <w:jc w:val="left"/>
            </w:pPr>
          </w:p>
        </w:tc>
        <w:tc>
          <w:tcPr>
            <w:tcW w:type="dxa" w:w="1848"/>
          </w:tcPr>
          <w:p>
            <w:pPr>
              <w:spacing w:after="0"/>
              <w:jc w:val="left"/>
            </w:pPr>
            <w:r>
              <w:rPr>
                <w:sz w:val="16"/>
              </w:rPr>
              <w:t>$0 property; $0 crops, reported for the zone (2015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4015"/>
          </w:tcPr>
          <w:p>
            <w:pPr>
              <w:spacing w:after="0"/>
              <w:jc w:val="left"/>
            </w:pPr>
          </w:p>
        </w:tc>
        <w:tc>
          <w:tcPr>
            <w:tcW w:type="dxa" w:w="1848"/>
          </w:tcPr>
          <w:p>
            <w:pPr>
              <w:spacing w:after="0"/>
              <w:jc w:val="left"/>
            </w:pPr>
            <w:r>
              <w:rPr>
                <w:sz w:val="16"/>
              </w:rPr>
              <w:t>$750,000 property; $0 crops (2011 dollars)</w:t>
            </w:r>
          </w:p>
        </w:tc>
        <w:tc>
          <w:tcPr>
            <w:tcW w:type="dxa" w:w="1271"/>
          </w:tcPr>
          <w:p>
            <w:pPr>
              <w:spacing w:after="0"/>
              <w:jc w:val="right"/>
            </w:pPr>
            <w:r>
              <w:rPr>
                <w:sz w:val="16"/>
              </w:rPr>
              <w:t>0, 0</w:t>
            </w:r>
          </w:p>
        </w:tc>
        <w:tc>
          <w:tcPr>
            <w:tcW w:type="dxa" w:w="2192"/>
          </w:tcPr>
          <w:p>
            <w:pPr>
              <w:spacing w:after="0"/>
              <w:jc w:val="left"/>
            </w:pPr>
            <w:r>
              <w:rPr>
                <w:sz w:val="16"/>
              </w:rPr>
              <w:t>CONCORD to SOUTH LUNENBURG</w:t>
            </w:r>
          </w:p>
        </w:tc>
        <w:tc>
          <w:tcPr>
            <w:tcW w:type="dxa" w:w="726"/>
          </w:tcPr>
          <w:p>
            <w:pPr>
              <w:spacing w:after="0"/>
              <w:jc w:val="left"/>
            </w:pPr>
          </w:p>
        </w:tc>
        <w:tc>
          <w:tcPr>
            <w:tcW w:type="dxa" w:w="18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4015"/>
          </w:tcPr>
          <w:p>
            <w:pPr>
              <w:spacing w:after="0"/>
              <w:jc w:val="left"/>
            </w:pPr>
          </w:p>
        </w:tc>
        <w:tc>
          <w:tcPr>
            <w:tcW w:type="dxa" w:w="1848"/>
          </w:tcPr>
          <w:p>
            <w:pPr>
              <w:spacing w:after="0"/>
              <w:jc w:val="left"/>
            </w:pPr>
            <w:r>
              <w:rPr>
                <w:sz w:val="16"/>
              </w:rPr>
              <w:t>$10,000 property; $0 crops (2007 dollars)</w:t>
            </w:r>
          </w:p>
        </w:tc>
        <w:tc>
          <w:tcPr>
            <w:tcW w:type="dxa" w:w="1271"/>
          </w:tcPr>
          <w:p>
            <w:pPr>
              <w:spacing w:after="0"/>
              <w:jc w:val="right"/>
            </w:pPr>
            <w:r>
              <w:rPr>
                <w:sz w:val="16"/>
              </w:rPr>
              <w:t>0, 0</w:t>
            </w:r>
          </w:p>
        </w:tc>
        <w:tc>
          <w:tcPr>
            <w:tcW w:type="dxa" w:w="2192"/>
          </w:tcPr>
          <w:p>
            <w:pPr>
              <w:spacing w:after="0"/>
              <w:jc w:val="left"/>
            </w:pPr>
            <w:r>
              <w:rPr>
                <w:sz w:val="16"/>
              </w:rPr>
              <w:t>BRIGHTON</w:t>
            </w:r>
          </w:p>
        </w:tc>
        <w:tc>
          <w:tcPr>
            <w:tcW w:type="dxa" w:w="726"/>
          </w:tcPr>
          <w:p>
            <w:pPr>
              <w:spacing w:after="0"/>
              <w:jc w:val="left"/>
            </w:pPr>
          </w:p>
        </w:tc>
        <w:tc>
          <w:tcPr>
            <w:tcW w:type="dxa" w:w="1808"/>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4015"/>
          </w:tcPr>
          <w:p>
            <w:pPr>
              <w:spacing w:after="0"/>
              <w:jc w:val="left"/>
            </w:pPr>
            <w:r>
              <w:rPr>
                <w:sz w:val="16"/>
              </w:rPr>
              <w:t>60 kt (69 mph) estimated gust</w:t>
            </w:r>
          </w:p>
        </w:tc>
        <w:tc>
          <w:tcPr>
            <w:tcW w:type="dxa" w:w="1848"/>
          </w:tcPr>
          <w:p>
            <w:pPr>
              <w:spacing w:after="0"/>
              <w:jc w:val="left"/>
            </w:pPr>
            <w:r>
              <w:rPr>
                <w:sz w:val="16"/>
              </w:rPr>
              <w:t>$100,000 property; $0 crops, reported for the zone (2007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4015"/>
          </w:tcPr>
          <w:p>
            <w:pPr>
              <w:spacing w:after="0"/>
              <w:jc w:val="left"/>
            </w:pPr>
          </w:p>
        </w:tc>
        <w:tc>
          <w:tcPr>
            <w:tcW w:type="dxa" w:w="1848"/>
          </w:tcPr>
          <w:p>
            <w:pPr>
              <w:spacing w:after="0"/>
              <w:jc w:val="left"/>
            </w:pPr>
            <w:r>
              <w:rPr>
                <w:sz w:val="16"/>
              </w:rPr>
              <w:t>$100,000 property; $0 crops, reported for the zone (2007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4015"/>
          </w:tcPr>
          <w:p>
            <w:pPr>
              <w:spacing w:after="0"/>
              <w:jc w:val="left"/>
            </w:pPr>
          </w:p>
        </w:tc>
        <w:tc>
          <w:tcPr>
            <w:tcW w:type="dxa" w:w="1848"/>
          </w:tcPr>
          <w:p>
            <w:pPr>
              <w:spacing w:after="0"/>
              <w:jc w:val="left"/>
            </w:pPr>
            <w:r>
              <w:rPr>
                <w:sz w:val="16"/>
              </w:rPr>
              <w:t>$75,000 property; crops not reported, reported for the zone (2001 dollars)</w:t>
            </w:r>
          </w:p>
        </w:tc>
        <w:tc>
          <w:tcPr>
            <w:tcW w:type="dxa" w:w="1271"/>
          </w:tcPr>
          <w:p>
            <w:pPr>
              <w:spacing w:after="0"/>
              <w:jc w:val="right"/>
            </w:pPr>
            <w:r>
              <w:rPr>
                <w:sz w:val="16"/>
              </w:rPr>
              <w:t>1, 0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4015"/>
          </w:tcPr>
          <w:p>
            <w:pPr>
              <w:spacing w:after="0"/>
              <w:jc w:val="left"/>
            </w:pPr>
            <w:r>
              <w:rPr>
                <w:sz w:val="16"/>
              </w:rPr>
              <w:t>78 kt (90 mph) estimated</w:t>
            </w:r>
          </w:p>
        </w:tc>
        <w:tc>
          <w:tcPr>
            <w:tcW w:type="dxa" w:w="1848"/>
          </w:tcPr>
          <w:p>
            <w:pPr>
              <w:spacing w:after="0"/>
              <w:jc w:val="left"/>
            </w:pPr>
            <w:r>
              <w:rPr>
                <w:sz w:val="16"/>
              </w:rPr>
              <w:t>$10,000 property; crops not reported (2000 dollars)</w:t>
            </w:r>
          </w:p>
        </w:tc>
        <w:tc>
          <w:tcPr>
            <w:tcW w:type="dxa" w:w="1271"/>
          </w:tcPr>
          <w:p>
            <w:pPr>
              <w:spacing w:after="0"/>
              <w:jc w:val="right"/>
            </w:pPr>
            <w:r>
              <w:rPr>
                <w:sz w:val="16"/>
              </w:rPr>
              <w:t>0, 0</w:t>
            </w:r>
          </w:p>
        </w:tc>
        <w:tc>
          <w:tcPr>
            <w:tcW w:type="dxa" w:w="2192"/>
          </w:tcPr>
          <w:p>
            <w:pPr>
              <w:spacing w:after="0"/>
              <w:jc w:val="left"/>
            </w:pPr>
            <w:r>
              <w:rPr>
                <w:sz w:val="16"/>
              </w:rPr>
              <w:t>CANAAN</w:t>
            </w:r>
          </w:p>
        </w:tc>
        <w:tc>
          <w:tcPr>
            <w:tcW w:type="dxa" w:w="726"/>
          </w:tcPr>
          <w:p>
            <w:pPr>
              <w:spacing w:after="0"/>
              <w:jc w:val="left"/>
            </w:pPr>
          </w:p>
        </w:tc>
        <w:tc>
          <w:tcPr>
            <w:tcW w:type="dxa" w:w="1808"/>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4015"/>
          </w:tcPr>
          <w:p>
            <w:pPr>
              <w:spacing w:after="0"/>
              <w:jc w:val="left"/>
            </w:pPr>
          </w:p>
        </w:tc>
        <w:tc>
          <w:tcPr>
            <w:tcW w:type="dxa" w:w="1848"/>
          </w:tcPr>
          <w:p>
            <w:pPr>
              <w:spacing w:after="0"/>
              <w:jc w:val="left"/>
            </w:pPr>
            <w:r>
              <w:rPr>
                <w:sz w:val="16"/>
              </w:rPr>
              <w:t>$100,000 property; crops not reported (1998 dollars)</w:t>
            </w:r>
          </w:p>
        </w:tc>
        <w:tc>
          <w:tcPr>
            <w:tcW w:type="dxa" w:w="1271"/>
          </w:tcPr>
          <w:p>
            <w:pPr>
              <w:spacing w:after="0"/>
              <w:jc w:val="right"/>
            </w:pPr>
            <w:r>
              <w:rPr>
                <w:sz w:val="16"/>
              </w:rPr>
              <w:t>0, 3</w:t>
            </w:r>
          </w:p>
        </w:tc>
        <w:tc>
          <w:tcPr>
            <w:tcW w:type="dxa" w:w="2192"/>
          </w:tcPr>
          <w:p>
            <w:pPr>
              <w:spacing w:after="0"/>
              <w:jc w:val="left"/>
            </w:pPr>
            <w:r>
              <w:rPr>
                <w:sz w:val="16"/>
              </w:rPr>
              <w:t>COUNTYWIDE</w:t>
            </w:r>
          </w:p>
        </w:tc>
        <w:tc>
          <w:tcPr>
            <w:tcW w:type="dxa" w:w="726"/>
          </w:tcPr>
          <w:p>
            <w:pPr>
              <w:spacing w:after="0"/>
              <w:jc w:val="left"/>
            </w:pPr>
          </w:p>
        </w:tc>
        <w:tc>
          <w:tcPr>
            <w:tcW w:type="dxa" w:w="180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4015"/>
          </w:tcPr>
          <w:p>
            <w:pPr>
              <w:spacing w:after="0"/>
              <w:jc w:val="left"/>
            </w:pPr>
          </w:p>
        </w:tc>
        <w:tc>
          <w:tcPr>
            <w:tcW w:type="dxa" w:w="1848"/>
          </w:tcPr>
          <w:p>
            <w:pPr>
              <w:spacing w:after="0"/>
              <w:jc w:val="left"/>
            </w:pPr>
            <w:r>
              <w:rPr>
                <w:sz w:val="16"/>
              </w:rPr>
              <w:t>$80,000 property; crops not reported, reported for the zone (1998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4015"/>
          </w:tcPr>
          <w:p>
            <w:pPr>
              <w:spacing w:after="0"/>
              <w:jc w:val="left"/>
            </w:pPr>
            <w:r>
              <w:rPr>
                <w:sz w:val="16"/>
              </w:rPr>
              <w:t>F1, 0.1 mi path length (records before 1996 may include the whole path; rating and listing come from the county where the tornado began), 100 yd wide</w:t>
            </w:r>
          </w:p>
        </w:tc>
        <w:tc>
          <w:tcPr>
            <w:tcW w:type="dxa" w:w="1848"/>
          </w:tcPr>
          <w:p>
            <w:pPr>
              <w:spacing w:after="0"/>
              <w:jc w:val="left"/>
            </w:pPr>
            <w:r>
              <w:rPr>
                <w:sz w:val="16"/>
              </w:rPr>
              <w:t>$25,000 property; crops not recorded (1982 dollars)</w:t>
            </w:r>
          </w:p>
        </w:tc>
        <w:tc>
          <w:tcPr>
            <w:tcW w:type="dxa" w:w="1271"/>
          </w:tcPr>
          <w:p>
            <w:pPr>
              <w:spacing w:after="0"/>
              <w:jc w:val="right"/>
            </w:pPr>
            <w:r>
              <w:rPr>
                <w:sz w:val="16"/>
              </w:rPr>
              <w:t>0, 0</w:t>
            </w:r>
          </w:p>
        </w:tc>
        <w:tc>
          <w:tcPr>
            <w:tcW w:type="dxa" w:w="2192"/>
          </w:tcPr>
          <w:p>
            <w:pPr>
              <w:spacing w:after="0"/>
              <w:jc w:val="left"/>
            </w:pPr>
            <w:r>
              <w:rPr>
                <w:sz w:val="16"/>
              </w:rPr>
              <w:t>location not recorded</w:t>
            </w:r>
          </w:p>
        </w:tc>
        <w:tc>
          <w:tcPr>
            <w:tcW w:type="dxa" w:w="726"/>
          </w:tcPr>
          <w:p>
            <w:pPr>
              <w:spacing w:after="0"/>
              <w:jc w:val="left"/>
            </w:pPr>
          </w:p>
        </w:tc>
        <w:tc>
          <w:tcPr>
            <w:tcW w:type="dxa" w:w="180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8"/>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5.22</w:t>
            </w:r>
          </w:p>
        </w:tc>
        <w:tc>
          <w:tcPr>
            <w:tcW w:type="dxa" w:w="1431"/>
          </w:tcPr>
          <w:p>
            <w:pPr>
              <w:spacing w:after="0"/>
              <w:jc w:val="left"/>
            </w:pPr>
            <w:r>
              <w:rPr>
                <w:sz w:val="16"/>
              </w:rPr>
              <w:t>event-days per year</w:t>
            </w:r>
          </w:p>
        </w:tc>
        <w:tc>
          <w:tcPr>
            <w:tcW w:type="dxa" w:w="1552"/>
          </w:tcPr>
          <w:p>
            <w:pPr>
              <w:spacing w:after="0"/>
              <w:jc w:val="left"/>
            </w:pPr>
            <w:r>
              <w:rPr>
                <w:sz w:val="16"/>
              </w:rPr>
              <w:t>about 5.22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99.4</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r>
              <w:rPr>
                <w:sz w:val="16"/>
              </w:rPr>
              <w:t>NRI gives about 5.22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0.00118</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0.846</w:t>
            </w:r>
          </w:p>
        </w:tc>
        <w:tc>
          <w:tcPr>
            <w:tcW w:type="dxa" w:w="1431"/>
          </w:tcPr>
          <w:p>
            <w:pPr>
              <w:spacing w:after="0"/>
              <w:jc w:val="left"/>
            </w:pPr>
            <w:r>
              <w:rPr>
                <w:sz w:val="16"/>
              </w:rPr>
              <w:t>events per year</w:t>
            </w:r>
          </w:p>
        </w:tc>
        <w:tc>
          <w:tcPr>
            <w:tcW w:type="dxa" w:w="1552"/>
          </w:tcPr>
          <w:p>
            <w:pPr>
              <w:spacing w:after="0"/>
              <w:jc w:val="left"/>
            </w:pPr>
            <w:r>
              <w:rPr>
                <w:sz w:val="16"/>
              </w:rPr>
              <w:t>about 0.85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32.1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0.632</w:t>
            </w:r>
          </w:p>
        </w:tc>
        <w:tc>
          <w:tcPr>
            <w:tcW w:type="dxa" w:w="1431"/>
          </w:tcPr>
          <w:p>
            <w:pPr>
              <w:spacing w:after="0"/>
              <w:jc w:val="left"/>
            </w:pPr>
            <w:r>
              <w:rPr>
                <w:sz w:val="16"/>
              </w:rPr>
              <w:t>event-days per year</w:t>
            </w:r>
          </w:p>
        </w:tc>
        <w:tc>
          <w:tcPr>
            <w:tcW w:type="dxa" w:w="1552"/>
          </w:tcPr>
          <w:p>
            <w:pPr>
              <w:spacing w:after="0"/>
              <w:jc w:val="left"/>
            </w:pPr>
            <w:r>
              <w:rPr>
                <w:sz w:val="16"/>
              </w:rPr>
              <w:t>about 0.632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0.0426</w:t>
            </w:r>
          </w:p>
        </w:tc>
        <w:tc>
          <w:tcPr>
            <w:tcW w:type="dxa" w:w="1431"/>
          </w:tcPr>
          <w:p>
            <w:pPr>
              <w:spacing w:after="0"/>
              <w:jc w:val="left"/>
            </w:pPr>
            <w:r>
              <w:rPr>
                <w:sz w:val="16"/>
              </w:rPr>
              <w:t>events per year</w:t>
            </w:r>
          </w:p>
        </w:tc>
        <w:tc>
          <w:tcPr>
            <w:tcW w:type="dxa" w:w="1552"/>
          </w:tcPr>
          <w:p>
            <w:pPr>
              <w:spacing w:after="0"/>
              <w:jc w:val="left"/>
            </w:pPr>
            <w:r>
              <w:rPr>
                <w:sz w:val="16"/>
              </w:rPr>
              <w:t>about 1 in 23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16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0.285</w:t>
            </w:r>
          </w:p>
        </w:tc>
        <w:tc>
          <w:tcPr>
            <w:tcW w:type="dxa" w:w="1431"/>
          </w:tcPr>
          <w:p>
            <w:pPr>
              <w:spacing w:after="0"/>
              <w:jc w:val="left"/>
            </w:pPr>
            <w:r>
              <w:rPr>
                <w:sz w:val="16"/>
              </w:rPr>
              <w:t>event-days per year</w:t>
            </w:r>
          </w:p>
        </w:tc>
        <w:tc>
          <w:tcPr>
            <w:tcW w:type="dxa" w:w="1552"/>
          </w:tcPr>
          <w:p>
            <w:pPr>
              <w:spacing w:after="0"/>
              <w:jc w:val="left"/>
            </w:pPr>
            <w:r>
              <w:rPr>
                <w:sz w:val="16"/>
              </w:rPr>
              <w:t>about 0.285 days per year</w:t>
            </w:r>
          </w:p>
        </w:tc>
        <w:tc>
          <w:tcPr>
            <w:tcW w:type="dxa" w:w="1037"/>
          </w:tcPr>
          <w:p>
            <w:pPr>
              <w:spacing w:after="0"/>
              <w:jc w:val="left"/>
            </w:pPr>
            <w:r>
              <w:rPr>
                <w:sz w:val="16"/>
              </w:rPr>
              <w:t>Possible</w:t>
            </w:r>
          </w:p>
        </w:tc>
        <w:tc>
          <w:tcPr>
            <w:tcW w:type="dxa" w:w="1722"/>
          </w:tcPr>
          <w:p>
            <w:pPr>
              <w:spacing w:after="0"/>
              <w:jc w:val="left"/>
            </w:pPr>
            <w:r>
              <w:rPr>
                <w:sz w:val="16"/>
              </w:rPr>
              <w:t>event-days in 1 of 30 years, 1996 to 2025 (3.33%)</w:t>
            </w:r>
          </w:p>
        </w:tc>
        <w:tc>
          <w:tcPr>
            <w:tcW w:type="dxa" w:w="1513"/>
          </w:tcPr>
          <w:p>
            <w:pPr>
              <w:spacing w:after="0"/>
              <w:jc w:val="right"/>
            </w:pPr>
            <w:r>
              <w:rPr>
                <w:sz w:val="16"/>
              </w:rPr>
              <w:t>20</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0.75</w:t>
            </w:r>
          </w:p>
        </w:tc>
        <w:tc>
          <w:tcPr>
            <w:tcW w:type="dxa" w:w="1431"/>
          </w:tcPr>
          <w:p>
            <w:pPr>
              <w:spacing w:after="0"/>
              <w:jc w:val="left"/>
            </w:pPr>
            <w:r>
              <w:rPr>
                <w:sz w:val="16"/>
              </w:rPr>
              <w:t>event-days per year</w:t>
            </w:r>
          </w:p>
        </w:tc>
        <w:tc>
          <w:tcPr>
            <w:tcW w:type="dxa" w:w="1552"/>
          </w:tcPr>
          <w:p>
            <w:pPr>
              <w:spacing w:after="0"/>
              <w:jc w:val="left"/>
            </w:pPr>
            <w:r>
              <w:rPr>
                <w:sz w:val="16"/>
              </w:rPr>
              <w:t>about 0.75 days per year</w:t>
            </w:r>
          </w:p>
        </w:tc>
        <w:tc>
          <w:tcPr>
            <w:tcW w:type="dxa" w:w="1037"/>
          </w:tcPr>
          <w:p>
            <w:pPr>
              <w:spacing w:after="0"/>
              <w:jc w:val="left"/>
            </w:pPr>
            <w:r>
              <w:rPr>
                <w:sz w:val="16"/>
              </w:rPr>
              <w:t>Likely</w:t>
            </w:r>
          </w:p>
        </w:tc>
        <w:tc>
          <w:tcPr>
            <w:tcW w:type="dxa" w:w="1722"/>
          </w:tcPr>
          <w:p>
            <w:pPr>
              <w:spacing w:after="0"/>
              <w:jc w:val="left"/>
            </w:pPr>
            <w:r>
              <w:rPr>
                <w:sz w:val="16"/>
              </w:rPr>
              <w:t>event-days in 16 of 30 years, 1996 to 2025 (53.3%)</w:t>
            </w:r>
          </w:p>
        </w:tc>
        <w:tc>
          <w:tcPr>
            <w:tcW w:type="dxa" w:w="1513"/>
          </w:tcPr>
          <w:p>
            <w:pPr>
              <w:spacing w:after="0"/>
              <w:jc w:val="right"/>
            </w:pPr>
            <w:r>
              <w:rPr>
                <w:sz w:val="16"/>
              </w:rPr>
              <w:t>21</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0.881</w:t>
            </w:r>
          </w:p>
        </w:tc>
        <w:tc>
          <w:tcPr>
            <w:tcW w:type="dxa" w:w="1431"/>
          </w:tcPr>
          <w:p>
            <w:pPr>
              <w:spacing w:after="0"/>
              <w:jc w:val="left"/>
            </w:pPr>
            <w:r>
              <w:rPr>
                <w:sz w:val="16"/>
              </w:rPr>
              <w:t>events per year (modeled)</w:t>
            </w:r>
          </w:p>
        </w:tc>
        <w:tc>
          <w:tcPr>
            <w:tcW w:type="dxa" w:w="1552"/>
          </w:tcPr>
          <w:p>
            <w:pPr>
              <w:spacing w:after="0"/>
              <w:jc w:val="left"/>
            </w:pPr>
            <w:r>
              <w:rPr>
                <w:sz w:val="16"/>
              </w:rPr>
              <w:t>about 0.88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20.2</w:t>
            </w:r>
          </w:p>
        </w:tc>
        <w:tc>
          <w:tcPr>
            <w:tcW w:type="dxa" w:w="1431"/>
          </w:tcPr>
          <w:p>
            <w:pPr>
              <w:spacing w:after="0"/>
              <w:jc w:val="left"/>
            </w:pPr>
            <w:r>
              <w:rPr>
                <w:sz w:val="16"/>
              </w:rPr>
              <w:t>days per year with a strike</w:t>
            </w:r>
          </w:p>
        </w:tc>
        <w:tc>
          <w:tcPr>
            <w:tcW w:type="dxa" w:w="1552"/>
          </w:tcPr>
          <w:p>
            <w:pPr>
              <w:spacing w:after="0"/>
              <w:jc w:val="left"/>
            </w:pPr>
            <w:r>
              <w:rPr>
                <w:sz w:val="16"/>
              </w:rPr>
              <w:t>about 20.2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0.491</w:t>
            </w:r>
          </w:p>
        </w:tc>
        <w:tc>
          <w:tcPr>
            <w:tcW w:type="dxa" w:w="1431"/>
          </w:tcPr>
          <w:p>
            <w:pPr>
              <w:spacing w:after="0"/>
              <w:jc w:val="left"/>
            </w:pPr>
            <w:r>
              <w:rPr>
                <w:sz w:val="16"/>
              </w:rPr>
              <w:t>events per year</w:t>
            </w:r>
          </w:p>
        </w:tc>
        <w:tc>
          <w:tcPr>
            <w:tcW w:type="dxa" w:w="1552"/>
          </w:tcPr>
          <w:p>
            <w:pPr>
              <w:spacing w:after="0"/>
              <w:jc w:val="left"/>
            </w:pPr>
            <w:r>
              <w:rPr>
                <w:sz w:val="16"/>
              </w:rPr>
              <w:t>about 1 in 2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19</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0.0384</w:t>
            </w:r>
          </w:p>
        </w:tc>
        <w:tc>
          <w:tcPr>
            <w:tcW w:type="dxa" w:w="1431"/>
          </w:tcPr>
          <w:p>
            <w:pPr>
              <w:spacing w:after="0"/>
              <w:jc w:val="left"/>
            </w:pPr>
            <w:r>
              <w:rPr>
                <w:sz w:val="16"/>
              </w:rPr>
              <w:t>events per year</w:t>
            </w:r>
          </w:p>
        </w:tc>
        <w:tc>
          <w:tcPr>
            <w:tcW w:type="dxa" w:w="1552"/>
          </w:tcPr>
          <w:p>
            <w:pPr>
              <w:spacing w:after="0"/>
              <w:jc w:val="left"/>
            </w:pPr>
            <w:r>
              <w:rPr>
                <w:sz w:val="16"/>
              </w:rPr>
              <w:t>about 1 in 26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0.0000132</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0.00132%</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21.1</w:t>
            </w:r>
          </w:p>
        </w:tc>
        <w:tc>
          <w:tcPr>
            <w:tcW w:type="dxa" w:w="1431"/>
          </w:tcPr>
          <w:p>
            <w:pPr>
              <w:spacing w:after="0"/>
              <w:jc w:val="left"/>
            </w:pPr>
            <w:r>
              <w:rPr>
                <w:sz w:val="16"/>
              </w:rPr>
              <w:t>event-days per year</w:t>
            </w:r>
          </w:p>
        </w:tc>
        <w:tc>
          <w:tcPr>
            <w:tcW w:type="dxa" w:w="1552"/>
          </w:tcPr>
          <w:p>
            <w:pPr>
              <w:spacing w:after="0"/>
              <w:jc w:val="left"/>
            </w:pPr>
            <w:r>
              <w:rPr>
                <w:sz w:val="16"/>
              </w:rPr>
              <w:t>about 21.1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402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3 of 3</w:t>
            </w:r>
          </w:p>
        </w:tc>
        <w:tc>
          <w:tcPr>
            <w:tcW w:type="dxa" w:w="922"/>
          </w:tcPr>
          <w:p>
            <w:pPr>
              <w:spacing w:after="0"/>
              <w:jc w:val="right"/>
            </w:pPr>
            <w:r>
              <w:rPr>
                <w:sz w:val="16"/>
              </w:rPr>
              <w:t>30.3</w:t>
            </w:r>
          </w:p>
        </w:tc>
        <w:tc>
          <w:tcPr>
            <w:tcW w:type="dxa" w:w="701"/>
          </w:tcPr>
          <w:p>
            <w:pPr>
              <w:spacing w:after="0"/>
              <w:jc w:val="right"/>
            </w:pPr>
            <w:r>
              <w:rPr>
                <w:sz w:val="16"/>
              </w:rPr>
              <w:t>32.9</w:t>
            </w:r>
          </w:p>
        </w:tc>
        <w:tc>
          <w:tcPr>
            <w:tcW w:type="dxa" w:w="668"/>
          </w:tcPr>
          <w:p>
            <w:pPr>
              <w:spacing w:after="0"/>
              <w:jc w:val="right"/>
            </w:pPr>
            <w:r>
              <w:rPr>
                <w:sz w:val="16"/>
              </w:rPr>
              <w:t>36.7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52.1</w:t>
            </w:r>
          </w:p>
        </w:tc>
        <w:tc>
          <w:tcPr>
            <w:tcW w:type="dxa" w:w="701"/>
          </w:tcPr>
          <w:p>
            <w:pPr>
              <w:spacing w:after="0"/>
              <w:jc w:val="right"/>
            </w:pPr>
            <w:r>
              <w:rPr>
                <w:sz w:val="16"/>
              </w:rPr>
              <w:t>67.6</w:t>
            </w:r>
          </w:p>
        </w:tc>
        <w:tc>
          <w:tcPr>
            <w:tcW w:type="dxa" w:w="668"/>
          </w:tcPr>
          <w:p>
            <w:pPr>
              <w:spacing w:after="0"/>
              <w:jc w:val="right"/>
            </w:pPr>
            <w:r>
              <w:rPr>
                <w:sz w:val="16"/>
              </w:rPr>
              <w:t>85.3</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22.6</w:t>
            </w:r>
          </w:p>
        </w:tc>
        <w:tc>
          <w:tcPr>
            <w:tcW w:type="dxa" w:w="701"/>
          </w:tcPr>
          <w:p>
            <w:pPr>
              <w:spacing w:after="0"/>
              <w:jc w:val="right"/>
            </w:pPr>
            <w:r>
              <w:rPr>
                <w:sz w:val="16"/>
              </w:rPr>
              <w:t>30.6</w:t>
            </w:r>
          </w:p>
        </w:tc>
        <w:tc>
          <w:tcPr>
            <w:tcW w:type="dxa" w:w="668"/>
          </w:tcPr>
          <w:p>
            <w:pPr>
              <w:spacing w:after="0"/>
              <w:jc w:val="right"/>
            </w:pPr>
            <w:r>
              <w:rPr>
                <w:sz w:val="16"/>
              </w:rPr>
              <w:t>45.6</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7.5</w:t>
            </w:r>
          </w:p>
        </w:tc>
        <w:tc>
          <w:tcPr>
            <w:tcW w:type="dxa" w:w="701"/>
          </w:tcPr>
          <w:p>
            <w:pPr>
              <w:spacing w:after="0"/>
              <w:jc w:val="right"/>
            </w:pPr>
            <w:r>
              <w:rPr>
                <w:sz w:val="16"/>
              </w:rPr>
              <w:t>15.8</w:t>
            </w:r>
          </w:p>
        </w:tc>
        <w:tc>
          <w:tcPr>
            <w:tcW w:type="dxa" w:w="668"/>
          </w:tcPr>
          <w:p>
            <w:pPr>
              <w:spacing w:after="0"/>
              <w:jc w:val="right"/>
            </w:pPr>
            <w:r>
              <w:rPr>
                <w:sz w:val="16"/>
              </w:rPr>
              <w:t>29.3</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3.5</w:t>
            </w:r>
          </w:p>
        </w:tc>
        <w:tc>
          <w:tcPr>
            <w:tcW w:type="dxa" w:w="701"/>
          </w:tcPr>
          <w:p>
            <w:pPr>
              <w:spacing w:after="0"/>
              <w:jc w:val="right"/>
            </w:pPr>
            <w:r>
              <w:rPr>
                <w:sz w:val="16"/>
              </w:rPr>
              <w:t>19.9</w:t>
            </w:r>
          </w:p>
        </w:tc>
        <w:tc>
          <w:tcPr>
            <w:tcW w:type="dxa" w:w="668"/>
          </w:tcPr>
          <w:p>
            <w:pPr>
              <w:spacing w:after="0"/>
              <w:jc w:val="right"/>
            </w:pPr>
            <w:r>
              <w:rPr>
                <w:sz w:val="16"/>
              </w:rPr>
              <w:t>23.4</w:t>
            </w:r>
          </w:p>
        </w:tc>
        <w:tc>
          <w:tcPr>
            <w:tcW w:type="dxa" w:w="2909"/>
          </w:tcPr>
          <w:p>
            <w:pPr>
              <w:spacing w:after="0"/>
              <w:jc w:val="left"/>
            </w:pPr>
            <w:r>
              <w:rPr>
                <w:sz w:val="16"/>
              </w:rPr>
              <w:t>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57.8</w:t>
            </w:r>
          </w:p>
        </w:tc>
        <w:tc>
          <w:tcPr>
            <w:tcW w:type="dxa" w:w="701"/>
          </w:tcPr>
          <w:p>
            <w:pPr>
              <w:spacing w:after="0"/>
              <w:jc w:val="right"/>
            </w:pPr>
            <w:r>
              <w:rPr>
                <w:sz w:val="16"/>
              </w:rPr>
              <w:t>69.5</w:t>
            </w:r>
          </w:p>
        </w:tc>
        <w:tc>
          <w:tcPr>
            <w:tcW w:type="dxa" w:w="668"/>
          </w:tcPr>
          <w:p>
            <w:pPr>
              <w:spacing w:after="0"/>
              <w:jc w:val="right"/>
            </w:pPr>
            <w:r>
              <w:rPr>
                <w:sz w:val="16"/>
              </w:rPr>
              <w:t>77.4</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27.7</w:t>
            </w:r>
          </w:p>
        </w:tc>
        <w:tc>
          <w:tcPr>
            <w:tcW w:type="dxa" w:w="701"/>
          </w:tcPr>
          <w:p>
            <w:pPr>
              <w:spacing w:after="0"/>
              <w:jc w:val="right"/>
            </w:pPr>
            <w:r>
              <w:rPr>
                <w:sz w:val="16"/>
              </w:rPr>
              <w:t>46.1</w:t>
            </w:r>
          </w:p>
        </w:tc>
        <w:tc>
          <w:tcPr>
            <w:tcW w:type="dxa" w:w="668"/>
          </w:tcPr>
          <w:p>
            <w:pPr>
              <w:spacing w:after="0"/>
              <w:jc w:val="right"/>
            </w:pPr>
            <w:r>
              <w:rPr>
                <w:sz w:val="16"/>
              </w:rPr>
              <w:t>79.2</w:t>
            </w:r>
          </w:p>
        </w:tc>
        <w:tc>
          <w:tcPr>
            <w:tcW w:type="dxa" w:w="2909"/>
          </w:tcPr>
          <w:p>
            <w:pPr>
              <w:spacing w:after="0"/>
              <w:jc w:val="left"/>
            </w:pPr>
            <w:r>
              <w:rPr>
                <w:sz w:val="16"/>
              </w:rPr>
              <w:t>Relatively Moderate 1, Relatively Low 1,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26.5</w:t>
            </w:r>
          </w:p>
        </w:tc>
        <w:tc>
          <w:tcPr>
            <w:tcW w:type="dxa" w:w="701"/>
          </w:tcPr>
          <w:p>
            <w:pPr>
              <w:spacing w:after="0"/>
              <w:jc w:val="right"/>
            </w:pPr>
            <w:r>
              <w:rPr>
                <w:sz w:val="16"/>
              </w:rPr>
              <w:t>68.5</w:t>
            </w:r>
          </w:p>
        </w:tc>
        <w:tc>
          <w:tcPr>
            <w:tcW w:type="dxa" w:w="668"/>
          </w:tcPr>
          <w:p>
            <w:pPr>
              <w:spacing w:after="0"/>
              <w:jc w:val="right"/>
            </w:pPr>
            <w:r>
              <w:rPr>
                <w:sz w:val="16"/>
              </w:rPr>
              <w:t>77.9</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80.7</w:t>
            </w:r>
          </w:p>
        </w:tc>
        <w:tc>
          <w:tcPr>
            <w:tcW w:type="dxa" w:w="701"/>
          </w:tcPr>
          <w:p>
            <w:pPr>
              <w:spacing w:after="0"/>
              <w:jc w:val="right"/>
            </w:pPr>
            <w:r>
              <w:rPr>
                <w:sz w:val="16"/>
              </w:rPr>
              <w:t>93.5</w:t>
            </w:r>
          </w:p>
        </w:tc>
        <w:tc>
          <w:tcPr>
            <w:tcW w:type="dxa" w:w="668"/>
          </w:tcPr>
          <w:p>
            <w:pPr>
              <w:spacing w:after="0"/>
              <w:jc w:val="right"/>
            </w:pPr>
            <w:r>
              <w:rPr>
                <w:sz w:val="16"/>
              </w:rPr>
              <w:t>94.5</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34.3</w:t>
            </w:r>
          </w:p>
        </w:tc>
        <w:tc>
          <w:tcPr>
            <w:tcW w:type="dxa" w:w="701"/>
          </w:tcPr>
          <w:p>
            <w:pPr>
              <w:spacing w:after="0"/>
              <w:jc w:val="right"/>
            </w:pPr>
            <w:r>
              <w:rPr>
                <w:sz w:val="16"/>
              </w:rPr>
              <w:t>50.6</w:t>
            </w:r>
          </w:p>
        </w:tc>
        <w:tc>
          <w:tcPr>
            <w:tcW w:type="dxa" w:w="668"/>
          </w:tcPr>
          <w:p>
            <w:pPr>
              <w:spacing w:after="0"/>
              <w:jc w:val="right"/>
            </w:pPr>
            <w:r>
              <w:rPr>
                <w:sz w:val="16"/>
              </w:rPr>
              <w:t>76.0</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21.5</w:t>
            </w:r>
          </w:p>
        </w:tc>
        <w:tc>
          <w:tcPr>
            <w:tcW w:type="dxa" w:w="701"/>
          </w:tcPr>
          <w:p>
            <w:pPr>
              <w:spacing w:after="0"/>
              <w:jc w:val="right"/>
            </w:pPr>
            <w:r>
              <w:rPr>
                <w:sz w:val="16"/>
              </w:rPr>
              <w:t>33.0</w:t>
            </w:r>
          </w:p>
        </w:tc>
        <w:tc>
          <w:tcPr>
            <w:tcW w:type="dxa" w:w="668"/>
          </w:tcPr>
          <w:p>
            <w:pPr>
              <w:spacing w:after="0"/>
              <w:jc w:val="right"/>
            </w:pPr>
            <w:r>
              <w:rPr>
                <w:sz w:val="16"/>
              </w:rPr>
              <w:t>64.1</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6.6</w:t>
            </w:r>
          </w:p>
        </w:tc>
        <w:tc>
          <w:tcPr>
            <w:tcW w:type="dxa" w:w="701"/>
          </w:tcPr>
          <w:p>
            <w:pPr>
              <w:spacing w:after="0"/>
              <w:jc w:val="right"/>
            </w:pPr>
            <w:r>
              <w:rPr>
                <w:sz w:val="16"/>
              </w:rPr>
              <w:t>12.7</w:t>
            </w:r>
          </w:p>
        </w:tc>
        <w:tc>
          <w:tcPr>
            <w:tcW w:type="dxa" w:w="668"/>
          </w:tcPr>
          <w:p>
            <w:pPr>
              <w:spacing w:after="0"/>
              <w:jc w:val="right"/>
            </w:pPr>
            <w:r>
              <w:rPr>
                <w:sz w:val="16"/>
              </w:rPr>
              <w:t>28.4</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47.9</w:t>
            </w:r>
          </w:p>
        </w:tc>
        <w:tc>
          <w:tcPr>
            <w:tcW w:type="dxa" w:w="701"/>
          </w:tcPr>
          <w:p>
            <w:pPr>
              <w:spacing w:after="0"/>
              <w:jc w:val="right"/>
            </w:pPr>
            <w:r>
              <w:rPr>
                <w:sz w:val="16"/>
              </w:rPr>
              <w:t>59.5</w:t>
            </w:r>
          </w:p>
        </w:tc>
        <w:tc>
          <w:tcPr>
            <w:tcW w:type="dxa" w:w="668"/>
          </w:tcPr>
          <w:p>
            <w:pPr>
              <w:spacing w:after="0"/>
              <w:jc w:val="right"/>
            </w:pPr>
            <w:r>
              <w:rPr>
                <w:sz w:val="16"/>
              </w:rPr>
              <w:t>66.3</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81.0</w:t>
            </w:r>
          </w:p>
        </w:tc>
        <w:tc>
          <w:tcPr>
            <w:tcW w:type="dxa" w:w="701"/>
          </w:tcPr>
          <w:p>
            <w:pPr>
              <w:spacing w:after="0"/>
              <w:jc w:val="right"/>
            </w:pPr>
            <w:r>
              <w:rPr>
                <w:sz w:val="16"/>
              </w:rPr>
              <w:t>91.4</w:t>
            </w:r>
          </w:p>
        </w:tc>
        <w:tc>
          <w:tcPr>
            <w:tcW w:type="dxa" w:w="668"/>
          </w:tcPr>
          <w:p>
            <w:pPr>
              <w:spacing w:after="0"/>
              <w:jc w:val="right"/>
            </w:pPr>
            <w:r>
              <w:rPr>
                <w:sz w:val="16"/>
              </w:rPr>
              <w:t>97.2</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3"/>
        <w:gridCol w:w="852"/>
        <w:gridCol w:w="3477"/>
        <w:gridCol w:w="2773"/>
        <w:gridCol w:w="1951"/>
        <w:gridCol w:w="2373"/>
        <w:gridCol w:w="852"/>
      </w:tblGrid>
      <w:tr>
        <w:trPr>
          <w:cantSplit/>
          <w:tblHeader/>
        </w:trPr>
        <w:tc>
          <w:tcPr>
            <w:tcW w:type="dxa" w:w="1833"/>
            <w:shd w:val="clear" w:color="auto" w:fill="E8E8E8"/>
          </w:tcPr>
          <w:p>
            <w:pPr>
              <w:spacing w:after="0"/>
              <w:jc w:val="left"/>
            </w:pPr>
            <w:r>
              <w:rPr>
                <w:b/>
                <w:sz w:val="16"/>
              </w:rPr>
              <w:t>Member</w:t>
            </w:r>
          </w:p>
        </w:tc>
        <w:tc>
          <w:tcPr>
            <w:tcW w:type="dxa" w:w="852"/>
            <w:shd w:val="clear" w:color="auto" w:fill="E8E8E8"/>
          </w:tcPr>
          <w:p>
            <w:pPr>
              <w:spacing w:after="0"/>
              <w:jc w:val="left"/>
            </w:pPr>
            <w:r>
              <w:rPr>
                <w:b/>
                <w:sz w:val="16"/>
              </w:rPr>
              <w:t>Type</w:t>
            </w:r>
          </w:p>
        </w:tc>
        <w:tc>
          <w:tcPr>
            <w:tcW w:type="dxa" w:w="3477"/>
            <w:shd w:val="clear" w:color="auto" w:fill="E8E8E8"/>
          </w:tcPr>
          <w:p>
            <w:pPr>
              <w:spacing w:after="0"/>
              <w:jc w:val="left"/>
            </w:pPr>
            <w:r>
              <w:rPr>
                <w:b/>
                <w:sz w:val="16"/>
              </w:rPr>
              <w:t>Plan status</w:t>
            </w:r>
          </w:p>
        </w:tc>
        <w:tc>
          <w:tcPr>
            <w:tcW w:type="dxa" w:w="27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2"/>
            <w:shd w:val="clear" w:color="auto" w:fill="E8E8E8"/>
          </w:tcPr>
          <w:p>
            <w:pPr>
              <w:spacing w:after="0"/>
              <w:jc w:val="left"/>
            </w:pPr>
            <w:r>
              <w:rPr>
                <w:b/>
                <w:sz w:val="16"/>
              </w:rPr>
              <w:t>Notes</w:t>
            </w:r>
          </w:p>
        </w:tc>
      </w:tr>
      <w:tr>
        <w:trPr>
          <w:cantSplit/>
        </w:trPr>
        <w:tc>
          <w:tcPr>
            <w:tcW w:type="dxa" w:w="1833"/>
          </w:tcPr>
          <w:p>
            <w:pPr>
              <w:spacing w:after="0"/>
              <w:jc w:val="left"/>
            </w:pPr>
            <w:r>
              <w:rPr>
                <w:sz w:val="16"/>
              </w:rPr>
              <w:t>Averill town</w:t>
            </w:r>
          </w:p>
        </w:tc>
        <w:tc>
          <w:tcPr>
            <w:tcW w:type="dxa" w:w="852"/>
          </w:tcPr>
          <w:p>
            <w:pPr>
              <w:spacing w:after="0"/>
              <w:jc w:val="left"/>
            </w:pPr>
            <w:r>
              <w:rPr>
                <w:sz w:val="16"/>
              </w:rPr>
              <w:t>Town</w:t>
            </w:r>
          </w:p>
        </w:tc>
        <w:tc>
          <w:tcPr>
            <w:tcW w:type="dxa" w:w="3477"/>
          </w:tcPr>
          <w:p>
            <w:pPr>
              <w:spacing w:after="0"/>
              <w:jc w:val="left"/>
            </w:pPr>
            <w:r>
              <w:rPr>
                <w:sz w:val="16"/>
              </w:rPr>
              <w:t>Approved, expires 2027-05-16</w:t>
            </w:r>
          </w:p>
        </w:tc>
        <w:tc>
          <w:tcPr>
            <w:tcW w:type="dxa" w:w="2773"/>
          </w:tcPr>
          <w:p>
            <w:pPr>
              <w:spacing w:after="0"/>
              <w:jc w:val="right"/>
            </w:pPr>
            <w:r>
              <w:rPr>
                <w:sz w:val="16"/>
              </w:rPr>
              <w:t>FMA RL 0, SRL 0; any 0</w:t>
            </w:r>
          </w:p>
        </w:tc>
        <w:tc>
          <w:tcPr>
            <w:tcW w:type="dxa" w:w="1951"/>
          </w:tcPr>
          <w:p>
            <w:pPr>
              <w:spacing w:after="0"/>
              <w:jc w:val="right"/>
            </w:pPr>
            <w:r>
              <w:rPr>
                <w:sz w:val="16"/>
              </w:rPr>
              <w:t>none found</w:t>
            </w:r>
          </w:p>
        </w:tc>
        <w:tc>
          <w:tcPr>
            <w:tcW w:type="dxa" w:w="2373"/>
          </w:tcPr>
          <w:p>
            <w:pPr>
              <w:spacing w:after="0"/>
              <w:jc w:val="right"/>
            </w:pPr>
            <w:r>
              <w:rPr>
                <w:sz w:val="16"/>
              </w:rPr>
              <w:t>5; 2</w:t>
            </w:r>
          </w:p>
        </w:tc>
        <w:tc>
          <w:tcPr>
            <w:tcW w:type="dxa" w:w="852"/>
          </w:tcPr>
          <w:p>
            <w:pPr>
              <w:spacing w:after="0"/>
              <w:jc w:val="left"/>
            </w:pPr>
          </w:p>
        </w:tc>
      </w:tr>
      <w:tr>
        <w:trPr>
          <w:cantSplit/>
        </w:trPr>
        <w:tc>
          <w:tcPr>
            <w:tcW w:type="dxa" w:w="1833"/>
          </w:tcPr>
          <w:p>
            <w:pPr>
              <w:spacing w:after="0"/>
              <w:jc w:val="left"/>
            </w:pPr>
            <w:r>
              <w:rPr>
                <w:sz w:val="16"/>
              </w:rPr>
              <w:t>Avery's gore</w:t>
            </w:r>
          </w:p>
        </w:tc>
        <w:tc>
          <w:tcPr>
            <w:tcW w:type="dxa" w:w="852"/>
          </w:tcPr>
          <w:p>
            <w:pPr>
              <w:spacing w:after="0"/>
              <w:jc w:val="left"/>
            </w:pPr>
            <w:r>
              <w:rPr>
                <w:sz w:val="16"/>
              </w:rPr>
              <w:t>Gore</w:t>
            </w:r>
          </w:p>
        </w:tc>
        <w:tc>
          <w:tcPr>
            <w:tcW w:type="dxa" w:w="3477"/>
          </w:tcPr>
          <w:p>
            <w:pPr>
              <w:spacing w:after="0"/>
              <w:jc w:val="left"/>
            </w:pPr>
            <w:r>
              <w:rPr>
                <w:sz w:val="16"/>
              </w:rPr>
              <w:t>Approved, expires 2027-05-16</w:t>
            </w:r>
          </w:p>
        </w:tc>
        <w:tc>
          <w:tcPr>
            <w:tcW w:type="dxa" w:w="2773"/>
          </w:tcPr>
          <w:p>
            <w:pPr>
              <w:spacing w:after="0"/>
              <w:jc w:val="right"/>
            </w:pPr>
            <w:r>
              <w:rPr>
                <w:sz w:val="16"/>
              </w:rPr>
              <w:t>FMA RL 0, SRL 0; any 0</w:t>
            </w:r>
          </w:p>
        </w:tc>
        <w:tc>
          <w:tcPr>
            <w:tcW w:type="dxa" w:w="1951"/>
          </w:tcPr>
          <w:p>
            <w:pPr>
              <w:spacing w:after="0"/>
              <w:jc w:val="right"/>
            </w:pPr>
            <w:r>
              <w:rPr>
                <w:sz w:val="16"/>
              </w:rPr>
              <w:t>none found</w:t>
            </w:r>
          </w:p>
        </w:tc>
        <w:tc>
          <w:tcPr>
            <w:tcW w:type="dxa" w:w="2373"/>
          </w:tcPr>
          <w:p>
            <w:pPr>
              <w:spacing w:after="0"/>
              <w:jc w:val="right"/>
            </w:pPr>
            <w:r>
              <w:rPr>
                <w:sz w:val="16"/>
              </w:rPr>
              <w:t>0; 0</w:t>
            </w:r>
          </w:p>
        </w:tc>
        <w:tc>
          <w:tcPr>
            <w:tcW w:type="dxa" w:w="852"/>
          </w:tcPr>
          <w:p>
            <w:pPr>
              <w:spacing w:after="0"/>
              <w:jc w:val="left"/>
            </w:pPr>
          </w:p>
        </w:tc>
      </w:tr>
      <w:tr>
        <w:trPr>
          <w:cantSplit/>
        </w:trPr>
        <w:tc>
          <w:tcPr>
            <w:tcW w:type="dxa" w:w="1833"/>
          </w:tcPr>
          <w:p>
            <w:pPr>
              <w:spacing w:after="0"/>
              <w:jc w:val="left"/>
            </w:pPr>
            <w:r>
              <w:rPr>
                <w:sz w:val="16"/>
              </w:rPr>
              <w:t>Bloomfield town</w:t>
            </w:r>
          </w:p>
        </w:tc>
        <w:tc>
          <w:tcPr>
            <w:tcW w:type="dxa" w:w="852"/>
          </w:tcPr>
          <w:p>
            <w:pPr>
              <w:spacing w:after="0"/>
              <w:jc w:val="left"/>
            </w:pPr>
            <w:r>
              <w:rPr>
                <w:sz w:val="16"/>
              </w:rPr>
              <w:t>Town</w:t>
            </w:r>
          </w:p>
        </w:tc>
        <w:tc>
          <w:tcPr>
            <w:tcW w:type="dxa" w:w="3477"/>
          </w:tcPr>
          <w:p>
            <w:pPr>
              <w:spacing w:after="0"/>
              <w:jc w:val="left"/>
            </w:pPr>
            <w:r>
              <w:rPr>
                <w:sz w:val="16"/>
              </w:rPr>
              <w:t>Expired on 2010-05-27</w:t>
            </w:r>
          </w:p>
        </w:tc>
        <w:tc>
          <w:tcPr>
            <w:tcW w:type="dxa" w:w="2773"/>
          </w:tcPr>
          <w:p>
            <w:pPr>
              <w:spacing w:after="0"/>
              <w:jc w:val="right"/>
            </w:pPr>
            <w:r>
              <w:rPr>
                <w:sz w:val="16"/>
              </w:rPr>
              <w:t>FMA RL 0, SRL 0; any 0</w:t>
            </w:r>
          </w:p>
        </w:tc>
        <w:tc>
          <w:tcPr>
            <w:tcW w:type="dxa" w:w="1951"/>
          </w:tcPr>
          <w:p>
            <w:pPr>
              <w:spacing w:after="0"/>
              <w:jc w:val="right"/>
            </w:pPr>
            <w:r>
              <w:rPr>
                <w:sz w:val="16"/>
              </w:rPr>
              <w:t>$40,860.88</w:t>
            </w:r>
          </w:p>
        </w:tc>
        <w:tc>
          <w:tcPr>
            <w:tcW w:type="dxa" w:w="2373"/>
          </w:tcPr>
          <w:p>
            <w:pPr>
              <w:spacing w:after="0"/>
              <w:jc w:val="right"/>
            </w:pPr>
            <w:r>
              <w:rPr>
                <w:sz w:val="16"/>
              </w:rPr>
              <w:t>9; 6</w:t>
            </w:r>
          </w:p>
        </w:tc>
        <w:tc>
          <w:tcPr>
            <w:tcW w:type="dxa" w:w="852"/>
          </w:tcPr>
          <w:p>
            <w:pPr>
              <w:spacing w:after="0"/>
              <w:jc w:val="left"/>
            </w:pPr>
          </w:p>
        </w:tc>
      </w:tr>
      <w:tr>
        <w:trPr>
          <w:cantSplit/>
        </w:trPr>
        <w:tc>
          <w:tcPr>
            <w:tcW w:type="dxa" w:w="1833"/>
          </w:tcPr>
          <w:p>
            <w:pPr>
              <w:spacing w:after="0"/>
              <w:jc w:val="left"/>
            </w:pPr>
            <w:r>
              <w:rPr>
                <w:sz w:val="16"/>
              </w:rPr>
              <w:t>Brighton town</w:t>
            </w:r>
          </w:p>
        </w:tc>
        <w:tc>
          <w:tcPr>
            <w:tcW w:type="dxa" w:w="852"/>
          </w:tcPr>
          <w:p>
            <w:pPr>
              <w:spacing w:after="0"/>
              <w:jc w:val="left"/>
            </w:pPr>
            <w:r>
              <w:rPr>
                <w:sz w:val="16"/>
              </w:rPr>
              <w:t>Town</w:t>
            </w:r>
          </w:p>
        </w:tc>
        <w:tc>
          <w:tcPr>
            <w:tcW w:type="dxa" w:w="3477"/>
          </w:tcPr>
          <w:p>
            <w:pPr>
              <w:spacing w:after="0"/>
              <w:jc w:val="left"/>
            </w:pPr>
            <w:r>
              <w:rPr>
                <w:sz w:val="16"/>
              </w:rPr>
              <w:t>Approved, expires 2030-04-15</w:t>
            </w:r>
          </w:p>
        </w:tc>
        <w:tc>
          <w:tcPr>
            <w:tcW w:type="dxa" w:w="2773"/>
          </w:tcPr>
          <w:p>
            <w:pPr>
              <w:spacing w:after="0"/>
              <w:jc w:val="right"/>
            </w:pPr>
            <w:r>
              <w:rPr>
                <w:sz w:val="16"/>
              </w:rPr>
              <w:t>FMA RL 0, SRL 0; any 0</w:t>
            </w:r>
          </w:p>
        </w:tc>
        <w:tc>
          <w:tcPr>
            <w:tcW w:type="dxa" w:w="1951"/>
          </w:tcPr>
          <w:p>
            <w:pPr>
              <w:spacing w:after="0"/>
              <w:jc w:val="right"/>
            </w:pPr>
            <w:r>
              <w:rPr>
                <w:sz w:val="16"/>
              </w:rPr>
              <w:t>$579,207.03</w:t>
            </w:r>
          </w:p>
        </w:tc>
        <w:tc>
          <w:tcPr>
            <w:tcW w:type="dxa" w:w="2373"/>
          </w:tcPr>
          <w:p>
            <w:pPr>
              <w:spacing w:after="0"/>
              <w:jc w:val="right"/>
            </w:pPr>
            <w:r>
              <w:rPr>
                <w:sz w:val="16"/>
              </w:rPr>
              <w:t>4; 0</w:t>
            </w:r>
          </w:p>
        </w:tc>
        <w:tc>
          <w:tcPr>
            <w:tcW w:type="dxa" w:w="852"/>
          </w:tcPr>
          <w:p>
            <w:pPr>
              <w:spacing w:after="0"/>
              <w:jc w:val="left"/>
            </w:pPr>
          </w:p>
        </w:tc>
      </w:tr>
      <w:tr>
        <w:trPr>
          <w:cantSplit/>
        </w:trPr>
        <w:tc>
          <w:tcPr>
            <w:tcW w:type="dxa" w:w="1833"/>
          </w:tcPr>
          <w:p>
            <w:pPr>
              <w:spacing w:after="0"/>
              <w:jc w:val="left"/>
            </w:pPr>
            <w:r>
              <w:rPr>
                <w:sz w:val="16"/>
              </w:rPr>
              <w:t>Brunswick town</w:t>
            </w:r>
          </w:p>
        </w:tc>
        <w:tc>
          <w:tcPr>
            <w:tcW w:type="dxa" w:w="852"/>
          </w:tcPr>
          <w:p>
            <w:pPr>
              <w:spacing w:after="0"/>
              <w:jc w:val="left"/>
            </w:pPr>
            <w:r>
              <w:rPr>
                <w:sz w:val="16"/>
              </w:rPr>
              <w:t>Town</w:t>
            </w:r>
          </w:p>
        </w:tc>
        <w:tc>
          <w:tcPr>
            <w:tcW w:type="dxa" w:w="3477"/>
          </w:tcPr>
          <w:p>
            <w:pPr>
              <w:spacing w:after="0"/>
              <w:jc w:val="left"/>
            </w:pPr>
            <w:r>
              <w:rPr>
                <w:sz w:val="16"/>
              </w:rPr>
              <w:t>Expired on 2010-05-27</w:t>
            </w:r>
          </w:p>
        </w:tc>
        <w:tc>
          <w:tcPr>
            <w:tcW w:type="dxa" w:w="2773"/>
          </w:tcPr>
          <w:p>
            <w:pPr>
              <w:spacing w:after="0"/>
              <w:jc w:val="right"/>
            </w:pPr>
            <w:r>
              <w:rPr>
                <w:sz w:val="16"/>
              </w:rPr>
              <w:t>FMA RL 0, SRL 0; any 0</w:t>
            </w:r>
          </w:p>
        </w:tc>
        <w:tc>
          <w:tcPr>
            <w:tcW w:type="dxa" w:w="1951"/>
          </w:tcPr>
          <w:p>
            <w:pPr>
              <w:spacing w:after="0"/>
              <w:jc w:val="right"/>
            </w:pPr>
            <w:r>
              <w:rPr>
                <w:sz w:val="16"/>
              </w:rPr>
              <w:t>none found</w:t>
            </w:r>
          </w:p>
        </w:tc>
        <w:tc>
          <w:tcPr>
            <w:tcW w:type="dxa" w:w="2373"/>
          </w:tcPr>
          <w:p>
            <w:pPr>
              <w:spacing w:after="0"/>
              <w:jc w:val="right"/>
            </w:pPr>
            <w:r>
              <w:rPr>
                <w:sz w:val="16"/>
              </w:rPr>
              <w:t>1; 1</w:t>
            </w:r>
          </w:p>
        </w:tc>
        <w:tc>
          <w:tcPr>
            <w:tcW w:type="dxa" w:w="852"/>
          </w:tcPr>
          <w:p>
            <w:pPr>
              <w:spacing w:after="0"/>
              <w:jc w:val="left"/>
            </w:pPr>
          </w:p>
        </w:tc>
      </w:tr>
      <w:tr>
        <w:trPr>
          <w:cantSplit/>
        </w:trPr>
        <w:tc>
          <w:tcPr>
            <w:tcW w:type="dxa" w:w="1833"/>
          </w:tcPr>
          <w:p>
            <w:pPr>
              <w:spacing w:after="0"/>
              <w:jc w:val="left"/>
            </w:pPr>
            <w:r>
              <w:rPr>
                <w:sz w:val="16"/>
              </w:rPr>
              <w:t>Canaan town</w:t>
            </w:r>
          </w:p>
        </w:tc>
        <w:tc>
          <w:tcPr>
            <w:tcW w:type="dxa" w:w="852"/>
          </w:tcPr>
          <w:p>
            <w:pPr>
              <w:spacing w:after="0"/>
              <w:jc w:val="left"/>
            </w:pPr>
            <w:r>
              <w:rPr>
                <w:sz w:val="16"/>
              </w:rPr>
              <w:t>Town</w:t>
            </w:r>
          </w:p>
        </w:tc>
        <w:tc>
          <w:tcPr>
            <w:tcW w:type="dxa" w:w="3477"/>
          </w:tcPr>
          <w:p>
            <w:pPr>
              <w:spacing w:after="0"/>
              <w:jc w:val="left"/>
            </w:pPr>
            <w:r>
              <w:rPr>
                <w:sz w:val="16"/>
              </w:rPr>
              <w:t>Approved, expires 2029-06-26</w:t>
            </w:r>
          </w:p>
        </w:tc>
        <w:tc>
          <w:tcPr>
            <w:tcW w:type="dxa" w:w="2773"/>
          </w:tcPr>
          <w:p>
            <w:pPr>
              <w:spacing w:after="0"/>
              <w:jc w:val="right"/>
            </w:pPr>
            <w:r>
              <w:rPr>
                <w:sz w:val="16"/>
              </w:rPr>
              <w:t>FMA RL 0, SRL 0; any 0</w:t>
            </w:r>
          </w:p>
        </w:tc>
        <w:tc>
          <w:tcPr>
            <w:tcW w:type="dxa" w:w="1951"/>
          </w:tcPr>
          <w:p>
            <w:pPr>
              <w:spacing w:after="0"/>
              <w:jc w:val="right"/>
            </w:pPr>
            <w:r>
              <w:rPr>
                <w:sz w:val="16"/>
              </w:rPr>
              <w:t>$139,875.76</w:t>
            </w:r>
          </w:p>
        </w:tc>
        <w:tc>
          <w:tcPr>
            <w:tcW w:type="dxa" w:w="2373"/>
          </w:tcPr>
          <w:p>
            <w:pPr>
              <w:spacing w:after="0"/>
              <w:jc w:val="right"/>
            </w:pPr>
            <w:r>
              <w:rPr>
                <w:sz w:val="16"/>
              </w:rPr>
              <w:t>16; 1</w:t>
            </w:r>
          </w:p>
        </w:tc>
        <w:tc>
          <w:tcPr>
            <w:tcW w:type="dxa" w:w="852"/>
          </w:tcPr>
          <w:p>
            <w:pPr>
              <w:spacing w:after="0"/>
              <w:jc w:val="left"/>
            </w:pPr>
          </w:p>
        </w:tc>
      </w:tr>
      <w:tr>
        <w:trPr>
          <w:cantSplit/>
        </w:trPr>
        <w:tc>
          <w:tcPr>
            <w:tcW w:type="dxa" w:w="1833"/>
          </w:tcPr>
          <w:p>
            <w:pPr>
              <w:spacing w:after="0"/>
              <w:jc w:val="left"/>
            </w:pPr>
            <w:r>
              <w:rPr>
                <w:sz w:val="16"/>
              </w:rPr>
              <w:t>Concord town</w:t>
            </w:r>
          </w:p>
        </w:tc>
        <w:tc>
          <w:tcPr>
            <w:tcW w:type="dxa" w:w="852"/>
          </w:tcPr>
          <w:p>
            <w:pPr>
              <w:spacing w:after="0"/>
              <w:jc w:val="left"/>
            </w:pPr>
            <w:r>
              <w:rPr>
                <w:sz w:val="16"/>
              </w:rPr>
              <w:t>Town</w:t>
            </w:r>
          </w:p>
        </w:tc>
        <w:tc>
          <w:tcPr>
            <w:tcW w:type="dxa" w:w="3477"/>
          </w:tcPr>
          <w:p>
            <w:pPr>
              <w:spacing w:after="0"/>
              <w:jc w:val="left"/>
            </w:pPr>
            <w:r>
              <w:rPr>
                <w:sz w:val="16"/>
              </w:rPr>
              <w:t>Approved, expires 2030-01-15</w:t>
            </w:r>
          </w:p>
        </w:tc>
        <w:tc>
          <w:tcPr>
            <w:tcW w:type="dxa" w:w="2773"/>
          </w:tcPr>
          <w:p>
            <w:pPr>
              <w:spacing w:after="0"/>
              <w:jc w:val="right"/>
            </w:pPr>
            <w:r>
              <w:rPr>
                <w:sz w:val="16"/>
              </w:rPr>
              <w:t>FMA RL 0, SRL 0; any 0</w:t>
            </w:r>
          </w:p>
        </w:tc>
        <w:tc>
          <w:tcPr>
            <w:tcW w:type="dxa" w:w="1951"/>
          </w:tcPr>
          <w:p>
            <w:pPr>
              <w:spacing w:after="0"/>
              <w:jc w:val="right"/>
            </w:pPr>
            <w:r>
              <w:rPr>
                <w:sz w:val="16"/>
              </w:rPr>
              <w:t>$784,809.56</w:t>
            </w:r>
          </w:p>
        </w:tc>
        <w:tc>
          <w:tcPr>
            <w:tcW w:type="dxa" w:w="2373"/>
          </w:tcPr>
          <w:p>
            <w:pPr>
              <w:spacing w:after="0"/>
              <w:jc w:val="right"/>
            </w:pPr>
            <w:r>
              <w:rPr>
                <w:sz w:val="16"/>
              </w:rPr>
              <w:t>13; 0</w:t>
            </w:r>
          </w:p>
        </w:tc>
        <w:tc>
          <w:tcPr>
            <w:tcW w:type="dxa" w:w="852"/>
          </w:tcPr>
          <w:p>
            <w:pPr>
              <w:spacing w:after="0"/>
              <w:jc w:val="left"/>
            </w:pPr>
          </w:p>
        </w:tc>
      </w:tr>
      <w:tr>
        <w:trPr>
          <w:cantSplit/>
        </w:trPr>
        <w:tc>
          <w:tcPr>
            <w:tcW w:type="dxa" w:w="1833"/>
          </w:tcPr>
          <w:p>
            <w:pPr>
              <w:spacing w:after="0"/>
              <w:jc w:val="left"/>
            </w:pPr>
            <w:r>
              <w:rPr>
                <w:sz w:val="16"/>
              </w:rPr>
              <w:t>Ferdinand town</w:t>
            </w:r>
          </w:p>
        </w:tc>
        <w:tc>
          <w:tcPr>
            <w:tcW w:type="dxa" w:w="852"/>
          </w:tcPr>
          <w:p>
            <w:pPr>
              <w:spacing w:after="0"/>
              <w:jc w:val="left"/>
            </w:pPr>
            <w:r>
              <w:rPr>
                <w:sz w:val="16"/>
              </w:rPr>
              <w:t>Town</w:t>
            </w:r>
          </w:p>
        </w:tc>
        <w:tc>
          <w:tcPr>
            <w:tcW w:type="dxa" w:w="3477"/>
          </w:tcPr>
          <w:p>
            <w:pPr>
              <w:spacing w:after="0"/>
              <w:jc w:val="left"/>
            </w:pPr>
            <w:r>
              <w:rPr>
                <w:sz w:val="16"/>
              </w:rPr>
              <w:t>Approved, expires 2027-05-16</w:t>
            </w:r>
          </w:p>
        </w:tc>
        <w:tc>
          <w:tcPr>
            <w:tcW w:type="dxa" w:w="2773"/>
          </w:tcPr>
          <w:p>
            <w:pPr>
              <w:spacing w:after="0"/>
              <w:jc w:val="right"/>
            </w:pPr>
            <w:r>
              <w:rPr>
                <w:sz w:val="16"/>
              </w:rPr>
              <w:t>FMA RL 0, SRL 0; any 0</w:t>
            </w:r>
          </w:p>
        </w:tc>
        <w:tc>
          <w:tcPr>
            <w:tcW w:type="dxa" w:w="1951"/>
          </w:tcPr>
          <w:p>
            <w:pPr>
              <w:spacing w:after="0"/>
              <w:jc w:val="right"/>
            </w:pPr>
            <w:r>
              <w:rPr>
                <w:sz w:val="16"/>
              </w:rPr>
              <w:t>none found</w:t>
            </w:r>
          </w:p>
        </w:tc>
        <w:tc>
          <w:tcPr>
            <w:tcW w:type="dxa" w:w="2373"/>
          </w:tcPr>
          <w:p>
            <w:pPr>
              <w:spacing w:after="0"/>
              <w:jc w:val="right"/>
            </w:pPr>
            <w:r>
              <w:rPr>
                <w:sz w:val="16"/>
              </w:rPr>
              <w:t>0; 0</w:t>
            </w:r>
          </w:p>
        </w:tc>
        <w:tc>
          <w:tcPr>
            <w:tcW w:type="dxa" w:w="852"/>
          </w:tcPr>
          <w:p>
            <w:pPr>
              <w:spacing w:after="0"/>
              <w:jc w:val="left"/>
            </w:pPr>
          </w:p>
        </w:tc>
      </w:tr>
      <w:tr>
        <w:trPr>
          <w:cantSplit/>
        </w:trPr>
        <w:tc>
          <w:tcPr>
            <w:tcW w:type="dxa" w:w="1833"/>
          </w:tcPr>
          <w:p>
            <w:pPr>
              <w:spacing w:after="0"/>
              <w:jc w:val="left"/>
            </w:pPr>
            <w:r>
              <w:rPr>
                <w:sz w:val="16"/>
              </w:rPr>
              <w:t>Granby town</w:t>
            </w:r>
          </w:p>
        </w:tc>
        <w:tc>
          <w:tcPr>
            <w:tcW w:type="dxa" w:w="852"/>
          </w:tcPr>
          <w:p>
            <w:pPr>
              <w:spacing w:after="0"/>
              <w:jc w:val="left"/>
            </w:pPr>
            <w:r>
              <w:rPr>
                <w:sz w:val="16"/>
              </w:rPr>
              <w:t>Town</w:t>
            </w:r>
          </w:p>
        </w:tc>
        <w:tc>
          <w:tcPr>
            <w:tcW w:type="dxa" w:w="3477"/>
          </w:tcPr>
          <w:p>
            <w:pPr>
              <w:spacing w:after="0"/>
              <w:jc w:val="left"/>
            </w:pPr>
            <w:r>
              <w:rPr>
                <w:sz w:val="16"/>
              </w:rPr>
              <w:t>Expired on 2024-09-04</w:t>
            </w:r>
          </w:p>
        </w:tc>
        <w:tc>
          <w:tcPr>
            <w:tcW w:type="dxa" w:w="2773"/>
          </w:tcPr>
          <w:p>
            <w:pPr>
              <w:spacing w:after="0"/>
              <w:jc w:val="right"/>
            </w:pPr>
            <w:r>
              <w:rPr>
                <w:sz w:val="16"/>
              </w:rPr>
              <w:t>FMA RL 0, SRL 0; any 0</w:t>
            </w:r>
          </w:p>
        </w:tc>
        <w:tc>
          <w:tcPr>
            <w:tcW w:type="dxa" w:w="1951"/>
          </w:tcPr>
          <w:p>
            <w:pPr>
              <w:spacing w:after="0"/>
              <w:jc w:val="right"/>
            </w:pPr>
            <w:r>
              <w:rPr>
                <w:sz w:val="16"/>
              </w:rPr>
              <w:t>$216,993.03</w:t>
            </w:r>
          </w:p>
        </w:tc>
        <w:tc>
          <w:tcPr>
            <w:tcW w:type="dxa" w:w="2373"/>
          </w:tcPr>
          <w:p>
            <w:pPr>
              <w:spacing w:after="0"/>
              <w:jc w:val="right"/>
            </w:pPr>
            <w:r>
              <w:rPr>
                <w:sz w:val="16"/>
              </w:rPr>
              <w:t>3; 0</w:t>
            </w:r>
          </w:p>
        </w:tc>
        <w:tc>
          <w:tcPr>
            <w:tcW w:type="dxa" w:w="852"/>
          </w:tcPr>
          <w:p>
            <w:pPr>
              <w:spacing w:after="0"/>
              <w:jc w:val="left"/>
            </w:pPr>
          </w:p>
        </w:tc>
      </w:tr>
      <w:tr>
        <w:trPr>
          <w:cantSplit/>
        </w:trPr>
        <w:tc>
          <w:tcPr>
            <w:tcW w:type="dxa" w:w="1833"/>
          </w:tcPr>
          <w:p>
            <w:pPr>
              <w:spacing w:after="0"/>
              <w:jc w:val="left"/>
            </w:pPr>
            <w:r>
              <w:rPr>
                <w:sz w:val="16"/>
              </w:rPr>
              <w:t>Guildhall town</w:t>
            </w:r>
          </w:p>
        </w:tc>
        <w:tc>
          <w:tcPr>
            <w:tcW w:type="dxa" w:w="852"/>
          </w:tcPr>
          <w:p>
            <w:pPr>
              <w:spacing w:after="0"/>
              <w:jc w:val="left"/>
            </w:pPr>
            <w:r>
              <w:rPr>
                <w:sz w:val="16"/>
              </w:rPr>
              <w:t>Town</w:t>
            </w:r>
          </w:p>
        </w:tc>
        <w:tc>
          <w:tcPr>
            <w:tcW w:type="dxa" w:w="3477"/>
          </w:tcPr>
          <w:p>
            <w:pPr>
              <w:spacing w:after="0"/>
              <w:jc w:val="left"/>
            </w:pPr>
            <w:r>
              <w:rPr>
                <w:sz w:val="16"/>
              </w:rPr>
              <w:t>Expired on 2010-05-27</w:t>
            </w:r>
          </w:p>
        </w:tc>
        <w:tc>
          <w:tcPr>
            <w:tcW w:type="dxa" w:w="2773"/>
          </w:tcPr>
          <w:p>
            <w:pPr>
              <w:spacing w:after="0"/>
              <w:jc w:val="right"/>
            </w:pPr>
            <w:r>
              <w:rPr>
                <w:sz w:val="16"/>
              </w:rPr>
              <w:t>FMA RL 0, SRL 0; any 0</w:t>
            </w:r>
          </w:p>
        </w:tc>
        <w:tc>
          <w:tcPr>
            <w:tcW w:type="dxa" w:w="1951"/>
          </w:tcPr>
          <w:p>
            <w:pPr>
              <w:spacing w:after="0"/>
              <w:jc w:val="right"/>
            </w:pPr>
            <w:r>
              <w:rPr>
                <w:sz w:val="16"/>
              </w:rPr>
              <w:t>$368,218.34</w:t>
            </w:r>
          </w:p>
        </w:tc>
        <w:tc>
          <w:tcPr>
            <w:tcW w:type="dxa" w:w="2373"/>
          </w:tcPr>
          <w:p>
            <w:pPr>
              <w:spacing w:after="0"/>
              <w:jc w:val="right"/>
            </w:pPr>
            <w:r>
              <w:rPr>
                <w:sz w:val="16"/>
              </w:rPr>
              <w:t>4; 3</w:t>
            </w:r>
          </w:p>
        </w:tc>
        <w:tc>
          <w:tcPr>
            <w:tcW w:type="dxa" w:w="852"/>
          </w:tcPr>
          <w:p>
            <w:pPr>
              <w:spacing w:after="0"/>
              <w:jc w:val="left"/>
            </w:pPr>
          </w:p>
        </w:tc>
      </w:tr>
      <w:tr>
        <w:trPr>
          <w:cantSplit/>
        </w:trPr>
        <w:tc>
          <w:tcPr>
            <w:tcW w:type="dxa" w:w="1833"/>
          </w:tcPr>
          <w:p>
            <w:pPr>
              <w:spacing w:after="0"/>
              <w:jc w:val="left"/>
            </w:pPr>
            <w:r>
              <w:rPr>
                <w:sz w:val="16"/>
              </w:rPr>
              <w:t>Lewis town</w:t>
            </w:r>
          </w:p>
        </w:tc>
        <w:tc>
          <w:tcPr>
            <w:tcW w:type="dxa" w:w="852"/>
          </w:tcPr>
          <w:p>
            <w:pPr>
              <w:spacing w:after="0"/>
              <w:jc w:val="left"/>
            </w:pPr>
            <w:r>
              <w:rPr>
                <w:sz w:val="16"/>
              </w:rPr>
              <w:t>Town</w:t>
            </w:r>
          </w:p>
        </w:tc>
        <w:tc>
          <w:tcPr>
            <w:tcW w:type="dxa" w:w="3477"/>
          </w:tcPr>
          <w:p>
            <w:pPr>
              <w:spacing w:after="0"/>
              <w:jc w:val="left"/>
            </w:pPr>
            <w:r>
              <w:rPr>
                <w:sz w:val="16"/>
              </w:rPr>
              <w:t>Approved, expires 2027-05-16</w:t>
            </w:r>
          </w:p>
        </w:tc>
        <w:tc>
          <w:tcPr>
            <w:tcW w:type="dxa" w:w="2773"/>
          </w:tcPr>
          <w:p>
            <w:pPr>
              <w:spacing w:after="0"/>
              <w:jc w:val="right"/>
            </w:pPr>
            <w:r>
              <w:rPr>
                <w:sz w:val="16"/>
              </w:rPr>
              <w:t>FMA RL 0, SRL 0; any 0</w:t>
            </w:r>
          </w:p>
        </w:tc>
        <w:tc>
          <w:tcPr>
            <w:tcW w:type="dxa" w:w="1951"/>
          </w:tcPr>
          <w:p>
            <w:pPr>
              <w:spacing w:after="0"/>
              <w:jc w:val="right"/>
            </w:pPr>
            <w:r>
              <w:rPr>
                <w:sz w:val="16"/>
              </w:rPr>
              <w:t>none found</w:t>
            </w:r>
          </w:p>
        </w:tc>
        <w:tc>
          <w:tcPr>
            <w:tcW w:type="dxa" w:w="2373"/>
          </w:tcPr>
          <w:p>
            <w:pPr>
              <w:spacing w:after="0"/>
              <w:jc w:val="right"/>
            </w:pPr>
            <w:r>
              <w:rPr>
                <w:sz w:val="16"/>
              </w:rPr>
              <w:t>0; 0</w:t>
            </w:r>
          </w:p>
        </w:tc>
        <w:tc>
          <w:tcPr>
            <w:tcW w:type="dxa" w:w="852"/>
          </w:tcPr>
          <w:p>
            <w:pPr>
              <w:spacing w:after="0"/>
              <w:jc w:val="left"/>
            </w:pPr>
          </w:p>
        </w:tc>
      </w:tr>
      <w:tr>
        <w:trPr>
          <w:cantSplit/>
        </w:trPr>
        <w:tc>
          <w:tcPr>
            <w:tcW w:type="dxa" w:w="1833"/>
          </w:tcPr>
          <w:p>
            <w:pPr>
              <w:spacing w:after="0"/>
              <w:jc w:val="left"/>
            </w:pPr>
            <w:r>
              <w:rPr>
                <w:sz w:val="16"/>
              </w:rPr>
              <w:t>Lunenburg town</w:t>
            </w:r>
          </w:p>
        </w:tc>
        <w:tc>
          <w:tcPr>
            <w:tcW w:type="dxa" w:w="852"/>
          </w:tcPr>
          <w:p>
            <w:pPr>
              <w:spacing w:after="0"/>
              <w:jc w:val="left"/>
            </w:pPr>
            <w:r>
              <w:rPr>
                <w:sz w:val="16"/>
              </w:rPr>
              <w:t>Town</w:t>
            </w:r>
          </w:p>
        </w:tc>
        <w:tc>
          <w:tcPr>
            <w:tcW w:type="dxa" w:w="3477"/>
          </w:tcPr>
          <w:p>
            <w:pPr>
              <w:spacing w:after="0"/>
              <w:jc w:val="left"/>
            </w:pPr>
            <w:r>
              <w:rPr>
                <w:sz w:val="16"/>
              </w:rPr>
              <w:t>Approved, expires 2030-09-25</w:t>
            </w:r>
          </w:p>
        </w:tc>
        <w:tc>
          <w:tcPr>
            <w:tcW w:type="dxa" w:w="2773"/>
          </w:tcPr>
          <w:p>
            <w:pPr>
              <w:spacing w:after="0"/>
              <w:jc w:val="right"/>
            </w:pPr>
            <w:r>
              <w:rPr>
                <w:sz w:val="16"/>
              </w:rPr>
              <w:t>FMA RL 0, SRL 0; any 0</w:t>
            </w:r>
          </w:p>
        </w:tc>
        <w:tc>
          <w:tcPr>
            <w:tcW w:type="dxa" w:w="1951"/>
          </w:tcPr>
          <w:p>
            <w:pPr>
              <w:spacing w:after="0"/>
              <w:jc w:val="right"/>
            </w:pPr>
            <w:r>
              <w:rPr>
                <w:sz w:val="16"/>
              </w:rPr>
              <w:t>$876,830.83</w:t>
            </w:r>
          </w:p>
        </w:tc>
        <w:tc>
          <w:tcPr>
            <w:tcW w:type="dxa" w:w="2373"/>
          </w:tcPr>
          <w:p>
            <w:pPr>
              <w:spacing w:after="0"/>
              <w:jc w:val="right"/>
            </w:pPr>
            <w:r>
              <w:rPr>
                <w:sz w:val="16"/>
              </w:rPr>
              <w:t>13; 0</w:t>
            </w:r>
          </w:p>
        </w:tc>
        <w:tc>
          <w:tcPr>
            <w:tcW w:type="dxa" w:w="852"/>
          </w:tcPr>
          <w:p>
            <w:pPr>
              <w:spacing w:after="0"/>
              <w:jc w:val="left"/>
            </w:pPr>
          </w:p>
        </w:tc>
      </w:tr>
      <w:tr>
        <w:trPr>
          <w:cantSplit/>
        </w:trPr>
        <w:tc>
          <w:tcPr>
            <w:tcW w:type="dxa" w:w="1833"/>
          </w:tcPr>
          <w:p>
            <w:pPr>
              <w:spacing w:after="0"/>
              <w:jc w:val="left"/>
            </w:pPr>
            <w:r>
              <w:rPr>
                <w:sz w:val="16"/>
              </w:rPr>
              <w:t>Maidstone town</w:t>
            </w:r>
          </w:p>
        </w:tc>
        <w:tc>
          <w:tcPr>
            <w:tcW w:type="dxa" w:w="852"/>
          </w:tcPr>
          <w:p>
            <w:pPr>
              <w:spacing w:after="0"/>
              <w:jc w:val="left"/>
            </w:pPr>
            <w:r>
              <w:rPr>
                <w:sz w:val="16"/>
              </w:rPr>
              <w:t>Town</w:t>
            </w:r>
          </w:p>
        </w:tc>
        <w:tc>
          <w:tcPr>
            <w:tcW w:type="dxa" w:w="3477"/>
          </w:tcPr>
          <w:p>
            <w:pPr>
              <w:spacing w:after="0"/>
              <w:jc w:val="left"/>
            </w:pPr>
            <w:r>
              <w:rPr>
                <w:sz w:val="16"/>
              </w:rPr>
              <w:t>Approved, expires 2028-10-16</w:t>
            </w:r>
          </w:p>
        </w:tc>
        <w:tc>
          <w:tcPr>
            <w:tcW w:type="dxa" w:w="2773"/>
          </w:tcPr>
          <w:p>
            <w:pPr>
              <w:spacing w:after="0"/>
              <w:jc w:val="right"/>
            </w:pPr>
            <w:r>
              <w:rPr>
                <w:sz w:val="16"/>
              </w:rPr>
              <w:t>FMA RL 0, SRL 0; any 0</w:t>
            </w:r>
          </w:p>
        </w:tc>
        <w:tc>
          <w:tcPr>
            <w:tcW w:type="dxa" w:w="1951"/>
          </w:tcPr>
          <w:p>
            <w:pPr>
              <w:spacing w:after="0"/>
              <w:jc w:val="right"/>
            </w:pPr>
            <w:r>
              <w:rPr>
                <w:sz w:val="16"/>
              </w:rPr>
              <w:t>$168,352.96</w:t>
            </w:r>
          </w:p>
        </w:tc>
        <w:tc>
          <w:tcPr>
            <w:tcW w:type="dxa" w:w="2373"/>
          </w:tcPr>
          <w:p>
            <w:pPr>
              <w:spacing w:after="0"/>
              <w:jc w:val="right"/>
            </w:pPr>
            <w:r>
              <w:rPr>
                <w:sz w:val="16"/>
              </w:rPr>
              <w:t>5; 0</w:t>
            </w:r>
          </w:p>
        </w:tc>
        <w:tc>
          <w:tcPr>
            <w:tcW w:type="dxa" w:w="852"/>
          </w:tcPr>
          <w:p>
            <w:pPr>
              <w:spacing w:after="0"/>
              <w:jc w:val="left"/>
            </w:pPr>
          </w:p>
        </w:tc>
      </w:tr>
      <w:tr>
        <w:trPr>
          <w:cantSplit/>
        </w:trPr>
        <w:tc>
          <w:tcPr>
            <w:tcW w:type="dxa" w:w="1833"/>
          </w:tcPr>
          <w:p>
            <w:pPr>
              <w:spacing w:after="0"/>
              <w:jc w:val="left"/>
            </w:pPr>
            <w:r>
              <w:rPr>
                <w:sz w:val="16"/>
              </w:rPr>
              <w:t>Norton town</w:t>
            </w:r>
          </w:p>
        </w:tc>
        <w:tc>
          <w:tcPr>
            <w:tcW w:type="dxa" w:w="852"/>
          </w:tcPr>
          <w:p>
            <w:pPr>
              <w:spacing w:after="0"/>
              <w:jc w:val="left"/>
            </w:pPr>
            <w:r>
              <w:rPr>
                <w:sz w:val="16"/>
              </w:rPr>
              <w:t>Town</w:t>
            </w:r>
          </w:p>
        </w:tc>
        <w:tc>
          <w:tcPr>
            <w:tcW w:type="dxa" w:w="3477"/>
          </w:tcPr>
          <w:p>
            <w:pPr>
              <w:spacing w:after="0"/>
              <w:jc w:val="left"/>
            </w:pPr>
            <w:r>
              <w:rPr>
                <w:sz w:val="16"/>
              </w:rPr>
              <w:t>Approved, expires 2028-03-12</w:t>
            </w:r>
          </w:p>
        </w:tc>
        <w:tc>
          <w:tcPr>
            <w:tcW w:type="dxa" w:w="2773"/>
          </w:tcPr>
          <w:p>
            <w:pPr>
              <w:spacing w:after="0"/>
              <w:jc w:val="right"/>
            </w:pPr>
            <w:r>
              <w:rPr>
                <w:sz w:val="16"/>
              </w:rPr>
              <w:t>FMA RL 0, SRL 0; any 0</w:t>
            </w:r>
          </w:p>
        </w:tc>
        <w:tc>
          <w:tcPr>
            <w:tcW w:type="dxa" w:w="1951"/>
          </w:tcPr>
          <w:p>
            <w:pPr>
              <w:spacing w:after="0"/>
              <w:jc w:val="right"/>
            </w:pPr>
            <w:r>
              <w:rPr>
                <w:sz w:val="16"/>
              </w:rPr>
              <w:t>$15,661.13</w:t>
            </w:r>
          </w:p>
        </w:tc>
        <w:tc>
          <w:tcPr>
            <w:tcW w:type="dxa" w:w="2373"/>
          </w:tcPr>
          <w:p>
            <w:pPr>
              <w:spacing w:after="0"/>
              <w:jc w:val="right"/>
            </w:pPr>
            <w:r>
              <w:rPr>
                <w:sz w:val="16"/>
              </w:rPr>
              <w:t>7; 0</w:t>
            </w:r>
          </w:p>
        </w:tc>
        <w:tc>
          <w:tcPr>
            <w:tcW w:type="dxa" w:w="852"/>
          </w:tcPr>
          <w:p>
            <w:pPr>
              <w:spacing w:after="0"/>
              <w:jc w:val="left"/>
            </w:pPr>
          </w:p>
        </w:tc>
      </w:tr>
      <w:tr>
        <w:trPr>
          <w:cantSplit/>
        </w:trPr>
        <w:tc>
          <w:tcPr>
            <w:tcW w:type="dxa" w:w="1833"/>
          </w:tcPr>
          <w:p>
            <w:pPr>
              <w:spacing w:after="0"/>
              <w:jc w:val="left"/>
            </w:pPr>
            <w:r>
              <w:rPr>
                <w:sz w:val="16"/>
              </w:rPr>
              <w:t>Warner's grant</w:t>
            </w:r>
          </w:p>
        </w:tc>
        <w:tc>
          <w:tcPr>
            <w:tcW w:type="dxa" w:w="852"/>
          </w:tcPr>
          <w:p>
            <w:pPr>
              <w:spacing w:after="0"/>
              <w:jc w:val="left"/>
            </w:pPr>
            <w:r>
              <w:rPr>
                <w:sz w:val="16"/>
              </w:rPr>
              <w:t>Gore</w:t>
            </w:r>
          </w:p>
        </w:tc>
        <w:tc>
          <w:tcPr>
            <w:tcW w:type="dxa" w:w="3477"/>
          </w:tcPr>
          <w:p>
            <w:pPr>
              <w:spacing w:after="0"/>
              <w:jc w:val="left"/>
            </w:pPr>
            <w:r>
              <w:rPr>
                <w:sz w:val="16"/>
              </w:rPr>
              <w:t>Approved, expires 2027-05-16</w:t>
            </w:r>
          </w:p>
        </w:tc>
        <w:tc>
          <w:tcPr>
            <w:tcW w:type="dxa" w:w="2773"/>
          </w:tcPr>
          <w:p>
            <w:pPr>
              <w:spacing w:after="0"/>
              <w:jc w:val="right"/>
            </w:pPr>
            <w:r>
              <w:rPr>
                <w:sz w:val="16"/>
              </w:rPr>
              <w:t>FMA RL 0, SRL 0; any 0</w:t>
            </w:r>
          </w:p>
        </w:tc>
        <w:tc>
          <w:tcPr>
            <w:tcW w:type="dxa" w:w="1951"/>
          </w:tcPr>
          <w:p>
            <w:pPr>
              <w:spacing w:after="0"/>
              <w:jc w:val="right"/>
            </w:pPr>
            <w:r>
              <w:rPr>
                <w:sz w:val="16"/>
              </w:rPr>
              <w:t>none found</w:t>
            </w:r>
          </w:p>
        </w:tc>
        <w:tc>
          <w:tcPr>
            <w:tcW w:type="dxa" w:w="2373"/>
          </w:tcPr>
          <w:p>
            <w:pPr>
              <w:spacing w:after="0"/>
              <w:jc w:val="right"/>
            </w:pPr>
            <w:r>
              <w:rPr>
                <w:sz w:val="16"/>
              </w:rPr>
              <w:t>0; 0</w:t>
            </w:r>
          </w:p>
        </w:tc>
        <w:tc>
          <w:tcPr>
            <w:tcW w:type="dxa" w:w="852"/>
          </w:tcPr>
          <w:p>
            <w:pPr>
              <w:spacing w:after="0"/>
              <w:jc w:val="left"/>
            </w:pPr>
          </w:p>
        </w:tc>
      </w:tr>
      <w:tr>
        <w:trPr>
          <w:cantSplit/>
        </w:trPr>
        <w:tc>
          <w:tcPr>
            <w:tcW w:type="dxa" w:w="1833"/>
          </w:tcPr>
          <w:p>
            <w:pPr>
              <w:spacing w:after="0"/>
              <w:jc w:val="left"/>
            </w:pPr>
            <w:r>
              <w:rPr>
                <w:sz w:val="16"/>
              </w:rPr>
              <w:t>Warren's gore</w:t>
            </w:r>
          </w:p>
        </w:tc>
        <w:tc>
          <w:tcPr>
            <w:tcW w:type="dxa" w:w="852"/>
          </w:tcPr>
          <w:p>
            <w:pPr>
              <w:spacing w:after="0"/>
              <w:jc w:val="left"/>
            </w:pPr>
            <w:r>
              <w:rPr>
                <w:sz w:val="16"/>
              </w:rPr>
              <w:t>Gore</w:t>
            </w:r>
          </w:p>
        </w:tc>
        <w:tc>
          <w:tcPr>
            <w:tcW w:type="dxa" w:w="3477"/>
          </w:tcPr>
          <w:p>
            <w:pPr>
              <w:spacing w:after="0"/>
              <w:jc w:val="left"/>
            </w:pPr>
            <w:r>
              <w:rPr>
                <w:sz w:val="16"/>
              </w:rPr>
              <w:t>Approved, expires 2027-05-16</w:t>
            </w:r>
          </w:p>
        </w:tc>
        <w:tc>
          <w:tcPr>
            <w:tcW w:type="dxa" w:w="2773"/>
          </w:tcPr>
          <w:p>
            <w:pPr>
              <w:spacing w:after="0"/>
              <w:jc w:val="right"/>
            </w:pPr>
            <w:r>
              <w:rPr>
                <w:sz w:val="16"/>
              </w:rPr>
              <w:t>FMA RL 0, SRL 0; any 0</w:t>
            </w:r>
          </w:p>
        </w:tc>
        <w:tc>
          <w:tcPr>
            <w:tcW w:type="dxa" w:w="1951"/>
          </w:tcPr>
          <w:p>
            <w:pPr>
              <w:spacing w:after="0"/>
              <w:jc w:val="right"/>
            </w:pPr>
            <w:r>
              <w:rPr>
                <w:sz w:val="16"/>
              </w:rPr>
              <w:t>none found</w:t>
            </w:r>
          </w:p>
        </w:tc>
        <w:tc>
          <w:tcPr>
            <w:tcW w:type="dxa" w:w="2373"/>
          </w:tcPr>
          <w:p>
            <w:pPr>
              <w:spacing w:after="0"/>
              <w:jc w:val="right"/>
            </w:pPr>
            <w:r>
              <w:rPr>
                <w:sz w:val="16"/>
              </w:rPr>
              <w:t>0; 0</w:t>
            </w:r>
          </w:p>
        </w:tc>
        <w:tc>
          <w:tcPr>
            <w:tcW w:type="dxa" w:w="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8"/>
        <w:gridCol w:w="1054"/>
        <w:gridCol w:w="1037"/>
        <w:gridCol w:w="1126"/>
        <w:gridCol w:w="1226"/>
        <w:gridCol w:w="1073"/>
        <w:gridCol w:w="1265"/>
        <w:gridCol w:w="1184"/>
        <w:gridCol w:w="1184"/>
        <w:gridCol w:w="138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8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8"/>
          </w:tcPr>
          <w:p>
            <w:pPr>
              <w:spacing w:after="0"/>
              <w:jc w:val="right"/>
            </w:pPr>
          </w:p>
        </w:tc>
        <w:tc>
          <w:tcPr>
            <w:tcW w:type="dxa" w:w="105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26"/>
          </w:tcPr>
          <w:p>
            <w:pPr>
              <w:spacing w:after="0"/>
              <w:jc w:val="right"/>
            </w:pPr>
            <w:r>
              <w:rPr>
                <w:sz w:val="16"/>
              </w:rPr>
              <w:t>$458</w:t>
            </w: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8"/>
          </w:tcPr>
          <w:p>
            <w:pPr>
              <w:spacing w:after="0"/>
              <w:jc w:val="right"/>
            </w:pPr>
          </w:p>
        </w:tc>
        <w:tc>
          <w:tcPr>
            <w:tcW w:type="dxa" w:w="1054"/>
          </w:tcPr>
          <w:p>
            <w:pPr>
              <w:spacing w:after="0"/>
              <w:jc w:val="right"/>
            </w:pPr>
          </w:p>
        </w:tc>
        <w:tc>
          <w:tcPr>
            <w:tcW w:type="dxa" w:w="1037"/>
          </w:tcPr>
          <w:p>
            <w:pPr>
              <w:spacing w:after="0"/>
              <w:jc w:val="right"/>
            </w:pPr>
          </w:p>
        </w:tc>
        <w:tc>
          <w:tcPr>
            <w:tcW w:type="dxa" w:w="1126"/>
          </w:tcPr>
          <w:p>
            <w:pPr>
              <w:spacing w:after="0"/>
              <w:jc w:val="right"/>
            </w:pPr>
          </w:p>
        </w:tc>
        <w:tc>
          <w:tcPr>
            <w:tcW w:type="dxa" w:w="1226"/>
          </w:tcPr>
          <w:p>
            <w:pPr>
              <w:spacing w:after="0"/>
              <w:jc w:val="right"/>
            </w:pP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226"/>
          </w:tcPr>
          <w:p>
            <w:pPr>
              <w:spacing w:after="0"/>
              <w:jc w:val="right"/>
            </w:pPr>
            <w:r>
              <w:rPr>
                <w:sz w:val="16"/>
              </w:rPr>
              <w:t>$378,956</w:t>
            </w:r>
          </w:p>
        </w:tc>
        <w:tc>
          <w:tcPr>
            <w:tcW w:type="dxa" w:w="1073"/>
          </w:tcPr>
          <w:p>
            <w:pPr>
              <w:spacing w:after="0"/>
              <w:jc w:val="right"/>
            </w:pPr>
            <w:r>
              <w:rPr>
                <w:sz w:val="16"/>
              </w:rPr>
              <w:t>under 0.0001%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8"/>
          </w:tcPr>
          <w:p>
            <w:pPr>
              <w:spacing w:after="0"/>
              <w:jc w:val="right"/>
            </w:pPr>
            <w:r>
              <w:rPr>
                <w:sz w:val="16"/>
              </w:rPr>
              <w:t>$0</w:t>
            </w:r>
          </w:p>
        </w:tc>
        <w:tc>
          <w:tcPr>
            <w:tcW w:type="dxa" w:w="105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26"/>
          </w:tcPr>
          <w:p>
            <w:pPr>
              <w:spacing w:after="0"/>
              <w:jc w:val="right"/>
            </w:pP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48"/>
          </w:tcPr>
          <w:p>
            <w:pPr>
              <w:spacing w:after="0"/>
              <w:jc w:val="right"/>
            </w:pPr>
          </w:p>
        </w:tc>
        <w:tc>
          <w:tcPr>
            <w:tcW w:type="dxa" w:w="1054"/>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p>
        </w:tc>
        <w:tc>
          <w:tcPr>
            <w:tcW w:type="dxa" w:w="1226"/>
          </w:tcPr>
          <w:p>
            <w:pPr>
              <w:spacing w:after="0"/>
              <w:jc w:val="right"/>
            </w:pPr>
            <w:r>
              <w:rPr>
                <w:sz w:val="16"/>
              </w:rPr>
              <w:t>$5,864</w:t>
            </w:r>
          </w:p>
        </w:tc>
        <w:tc>
          <w:tcPr>
            <w:tcW w:type="dxa" w:w="1073"/>
          </w:tcPr>
          <w:p>
            <w:pPr>
              <w:spacing w:after="0"/>
              <w:jc w:val="right"/>
            </w:pPr>
            <w:r>
              <w:rPr>
                <w:sz w:val="16"/>
              </w:rPr>
              <w:t>0.00126%</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226"/>
          </w:tcPr>
          <w:p>
            <w:pPr>
              <w:spacing w:after="0"/>
              <w:jc w:val="right"/>
            </w:pPr>
            <w:r>
              <w:rPr>
                <w:sz w:val="16"/>
              </w:rPr>
              <w:t>$1,991</w:t>
            </w:r>
          </w:p>
        </w:tc>
        <w:tc>
          <w:tcPr>
            <w:tcW w:type="dxa" w:w="1073"/>
          </w:tcPr>
          <w:p>
            <w:pPr>
              <w:spacing w:after="0"/>
              <w:jc w:val="right"/>
            </w:pPr>
            <w:r>
              <w:rPr>
                <w:sz w:val="16"/>
              </w:rPr>
              <w:t>under 0.0001%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226"/>
          </w:tcPr>
          <w:p>
            <w:pPr>
              <w:spacing w:after="0"/>
              <w:jc w:val="right"/>
            </w:pPr>
            <w:r>
              <w:rPr>
                <w:sz w:val="16"/>
              </w:rPr>
              <w:t>$8,095</w:t>
            </w:r>
          </w:p>
        </w:tc>
        <w:tc>
          <w:tcPr>
            <w:tcW w:type="dxa" w:w="1073"/>
          </w:tcPr>
          <w:p>
            <w:pPr>
              <w:spacing w:after="0"/>
              <w:jc w:val="right"/>
            </w:pPr>
            <w:r>
              <w:rPr>
                <w:sz w:val="16"/>
              </w:rPr>
              <w:t>under 0.0001%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226"/>
          </w:tcPr>
          <w:p>
            <w:pPr>
              <w:spacing w:after="0"/>
              <w:jc w:val="right"/>
            </w:pPr>
            <w:r>
              <w:rPr>
                <w:sz w:val="16"/>
              </w:rPr>
              <w:t>$3,188</w:t>
            </w:r>
          </w:p>
        </w:tc>
        <w:tc>
          <w:tcPr>
            <w:tcW w:type="dxa" w:w="1073"/>
          </w:tcPr>
          <w:p>
            <w:pPr>
              <w:spacing w:after="0"/>
              <w:jc w:val="right"/>
            </w:pPr>
            <w:r>
              <w:rPr>
                <w:sz w:val="16"/>
              </w:rPr>
              <w:t>0.00814%</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48"/>
          </w:tcPr>
          <w:p>
            <w:pPr>
              <w:spacing w:after="0"/>
              <w:jc w:val="right"/>
            </w:pPr>
          </w:p>
        </w:tc>
        <w:tc>
          <w:tcPr>
            <w:tcW w:type="dxa" w:w="1054"/>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p>
        </w:tc>
        <w:tc>
          <w:tcPr>
            <w:tcW w:type="dxa" w:w="1226"/>
          </w:tcPr>
          <w:p>
            <w:pPr>
              <w:spacing w:after="0"/>
              <w:jc w:val="right"/>
            </w:pPr>
            <w:r>
              <w:rPr>
                <w:sz w:val="16"/>
              </w:rPr>
              <w:t>$790</w:t>
            </w:r>
          </w:p>
        </w:tc>
        <w:tc>
          <w:tcPr>
            <w:tcW w:type="dxa" w:w="1073"/>
          </w:tcPr>
          <w:p>
            <w:pPr>
              <w:spacing w:after="0"/>
              <w:jc w:val="right"/>
            </w:pPr>
            <w:r>
              <w:rPr>
                <w:sz w:val="16"/>
              </w:rPr>
              <w:t>0.0011%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48"/>
          </w:tcPr>
          <w:p>
            <w:pPr>
              <w:spacing w:after="0"/>
              <w:jc w:val="right"/>
            </w:pPr>
            <w:r>
              <w:rPr>
                <w:sz w:val="16"/>
              </w:rPr>
              <w:t>$1,190,581</w:t>
            </w:r>
          </w:p>
        </w:tc>
        <w:tc>
          <w:tcPr>
            <w:tcW w:type="dxa" w:w="1054"/>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226"/>
          </w:tcPr>
          <w:p>
            <w:pPr>
              <w:spacing w:after="0"/>
              <w:jc w:val="right"/>
            </w:pPr>
            <w:r>
              <w:rPr>
                <w:sz w:val="16"/>
              </w:rPr>
              <w:t>$23,803</w:t>
            </w:r>
          </w:p>
        </w:tc>
        <w:tc>
          <w:tcPr>
            <w:tcW w:type="dxa" w:w="1073"/>
          </w:tcPr>
          <w:p>
            <w:pPr>
              <w:spacing w:after="0"/>
              <w:jc w:val="right"/>
            </w:pPr>
            <w:r>
              <w:rPr>
                <w:sz w:val="16"/>
              </w:rPr>
              <w:t>n/a (see note)</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48"/>
          </w:tcPr>
          <w:p>
            <w:pPr>
              <w:spacing w:after="0"/>
              <w:jc w:val="right"/>
            </w:pPr>
          </w:p>
        </w:tc>
        <w:tc>
          <w:tcPr>
            <w:tcW w:type="dxa" w:w="1054"/>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p>
        </w:tc>
        <w:tc>
          <w:tcPr>
            <w:tcW w:type="dxa" w:w="1226"/>
          </w:tcPr>
          <w:p>
            <w:pPr>
              <w:spacing w:after="0"/>
              <w:jc w:val="right"/>
            </w:pPr>
            <w:r>
              <w:rPr>
                <w:sz w:val="16"/>
              </w:rPr>
              <w:t>$2,455</w:t>
            </w:r>
          </w:p>
        </w:tc>
        <w:tc>
          <w:tcPr>
            <w:tcW w:type="dxa" w:w="1073"/>
          </w:tcPr>
          <w:p>
            <w:pPr>
              <w:spacing w:after="0"/>
              <w:jc w:val="right"/>
            </w:pPr>
            <w:r>
              <w:rPr>
                <w:sz w:val="16"/>
              </w:rPr>
              <w:t>0.000958%</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48"/>
          </w:tcPr>
          <w:p>
            <w:pPr>
              <w:spacing w:after="0"/>
              <w:jc w:val="right"/>
            </w:pPr>
          </w:p>
        </w:tc>
        <w:tc>
          <w:tcPr>
            <w:tcW w:type="dxa" w:w="1054"/>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p>
        </w:tc>
        <w:tc>
          <w:tcPr>
            <w:tcW w:type="dxa" w:w="1226"/>
          </w:tcPr>
          <w:p>
            <w:pPr>
              <w:spacing w:after="0"/>
              <w:jc w:val="right"/>
            </w:pPr>
            <w:r>
              <w:rPr>
                <w:sz w:val="16"/>
              </w:rPr>
              <w:t>$39,573</w:t>
            </w:r>
          </w:p>
        </w:tc>
        <w:tc>
          <w:tcPr>
            <w:tcW w:type="dxa" w:w="1073"/>
          </w:tcPr>
          <w:p>
            <w:pPr>
              <w:spacing w:after="0"/>
              <w:jc w:val="right"/>
            </w:pPr>
            <w:r>
              <w:rPr>
                <w:sz w:val="16"/>
              </w:rPr>
              <w:t>0.000254%</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226"/>
          </w:tcPr>
          <w:p>
            <w:pPr>
              <w:spacing w:after="0"/>
              <w:jc w:val="right"/>
            </w:pPr>
            <w:r>
              <w:rPr>
                <w:sz w:val="16"/>
              </w:rPr>
              <w:t>$21,375</w:t>
            </w:r>
          </w:p>
        </w:tc>
        <w:tc>
          <w:tcPr>
            <w:tcW w:type="dxa" w:w="1073"/>
          </w:tcPr>
          <w:p>
            <w:pPr>
              <w:spacing w:after="0"/>
              <w:jc w:val="right"/>
            </w:pPr>
            <w:r>
              <w:rPr>
                <w:sz w:val="16"/>
              </w:rPr>
              <w:t>0.000986%</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226"/>
          </w:tcPr>
          <w:p>
            <w:pPr>
              <w:spacing w:after="0"/>
              <w:jc w:val="right"/>
            </w:pPr>
            <w:r>
              <w:rPr>
                <w:sz w:val="16"/>
              </w:rPr>
              <w:t>$18,288</w:t>
            </w:r>
          </w:p>
        </w:tc>
        <w:tc>
          <w:tcPr>
            <w:tcW w:type="dxa" w:w="1073"/>
          </w:tcPr>
          <w:p>
            <w:pPr>
              <w:spacing w:after="0"/>
              <w:jc w:val="right"/>
            </w:pPr>
            <w:r>
              <w:rPr>
                <w:sz w:val="16"/>
              </w:rPr>
              <w:t>0.000259%</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8"/>
          </w:tcPr>
          <w:p>
            <w:pPr>
              <w:spacing w:after="0"/>
              <w:jc w:val="right"/>
            </w:pPr>
          </w:p>
        </w:tc>
        <w:tc>
          <w:tcPr>
            <w:tcW w:type="dxa" w:w="1054"/>
          </w:tcPr>
          <w:p>
            <w:pPr>
              <w:spacing w:after="0"/>
              <w:jc w:val="right"/>
            </w:pPr>
          </w:p>
        </w:tc>
        <w:tc>
          <w:tcPr>
            <w:tcW w:type="dxa" w:w="1037"/>
          </w:tcPr>
          <w:p>
            <w:pPr>
              <w:spacing w:after="0"/>
              <w:jc w:val="right"/>
            </w:pPr>
          </w:p>
        </w:tc>
        <w:tc>
          <w:tcPr>
            <w:tcW w:type="dxa" w:w="1126"/>
          </w:tcPr>
          <w:p>
            <w:pPr>
              <w:spacing w:after="0"/>
              <w:jc w:val="right"/>
            </w:pPr>
          </w:p>
        </w:tc>
        <w:tc>
          <w:tcPr>
            <w:tcW w:type="dxa" w:w="1226"/>
          </w:tcPr>
          <w:p>
            <w:pPr>
              <w:spacing w:after="0"/>
              <w:jc w:val="right"/>
            </w:pP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8"/>
          </w:tcPr>
          <w:p>
            <w:pPr>
              <w:spacing w:after="0"/>
              <w:jc w:val="right"/>
            </w:pPr>
          </w:p>
        </w:tc>
        <w:tc>
          <w:tcPr>
            <w:tcW w:type="dxa" w:w="1054"/>
          </w:tcPr>
          <w:p>
            <w:pPr>
              <w:spacing w:after="0"/>
              <w:jc w:val="right"/>
            </w:pPr>
          </w:p>
        </w:tc>
        <w:tc>
          <w:tcPr>
            <w:tcW w:type="dxa" w:w="1037"/>
          </w:tcPr>
          <w:p>
            <w:pPr>
              <w:spacing w:after="0"/>
              <w:jc w:val="right"/>
            </w:pPr>
          </w:p>
        </w:tc>
        <w:tc>
          <w:tcPr>
            <w:tcW w:type="dxa" w:w="1126"/>
          </w:tcPr>
          <w:p>
            <w:pPr>
              <w:spacing w:after="0"/>
              <w:jc w:val="right"/>
            </w:pPr>
          </w:p>
        </w:tc>
        <w:tc>
          <w:tcPr>
            <w:tcW w:type="dxa" w:w="1226"/>
          </w:tcPr>
          <w:p>
            <w:pPr>
              <w:spacing w:after="0"/>
              <w:jc w:val="right"/>
            </w:pP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48"/>
          </w:tcPr>
          <w:p>
            <w:pPr>
              <w:spacing w:after="0"/>
              <w:jc w:val="right"/>
            </w:pPr>
            <w:r>
              <w:rPr>
                <w:sz w:val="16"/>
              </w:rPr>
              <w:t>$12,175,427</w:t>
            </w:r>
          </w:p>
        </w:tc>
        <w:tc>
          <w:tcPr>
            <w:tcW w:type="dxa" w:w="1054"/>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226"/>
          </w:tcPr>
          <w:p>
            <w:pPr>
              <w:spacing w:after="0"/>
              <w:jc w:val="right"/>
            </w:pPr>
            <w:r>
              <w:rPr>
                <w:sz w:val="16"/>
              </w:rPr>
              <w:t>$112</w:t>
            </w:r>
          </w:p>
        </w:tc>
        <w:tc>
          <w:tcPr>
            <w:tcW w:type="dxa" w:w="1073"/>
          </w:tcPr>
          <w:p>
            <w:pPr>
              <w:spacing w:after="0"/>
              <w:jc w:val="right"/>
            </w:pPr>
            <w:r>
              <w:rPr>
                <w:sz w:val="16"/>
              </w:rPr>
              <w:t>0.000111%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226"/>
          </w:tcPr>
          <w:p>
            <w:pPr>
              <w:spacing w:after="0"/>
              <w:jc w:val="right"/>
            </w:pPr>
            <w:r>
              <w:rPr>
                <w:sz w:val="16"/>
              </w:rPr>
              <w:t>$47,270</w:t>
            </w:r>
          </w:p>
        </w:tc>
        <w:tc>
          <w:tcPr>
            <w:tcW w:type="dxa" w:w="1073"/>
          </w:tcPr>
          <w:p>
            <w:pPr>
              <w:spacing w:after="0"/>
              <w:jc w:val="right"/>
            </w:pPr>
            <w:r>
              <w:rPr>
                <w:sz w:val="16"/>
              </w:rPr>
              <w:t>0.00101%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Averill town</w:t>
            </w:r>
          </w:p>
        </w:tc>
        <w:tc>
          <w:tcPr>
            <w:tcW w:type="dxa" w:w="1513"/>
          </w:tcPr>
          <w:p>
            <w:pPr>
              <w:spacing w:after="0"/>
              <w:jc w:val="left"/>
            </w:pPr>
            <w:r>
              <w:rPr>
                <w:sz w:val="16"/>
              </w:rPr>
              <w:t>500306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Avery's gore</w:t>
            </w:r>
          </w:p>
        </w:tc>
        <w:tc>
          <w:tcPr>
            <w:tcW w:type="dxa" w:w="1513"/>
          </w:tcPr>
          <w:p>
            <w:pPr>
              <w:spacing w:after="0"/>
              <w:jc w:val="left"/>
            </w:pPr>
            <w:r>
              <w:rPr>
                <w:sz w:val="16"/>
              </w:rPr>
              <w:t>500100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Bloomfield town</w:t>
            </w:r>
          </w:p>
        </w:tc>
        <w:tc>
          <w:tcPr>
            <w:tcW w:type="dxa" w:w="1513"/>
          </w:tcPr>
          <w:p>
            <w:pPr>
              <w:spacing w:after="0"/>
              <w:jc w:val="left"/>
            </w:pPr>
            <w:r>
              <w:rPr>
                <w:sz w:val="16"/>
              </w:rPr>
              <w:t>500045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Brighton town</w:t>
            </w:r>
          </w:p>
        </w:tc>
        <w:tc>
          <w:tcPr>
            <w:tcW w:type="dxa" w:w="1513"/>
          </w:tcPr>
          <w:p>
            <w:pPr>
              <w:spacing w:after="0"/>
              <w:jc w:val="left"/>
            </w:pPr>
            <w:r>
              <w:rPr>
                <w:sz w:val="16"/>
              </w:rPr>
              <w:t>500205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Brunswick town</w:t>
            </w:r>
          </w:p>
        </w:tc>
        <w:tc>
          <w:tcPr>
            <w:tcW w:type="dxa" w:w="1513"/>
          </w:tcPr>
          <w:p>
            <w:pPr>
              <w:spacing w:after="0"/>
              <w:jc w:val="left"/>
            </w:pPr>
            <w:r>
              <w:rPr>
                <w:sz w:val="16"/>
              </w:rPr>
              <w:t>500206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Canaan town</w:t>
            </w:r>
          </w:p>
        </w:tc>
        <w:tc>
          <w:tcPr>
            <w:tcW w:type="dxa" w:w="1513"/>
          </w:tcPr>
          <w:p>
            <w:pPr>
              <w:spacing w:after="0"/>
              <w:jc w:val="left"/>
            </w:pPr>
            <w:r>
              <w:rPr>
                <w:sz w:val="16"/>
              </w:rPr>
              <w:t>500046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Concord town</w:t>
            </w:r>
          </w:p>
        </w:tc>
        <w:tc>
          <w:tcPr>
            <w:tcW w:type="dxa" w:w="1513"/>
          </w:tcPr>
          <w:p>
            <w:pPr>
              <w:spacing w:after="0"/>
              <w:jc w:val="left"/>
            </w:pPr>
            <w:r>
              <w:rPr>
                <w:sz w:val="16"/>
              </w:rPr>
              <w:t>500207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Ferdinand town</w:t>
            </w:r>
          </w:p>
        </w:tc>
        <w:tc>
          <w:tcPr>
            <w:tcW w:type="dxa" w:w="1513"/>
          </w:tcPr>
          <w:p>
            <w:pPr>
              <w:spacing w:after="0"/>
              <w:jc w:val="left"/>
            </w:pPr>
            <w:r>
              <w:rPr>
                <w:sz w:val="16"/>
              </w:rPr>
              <w:t>500210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Granby town</w:t>
            </w:r>
          </w:p>
        </w:tc>
        <w:tc>
          <w:tcPr>
            <w:tcW w:type="dxa" w:w="1513"/>
          </w:tcPr>
          <w:p>
            <w:pPr>
              <w:spacing w:after="0"/>
              <w:jc w:val="left"/>
            </w:pPr>
            <w:r>
              <w:rPr>
                <w:sz w:val="16"/>
              </w:rPr>
              <w:t>500211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Guildhall town</w:t>
            </w:r>
          </w:p>
        </w:tc>
        <w:tc>
          <w:tcPr>
            <w:tcW w:type="dxa" w:w="1513"/>
          </w:tcPr>
          <w:p>
            <w:pPr>
              <w:spacing w:after="0"/>
              <w:jc w:val="left"/>
            </w:pPr>
            <w:r>
              <w:rPr>
                <w:sz w:val="16"/>
              </w:rPr>
              <w:t>500047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Lewis town</w:t>
            </w:r>
          </w:p>
        </w:tc>
        <w:tc>
          <w:tcPr>
            <w:tcW w:type="dxa" w:w="1513"/>
          </w:tcPr>
          <w:p>
            <w:pPr>
              <w:spacing w:after="0"/>
              <w:jc w:val="left"/>
            </w:pPr>
            <w:r>
              <w:rPr>
                <w:sz w:val="16"/>
              </w:rPr>
              <w:t>500316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Lunenburg town</w:t>
            </w:r>
          </w:p>
        </w:tc>
        <w:tc>
          <w:tcPr>
            <w:tcW w:type="dxa" w:w="1513"/>
          </w:tcPr>
          <w:p>
            <w:pPr>
              <w:spacing w:after="0"/>
              <w:jc w:val="left"/>
            </w:pPr>
            <w:r>
              <w:rPr>
                <w:sz w:val="16"/>
              </w:rPr>
              <w:t>500048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Maidstone town</w:t>
            </w:r>
          </w:p>
        </w:tc>
        <w:tc>
          <w:tcPr>
            <w:tcW w:type="dxa" w:w="1513"/>
          </w:tcPr>
          <w:p>
            <w:pPr>
              <w:spacing w:after="0"/>
              <w:jc w:val="left"/>
            </w:pPr>
            <w:r>
              <w:rPr>
                <w:sz w:val="16"/>
              </w:rPr>
              <w:t>500213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Norton town</w:t>
            </w:r>
          </w:p>
        </w:tc>
        <w:tc>
          <w:tcPr>
            <w:tcW w:type="dxa" w:w="1513"/>
          </w:tcPr>
          <w:p>
            <w:pPr>
              <w:spacing w:after="0"/>
              <w:jc w:val="left"/>
            </w:pPr>
            <w:r>
              <w:rPr>
                <w:sz w:val="16"/>
              </w:rPr>
              <w:t>500214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Warner's grant</w:t>
            </w:r>
          </w:p>
        </w:tc>
        <w:tc>
          <w:tcPr>
            <w:tcW w:type="dxa" w:w="1513"/>
          </w:tcPr>
          <w:p>
            <w:pPr>
              <w:spacing w:after="0"/>
              <w:jc w:val="left"/>
            </w:pPr>
            <w:r>
              <w:rPr>
                <w:sz w:val="16"/>
              </w:rPr>
              <w:t>500166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Warren's gore</w:t>
            </w:r>
          </w:p>
        </w:tc>
        <w:tc>
          <w:tcPr>
            <w:tcW w:type="dxa" w:w="1513"/>
          </w:tcPr>
          <w:p>
            <w:pPr>
              <w:spacing w:after="0"/>
              <w:jc w:val="left"/>
            </w:pPr>
            <w:r>
              <w:rPr>
                <w:sz w:val="16"/>
              </w:rPr>
              <w:t>500124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Essex County, VT: risk-assessment baseline packet, release 2026-10 (data as of 2026-09-28; County area 50009).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Essex County,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Essex County, VT: Risk-assessment baseline packet</dc:title>
  <dc:subject>Hazard Plain release 2026-10, as of 2026-09-28. Preview: automated baseline</dc:subject>
  <dc:creator>Hazard Plain</dc:creator>
  <cp:keywords>Hazard Plain; hazard mitigation; risk assessment; 50009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