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Winooski city, VT</w:t>
      </w:r>
    </w:p>
    <w:p>
      <w:pPr>
        <w:spacing w:after="120" w:before="0"/>
      </w:pPr>
      <w:r>
        <w:rPr>
          <w:color w:val="555555"/>
          <w:sz w:val="24"/>
        </w:rPr>
        <w:t>Risk-assessment baseline packet (county-level sections from Chittenden County)</w:t>
      </w:r>
    </w:p>
    <w:p>
      <w:pPr>
        <w:spacing w:after="120" w:before="0"/>
      </w:pPr>
      <w:r>
        <w:rPr>
          <w:b/>
          <w:sz w:val="18"/>
        </w:rPr>
        <w:t xml:space="preserve">Unit: </w:t>
      </w:r>
      <w:r>
        <w:rPr>
          <w:sz w:val="18"/>
        </w:rPr>
        <w:t>Vermont town 5000785150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2027-11-10</w:t>
      </w:r>
    </w:p>
    <w:p>
      <w:pPr>
        <w:keepNext/>
        <w:spacing w:after="40" w:before="0"/>
      </w:pPr>
      <w:r>
        <w:rPr>
          <w:b/>
        </w:rPr>
        <w:t xml:space="preserve">Plan: </w:t>
      </w:r>
      <w:r>
        <w:rPr/>
        <w:t>2022 Chittenden County All Hazards Multi-Jurisdictional Hazard Mitigation Plan (FEMA plan 108641)</w:t>
      </w:r>
    </w:p>
    <w:p>
      <w:pPr>
        <w:keepNext/>
        <w:spacing w:after="40" w:before="0"/>
      </w:pPr>
      <w:r>
        <w:rPr>
          <w:b/>
        </w:rPr>
        <w:t xml:space="preserve">Approved: </w:t>
      </w:r>
      <w:r>
        <w:rPr/>
        <w:t>2022-11-11</w:t>
      </w:r>
    </w:p>
    <w:p>
      <w:pPr>
        <w:keepNext/>
        <w:spacing w:after="40" w:before="0"/>
      </w:pPr>
      <w:r>
        <w:rPr>
          <w:b/>
        </w:rPr>
        <w:t xml:space="preserve">Expires: </w:t>
      </w:r>
      <w:r>
        <w:rPr/>
        <w:t>2027-11-10</w:t>
      </w:r>
    </w:p>
    <w:p>
      <w:pPr>
        <w:keepNext/>
        <w:spacing w:after="40" w:before="0"/>
      </w:pPr>
      <w:r>
        <w:rPr>
          <w:b/>
        </w:rPr>
        <w:t xml:space="preserve">As of: </w:t>
      </w:r>
      <w:r>
        <w:rPr/>
        <w:t>2026-09-28</w:t>
      </w:r>
    </w:p>
    <w:p>
      <w:pPr>
        <w:keepNext/>
        <w:spacing w:after="40" w:before="0"/>
      </w:pPr>
      <w:r>
        <w:rPr>
          <w:b/>
        </w:rPr>
        <w:t xml:space="preserve">Days: </w:t>
      </w:r>
      <w:r>
        <w:rPr/>
        <w:t>408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DR-4695-VT, EM-3595-VT, DR-4720-VT, DR-4770-VT, EM-3609-VT, DR-4810-VT (6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(Chittenden County, county-level): </w:t>
      </w:r>
      <w:r>
        <w:rPr/>
        <w:t>89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(Bolton town; Buels gore; Burlington city; Charlotte town; Essex Junction village; Essex town; Hinesburg town; Huntington town; Jericho town; Milton town; Richmond town; Shelburne town; South Burlington city; St. George town; Underhill town; Westford town; Williston town)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314"/>
        <w:gridCol w:w="653"/>
        <w:gridCol w:w="2664"/>
        <w:gridCol w:w="3053"/>
        <w:gridCol w:w="1045"/>
        <w:gridCol w:w="1045"/>
        <w:gridCol w:w="901"/>
        <w:gridCol w:w="955"/>
        <w:gridCol w:w="2484"/>
      </w:tblGrid>
      <w:tr>
        <w:trPr>
          <w:cantSplit/>
          <w:tblHeader/>
        </w:trPr>
        <w:tc>
          <w:tcPr>
            <w:tcW w:type="dxa" w:w="1314"/>
            <w:shd w:val="clear" w:color="auto" w:fill="E8E8E8"/>
          </w:tcPr>
          <w:p>
            <w:pPr>
              <w:spacing w:after="0"/>
              <w:jc w:val="left"/>
            </w:pPr>
            <w:r>
              <w:rPr>
                <w:b/>
                <w:sz w:val="16"/>
              </w:rPr>
              <w:t>Jurisdiction</w:t>
            </w:r>
          </w:p>
        </w:tc>
        <w:tc>
          <w:tcPr>
            <w:tcW w:type="dxa" w:w="653"/>
            <w:shd w:val="clear" w:color="auto" w:fill="E8E8E8"/>
          </w:tcPr>
          <w:p>
            <w:pPr>
              <w:spacing w:after="0"/>
              <w:jc w:val="left"/>
            </w:pPr>
            <w:r>
              <w:rPr>
                <w:b/>
                <w:sz w:val="16"/>
              </w:rPr>
              <w:t>Type</w:t>
            </w:r>
          </w:p>
        </w:tc>
        <w:tc>
          <w:tcPr>
            <w:tcW w:type="dxa" w:w="2664"/>
            <w:shd w:val="clear" w:color="auto" w:fill="E8E8E8"/>
          </w:tcPr>
          <w:p>
            <w:pPr>
              <w:spacing w:after="0"/>
              <w:jc w:val="left"/>
            </w:pPr>
            <w:r>
              <w:rPr>
                <w:b/>
                <w:sz w:val="16"/>
              </w:rPr>
              <w:t>Status</w:t>
            </w:r>
          </w:p>
        </w:tc>
        <w:tc>
          <w:tcPr>
            <w:tcW w:type="dxa" w:w="3053"/>
            <w:shd w:val="clear" w:color="auto" w:fill="E8E8E8"/>
          </w:tcPr>
          <w:p>
            <w:pPr>
              <w:spacing w:after="0"/>
              <w:jc w:val="left"/>
            </w:pPr>
            <w:r>
              <w:rPr>
                <w:b/>
                <w:sz w:val="16"/>
              </w:rPr>
              <w:t>Plan</w:t>
            </w:r>
          </w:p>
        </w:tc>
        <w:tc>
          <w:tcPr>
            <w:tcW w:type="dxa" w:w="1045"/>
            <w:shd w:val="clear" w:color="auto" w:fill="E8E8E8"/>
          </w:tcPr>
          <w:p>
            <w:pPr>
              <w:spacing w:after="0"/>
              <w:jc w:val="left"/>
            </w:pPr>
            <w:r>
              <w:rPr>
                <w:b/>
                <w:sz w:val="16"/>
              </w:rPr>
              <w:t>Approved</w:t>
            </w:r>
          </w:p>
        </w:tc>
        <w:tc>
          <w:tcPr>
            <w:tcW w:type="dxa" w:w="1045"/>
            <w:shd w:val="clear" w:color="auto" w:fill="E8E8E8"/>
          </w:tcPr>
          <w:p>
            <w:pPr>
              <w:spacing w:after="0"/>
              <w:jc w:val="left"/>
            </w:pPr>
            <w:r>
              <w:rPr>
                <w:b/>
                <w:sz w:val="16"/>
              </w:rPr>
              <w:t>Expires</w:t>
            </w:r>
          </w:p>
        </w:tc>
        <w:tc>
          <w:tcPr>
            <w:tcW w:type="dxa" w:w="90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55"/>
            <w:shd w:val="clear" w:color="auto" w:fill="E8E8E8"/>
          </w:tcPr>
          <w:p>
            <w:pPr>
              <w:spacing w:after="0"/>
              <w:jc w:val="left"/>
            </w:pPr>
            <w:r>
              <w:rPr>
                <w:b/>
                <w:sz w:val="16"/>
              </w:rPr>
              <w:t>Update underway</w:t>
            </w:r>
          </w:p>
        </w:tc>
        <w:tc>
          <w:tcPr>
            <w:tcW w:type="dxa" w:w="2484"/>
            <w:shd w:val="clear" w:color="auto" w:fill="E8E8E8"/>
          </w:tcPr>
          <w:p>
            <w:pPr>
              <w:spacing w:after="0"/>
              <w:jc w:val="left"/>
            </w:pPr>
            <w:r>
              <w:rPr>
                <w:b/>
                <w:sz w:val="16"/>
              </w:rPr>
              <w:t>Notes</w:t>
            </w:r>
          </w:p>
        </w:tc>
      </w:tr>
      <w:tr>
        <w:trPr>
          <w:cantSplit/>
        </w:trPr>
        <w:tc>
          <w:tcPr>
            <w:tcW w:type="dxa" w:w="1314"/>
          </w:tcPr>
          <w:p>
            <w:pPr>
              <w:spacing w:after="0"/>
              <w:jc w:val="left"/>
            </w:pPr>
            <w:r>
              <w:rPr>
                <w:sz w:val="16"/>
              </w:rPr>
              <w:t>Winooski city</w:t>
            </w:r>
          </w:p>
        </w:tc>
        <w:tc>
          <w:tcPr>
            <w:tcW w:type="dxa" w:w="653"/>
          </w:tcPr>
          <w:p>
            <w:pPr>
              <w:spacing w:after="0"/>
              <w:jc w:val="left"/>
            </w:pPr>
            <w:r>
              <w:rPr>
                <w:sz w:val="16"/>
              </w:rPr>
              <w:t>City</w:t>
            </w:r>
          </w:p>
        </w:tc>
        <w:tc>
          <w:tcPr>
            <w:tcW w:type="dxa" w:w="2664"/>
          </w:tcPr>
          <w:p>
            <w:pPr>
              <w:spacing w:after="0"/>
              <w:jc w:val="left"/>
            </w:pPr>
            <w:r>
              <w:rPr>
                <w:sz w:val="16"/>
              </w:rPr>
              <w:t>Approved, expires 2027-11-10</w:t>
            </w:r>
          </w:p>
        </w:tc>
        <w:tc>
          <w:tcPr>
            <w:tcW w:type="dxa" w:w="3053"/>
          </w:tcPr>
          <w:p>
            <w:pPr>
              <w:spacing w:after="0"/>
              <w:jc w:val="left"/>
            </w:pPr>
            <w:r>
              <w:rPr>
                <w:sz w:val="16"/>
              </w:rPr>
              <w:t>2022 Chittenden County All Hazards Multi-Jurisdictional Hazard Mitigation Plan (FEMA plan 108641)</w:t>
            </w:r>
          </w:p>
        </w:tc>
        <w:tc>
          <w:tcPr>
            <w:tcW w:type="dxa" w:w="1045"/>
          </w:tcPr>
          <w:p>
            <w:pPr>
              <w:spacing w:after="0"/>
              <w:jc w:val="left"/>
            </w:pPr>
            <w:r>
              <w:rPr>
                <w:sz w:val="16"/>
              </w:rPr>
              <w:t>2022-11-11</w:t>
            </w:r>
          </w:p>
        </w:tc>
        <w:tc>
          <w:tcPr>
            <w:tcW w:type="dxa" w:w="1045"/>
          </w:tcPr>
          <w:p>
            <w:pPr>
              <w:spacing w:after="0"/>
              <w:jc w:val="left"/>
            </w:pPr>
            <w:r>
              <w:rPr>
                <w:sz w:val="16"/>
              </w:rPr>
              <w:t>2027-11-10</w:t>
            </w:r>
          </w:p>
        </w:tc>
        <w:tc>
          <w:tcPr>
            <w:tcW w:type="dxa" w:w="901"/>
          </w:tcPr>
          <w:p>
            <w:pPr>
              <w:spacing w:after="0"/>
              <w:jc w:val="right"/>
            </w:pPr>
            <w:r>
              <w:rPr>
                <w:sz w:val="16"/>
              </w:rPr>
              <w:t>408</w:t>
            </w:r>
          </w:p>
        </w:tc>
        <w:tc>
          <w:tcPr>
            <w:tcW w:type="dxa" w:w="955"/>
          </w:tcPr>
          <w:p>
            <w:pPr>
              <w:spacing w:after="0"/>
              <w:jc w:val="left"/>
            </w:pPr>
          </w:p>
        </w:tc>
        <w:tc>
          <w:tcPr>
            <w:tcW w:type="dxa" w:w="2484"/>
          </w:tcPr>
          <w:p>
            <w:pPr>
              <w:spacing w:after="0"/>
              <w:jc w:val="left"/>
            </w:pPr>
            <w:r>
              <w:rPr>
                <w:sz w:val="16"/>
              </w:rPr>
              <w:t>member approved 2023-01-17</w:t>
            </w:r>
          </w:p>
        </w:tc>
      </w:tr>
    </w:tbl>
    <w:p>
      <w:pPr>
        <w:spacing w:after="40" w:before="60"/>
      </w:pPr>
      <w:r>
        <w:rPr>
          <w:sz w:val="15"/>
        </w:rPr>
        <w:t>Plan 108641 also covers 17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Chittenden County, county-level (county FIPS 50007);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$28,508,887</w:t>
            </w:r>
          </w:p>
        </w:tc>
        <w:tc>
          <w:tcPr>
            <w:tcW w:type="dxa" w:w="1126"/>
          </w:tcPr>
          <w:p>
            <w:pPr>
              <w:spacing w:after="0"/>
              <w:jc w:val="right"/>
            </w:pPr>
            <w:r>
              <w:rPr>
                <w:sz w:val="16"/>
              </w:rPr>
              <w:t>$67,191</w:t>
            </w:r>
          </w:p>
        </w:tc>
        <w:tc>
          <w:tcPr>
            <w:tcW w:type="dxa" w:w="1284"/>
          </w:tcPr>
          <w:p>
            <w:pPr>
              <w:spacing w:after="0"/>
              <w:jc w:val="right"/>
            </w:pPr>
            <w:r>
              <w:rPr>
                <w:sz w:val="16"/>
              </w:rPr>
              <w:t>$221,627</w:t>
            </w:r>
          </w:p>
        </w:tc>
        <w:tc>
          <w:tcPr>
            <w:tcW w:type="dxa" w:w="1160"/>
          </w:tcPr>
          <w:p>
            <w:pPr>
              <w:spacing w:after="0"/>
              <w:jc w:val="right"/>
            </w:pPr>
            <w:r>
              <w:rPr>
                <w:sz w:val="16"/>
              </w:rPr>
              <w:t>$28,797,704</w:t>
            </w:r>
          </w:p>
        </w:tc>
        <w:tc>
          <w:tcPr>
            <w:tcW w:type="dxa" w:w="1168"/>
          </w:tcPr>
          <w:p>
            <w:pPr>
              <w:spacing w:after="0"/>
              <w:jc w:val="right"/>
            </w:pPr>
            <w:r>
              <w:rPr>
                <w:sz w:val="16"/>
              </w:rPr>
              <w:t>80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Earthquake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$1,833,011</w:t>
            </w:r>
          </w:p>
        </w:tc>
        <w:tc>
          <w:tcPr>
            <w:tcW w:type="dxa" w:w="1126"/>
          </w:tcPr>
          <w:p>
            <w:pPr>
              <w:spacing w:after="0"/>
              <w:jc w:val="right"/>
            </w:pPr>
          </w:p>
        </w:tc>
        <w:tc>
          <w:tcPr>
            <w:tcW w:type="dxa" w:w="1284"/>
          </w:tcPr>
          <w:p>
            <w:pPr>
              <w:spacing w:after="0"/>
              <w:jc w:val="right"/>
            </w:pPr>
            <w:r>
              <w:rPr>
                <w:sz w:val="16"/>
              </w:rPr>
              <w:t>$314,944</w:t>
            </w:r>
          </w:p>
        </w:tc>
        <w:tc>
          <w:tcPr>
            <w:tcW w:type="dxa" w:w="1160"/>
          </w:tcPr>
          <w:p>
            <w:pPr>
              <w:spacing w:after="0"/>
              <w:jc w:val="right"/>
            </w:pPr>
            <w:r>
              <w:rPr>
                <w:sz w:val="16"/>
              </w:rPr>
              <w:t>$2,147,955</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3</w:t>
            </w:r>
          </w:p>
        </w:tc>
        <w:tc>
          <w:tcPr>
            <w:tcW w:type="dxa" w:w="1037"/>
          </w:tcPr>
          <w:p>
            <w:pPr>
              <w:spacing w:after="0"/>
              <w:jc w:val="left"/>
            </w:pPr>
            <w:r>
              <w:rPr>
                <w:sz w:val="16"/>
              </w:rPr>
              <w:t>Heat Wave</w:t>
            </w:r>
          </w:p>
        </w:tc>
        <w:tc>
          <w:tcPr>
            <w:tcW w:type="dxa" w:w="1209"/>
          </w:tcPr>
          <w:p>
            <w:pPr>
              <w:spacing w:after="0"/>
              <w:jc w:val="left"/>
            </w:pPr>
            <w:r>
              <w:rPr>
                <w:sz w:val="16"/>
              </w:rPr>
              <w:t>Relatively Low</w:t>
            </w:r>
          </w:p>
        </w:tc>
        <w:tc>
          <w:tcPr>
            <w:tcW w:type="dxa" w:w="1209"/>
          </w:tcPr>
          <w:p>
            <w:pPr>
              <w:spacing w:after="0"/>
              <w:jc w:val="left"/>
            </w:pPr>
            <w:r>
              <w:rPr>
                <w:sz w:val="16"/>
              </w:rPr>
              <w:t>Relatively Moderate</w:t>
            </w:r>
          </w:p>
        </w:tc>
        <w:tc>
          <w:tcPr>
            <w:tcW w:type="dxa" w:w="1126"/>
          </w:tcPr>
          <w:p>
            <w:pPr>
              <w:spacing w:after="0"/>
              <w:jc w:val="right"/>
            </w:pPr>
            <w:r>
              <w:rPr>
                <w:sz w:val="16"/>
              </w:rPr>
              <w:t>$1</w:t>
            </w:r>
          </w:p>
        </w:tc>
        <w:tc>
          <w:tcPr>
            <w:tcW w:type="dxa" w:w="1126"/>
          </w:tcPr>
          <w:p>
            <w:pPr>
              <w:spacing w:after="0"/>
              <w:jc w:val="right"/>
            </w:pPr>
            <w:r>
              <w:rPr>
                <w:sz w:val="16"/>
              </w:rPr>
              <w:t>$37,686</w:t>
            </w:r>
          </w:p>
        </w:tc>
        <w:tc>
          <w:tcPr>
            <w:tcW w:type="dxa" w:w="1284"/>
          </w:tcPr>
          <w:p>
            <w:pPr>
              <w:spacing w:after="0"/>
              <w:jc w:val="right"/>
            </w:pPr>
            <w:r>
              <w:rPr>
                <w:sz w:val="16"/>
              </w:rPr>
              <w:t>$1,759,734</w:t>
            </w:r>
          </w:p>
        </w:tc>
        <w:tc>
          <w:tcPr>
            <w:tcW w:type="dxa" w:w="1160"/>
          </w:tcPr>
          <w:p>
            <w:pPr>
              <w:spacing w:after="0"/>
              <w:jc w:val="right"/>
            </w:pPr>
            <w:r>
              <w:rPr>
                <w:sz w:val="16"/>
              </w:rPr>
              <w:t>$1,797,421</w:t>
            </w:r>
          </w:p>
        </w:tc>
        <w:tc>
          <w:tcPr>
            <w:tcW w:type="dxa" w:w="1168"/>
          </w:tcPr>
          <w:p>
            <w:pPr>
              <w:spacing w:after="0"/>
              <w:jc w:val="right"/>
            </w:pPr>
            <w:r>
              <w:rPr>
                <w:sz w:val="16"/>
              </w:rPr>
              <w:t>12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Cold Wave</w:t>
            </w:r>
          </w:p>
        </w:tc>
        <w:tc>
          <w:tcPr>
            <w:tcW w:type="dxa" w:w="1209"/>
          </w:tcPr>
          <w:p>
            <w:pPr>
              <w:spacing w:after="0"/>
              <w:jc w:val="left"/>
            </w:pPr>
            <w:r>
              <w:rPr>
                <w:sz w:val="16"/>
              </w:rPr>
              <w:t>Relatively Low</w:t>
            </w:r>
          </w:p>
        </w:tc>
        <w:tc>
          <w:tcPr>
            <w:tcW w:type="dxa" w:w="1209"/>
          </w:tcPr>
          <w:p>
            <w:pPr>
              <w:spacing w:after="0"/>
              <w:jc w:val="left"/>
            </w:pPr>
            <w:r>
              <w:rPr>
                <w:sz w:val="16"/>
              </w:rPr>
              <w:t>Relatively Moderate</w:t>
            </w:r>
          </w:p>
        </w:tc>
        <w:tc>
          <w:tcPr>
            <w:tcW w:type="dxa" w:w="1126"/>
          </w:tcPr>
          <w:p>
            <w:pPr>
              <w:spacing w:after="0"/>
              <w:jc w:val="right"/>
            </w:pPr>
            <w:r>
              <w:rPr>
                <w:sz w:val="16"/>
              </w:rPr>
              <w:t>$6,086</w:t>
            </w:r>
          </w:p>
        </w:tc>
        <w:tc>
          <w:tcPr>
            <w:tcW w:type="dxa" w:w="1126"/>
          </w:tcPr>
          <w:p>
            <w:pPr>
              <w:spacing w:after="0"/>
              <w:jc w:val="right"/>
            </w:pPr>
            <w:r>
              <w:rPr>
                <w:sz w:val="16"/>
              </w:rPr>
              <w:t>$77,432</w:t>
            </w:r>
          </w:p>
        </w:tc>
        <w:tc>
          <w:tcPr>
            <w:tcW w:type="dxa" w:w="1284"/>
          </w:tcPr>
          <w:p>
            <w:pPr>
              <w:spacing w:after="0"/>
              <w:jc w:val="right"/>
            </w:pPr>
            <w:r>
              <w:rPr>
                <w:sz w:val="16"/>
              </w:rPr>
              <w:t>$1,503,744</w:t>
            </w:r>
          </w:p>
        </w:tc>
        <w:tc>
          <w:tcPr>
            <w:tcW w:type="dxa" w:w="1160"/>
          </w:tcPr>
          <w:p>
            <w:pPr>
              <w:spacing w:after="0"/>
              <w:jc w:val="right"/>
            </w:pPr>
            <w:r>
              <w:rPr>
                <w:sz w:val="16"/>
              </w:rPr>
              <w:t>$1,587,262</w:t>
            </w:r>
          </w:p>
        </w:tc>
        <w:tc>
          <w:tcPr>
            <w:tcW w:type="dxa" w:w="1168"/>
          </w:tcPr>
          <w:p>
            <w:pPr>
              <w:spacing w:after="0"/>
              <w:jc w:val="right"/>
            </w:pPr>
            <w:r>
              <w:rPr>
                <w:sz w:val="16"/>
              </w:rPr>
              <w:t>34</w:t>
            </w:r>
          </w:p>
        </w:tc>
        <w:tc>
          <w:tcPr>
            <w:tcW w:type="dxa" w:w="2095"/>
          </w:tcPr>
          <w:p>
            <w:pPr>
              <w:spacing w:after="0"/>
              <w:jc w:val="left"/>
            </w:pPr>
          </w:p>
        </w:tc>
        <w:tc>
          <w:tcPr>
            <w:tcW w:type="dxa" w:w="2017"/>
          </w:tcPr>
          <w:p>
            <w:pPr>
              <w:spacing w:after="0"/>
              <w:jc w:val="left"/>
            </w:pPr>
            <w:r>
              <w:rPr>
                <w:sz w:val="16"/>
              </w:rPr>
              <w:t>Includes 5 Frost/Freeze records, event types the NRI definition of this hazard leaves out.</w:t>
            </w:r>
          </w:p>
        </w:tc>
      </w:tr>
      <w:tr>
        <w:trPr>
          <w:cantSplit/>
        </w:trPr>
        <w:tc>
          <w:tcPr>
            <w:tcW w:type="dxa" w:w="681"/>
          </w:tcPr>
          <w:p>
            <w:pPr>
              <w:spacing w:after="0"/>
              <w:jc w:val="right"/>
            </w:pPr>
            <w:r>
              <w:rPr>
                <w:sz w:val="16"/>
              </w:rPr>
              <w:t>5</w:t>
            </w:r>
          </w:p>
        </w:tc>
        <w:tc>
          <w:tcPr>
            <w:tcW w:type="dxa" w:w="1037"/>
          </w:tcPr>
          <w:p>
            <w:pPr>
              <w:spacing w:after="0"/>
              <w:jc w:val="left"/>
            </w:pPr>
            <w:r>
              <w:rPr>
                <w:sz w:val="16"/>
              </w:rPr>
              <w:t>Lightning</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$90,828</w:t>
            </w:r>
          </w:p>
        </w:tc>
        <w:tc>
          <w:tcPr>
            <w:tcW w:type="dxa" w:w="1126"/>
          </w:tcPr>
          <w:p>
            <w:pPr>
              <w:spacing w:after="0"/>
              <w:jc w:val="right"/>
            </w:pPr>
          </w:p>
        </w:tc>
        <w:tc>
          <w:tcPr>
            <w:tcW w:type="dxa" w:w="1284"/>
          </w:tcPr>
          <w:p>
            <w:pPr>
              <w:spacing w:after="0"/>
              <w:jc w:val="right"/>
            </w:pPr>
            <w:r>
              <w:rPr>
                <w:sz w:val="16"/>
              </w:rPr>
              <w:t>$1,327,077</w:t>
            </w:r>
          </w:p>
        </w:tc>
        <w:tc>
          <w:tcPr>
            <w:tcW w:type="dxa" w:w="1160"/>
          </w:tcPr>
          <w:p>
            <w:pPr>
              <w:spacing w:after="0"/>
              <w:jc w:val="right"/>
            </w:pPr>
            <w:r>
              <w:rPr>
                <w:sz w:val="16"/>
              </w:rPr>
              <w:t>$1,417,906</w:t>
            </w:r>
          </w:p>
        </w:tc>
        <w:tc>
          <w:tcPr>
            <w:tcW w:type="dxa" w:w="1168"/>
          </w:tcPr>
          <w:p>
            <w:pPr>
              <w:spacing w:after="0"/>
              <w:jc w:val="right"/>
            </w:pPr>
            <w:r>
              <w:rPr>
                <w:sz w:val="16"/>
              </w:rPr>
              <w:t>21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Strong Wind</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$548,593</w:t>
            </w:r>
          </w:p>
        </w:tc>
        <w:tc>
          <w:tcPr>
            <w:tcW w:type="dxa" w:w="1126"/>
          </w:tcPr>
          <w:p>
            <w:pPr>
              <w:spacing w:after="0"/>
              <w:jc w:val="right"/>
            </w:pPr>
            <w:r>
              <w:rPr>
                <w:sz w:val="16"/>
              </w:rPr>
              <w:t>$7,299</w:t>
            </w:r>
          </w:p>
        </w:tc>
        <w:tc>
          <w:tcPr>
            <w:tcW w:type="dxa" w:w="1284"/>
          </w:tcPr>
          <w:p>
            <w:pPr>
              <w:spacing w:after="0"/>
              <w:jc w:val="right"/>
            </w:pPr>
            <w:r>
              <w:rPr>
                <w:sz w:val="16"/>
              </w:rPr>
              <w:t>$666,883</w:t>
            </w:r>
          </w:p>
        </w:tc>
        <w:tc>
          <w:tcPr>
            <w:tcW w:type="dxa" w:w="1160"/>
          </w:tcPr>
          <w:p>
            <w:pPr>
              <w:spacing w:after="0"/>
              <w:jc w:val="right"/>
            </w:pPr>
            <w:r>
              <w:rPr>
                <w:sz w:val="16"/>
              </w:rPr>
              <w:t>$1,222,775</w:t>
            </w:r>
          </w:p>
        </w:tc>
        <w:tc>
          <w:tcPr>
            <w:tcW w:type="dxa" w:w="1168"/>
          </w:tcPr>
          <w:p>
            <w:pPr>
              <w:spacing w:after="0"/>
              <w:jc w:val="right"/>
            </w:pPr>
            <w:r>
              <w:rPr>
                <w:sz w:val="16"/>
              </w:rPr>
              <w:t>352</w:t>
            </w:r>
          </w:p>
        </w:tc>
        <w:tc>
          <w:tcPr>
            <w:tcW w:type="dxa" w:w="2095"/>
          </w:tcPr>
          <w:p>
            <w:pPr>
              <w:spacing w:after="0"/>
              <w:jc w:val="left"/>
            </w:pPr>
          </w:p>
        </w:tc>
        <w:tc>
          <w:tcPr>
            <w:tcW w:type="dxa" w:w="2017"/>
          </w:tcPr>
          <w:p>
            <w:pPr>
              <w:spacing w:after="0"/>
              <w:jc w:val="left"/>
            </w:pPr>
            <w:r>
              <w:rPr>
                <w:sz w:val="16"/>
              </w:rPr>
              <w:t>Includes 52 High Wind records and 55 Strong Wind records, event types the NRI definition of this hazard leaves out.</w:t>
            </w:r>
          </w:p>
        </w:tc>
      </w:tr>
      <w:tr>
        <w:trPr>
          <w:cantSplit/>
        </w:trPr>
        <w:tc>
          <w:tcPr>
            <w:tcW w:type="dxa" w:w="681"/>
          </w:tcPr>
          <w:p>
            <w:pPr>
              <w:spacing w:after="0"/>
              <w:jc w:val="right"/>
            </w:pPr>
            <w:r>
              <w:rPr>
                <w:sz w:val="16"/>
              </w:rPr>
              <w:t>7</w:t>
            </w:r>
          </w:p>
        </w:tc>
        <w:tc>
          <w:tcPr>
            <w:tcW w:type="dxa" w:w="1037"/>
          </w:tcPr>
          <w:p>
            <w:pPr>
              <w:spacing w:after="0"/>
              <w:jc w:val="left"/>
            </w:pPr>
            <w:r>
              <w:rPr>
                <w:sz w:val="16"/>
              </w:rPr>
              <w:t>Tornado</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$232,690</w:t>
            </w:r>
          </w:p>
        </w:tc>
        <w:tc>
          <w:tcPr>
            <w:tcW w:type="dxa" w:w="1126"/>
          </w:tcPr>
          <w:p>
            <w:pPr>
              <w:spacing w:after="0"/>
              <w:jc w:val="right"/>
            </w:pPr>
            <w:r>
              <w:rPr>
                <w:sz w:val="16"/>
              </w:rPr>
              <w:t>$95</w:t>
            </w:r>
          </w:p>
        </w:tc>
        <w:tc>
          <w:tcPr>
            <w:tcW w:type="dxa" w:w="1284"/>
          </w:tcPr>
          <w:p>
            <w:pPr>
              <w:spacing w:after="0"/>
              <w:jc w:val="right"/>
            </w:pPr>
            <w:r>
              <w:rPr>
                <w:sz w:val="16"/>
              </w:rPr>
              <w:t>$614,136</w:t>
            </w:r>
          </w:p>
        </w:tc>
        <w:tc>
          <w:tcPr>
            <w:tcW w:type="dxa" w:w="1160"/>
          </w:tcPr>
          <w:p>
            <w:pPr>
              <w:spacing w:after="0"/>
              <w:jc w:val="right"/>
            </w:pPr>
            <w:r>
              <w:rPr>
                <w:sz w:val="16"/>
              </w:rPr>
              <w:t>$846,921</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8</w:t>
            </w:r>
          </w:p>
        </w:tc>
        <w:tc>
          <w:tcPr>
            <w:tcW w:type="dxa" w:w="1037"/>
          </w:tcPr>
          <w:p>
            <w:pPr>
              <w:spacing w:after="0"/>
              <w:jc w:val="left"/>
            </w:pPr>
            <w:r>
              <w:rPr>
                <w:sz w:val="16"/>
              </w:rPr>
              <w:t>Hurricane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$606,338</w:t>
            </w:r>
          </w:p>
        </w:tc>
        <w:tc>
          <w:tcPr>
            <w:tcW w:type="dxa" w:w="1126"/>
          </w:tcPr>
          <w:p>
            <w:pPr>
              <w:spacing w:after="0"/>
              <w:jc w:val="right"/>
            </w:pPr>
            <w:r>
              <w:rPr>
                <w:sz w:val="16"/>
              </w:rPr>
              <w:t>$26,484</w:t>
            </w:r>
          </w:p>
        </w:tc>
        <w:tc>
          <w:tcPr>
            <w:tcW w:type="dxa" w:w="1284"/>
          </w:tcPr>
          <w:p>
            <w:pPr>
              <w:spacing w:after="0"/>
              <w:jc w:val="right"/>
            </w:pPr>
            <w:r>
              <w:rPr>
                <w:sz w:val="16"/>
              </w:rPr>
              <w:t>$28,240</w:t>
            </w:r>
          </w:p>
        </w:tc>
        <w:tc>
          <w:tcPr>
            <w:tcW w:type="dxa" w:w="1160"/>
          </w:tcPr>
          <w:p>
            <w:pPr>
              <w:spacing w:after="0"/>
              <w:jc w:val="right"/>
            </w:pPr>
            <w:r>
              <w:rPr>
                <w:sz w:val="16"/>
              </w:rPr>
              <w:t>$661,061</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Declared 3 times; no Storm Events record of this type.</w:t>
            </w:r>
          </w:p>
        </w:tc>
      </w:tr>
      <w:tr>
        <w:trPr>
          <w:cantSplit/>
        </w:trPr>
        <w:tc>
          <w:tcPr>
            <w:tcW w:type="dxa" w:w="681"/>
          </w:tcPr>
          <w:p>
            <w:pPr>
              <w:spacing w:after="0"/>
              <w:jc w:val="right"/>
            </w:pPr>
            <w:r>
              <w:rPr>
                <w:sz w:val="16"/>
              </w:rPr>
              <w:t>9</w:t>
            </w:r>
          </w:p>
        </w:tc>
        <w:tc>
          <w:tcPr>
            <w:tcW w:type="dxa" w:w="1037"/>
          </w:tcPr>
          <w:p>
            <w:pPr>
              <w:spacing w:after="0"/>
              <w:jc w:val="left"/>
            </w:pPr>
            <w:r>
              <w:rPr>
                <w:sz w:val="16"/>
              </w:rPr>
              <w:t>Ice Storm</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$540,984</w:t>
            </w:r>
          </w:p>
        </w:tc>
        <w:tc>
          <w:tcPr>
            <w:tcW w:type="dxa" w:w="1126"/>
          </w:tcPr>
          <w:p>
            <w:pPr>
              <w:spacing w:after="0"/>
              <w:jc w:val="right"/>
            </w:pPr>
          </w:p>
        </w:tc>
        <w:tc>
          <w:tcPr>
            <w:tcW w:type="dxa" w:w="1284"/>
          </w:tcPr>
          <w:p>
            <w:pPr>
              <w:spacing w:after="0"/>
              <w:jc w:val="right"/>
            </w:pPr>
            <w:r>
              <w:rPr>
                <w:sz w:val="16"/>
              </w:rPr>
              <w:t>$59,687</w:t>
            </w:r>
          </w:p>
        </w:tc>
        <w:tc>
          <w:tcPr>
            <w:tcW w:type="dxa" w:w="1160"/>
          </w:tcPr>
          <w:p>
            <w:pPr>
              <w:spacing w:after="0"/>
              <w:jc w:val="right"/>
            </w:pPr>
            <w:r>
              <w:rPr>
                <w:sz w:val="16"/>
              </w:rPr>
              <w:t>$600,671</w:t>
            </w:r>
          </w:p>
        </w:tc>
        <w:tc>
          <w:tcPr>
            <w:tcW w:type="dxa" w:w="1168"/>
          </w:tcPr>
          <w:p>
            <w:pPr>
              <w:spacing w:after="0"/>
              <w:jc w:val="right"/>
            </w:pPr>
            <w:r>
              <w:rPr>
                <w:sz w:val="16"/>
              </w:rPr>
              <w:t>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Winter Weather</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$151,031</w:t>
            </w:r>
          </w:p>
        </w:tc>
        <w:tc>
          <w:tcPr>
            <w:tcW w:type="dxa" w:w="1126"/>
          </w:tcPr>
          <w:p>
            <w:pPr>
              <w:spacing w:after="0"/>
              <w:jc w:val="right"/>
            </w:pPr>
            <w:r>
              <w:rPr>
                <w:sz w:val="16"/>
              </w:rPr>
              <w:t>$69</w:t>
            </w:r>
          </w:p>
        </w:tc>
        <w:tc>
          <w:tcPr>
            <w:tcW w:type="dxa" w:w="1284"/>
          </w:tcPr>
          <w:p>
            <w:pPr>
              <w:spacing w:after="0"/>
              <w:jc w:val="right"/>
            </w:pPr>
            <w:r>
              <w:rPr>
                <w:sz w:val="16"/>
              </w:rPr>
              <w:t>$313,954</w:t>
            </w:r>
          </w:p>
        </w:tc>
        <w:tc>
          <w:tcPr>
            <w:tcW w:type="dxa" w:w="1160"/>
          </w:tcPr>
          <w:p>
            <w:pPr>
              <w:spacing w:after="0"/>
              <w:jc w:val="right"/>
            </w:pPr>
            <w:r>
              <w:rPr>
                <w:sz w:val="16"/>
              </w:rPr>
              <w:t>$465,054</w:t>
            </w:r>
          </w:p>
        </w:tc>
        <w:tc>
          <w:tcPr>
            <w:tcW w:type="dxa" w:w="1168"/>
          </w:tcPr>
          <w:p>
            <w:pPr>
              <w:spacing w:after="0"/>
              <w:jc w:val="right"/>
            </w:pPr>
            <w:r>
              <w:rPr>
                <w:sz w:val="16"/>
              </w:rPr>
              <w:t>313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Avalanche</w:t>
            </w:r>
          </w:p>
        </w:tc>
        <w:tc>
          <w:tcPr>
            <w:tcW w:type="dxa" w:w="1209"/>
          </w:tcPr>
          <w:p>
            <w:pPr>
              <w:spacing w:after="0"/>
              <w:jc w:val="left"/>
            </w:pPr>
            <w:r>
              <w:rPr>
                <w:sz w:val="16"/>
              </w:rPr>
              <w:t>Relatively Moderate</w:t>
            </w:r>
          </w:p>
        </w:tc>
        <w:tc>
          <w:tcPr>
            <w:tcW w:type="dxa" w:w="1209"/>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p>
        </w:tc>
        <w:tc>
          <w:tcPr>
            <w:tcW w:type="dxa" w:w="1284"/>
          </w:tcPr>
          <w:p>
            <w:pPr>
              <w:spacing w:after="0"/>
              <w:jc w:val="right"/>
            </w:pPr>
            <w:r>
              <w:rPr>
                <w:sz w:val="16"/>
              </w:rPr>
              <w:t>$456,666</w:t>
            </w:r>
          </w:p>
        </w:tc>
        <w:tc>
          <w:tcPr>
            <w:tcW w:type="dxa" w:w="1160"/>
          </w:tcPr>
          <w:p>
            <w:pPr>
              <w:spacing w:after="0"/>
              <w:jc w:val="right"/>
            </w:pPr>
            <w:r>
              <w:rPr>
                <w:sz w:val="16"/>
              </w:rPr>
              <w:t>$456,666</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12</w:t>
            </w:r>
          </w:p>
        </w:tc>
        <w:tc>
          <w:tcPr>
            <w:tcW w:type="dxa" w:w="1037"/>
          </w:tcPr>
          <w:p>
            <w:pPr>
              <w:spacing w:after="0"/>
              <w:jc w:val="left"/>
            </w:pPr>
            <w:r>
              <w:rPr>
                <w:sz w:val="16"/>
              </w:rPr>
              <w:t>Hail</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$12,645</w:t>
            </w:r>
          </w:p>
        </w:tc>
        <w:tc>
          <w:tcPr>
            <w:tcW w:type="dxa" w:w="1126"/>
          </w:tcPr>
          <w:p>
            <w:pPr>
              <w:spacing w:after="0"/>
              <w:jc w:val="right"/>
            </w:pPr>
            <w:r>
              <w:rPr>
                <w:sz w:val="16"/>
              </w:rPr>
              <w:t>$7,277</w:t>
            </w:r>
          </w:p>
        </w:tc>
        <w:tc>
          <w:tcPr>
            <w:tcW w:type="dxa" w:w="1284"/>
          </w:tcPr>
          <w:p>
            <w:pPr>
              <w:spacing w:after="0"/>
              <w:jc w:val="right"/>
            </w:pPr>
            <w:r>
              <w:rPr>
                <w:sz w:val="16"/>
              </w:rPr>
              <w:t>$78,688</w:t>
            </w:r>
          </w:p>
        </w:tc>
        <w:tc>
          <w:tcPr>
            <w:tcW w:type="dxa" w:w="1160"/>
          </w:tcPr>
          <w:p>
            <w:pPr>
              <w:spacing w:after="0"/>
              <w:jc w:val="right"/>
            </w:pPr>
            <w:r>
              <w:rPr>
                <w:sz w:val="16"/>
              </w:rPr>
              <w:t>$98,610</w:t>
            </w:r>
          </w:p>
        </w:tc>
        <w:tc>
          <w:tcPr>
            <w:tcW w:type="dxa" w:w="1168"/>
          </w:tcPr>
          <w:p>
            <w:pPr>
              <w:spacing w:after="0"/>
              <w:jc w:val="right"/>
            </w:pPr>
            <w:r>
              <w:rPr>
                <w:sz w:val="16"/>
              </w:rPr>
              <w:t>120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$16,249</w:t>
            </w:r>
          </w:p>
        </w:tc>
        <w:tc>
          <w:tcPr>
            <w:tcW w:type="dxa" w:w="1126"/>
          </w:tcPr>
          <w:p>
            <w:pPr>
              <w:spacing w:after="0"/>
              <w:jc w:val="right"/>
            </w:pPr>
            <w:r>
              <w:rPr>
                <w:sz w:val="16"/>
              </w:rPr>
              <w:t>$8</w:t>
            </w:r>
          </w:p>
        </w:tc>
        <w:tc>
          <w:tcPr>
            <w:tcW w:type="dxa" w:w="1284"/>
          </w:tcPr>
          <w:p>
            <w:pPr>
              <w:spacing w:after="0"/>
              <w:jc w:val="right"/>
            </w:pPr>
            <w:r>
              <w:rPr>
                <w:sz w:val="16"/>
              </w:rPr>
              <w:t>$2,328</w:t>
            </w:r>
          </w:p>
        </w:tc>
        <w:tc>
          <w:tcPr>
            <w:tcW w:type="dxa" w:w="1160"/>
          </w:tcPr>
          <w:p>
            <w:pPr>
              <w:spacing w:after="0"/>
              <w:jc w:val="right"/>
            </w:pPr>
            <w:r>
              <w:rPr>
                <w:sz w:val="16"/>
              </w:rPr>
              <w:t>$18,585</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$11,303</w:t>
            </w:r>
          </w:p>
        </w:tc>
        <w:tc>
          <w:tcPr>
            <w:tcW w:type="dxa" w:w="1126"/>
          </w:tcPr>
          <w:p>
            <w:pPr>
              <w:spacing w:after="0"/>
              <w:jc w:val="right"/>
            </w:pPr>
          </w:p>
        </w:tc>
        <w:tc>
          <w:tcPr>
            <w:tcW w:type="dxa" w:w="1284"/>
          </w:tcPr>
          <w:p>
            <w:pPr>
              <w:spacing w:after="0"/>
              <w:jc w:val="right"/>
            </w:pPr>
            <w:r>
              <w:rPr>
                <w:sz w:val="16"/>
              </w:rPr>
              <w:t>$7,061</w:t>
            </w:r>
          </w:p>
        </w:tc>
        <w:tc>
          <w:tcPr>
            <w:tcW w:type="dxa" w:w="1160"/>
          </w:tcPr>
          <w:p>
            <w:pPr>
              <w:spacing w:after="0"/>
              <w:jc w:val="right"/>
            </w:pPr>
            <w:r>
              <w:rPr>
                <w:sz w:val="16"/>
              </w:rPr>
              <w:t>$18,363</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1"/>
          </w:tcPr>
          <w:p>
            <w:pPr>
              <w:spacing w:after="0"/>
              <w:jc w:val="right"/>
            </w:pPr>
            <w:r>
              <w:rPr>
                <w:sz w:val="16"/>
              </w:rPr>
              <w:t>15</w:t>
            </w:r>
          </w:p>
        </w:tc>
        <w:tc>
          <w:tcPr>
            <w:tcW w:type="dxa" w:w="1037"/>
          </w:tcPr>
          <w:p>
            <w:pPr>
              <w:spacing w:after="0"/>
              <w:jc w:val="left"/>
            </w:pPr>
            <w:r>
              <w:rPr>
                <w:sz w:val="16"/>
              </w:rPr>
              <w:t>Drought</w:t>
            </w:r>
          </w:p>
        </w:tc>
        <w:tc>
          <w:tcPr>
            <w:tcW w:type="dxa" w:w="1209"/>
          </w:tcPr>
          <w:p>
            <w:pPr>
              <w:spacing w:after="0"/>
              <w:jc w:val="left"/>
            </w:pPr>
            <w:r>
              <w:rPr>
                <w:sz w:val="16"/>
              </w:rPr>
              <w:t>No Rating</w:t>
            </w:r>
          </w:p>
        </w:tc>
        <w:tc>
          <w:tcPr>
            <w:tcW w:type="dxa" w:w="1209"/>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4"/>
          </w:tcPr>
          <w:p>
            <w:pPr>
              <w:spacing w:after="0"/>
              <w:jc w:val="right"/>
            </w:pPr>
          </w:p>
        </w:tc>
        <w:tc>
          <w:tcPr>
            <w:tcW w:type="dxa" w:w="1160"/>
          </w:tcPr>
          <w:p>
            <w:pPr>
              <w:spacing w:after="0"/>
              <w:jc w:val="right"/>
            </w:pPr>
            <w:r>
              <w:rPr>
                <w:sz w:val="16"/>
              </w:rPr>
              <w:t>$0</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Chittenden County, county-level (county FIPS 50007);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41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41 of 41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38 of 41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Chittenden County, county-level (county FIPS 50007);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28"/>
        <w:gridCol w:w="1663"/>
        <w:gridCol w:w="1467"/>
        <w:gridCol w:w="1684"/>
        <w:gridCol w:w="2124"/>
        <w:gridCol w:w="1653"/>
        <w:gridCol w:w="1812"/>
        <w:gridCol w:w="2079"/>
      </w:tblGrid>
      <w:tr>
        <w:trPr>
          <w:cantSplit/>
          <w:tblHeader/>
        </w:trPr>
        <w:tc>
          <w:tcPr>
            <w:tcW w:type="dxa" w:w="1628"/>
            <w:shd w:val="clear" w:color="auto" w:fill="E8E8E8"/>
          </w:tcPr>
          <w:p>
            <w:pPr>
              <w:spacing w:after="0"/>
              <w:jc w:val="left"/>
            </w:pPr>
            <w:r>
              <w:rPr>
                <w:b/>
                <w:sz w:val="16"/>
              </w:rPr>
              <w:t>Hazard</w:t>
            </w:r>
          </w:p>
        </w:tc>
        <w:tc>
          <w:tcPr>
            <w:tcW w:type="dxa" w:w="1663"/>
            <w:shd w:val="clear" w:color="auto" w:fill="E8E8E8"/>
          </w:tcPr>
          <w:p>
            <w:pPr>
              <w:spacing w:after="0"/>
              <w:jc w:val="left"/>
            </w:pPr>
            <w:r>
              <w:rPr>
                <w:b/>
                <w:sz w:val="16"/>
              </w:rPr>
              <w:t>Scale</w:t>
            </w:r>
          </w:p>
        </w:tc>
        <w:tc>
          <w:tcPr>
            <w:tcW w:type="dxa" w:w="1467"/>
            <w:shd w:val="clear" w:color="auto" w:fill="E8E8E8"/>
          </w:tcPr>
          <w:p>
            <w:pPr>
              <w:spacing w:after="0"/>
              <w:jc w:val="right"/>
            </w:pPr>
            <w:r>
              <w:rPr>
                <w:b/>
                <w:sz w:val="16"/>
              </w:rPr>
              <w:t>Records</w:t>
            </w:r>
          </w:p>
          <w:p>
            <w:pPr>
              <w:spacing w:after="0"/>
              <w:jc w:val="right"/>
            </w:pPr>
            <w:r>
              <w:rPr>
                <w:i/>
                <w:color w:val="555555"/>
                <w:sz w:val="14"/>
              </w:rPr>
              <w:t>count, years</w:t>
            </w:r>
          </w:p>
        </w:tc>
        <w:tc>
          <w:tcPr>
            <w:tcW w:type="dxa" w:w="1684"/>
            <w:shd w:val="clear" w:color="auto" w:fill="E8E8E8"/>
          </w:tcPr>
          <w:p>
            <w:pPr>
              <w:spacing w:after="0"/>
              <w:jc w:val="left"/>
            </w:pPr>
            <w:r>
              <w:rPr>
                <w:b/>
                <w:sz w:val="16"/>
              </w:rPr>
              <w:t>Observed range</w:t>
            </w:r>
          </w:p>
        </w:tc>
        <w:tc>
          <w:tcPr>
            <w:tcW w:type="dxa" w:w="2124"/>
            <w:shd w:val="clear" w:color="auto" w:fill="E8E8E8"/>
          </w:tcPr>
          <w:p>
            <w:pPr>
              <w:spacing w:after="0"/>
              <w:jc w:val="left"/>
            </w:pPr>
            <w:r>
              <w:rPr>
                <w:b/>
                <w:sz w:val="16"/>
              </w:rPr>
              <w:t>Worst recorded event</w:t>
            </w:r>
          </w:p>
        </w:tc>
        <w:tc>
          <w:tcPr>
            <w:tcW w:type="dxa" w:w="1653"/>
            <w:shd w:val="clear" w:color="auto" w:fill="E8E8E8"/>
          </w:tcPr>
          <w:p>
            <w:pPr>
              <w:spacing w:after="0"/>
              <w:jc w:val="left"/>
            </w:pPr>
            <w:r>
              <w:rPr>
                <w:b/>
                <w:sz w:val="16"/>
              </w:rPr>
              <w:t>Most damaging (when different)</w:t>
            </w:r>
          </w:p>
        </w:tc>
        <w:tc>
          <w:tcPr>
            <w:tcW w:type="dxa" w:w="1812"/>
            <w:shd w:val="clear" w:color="auto" w:fill="E8E8E8"/>
          </w:tcPr>
          <w:p>
            <w:pPr>
              <w:spacing w:after="0"/>
              <w:jc w:val="left"/>
            </w:pPr>
            <w:r>
              <w:rPr>
                <w:b/>
                <w:sz w:val="16"/>
              </w:rPr>
              <w:t>Where in the county</w:t>
            </w:r>
          </w:p>
        </w:tc>
        <w:tc>
          <w:tcPr>
            <w:tcW w:type="dxa" w:w="2079"/>
            <w:shd w:val="clear" w:color="auto" w:fill="E8E8E8"/>
          </w:tcPr>
          <w:p>
            <w:pPr>
              <w:spacing w:after="0"/>
              <w:jc w:val="left"/>
            </w:pPr>
            <w:r>
              <w:rPr>
                <w:b/>
                <w:sz w:val="16"/>
              </w:rPr>
              <w:t>Note</w:t>
            </w:r>
          </w:p>
        </w:tc>
      </w:tr>
      <w:tr>
        <w:trPr>
          <w:cantSplit/>
        </w:trPr>
        <w:tc>
          <w:tcPr>
            <w:tcW w:type="dxa" w:w="1628"/>
          </w:tcPr>
          <w:p>
            <w:pPr>
              <w:spacing w:after="0"/>
              <w:jc w:val="left"/>
            </w:pPr>
            <w:r>
              <w:rPr>
                <w:sz w:val="16"/>
              </w:rPr>
              <w:t>Avalanche</w:t>
            </w:r>
          </w:p>
        </w:tc>
        <w:tc>
          <w:tcPr>
            <w:tcW w:type="dxa" w:w="1663"/>
          </w:tcPr>
          <w:p>
            <w:pPr>
              <w:spacing w:after="0"/>
              <w:jc w:val="left"/>
            </w:pPr>
            <w:r>
              <w:rPr>
                <w:sz w:val="16"/>
              </w:rPr>
              <w:t>none (count and damage)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Coastal Flood, Storm Surge/Tide</w:t>
            </w:r>
          </w:p>
        </w:tc>
        <w:tc>
          <w:tcPr>
            <w:tcW w:type="dxa" w:w="1663"/>
          </w:tcPr>
          <w:p>
            <w:pPr>
              <w:spacing w:after="0"/>
              <w:jc w:val="left"/>
            </w:pPr>
            <w:r>
              <w:rPr>
                <w:sz w:val="16"/>
              </w:rPr>
              <w:t>none in data (FIRM for depth)</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Flood depth: see the FEMA Flood Insurance Rate Map.</w:t>
            </w:r>
          </w:p>
        </w:tc>
      </w:tr>
      <w:tr>
        <w:trPr>
          <w:cantSplit/>
        </w:trPr>
        <w:tc>
          <w:tcPr>
            <w:tcW w:type="dxa" w:w="1628"/>
          </w:tcPr>
          <w:p>
            <w:pPr>
              <w:spacing w:after="0"/>
              <w:jc w:val="left"/>
            </w:pPr>
            <w:r>
              <w:rPr>
                <w:sz w:val="16"/>
              </w:rPr>
              <w:t>Cold/Wind Chill, Extreme Cold/Wind Chill</w:t>
            </w:r>
          </w:p>
        </w:tc>
        <w:tc>
          <w:tcPr>
            <w:tcW w:type="dxa" w:w="1663"/>
          </w:tcPr>
          <w:p>
            <w:pPr>
              <w:spacing w:after="0"/>
              <w:jc w:val="left"/>
            </w:pPr>
            <w:r>
              <w:rPr>
                <w:sz w:val="16"/>
              </w:rPr>
              <w:t>wind chill</w:t>
            </w:r>
          </w:p>
        </w:tc>
        <w:tc>
          <w:tcPr>
            <w:tcW w:type="dxa" w:w="1467"/>
          </w:tcPr>
          <w:p>
            <w:pPr>
              <w:spacing w:after="0"/>
              <w:jc w:val="right"/>
            </w:pPr>
            <w:r>
              <w:rPr>
                <w:sz w:val="16"/>
              </w:rPr>
              <w:t>29, 1996 to 2026 (29 zone-level)</w:t>
            </w:r>
          </w:p>
        </w:tc>
        <w:tc>
          <w:tcPr>
            <w:tcW w:type="dxa" w:w="1684"/>
          </w:tcPr>
          <w:p>
            <w:pPr>
              <w:spacing w:after="0"/>
              <w:jc w:val="left"/>
            </w:pPr>
            <w:r>
              <w:rPr>
                <w:sz w:val="16"/>
              </w:rPr>
              <w:t>1 day to 28 days (median 2 days); 26 with a recorded value</w:t>
            </w:r>
          </w:p>
        </w:tc>
        <w:tc>
          <w:tcPr>
            <w:tcW w:type="dxa" w:w="2124"/>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53"/>
          </w:tcPr>
          <w:p>
            <w:pPr>
              <w:spacing w:after="0"/>
              <w:jc w:val="left"/>
            </w:pPr>
            <w:r>
              <w:rPr>
                <w:sz w:val="16"/>
              </w:rPr>
              <w:t>Cold/Wind Chill, 2004-01-15, $100,000 property; crops not reported, reported for the zone (2004 dollars)</w:t>
            </w: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Wind chill: in event narratives only; local data required.</w:t>
            </w:r>
          </w:p>
        </w:tc>
      </w:tr>
      <w:tr>
        <w:trPr>
          <w:cantSplit/>
        </w:trPr>
        <w:tc>
          <w:tcPr>
            <w:tcW w:type="dxa" w:w="1628"/>
          </w:tcPr>
          <w:p>
            <w:pPr>
              <w:spacing w:after="0"/>
              <w:jc w:val="left"/>
            </w:pPr>
            <w:r>
              <w:rPr>
                <w:sz w:val="16"/>
              </w:rPr>
              <w:t>Frost/Freeze (outside NRI Cold Wave definition)</w:t>
            </w:r>
          </w:p>
        </w:tc>
        <w:tc>
          <w:tcPr>
            <w:tcW w:type="dxa" w:w="1663"/>
          </w:tcPr>
          <w:p>
            <w:pPr>
              <w:spacing w:after="0"/>
              <w:jc w:val="left"/>
            </w:pPr>
            <w:r>
              <w:rPr>
                <w:sz w:val="16"/>
              </w:rPr>
              <w:t>crop damage</w:t>
            </w:r>
          </w:p>
        </w:tc>
        <w:tc>
          <w:tcPr>
            <w:tcW w:type="dxa" w:w="1467"/>
          </w:tcPr>
          <w:p>
            <w:pPr>
              <w:spacing w:after="0"/>
              <w:jc w:val="right"/>
            </w:pPr>
            <w:r>
              <w:rPr>
                <w:sz w:val="16"/>
              </w:rPr>
              <w:t>5, 2005 to 2023 (5 zone-level)</w:t>
            </w:r>
          </w:p>
        </w:tc>
        <w:tc>
          <w:tcPr>
            <w:tcW w:type="dxa" w:w="1684"/>
          </w:tcPr>
          <w:p>
            <w:pPr>
              <w:spacing w:after="0"/>
              <w:jc w:val="left"/>
            </w:pPr>
          </w:p>
        </w:tc>
        <w:tc>
          <w:tcPr>
            <w:tcW w:type="dxa" w:w="2124"/>
          </w:tcPr>
          <w:p>
            <w:pPr>
              <w:spacing w:after="0"/>
              <w:jc w:val="left"/>
            </w:pPr>
            <w:r>
              <w:rPr>
                <w:sz w:val="16"/>
              </w:rPr>
              <w:t>Frost/Freeze, 2023-05-18, $1,500,000 crop damage, reported for the zone (2023 dollars); NWS zone VTZ005 (WESTERN CHITTENDEN), zone-level: may include parts of neighboring counties</w:t>
            </w:r>
          </w:p>
        </w:tc>
        <w:tc>
          <w:tcPr>
            <w:tcW w:type="dxa" w:w="1653"/>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Temperature: in event narratives only; local data required.</w:t>
            </w:r>
          </w:p>
        </w:tc>
      </w:tr>
      <w:tr>
        <w:trPr>
          <w:cantSplit/>
        </w:trPr>
        <w:tc>
          <w:tcPr>
            <w:tcW w:type="dxa" w:w="1628"/>
          </w:tcPr>
          <w:p>
            <w:pPr>
              <w:spacing w:after="0"/>
              <w:jc w:val="left"/>
            </w:pPr>
            <w:r>
              <w:rPr>
                <w:sz w:val="16"/>
              </w:rPr>
              <w:t>Drought</w:t>
            </w:r>
          </w:p>
        </w:tc>
        <w:tc>
          <w:tcPr>
            <w:tcW w:type="dxa" w:w="1663"/>
          </w:tcPr>
          <w:p>
            <w:pPr>
              <w:spacing w:after="0"/>
              <w:jc w:val="left"/>
            </w:pPr>
            <w:r>
              <w:rPr>
                <w:sz w:val="16"/>
              </w:rPr>
              <w:t>US Drought Monitor D-scale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28"/>
          </w:tcPr>
          <w:p>
            <w:pPr>
              <w:spacing w:after="0"/>
              <w:jc w:val="left"/>
            </w:pPr>
            <w:r>
              <w:rPr>
                <w:sz w:val="16"/>
              </w:rPr>
              <w:t>Earthquake</w:t>
            </w:r>
          </w:p>
        </w:tc>
        <w:tc>
          <w:tcPr>
            <w:tcW w:type="dxa" w:w="1663"/>
          </w:tcPr>
          <w:p>
            <w:pPr>
              <w:spacing w:after="0"/>
              <w:jc w:val="left"/>
            </w:pPr>
            <w:r>
              <w:rPr>
                <w:sz w:val="16"/>
              </w:rPr>
              <w:t>Modified Mercalli (local data)</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No Storm Events record; local data required (e.g., USGS).</w:t>
            </w:r>
          </w:p>
        </w:tc>
      </w:tr>
      <w:tr>
        <w:trPr>
          <w:cantSplit/>
        </w:trPr>
        <w:tc>
          <w:tcPr>
            <w:tcW w:type="dxa" w:w="1628"/>
          </w:tcPr>
          <w:p>
            <w:pPr>
              <w:spacing w:after="0"/>
              <w:jc w:val="left"/>
            </w:pPr>
            <w:r>
              <w:rPr>
                <w:sz w:val="16"/>
              </w:rPr>
              <w:t>Hail</w:t>
            </w:r>
          </w:p>
        </w:tc>
        <w:tc>
          <w:tcPr>
            <w:tcW w:type="dxa" w:w="1663"/>
          </w:tcPr>
          <w:p>
            <w:pPr>
              <w:spacing w:after="0"/>
              <w:jc w:val="left"/>
            </w:pPr>
            <w:r>
              <w:rPr>
                <w:sz w:val="16"/>
              </w:rPr>
              <w:t>hail size (inches)</w:t>
            </w:r>
          </w:p>
        </w:tc>
        <w:tc>
          <w:tcPr>
            <w:tcW w:type="dxa" w:w="1467"/>
          </w:tcPr>
          <w:p>
            <w:pPr>
              <w:spacing w:after="0"/>
              <w:jc w:val="right"/>
            </w:pPr>
            <w:r>
              <w:rPr>
                <w:sz w:val="16"/>
              </w:rPr>
              <w:t>136, 1957 to 2025</w:t>
            </w:r>
          </w:p>
        </w:tc>
        <w:tc>
          <w:tcPr>
            <w:tcW w:type="dxa" w:w="1684"/>
          </w:tcPr>
          <w:p>
            <w:pPr>
              <w:spacing w:after="0"/>
              <w:jc w:val="left"/>
            </w:pPr>
            <w:r>
              <w:rPr>
                <w:sz w:val="16"/>
              </w:rPr>
              <w:t>0.5 in to 3.3 in (median 1 in); 132 with a recorded value</w:t>
            </w:r>
          </w:p>
        </w:tc>
        <w:tc>
          <w:tcPr>
            <w:tcW w:type="dxa" w:w="2124"/>
          </w:tcPr>
          <w:p>
            <w:pPr>
              <w:spacing w:after="0"/>
              <w:jc w:val="left"/>
            </w:pPr>
            <w:r>
              <w:rPr>
                <w:sz w:val="16"/>
              </w:rPr>
              <w:t>3.3 in hail, 2009-07-16</w:t>
            </w:r>
          </w:p>
        </w:tc>
        <w:tc>
          <w:tcPr>
            <w:tcW w:type="dxa" w:w="1653"/>
          </w:tcPr>
          <w:p>
            <w:pPr>
              <w:spacing w:after="0"/>
              <w:jc w:val="left"/>
            </w:pPr>
          </w:p>
        </w:tc>
        <w:tc>
          <w:tcPr>
            <w:tcW w:type="dxa" w:w="1812"/>
          </w:tcPr>
          <w:p>
            <w:pPr>
              <w:spacing w:after="0"/>
              <w:jc w:val="left"/>
            </w:pPr>
            <w:r>
              <w:rPr>
                <w:sz w:val="16"/>
              </w:rPr>
              <w:t>Event records naming places in the county (county page list): Colchester town (13 records), Underhill town (10 records), Milton town (9 records), Williston town (9 records), Westford town (8 records), Burlington city (7 records), Hinesburg town (7 records), Charlotte town (6 records), Winooski city (6 records), South Burlington city (5 records); and 7 more places (see the XLSX file).</w:t>
            </w:r>
          </w:p>
        </w:tc>
        <w:tc>
          <w:tcPr>
            <w:tcW w:type="dxa" w:w="2079"/>
          </w:tcPr>
          <w:p>
            <w:pPr>
              <w:spacing w:after="0"/>
              <w:jc w:val="left"/>
            </w:pPr>
          </w:p>
        </w:tc>
      </w:tr>
      <w:tr>
        <w:trPr>
          <w:cantSplit/>
        </w:trPr>
        <w:tc>
          <w:tcPr>
            <w:tcW w:type="dxa" w:w="1628"/>
          </w:tcPr>
          <w:p>
            <w:pPr>
              <w:spacing w:after="0"/>
              <w:jc w:val="left"/>
            </w:pPr>
            <w:r>
              <w:rPr>
                <w:sz w:val="16"/>
              </w:rPr>
              <w:t>Excessive Heat, Heat</w:t>
            </w:r>
          </w:p>
        </w:tc>
        <w:tc>
          <w:tcPr>
            <w:tcW w:type="dxa" w:w="1663"/>
          </w:tcPr>
          <w:p>
            <w:pPr>
              <w:spacing w:after="0"/>
              <w:jc w:val="left"/>
            </w:pPr>
            <w:r>
              <w:rPr>
                <w:sz w:val="16"/>
              </w:rPr>
              <w:t>heat index (narratives)</w:t>
            </w:r>
          </w:p>
        </w:tc>
        <w:tc>
          <w:tcPr>
            <w:tcW w:type="dxa" w:w="1467"/>
          </w:tcPr>
          <w:p>
            <w:pPr>
              <w:spacing w:after="0"/>
              <w:jc w:val="right"/>
            </w:pPr>
            <w:r>
              <w:rPr>
                <w:sz w:val="16"/>
              </w:rPr>
              <w:t>12, 1996 to 2025 (12 zone-level)</w:t>
            </w:r>
          </w:p>
        </w:tc>
        <w:tc>
          <w:tcPr>
            <w:tcW w:type="dxa" w:w="1684"/>
          </w:tcPr>
          <w:p>
            <w:pPr>
              <w:spacing w:after="0"/>
              <w:jc w:val="left"/>
            </w:pPr>
            <w:r>
              <w:rPr>
                <w:sz w:val="16"/>
              </w:rPr>
              <w:t>1 day to 6 days (median 2 days); 7 with a recorded value</w:t>
            </w:r>
          </w:p>
        </w:tc>
        <w:tc>
          <w:tcPr>
            <w:tcW w:type="dxa" w:w="2124"/>
          </w:tcPr>
          <w:p>
            <w:pPr>
              <w:spacing w:after="0"/>
              <w:jc w:val="left"/>
            </w:pPr>
            <w:r>
              <w:rPr>
                <w:sz w:val="16"/>
              </w:rPr>
              <w:t>6 consecutive days, 2020-06-18 to 2020-06-23, zone-level</w:t>
            </w:r>
          </w:p>
        </w:tc>
        <w:tc>
          <w:tcPr>
            <w:tcW w:type="dxa" w:w="1653"/>
          </w:tcPr>
          <w:p>
            <w:pPr>
              <w:spacing w:after="0"/>
              <w:jc w:val="left"/>
            </w:pPr>
            <w:r>
              <w:rPr>
                <w:sz w:val="16"/>
              </w:rPr>
              <w:t>Heat, 2012-03-17, $0 property; $500,000 crops, reported for the zone (2012 dollars)</w:t>
            </w: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28"/>
          </w:tcPr>
          <w:p>
            <w:pPr>
              <w:spacing w:after="0"/>
              <w:jc w:val="left"/>
            </w:pPr>
            <w:r>
              <w:rPr>
                <w:sz w:val="16"/>
              </w:rPr>
              <w:t>Hurricane, Tropical Storm, Tropical Depression</w:t>
            </w:r>
          </w:p>
        </w:tc>
        <w:tc>
          <w:tcPr>
            <w:tcW w:type="dxa" w:w="1663"/>
          </w:tcPr>
          <w:p>
            <w:pPr>
              <w:spacing w:after="0"/>
              <w:jc w:val="left"/>
            </w:pPr>
            <w:r>
              <w:rPr>
                <w:sz w:val="16"/>
              </w:rPr>
              <w:t>Saffir-Simpson</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28"/>
          </w:tcPr>
          <w:p>
            <w:pPr>
              <w:spacing w:after="0"/>
              <w:jc w:val="left"/>
            </w:pPr>
            <w:r>
              <w:rPr>
                <w:sz w:val="16"/>
              </w:rPr>
              <w:t>Ice Storm</w:t>
            </w:r>
          </w:p>
        </w:tc>
        <w:tc>
          <w:tcPr>
            <w:tcW w:type="dxa" w:w="1663"/>
          </w:tcPr>
          <w:p>
            <w:pPr>
              <w:spacing w:after="0"/>
              <w:jc w:val="left"/>
            </w:pPr>
            <w:r>
              <w:rPr>
                <w:sz w:val="16"/>
              </w:rPr>
              <w:t>Sperry-Piltz (local data)</w:t>
            </w:r>
          </w:p>
        </w:tc>
        <w:tc>
          <w:tcPr>
            <w:tcW w:type="dxa" w:w="1467"/>
          </w:tcPr>
          <w:p>
            <w:pPr>
              <w:spacing w:after="0"/>
              <w:jc w:val="right"/>
            </w:pPr>
            <w:r>
              <w:rPr>
                <w:sz w:val="16"/>
              </w:rPr>
              <w:t>3, 1998 to 2013 (3 zone-level)</w:t>
            </w:r>
          </w:p>
        </w:tc>
        <w:tc>
          <w:tcPr>
            <w:tcW w:type="dxa" w:w="1684"/>
          </w:tcPr>
          <w:p>
            <w:pPr>
              <w:spacing w:after="0"/>
              <w:jc w:val="left"/>
            </w:pPr>
          </w:p>
        </w:tc>
        <w:tc>
          <w:tcPr>
            <w:tcW w:type="dxa" w:w="2124"/>
          </w:tcPr>
          <w:p>
            <w:pPr>
              <w:spacing w:after="0"/>
              <w:jc w:val="left"/>
            </w:pPr>
            <w:r>
              <w:rPr>
                <w:sz w:val="16"/>
              </w:rPr>
              <w:t>Ice Storm, 1998-01-06, $2,500,000 property; crops not reported, reported for the zone (1998 dollars), 1 direct injury (reported for the zone); NWS zone VTZ005 (CHITTENDEN), zone-level: may include parts of neighboring counties</w:t>
            </w:r>
          </w:p>
        </w:tc>
        <w:tc>
          <w:tcPr>
            <w:tcW w:type="dxa" w:w="1653"/>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Ice thickness: in event narratives only; local data required.</w:t>
            </w:r>
          </w:p>
        </w:tc>
      </w:tr>
      <w:tr>
        <w:trPr>
          <w:cantSplit/>
        </w:trPr>
        <w:tc>
          <w:tcPr>
            <w:tcW w:type="dxa" w:w="1628"/>
          </w:tcPr>
          <w:p>
            <w:pPr>
              <w:spacing w:after="0"/>
              <w:jc w:val="left"/>
            </w:pPr>
            <w:r>
              <w:rPr>
                <w:sz w:val="16"/>
              </w:rPr>
              <w:t>Flash Flood, Flood, Lakeshore Flood</w:t>
            </w:r>
          </w:p>
        </w:tc>
        <w:tc>
          <w:tcPr>
            <w:tcW w:type="dxa" w:w="1663"/>
          </w:tcPr>
          <w:p>
            <w:pPr>
              <w:spacing w:after="0"/>
              <w:jc w:val="left"/>
            </w:pPr>
            <w:r>
              <w:rPr>
                <w:sz w:val="16"/>
              </w:rPr>
              <w:t>damage and flood days (FIRM for depth)</w:t>
            </w:r>
          </w:p>
        </w:tc>
        <w:tc>
          <w:tcPr>
            <w:tcW w:type="dxa" w:w="1467"/>
          </w:tcPr>
          <w:p>
            <w:pPr>
              <w:spacing w:after="0"/>
              <w:jc w:val="right"/>
            </w:pPr>
            <w:r>
              <w:rPr>
                <w:sz w:val="16"/>
              </w:rPr>
              <w:t>80, 1996 to 2025 (20 zone-level)</w:t>
            </w:r>
          </w:p>
        </w:tc>
        <w:tc>
          <w:tcPr>
            <w:tcW w:type="dxa" w:w="1684"/>
          </w:tcPr>
          <w:p>
            <w:pPr>
              <w:spacing w:after="0"/>
              <w:jc w:val="left"/>
            </w:pPr>
          </w:p>
        </w:tc>
        <w:tc>
          <w:tcPr>
            <w:tcW w:type="dxa" w:w="2124"/>
          </w:tcPr>
          <w:p>
            <w:pPr>
              <w:spacing w:after="0"/>
              <w:jc w:val="left"/>
            </w:pPr>
            <w:r>
              <w:rPr>
                <w:sz w:val="16"/>
              </w:rPr>
              <w:t>Lakeshore Flood, 2011-05-01, $5,000,000 property; $0 crops, reported for the zone (2011 dollars); NWS zone VTZ005 (WESTERN CHITTENDEN), zone-level: may include parts of neighboring counties</w:t>
            </w:r>
          </w:p>
        </w:tc>
        <w:tc>
          <w:tcPr>
            <w:tcW w:type="dxa" w:w="1653"/>
          </w:tcPr>
          <w:p>
            <w:pPr>
              <w:spacing w:after="0"/>
              <w:jc w:val="left"/>
            </w:pPr>
          </w:p>
        </w:tc>
        <w:tc>
          <w:tcPr>
            <w:tcW w:type="dxa" w:w="1812"/>
          </w:tcPr>
          <w:p>
            <w:pPr>
              <w:spacing w:after="0"/>
              <w:jc w:val="left"/>
            </w:pPr>
            <w:r>
              <w:rPr>
                <w:sz w:val="16"/>
              </w:rPr>
              <w:t>Event records naming places in the county (county page list): Richmond town (7 records), Bolton town (5 records), Burlington city (5 records), Charlotte town (5 records), Essex town (5 records), Hinesburg town (5 records), Shelburne town (5 records), South Burlington city (5 records), Underhill town (5 records), Williston town (5 records); and 4 more places (see the XLSX file). Zone-level records (20) apply countywide.</w:t>
            </w:r>
          </w:p>
        </w:tc>
        <w:tc>
          <w:tcPr>
            <w:tcW w:type="dxa" w:w="207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28"/>
          </w:tcPr>
          <w:p>
            <w:pPr>
              <w:spacing w:after="0"/>
              <w:jc w:val="left"/>
            </w:pPr>
            <w:r>
              <w:rPr>
                <w:sz w:val="16"/>
              </w:rPr>
              <w:t>Debris Flow</w:t>
            </w:r>
          </w:p>
        </w:tc>
        <w:tc>
          <w:tcPr>
            <w:tcW w:type="dxa" w:w="1663"/>
          </w:tcPr>
          <w:p>
            <w:pPr>
              <w:spacing w:after="0"/>
              <w:jc w:val="left"/>
            </w:pPr>
            <w:r>
              <w:rPr>
                <w:sz w:val="16"/>
              </w:rPr>
              <w:t>none (count and damage)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Lightning</w:t>
            </w:r>
          </w:p>
        </w:tc>
        <w:tc>
          <w:tcPr>
            <w:tcW w:type="dxa" w:w="1663"/>
          </w:tcPr>
          <w:p>
            <w:pPr>
              <w:spacing w:after="0"/>
              <w:jc w:val="left"/>
            </w:pPr>
            <w:r>
              <w:rPr>
                <w:sz w:val="16"/>
              </w:rPr>
              <w:t>annualized frequency (the measure FEMA's Local Mitigation Planning Handbook names)</w:t>
            </w:r>
          </w:p>
        </w:tc>
        <w:tc>
          <w:tcPr>
            <w:tcW w:type="dxa" w:w="1467"/>
          </w:tcPr>
          <w:p>
            <w:pPr>
              <w:spacing w:after="0"/>
              <w:jc w:val="right"/>
            </w:pPr>
            <w:r>
              <w:rPr>
                <w:sz w:val="16"/>
              </w:rPr>
              <w:t>21, 1996 to 2020</w:t>
            </w:r>
          </w:p>
        </w:tc>
        <w:tc>
          <w:tcPr>
            <w:tcW w:type="dxa" w:w="1684"/>
          </w:tcPr>
          <w:p>
            <w:pPr>
              <w:spacing w:after="0"/>
              <w:jc w:val="left"/>
            </w:pPr>
          </w:p>
        </w:tc>
        <w:tc>
          <w:tcPr>
            <w:tcW w:type="dxa" w:w="2124"/>
          </w:tcPr>
          <w:p>
            <w:pPr>
              <w:spacing w:after="0"/>
              <w:jc w:val="left"/>
            </w:pPr>
            <w:r>
              <w:rPr>
                <w:sz w:val="16"/>
              </w:rPr>
              <w:t>Lightning, 2011-07-06, $1,000,000 property; $0 crops (2011 dollars)</w:t>
            </w:r>
          </w:p>
        </w:tc>
        <w:tc>
          <w:tcPr>
            <w:tcW w:type="dxa" w:w="1653"/>
          </w:tcPr>
          <w:p>
            <w:pPr>
              <w:spacing w:after="0"/>
              <w:jc w:val="left"/>
            </w:pPr>
          </w:p>
        </w:tc>
        <w:tc>
          <w:tcPr>
            <w:tcW w:type="dxa" w:w="1812"/>
          </w:tcPr>
          <w:p>
            <w:pPr>
              <w:spacing w:after="0"/>
              <w:jc w:val="left"/>
            </w:pPr>
            <w:r>
              <w:rPr>
                <w:sz w:val="16"/>
              </w:rPr>
              <w:t>Event records naming places in the county (county page list): Colchester town (4 records), Essex Junction village (2 records), Shelburne town (2 records), South Burlington city (2 records), Westford town (2 records), Williston town (2 records), Burlington city (1 record), Charlotte town (1 record), Jericho town (1 record), Milton town (1 record).</w:t>
            </w:r>
          </w:p>
        </w:tc>
        <w:tc>
          <w:tcPr>
            <w:tcW w:type="dxa" w:w="2079"/>
          </w:tcPr>
          <w:p>
            <w:pPr>
              <w:spacing w:after="0"/>
              <w:jc w:val="left"/>
            </w:pPr>
            <w:r>
              <w:rPr>
                <w:sz w:val="16"/>
              </w:rPr>
              <w:t>Storm Events lists lightning with damage or casualties; physical measure in event narratives only; local data required.</w:t>
            </w:r>
          </w:p>
        </w:tc>
      </w:tr>
      <w:tr>
        <w:trPr>
          <w:cantSplit/>
        </w:trPr>
        <w:tc>
          <w:tcPr>
            <w:tcW w:type="dxa" w:w="1628"/>
          </w:tcPr>
          <w:p>
            <w:pPr>
              <w:spacing w:after="0"/>
              <w:jc w:val="left"/>
            </w:pPr>
            <w:r>
              <w:rPr>
                <w:sz w:val="16"/>
              </w:rPr>
              <w:t>High Wind and Strong Wind (outside NRI Strong Wind definition)</w:t>
            </w:r>
          </w:p>
        </w:tc>
        <w:tc>
          <w:tcPr>
            <w:tcW w:type="dxa" w:w="1663"/>
          </w:tcPr>
          <w:p>
            <w:pPr>
              <w:spacing w:after="0"/>
              <w:jc w:val="left"/>
            </w:pPr>
            <w:r>
              <w:rPr>
                <w:sz w:val="16"/>
              </w:rPr>
              <w:t>wind speed (kt and mph)</w:t>
            </w:r>
          </w:p>
        </w:tc>
        <w:tc>
          <w:tcPr>
            <w:tcW w:type="dxa" w:w="1467"/>
          </w:tcPr>
          <w:p>
            <w:pPr>
              <w:spacing w:after="0"/>
              <w:jc w:val="right"/>
            </w:pPr>
            <w:r>
              <w:rPr>
                <w:sz w:val="16"/>
              </w:rPr>
              <w:t>107, 1996 to 2026 (105 zone-level)</w:t>
            </w:r>
          </w:p>
        </w:tc>
        <w:tc>
          <w:tcPr>
            <w:tcW w:type="dxa" w:w="1684"/>
          </w:tcPr>
          <w:p>
            <w:pPr>
              <w:spacing w:after="0"/>
              <w:jc w:val="left"/>
            </w:pPr>
            <w:r>
              <w:rPr>
                <w:sz w:val="16"/>
              </w:rPr>
              <w:t>30 kt (35 mph) to 76 kt (87 mph) (median 43 kt (49 mph)); 99 with a recorded value</w:t>
            </w:r>
          </w:p>
        </w:tc>
        <w:tc>
          <w:tcPr>
            <w:tcW w:type="dxa" w:w="2124"/>
          </w:tcPr>
          <w:p>
            <w:pPr>
              <w:spacing w:after="0"/>
              <w:jc w:val="left"/>
            </w:pPr>
            <w:r>
              <w:rPr>
                <w:sz w:val="16"/>
              </w:rPr>
              <w:t>76 kt (87 mph) estimated gust, High Wind, 2009-12-09; NWS zone VTZ017 (EASTERN CHITTENDEN), zone-level: may include parts of neighboring counties</w:t>
            </w:r>
          </w:p>
        </w:tc>
        <w:tc>
          <w:tcPr>
            <w:tcW w:type="dxa" w:w="1653"/>
          </w:tcPr>
          <w:p>
            <w:pPr>
              <w:spacing w:after="0"/>
              <w:jc w:val="left"/>
            </w:pPr>
            <w:r>
              <w:rPr>
                <w:sz w:val="16"/>
              </w:rPr>
              <w:t>High Wind, 2010-12-01, $1,250,000 property; $0 crops, reported for the zone (2010 dollars)</w:t>
            </w:r>
          </w:p>
        </w:tc>
        <w:tc>
          <w:tcPr>
            <w:tcW w:type="dxa" w:w="1812"/>
          </w:tcPr>
          <w:p>
            <w:pPr>
              <w:spacing w:after="0"/>
              <w:jc w:val="left"/>
            </w:pPr>
            <w:r>
              <w:rPr>
                <w:sz w:val="16"/>
              </w:rPr>
              <w:t>Event records naming places in the county (county page list): Burlington city (1 record). Zone-level records (105) apply countywide.</w:t>
            </w:r>
          </w:p>
        </w:tc>
        <w:tc>
          <w:tcPr>
            <w:tcW w:type="dxa" w:w="2079"/>
          </w:tcPr>
          <w:p>
            <w:pPr>
              <w:spacing w:after="0"/>
              <w:jc w:val="left"/>
            </w:pPr>
          </w:p>
        </w:tc>
      </w:tr>
      <w:tr>
        <w:trPr>
          <w:cantSplit/>
        </w:trPr>
        <w:tc>
          <w:tcPr>
            <w:tcW w:type="dxa" w:w="1628"/>
          </w:tcPr>
          <w:p>
            <w:pPr>
              <w:spacing w:after="0"/>
              <w:jc w:val="left"/>
            </w:pPr>
            <w:r>
              <w:rPr>
                <w:sz w:val="16"/>
              </w:rPr>
              <w:t>Thunderstorm Wind</w:t>
            </w:r>
          </w:p>
        </w:tc>
        <w:tc>
          <w:tcPr>
            <w:tcW w:type="dxa" w:w="1663"/>
          </w:tcPr>
          <w:p>
            <w:pPr>
              <w:spacing w:after="0"/>
              <w:jc w:val="left"/>
            </w:pPr>
            <w:r>
              <w:rPr>
                <w:sz w:val="16"/>
              </w:rPr>
              <w:t>wind speed (kt and mph)</w:t>
            </w:r>
          </w:p>
        </w:tc>
        <w:tc>
          <w:tcPr>
            <w:tcW w:type="dxa" w:w="1467"/>
          </w:tcPr>
          <w:p>
            <w:pPr>
              <w:spacing w:after="0"/>
              <w:jc w:val="right"/>
            </w:pPr>
            <w:r>
              <w:rPr>
                <w:sz w:val="16"/>
              </w:rPr>
              <w:t>297, 1960 to 2025</w:t>
            </w:r>
          </w:p>
        </w:tc>
        <w:tc>
          <w:tcPr>
            <w:tcW w:type="dxa" w:w="1684"/>
          </w:tcPr>
          <w:p>
            <w:pPr>
              <w:spacing w:after="0"/>
              <w:jc w:val="left"/>
            </w:pPr>
            <w:r>
              <w:rPr>
                <w:sz w:val="16"/>
              </w:rPr>
              <w:t>40 kt (46 mph) to 70 kt (81 mph) (median 50 kt (58 mph)); 229 with a recorded value</w:t>
            </w:r>
          </w:p>
        </w:tc>
        <w:tc>
          <w:tcPr>
            <w:tcW w:type="dxa" w:w="2124"/>
          </w:tcPr>
          <w:p>
            <w:pPr>
              <w:spacing w:after="0"/>
              <w:jc w:val="left"/>
            </w:pPr>
            <w:r>
              <w:rPr>
                <w:sz w:val="16"/>
              </w:rPr>
              <w:t>70 kt (81 mph) estimated gust, Thunderstorm Wind, 2008-06-10; same speed and measurement basis also recorded on 2005-08-01</w:t>
            </w:r>
          </w:p>
        </w:tc>
        <w:tc>
          <w:tcPr>
            <w:tcW w:type="dxa" w:w="1653"/>
          </w:tcPr>
          <w:p>
            <w:pPr>
              <w:spacing w:after="0"/>
              <w:jc w:val="left"/>
            </w:pPr>
            <w:r>
              <w:rPr>
                <w:sz w:val="16"/>
              </w:rPr>
              <w:t>Thunderstorm Wind, 2014-07-08, $500,000 property; $0 crops (2014 dollars)</w:t>
            </w:r>
          </w:p>
        </w:tc>
        <w:tc>
          <w:tcPr>
            <w:tcW w:type="dxa" w:w="1812"/>
          </w:tcPr>
          <w:p>
            <w:pPr>
              <w:spacing w:after="0"/>
              <w:jc w:val="left"/>
            </w:pPr>
            <w:r>
              <w:rPr>
                <w:sz w:val="16"/>
              </w:rPr>
              <w:t>Event records naming places in the county (county page list): Colchester town (23 records), Milton town (23 records), Burlington city (19 records), Williston town (19 records), Essex town (16 records), Shelburne town (15 records), Charlotte town (14 records), Essex Junction village (14 records), Hinesburg town (12 records), Richmond town (12 records); and 7 more places (see the XLSX file).</w:t>
            </w:r>
          </w:p>
        </w:tc>
        <w:tc>
          <w:tcPr>
            <w:tcW w:type="dxa" w:w="2079"/>
          </w:tcPr>
          <w:p>
            <w:pPr>
              <w:spacing w:after="0"/>
              <w:jc w:val="left"/>
            </w:pPr>
          </w:p>
        </w:tc>
      </w:tr>
      <w:tr>
        <w:trPr>
          <w:cantSplit/>
        </w:trPr>
        <w:tc>
          <w:tcPr>
            <w:tcW w:type="dxa" w:w="1628"/>
          </w:tcPr>
          <w:p>
            <w:pPr>
              <w:spacing w:after="0"/>
              <w:jc w:val="left"/>
            </w:pPr>
            <w:r>
              <w:rPr>
                <w:sz w:val="16"/>
              </w:rPr>
              <w:t>Tornado</w:t>
            </w:r>
          </w:p>
        </w:tc>
        <w:tc>
          <w:tcPr>
            <w:tcW w:type="dxa" w:w="1663"/>
          </w:tcPr>
          <w:p>
            <w:pPr>
              <w:spacing w:after="0"/>
              <w:jc w:val="left"/>
            </w:pPr>
            <w:r>
              <w:rPr>
                <w:sz w:val="16"/>
              </w:rPr>
              <w:t>Enhanced Fujita (F before Feb 2007)</w:t>
            </w:r>
          </w:p>
        </w:tc>
        <w:tc>
          <w:tcPr>
            <w:tcW w:type="dxa" w:w="1467"/>
          </w:tcPr>
          <w:p>
            <w:pPr>
              <w:spacing w:after="0"/>
              <w:jc w:val="right"/>
            </w:pPr>
            <w:r>
              <w:rPr>
                <w:sz w:val="16"/>
              </w:rPr>
              <w:t>5, 1953 to 1987</w:t>
            </w:r>
          </w:p>
        </w:tc>
        <w:tc>
          <w:tcPr>
            <w:tcW w:type="dxa" w:w="1684"/>
          </w:tcPr>
          <w:p>
            <w:pPr>
              <w:spacing w:after="0"/>
              <w:jc w:val="left"/>
            </w:pPr>
            <w:r>
              <w:rPr>
                <w:sz w:val="16"/>
              </w:rPr>
              <w:t>F/EF0 to F/EF2 (median F/EF1); 5 with a recorded value</w:t>
            </w:r>
          </w:p>
        </w:tc>
        <w:tc>
          <w:tcPr>
            <w:tcW w:type="dxa" w:w="2124"/>
          </w:tcPr>
          <w:p>
            <w:pPr>
              <w:spacing w:after="0"/>
              <w:jc w:val="left"/>
            </w:pPr>
            <w:r>
              <w:rPr>
                <w:sz w:val="16"/>
              </w:rPr>
              <w:t>F2 tornado, 1983-08-08, 0.2 mi path length (records before 1996 may include the whole path; rating and listing come from the county where the tornado began), 10 yd wide, $2,500,000 property; crops not recorded (1983 dollars)</w:t>
            </w:r>
          </w:p>
        </w:tc>
        <w:tc>
          <w:tcPr>
            <w:tcW w:type="dxa" w:w="1653"/>
          </w:tcPr>
          <w:p>
            <w:pPr>
              <w:spacing w:after="0"/>
              <w:jc w:val="left"/>
            </w:pPr>
          </w:p>
        </w:tc>
        <w:tc>
          <w:tcPr>
            <w:tcW w:type="dxa" w:w="1812"/>
          </w:tcPr>
          <w:p>
            <w:pPr>
              <w:spacing w:after="0"/>
              <w:jc w:val="left"/>
            </w:pPr>
            <w:r>
              <w:rPr>
                <w:sz w:val="16"/>
              </w:rPr>
              <w:t>No event record names a listed place in the county.</w:t>
            </w:r>
          </w:p>
        </w:tc>
        <w:tc>
          <w:tcPr>
            <w:tcW w:type="dxa" w:w="207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28"/>
          </w:tcPr>
          <w:p>
            <w:pPr>
              <w:spacing w:after="0"/>
              <w:jc w:val="left"/>
            </w:pPr>
            <w:r>
              <w:rPr>
                <w:sz w:val="16"/>
              </w:rPr>
              <w:t>Tsunami</w:t>
            </w:r>
          </w:p>
        </w:tc>
        <w:tc>
          <w:tcPr>
            <w:tcW w:type="dxa" w:w="1663"/>
          </w:tcPr>
          <w:p>
            <w:pPr>
              <w:spacing w:after="0"/>
              <w:jc w:val="left"/>
            </w:pPr>
            <w:r>
              <w:rPr>
                <w:sz w:val="16"/>
              </w:rPr>
              <w:t>none (count and damage)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Volcanic Ash, Volcanic Ashfall</w:t>
            </w:r>
          </w:p>
        </w:tc>
        <w:tc>
          <w:tcPr>
            <w:tcW w:type="dxa" w:w="1663"/>
          </w:tcPr>
          <w:p>
            <w:pPr>
              <w:spacing w:after="0"/>
              <w:jc w:val="left"/>
            </w:pPr>
            <w:r>
              <w:rPr>
                <w:sz w:val="16"/>
              </w:rPr>
              <w:t>Volcanic Explosivity Index (local data)</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Wildfire</w:t>
            </w:r>
          </w:p>
        </w:tc>
        <w:tc>
          <w:tcPr>
            <w:tcW w:type="dxa" w:w="1663"/>
          </w:tcPr>
          <w:p>
            <w:pPr>
              <w:spacing w:after="0"/>
              <w:jc w:val="left"/>
            </w:pPr>
            <w:r>
              <w:rPr>
                <w:sz w:val="16"/>
              </w:rPr>
              <w:t>acres burned (local data)</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Acres burned: in event narratives only; local data required.</w:t>
            </w:r>
          </w:p>
        </w:tc>
      </w:tr>
      <w:tr>
        <w:trPr>
          <w:cantSplit/>
        </w:trPr>
        <w:tc>
          <w:tcPr>
            <w:tcW w:type="dxa" w:w="1628"/>
          </w:tcPr>
          <w:p>
            <w:pPr>
              <w:spacing w:after="0"/>
              <w:jc w:val="left"/>
            </w:pPr>
            <w:r>
              <w:rPr>
                <w:sz w:val="16"/>
              </w:rPr>
              <w:t>Winter Storm, Heavy Snow, Blizzard, Lake-Effect Snow, Winter Weather, Sleet</w:t>
            </w:r>
          </w:p>
        </w:tc>
        <w:tc>
          <w:tcPr>
            <w:tcW w:type="dxa" w:w="1663"/>
          </w:tcPr>
          <w:p>
            <w:pPr>
              <w:spacing w:after="0"/>
              <w:jc w:val="left"/>
            </w:pPr>
            <w:r>
              <w:rPr>
                <w:sz w:val="16"/>
              </w:rPr>
              <w:t>none in data (snowfall local)</w:t>
            </w:r>
          </w:p>
        </w:tc>
        <w:tc>
          <w:tcPr>
            <w:tcW w:type="dxa" w:w="1467"/>
          </w:tcPr>
          <w:p>
            <w:pPr>
              <w:spacing w:after="0"/>
              <w:jc w:val="right"/>
            </w:pPr>
            <w:r>
              <w:rPr>
                <w:sz w:val="16"/>
              </w:rPr>
              <w:t>313, 1996 to 2026 (313 zone-level)</w:t>
            </w:r>
          </w:p>
        </w:tc>
        <w:tc>
          <w:tcPr>
            <w:tcW w:type="dxa" w:w="1684"/>
          </w:tcPr>
          <w:p>
            <w:pPr>
              <w:spacing w:after="0"/>
              <w:jc w:val="left"/>
            </w:pPr>
          </w:p>
        </w:tc>
        <w:tc>
          <w:tcPr>
            <w:tcW w:type="dxa" w:w="2124"/>
          </w:tcPr>
          <w:p>
            <w:pPr>
              <w:spacing w:after="0"/>
              <w:jc w:val="left"/>
            </w:pPr>
            <w:r>
              <w:rPr>
                <w:sz w:val="16"/>
              </w:rPr>
              <w:t>Heavy Snow, 2007-02-14, $200,000 property; $0 crops, reported for the zone (2007 dollars); NWS zone VTZ005 (WESTERN CHITTENDEN), zone-level: may include parts of neighboring counties</w:t>
            </w:r>
          </w:p>
        </w:tc>
        <w:tc>
          <w:tcPr>
            <w:tcW w:type="dxa" w:w="1653"/>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Chittenden County, county-level (county FIPS 50007); scope: declarations, statewide block and Storm Events history.</w:t>
      </w:r>
    </w:p>
    <w:p>
      <w:pPr>
        <w:keepNext/>
        <w:spacing w:after="40" w:before="0"/>
      </w:pPr>
      <w:r>
        <w:rPr>
          <w:b/>
        </w:rPr>
        <w:t xml:space="preserve">Declaration rows: </w:t>
      </w:r>
      <w:r>
        <w:rPr/>
        <w:t>32</w:t>
      </w:r>
    </w:p>
    <w:p>
      <w:pPr>
        <w:keepNext/>
        <w:spacing w:after="40" w:before="0"/>
      </w:pPr>
      <w:r>
        <w:rPr>
          <w:b/>
        </w:rPr>
        <w:t xml:space="preserve">Counted incidents: </w:t>
      </w:r>
      <w:r>
        <w:rPr/>
        <w:t>27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3"/>
        <w:gridCol w:w="1113"/>
        <w:gridCol w:w="1113"/>
        <w:gridCol w:w="1497"/>
        <w:gridCol w:w="2647"/>
        <w:gridCol w:w="2637"/>
        <w:gridCol w:w="1535"/>
        <w:gridCol w:w="1497"/>
        <w:gridCol w:w="960"/>
      </w:tblGrid>
      <w:tr>
        <w:trPr>
          <w:cantSplit/>
          <w:tblHeader/>
        </w:trPr>
        <w:tc>
          <w:tcPr>
            <w:tcW w:type="dxa" w:w="1113"/>
            <w:shd w:val="clear" w:color="auto" w:fill="E8E8E8"/>
          </w:tcPr>
          <w:p>
            <w:pPr>
              <w:spacing w:after="0"/>
              <w:jc w:val="left"/>
            </w:pPr>
            <w:r>
              <w:rPr>
                <w:b/>
                <w:sz w:val="16"/>
              </w:rPr>
              <w:t>Declared</w:t>
            </w:r>
          </w:p>
        </w:tc>
        <w:tc>
          <w:tcPr>
            <w:tcW w:type="dxa" w:w="1113"/>
            <w:shd w:val="clear" w:color="auto" w:fill="E8E8E8"/>
          </w:tcPr>
          <w:p>
            <w:pPr>
              <w:spacing w:after="0"/>
              <w:jc w:val="left"/>
            </w:pPr>
            <w:r>
              <w:rPr>
                <w:b/>
                <w:sz w:val="16"/>
              </w:rPr>
              <w:t>Incident began</w:t>
            </w:r>
          </w:p>
        </w:tc>
        <w:tc>
          <w:tcPr>
            <w:tcW w:type="dxa" w:w="1113"/>
            <w:shd w:val="clear" w:color="auto" w:fill="E8E8E8"/>
          </w:tcPr>
          <w:p>
            <w:pPr>
              <w:spacing w:after="0"/>
              <w:jc w:val="left"/>
            </w:pPr>
            <w:r>
              <w:rPr>
                <w:b/>
                <w:sz w:val="16"/>
              </w:rPr>
              <w:t>FEMA number</w:t>
            </w:r>
          </w:p>
        </w:tc>
        <w:tc>
          <w:tcPr>
            <w:tcW w:type="dxa" w:w="1497"/>
            <w:shd w:val="clear" w:color="auto" w:fill="E8E8E8"/>
          </w:tcPr>
          <w:p>
            <w:pPr>
              <w:spacing w:after="0"/>
              <w:jc w:val="left"/>
            </w:pPr>
            <w:r>
              <w:rPr>
                <w:b/>
                <w:sz w:val="16"/>
              </w:rPr>
              <w:t>Type</w:t>
            </w:r>
          </w:p>
        </w:tc>
        <w:tc>
          <w:tcPr>
            <w:tcW w:type="dxa" w:w="2647"/>
            <w:shd w:val="clear" w:color="auto" w:fill="E8E8E8"/>
          </w:tcPr>
          <w:p>
            <w:pPr>
              <w:spacing w:after="0"/>
              <w:jc w:val="left"/>
            </w:pPr>
            <w:r>
              <w:rPr>
                <w:b/>
                <w:sz w:val="16"/>
              </w:rPr>
              <w:t>Title</w:t>
            </w:r>
          </w:p>
        </w:tc>
        <w:tc>
          <w:tcPr>
            <w:tcW w:type="dxa" w:w="2637"/>
            <w:shd w:val="clear" w:color="auto" w:fill="E8E8E8"/>
          </w:tcPr>
          <w:p>
            <w:pPr>
              <w:spacing w:after="0"/>
              <w:jc w:val="left"/>
            </w:pPr>
            <w:r>
              <w:rPr>
                <w:b/>
                <w:sz w:val="16"/>
              </w:rPr>
              <w:t>Mapped hazard</w:t>
            </w:r>
          </w:p>
        </w:tc>
        <w:tc>
          <w:tcPr>
            <w:tcW w:type="dxa" w:w="15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97"/>
            <w:shd w:val="clear" w:color="auto" w:fill="E8E8E8"/>
          </w:tcPr>
          <w:p>
            <w:pPr>
              <w:spacing w:after="0"/>
              <w:jc w:val="left"/>
            </w:pPr>
            <w:r>
              <w:rPr>
                <w:b/>
                <w:sz w:val="16"/>
              </w:rPr>
              <w:t>Flags</w:t>
            </w:r>
          </w:p>
        </w:tc>
        <w:tc>
          <w:tcPr>
            <w:tcW w:type="dxa" w:w="960"/>
            <w:shd w:val="clear" w:color="auto" w:fill="E8E8E8"/>
          </w:tcPr>
          <w:p>
            <w:pPr>
              <w:spacing w:after="0"/>
              <w:jc w:val="left"/>
            </w:pPr>
            <w:r>
              <w:rPr>
                <w:b/>
                <w:sz w:val="16"/>
              </w:rPr>
              <w:t>Notes</w:t>
            </w:r>
          </w:p>
        </w:tc>
      </w:tr>
      <w:tr>
        <w:trPr>
          <w:cantSplit/>
        </w:trPr>
        <w:tc>
          <w:tcPr>
            <w:tcW w:type="dxa" w:w="1113"/>
          </w:tcPr>
          <w:p>
            <w:pPr>
              <w:spacing w:after="0"/>
              <w:jc w:val="left"/>
            </w:pPr>
            <w:r>
              <w:rPr>
                <w:sz w:val="16"/>
              </w:rPr>
              <w:t>2024-08-20</w:t>
            </w:r>
          </w:p>
        </w:tc>
        <w:tc>
          <w:tcPr>
            <w:tcW w:type="dxa" w:w="1113"/>
          </w:tcPr>
          <w:p>
            <w:pPr>
              <w:spacing w:after="0"/>
              <w:jc w:val="left"/>
            </w:pPr>
            <w:r>
              <w:rPr>
                <w:sz w:val="16"/>
              </w:rPr>
              <w:t>2024-07-09</w:t>
            </w:r>
          </w:p>
        </w:tc>
        <w:tc>
          <w:tcPr>
            <w:tcW w:type="dxa" w:w="1113"/>
          </w:tcPr>
          <w:p>
            <w:pPr>
              <w:spacing w:after="0"/>
              <w:jc w:val="left"/>
            </w:pPr>
            <w:r>
              <w:rPr>
                <w:sz w:val="16"/>
              </w:rPr>
              <w:t>DR-4810-VT</w:t>
            </w:r>
          </w:p>
        </w:tc>
        <w:tc>
          <w:tcPr>
            <w:tcW w:type="dxa" w:w="1497"/>
          </w:tcPr>
          <w:p>
            <w:pPr>
              <w:spacing w:after="0"/>
              <w:jc w:val="left"/>
            </w:pPr>
            <w:r>
              <w:rPr>
                <w:sz w:val="16"/>
              </w:rPr>
              <w:t>Major disaster</w:t>
            </w:r>
          </w:p>
        </w:tc>
        <w:tc>
          <w:tcPr>
            <w:tcW w:type="dxa" w:w="2647"/>
          </w:tcPr>
          <w:p>
            <w:pPr>
              <w:spacing w:after="0"/>
              <w:jc w:val="left"/>
            </w:pPr>
            <w:r>
              <w:rPr>
                <w:sz w:val="16"/>
              </w:rPr>
              <w:t>SEVERE STORM, FLOODING, LANDSLIDES, AND MUDSLIDES</w:t>
            </w:r>
          </w:p>
        </w:tc>
        <w:tc>
          <w:tcPr>
            <w:tcW w:type="dxa" w:w="2637"/>
          </w:tcPr>
          <w:p>
            <w:pPr>
              <w:spacing w:after="0"/>
              <w:jc w:val="left"/>
            </w:pPr>
            <w:r>
              <w:rPr>
                <w:sz w:val="16"/>
              </w:rPr>
              <w:t>Inland Flooding; Landslide</w:t>
            </w:r>
          </w:p>
        </w:tc>
        <w:tc>
          <w:tcPr>
            <w:tcW w:type="dxa" w:w="1535"/>
          </w:tcPr>
          <w:p>
            <w:pPr>
              <w:spacing w:after="0"/>
              <w:jc w:val="right"/>
            </w:pPr>
            <w:r>
              <w:rPr>
                <w:sz w:val="16"/>
              </w:rPr>
              <w:t>$6,665,019.24</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2024-08-08</w:t>
            </w:r>
          </w:p>
        </w:tc>
        <w:tc>
          <w:tcPr>
            <w:tcW w:type="dxa" w:w="1113"/>
          </w:tcPr>
          <w:p>
            <w:pPr>
              <w:spacing w:after="0"/>
              <w:jc w:val="left"/>
            </w:pPr>
            <w:r>
              <w:rPr>
                <w:sz w:val="16"/>
              </w:rPr>
              <w:t>2024-08-08</w:t>
            </w:r>
          </w:p>
        </w:tc>
        <w:tc>
          <w:tcPr>
            <w:tcW w:type="dxa" w:w="1113"/>
          </w:tcPr>
          <w:p>
            <w:pPr>
              <w:spacing w:after="0"/>
              <w:jc w:val="left"/>
            </w:pPr>
            <w:r>
              <w:rPr>
                <w:sz w:val="16"/>
              </w:rPr>
              <w:t>EM-3609-VT</w:t>
            </w:r>
          </w:p>
        </w:tc>
        <w:tc>
          <w:tcPr>
            <w:tcW w:type="dxa" w:w="1497"/>
          </w:tcPr>
          <w:p>
            <w:pPr>
              <w:spacing w:after="0"/>
              <w:jc w:val="left"/>
            </w:pPr>
            <w:r>
              <w:rPr>
                <w:sz w:val="16"/>
              </w:rPr>
              <w:t>Emergency</w:t>
            </w:r>
          </w:p>
        </w:tc>
        <w:tc>
          <w:tcPr>
            <w:tcW w:type="dxa" w:w="2647"/>
          </w:tcPr>
          <w:p>
            <w:pPr>
              <w:spacing w:after="0"/>
              <w:jc w:val="left"/>
            </w:pPr>
            <w:r>
              <w:rPr>
                <w:sz w:val="16"/>
              </w:rPr>
              <w:t>TROPICAL DEPRESSION DEBBY</w:t>
            </w:r>
          </w:p>
        </w:tc>
        <w:tc>
          <w:tcPr>
            <w:tcW w:type="dxa" w:w="2637"/>
          </w:tcPr>
          <w:p>
            <w:pPr>
              <w:spacing w:after="0"/>
              <w:jc w:val="left"/>
            </w:pPr>
            <w:r>
              <w:rPr>
                <w:sz w:val="16"/>
              </w:rPr>
              <w:t>Hurricane</w:t>
            </w:r>
          </w:p>
        </w:tc>
        <w:tc>
          <w:tcPr>
            <w:tcW w:type="dxa" w:w="1535"/>
          </w:tcPr>
          <w:p>
            <w:pPr>
              <w:spacing w:after="0"/>
              <w:jc w:val="right"/>
            </w:pPr>
            <w:r>
              <w:rPr>
                <w:sz w:val="16"/>
              </w:rPr>
              <w:t>none found</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2024-04-19</w:t>
            </w:r>
          </w:p>
        </w:tc>
        <w:tc>
          <w:tcPr>
            <w:tcW w:type="dxa" w:w="1113"/>
          </w:tcPr>
          <w:p>
            <w:pPr>
              <w:spacing w:after="0"/>
              <w:jc w:val="left"/>
            </w:pPr>
            <w:r>
              <w:rPr>
                <w:sz w:val="16"/>
              </w:rPr>
              <w:t>2024-01-09</w:t>
            </w:r>
          </w:p>
        </w:tc>
        <w:tc>
          <w:tcPr>
            <w:tcW w:type="dxa" w:w="1113"/>
          </w:tcPr>
          <w:p>
            <w:pPr>
              <w:spacing w:after="0"/>
              <w:jc w:val="left"/>
            </w:pPr>
            <w:r>
              <w:rPr>
                <w:sz w:val="16"/>
              </w:rPr>
              <w:t>DR-4770-VT</w:t>
            </w:r>
          </w:p>
        </w:tc>
        <w:tc>
          <w:tcPr>
            <w:tcW w:type="dxa" w:w="1497"/>
          </w:tcPr>
          <w:p>
            <w:pPr>
              <w:spacing w:after="0"/>
              <w:jc w:val="left"/>
            </w:pPr>
            <w:r>
              <w:rPr>
                <w:sz w:val="16"/>
              </w:rPr>
              <w:t>Major disaster</w:t>
            </w:r>
          </w:p>
        </w:tc>
        <w:tc>
          <w:tcPr>
            <w:tcW w:type="dxa" w:w="2647"/>
          </w:tcPr>
          <w:p>
            <w:pPr>
              <w:spacing w:after="0"/>
              <w:jc w:val="left"/>
            </w:pPr>
            <w:r>
              <w:rPr>
                <w:sz w:val="16"/>
              </w:rPr>
              <w:t>SEVERE WINTER STORM</w:t>
            </w:r>
          </w:p>
        </w:tc>
        <w:tc>
          <w:tcPr>
            <w:tcW w:type="dxa" w:w="2637"/>
          </w:tcPr>
          <w:p>
            <w:pPr>
              <w:spacing w:after="0"/>
              <w:jc w:val="left"/>
            </w:pPr>
            <w:r>
              <w:rPr>
                <w:sz w:val="16"/>
              </w:rPr>
              <w:t>Winter Weather</w:t>
            </w:r>
          </w:p>
        </w:tc>
        <w:tc>
          <w:tcPr>
            <w:tcW w:type="dxa" w:w="1535"/>
          </w:tcPr>
          <w:p>
            <w:pPr>
              <w:spacing w:after="0"/>
              <w:jc w:val="right"/>
            </w:pPr>
            <w:r>
              <w:rPr>
                <w:sz w:val="16"/>
              </w:rPr>
              <w:t>$38,069.91</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2023-07-14</w:t>
            </w:r>
          </w:p>
        </w:tc>
        <w:tc>
          <w:tcPr>
            <w:tcW w:type="dxa" w:w="1113"/>
          </w:tcPr>
          <w:p>
            <w:pPr>
              <w:spacing w:after="0"/>
              <w:jc w:val="left"/>
            </w:pPr>
            <w:r>
              <w:rPr>
                <w:sz w:val="16"/>
              </w:rPr>
              <w:t>2023-07-07</w:t>
            </w:r>
          </w:p>
        </w:tc>
        <w:tc>
          <w:tcPr>
            <w:tcW w:type="dxa" w:w="1113"/>
          </w:tcPr>
          <w:p>
            <w:pPr>
              <w:spacing w:after="0"/>
              <w:jc w:val="left"/>
            </w:pPr>
            <w:r>
              <w:rPr>
                <w:sz w:val="16"/>
              </w:rPr>
              <w:t>DR-4720-VT</w:t>
            </w:r>
          </w:p>
        </w:tc>
        <w:tc>
          <w:tcPr>
            <w:tcW w:type="dxa" w:w="1497"/>
          </w:tcPr>
          <w:p>
            <w:pPr>
              <w:spacing w:after="0"/>
              <w:jc w:val="left"/>
            </w:pPr>
            <w:r>
              <w:rPr>
                <w:sz w:val="16"/>
              </w:rPr>
              <w:t>Major disaster</w:t>
            </w:r>
          </w:p>
        </w:tc>
        <w:tc>
          <w:tcPr>
            <w:tcW w:type="dxa" w:w="2647"/>
          </w:tcPr>
          <w:p>
            <w:pPr>
              <w:spacing w:after="0"/>
              <w:jc w:val="left"/>
            </w:pPr>
            <w:r>
              <w:rPr>
                <w:sz w:val="16"/>
              </w:rPr>
              <w:t>SEVERE STORMS, FLOODING, LANDSLIDES, AND MUDSLIDES</w:t>
            </w:r>
          </w:p>
        </w:tc>
        <w:tc>
          <w:tcPr>
            <w:tcW w:type="dxa" w:w="2637"/>
          </w:tcPr>
          <w:p>
            <w:pPr>
              <w:spacing w:after="0"/>
              <w:jc w:val="left"/>
            </w:pPr>
            <w:r>
              <w:rPr>
                <w:sz w:val="16"/>
              </w:rPr>
              <w:t>Inland Flooding (primary); also designated: Landslide</w:t>
            </w:r>
          </w:p>
        </w:tc>
        <w:tc>
          <w:tcPr>
            <w:tcW w:type="dxa" w:w="1535"/>
          </w:tcPr>
          <w:p>
            <w:pPr>
              <w:spacing w:after="0"/>
              <w:jc w:val="right"/>
            </w:pPr>
            <w:r>
              <w:rPr>
                <w:sz w:val="16"/>
              </w:rPr>
              <w:t>$5,199,321.15</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2023-07-10</w:t>
            </w:r>
          </w:p>
        </w:tc>
        <w:tc>
          <w:tcPr>
            <w:tcW w:type="dxa" w:w="1113"/>
          </w:tcPr>
          <w:p>
            <w:pPr>
              <w:spacing w:after="0"/>
              <w:jc w:val="left"/>
            </w:pPr>
            <w:r>
              <w:rPr>
                <w:sz w:val="16"/>
              </w:rPr>
              <w:t>2023-07-09</w:t>
            </w:r>
          </w:p>
        </w:tc>
        <w:tc>
          <w:tcPr>
            <w:tcW w:type="dxa" w:w="1113"/>
          </w:tcPr>
          <w:p>
            <w:pPr>
              <w:spacing w:after="0"/>
              <w:jc w:val="left"/>
            </w:pPr>
            <w:r>
              <w:rPr>
                <w:sz w:val="16"/>
              </w:rPr>
              <w:t>EM-3595-VT</w:t>
            </w:r>
          </w:p>
        </w:tc>
        <w:tc>
          <w:tcPr>
            <w:tcW w:type="dxa" w:w="1497"/>
          </w:tcPr>
          <w:p>
            <w:pPr>
              <w:spacing w:after="0"/>
              <w:jc w:val="left"/>
            </w:pPr>
            <w:r>
              <w:rPr>
                <w:sz w:val="16"/>
              </w:rPr>
              <w:t>Emergency</w:t>
            </w:r>
          </w:p>
        </w:tc>
        <w:tc>
          <w:tcPr>
            <w:tcW w:type="dxa" w:w="2647"/>
          </w:tcPr>
          <w:p>
            <w:pPr>
              <w:spacing w:after="0"/>
              <w:jc w:val="left"/>
            </w:pPr>
            <w:r>
              <w:rPr>
                <w:sz w:val="16"/>
              </w:rPr>
              <w:t>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r>
              <w:rPr>
                <w:sz w:val="16"/>
              </w:rPr>
              <w:t>new since last plan; within last 5 years</w:t>
            </w:r>
          </w:p>
        </w:tc>
        <w:tc>
          <w:tcPr>
            <w:tcW w:type="dxa" w:w="960"/>
          </w:tcPr>
          <w:p>
            <w:pPr>
              <w:spacing w:after="0"/>
              <w:jc w:val="left"/>
            </w:pPr>
            <w:r>
              <w:rPr>
                <w:sz w:val="16"/>
              </w:rPr>
              <w:t>same incident as DR-4720</w:t>
            </w:r>
          </w:p>
        </w:tc>
      </w:tr>
      <w:tr>
        <w:trPr>
          <w:cantSplit/>
        </w:trPr>
        <w:tc>
          <w:tcPr>
            <w:tcW w:type="dxa" w:w="1113"/>
          </w:tcPr>
          <w:p>
            <w:pPr>
              <w:spacing w:after="0"/>
              <w:jc w:val="left"/>
            </w:pPr>
            <w:r>
              <w:rPr>
                <w:sz w:val="16"/>
              </w:rPr>
              <w:t>2023-03-20</w:t>
            </w:r>
          </w:p>
        </w:tc>
        <w:tc>
          <w:tcPr>
            <w:tcW w:type="dxa" w:w="1113"/>
          </w:tcPr>
          <w:p>
            <w:pPr>
              <w:spacing w:after="0"/>
              <w:jc w:val="left"/>
            </w:pPr>
            <w:r>
              <w:rPr>
                <w:sz w:val="16"/>
              </w:rPr>
              <w:t>2022-12-22</w:t>
            </w:r>
          </w:p>
        </w:tc>
        <w:tc>
          <w:tcPr>
            <w:tcW w:type="dxa" w:w="1113"/>
          </w:tcPr>
          <w:p>
            <w:pPr>
              <w:spacing w:after="0"/>
              <w:jc w:val="left"/>
            </w:pPr>
            <w:r>
              <w:rPr>
                <w:sz w:val="16"/>
              </w:rPr>
              <w:t>DR-4695-VT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$12,053.10</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2021-08-22</w:t>
            </w:r>
          </w:p>
        </w:tc>
        <w:tc>
          <w:tcPr>
            <w:tcW w:type="dxa" w:w="1113"/>
          </w:tcPr>
          <w:p>
            <w:pPr>
              <w:spacing w:after="0"/>
              <w:jc w:val="left"/>
            </w:pPr>
            <w:r>
              <w:rPr>
                <w:sz w:val="16"/>
              </w:rPr>
              <w:t>2021-08-22</w:t>
            </w:r>
          </w:p>
        </w:tc>
        <w:tc>
          <w:tcPr>
            <w:tcW w:type="dxa" w:w="1113"/>
          </w:tcPr>
          <w:p>
            <w:pPr>
              <w:spacing w:after="0"/>
              <w:jc w:val="left"/>
            </w:pPr>
            <w:r>
              <w:rPr>
                <w:sz w:val="16"/>
              </w:rPr>
              <w:t>EM-3567-VT</w:t>
            </w:r>
          </w:p>
        </w:tc>
        <w:tc>
          <w:tcPr>
            <w:tcW w:type="dxa" w:w="1497"/>
          </w:tcPr>
          <w:p>
            <w:pPr>
              <w:spacing w:after="0"/>
              <w:jc w:val="left"/>
            </w:pPr>
            <w:r>
              <w:rPr>
                <w:sz w:val="16"/>
              </w:rPr>
              <w:t>Emergency</w:t>
            </w:r>
          </w:p>
        </w:tc>
        <w:tc>
          <w:tcPr>
            <w:tcW w:type="dxa" w:w="2647"/>
          </w:tcPr>
          <w:p>
            <w:pPr>
              <w:spacing w:after="0"/>
              <w:jc w:val="left"/>
            </w:pPr>
            <w:r>
              <w:rPr>
                <w:sz w:val="16"/>
              </w:rPr>
              <w:t>TROPICAL STORM HENRI</w:t>
            </w:r>
          </w:p>
        </w:tc>
        <w:tc>
          <w:tcPr>
            <w:tcW w:type="dxa" w:w="2637"/>
          </w:tcPr>
          <w:p>
            <w:pPr>
              <w:spacing w:after="0"/>
              <w:jc w:val="left"/>
            </w:pPr>
            <w:r>
              <w:rPr>
                <w:sz w:val="16"/>
              </w:rPr>
              <w:t>Hurricane</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2020-04-08</w:t>
            </w:r>
          </w:p>
        </w:tc>
        <w:tc>
          <w:tcPr>
            <w:tcW w:type="dxa" w:w="1113"/>
          </w:tcPr>
          <w:p>
            <w:pPr>
              <w:spacing w:after="0"/>
              <w:jc w:val="left"/>
            </w:pPr>
            <w:r>
              <w:rPr>
                <w:sz w:val="16"/>
              </w:rPr>
              <w:t>2020-01-20</w:t>
            </w:r>
          </w:p>
        </w:tc>
        <w:tc>
          <w:tcPr>
            <w:tcW w:type="dxa" w:w="1113"/>
          </w:tcPr>
          <w:p>
            <w:pPr>
              <w:spacing w:after="0"/>
              <w:jc w:val="left"/>
            </w:pPr>
            <w:r>
              <w:rPr>
                <w:sz w:val="16"/>
              </w:rPr>
              <w:t>DR-4532-VT</w:t>
            </w:r>
          </w:p>
        </w:tc>
        <w:tc>
          <w:tcPr>
            <w:tcW w:type="dxa" w:w="1497"/>
          </w:tcPr>
          <w:p>
            <w:pPr>
              <w:spacing w:after="0"/>
              <w:jc w:val="left"/>
            </w:pPr>
            <w:r>
              <w:rPr>
                <w:sz w:val="16"/>
              </w:rPr>
              <w:t>Major disaster</w:t>
            </w:r>
          </w:p>
        </w:tc>
        <w:tc>
          <w:tcPr>
            <w:tcW w:type="dxa" w:w="2647"/>
          </w:tcPr>
          <w:p>
            <w:pPr>
              <w:spacing w:after="0"/>
              <w:jc w:val="left"/>
            </w:pPr>
            <w:r>
              <w:rPr>
                <w:sz w:val="16"/>
              </w:rPr>
              <w:t>COVID-19 PANDEMIC</w:t>
            </w:r>
          </w:p>
        </w:tc>
        <w:tc>
          <w:tcPr>
            <w:tcW w:type="dxa" w:w="2637"/>
          </w:tcPr>
          <w:p>
            <w:pPr>
              <w:spacing w:after="0"/>
              <w:jc w:val="left"/>
            </w:pPr>
            <w:r>
              <w:rPr>
                <w:sz w:val="16"/>
              </w:rPr>
              <w:t>Non-natural, not counted</w:t>
            </w:r>
          </w:p>
        </w:tc>
        <w:tc>
          <w:tcPr>
            <w:tcW w:type="dxa" w:w="1535"/>
          </w:tcPr>
          <w:p>
            <w:pPr>
              <w:spacing w:after="0"/>
              <w:jc w:val="right"/>
            </w:pPr>
            <w:r>
              <w:rPr>
                <w:sz w:val="16"/>
              </w:rPr>
              <w:t>$29,607,392.18</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2020-03-13</w:t>
            </w:r>
          </w:p>
        </w:tc>
        <w:tc>
          <w:tcPr>
            <w:tcW w:type="dxa" w:w="1113"/>
          </w:tcPr>
          <w:p>
            <w:pPr>
              <w:spacing w:after="0"/>
              <w:jc w:val="left"/>
            </w:pPr>
            <w:r>
              <w:rPr>
                <w:sz w:val="16"/>
              </w:rPr>
              <w:t>2020-01-20</w:t>
            </w:r>
          </w:p>
        </w:tc>
        <w:tc>
          <w:tcPr>
            <w:tcW w:type="dxa" w:w="1113"/>
          </w:tcPr>
          <w:p>
            <w:pPr>
              <w:spacing w:after="0"/>
              <w:jc w:val="left"/>
            </w:pPr>
            <w:r>
              <w:rPr>
                <w:sz w:val="16"/>
              </w:rPr>
              <w:t>EM-3437-VT</w:t>
            </w:r>
          </w:p>
        </w:tc>
        <w:tc>
          <w:tcPr>
            <w:tcW w:type="dxa" w:w="1497"/>
          </w:tcPr>
          <w:p>
            <w:pPr>
              <w:spacing w:after="0"/>
              <w:jc w:val="left"/>
            </w:pPr>
            <w:r>
              <w:rPr>
                <w:sz w:val="16"/>
              </w:rPr>
              <w:t>Emergency</w:t>
            </w:r>
          </w:p>
        </w:tc>
        <w:tc>
          <w:tcPr>
            <w:tcW w:type="dxa" w:w="2647"/>
          </w:tcPr>
          <w:p>
            <w:pPr>
              <w:spacing w:after="0"/>
              <w:jc w:val="left"/>
            </w:pPr>
            <w:r>
              <w:rPr>
                <w:sz w:val="16"/>
              </w:rPr>
              <w:t>COVID-19</w:t>
            </w:r>
          </w:p>
        </w:tc>
        <w:tc>
          <w:tcPr>
            <w:tcW w:type="dxa" w:w="2637"/>
          </w:tcPr>
          <w:p>
            <w:pPr>
              <w:spacing w:after="0"/>
              <w:jc w:val="left"/>
            </w:pPr>
            <w:r>
              <w:rPr>
                <w:sz w:val="16"/>
              </w:rPr>
              <w:t>Non-natural, not counted</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r>
              <w:rPr>
                <w:sz w:val="16"/>
              </w:rPr>
              <w:t>same incident as DR-4532</w:t>
            </w:r>
          </w:p>
        </w:tc>
      </w:tr>
      <w:tr>
        <w:trPr>
          <w:cantSplit/>
        </w:trPr>
        <w:tc>
          <w:tcPr>
            <w:tcW w:type="dxa" w:w="1113"/>
          </w:tcPr>
          <w:p>
            <w:pPr>
              <w:spacing w:after="0"/>
              <w:jc w:val="left"/>
            </w:pPr>
            <w:r>
              <w:rPr>
                <w:sz w:val="16"/>
              </w:rPr>
              <w:t>2020-01-17</w:t>
            </w:r>
          </w:p>
        </w:tc>
        <w:tc>
          <w:tcPr>
            <w:tcW w:type="dxa" w:w="1113"/>
          </w:tcPr>
          <w:p>
            <w:pPr>
              <w:spacing w:after="0"/>
              <w:jc w:val="left"/>
            </w:pPr>
            <w:r>
              <w:rPr>
                <w:sz w:val="16"/>
              </w:rPr>
              <w:t>2019-10-31</w:t>
            </w:r>
          </w:p>
        </w:tc>
        <w:tc>
          <w:tcPr>
            <w:tcW w:type="dxa" w:w="1113"/>
          </w:tcPr>
          <w:p>
            <w:pPr>
              <w:spacing w:after="0"/>
              <w:jc w:val="left"/>
            </w:pPr>
            <w:r>
              <w:rPr>
                <w:sz w:val="16"/>
              </w:rPr>
              <w:t>DR-4474-VT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$3,244,346.16</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2018-07-30</w:t>
            </w:r>
          </w:p>
        </w:tc>
        <w:tc>
          <w:tcPr>
            <w:tcW w:type="dxa" w:w="1113"/>
          </w:tcPr>
          <w:p>
            <w:pPr>
              <w:spacing w:after="0"/>
              <w:jc w:val="left"/>
            </w:pPr>
            <w:r>
              <w:rPr>
                <w:sz w:val="16"/>
              </w:rPr>
              <w:t>2018-05-04</w:t>
            </w:r>
          </w:p>
        </w:tc>
        <w:tc>
          <w:tcPr>
            <w:tcW w:type="dxa" w:w="1113"/>
          </w:tcPr>
          <w:p>
            <w:pPr>
              <w:spacing w:after="0"/>
              <w:jc w:val="left"/>
            </w:pPr>
            <w:r>
              <w:rPr>
                <w:sz w:val="16"/>
              </w:rPr>
              <w:t>DR-4380-VT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$1,498,243.27</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2018-01-02</w:t>
            </w:r>
          </w:p>
        </w:tc>
        <w:tc>
          <w:tcPr>
            <w:tcW w:type="dxa" w:w="1113"/>
          </w:tcPr>
          <w:p>
            <w:pPr>
              <w:spacing w:after="0"/>
              <w:jc w:val="left"/>
            </w:pPr>
            <w:r>
              <w:rPr>
                <w:sz w:val="16"/>
              </w:rPr>
              <w:t>2017-10-29</w:t>
            </w:r>
          </w:p>
        </w:tc>
        <w:tc>
          <w:tcPr>
            <w:tcW w:type="dxa" w:w="1113"/>
          </w:tcPr>
          <w:p>
            <w:pPr>
              <w:spacing w:after="0"/>
              <w:jc w:val="left"/>
            </w:pPr>
            <w:r>
              <w:rPr>
                <w:sz w:val="16"/>
              </w:rPr>
              <w:t>DR-4356-VT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$141,546.49</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2015-07-29</w:t>
            </w:r>
          </w:p>
        </w:tc>
        <w:tc>
          <w:tcPr>
            <w:tcW w:type="dxa" w:w="1113"/>
          </w:tcPr>
          <w:p>
            <w:pPr>
              <w:spacing w:after="0"/>
              <w:jc w:val="left"/>
            </w:pPr>
            <w:r>
              <w:rPr>
                <w:sz w:val="16"/>
              </w:rPr>
              <w:t>2015-06-09</w:t>
            </w:r>
          </w:p>
        </w:tc>
        <w:tc>
          <w:tcPr>
            <w:tcW w:type="dxa" w:w="1113"/>
          </w:tcPr>
          <w:p>
            <w:pPr>
              <w:spacing w:after="0"/>
              <w:jc w:val="left"/>
            </w:pPr>
            <w:r>
              <w:rPr>
                <w:sz w:val="16"/>
              </w:rPr>
              <w:t>DR-4232-VT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$283,148.43</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2015-02-03</w:t>
            </w:r>
          </w:p>
        </w:tc>
        <w:tc>
          <w:tcPr>
            <w:tcW w:type="dxa" w:w="1113"/>
          </w:tcPr>
          <w:p>
            <w:pPr>
              <w:spacing w:after="0"/>
              <w:jc w:val="left"/>
            </w:pPr>
            <w:r>
              <w:rPr>
                <w:sz w:val="16"/>
              </w:rPr>
              <w:t>2014-12-09</w:t>
            </w:r>
          </w:p>
        </w:tc>
        <w:tc>
          <w:tcPr>
            <w:tcW w:type="dxa" w:w="1113"/>
          </w:tcPr>
          <w:p>
            <w:pPr>
              <w:spacing w:after="0"/>
              <w:jc w:val="left"/>
            </w:pPr>
            <w:r>
              <w:rPr>
                <w:sz w:val="16"/>
              </w:rPr>
              <w:t>DR-4207-VT</w:t>
            </w:r>
          </w:p>
        </w:tc>
        <w:tc>
          <w:tcPr>
            <w:tcW w:type="dxa" w:w="1497"/>
          </w:tcPr>
          <w:p>
            <w:pPr>
              <w:spacing w:after="0"/>
              <w:jc w:val="left"/>
            </w:pPr>
            <w:r>
              <w:rPr>
                <w:sz w:val="16"/>
              </w:rPr>
              <w:t>Major disaster</w:t>
            </w:r>
          </w:p>
        </w:tc>
        <w:tc>
          <w:tcPr>
            <w:tcW w:type="dxa" w:w="2647"/>
          </w:tcPr>
          <w:p>
            <w:pPr>
              <w:spacing w:after="0"/>
              <w:jc w:val="left"/>
            </w:pPr>
            <w:r>
              <w:rPr>
                <w:sz w:val="16"/>
              </w:rPr>
              <w:t>SEVERE WINTER STORM</w:t>
            </w:r>
          </w:p>
        </w:tc>
        <w:tc>
          <w:tcPr>
            <w:tcW w:type="dxa" w:w="2637"/>
          </w:tcPr>
          <w:p>
            <w:pPr>
              <w:spacing w:after="0"/>
              <w:jc w:val="left"/>
            </w:pPr>
            <w:r>
              <w:rPr>
                <w:sz w:val="16"/>
              </w:rPr>
              <w:t>Winter Weather</w:t>
            </w:r>
          </w:p>
        </w:tc>
        <w:tc>
          <w:tcPr>
            <w:tcW w:type="dxa" w:w="1535"/>
          </w:tcPr>
          <w:p>
            <w:pPr>
              <w:spacing w:after="0"/>
              <w:jc w:val="right"/>
            </w:pPr>
            <w:r>
              <w:rPr>
                <w:sz w:val="16"/>
              </w:rPr>
              <w:t>$236,295.61</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2014-01-29</w:t>
            </w:r>
          </w:p>
        </w:tc>
        <w:tc>
          <w:tcPr>
            <w:tcW w:type="dxa" w:w="1113"/>
          </w:tcPr>
          <w:p>
            <w:pPr>
              <w:spacing w:after="0"/>
              <w:jc w:val="left"/>
            </w:pPr>
            <w:r>
              <w:rPr>
                <w:sz w:val="16"/>
              </w:rPr>
              <w:t>2013-12-20</w:t>
            </w:r>
          </w:p>
        </w:tc>
        <w:tc>
          <w:tcPr>
            <w:tcW w:type="dxa" w:w="1113"/>
          </w:tcPr>
          <w:p>
            <w:pPr>
              <w:spacing w:after="0"/>
              <w:jc w:val="left"/>
            </w:pPr>
            <w:r>
              <w:rPr>
                <w:sz w:val="16"/>
              </w:rPr>
              <w:t>DR-4163-VT</w:t>
            </w:r>
          </w:p>
        </w:tc>
        <w:tc>
          <w:tcPr>
            <w:tcW w:type="dxa" w:w="1497"/>
          </w:tcPr>
          <w:p>
            <w:pPr>
              <w:spacing w:after="0"/>
              <w:jc w:val="left"/>
            </w:pPr>
            <w:r>
              <w:rPr>
                <w:sz w:val="16"/>
              </w:rPr>
              <w:t>Major disaster</w:t>
            </w:r>
          </w:p>
        </w:tc>
        <w:tc>
          <w:tcPr>
            <w:tcW w:type="dxa" w:w="2647"/>
          </w:tcPr>
          <w:p>
            <w:pPr>
              <w:spacing w:after="0"/>
              <w:jc w:val="left"/>
            </w:pPr>
            <w:r>
              <w:rPr>
                <w:sz w:val="16"/>
              </w:rPr>
              <w:t>SEVERE WINTER STORMS</w:t>
            </w:r>
          </w:p>
        </w:tc>
        <w:tc>
          <w:tcPr>
            <w:tcW w:type="dxa" w:w="2637"/>
          </w:tcPr>
          <w:p>
            <w:pPr>
              <w:spacing w:after="0"/>
              <w:jc w:val="left"/>
            </w:pPr>
            <w:r>
              <w:rPr>
                <w:sz w:val="16"/>
              </w:rPr>
              <w:t>Ice Storm</w:t>
            </w:r>
          </w:p>
        </w:tc>
        <w:tc>
          <w:tcPr>
            <w:tcW w:type="dxa" w:w="1535"/>
          </w:tcPr>
          <w:p>
            <w:pPr>
              <w:spacing w:after="0"/>
              <w:jc w:val="right"/>
            </w:pPr>
            <w:r>
              <w:rPr>
                <w:sz w:val="16"/>
              </w:rPr>
              <w:t>$68,376.63</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2013-08-02</w:t>
            </w:r>
          </w:p>
        </w:tc>
        <w:tc>
          <w:tcPr>
            <w:tcW w:type="dxa" w:w="1113"/>
          </w:tcPr>
          <w:p>
            <w:pPr>
              <w:spacing w:after="0"/>
              <w:jc w:val="left"/>
            </w:pPr>
            <w:r>
              <w:rPr>
                <w:sz w:val="16"/>
              </w:rPr>
              <w:t>2013-06-25</w:t>
            </w:r>
          </w:p>
        </w:tc>
        <w:tc>
          <w:tcPr>
            <w:tcW w:type="dxa" w:w="1113"/>
          </w:tcPr>
          <w:p>
            <w:pPr>
              <w:spacing w:after="0"/>
              <w:jc w:val="left"/>
            </w:pPr>
            <w:r>
              <w:rPr>
                <w:sz w:val="16"/>
              </w:rPr>
              <w:t>DR-4140-VT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$1,254,214.15</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2013-06-13</w:t>
            </w:r>
          </w:p>
        </w:tc>
        <w:tc>
          <w:tcPr>
            <w:tcW w:type="dxa" w:w="1113"/>
          </w:tcPr>
          <w:p>
            <w:pPr>
              <w:spacing w:after="0"/>
              <w:jc w:val="left"/>
            </w:pPr>
            <w:r>
              <w:rPr>
                <w:sz w:val="16"/>
              </w:rPr>
              <w:t>2013-05-22</w:t>
            </w:r>
          </w:p>
        </w:tc>
        <w:tc>
          <w:tcPr>
            <w:tcW w:type="dxa" w:w="1113"/>
          </w:tcPr>
          <w:p>
            <w:pPr>
              <w:spacing w:after="0"/>
              <w:jc w:val="left"/>
            </w:pPr>
            <w:r>
              <w:rPr>
                <w:sz w:val="16"/>
              </w:rPr>
              <w:t>DR-4120-VT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$1,436,953.12</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2011-09-01</w:t>
            </w:r>
          </w:p>
        </w:tc>
        <w:tc>
          <w:tcPr>
            <w:tcW w:type="dxa" w:w="1113"/>
          </w:tcPr>
          <w:p>
            <w:pPr>
              <w:spacing w:after="0"/>
              <w:jc w:val="left"/>
            </w:pPr>
            <w:r>
              <w:rPr>
                <w:sz w:val="16"/>
              </w:rPr>
              <w:t>2011-08-27</w:t>
            </w:r>
          </w:p>
        </w:tc>
        <w:tc>
          <w:tcPr>
            <w:tcW w:type="dxa" w:w="1113"/>
          </w:tcPr>
          <w:p>
            <w:pPr>
              <w:spacing w:after="0"/>
              <w:jc w:val="left"/>
            </w:pPr>
            <w:r>
              <w:rPr>
                <w:sz w:val="16"/>
              </w:rPr>
              <w:t>DR-4022-VT</w:t>
            </w:r>
          </w:p>
        </w:tc>
        <w:tc>
          <w:tcPr>
            <w:tcW w:type="dxa" w:w="1497"/>
          </w:tcPr>
          <w:p>
            <w:pPr>
              <w:spacing w:after="0"/>
              <w:jc w:val="left"/>
            </w:pPr>
            <w:r>
              <w:rPr>
                <w:sz w:val="16"/>
              </w:rPr>
              <w:t>Major disaster</w:t>
            </w:r>
          </w:p>
        </w:tc>
        <w:tc>
          <w:tcPr>
            <w:tcW w:type="dxa" w:w="2647"/>
          </w:tcPr>
          <w:p>
            <w:pPr>
              <w:spacing w:after="0"/>
              <w:jc w:val="left"/>
            </w:pPr>
            <w:r>
              <w:rPr>
                <w:sz w:val="16"/>
              </w:rPr>
              <w:t>TROPICAL STORM IRENE</w:t>
            </w:r>
          </w:p>
        </w:tc>
        <w:tc>
          <w:tcPr>
            <w:tcW w:type="dxa" w:w="2637"/>
          </w:tcPr>
          <w:p>
            <w:pPr>
              <w:spacing w:after="0"/>
              <w:jc w:val="left"/>
            </w:pPr>
            <w:r>
              <w:rPr>
                <w:sz w:val="16"/>
              </w:rPr>
              <w:t>Hurricane</w:t>
            </w:r>
          </w:p>
        </w:tc>
        <w:tc>
          <w:tcPr>
            <w:tcW w:type="dxa" w:w="1535"/>
          </w:tcPr>
          <w:p>
            <w:pPr>
              <w:spacing w:after="0"/>
              <w:jc w:val="right"/>
            </w:pPr>
            <w:r>
              <w:rPr>
                <w:sz w:val="16"/>
              </w:rPr>
              <w:t>$333,686.18</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2011-08-29</w:t>
            </w:r>
          </w:p>
        </w:tc>
        <w:tc>
          <w:tcPr>
            <w:tcW w:type="dxa" w:w="1113"/>
          </w:tcPr>
          <w:p>
            <w:pPr>
              <w:spacing w:after="0"/>
              <w:jc w:val="left"/>
            </w:pPr>
            <w:r>
              <w:rPr>
                <w:sz w:val="16"/>
              </w:rPr>
              <w:t>2011-08-26</w:t>
            </w:r>
          </w:p>
        </w:tc>
        <w:tc>
          <w:tcPr>
            <w:tcW w:type="dxa" w:w="1113"/>
          </w:tcPr>
          <w:p>
            <w:pPr>
              <w:spacing w:after="0"/>
              <w:jc w:val="left"/>
            </w:pPr>
            <w:r>
              <w:rPr>
                <w:sz w:val="16"/>
              </w:rPr>
              <w:t>EM-3338-VT</w:t>
            </w:r>
          </w:p>
        </w:tc>
        <w:tc>
          <w:tcPr>
            <w:tcW w:type="dxa" w:w="1497"/>
          </w:tcPr>
          <w:p>
            <w:pPr>
              <w:spacing w:after="0"/>
              <w:jc w:val="left"/>
            </w:pPr>
            <w:r>
              <w:rPr>
                <w:sz w:val="16"/>
              </w:rPr>
              <w:t>Emergency</w:t>
            </w:r>
          </w:p>
        </w:tc>
        <w:tc>
          <w:tcPr>
            <w:tcW w:type="dxa" w:w="2647"/>
          </w:tcPr>
          <w:p>
            <w:pPr>
              <w:spacing w:after="0"/>
              <w:jc w:val="left"/>
            </w:pPr>
            <w:r>
              <w:rPr>
                <w:sz w:val="16"/>
              </w:rPr>
              <w:t>HURRICANE IRENE</w:t>
            </w:r>
          </w:p>
        </w:tc>
        <w:tc>
          <w:tcPr>
            <w:tcW w:type="dxa" w:w="2637"/>
          </w:tcPr>
          <w:p>
            <w:pPr>
              <w:spacing w:after="0"/>
              <w:jc w:val="left"/>
            </w:pPr>
            <w:r>
              <w:rPr>
                <w:sz w:val="16"/>
              </w:rPr>
              <w:t>Hurricane</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r>
              <w:rPr>
                <w:sz w:val="16"/>
              </w:rPr>
              <w:t>same incident as DR-4022</w:t>
            </w:r>
          </w:p>
        </w:tc>
      </w:tr>
      <w:tr>
        <w:trPr>
          <w:cantSplit/>
        </w:trPr>
        <w:tc>
          <w:tcPr>
            <w:tcW w:type="dxa" w:w="1113"/>
          </w:tcPr>
          <w:p>
            <w:pPr>
              <w:spacing w:after="0"/>
              <w:jc w:val="left"/>
            </w:pPr>
            <w:r>
              <w:rPr>
                <w:sz w:val="16"/>
              </w:rPr>
              <w:t>2011-06-15</w:t>
            </w:r>
          </w:p>
        </w:tc>
        <w:tc>
          <w:tcPr>
            <w:tcW w:type="dxa" w:w="1113"/>
          </w:tcPr>
          <w:p>
            <w:pPr>
              <w:spacing w:after="0"/>
              <w:jc w:val="left"/>
            </w:pPr>
            <w:r>
              <w:rPr>
                <w:sz w:val="16"/>
              </w:rPr>
              <w:t>2011-04-23</w:t>
            </w:r>
          </w:p>
        </w:tc>
        <w:tc>
          <w:tcPr>
            <w:tcW w:type="dxa" w:w="1113"/>
          </w:tcPr>
          <w:p>
            <w:pPr>
              <w:spacing w:after="0"/>
              <w:jc w:val="left"/>
            </w:pPr>
            <w:r>
              <w:rPr>
                <w:sz w:val="16"/>
              </w:rPr>
              <w:t>DR-1995-VT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$2,460,958.28</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2010-12-22</w:t>
            </w:r>
          </w:p>
        </w:tc>
        <w:tc>
          <w:tcPr>
            <w:tcW w:type="dxa" w:w="1113"/>
          </w:tcPr>
          <w:p>
            <w:pPr>
              <w:spacing w:after="0"/>
              <w:jc w:val="left"/>
            </w:pPr>
            <w:r>
              <w:rPr>
                <w:sz w:val="16"/>
              </w:rPr>
              <w:t>2010-12-01</w:t>
            </w:r>
          </w:p>
        </w:tc>
        <w:tc>
          <w:tcPr>
            <w:tcW w:type="dxa" w:w="1113"/>
          </w:tcPr>
          <w:p>
            <w:pPr>
              <w:spacing w:after="0"/>
              <w:jc w:val="left"/>
            </w:pPr>
            <w:r>
              <w:rPr>
                <w:sz w:val="16"/>
              </w:rPr>
              <w:t>DR-1951-VT</w:t>
            </w:r>
          </w:p>
        </w:tc>
        <w:tc>
          <w:tcPr>
            <w:tcW w:type="dxa" w:w="1497"/>
          </w:tcPr>
          <w:p>
            <w:pPr>
              <w:spacing w:after="0"/>
              <w:jc w:val="left"/>
            </w:pPr>
            <w:r>
              <w:rPr>
                <w:sz w:val="16"/>
              </w:rPr>
              <w:t>Major disaster</w:t>
            </w:r>
          </w:p>
        </w:tc>
        <w:tc>
          <w:tcPr>
            <w:tcW w:type="dxa" w:w="2647"/>
          </w:tcPr>
          <w:p>
            <w:pPr>
              <w:spacing w:after="0"/>
              <w:jc w:val="left"/>
            </w:pPr>
            <w:r>
              <w:rPr>
                <w:sz w:val="16"/>
              </w:rPr>
              <w:t>SEVERE STORM</w:t>
            </w:r>
          </w:p>
        </w:tc>
        <w:tc>
          <w:tcPr>
            <w:tcW w:type="dxa" w:w="2637"/>
          </w:tcPr>
          <w:p>
            <w:pPr>
              <w:spacing w:after="0"/>
              <w:jc w:val="left"/>
            </w:pPr>
            <w:r>
              <w:rPr>
                <w:sz w:val="16"/>
              </w:rPr>
              <w:t>Hazard not mapped (severe storm title names no single hazard); not counted</w:t>
            </w:r>
          </w:p>
        </w:tc>
        <w:tc>
          <w:tcPr>
            <w:tcW w:type="dxa" w:w="1535"/>
          </w:tcPr>
          <w:p>
            <w:pPr>
              <w:spacing w:after="0"/>
              <w:jc w:val="right"/>
            </w:pPr>
            <w:r>
              <w:rPr>
                <w:sz w:val="16"/>
              </w:rPr>
              <w:t>$124,721.47</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2004-09-23</w:t>
            </w:r>
          </w:p>
        </w:tc>
        <w:tc>
          <w:tcPr>
            <w:tcW w:type="dxa" w:w="1113"/>
          </w:tcPr>
          <w:p>
            <w:pPr>
              <w:spacing w:after="0"/>
              <w:jc w:val="left"/>
            </w:pPr>
            <w:r>
              <w:rPr>
                <w:sz w:val="16"/>
              </w:rPr>
              <w:t>2004-08-12</w:t>
            </w:r>
          </w:p>
        </w:tc>
        <w:tc>
          <w:tcPr>
            <w:tcW w:type="dxa" w:w="1113"/>
          </w:tcPr>
          <w:p>
            <w:pPr>
              <w:spacing w:after="0"/>
              <w:jc w:val="left"/>
            </w:pPr>
            <w:r>
              <w:rPr>
                <w:sz w:val="16"/>
              </w:rPr>
              <w:t>DR-1559-VT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$279,588.24</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2001-04-10</w:t>
            </w:r>
          </w:p>
        </w:tc>
        <w:tc>
          <w:tcPr>
            <w:tcW w:type="dxa" w:w="1113"/>
          </w:tcPr>
          <w:p>
            <w:pPr>
              <w:spacing w:after="0"/>
              <w:jc w:val="left"/>
            </w:pPr>
            <w:r>
              <w:rPr>
                <w:sz w:val="16"/>
              </w:rPr>
              <w:t>2001-03-05</w:t>
            </w:r>
          </w:p>
        </w:tc>
        <w:tc>
          <w:tcPr>
            <w:tcW w:type="dxa" w:w="1113"/>
          </w:tcPr>
          <w:p>
            <w:pPr>
              <w:spacing w:after="0"/>
              <w:jc w:val="left"/>
            </w:pPr>
            <w:r>
              <w:rPr>
                <w:sz w:val="16"/>
              </w:rPr>
              <w:t>EM-3167-VT</w:t>
            </w:r>
          </w:p>
        </w:tc>
        <w:tc>
          <w:tcPr>
            <w:tcW w:type="dxa" w:w="1497"/>
          </w:tcPr>
          <w:p>
            <w:pPr>
              <w:spacing w:after="0"/>
              <w:jc w:val="left"/>
            </w:pPr>
            <w:r>
              <w:rPr>
                <w:sz w:val="16"/>
              </w:rPr>
              <w:t>Emergency</w:t>
            </w:r>
          </w:p>
        </w:tc>
        <w:tc>
          <w:tcPr>
            <w:tcW w:type="dxa" w:w="2647"/>
          </w:tcPr>
          <w:p>
            <w:pPr>
              <w:spacing w:after="0"/>
              <w:jc w:val="left"/>
            </w:pPr>
            <w:r>
              <w:rPr>
                <w:sz w:val="16"/>
              </w:rPr>
              <w:t>SNOW</w:t>
            </w:r>
          </w:p>
        </w:tc>
        <w:tc>
          <w:tcPr>
            <w:tcW w:type="dxa" w:w="2637"/>
          </w:tcPr>
          <w:p>
            <w:pPr>
              <w:spacing w:after="0"/>
              <w:jc w:val="left"/>
            </w:pPr>
            <w:r>
              <w:rPr>
                <w:sz w:val="16"/>
              </w:rPr>
              <w:t>Winter Weather</w:t>
            </w:r>
          </w:p>
        </w:tc>
        <w:tc>
          <w:tcPr>
            <w:tcW w:type="dxa" w:w="1535"/>
          </w:tcPr>
          <w:p>
            <w:pPr>
              <w:spacing w:after="0"/>
              <w:jc w:val="right"/>
            </w:pPr>
            <w:r>
              <w:rPr>
                <w:sz w:val="16"/>
              </w:rPr>
              <w:t>$189,099.54</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1998-06-30</w:t>
            </w:r>
          </w:p>
        </w:tc>
        <w:tc>
          <w:tcPr>
            <w:tcW w:type="dxa" w:w="1113"/>
          </w:tcPr>
          <w:p>
            <w:pPr>
              <w:spacing w:after="0"/>
              <w:jc w:val="left"/>
            </w:pPr>
            <w:r>
              <w:rPr>
                <w:sz w:val="16"/>
              </w:rPr>
              <w:t>1998-06-17</w:t>
            </w:r>
          </w:p>
        </w:tc>
        <w:tc>
          <w:tcPr>
            <w:tcW w:type="dxa" w:w="1113"/>
          </w:tcPr>
          <w:p>
            <w:pPr>
              <w:spacing w:after="0"/>
              <w:jc w:val="left"/>
            </w:pPr>
            <w:r>
              <w:rPr>
                <w:sz w:val="16"/>
              </w:rPr>
              <w:t>DR-1228-VT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1998-01-15</w:t>
            </w:r>
          </w:p>
        </w:tc>
        <w:tc>
          <w:tcPr>
            <w:tcW w:type="dxa" w:w="1113"/>
          </w:tcPr>
          <w:p>
            <w:pPr>
              <w:spacing w:after="0"/>
              <w:jc w:val="left"/>
            </w:pPr>
            <w:r>
              <w:rPr>
                <w:sz w:val="16"/>
              </w:rPr>
              <w:t>1998-01-06</w:t>
            </w:r>
          </w:p>
        </w:tc>
        <w:tc>
          <w:tcPr>
            <w:tcW w:type="dxa" w:w="1113"/>
          </w:tcPr>
          <w:p>
            <w:pPr>
              <w:spacing w:after="0"/>
              <w:jc w:val="left"/>
            </w:pPr>
            <w:r>
              <w:rPr>
                <w:sz w:val="16"/>
              </w:rPr>
              <w:t>DR-1201-VT</w:t>
            </w:r>
          </w:p>
        </w:tc>
        <w:tc>
          <w:tcPr>
            <w:tcW w:type="dxa" w:w="1497"/>
          </w:tcPr>
          <w:p>
            <w:pPr>
              <w:spacing w:after="0"/>
              <w:jc w:val="left"/>
            </w:pPr>
            <w:r>
              <w:rPr>
                <w:sz w:val="16"/>
              </w:rPr>
              <w:t>Major disaster</w:t>
            </w:r>
          </w:p>
        </w:tc>
        <w:tc>
          <w:tcPr>
            <w:tcW w:type="dxa" w:w="2647"/>
          </w:tcPr>
          <w:p>
            <w:pPr>
              <w:spacing w:after="0"/>
              <w:jc w:val="left"/>
            </w:pPr>
            <w:r>
              <w:rPr>
                <w:sz w:val="16"/>
              </w:rPr>
              <w:t>SEVERE ICE STORMS, RAIN, HIGH WINDS AND FLOODING</w:t>
            </w:r>
          </w:p>
        </w:tc>
        <w:tc>
          <w:tcPr>
            <w:tcW w:type="dxa" w:w="2637"/>
          </w:tcPr>
          <w:p>
            <w:pPr>
              <w:spacing w:after="0"/>
              <w:jc w:val="left"/>
            </w:pPr>
            <w:r>
              <w:rPr>
                <w:sz w:val="16"/>
              </w:rPr>
              <w:t>Ice Storm; Inland Flooding; Strong Wind</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1996-02-13</w:t>
            </w:r>
          </w:p>
        </w:tc>
        <w:tc>
          <w:tcPr>
            <w:tcW w:type="dxa" w:w="1113"/>
          </w:tcPr>
          <w:p>
            <w:pPr>
              <w:spacing w:after="0"/>
              <w:jc w:val="left"/>
            </w:pPr>
            <w:r>
              <w:rPr>
                <w:sz w:val="16"/>
              </w:rPr>
              <w:t>1996-01-19</w:t>
            </w:r>
          </w:p>
        </w:tc>
        <w:tc>
          <w:tcPr>
            <w:tcW w:type="dxa" w:w="1113"/>
          </w:tcPr>
          <w:p>
            <w:pPr>
              <w:spacing w:after="0"/>
              <w:jc w:val="left"/>
            </w:pPr>
            <w:r>
              <w:rPr>
                <w:sz w:val="16"/>
              </w:rPr>
              <w:t>DR-1101-VT</w:t>
            </w:r>
          </w:p>
        </w:tc>
        <w:tc>
          <w:tcPr>
            <w:tcW w:type="dxa" w:w="1497"/>
          </w:tcPr>
          <w:p>
            <w:pPr>
              <w:spacing w:after="0"/>
              <w:jc w:val="left"/>
            </w:pPr>
            <w:r>
              <w:rPr>
                <w:sz w:val="16"/>
              </w:rPr>
              <w:t>Major disaster</w:t>
            </w:r>
          </w:p>
        </w:tc>
        <w:tc>
          <w:tcPr>
            <w:tcW w:type="dxa" w:w="2647"/>
          </w:tcPr>
          <w:p>
            <w:pPr>
              <w:spacing w:after="0"/>
              <w:jc w:val="left"/>
            </w:pPr>
            <w:r>
              <w:rPr>
                <w:sz w:val="16"/>
              </w:rPr>
              <w:t>ICE JAMS AND FLOODING</w:t>
            </w:r>
          </w:p>
        </w:tc>
        <w:tc>
          <w:tcPr>
            <w:tcW w:type="dxa" w:w="2637"/>
          </w:tcPr>
          <w:p>
            <w:pPr>
              <w:spacing w:after="0"/>
              <w:jc w:val="left"/>
            </w:pPr>
            <w:r>
              <w:rPr>
                <w:sz w:val="16"/>
              </w:rPr>
              <w:t>Inland Flooding (primary); also designated: Winter Weather</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1995-08-16</w:t>
            </w:r>
          </w:p>
        </w:tc>
        <w:tc>
          <w:tcPr>
            <w:tcW w:type="dxa" w:w="1113"/>
          </w:tcPr>
          <w:p>
            <w:pPr>
              <w:spacing w:after="0"/>
              <w:jc w:val="left"/>
            </w:pPr>
            <w:r>
              <w:rPr>
                <w:sz w:val="16"/>
              </w:rPr>
              <w:t>1995-08-04</w:t>
            </w:r>
          </w:p>
        </w:tc>
        <w:tc>
          <w:tcPr>
            <w:tcW w:type="dxa" w:w="1113"/>
          </w:tcPr>
          <w:p>
            <w:pPr>
              <w:spacing w:after="0"/>
              <w:jc w:val="left"/>
            </w:pPr>
            <w:r>
              <w:rPr>
                <w:sz w:val="16"/>
              </w:rPr>
              <w:t>DR-1063-VT</w:t>
            </w:r>
          </w:p>
        </w:tc>
        <w:tc>
          <w:tcPr>
            <w:tcW w:type="dxa" w:w="1497"/>
          </w:tcPr>
          <w:p>
            <w:pPr>
              <w:spacing w:after="0"/>
              <w:jc w:val="left"/>
            </w:pPr>
            <w:r>
              <w:rPr>
                <w:sz w:val="16"/>
              </w:rPr>
              <w:t>Major disaster</w:t>
            </w:r>
          </w:p>
        </w:tc>
        <w:tc>
          <w:tcPr>
            <w:tcW w:type="dxa" w:w="2647"/>
          </w:tcPr>
          <w:p>
            <w:pPr>
              <w:spacing w:after="0"/>
              <w:jc w:val="left"/>
            </w:pPr>
            <w:r>
              <w:rPr>
                <w:sz w:val="16"/>
              </w:rPr>
              <w:t>EXCESSIVE RAINFALL,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1993-05-12</w:t>
            </w:r>
          </w:p>
        </w:tc>
        <w:tc>
          <w:tcPr>
            <w:tcW w:type="dxa" w:w="1113"/>
          </w:tcPr>
          <w:p>
            <w:pPr>
              <w:spacing w:after="0"/>
              <w:jc w:val="left"/>
            </w:pPr>
            <w:r>
              <w:rPr>
                <w:sz w:val="16"/>
              </w:rPr>
              <w:t>1993-04-24</w:t>
            </w:r>
          </w:p>
        </w:tc>
        <w:tc>
          <w:tcPr>
            <w:tcW w:type="dxa" w:w="1113"/>
          </w:tcPr>
          <w:p>
            <w:pPr>
              <w:spacing w:after="0"/>
              <w:jc w:val="left"/>
            </w:pPr>
            <w:r>
              <w:rPr>
                <w:sz w:val="16"/>
              </w:rPr>
              <w:t>DR-990-VT</w:t>
            </w:r>
          </w:p>
        </w:tc>
        <w:tc>
          <w:tcPr>
            <w:tcW w:type="dxa" w:w="1497"/>
          </w:tcPr>
          <w:p>
            <w:pPr>
              <w:spacing w:after="0"/>
              <w:jc w:val="left"/>
            </w:pPr>
            <w:r>
              <w:rPr>
                <w:sz w:val="16"/>
              </w:rPr>
              <w:t>Major disaster</w:t>
            </w:r>
          </w:p>
        </w:tc>
        <w:tc>
          <w:tcPr>
            <w:tcW w:type="dxa" w:w="2647"/>
          </w:tcPr>
          <w:p>
            <w:pPr>
              <w:spacing w:after="0"/>
              <w:jc w:val="left"/>
            </w:pPr>
            <w:r>
              <w:rPr>
                <w:sz w:val="16"/>
              </w:rPr>
              <w:t>HEAVY RAIN, SNOWMELT &amp;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1992-03-18</w:t>
            </w:r>
          </w:p>
        </w:tc>
        <w:tc>
          <w:tcPr>
            <w:tcW w:type="dxa" w:w="1113"/>
          </w:tcPr>
          <w:p>
            <w:pPr>
              <w:spacing w:after="0"/>
              <w:jc w:val="left"/>
            </w:pPr>
            <w:r>
              <w:rPr>
                <w:sz w:val="16"/>
              </w:rPr>
              <w:t>1992-03-11</w:t>
            </w:r>
          </w:p>
        </w:tc>
        <w:tc>
          <w:tcPr>
            <w:tcW w:type="dxa" w:w="1113"/>
          </w:tcPr>
          <w:p>
            <w:pPr>
              <w:spacing w:after="0"/>
              <w:jc w:val="left"/>
            </w:pPr>
            <w:r>
              <w:rPr>
                <w:sz w:val="16"/>
              </w:rPr>
              <w:t>DR-938-VT</w:t>
            </w:r>
          </w:p>
        </w:tc>
        <w:tc>
          <w:tcPr>
            <w:tcW w:type="dxa" w:w="1497"/>
          </w:tcPr>
          <w:p>
            <w:pPr>
              <w:spacing w:after="0"/>
              <w:jc w:val="left"/>
            </w:pPr>
            <w:r>
              <w:rPr>
                <w:sz w:val="16"/>
              </w:rPr>
              <w:t>Major disaster</w:t>
            </w:r>
          </w:p>
        </w:tc>
        <w:tc>
          <w:tcPr>
            <w:tcW w:type="dxa" w:w="2647"/>
          </w:tcPr>
          <w:p>
            <w:pPr>
              <w:spacing w:after="0"/>
              <w:jc w:val="left"/>
            </w:pPr>
            <w:r>
              <w:rPr>
                <w:sz w:val="16"/>
              </w:rPr>
              <w:t>HEAVY RAINS, ICE JAMS &amp;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1990-07-25</w:t>
            </w:r>
          </w:p>
        </w:tc>
        <w:tc>
          <w:tcPr>
            <w:tcW w:type="dxa" w:w="1113"/>
          </w:tcPr>
          <w:p>
            <w:pPr>
              <w:spacing w:after="0"/>
              <w:jc w:val="left"/>
            </w:pPr>
            <w:r>
              <w:rPr>
                <w:sz w:val="16"/>
              </w:rPr>
              <w:t>1990-07-04</w:t>
            </w:r>
          </w:p>
        </w:tc>
        <w:tc>
          <w:tcPr>
            <w:tcW w:type="dxa" w:w="1113"/>
          </w:tcPr>
          <w:p>
            <w:pPr>
              <w:spacing w:after="0"/>
              <w:jc w:val="left"/>
            </w:pPr>
            <w:r>
              <w:rPr>
                <w:sz w:val="16"/>
              </w:rPr>
              <w:t>DR-875-VT</w:t>
            </w:r>
          </w:p>
        </w:tc>
        <w:tc>
          <w:tcPr>
            <w:tcW w:type="dxa" w:w="1497"/>
          </w:tcPr>
          <w:p>
            <w:pPr>
              <w:spacing w:after="0"/>
              <w:jc w:val="left"/>
            </w:pPr>
            <w:r>
              <w:rPr>
                <w:sz w:val="16"/>
              </w:rPr>
              <w:t>Major disaster</w:t>
            </w:r>
          </w:p>
        </w:tc>
        <w:tc>
          <w:tcPr>
            <w:tcW w:type="dxa" w:w="2647"/>
          </w:tcPr>
          <w:p>
            <w:pPr>
              <w:spacing w:after="0"/>
              <w:jc w:val="left"/>
            </w:pPr>
            <w:r>
              <w:rPr>
                <w:sz w:val="16"/>
              </w:rPr>
              <w:t>SEVERE STORMS &amp;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1976-08-05</w:t>
            </w:r>
          </w:p>
        </w:tc>
        <w:tc>
          <w:tcPr>
            <w:tcW w:type="dxa" w:w="1113"/>
          </w:tcPr>
          <w:p>
            <w:pPr>
              <w:spacing w:after="0"/>
              <w:jc w:val="left"/>
            </w:pPr>
            <w:r>
              <w:rPr>
                <w:sz w:val="16"/>
              </w:rPr>
              <w:t>1976-08-05</w:t>
            </w:r>
          </w:p>
        </w:tc>
        <w:tc>
          <w:tcPr>
            <w:tcW w:type="dxa" w:w="1113"/>
          </w:tcPr>
          <w:p>
            <w:pPr>
              <w:spacing w:after="0"/>
              <w:jc w:val="left"/>
            </w:pPr>
            <w:r>
              <w:rPr>
                <w:sz w:val="16"/>
              </w:rPr>
              <w:t>DR-518-VT</w:t>
            </w:r>
          </w:p>
        </w:tc>
        <w:tc>
          <w:tcPr>
            <w:tcW w:type="dxa" w:w="1497"/>
          </w:tcPr>
          <w:p>
            <w:pPr>
              <w:spacing w:after="0"/>
              <w:jc w:val="left"/>
            </w:pPr>
            <w:r>
              <w:rPr>
                <w:sz w:val="16"/>
              </w:rPr>
              <w:t>Major disaster</w:t>
            </w:r>
          </w:p>
        </w:tc>
        <w:tc>
          <w:tcPr>
            <w:tcW w:type="dxa" w:w="2647"/>
          </w:tcPr>
          <w:p>
            <w:pPr>
              <w:spacing w:after="0"/>
              <w:jc w:val="left"/>
            </w:pPr>
            <w:r>
              <w:rPr>
                <w:sz w:val="16"/>
              </w:rPr>
              <w:t>SEVERE STORMS, HIGH WINDS &amp; FLOODING</w:t>
            </w:r>
          </w:p>
        </w:tc>
        <w:tc>
          <w:tcPr>
            <w:tcW w:type="dxa" w:w="2637"/>
          </w:tcPr>
          <w:p>
            <w:pPr>
              <w:spacing w:after="0"/>
              <w:jc w:val="left"/>
            </w:pPr>
            <w:r>
              <w:rPr>
                <w:sz w:val="16"/>
              </w:rPr>
              <w:t>Inland Flooding (primary); also designated: Strong Wind</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1973-07-06</w:t>
            </w:r>
          </w:p>
        </w:tc>
        <w:tc>
          <w:tcPr>
            <w:tcW w:type="dxa" w:w="1113"/>
          </w:tcPr>
          <w:p>
            <w:pPr>
              <w:spacing w:after="0"/>
              <w:jc w:val="left"/>
            </w:pPr>
            <w:r>
              <w:rPr>
                <w:sz w:val="16"/>
              </w:rPr>
              <w:t>1973-07-06</w:t>
            </w:r>
          </w:p>
        </w:tc>
        <w:tc>
          <w:tcPr>
            <w:tcW w:type="dxa" w:w="1113"/>
          </w:tcPr>
          <w:p>
            <w:pPr>
              <w:spacing w:after="0"/>
              <w:jc w:val="left"/>
            </w:pPr>
            <w:r>
              <w:rPr>
                <w:sz w:val="16"/>
              </w:rPr>
              <w:t>DR-397-VT</w:t>
            </w:r>
          </w:p>
        </w:tc>
        <w:tc>
          <w:tcPr>
            <w:tcW w:type="dxa" w:w="1497"/>
          </w:tcPr>
          <w:p>
            <w:pPr>
              <w:spacing w:after="0"/>
              <w:jc w:val="left"/>
            </w:pPr>
            <w:r>
              <w:rPr>
                <w:sz w:val="16"/>
              </w:rPr>
              <w:t>Major disaster</w:t>
            </w:r>
          </w:p>
        </w:tc>
        <w:tc>
          <w:tcPr>
            <w:tcW w:type="dxa" w:w="2647"/>
          </w:tcPr>
          <w:p>
            <w:pPr>
              <w:spacing w:after="0"/>
              <w:jc w:val="left"/>
            </w:pPr>
            <w:r>
              <w:rPr>
                <w:sz w:val="16"/>
              </w:rPr>
              <w:t>SEVERE STORMS, FLOODING, &amp; LANDSLIDES</w:t>
            </w:r>
          </w:p>
        </w:tc>
        <w:tc>
          <w:tcPr>
            <w:tcW w:type="dxa" w:w="2637"/>
          </w:tcPr>
          <w:p>
            <w:pPr>
              <w:spacing w:after="0"/>
              <w:jc w:val="left"/>
            </w:pPr>
            <w:r>
              <w:rPr>
                <w:sz w:val="16"/>
              </w:rPr>
              <w:t>Inland Flooding (primary); also designated: Landslide</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34</w:t>
            </w:r>
          </w:p>
        </w:tc>
        <w:tc>
          <w:tcPr>
            <w:tcW w:type="dxa" w:w="1422"/>
          </w:tcPr>
          <w:p>
            <w:pPr>
              <w:spacing w:after="0"/>
              <w:jc w:val="right"/>
            </w:pPr>
            <w:r>
              <w:rPr>
                <w:sz w:val="16"/>
              </w:rPr>
              <w:t>5</w:t>
            </w:r>
          </w:p>
        </w:tc>
        <w:tc>
          <w:tcPr>
            <w:tcW w:type="dxa" w:w="1356"/>
          </w:tcPr>
          <w:p>
            <w:pPr>
              <w:spacing w:after="0"/>
              <w:jc w:val="right"/>
            </w:pPr>
            <w:r>
              <w:rPr>
                <w:sz w:val="16"/>
              </w:rPr>
              <w:t>5</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136</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80</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20</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404</w:t>
            </w:r>
          </w:p>
        </w:tc>
        <w:tc>
          <w:tcPr>
            <w:tcW w:type="dxa" w:w="1422"/>
          </w:tcPr>
          <w:p>
            <w:pPr>
              <w:spacing w:after="0"/>
              <w:jc w:val="right"/>
            </w:pPr>
            <w:r>
              <w:rPr>
                <w:sz w:val="16"/>
              </w:rPr>
              <w:t>31</w:t>
            </w:r>
          </w:p>
        </w:tc>
        <w:tc>
          <w:tcPr>
            <w:tcW w:type="dxa" w:w="1356"/>
          </w:tcPr>
          <w:p>
            <w:pPr>
              <w:spacing w:after="0"/>
              <w:jc w:val="right"/>
            </w:pPr>
            <w:r>
              <w:rPr>
                <w:sz w:val="16"/>
              </w:rPr>
              <w:t>15</w:t>
            </w:r>
          </w:p>
        </w:tc>
        <w:tc>
          <w:tcPr>
            <w:tcW w:type="dxa" w:w="963"/>
          </w:tcPr>
          <w:p>
            <w:pPr>
              <w:spacing w:after="0"/>
              <w:jc w:val="right"/>
            </w:pPr>
            <w:r>
              <w:rPr>
                <w:sz w:val="16"/>
              </w:rPr>
              <w:t>48</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52 High Wind records and 55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313</w:t>
            </w:r>
          </w:p>
        </w:tc>
        <w:tc>
          <w:tcPr>
            <w:tcW w:type="dxa" w:w="1422"/>
          </w:tcPr>
          <w:p>
            <w:pPr>
              <w:spacing w:after="0"/>
              <w:jc w:val="right"/>
            </w:pPr>
            <w:r>
              <w:rPr>
                <w:sz w:val="16"/>
              </w:rPr>
              <w:t>39</w:t>
            </w:r>
          </w:p>
        </w:tc>
        <w:tc>
          <w:tcPr>
            <w:tcW w:type="dxa" w:w="1356"/>
          </w:tcPr>
          <w:p>
            <w:pPr>
              <w:spacing w:after="0"/>
              <w:jc w:val="right"/>
            </w:pPr>
            <w:r>
              <w:rPr>
                <w:sz w:val="16"/>
              </w:rPr>
              <w:t>10</w:t>
            </w:r>
          </w:p>
        </w:tc>
        <w:tc>
          <w:tcPr>
            <w:tcW w:type="dxa" w:w="963"/>
          </w:tcPr>
          <w:p>
            <w:pPr>
              <w:spacing w:after="0"/>
              <w:jc w:val="right"/>
            </w:pPr>
            <w:r>
              <w:rPr>
                <w:sz w:val="16"/>
              </w:rPr>
              <w:t>49</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7"/>
        <w:gridCol w:w="2830"/>
        <w:gridCol w:w="1535"/>
        <w:gridCol w:w="1113"/>
        <w:gridCol w:w="2067"/>
        <w:gridCol w:w="1032"/>
        <w:gridCol w:w="3151"/>
      </w:tblGrid>
      <w:tr>
        <w:trPr>
          <w:cantSplit/>
          <w:tblHeader/>
        </w:trPr>
        <w:tc>
          <w:tcPr>
            <w:tcW w:type="dxa" w:w="1037"/>
            <w:shd w:val="clear" w:color="auto" w:fill="E8E8E8"/>
          </w:tcPr>
          <w:p>
            <w:pPr>
              <w:spacing w:after="0"/>
              <w:jc w:val="left"/>
            </w:pPr>
            <w:r>
              <w:rPr>
                <w:b/>
                <w:sz w:val="16"/>
              </w:rPr>
              <w:t>Date</w:t>
            </w:r>
          </w:p>
        </w:tc>
        <w:tc>
          <w:tcPr>
            <w:tcW w:type="dxa" w:w="1347"/>
            <w:shd w:val="clear" w:color="auto" w:fill="E8E8E8"/>
          </w:tcPr>
          <w:p>
            <w:pPr>
              <w:spacing w:after="0"/>
              <w:jc w:val="left"/>
            </w:pPr>
            <w:r>
              <w:rPr>
                <w:b/>
                <w:sz w:val="16"/>
              </w:rPr>
              <w:t>Event type</w:t>
            </w:r>
          </w:p>
        </w:tc>
        <w:tc>
          <w:tcPr>
            <w:tcW w:type="dxa" w:w="2830"/>
            <w:shd w:val="clear" w:color="auto" w:fill="E8E8E8"/>
          </w:tcPr>
          <w:p>
            <w:pPr>
              <w:spacing w:after="0"/>
              <w:jc w:val="left"/>
            </w:pPr>
            <w:r>
              <w:rPr>
                <w:b/>
                <w:sz w:val="16"/>
              </w:rPr>
              <w:t>Magnitude or extent</w:t>
            </w:r>
          </w:p>
        </w:tc>
        <w:tc>
          <w:tcPr>
            <w:tcW w:type="dxa" w:w="1535"/>
            <w:shd w:val="clear" w:color="auto" w:fill="E8E8E8"/>
          </w:tcPr>
          <w:p>
            <w:pPr>
              <w:spacing w:after="0"/>
              <w:jc w:val="left"/>
            </w:pPr>
            <w:r>
              <w:rPr>
                <w:b/>
                <w:sz w:val="16"/>
              </w:rPr>
              <w:t>Damage</w:t>
            </w:r>
          </w:p>
          <w:p>
            <w:pPr>
              <w:spacing w:after="0"/>
              <w:jc w:val="left"/>
            </w:pPr>
            <w:r>
              <w:rPr>
                <w:i/>
                <w:color w:val="555555"/>
                <w:sz w:val="14"/>
              </w:rPr>
              <w:t>nominal dollars</w:t>
            </w:r>
          </w:p>
        </w:tc>
        <w:tc>
          <w:tcPr>
            <w:tcW w:type="dxa" w:w="111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67"/>
            <w:shd w:val="clear" w:color="auto" w:fill="E8E8E8"/>
          </w:tcPr>
          <w:p>
            <w:pPr>
              <w:spacing w:after="0"/>
              <w:jc w:val="left"/>
            </w:pPr>
            <w:r>
              <w:rPr>
                <w:b/>
                <w:sz w:val="16"/>
              </w:rPr>
              <w:t>Location</w:t>
            </w:r>
          </w:p>
        </w:tc>
        <w:tc>
          <w:tcPr>
            <w:tcW w:type="dxa" w:w="1032"/>
            <w:shd w:val="clear" w:color="auto" w:fill="E8E8E8"/>
          </w:tcPr>
          <w:p>
            <w:pPr>
              <w:spacing w:after="0"/>
              <w:jc w:val="left"/>
            </w:pPr>
            <w:r>
              <w:rPr>
                <w:b/>
                <w:sz w:val="16"/>
              </w:rPr>
              <w:t>Flags</w:t>
            </w:r>
          </w:p>
        </w:tc>
        <w:tc>
          <w:tcPr>
            <w:tcW w:type="dxa" w:w="31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347"/>
          </w:tcPr>
          <w:p>
            <w:pPr>
              <w:spacing w:after="0"/>
              <w:jc w:val="left"/>
            </w:pPr>
            <w:r>
              <w:rPr>
                <w:sz w:val="16"/>
              </w:rPr>
              <w:t>Frost/Freeze</w:t>
            </w:r>
          </w:p>
        </w:tc>
        <w:tc>
          <w:tcPr>
            <w:tcW w:type="dxa" w:w="2830"/>
          </w:tcPr>
          <w:p>
            <w:pPr>
              <w:spacing w:after="0"/>
              <w:jc w:val="left"/>
            </w:pPr>
          </w:p>
        </w:tc>
        <w:tc>
          <w:tcPr>
            <w:tcW w:type="dxa" w:w="1535"/>
          </w:tcPr>
          <w:p>
            <w:pPr>
              <w:spacing w:after="0"/>
              <w:jc w:val="left"/>
            </w:pPr>
            <w:r>
              <w:rPr>
                <w:sz w:val="16"/>
              </w:rPr>
              <w:t>$0 property; $1,500,000 crops, reported for the zone (2023 dollars)</w:t>
            </w:r>
          </w:p>
        </w:tc>
        <w:tc>
          <w:tcPr>
            <w:tcW w:type="dxa" w:w="1113"/>
          </w:tcPr>
          <w:p>
            <w:pPr>
              <w:spacing w:after="0"/>
              <w:jc w:val="right"/>
            </w:pPr>
            <w:r>
              <w:rPr>
                <w:sz w:val="16"/>
              </w:rPr>
              <w:t>0, 0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r>
              <w:rPr>
                <w:sz w:val="16"/>
              </w:rPr>
              <w:t>new since last plan; within last 5 years</w:t>
            </w:r>
          </w:p>
        </w:tc>
        <w:tc>
          <w:tcPr>
            <w:tcW w:type="dxa" w:w="315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347"/>
          </w:tcPr>
          <w:p>
            <w:pPr>
              <w:spacing w:after="0"/>
              <w:jc w:val="left"/>
            </w:pPr>
            <w:r>
              <w:rPr>
                <w:sz w:val="16"/>
              </w:rPr>
              <w:t>Heat</w:t>
            </w:r>
          </w:p>
        </w:tc>
        <w:tc>
          <w:tcPr>
            <w:tcW w:type="dxa" w:w="2830"/>
          </w:tcPr>
          <w:p>
            <w:pPr>
              <w:spacing w:after="0"/>
              <w:jc w:val="left"/>
            </w:pPr>
          </w:p>
        </w:tc>
        <w:tc>
          <w:tcPr>
            <w:tcW w:type="dxa" w:w="1535"/>
          </w:tcPr>
          <w:p>
            <w:pPr>
              <w:spacing w:after="0"/>
              <w:jc w:val="left"/>
            </w:pPr>
            <w:r>
              <w:rPr>
                <w:sz w:val="16"/>
              </w:rPr>
              <w:t>$0 property; $0 crops, reported for the zone (2020 dollars)</w:t>
            </w:r>
          </w:p>
        </w:tc>
        <w:tc>
          <w:tcPr>
            <w:tcW w:type="dxa" w:w="1113"/>
          </w:tcPr>
          <w:p>
            <w:pPr>
              <w:spacing w:after="0"/>
              <w:jc w:val="right"/>
            </w:pPr>
            <w:r>
              <w:rPr>
                <w:sz w:val="16"/>
              </w:rPr>
              <w:t>0, 0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Excessive Heat, Heat</w:t>
            </w:r>
          </w:p>
        </w:tc>
      </w:tr>
      <w:tr>
        <w:trPr>
          <w:cantSplit/>
        </w:trPr>
        <w:tc>
          <w:tcPr>
            <w:tcW w:type="dxa" w:w="1037"/>
          </w:tcPr>
          <w:p>
            <w:pPr>
              <w:spacing w:after="0"/>
              <w:jc w:val="left"/>
            </w:pPr>
            <w:r>
              <w:rPr>
                <w:sz w:val="16"/>
              </w:rPr>
              <w:t>2019-07-30</w:t>
            </w:r>
          </w:p>
        </w:tc>
        <w:tc>
          <w:tcPr>
            <w:tcW w:type="dxa" w:w="1347"/>
          </w:tcPr>
          <w:p>
            <w:pPr>
              <w:spacing w:after="0"/>
              <w:jc w:val="left"/>
            </w:pPr>
            <w:r>
              <w:rPr>
                <w:sz w:val="16"/>
              </w:rPr>
              <w:t>Thunderstorm Wind</w:t>
            </w:r>
          </w:p>
        </w:tc>
        <w:tc>
          <w:tcPr>
            <w:tcW w:type="dxa" w:w="2830"/>
          </w:tcPr>
          <w:p>
            <w:pPr>
              <w:spacing w:after="0"/>
              <w:jc w:val="left"/>
            </w:pPr>
            <w:r>
              <w:rPr>
                <w:sz w:val="16"/>
              </w:rPr>
              <w:t>50 kt (58 mph) estimated gust</w:t>
            </w:r>
          </w:p>
        </w:tc>
        <w:tc>
          <w:tcPr>
            <w:tcW w:type="dxa" w:w="1535"/>
          </w:tcPr>
          <w:p>
            <w:pPr>
              <w:spacing w:after="0"/>
              <w:jc w:val="left"/>
            </w:pPr>
            <w:r>
              <w:rPr>
                <w:sz w:val="16"/>
              </w:rPr>
              <w:t>$25,000 property; $0 crops (2019 dollars)</w:t>
            </w:r>
          </w:p>
        </w:tc>
        <w:tc>
          <w:tcPr>
            <w:tcW w:type="dxa" w:w="1113"/>
          </w:tcPr>
          <w:p>
            <w:pPr>
              <w:spacing w:after="0"/>
              <w:jc w:val="right"/>
            </w:pPr>
            <w:r>
              <w:rPr>
                <w:sz w:val="16"/>
              </w:rPr>
              <w:t>2, 0</w:t>
            </w:r>
          </w:p>
        </w:tc>
        <w:tc>
          <w:tcPr>
            <w:tcW w:type="dxa" w:w="2067"/>
          </w:tcPr>
          <w:p>
            <w:pPr>
              <w:spacing w:after="0"/>
              <w:jc w:val="left"/>
            </w:pPr>
            <w:r>
              <w:rPr>
                <w:sz w:val="16"/>
              </w:rPr>
              <w:t>CHAMPLAIN ARPT</w:t>
            </w:r>
          </w:p>
        </w:tc>
        <w:tc>
          <w:tcPr>
            <w:tcW w:type="dxa" w:w="1032"/>
          </w:tcPr>
          <w:p>
            <w:pPr>
              <w:spacing w:after="0"/>
              <w:jc w:val="left"/>
            </w:pPr>
          </w:p>
        </w:tc>
        <w:tc>
          <w:tcPr>
            <w:tcW w:type="dxa" w:w="3151"/>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347"/>
          </w:tcPr>
          <w:p>
            <w:pPr>
              <w:spacing w:after="0"/>
              <w:jc w:val="left"/>
            </w:pPr>
            <w:r>
              <w:rPr>
                <w:sz w:val="16"/>
              </w:rPr>
              <w:t>Cold/Wind Chill</w:t>
            </w:r>
          </w:p>
        </w:tc>
        <w:tc>
          <w:tcPr>
            <w:tcW w:type="dxa" w:w="2830"/>
          </w:tcPr>
          <w:p>
            <w:pPr>
              <w:spacing w:after="0"/>
              <w:jc w:val="left"/>
            </w:pPr>
          </w:p>
        </w:tc>
        <w:tc>
          <w:tcPr>
            <w:tcW w:type="dxa" w:w="1535"/>
          </w:tcPr>
          <w:p>
            <w:pPr>
              <w:spacing w:after="0"/>
              <w:jc w:val="left"/>
            </w:pPr>
            <w:r>
              <w:rPr>
                <w:sz w:val="16"/>
              </w:rPr>
              <w:t>$0 property; $0 crops, reported for the zone (2015 dollars)</w:t>
            </w:r>
          </w:p>
        </w:tc>
        <w:tc>
          <w:tcPr>
            <w:tcW w:type="dxa" w:w="1113"/>
          </w:tcPr>
          <w:p>
            <w:pPr>
              <w:spacing w:after="0"/>
              <w:jc w:val="right"/>
            </w:pPr>
            <w:r>
              <w:rPr>
                <w:sz w:val="16"/>
              </w:rPr>
              <w:t>0, 0</w:t>
            </w:r>
          </w:p>
        </w:tc>
        <w:tc>
          <w:tcPr>
            <w:tcW w:type="dxa" w:w="2067"/>
          </w:tcPr>
          <w:p>
            <w:pPr>
              <w:spacing w:after="0"/>
              <w:jc w:val="left"/>
            </w:pPr>
            <w:r>
              <w:rPr>
                <w:sz w:val="16"/>
              </w:rPr>
              <w:t>NWS zone VTZ017 (EASTERN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2012-12-21</w:t>
            </w:r>
          </w:p>
        </w:tc>
        <w:tc>
          <w:tcPr>
            <w:tcW w:type="dxa" w:w="1347"/>
          </w:tcPr>
          <w:p>
            <w:pPr>
              <w:spacing w:after="0"/>
              <w:jc w:val="left"/>
            </w:pPr>
            <w:r>
              <w:rPr>
                <w:sz w:val="16"/>
              </w:rPr>
              <w:t>Strong Wind</w:t>
            </w:r>
          </w:p>
        </w:tc>
        <w:tc>
          <w:tcPr>
            <w:tcW w:type="dxa" w:w="2830"/>
          </w:tcPr>
          <w:p>
            <w:pPr>
              <w:spacing w:after="0"/>
              <w:jc w:val="left"/>
            </w:pPr>
            <w:r>
              <w:rPr>
                <w:sz w:val="16"/>
              </w:rPr>
              <w:t>43 kt (49 mph) estimated gust</w:t>
            </w:r>
          </w:p>
        </w:tc>
        <w:tc>
          <w:tcPr>
            <w:tcW w:type="dxa" w:w="1535"/>
          </w:tcPr>
          <w:p>
            <w:pPr>
              <w:spacing w:after="0"/>
              <w:jc w:val="left"/>
            </w:pPr>
            <w:r>
              <w:rPr>
                <w:sz w:val="16"/>
              </w:rPr>
              <w:t>$35,000 property; $0 crops, reported for the zone (2012 dollars)</w:t>
            </w:r>
          </w:p>
        </w:tc>
        <w:tc>
          <w:tcPr>
            <w:tcW w:type="dxa" w:w="1113"/>
          </w:tcPr>
          <w:p>
            <w:pPr>
              <w:spacing w:after="0"/>
              <w:jc w:val="right"/>
            </w:pPr>
            <w:r>
              <w:rPr>
                <w:sz w:val="16"/>
              </w:rPr>
              <w:t>1, 0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p>
        </w:tc>
        <w:tc>
          <w:tcPr>
            <w:tcW w:type="dxa" w:w="3151"/>
          </w:tcPr>
          <w:p>
            <w:pPr>
              <w:spacing w:after="0"/>
              <w:jc w:val="left"/>
            </w:pPr>
            <w:r>
              <w:rPr>
                <w:sz w:val="16"/>
              </w:rPr>
              <w:t>deaths or injuries recorded</w:t>
            </w:r>
          </w:p>
        </w:tc>
      </w:tr>
      <w:tr>
        <w:trPr>
          <w:cantSplit/>
        </w:trPr>
        <w:tc>
          <w:tcPr>
            <w:tcW w:type="dxa" w:w="1037"/>
          </w:tcPr>
          <w:p>
            <w:pPr>
              <w:spacing w:after="0"/>
              <w:jc w:val="left"/>
            </w:pPr>
            <w:r>
              <w:rPr>
                <w:sz w:val="16"/>
              </w:rPr>
              <w:t>2011-07-06</w:t>
            </w:r>
          </w:p>
        </w:tc>
        <w:tc>
          <w:tcPr>
            <w:tcW w:type="dxa" w:w="1347"/>
          </w:tcPr>
          <w:p>
            <w:pPr>
              <w:spacing w:after="0"/>
              <w:jc w:val="left"/>
            </w:pPr>
            <w:r>
              <w:rPr>
                <w:sz w:val="16"/>
              </w:rPr>
              <w:t>Lightning</w:t>
            </w:r>
          </w:p>
        </w:tc>
        <w:tc>
          <w:tcPr>
            <w:tcW w:type="dxa" w:w="2830"/>
          </w:tcPr>
          <w:p>
            <w:pPr>
              <w:spacing w:after="0"/>
              <w:jc w:val="left"/>
            </w:pPr>
          </w:p>
        </w:tc>
        <w:tc>
          <w:tcPr>
            <w:tcW w:type="dxa" w:w="1535"/>
          </w:tcPr>
          <w:p>
            <w:pPr>
              <w:spacing w:after="0"/>
              <w:jc w:val="left"/>
            </w:pPr>
            <w:r>
              <w:rPr>
                <w:sz w:val="16"/>
              </w:rPr>
              <w:t>$1,000,000 property; $0 crops (2011 dollars)</w:t>
            </w:r>
          </w:p>
        </w:tc>
        <w:tc>
          <w:tcPr>
            <w:tcW w:type="dxa" w:w="1113"/>
          </w:tcPr>
          <w:p>
            <w:pPr>
              <w:spacing w:after="0"/>
              <w:jc w:val="right"/>
            </w:pPr>
            <w:r>
              <w:rPr>
                <w:sz w:val="16"/>
              </w:rPr>
              <w:t>0, 0</w:t>
            </w:r>
          </w:p>
        </w:tc>
        <w:tc>
          <w:tcPr>
            <w:tcW w:type="dxa" w:w="2067"/>
          </w:tcPr>
          <w:p>
            <w:pPr>
              <w:spacing w:after="0"/>
              <w:jc w:val="left"/>
            </w:pPr>
            <w:r>
              <w:rPr>
                <w:sz w:val="16"/>
              </w:rPr>
              <w:t>ESSEX JCT</w:t>
            </w:r>
          </w:p>
        </w:tc>
        <w:tc>
          <w:tcPr>
            <w:tcW w:type="dxa" w:w="1032"/>
          </w:tcPr>
          <w:p>
            <w:pPr>
              <w:spacing w:after="0"/>
              <w:jc w:val="left"/>
            </w:pPr>
          </w:p>
        </w:tc>
        <w:tc>
          <w:tcPr>
            <w:tcW w:type="dxa" w:w="3151"/>
          </w:tcPr>
          <w:p>
            <w:pPr>
              <w:spacing w:after="0"/>
              <w:jc w:val="left"/>
            </w:pPr>
            <w:r>
              <w:rPr>
                <w:sz w:val="16"/>
              </w:rPr>
              <w:t>B1-c worst recorded: Lightning</w:t>
            </w:r>
          </w:p>
        </w:tc>
      </w:tr>
      <w:tr>
        <w:trPr>
          <w:cantSplit/>
        </w:trPr>
        <w:tc>
          <w:tcPr>
            <w:tcW w:type="dxa" w:w="1037"/>
          </w:tcPr>
          <w:p>
            <w:pPr>
              <w:spacing w:after="0"/>
              <w:jc w:val="left"/>
            </w:pPr>
            <w:r>
              <w:rPr>
                <w:sz w:val="16"/>
              </w:rPr>
              <w:t>2011-05-01</w:t>
            </w:r>
          </w:p>
        </w:tc>
        <w:tc>
          <w:tcPr>
            <w:tcW w:type="dxa" w:w="1347"/>
          </w:tcPr>
          <w:p>
            <w:pPr>
              <w:spacing w:after="0"/>
              <w:jc w:val="left"/>
            </w:pPr>
            <w:r>
              <w:rPr>
                <w:sz w:val="16"/>
              </w:rPr>
              <w:t>Lakeshore Flood</w:t>
            </w:r>
          </w:p>
        </w:tc>
        <w:tc>
          <w:tcPr>
            <w:tcW w:type="dxa" w:w="2830"/>
          </w:tcPr>
          <w:p>
            <w:pPr>
              <w:spacing w:after="0"/>
              <w:jc w:val="left"/>
            </w:pPr>
          </w:p>
        </w:tc>
        <w:tc>
          <w:tcPr>
            <w:tcW w:type="dxa" w:w="1535"/>
          </w:tcPr>
          <w:p>
            <w:pPr>
              <w:spacing w:after="0"/>
              <w:jc w:val="left"/>
            </w:pPr>
            <w:r>
              <w:rPr>
                <w:sz w:val="16"/>
              </w:rPr>
              <w:t>$5,000,000 property; $0 crops, reported for the zone (2011 dollars)</w:t>
            </w:r>
          </w:p>
        </w:tc>
        <w:tc>
          <w:tcPr>
            <w:tcW w:type="dxa" w:w="1113"/>
          </w:tcPr>
          <w:p>
            <w:pPr>
              <w:spacing w:after="0"/>
              <w:jc w:val="right"/>
            </w:pPr>
            <w:r>
              <w:rPr>
                <w:sz w:val="16"/>
              </w:rPr>
              <w:t>0, 0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2011-04-11</w:t>
            </w:r>
          </w:p>
        </w:tc>
        <w:tc>
          <w:tcPr>
            <w:tcW w:type="dxa" w:w="1347"/>
          </w:tcPr>
          <w:p>
            <w:pPr>
              <w:spacing w:after="0"/>
              <w:jc w:val="left"/>
            </w:pPr>
            <w:r>
              <w:rPr>
                <w:sz w:val="16"/>
              </w:rPr>
              <w:t>Flood</w:t>
            </w:r>
          </w:p>
        </w:tc>
        <w:tc>
          <w:tcPr>
            <w:tcW w:type="dxa" w:w="2830"/>
          </w:tcPr>
          <w:p>
            <w:pPr>
              <w:spacing w:after="0"/>
              <w:jc w:val="left"/>
            </w:pPr>
          </w:p>
        </w:tc>
        <w:tc>
          <w:tcPr>
            <w:tcW w:type="dxa" w:w="1535"/>
          </w:tcPr>
          <w:p>
            <w:pPr>
              <w:spacing w:after="0"/>
              <w:jc w:val="left"/>
            </w:pPr>
            <w:r>
              <w:rPr>
                <w:sz w:val="16"/>
              </w:rPr>
              <w:t>$30,000 property; $0 crops (2011 dollars)</w:t>
            </w:r>
          </w:p>
        </w:tc>
        <w:tc>
          <w:tcPr>
            <w:tcW w:type="dxa" w:w="1113"/>
          </w:tcPr>
          <w:p>
            <w:pPr>
              <w:spacing w:after="0"/>
              <w:jc w:val="right"/>
            </w:pPr>
            <w:r>
              <w:rPr>
                <w:sz w:val="16"/>
              </w:rPr>
              <w:t>1, 0</w:t>
            </w:r>
          </w:p>
        </w:tc>
        <w:tc>
          <w:tcPr>
            <w:tcW w:type="dxa" w:w="2067"/>
          </w:tcPr>
          <w:p>
            <w:pPr>
              <w:spacing w:after="0"/>
              <w:jc w:val="left"/>
            </w:pPr>
            <w:r>
              <w:rPr>
                <w:sz w:val="16"/>
              </w:rPr>
              <w:t>NORTH UNDERHILL to BOWMAN CORNERS</w:t>
            </w:r>
          </w:p>
        </w:tc>
        <w:tc>
          <w:tcPr>
            <w:tcW w:type="dxa" w:w="1032"/>
          </w:tcPr>
          <w:p>
            <w:pPr>
              <w:spacing w:after="0"/>
              <w:jc w:val="left"/>
            </w:pPr>
          </w:p>
        </w:tc>
        <w:tc>
          <w:tcPr>
            <w:tcW w:type="dxa" w:w="3151"/>
          </w:tcPr>
          <w:p>
            <w:pPr>
              <w:spacing w:after="0"/>
              <w:jc w:val="left"/>
            </w:pPr>
            <w:r>
              <w:rPr>
                <w:sz w:val="16"/>
              </w:rPr>
              <w:t>deaths or injuries recorded</w:t>
            </w:r>
          </w:p>
        </w:tc>
      </w:tr>
      <w:tr>
        <w:trPr>
          <w:cantSplit/>
        </w:trPr>
        <w:tc>
          <w:tcPr>
            <w:tcW w:type="dxa" w:w="1037"/>
          </w:tcPr>
          <w:p>
            <w:pPr>
              <w:spacing w:after="0"/>
              <w:jc w:val="left"/>
            </w:pPr>
            <w:r>
              <w:rPr>
                <w:sz w:val="16"/>
              </w:rPr>
              <w:t>2009-12-09</w:t>
            </w:r>
          </w:p>
        </w:tc>
        <w:tc>
          <w:tcPr>
            <w:tcW w:type="dxa" w:w="1347"/>
          </w:tcPr>
          <w:p>
            <w:pPr>
              <w:spacing w:after="0"/>
              <w:jc w:val="left"/>
            </w:pPr>
            <w:r>
              <w:rPr>
                <w:sz w:val="16"/>
              </w:rPr>
              <w:t>High Wind</w:t>
            </w:r>
          </w:p>
        </w:tc>
        <w:tc>
          <w:tcPr>
            <w:tcW w:type="dxa" w:w="2830"/>
          </w:tcPr>
          <w:p>
            <w:pPr>
              <w:spacing w:after="0"/>
              <w:jc w:val="left"/>
            </w:pPr>
            <w:r>
              <w:rPr>
                <w:sz w:val="16"/>
              </w:rPr>
              <w:t>76 kt (87 mph) estimated gust</w:t>
            </w:r>
          </w:p>
        </w:tc>
        <w:tc>
          <w:tcPr>
            <w:tcW w:type="dxa" w:w="1535"/>
          </w:tcPr>
          <w:p>
            <w:pPr>
              <w:spacing w:after="0"/>
              <w:jc w:val="left"/>
            </w:pPr>
            <w:r>
              <w:rPr>
                <w:sz w:val="16"/>
              </w:rPr>
              <w:t>$20,000 property; $0 crops, reported for the zone (2009 dollars)</w:t>
            </w:r>
          </w:p>
        </w:tc>
        <w:tc>
          <w:tcPr>
            <w:tcW w:type="dxa" w:w="1113"/>
          </w:tcPr>
          <w:p>
            <w:pPr>
              <w:spacing w:after="0"/>
              <w:jc w:val="right"/>
            </w:pPr>
            <w:r>
              <w:rPr>
                <w:sz w:val="16"/>
              </w:rPr>
              <w:t>0, 0</w:t>
            </w:r>
          </w:p>
        </w:tc>
        <w:tc>
          <w:tcPr>
            <w:tcW w:type="dxa" w:w="2067"/>
          </w:tcPr>
          <w:p>
            <w:pPr>
              <w:spacing w:after="0"/>
              <w:jc w:val="left"/>
            </w:pPr>
            <w:r>
              <w:rPr>
                <w:sz w:val="16"/>
              </w:rPr>
              <w:t>NWS zone VTZ017 (EASTERN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2008-06-10</w:t>
            </w:r>
          </w:p>
        </w:tc>
        <w:tc>
          <w:tcPr>
            <w:tcW w:type="dxa" w:w="1347"/>
          </w:tcPr>
          <w:p>
            <w:pPr>
              <w:spacing w:after="0"/>
              <w:jc w:val="left"/>
            </w:pPr>
            <w:r>
              <w:rPr>
                <w:sz w:val="16"/>
              </w:rPr>
              <w:t>Thunderstorm Wind</w:t>
            </w:r>
          </w:p>
        </w:tc>
        <w:tc>
          <w:tcPr>
            <w:tcW w:type="dxa" w:w="2830"/>
          </w:tcPr>
          <w:p>
            <w:pPr>
              <w:spacing w:after="0"/>
              <w:jc w:val="left"/>
            </w:pPr>
            <w:r>
              <w:rPr>
                <w:sz w:val="16"/>
              </w:rPr>
              <w:t>70 kt (81 mph) estimated gust</w:t>
            </w:r>
          </w:p>
        </w:tc>
        <w:tc>
          <w:tcPr>
            <w:tcW w:type="dxa" w:w="1535"/>
          </w:tcPr>
          <w:p>
            <w:pPr>
              <w:spacing w:after="0"/>
              <w:jc w:val="left"/>
            </w:pPr>
            <w:r>
              <w:rPr>
                <w:sz w:val="16"/>
              </w:rPr>
              <w:t>$20,000 property; $0 crops (2008 dollars)</w:t>
            </w:r>
          </w:p>
        </w:tc>
        <w:tc>
          <w:tcPr>
            <w:tcW w:type="dxa" w:w="1113"/>
          </w:tcPr>
          <w:p>
            <w:pPr>
              <w:spacing w:after="0"/>
              <w:jc w:val="right"/>
            </w:pPr>
            <w:r>
              <w:rPr>
                <w:sz w:val="16"/>
              </w:rPr>
              <w:t>0, 0</w:t>
            </w:r>
          </w:p>
        </w:tc>
        <w:tc>
          <w:tcPr>
            <w:tcW w:type="dxa" w:w="2067"/>
          </w:tcPr>
          <w:p>
            <w:pPr>
              <w:spacing w:after="0"/>
              <w:jc w:val="left"/>
            </w:pPr>
            <w:r>
              <w:rPr>
                <w:sz w:val="16"/>
              </w:rPr>
              <w:t>NORTH UNDERHILL</w:t>
            </w:r>
          </w:p>
        </w:tc>
        <w:tc>
          <w:tcPr>
            <w:tcW w:type="dxa" w:w="1032"/>
          </w:tcPr>
          <w:p>
            <w:pPr>
              <w:spacing w:after="0"/>
              <w:jc w:val="left"/>
            </w:pPr>
          </w:p>
        </w:tc>
        <w:tc>
          <w:tcPr>
            <w:tcW w:type="dxa" w:w="3151"/>
          </w:tcPr>
          <w:p>
            <w:pPr>
              <w:spacing w:after="0"/>
              <w:jc w:val="left"/>
            </w:pPr>
            <w:r>
              <w:rPr>
                <w:sz w:val="16"/>
              </w:rPr>
              <w:t>B1-c worst recorded: Thunderstorm Wind</w:t>
            </w:r>
          </w:p>
        </w:tc>
      </w:tr>
      <w:tr>
        <w:trPr>
          <w:cantSplit/>
        </w:trPr>
        <w:tc>
          <w:tcPr>
            <w:tcW w:type="dxa" w:w="1037"/>
          </w:tcPr>
          <w:p>
            <w:pPr>
              <w:spacing w:after="0"/>
              <w:jc w:val="left"/>
            </w:pPr>
            <w:r>
              <w:rPr>
                <w:sz w:val="16"/>
              </w:rPr>
              <w:t>1998-01-06</w:t>
            </w:r>
          </w:p>
        </w:tc>
        <w:tc>
          <w:tcPr>
            <w:tcW w:type="dxa" w:w="1347"/>
          </w:tcPr>
          <w:p>
            <w:pPr>
              <w:spacing w:after="0"/>
              <w:jc w:val="left"/>
            </w:pPr>
            <w:r>
              <w:rPr>
                <w:sz w:val="16"/>
              </w:rPr>
              <w:t>Ice Storm</w:t>
            </w:r>
          </w:p>
        </w:tc>
        <w:tc>
          <w:tcPr>
            <w:tcW w:type="dxa" w:w="2830"/>
          </w:tcPr>
          <w:p>
            <w:pPr>
              <w:spacing w:after="0"/>
              <w:jc w:val="left"/>
            </w:pPr>
          </w:p>
        </w:tc>
        <w:tc>
          <w:tcPr>
            <w:tcW w:type="dxa" w:w="1535"/>
          </w:tcPr>
          <w:p>
            <w:pPr>
              <w:spacing w:after="0"/>
              <w:jc w:val="left"/>
            </w:pPr>
            <w:r>
              <w:rPr>
                <w:sz w:val="16"/>
              </w:rPr>
              <w:t>$2,500,000 property; crops not reported, reported for the zone (1998 dollars)</w:t>
            </w:r>
          </w:p>
        </w:tc>
        <w:tc>
          <w:tcPr>
            <w:tcW w:type="dxa" w:w="1113"/>
          </w:tcPr>
          <w:p>
            <w:pPr>
              <w:spacing w:after="0"/>
              <w:jc w:val="right"/>
            </w:pPr>
            <w:r>
              <w:rPr>
                <w:sz w:val="16"/>
              </w:rPr>
              <w:t>0, 1</w:t>
            </w:r>
          </w:p>
        </w:tc>
        <w:tc>
          <w:tcPr>
            <w:tcW w:type="dxa" w:w="2067"/>
          </w:tcPr>
          <w:p>
            <w:pPr>
              <w:spacing w:after="0"/>
              <w:jc w:val="left"/>
            </w:pPr>
            <w:r>
              <w:rPr>
                <w:sz w:val="16"/>
              </w:rPr>
              <w:t>NWS zone VTZ005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Ice Storm</w:t>
            </w:r>
          </w:p>
        </w:tc>
      </w:tr>
      <w:tr>
        <w:trPr>
          <w:cantSplit/>
        </w:trPr>
        <w:tc>
          <w:tcPr>
            <w:tcW w:type="dxa" w:w="1037"/>
          </w:tcPr>
          <w:p>
            <w:pPr>
              <w:spacing w:after="0"/>
              <w:jc w:val="left"/>
            </w:pPr>
            <w:r>
              <w:rPr>
                <w:sz w:val="16"/>
              </w:rPr>
              <w:t>1983-08-08</w:t>
            </w:r>
          </w:p>
        </w:tc>
        <w:tc>
          <w:tcPr>
            <w:tcW w:type="dxa" w:w="1347"/>
          </w:tcPr>
          <w:p>
            <w:pPr>
              <w:spacing w:after="0"/>
              <w:jc w:val="left"/>
            </w:pPr>
            <w:r>
              <w:rPr>
                <w:sz w:val="16"/>
              </w:rPr>
              <w:t>Tornado</w:t>
            </w:r>
          </w:p>
        </w:tc>
        <w:tc>
          <w:tcPr>
            <w:tcW w:type="dxa" w:w="2830"/>
          </w:tcPr>
          <w:p>
            <w:pPr>
              <w:spacing w:after="0"/>
              <w:jc w:val="left"/>
            </w:pPr>
            <w:r>
              <w:rPr>
                <w:sz w:val="16"/>
              </w:rPr>
              <w:t>F2, 0.2 mi path length (records before 1996 may include the whole path; rating and listing come from the county where the tornado began), 10 yd wide</w:t>
            </w:r>
          </w:p>
        </w:tc>
        <w:tc>
          <w:tcPr>
            <w:tcW w:type="dxa" w:w="1535"/>
          </w:tcPr>
          <w:p>
            <w:pPr>
              <w:spacing w:after="0"/>
              <w:jc w:val="left"/>
            </w:pPr>
            <w:r>
              <w:rPr>
                <w:sz w:val="16"/>
              </w:rPr>
              <w:t>$2,500,000 property; crops not recorded (1983 dollars)</w:t>
            </w:r>
          </w:p>
        </w:tc>
        <w:tc>
          <w:tcPr>
            <w:tcW w:type="dxa" w:w="1113"/>
          </w:tcPr>
          <w:p>
            <w:pPr>
              <w:spacing w:after="0"/>
              <w:jc w:val="right"/>
            </w:pPr>
            <w:r>
              <w:rPr>
                <w:sz w:val="16"/>
              </w:rPr>
              <w:t>0, 0</w:t>
            </w:r>
          </w:p>
        </w:tc>
        <w:tc>
          <w:tcPr>
            <w:tcW w:type="dxa" w:w="2067"/>
          </w:tcPr>
          <w:p>
            <w:pPr>
              <w:spacing w:after="0"/>
              <w:jc w:val="left"/>
            </w:pPr>
            <w:r>
              <w:rPr>
                <w:sz w:val="16"/>
              </w:rPr>
              <w:t>location not recorded</w:t>
            </w:r>
          </w:p>
        </w:tc>
        <w:tc>
          <w:tcPr>
            <w:tcW w:type="dxa" w:w="1032"/>
          </w:tcPr>
          <w:p>
            <w:pPr>
              <w:spacing w:after="0"/>
              <w:jc w:val="left"/>
            </w:pPr>
          </w:p>
        </w:tc>
        <w:tc>
          <w:tcPr>
            <w:tcW w:type="dxa" w:w="315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(1,008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Chittenden County, county-level (county FIPS 50007);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1"/>
        <w:gridCol w:w="1037"/>
        <w:gridCol w:w="1743"/>
        <w:gridCol w:w="1520"/>
        <w:gridCol w:w="1501"/>
        <w:gridCol w:w="1037"/>
        <w:gridCol w:w="1977"/>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r>
              <w:rPr>
                <w:sz w:val="16"/>
              </w:rPr>
              <w:t>0.0333</w:t>
            </w:r>
          </w:p>
        </w:tc>
        <w:tc>
          <w:tcPr>
            <w:tcW w:type="dxa" w:w="1448"/>
          </w:tcPr>
          <w:p>
            <w:pPr>
              <w:spacing w:after="0"/>
              <w:jc w:val="left"/>
            </w:pPr>
            <w:r>
              <w:rPr>
                <w:sz w:val="16"/>
              </w:rPr>
              <w:t>events per year</w:t>
            </w:r>
          </w:p>
        </w:tc>
        <w:tc>
          <w:tcPr>
            <w:tcW w:type="dxa" w:w="1571"/>
          </w:tcPr>
          <w:p>
            <w:pPr>
              <w:spacing w:after="0"/>
              <w:jc w:val="left"/>
            </w:pPr>
            <w:r>
              <w:rPr>
                <w:sz w:val="16"/>
              </w:rPr>
              <w:t>about 1 in 30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1</w:t>
            </w: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3.47</w:t>
            </w:r>
          </w:p>
        </w:tc>
        <w:tc>
          <w:tcPr>
            <w:tcW w:type="dxa" w:w="1448"/>
          </w:tcPr>
          <w:p>
            <w:pPr>
              <w:spacing w:after="0"/>
              <w:jc w:val="left"/>
            </w:pPr>
            <w:r>
              <w:rPr>
                <w:sz w:val="16"/>
              </w:rPr>
              <w:t>event-days per year</w:t>
            </w:r>
          </w:p>
        </w:tc>
        <w:tc>
          <w:tcPr>
            <w:tcW w:type="dxa" w:w="1571"/>
          </w:tcPr>
          <w:p>
            <w:pPr>
              <w:spacing w:after="0"/>
              <w:jc w:val="left"/>
            </w:pPr>
            <w:r>
              <w:rPr>
                <w:sz w:val="16"/>
              </w:rPr>
              <w:t>about 3.47 days per year</w:t>
            </w:r>
          </w:p>
        </w:tc>
        <w:tc>
          <w:tcPr>
            <w:tcW w:type="dxa" w:w="1037"/>
          </w:tcPr>
          <w:p>
            <w:pPr>
              <w:spacing w:after="0"/>
              <w:jc w:val="left"/>
            </w:pPr>
            <w:r>
              <w:rPr>
                <w:sz w:val="16"/>
              </w:rPr>
              <w:t>Likely</w:t>
            </w:r>
          </w:p>
        </w:tc>
        <w:tc>
          <w:tcPr>
            <w:tcW w:type="dxa" w:w="1743"/>
          </w:tcPr>
          <w:p>
            <w:pPr>
              <w:spacing w:after="0"/>
              <w:jc w:val="left"/>
            </w:pPr>
            <w:r>
              <w:rPr>
                <w:sz w:val="16"/>
              </w:rPr>
              <w:t>event-days in 12 of 30 years, 1996 to 2025 (40%)</w:t>
            </w:r>
          </w:p>
        </w:tc>
        <w:tc>
          <w:tcPr>
            <w:tcW w:type="dxa" w:w="1520"/>
          </w:tcPr>
          <w:p>
            <w:pPr>
              <w:spacing w:after="0"/>
              <w:jc w:val="right"/>
            </w:pPr>
            <w:r>
              <w:rPr>
                <w:sz w:val="16"/>
              </w:rPr>
              <w:t>65</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3.47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0</w:t>
            </w:r>
          </w:p>
        </w:tc>
        <w:tc>
          <w:tcPr>
            <w:tcW w:type="dxa" w:w="1448"/>
          </w:tcPr>
          <w:p>
            <w:pPr>
              <w:spacing w:after="0"/>
              <w:jc w:val="left"/>
            </w:pPr>
            <w:r>
              <w:rPr>
                <w:sz w:val="16"/>
              </w:rPr>
              <w:t>event-days per year</w:t>
            </w:r>
          </w:p>
        </w:tc>
        <w:tc>
          <w:tcPr>
            <w:tcW w:type="dxa" w:w="1571"/>
          </w:tcPr>
          <w:p>
            <w:pPr>
              <w:spacing w:after="0"/>
              <w:jc w:val="left"/>
            </w:pPr>
            <w:r>
              <w:rPr>
                <w:sz w:val="16"/>
              </w:rPr>
              <w:t>none modeled</w:t>
            </w:r>
          </w:p>
        </w:tc>
        <w:tc>
          <w:tcPr>
            <w:tcW w:type="dxa" w:w="1037"/>
          </w:tcPr>
          <w:p>
            <w:pPr>
              <w:spacing w:after="0"/>
              <w:jc w:val="left"/>
            </w:pPr>
          </w:p>
        </w:tc>
        <w:tc>
          <w:tcPr>
            <w:tcW w:type="dxa" w:w="1743"/>
          </w:tcPr>
          <w:p>
            <w:pPr>
              <w:spacing w:after="0"/>
              <w:jc w:val="left"/>
            </w:pPr>
            <w:r>
              <w:rPr>
                <w:sz w:val="16"/>
              </w:rPr>
              <w:t>event-days in 0 of 30 years, 1996 to 2025 (0%)</w:t>
            </w:r>
          </w:p>
        </w:tc>
        <w:tc>
          <w:tcPr>
            <w:tcW w:type="dxa" w:w="1520"/>
          </w:tcPr>
          <w:p>
            <w:pPr>
              <w:spacing w:after="0"/>
              <w:jc w:val="right"/>
            </w:pPr>
            <w:r>
              <w:rPr>
                <w:sz w:val="16"/>
              </w:rPr>
              <w:t>0</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0.00278</w:t>
            </w:r>
          </w:p>
        </w:tc>
        <w:tc>
          <w:tcPr>
            <w:tcW w:type="dxa" w:w="1448"/>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0.278%</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1.12</w:t>
            </w:r>
          </w:p>
        </w:tc>
        <w:tc>
          <w:tcPr>
            <w:tcW w:type="dxa" w:w="1448"/>
          </w:tcPr>
          <w:p>
            <w:pPr>
              <w:spacing w:after="0"/>
              <w:jc w:val="left"/>
            </w:pPr>
            <w:r>
              <w:rPr>
                <w:sz w:val="16"/>
              </w:rPr>
              <w:t>events per year</w:t>
            </w:r>
          </w:p>
        </w:tc>
        <w:tc>
          <w:tcPr>
            <w:tcW w:type="dxa" w:w="1571"/>
          </w:tcPr>
          <w:p>
            <w:pPr>
              <w:spacing w:after="0"/>
              <w:jc w:val="left"/>
            </w:pPr>
            <w:r>
              <w:rPr>
                <w:sz w:val="16"/>
              </w:rPr>
              <w:t>about 1.12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42.4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2.07</w:t>
            </w:r>
          </w:p>
        </w:tc>
        <w:tc>
          <w:tcPr>
            <w:tcW w:type="dxa" w:w="1448"/>
          </w:tcPr>
          <w:p>
            <w:pPr>
              <w:spacing w:after="0"/>
              <w:jc w:val="left"/>
            </w:pPr>
            <w:r>
              <w:rPr>
                <w:sz w:val="16"/>
              </w:rPr>
              <w:t>event-days per year</w:t>
            </w:r>
          </w:p>
        </w:tc>
        <w:tc>
          <w:tcPr>
            <w:tcW w:type="dxa" w:w="1571"/>
          </w:tcPr>
          <w:p>
            <w:pPr>
              <w:spacing w:after="0"/>
              <w:jc w:val="left"/>
            </w:pPr>
            <w:r>
              <w:rPr>
                <w:sz w:val="16"/>
              </w:rPr>
              <w:t>about 2.07 days per year</w:t>
            </w:r>
          </w:p>
        </w:tc>
        <w:tc>
          <w:tcPr>
            <w:tcW w:type="dxa" w:w="1037"/>
          </w:tcPr>
          <w:p>
            <w:pPr>
              <w:spacing w:after="0"/>
              <w:jc w:val="left"/>
            </w:pPr>
            <w:r>
              <w:rPr>
                <w:sz w:val="16"/>
              </w:rPr>
              <w:t>Likely</w:t>
            </w:r>
          </w:p>
        </w:tc>
        <w:tc>
          <w:tcPr>
            <w:tcW w:type="dxa" w:w="1743"/>
          </w:tcPr>
          <w:p>
            <w:pPr>
              <w:spacing w:after="0"/>
              <w:jc w:val="left"/>
            </w:pPr>
            <w:r>
              <w:rPr>
                <w:sz w:val="16"/>
              </w:rPr>
              <w:t>event-days in 8 of 30 years, 1996 to 2025 (26.7%)</w:t>
            </w:r>
          </w:p>
        </w:tc>
        <w:tc>
          <w:tcPr>
            <w:tcW w:type="dxa" w:w="1520"/>
          </w:tcPr>
          <w:p>
            <w:pPr>
              <w:spacing w:after="0"/>
              <w:jc w:val="right"/>
            </w:pPr>
            <w:r>
              <w:rPr>
                <w:sz w:val="16"/>
              </w:rPr>
              <w:t>37.7</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2.07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0.0262</w:t>
            </w:r>
          </w:p>
        </w:tc>
        <w:tc>
          <w:tcPr>
            <w:tcW w:type="dxa" w:w="1448"/>
          </w:tcPr>
          <w:p>
            <w:pPr>
              <w:spacing w:after="0"/>
              <w:jc w:val="left"/>
            </w:pPr>
            <w:r>
              <w:rPr>
                <w:sz w:val="16"/>
              </w:rPr>
              <w:t>events per year</w:t>
            </w:r>
          </w:p>
        </w:tc>
        <w:tc>
          <w:tcPr>
            <w:tcW w:type="dxa" w:w="1571"/>
          </w:tcPr>
          <w:p>
            <w:pPr>
              <w:spacing w:after="0"/>
              <w:jc w:val="left"/>
            </w:pPr>
            <w:r>
              <w:rPr>
                <w:sz w:val="16"/>
              </w:rPr>
              <w:t>about 1 in 38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8</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0.329</w:t>
            </w:r>
          </w:p>
        </w:tc>
        <w:tc>
          <w:tcPr>
            <w:tcW w:type="dxa" w:w="1448"/>
          </w:tcPr>
          <w:p>
            <w:pPr>
              <w:spacing w:after="0"/>
              <w:jc w:val="left"/>
            </w:pPr>
            <w:r>
              <w:rPr>
                <w:sz w:val="16"/>
              </w:rPr>
              <w:t>event-days per year</w:t>
            </w:r>
          </w:p>
        </w:tc>
        <w:tc>
          <w:tcPr>
            <w:tcW w:type="dxa" w:w="1571"/>
          </w:tcPr>
          <w:p>
            <w:pPr>
              <w:spacing w:after="0"/>
              <w:jc w:val="left"/>
            </w:pPr>
            <w:r>
              <w:rPr>
                <w:sz w:val="16"/>
              </w:rPr>
              <w:t>about 0.329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23</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2.14</w:t>
            </w:r>
          </w:p>
        </w:tc>
        <w:tc>
          <w:tcPr>
            <w:tcW w:type="dxa" w:w="1448"/>
          </w:tcPr>
          <w:p>
            <w:pPr>
              <w:spacing w:after="0"/>
              <w:jc w:val="left"/>
            </w:pPr>
            <w:r>
              <w:rPr>
                <w:sz w:val="16"/>
              </w:rPr>
              <w:t>event-days per year</w:t>
            </w:r>
          </w:p>
        </w:tc>
        <w:tc>
          <w:tcPr>
            <w:tcW w:type="dxa" w:w="1571"/>
          </w:tcPr>
          <w:p>
            <w:pPr>
              <w:spacing w:after="0"/>
              <w:jc w:val="left"/>
            </w:pPr>
            <w:r>
              <w:rPr>
                <w:sz w:val="16"/>
              </w:rPr>
              <w:t>about 2.14 days per year</w:t>
            </w:r>
          </w:p>
        </w:tc>
        <w:tc>
          <w:tcPr>
            <w:tcW w:type="dxa" w:w="1037"/>
          </w:tcPr>
          <w:p>
            <w:pPr>
              <w:spacing w:after="0"/>
              <w:jc w:val="left"/>
            </w:pPr>
            <w:r>
              <w:rPr>
                <w:sz w:val="16"/>
              </w:rPr>
              <w:t>Likely</w:t>
            </w:r>
          </w:p>
        </w:tc>
        <w:tc>
          <w:tcPr>
            <w:tcW w:type="dxa" w:w="1743"/>
          </w:tcPr>
          <w:p>
            <w:pPr>
              <w:spacing w:after="0"/>
              <w:jc w:val="left"/>
            </w:pPr>
            <w:r>
              <w:rPr>
                <w:sz w:val="16"/>
              </w:rPr>
              <w:t>event-days in 23 of 30 years, 1996 to 2025 (76.7%)</w:t>
            </w:r>
          </w:p>
        </w:tc>
        <w:tc>
          <w:tcPr>
            <w:tcW w:type="dxa" w:w="1520"/>
          </w:tcPr>
          <w:p>
            <w:pPr>
              <w:spacing w:after="0"/>
              <w:jc w:val="right"/>
            </w:pPr>
            <w:r>
              <w:rPr>
                <w:sz w:val="16"/>
              </w:rPr>
              <w:t>60</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0.814</w:t>
            </w:r>
          </w:p>
        </w:tc>
        <w:tc>
          <w:tcPr>
            <w:tcW w:type="dxa" w:w="1448"/>
          </w:tcPr>
          <w:p>
            <w:pPr>
              <w:spacing w:after="0"/>
              <w:jc w:val="left"/>
            </w:pPr>
            <w:r>
              <w:rPr>
                <w:sz w:val="16"/>
              </w:rPr>
              <w:t>events per year (modeled)</w:t>
            </w:r>
          </w:p>
        </w:tc>
        <w:tc>
          <w:tcPr>
            <w:tcW w:type="dxa" w:w="1571"/>
          </w:tcPr>
          <w:p>
            <w:pPr>
              <w:spacing w:after="0"/>
              <w:jc w:val="left"/>
            </w:pPr>
            <w:r>
              <w:rPr>
                <w:sz w:val="16"/>
              </w:rPr>
              <w:t>about 0.81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23</w:t>
            </w:r>
          </w:p>
        </w:tc>
        <w:tc>
          <w:tcPr>
            <w:tcW w:type="dxa" w:w="1448"/>
          </w:tcPr>
          <w:p>
            <w:pPr>
              <w:spacing w:after="0"/>
              <w:jc w:val="left"/>
            </w:pPr>
            <w:r>
              <w:rPr>
                <w:sz w:val="16"/>
              </w:rPr>
              <w:t>days per year with a strike</w:t>
            </w:r>
          </w:p>
        </w:tc>
        <w:tc>
          <w:tcPr>
            <w:tcW w:type="dxa" w:w="1571"/>
          </w:tcPr>
          <w:p>
            <w:pPr>
              <w:spacing w:after="0"/>
              <w:jc w:val="left"/>
            </w:pPr>
            <w:r>
              <w:rPr>
                <w:sz w:val="16"/>
              </w:rPr>
              <w:t>about 23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0.776</w:t>
            </w:r>
          </w:p>
        </w:tc>
        <w:tc>
          <w:tcPr>
            <w:tcW w:type="dxa" w:w="1448"/>
          </w:tcPr>
          <w:p>
            <w:pPr>
              <w:spacing w:after="0"/>
              <w:jc w:val="left"/>
            </w:pPr>
            <w:r>
              <w:rPr>
                <w:sz w:val="16"/>
              </w:rPr>
              <w:t>events per year</w:t>
            </w:r>
          </w:p>
        </w:tc>
        <w:tc>
          <w:tcPr>
            <w:tcW w:type="dxa" w:w="1571"/>
          </w:tcPr>
          <w:p>
            <w:pPr>
              <w:spacing w:after="0"/>
              <w:jc w:val="left"/>
            </w:pPr>
            <w:r>
              <w:rPr>
                <w:sz w:val="16"/>
              </w:rPr>
              <w:t>about 0.78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30</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0.0282</w:t>
            </w:r>
          </w:p>
        </w:tc>
        <w:tc>
          <w:tcPr>
            <w:tcW w:type="dxa" w:w="1448"/>
          </w:tcPr>
          <w:p>
            <w:pPr>
              <w:spacing w:after="0"/>
              <w:jc w:val="left"/>
            </w:pPr>
            <w:r>
              <w:rPr>
                <w:sz w:val="16"/>
              </w:rPr>
              <w:t>events per year</w:t>
            </w:r>
          </w:p>
        </w:tc>
        <w:tc>
          <w:tcPr>
            <w:tcW w:type="dxa" w:w="1571"/>
          </w:tcPr>
          <w:p>
            <w:pPr>
              <w:spacing w:after="0"/>
              <w:jc w:val="left"/>
            </w:pPr>
            <w:r>
              <w:rPr>
                <w:sz w:val="16"/>
              </w:rPr>
              <w:t>about 1 in 35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0.0000725</w:t>
            </w:r>
          </w:p>
        </w:tc>
        <w:tc>
          <w:tcPr>
            <w:tcW w:type="dxa" w:w="1448"/>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0.00725%</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16.9</w:t>
            </w:r>
          </w:p>
        </w:tc>
        <w:tc>
          <w:tcPr>
            <w:tcW w:type="dxa" w:w="1448"/>
          </w:tcPr>
          <w:p>
            <w:pPr>
              <w:spacing w:after="0"/>
              <w:jc w:val="left"/>
            </w:pPr>
            <w:r>
              <w:rPr>
                <w:sz w:val="16"/>
              </w:rPr>
              <w:t>event-days per year</w:t>
            </w:r>
          </w:p>
        </w:tc>
        <w:tc>
          <w:tcPr>
            <w:tcW w:type="dxa" w:w="1571"/>
          </w:tcPr>
          <w:p>
            <w:pPr>
              <w:spacing w:after="0"/>
              <w:jc w:val="left"/>
            </w:pPr>
            <w:r>
              <w:rPr>
                <w:sz w:val="16"/>
              </w:rPr>
              <w:t>about 16.9 days per year</w:t>
            </w:r>
          </w:p>
        </w:tc>
        <w:tc>
          <w:tcPr>
            <w:tcW w:type="dxa" w:w="1037"/>
          </w:tcPr>
          <w:p>
            <w:pPr>
              <w:spacing w:after="0"/>
              <w:jc w:val="left"/>
            </w:pPr>
            <w:r>
              <w:rPr>
                <w:sz w:val="16"/>
              </w:rPr>
              <w:t>Highly likely</w:t>
            </w:r>
          </w:p>
        </w:tc>
        <w:tc>
          <w:tcPr>
            <w:tcW w:type="dxa" w:w="1743"/>
          </w:tcPr>
          <w:p>
            <w:pPr>
              <w:spacing w:after="0"/>
              <w:jc w:val="left"/>
            </w:pPr>
            <w:r>
              <w:rPr>
                <w:sz w:val="16"/>
              </w:rPr>
              <w:t>event-days in 30 of 30 years, 1996 to 2025 (100%)</w:t>
            </w:r>
          </w:p>
        </w:tc>
        <w:tc>
          <w:tcPr>
            <w:tcW w:type="dxa" w:w="1520"/>
          </w:tcPr>
          <w:p>
            <w:pPr>
              <w:spacing w:after="0"/>
              <w:jc w:val="right"/>
            </w:pPr>
            <w:r>
              <w:rPr>
                <w:sz w:val="16"/>
              </w:rPr>
              <w:t>317</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62</w:t>
            </w:r>
          </w:p>
        </w:tc>
        <w:tc>
          <w:tcPr>
            <w:tcW w:type="dxa" w:w="1476"/>
          </w:tcPr>
          <w:p>
            <w:pPr>
              <w:spacing w:after="0"/>
              <w:jc w:val="right"/>
            </w:pPr>
            <w:r>
              <w:rPr>
                <w:sz w:val="16"/>
              </w:rPr>
              <w:t>30</w:t>
            </w:r>
          </w:p>
        </w:tc>
        <w:tc>
          <w:tcPr>
            <w:tcW w:type="dxa" w:w="1476"/>
          </w:tcPr>
          <w:p>
            <w:pPr>
              <w:spacing w:after="0"/>
              <w:jc w:val="right"/>
            </w:pPr>
            <w:r>
              <w:rPr>
                <w:sz w:val="16"/>
              </w:rPr>
              <w:t>2.07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214</w:t>
            </w:r>
          </w:p>
        </w:tc>
        <w:tc>
          <w:tcPr>
            <w:tcW w:type="dxa" w:w="1476"/>
          </w:tcPr>
          <w:p>
            <w:pPr>
              <w:spacing w:after="0"/>
              <w:jc w:val="right"/>
            </w:pPr>
            <w:r>
              <w:rPr>
                <w:sz w:val="16"/>
              </w:rPr>
              <w:t>30</w:t>
            </w:r>
          </w:p>
        </w:tc>
        <w:tc>
          <w:tcPr>
            <w:tcW w:type="dxa" w:w="1476"/>
          </w:tcPr>
          <w:p>
            <w:pPr>
              <w:spacing w:after="0"/>
              <w:jc w:val="right"/>
            </w:pPr>
            <w:r>
              <w:rPr>
                <w:sz w:val="16"/>
              </w:rPr>
              <w:t>7.13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6"/>
        <w:gridCol w:w="850"/>
        <w:gridCol w:w="680"/>
        <w:gridCol w:w="648"/>
        <w:gridCol w:w="4186"/>
        <w:gridCol w:w="5886"/>
      </w:tblGrid>
      <w:tr>
        <w:trPr>
          <w:cantSplit/>
          <w:tblHeader/>
        </w:trPr>
        <w:tc>
          <w:tcPr>
            <w:tcW w:type="dxa" w:w="1037"/>
            <w:shd w:val="clear" w:color="auto" w:fill="E8E8E8"/>
          </w:tcPr>
          <w:p>
            <w:pPr>
              <w:spacing w:after="0"/>
              <w:jc w:val="left"/>
            </w:pPr>
            <w:r>
              <w:rPr>
                <w:b/>
                <w:sz w:val="16"/>
              </w:rPr>
              <w:t>Hazard</w:t>
            </w:r>
          </w:p>
        </w:tc>
        <w:tc>
          <w:tcPr>
            <w:tcW w:type="dxa" w:w="826"/>
            <w:shd w:val="clear" w:color="auto" w:fill="E8E8E8"/>
          </w:tcPr>
          <w:p>
            <w:pPr>
              <w:spacing w:after="0"/>
              <w:jc w:val="right"/>
            </w:pPr>
            <w:r>
              <w:rPr>
                <w:b/>
                <w:sz w:val="16"/>
              </w:rPr>
              <w:t>Tracts</w:t>
            </w:r>
          </w:p>
          <w:p>
            <w:pPr>
              <w:spacing w:after="0"/>
              <w:jc w:val="right"/>
            </w:pPr>
            <w:r>
              <w:rPr>
                <w:i/>
                <w:color w:val="555555"/>
                <w:sz w:val="14"/>
              </w:rPr>
              <w:t>rated of all</w:t>
            </w:r>
          </w:p>
        </w:tc>
        <w:tc>
          <w:tcPr>
            <w:tcW w:type="dxa" w:w="85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86"/>
            <w:shd w:val="clear" w:color="auto" w:fill="E8E8E8"/>
          </w:tcPr>
          <w:p>
            <w:pPr>
              <w:spacing w:after="0"/>
              <w:jc w:val="left"/>
            </w:pPr>
            <w:r>
              <w:rPr>
                <w:b/>
                <w:sz w:val="16"/>
              </w:rPr>
              <w:t>Tracts by rating</w:t>
            </w:r>
          </w:p>
        </w:tc>
        <w:tc>
          <w:tcPr>
            <w:tcW w:type="dxa" w:w="5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6"/>
          </w:tcPr>
          <w:p>
            <w:pPr>
              <w:spacing w:after="0"/>
              <w:jc w:val="right"/>
            </w:pPr>
            <w:r>
              <w:rPr>
                <w:sz w:val="16"/>
              </w:rPr>
              <w:t>5 of 41</w:t>
            </w:r>
          </w:p>
        </w:tc>
        <w:tc>
          <w:tcPr>
            <w:tcW w:type="dxa" w:w="850"/>
          </w:tcPr>
          <w:p>
            <w:pPr>
              <w:spacing w:after="0"/>
              <w:jc w:val="right"/>
            </w:pPr>
            <w:r>
              <w:rPr>
                <w:sz w:val="16"/>
              </w:rPr>
              <w:t>73.6</w:t>
            </w:r>
          </w:p>
        </w:tc>
        <w:tc>
          <w:tcPr>
            <w:tcW w:type="dxa" w:w="680"/>
          </w:tcPr>
          <w:p>
            <w:pPr>
              <w:spacing w:after="0"/>
              <w:jc w:val="right"/>
            </w:pPr>
            <w:r>
              <w:rPr>
                <w:sz w:val="16"/>
              </w:rPr>
              <w:t>73.9</w:t>
            </w:r>
          </w:p>
        </w:tc>
        <w:tc>
          <w:tcPr>
            <w:tcW w:type="dxa" w:w="648"/>
          </w:tcPr>
          <w:p>
            <w:pPr>
              <w:spacing w:after="0"/>
              <w:jc w:val="right"/>
            </w:pPr>
            <w:r>
              <w:rPr>
                <w:sz w:val="16"/>
              </w:rPr>
              <w:t>74.2</w:t>
            </w:r>
          </w:p>
        </w:tc>
        <w:tc>
          <w:tcPr>
            <w:tcW w:type="dxa" w:w="4186"/>
          </w:tcPr>
          <w:p>
            <w:pPr>
              <w:spacing w:after="0"/>
              <w:jc w:val="left"/>
            </w:pPr>
            <w:r>
              <w:rPr>
                <w:sz w:val="16"/>
              </w:rPr>
              <w:t>Relatively Low 5, Not Applicable 36</w:t>
            </w:r>
          </w:p>
        </w:tc>
        <w:tc>
          <w:tcPr>
            <w:tcW w:type="dxa" w:w="5886"/>
          </w:tcPr>
          <w:p>
            <w:pPr>
              <w:spacing w:after="0"/>
              <w:jc w:val="left"/>
            </w:pPr>
          </w:p>
        </w:tc>
      </w:tr>
      <w:tr>
        <w:trPr>
          <w:cantSplit/>
        </w:trPr>
        <w:tc>
          <w:tcPr>
            <w:tcW w:type="dxa" w:w="1037"/>
          </w:tcPr>
          <w:p>
            <w:pPr>
              <w:spacing w:after="0"/>
              <w:jc w:val="left"/>
            </w:pPr>
            <w:r>
              <w:rPr>
                <w:sz w:val="16"/>
              </w:rPr>
              <w:t>Coastal Flooding</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41</w:t>
            </w:r>
          </w:p>
        </w:tc>
        <w:tc>
          <w:tcPr>
            <w:tcW w:type="dxa" w:w="5886"/>
          </w:tcPr>
          <w:p>
            <w:pPr>
              <w:spacing w:after="0"/>
              <w:jc w:val="left"/>
            </w:pPr>
          </w:p>
        </w:tc>
      </w:tr>
      <w:tr>
        <w:trPr>
          <w:cantSplit/>
        </w:trPr>
        <w:tc>
          <w:tcPr>
            <w:tcW w:type="dxa" w:w="1037"/>
          </w:tcPr>
          <w:p>
            <w:pPr>
              <w:spacing w:after="0"/>
              <w:jc w:val="left"/>
            </w:pPr>
            <w:r>
              <w:rPr>
                <w:sz w:val="16"/>
              </w:rPr>
              <w:t>Cold Wave</w:t>
            </w:r>
          </w:p>
        </w:tc>
        <w:tc>
          <w:tcPr>
            <w:tcW w:type="dxa" w:w="826"/>
          </w:tcPr>
          <w:p>
            <w:pPr>
              <w:spacing w:after="0"/>
              <w:jc w:val="right"/>
            </w:pPr>
            <w:r>
              <w:rPr>
                <w:sz w:val="16"/>
              </w:rPr>
              <w:t>41 of 41</w:t>
            </w:r>
          </w:p>
        </w:tc>
        <w:tc>
          <w:tcPr>
            <w:tcW w:type="dxa" w:w="850"/>
          </w:tcPr>
          <w:p>
            <w:pPr>
              <w:spacing w:after="0"/>
              <w:jc w:val="right"/>
            </w:pPr>
            <w:r>
              <w:rPr>
                <w:sz w:val="16"/>
              </w:rPr>
              <w:t>15.7</w:t>
            </w:r>
          </w:p>
        </w:tc>
        <w:tc>
          <w:tcPr>
            <w:tcW w:type="dxa" w:w="680"/>
          </w:tcPr>
          <w:p>
            <w:pPr>
              <w:spacing w:after="0"/>
              <w:jc w:val="right"/>
            </w:pPr>
            <w:r>
              <w:rPr>
                <w:sz w:val="16"/>
              </w:rPr>
              <w:t>37.2</w:t>
            </w:r>
          </w:p>
        </w:tc>
        <w:tc>
          <w:tcPr>
            <w:tcW w:type="dxa" w:w="648"/>
          </w:tcPr>
          <w:p>
            <w:pPr>
              <w:spacing w:after="0"/>
              <w:jc w:val="right"/>
            </w:pPr>
            <w:r>
              <w:rPr>
                <w:sz w:val="16"/>
              </w:rPr>
              <w:t>57.6</w:t>
            </w:r>
          </w:p>
        </w:tc>
        <w:tc>
          <w:tcPr>
            <w:tcW w:type="dxa" w:w="4186"/>
          </w:tcPr>
          <w:p>
            <w:pPr>
              <w:spacing w:after="0"/>
              <w:jc w:val="left"/>
            </w:pPr>
            <w:r>
              <w:rPr>
                <w:sz w:val="16"/>
              </w:rPr>
              <w:t>Relatively Moderate 4, Relatively Low 36,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 Rating 41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26"/>
          </w:tcPr>
          <w:p>
            <w:pPr>
              <w:spacing w:after="0"/>
              <w:jc w:val="right"/>
            </w:pPr>
            <w:r>
              <w:rPr>
                <w:sz w:val="16"/>
              </w:rPr>
              <w:t>41 of 41</w:t>
            </w:r>
          </w:p>
        </w:tc>
        <w:tc>
          <w:tcPr>
            <w:tcW w:type="dxa" w:w="850"/>
          </w:tcPr>
          <w:p>
            <w:pPr>
              <w:spacing w:after="0"/>
              <w:jc w:val="right"/>
            </w:pPr>
            <w:r>
              <w:rPr>
                <w:sz w:val="16"/>
              </w:rPr>
              <w:t>19.9</w:t>
            </w:r>
          </w:p>
        </w:tc>
        <w:tc>
          <w:tcPr>
            <w:tcW w:type="dxa" w:w="680"/>
          </w:tcPr>
          <w:p>
            <w:pPr>
              <w:spacing w:after="0"/>
              <w:jc w:val="right"/>
            </w:pPr>
            <w:r>
              <w:rPr>
                <w:sz w:val="16"/>
              </w:rPr>
              <w:t>45.7</w:t>
            </w:r>
          </w:p>
        </w:tc>
        <w:tc>
          <w:tcPr>
            <w:tcW w:type="dxa" w:w="648"/>
          </w:tcPr>
          <w:p>
            <w:pPr>
              <w:spacing w:after="0"/>
              <w:jc w:val="right"/>
            </w:pPr>
            <w:r>
              <w:rPr>
                <w:sz w:val="16"/>
              </w:rPr>
              <w:t>82.1</w:t>
            </w:r>
          </w:p>
        </w:tc>
        <w:tc>
          <w:tcPr>
            <w:tcW w:type="dxa" w:w="4186"/>
          </w:tcPr>
          <w:p>
            <w:pPr>
              <w:spacing w:after="0"/>
              <w:jc w:val="left"/>
            </w:pPr>
            <w:r>
              <w:rPr>
                <w:sz w:val="16"/>
              </w:rPr>
              <w:t>Relatively Moderate 2, Relatively Low 28, Very Low 11</w:t>
            </w:r>
          </w:p>
        </w:tc>
        <w:tc>
          <w:tcPr>
            <w:tcW w:type="dxa" w:w="5886"/>
          </w:tcPr>
          <w:p>
            <w:pPr>
              <w:spacing w:after="0"/>
              <w:jc w:val="left"/>
            </w:pPr>
          </w:p>
        </w:tc>
      </w:tr>
      <w:tr>
        <w:trPr>
          <w:cantSplit/>
        </w:trPr>
        <w:tc>
          <w:tcPr>
            <w:tcW w:type="dxa" w:w="1037"/>
          </w:tcPr>
          <w:p>
            <w:pPr>
              <w:spacing w:after="0"/>
              <w:jc w:val="left"/>
            </w:pPr>
            <w:r>
              <w:rPr>
                <w:sz w:val="16"/>
              </w:rPr>
              <w:t>Hail</w:t>
            </w:r>
          </w:p>
        </w:tc>
        <w:tc>
          <w:tcPr>
            <w:tcW w:type="dxa" w:w="826"/>
          </w:tcPr>
          <w:p>
            <w:pPr>
              <w:spacing w:after="0"/>
              <w:jc w:val="right"/>
            </w:pPr>
            <w:r>
              <w:rPr>
                <w:sz w:val="16"/>
              </w:rPr>
              <w:t>41 of 41</w:t>
            </w:r>
          </w:p>
        </w:tc>
        <w:tc>
          <w:tcPr>
            <w:tcW w:type="dxa" w:w="850"/>
          </w:tcPr>
          <w:p>
            <w:pPr>
              <w:spacing w:after="0"/>
              <w:jc w:val="right"/>
            </w:pPr>
            <w:r>
              <w:rPr>
                <w:sz w:val="16"/>
              </w:rPr>
              <w:t>1.1</w:t>
            </w:r>
          </w:p>
        </w:tc>
        <w:tc>
          <w:tcPr>
            <w:tcW w:type="dxa" w:w="680"/>
          </w:tcPr>
          <w:p>
            <w:pPr>
              <w:spacing w:after="0"/>
              <w:jc w:val="right"/>
            </w:pPr>
            <w:r>
              <w:rPr>
                <w:sz w:val="16"/>
              </w:rPr>
              <w:t>29.0</w:t>
            </w:r>
          </w:p>
        </w:tc>
        <w:tc>
          <w:tcPr>
            <w:tcW w:type="dxa" w:w="648"/>
          </w:tcPr>
          <w:p>
            <w:pPr>
              <w:spacing w:after="0"/>
              <w:jc w:val="right"/>
            </w:pPr>
            <w:r>
              <w:rPr>
                <w:sz w:val="16"/>
              </w:rPr>
              <w:t>42.0</w:t>
            </w:r>
          </w:p>
        </w:tc>
        <w:tc>
          <w:tcPr>
            <w:tcW w:type="dxa" w:w="4186"/>
          </w:tcPr>
          <w:p>
            <w:pPr>
              <w:spacing w:after="0"/>
              <w:jc w:val="left"/>
            </w:pPr>
            <w:r>
              <w:rPr>
                <w:sz w:val="16"/>
              </w:rPr>
              <w:t>Relatively Low 3, Very Low 38</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6"/>
          </w:tcPr>
          <w:p>
            <w:pPr>
              <w:spacing w:after="0"/>
              <w:jc w:val="right"/>
            </w:pPr>
            <w:r>
              <w:rPr>
                <w:sz w:val="16"/>
              </w:rPr>
              <w:t>41 of 41</w:t>
            </w:r>
          </w:p>
        </w:tc>
        <w:tc>
          <w:tcPr>
            <w:tcW w:type="dxa" w:w="850"/>
          </w:tcPr>
          <w:p>
            <w:pPr>
              <w:spacing w:after="0"/>
              <w:jc w:val="right"/>
            </w:pPr>
            <w:r>
              <w:rPr>
                <w:sz w:val="16"/>
              </w:rPr>
              <w:t>1.4</w:t>
            </w:r>
          </w:p>
        </w:tc>
        <w:tc>
          <w:tcPr>
            <w:tcW w:type="dxa" w:w="680"/>
          </w:tcPr>
          <w:p>
            <w:pPr>
              <w:spacing w:after="0"/>
              <w:jc w:val="right"/>
            </w:pPr>
            <w:r>
              <w:rPr>
                <w:sz w:val="16"/>
              </w:rPr>
              <w:t>45.3</w:t>
            </w:r>
          </w:p>
        </w:tc>
        <w:tc>
          <w:tcPr>
            <w:tcW w:type="dxa" w:w="648"/>
          </w:tcPr>
          <w:p>
            <w:pPr>
              <w:spacing w:after="0"/>
              <w:jc w:val="right"/>
            </w:pPr>
            <w:r>
              <w:rPr>
                <w:sz w:val="16"/>
              </w:rPr>
              <w:t>75.8</w:t>
            </w:r>
          </w:p>
        </w:tc>
        <w:tc>
          <w:tcPr>
            <w:tcW w:type="dxa" w:w="4186"/>
          </w:tcPr>
          <w:p>
            <w:pPr>
              <w:spacing w:after="0"/>
              <w:jc w:val="left"/>
            </w:pPr>
            <w:r>
              <w:rPr>
                <w:sz w:val="16"/>
              </w:rPr>
              <w:t>Relatively Moderate 8, Relatively Low 29, Very Low 4</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6"/>
          </w:tcPr>
          <w:p>
            <w:pPr>
              <w:spacing w:after="0"/>
              <w:jc w:val="right"/>
            </w:pPr>
            <w:r>
              <w:rPr>
                <w:sz w:val="16"/>
              </w:rPr>
              <w:t>41 of 41</w:t>
            </w:r>
          </w:p>
        </w:tc>
        <w:tc>
          <w:tcPr>
            <w:tcW w:type="dxa" w:w="850"/>
          </w:tcPr>
          <w:p>
            <w:pPr>
              <w:spacing w:after="0"/>
              <w:jc w:val="right"/>
            </w:pPr>
            <w:r>
              <w:rPr>
                <w:sz w:val="16"/>
              </w:rPr>
              <w:t>35.8</w:t>
            </w:r>
          </w:p>
        </w:tc>
        <w:tc>
          <w:tcPr>
            <w:tcW w:type="dxa" w:w="680"/>
          </w:tcPr>
          <w:p>
            <w:pPr>
              <w:spacing w:after="0"/>
              <w:jc w:val="right"/>
            </w:pPr>
            <w:r>
              <w:rPr>
                <w:sz w:val="16"/>
              </w:rPr>
              <w:t>52.0</w:t>
            </w:r>
          </w:p>
        </w:tc>
        <w:tc>
          <w:tcPr>
            <w:tcW w:type="dxa" w:w="648"/>
          </w:tcPr>
          <w:p>
            <w:pPr>
              <w:spacing w:after="0"/>
              <w:jc w:val="right"/>
            </w:pPr>
            <w:r>
              <w:rPr>
                <w:sz w:val="16"/>
              </w:rPr>
              <w:t>67.1</w:t>
            </w:r>
          </w:p>
        </w:tc>
        <w:tc>
          <w:tcPr>
            <w:tcW w:type="dxa" w:w="4186"/>
          </w:tcPr>
          <w:p>
            <w:pPr>
              <w:spacing w:after="0"/>
              <w:jc w:val="left"/>
            </w:pPr>
            <w:r>
              <w:rPr>
                <w:sz w:val="16"/>
              </w:rPr>
              <w:t>Relatively Low 22, Very Low 19</w:t>
            </w:r>
          </w:p>
        </w:tc>
        <w:tc>
          <w:tcPr>
            <w:tcW w:type="dxa" w:w="5886"/>
          </w:tcPr>
          <w:p>
            <w:pPr>
              <w:spacing w:after="0"/>
              <w:jc w:val="left"/>
            </w:pPr>
          </w:p>
        </w:tc>
      </w:tr>
      <w:tr>
        <w:trPr>
          <w:cantSplit/>
        </w:trPr>
        <w:tc>
          <w:tcPr>
            <w:tcW w:type="dxa" w:w="1037"/>
          </w:tcPr>
          <w:p>
            <w:pPr>
              <w:spacing w:after="0"/>
              <w:jc w:val="left"/>
            </w:pPr>
            <w:r>
              <w:rPr>
                <w:sz w:val="16"/>
              </w:rPr>
              <w:t>Ice Storm</w:t>
            </w:r>
          </w:p>
        </w:tc>
        <w:tc>
          <w:tcPr>
            <w:tcW w:type="dxa" w:w="826"/>
          </w:tcPr>
          <w:p>
            <w:pPr>
              <w:spacing w:after="0"/>
              <w:jc w:val="right"/>
            </w:pPr>
            <w:r>
              <w:rPr>
                <w:sz w:val="16"/>
              </w:rPr>
              <w:t>41 of 41</w:t>
            </w:r>
          </w:p>
        </w:tc>
        <w:tc>
          <w:tcPr>
            <w:tcW w:type="dxa" w:w="850"/>
          </w:tcPr>
          <w:p>
            <w:pPr>
              <w:spacing w:after="0"/>
              <w:jc w:val="right"/>
            </w:pPr>
            <w:r>
              <w:rPr>
                <w:sz w:val="16"/>
              </w:rPr>
              <w:t>14.3</w:t>
            </w:r>
          </w:p>
        </w:tc>
        <w:tc>
          <w:tcPr>
            <w:tcW w:type="dxa" w:w="680"/>
          </w:tcPr>
          <w:p>
            <w:pPr>
              <w:spacing w:after="0"/>
              <w:jc w:val="right"/>
            </w:pPr>
            <w:r>
              <w:rPr>
                <w:sz w:val="16"/>
              </w:rPr>
              <w:t>65.5</w:t>
            </w:r>
          </w:p>
        </w:tc>
        <w:tc>
          <w:tcPr>
            <w:tcW w:type="dxa" w:w="648"/>
          </w:tcPr>
          <w:p>
            <w:pPr>
              <w:spacing w:after="0"/>
              <w:jc w:val="right"/>
            </w:pPr>
            <w:r>
              <w:rPr>
                <w:sz w:val="16"/>
              </w:rPr>
              <w:t>92.4</w:t>
            </w:r>
          </w:p>
        </w:tc>
        <w:tc>
          <w:tcPr>
            <w:tcW w:type="dxa" w:w="4186"/>
          </w:tcPr>
          <w:p>
            <w:pPr>
              <w:spacing w:after="0"/>
              <w:jc w:val="left"/>
            </w:pPr>
            <w:r>
              <w:rPr>
                <w:sz w:val="16"/>
              </w:rPr>
              <w:t>Relatively High 2, Relatively Moderate 15, Relatively Low 23,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6"/>
          </w:tcPr>
          <w:p>
            <w:pPr>
              <w:spacing w:after="0"/>
              <w:jc w:val="right"/>
            </w:pPr>
            <w:r>
              <w:rPr>
                <w:sz w:val="16"/>
              </w:rPr>
              <w:t>41 of 41</w:t>
            </w:r>
          </w:p>
        </w:tc>
        <w:tc>
          <w:tcPr>
            <w:tcW w:type="dxa" w:w="850"/>
          </w:tcPr>
          <w:p>
            <w:pPr>
              <w:spacing w:after="0"/>
              <w:jc w:val="right"/>
            </w:pPr>
            <w:r>
              <w:rPr>
                <w:sz w:val="16"/>
              </w:rPr>
              <w:t>0.6</w:t>
            </w:r>
          </w:p>
        </w:tc>
        <w:tc>
          <w:tcPr>
            <w:tcW w:type="dxa" w:w="680"/>
          </w:tcPr>
          <w:p>
            <w:pPr>
              <w:spacing w:after="0"/>
              <w:jc w:val="right"/>
            </w:pPr>
            <w:r>
              <w:rPr>
                <w:sz w:val="16"/>
              </w:rPr>
              <w:t>35.7</w:t>
            </w:r>
          </w:p>
        </w:tc>
        <w:tc>
          <w:tcPr>
            <w:tcW w:type="dxa" w:w="648"/>
          </w:tcPr>
          <w:p>
            <w:pPr>
              <w:spacing w:after="0"/>
              <w:jc w:val="right"/>
            </w:pPr>
            <w:r>
              <w:rPr>
                <w:sz w:val="16"/>
              </w:rPr>
              <w:t>91.0</w:t>
            </w:r>
          </w:p>
        </w:tc>
        <w:tc>
          <w:tcPr>
            <w:tcW w:type="dxa" w:w="4186"/>
          </w:tcPr>
          <w:p>
            <w:pPr>
              <w:spacing w:after="0"/>
              <w:jc w:val="left"/>
            </w:pPr>
            <w:r>
              <w:rPr>
                <w:sz w:val="16"/>
              </w:rPr>
              <w:t>Relatively High 2, Relatively Moderate 13, Relatively Low 22, Very Low 4</w:t>
            </w:r>
          </w:p>
        </w:tc>
        <w:tc>
          <w:tcPr>
            <w:tcW w:type="dxa" w:w="5886"/>
          </w:tcPr>
          <w:p>
            <w:pPr>
              <w:spacing w:after="0"/>
              <w:jc w:val="left"/>
            </w:pPr>
          </w:p>
        </w:tc>
      </w:tr>
      <w:tr>
        <w:trPr>
          <w:cantSplit/>
        </w:trPr>
        <w:tc>
          <w:tcPr>
            <w:tcW w:type="dxa" w:w="1037"/>
          </w:tcPr>
          <w:p>
            <w:pPr>
              <w:spacing w:after="0"/>
              <w:jc w:val="left"/>
            </w:pPr>
            <w:r>
              <w:rPr>
                <w:sz w:val="16"/>
              </w:rPr>
              <w:t>Landslide</w:t>
            </w:r>
          </w:p>
        </w:tc>
        <w:tc>
          <w:tcPr>
            <w:tcW w:type="dxa" w:w="826"/>
          </w:tcPr>
          <w:p>
            <w:pPr>
              <w:spacing w:after="0"/>
              <w:jc w:val="right"/>
            </w:pPr>
            <w:r>
              <w:rPr>
                <w:sz w:val="16"/>
              </w:rPr>
              <w:t>41 of 41</w:t>
            </w:r>
          </w:p>
        </w:tc>
        <w:tc>
          <w:tcPr>
            <w:tcW w:type="dxa" w:w="850"/>
          </w:tcPr>
          <w:p>
            <w:pPr>
              <w:spacing w:after="0"/>
              <w:jc w:val="right"/>
            </w:pPr>
            <w:r>
              <w:rPr>
                <w:sz w:val="16"/>
              </w:rPr>
              <w:t>12.8</w:t>
            </w:r>
          </w:p>
        </w:tc>
        <w:tc>
          <w:tcPr>
            <w:tcW w:type="dxa" w:w="680"/>
          </w:tcPr>
          <w:p>
            <w:pPr>
              <w:spacing w:after="0"/>
              <w:jc w:val="right"/>
            </w:pPr>
            <w:r>
              <w:rPr>
                <w:sz w:val="16"/>
              </w:rPr>
              <w:t>58.4</w:t>
            </w:r>
          </w:p>
        </w:tc>
        <w:tc>
          <w:tcPr>
            <w:tcW w:type="dxa" w:w="648"/>
          </w:tcPr>
          <w:p>
            <w:pPr>
              <w:spacing w:after="0"/>
              <w:jc w:val="right"/>
            </w:pPr>
            <w:r>
              <w:rPr>
                <w:sz w:val="16"/>
              </w:rPr>
              <w:t>97.0</w:t>
            </w:r>
          </w:p>
        </w:tc>
        <w:tc>
          <w:tcPr>
            <w:tcW w:type="dxa" w:w="4186"/>
          </w:tcPr>
          <w:p>
            <w:pPr>
              <w:spacing w:after="0"/>
              <w:jc w:val="left"/>
            </w:pPr>
            <w:r>
              <w:rPr>
                <w:sz w:val="16"/>
              </w:rPr>
              <w:t>Relatively Moderate 1, Relatively Low 7, Very Low 33</w:t>
            </w:r>
          </w:p>
        </w:tc>
        <w:tc>
          <w:tcPr>
            <w:tcW w:type="dxa" w:w="5886"/>
          </w:tcPr>
          <w:p>
            <w:pPr>
              <w:spacing w:after="0"/>
              <w:jc w:val="left"/>
            </w:pPr>
          </w:p>
        </w:tc>
      </w:tr>
      <w:tr>
        <w:trPr>
          <w:cantSplit/>
        </w:trPr>
        <w:tc>
          <w:tcPr>
            <w:tcW w:type="dxa" w:w="1037"/>
          </w:tcPr>
          <w:p>
            <w:pPr>
              <w:spacing w:after="0"/>
              <w:jc w:val="left"/>
            </w:pPr>
            <w:r>
              <w:rPr>
                <w:sz w:val="16"/>
              </w:rPr>
              <w:t>Lightning</w:t>
            </w:r>
          </w:p>
        </w:tc>
        <w:tc>
          <w:tcPr>
            <w:tcW w:type="dxa" w:w="826"/>
          </w:tcPr>
          <w:p>
            <w:pPr>
              <w:spacing w:after="0"/>
              <w:jc w:val="right"/>
            </w:pPr>
            <w:r>
              <w:rPr>
                <w:sz w:val="16"/>
              </w:rPr>
              <w:t>41 of 41</w:t>
            </w:r>
          </w:p>
        </w:tc>
        <w:tc>
          <w:tcPr>
            <w:tcW w:type="dxa" w:w="850"/>
          </w:tcPr>
          <w:p>
            <w:pPr>
              <w:spacing w:after="0"/>
              <w:jc w:val="right"/>
            </w:pPr>
            <w:r>
              <w:rPr>
                <w:sz w:val="16"/>
              </w:rPr>
              <w:t>0.7</w:t>
            </w:r>
          </w:p>
        </w:tc>
        <w:tc>
          <w:tcPr>
            <w:tcW w:type="dxa" w:w="680"/>
          </w:tcPr>
          <w:p>
            <w:pPr>
              <w:spacing w:after="0"/>
              <w:jc w:val="right"/>
            </w:pPr>
            <w:r>
              <w:rPr>
                <w:sz w:val="16"/>
              </w:rPr>
              <w:t>76.0</w:t>
            </w:r>
          </w:p>
        </w:tc>
        <w:tc>
          <w:tcPr>
            <w:tcW w:type="dxa" w:w="648"/>
          </w:tcPr>
          <w:p>
            <w:pPr>
              <w:spacing w:after="0"/>
              <w:jc w:val="right"/>
            </w:pPr>
            <w:r>
              <w:rPr>
                <w:sz w:val="16"/>
              </w:rPr>
              <w:t>95.7</w:t>
            </w:r>
          </w:p>
        </w:tc>
        <w:tc>
          <w:tcPr>
            <w:tcW w:type="dxa" w:w="4186"/>
          </w:tcPr>
          <w:p>
            <w:pPr>
              <w:spacing w:after="0"/>
              <w:jc w:val="left"/>
            </w:pPr>
            <w:r>
              <w:rPr>
                <w:sz w:val="16"/>
              </w:rPr>
              <w:t>Relatively High 17, Relatively Moderate 20, Relatively Low 3,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6"/>
          </w:tcPr>
          <w:p>
            <w:pPr>
              <w:spacing w:after="0"/>
              <w:jc w:val="right"/>
            </w:pPr>
            <w:r>
              <w:rPr>
                <w:sz w:val="16"/>
              </w:rPr>
              <w:t>41 of 41</w:t>
            </w:r>
          </w:p>
        </w:tc>
        <w:tc>
          <w:tcPr>
            <w:tcW w:type="dxa" w:w="850"/>
          </w:tcPr>
          <w:p>
            <w:pPr>
              <w:spacing w:after="0"/>
              <w:jc w:val="right"/>
            </w:pPr>
            <w:r>
              <w:rPr>
                <w:sz w:val="16"/>
              </w:rPr>
              <w:t>9.9</w:t>
            </w:r>
          </w:p>
        </w:tc>
        <w:tc>
          <w:tcPr>
            <w:tcW w:type="dxa" w:w="680"/>
          </w:tcPr>
          <w:p>
            <w:pPr>
              <w:spacing w:after="0"/>
              <w:jc w:val="right"/>
            </w:pPr>
            <w:r>
              <w:rPr>
                <w:sz w:val="16"/>
              </w:rPr>
              <w:t>55.9</w:t>
            </w:r>
          </w:p>
        </w:tc>
        <w:tc>
          <w:tcPr>
            <w:tcW w:type="dxa" w:w="648"/>
          </w:tcPr>
          <w:p>
            <w:pPr>
              <w:spacing w:after="0"/>
              <w:jc w:val="right"/>
            </w:pPr>
            <w:r>
              <w:rPr>
                <w:sz w:val="16"/>
              </w:rPr>
              <w:t>85.0</w:t>
            </w:r>
          </w:p>
        </w:tc>
        <w:tc>
          <w:tcPr>
            <w:tcW w:type="dxa" w:w="4186"/>
          </w:tcPr>
          <w:p>
            <w:pPr>
              <w:spacing w:after="0"/>
              <w:jc w:val="left"/>
            </w:pPr>
            <w:r>
              <w:rPr>
                <w:sz w:val="16"/>
              </w:rPr>
              <w:t>Relatively High 1, Relatively Moderate 22, Relatively Low 17,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6"/>
          </w:tcPr>
          <w:p>
            <w:pPr>
              <w:spacing w:after="0"/>
              <w:jc w:val="right"/>
            </w:pPr>
            <w:r>
              <w:rPr>
                <w:sz w:val="16"/>
              </w:rPr>
              <w:t>41 of 41</w:t>
            </w:r>
          </w:p>
        </w:tc>
        <w:tc>
          <w:tcPr>
            <w:tcW w:type="dxa" w:w="850"/>
          </w:tcPr>
          <w:p>
            <w:pPr>
              <w:spacing w:after="0"/>
              <w:jc w:val="right"/>
            </w:pPr>
            <w:r>
              <w:rPr>
                <w:sz w:val="16"/>
              </w:rPr>
              <w:t>1.9</w:t>
            </w:r>
          </w:p>
        </w:tc>
        <w:tc>
          <w:tcPr>
            <w:tcW w:type="dxa" w:w="680"/>
          </w:tcPr>
          <w:p>
            <w:pPr>
              <w:spacing w:after="0"/>
              <w:jc w:val="right"/>
            </w:pPr>
            <w:r>
              <w:rPr>
                <w:sz w:val="16"/>
              </w:rPr>
              <w:t>28.5</w:t>
            </w:r>
          </w:p>
        </w:tc>
        <w:tc>
          <w:tcPr>
            <w:tcW w:type="dxa" w:w="648"/>
          </w:tcPr>
          <w:p>
            <w:pPr>
              <w:spacing w:after="0"/>
              <w:jc w:val="right"/>
            </w:pPr>
            <w:r>
              <w:rPr>
                <w:sz w:val="16"/>
              </w:rPr>
              <w:t>42.9</w:t>
            </w:r>
          </w:p>
        </w:tc>
        <w:tc>
          <w:tcPr>
            <w:tcW w:type="dxa" w:w="4186"/>
          </w:tcPr>
          <w:p>
            <w:pPr>
              <w:spacing w:after="0"/>
              <w:jc w:val="left"/>
            </w:pPr>
            <w:r>
              <w:rPr>
                <w:sz w:val="16"/>
              </w:rPr>
              <w:t>Relatively Low 16, Very Low 25</w:t>
            </w:r>
          </w:p>
        </w:tc>
        <w:tc>
          <w:tcPr>
            <w:tcW w:type="dxa" w:w="5886"/>
          </w:tcPr>
          <w:p>
            <w:pPr>
              <w:spacing w:after="0"/>
              <w:jc w:val="left"/>
            </w:pPr>
          </w:p>
        </w:tc>
      </w:tr>
      <w:tr>
        <w:trPr>
          <w:cantSplit/>
        </w:trPr>
        <w:tc>
          <w:tcPr>
            <w:tcW w:type="dxa" w:w="1037"/>
          </w:tcPr>
          <w:p>
            <w:pPr>
              <w:spacing w:after="0"/>
              <w:jc w:val="left"/>
            </w:pPr>
            <w:r>
              <w:rPr>
                <w:sz w:val="16"/>
              </w:rPr>
              <w:t>Tsunami</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41</w:t>
            </w:r>
          </w:p>
        </w:tc>
        <w:tc>
          <w:tcPr>
            <w:tcW w:type="dxa" w:w="5886"/>
          </w:tcPr>
          <w:p>
            <w:pPr>
              <w:spacing w:after="0"/>
              <w:jc w:val="left"/>
            </w:pPr>
          </w:p>
        </w:tc>
      </w:tr>
      <w:tr>
        <w:trPr>
          <w:cantSplit/>
        </w:trPr>
        <w:tc>
          <w:tcPr>
            <w:tcW w:type="dxa" w:w="1037"/>
          </w:tcPr>
          <w:p>
            <w:pPr>
              <w:spacing w:after="0"/>
              <w:jc w:val="left"/>
            </w:pPr>
            <w:r>
              <w:rPr>
                <w:sz w:val="16"/>
              </w:rPr>
              <w:t>Volcanic Activity</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41</w:t>
            </w:r>
          </w:p>
        </w:tc>
        <w:tc>
          <w:tcPr>
            <w:tcW w:type="dxa" w:w="5886"/>
          </w:tcPr>
          <w:p>
            <w:pPr>
              <w:spacing w:after="0"/>
              <w:jc w:val="left"/>
            </w:pPr>
          </w:p>
        </w:tc>
      </w:tr>
      <w:tr>
        <w:trPr>
          <w:cantSplit/>
        </w:trPr>
        <w:tc>
          <w:tcPr>
            <w:tcW w:type="dxa" w:w="1037"/>
          </w:tcPr>
          <w:p>
            <w:pPr>
              <w:spacing w:after="0"/>
              <w:jc w:val="left"/>
            </w:pPr>
            <w:r>
              <w:rPr>
                <w:sz w:val="16"/>
              </w:rPr>
              <w:t>Wildfire</w:t>
            </w:r>
          </w:p>
        </w:tc>
        <w:tc>
          <w:tcPr>
            <w:tcW w:type="dxa" w:w="826"/>
          </w:tcPr>
          <w:p>
            <w:pPr>
              <w:spacing w:after="0"/>
              <w:jc w:val="right"/>
            </w:pPr>
            <w:r>
              <w:rPr>
                <w:sz w:val="16"/>
              </w:rPr>
              <w:t>38 of 41</w:t>
            </w:r>
          </w:p>
        </w:tc>
        <w:tc>
          <w:tcPr>
            <w:tcW w:type="dxa" w:w="850"/>
          </w:tcPr>
          <w:p>
            <w:pPr>
              <w:spacing w:after="0"/>
              <w:jc w:val="right"/>
            </w:pPr>
            <w:r>
              <w:rPr>
                <w:sz w:val="16"/>
              </w:rPr>
              <w:t>19.2</w:t>
            </w:r>
          </w:p>
        </w:tc>
        <w:tc>
          <w:tcPr>
            <w:tcW w:type="dxa" w:w="680"/>
          </w:tcPr>
          <w:p>
            <w:pPr>
              <w:spacing w:after="0"/>
              <w:jc w:val="right"/>
            </w:pPr>
            <w:r>
              <w:rPr>
                <w:sz w:val="16"/>
              </w:rPr>
              <w:t>46.6</w:t>
            </w:r>
          </w:p>
        </w:tc>
        <w:tc>
          <w:tcPr>
            <w:tcW w:type="dxa" w:w="648"/>
          </w:tcPr>
          <w:p>
            <w:pPr>
              <w:spacing w:after="0"/>
              <w:jc w:val="right"/>
            </w:pPr>
            <w:r>
              <w:rPr>
                <w:sz w:val="16"/>
              </w:rPr>
              <w:t>74.4</w:t>
            </w:r>
          </w:p>
        </w:tc>
        <w:tc>
          <w:tcPr>
            <w:tcW w:type="dxa" w:w="4186"/>
          </w:tcPr>
          <w:p>
            <w:pPr>
              <w:spacing w:after="0"/>
              <w:jc w:val="left"/>
            </w:pPr>
            <w:r>
              <w:rPr>
                <w:sz w:val="16"/>
              </w:rPr>
              <w:t>Relatively Low 2, Very Low 36, No Rating 3</w:t>
            </w:r>
          </w:p>
        </w:tc>
        <w:tc>
          <w:tcPr>
            <w:tcW w:type="dxa" w:w="5886"/>
          </w:tcPr>
          <w:p>
            <w:pPr>
              <w:spacing w:after="0"/>
              <w:jc w:val="left"/>
            </w:pPr>
          </w:p>
        </w:tc>
      </w:tr>
      <w:tr>
        <w:trPr>
          <w:cantSplit/>
        </w:trPr>
        <w:tc>
          <w:tcPr>
            <w:tcW w:type="dxa" w:w="1037"/>
          </w:tcPr>
          <w:p>
            <w:pPr>
              <w:spacing w:after="0"/>
              <w:jc w:val="left"/>
            </w:pPr>
            <w:r>
              <w:rPr>
                <w:sz w:val="16"/>
              </w:rPr>
              <w:t>Winter Weather</w:t>
            </w:r>
          </w:p>
        </w:tc>
        <w:tc>
          <w:tcPr>
            <w:tcW w:type="dxa" w:w="826"/>
          </w:tcPr>
          <w:p>
            <w:pPr>
              <w:spacing w:after="0"/>
              <w:jc w:val="right"/>
            </w:pPr>
            <w:r>
              <w:rPr>
                <w:sz w:val="16"/>
              </w:rPr>
              <w:t>41 of 41</w:t>
            </w:r>
          </w:p>
        </w:tc>
        <w:tc>
          <w:tcPr>
            <w:tcW w:type="dxa" w:w="850"/>
          </w:tcPr>
          <w:p>
            <w:pPr>
              <w:spacing w:after="0"/>
              <w:jc w:val="right"/>
            </w:pPr>
            <w:r>
              <w:rPr>
                <w:sz w:val="16"/>
              </w:rPr>
              <w:t>20.5</w:t>
            </w:r>
          </w:p>
        </w:tc>
        <w:tc>
          <w:tcPr>
            <w:tcW w:type="dxa" w:w="680"/>
          </w:tcPr>
          <w:p>
            <w:pPr>
              <w:spacing w:after="0"/>
              <w:jc w:val="right"/>
            </w:pPr>
            <w:r>
              <w:rPr>
                <w:sz w:val="16"/>
              </w:rPr>
              <w:t>78.5</w:t>
            </w:r>
          </w:p>
        </w:tc>
        <w:tc>
          <w:tcPr>
            <w:tcW w:type="dxa" w:w="648"/>
          </w:tcPr>
          <w:p>
            <w:pPr>
              <w:spacing w:after="0"/>
              <w:jc w:val="right"/>
            </w:pPr>
            <w:r>
              <w:rPr>
                <w:sz w:val="16"/>
              </w:rPr>
              <w:t>94.7</w:t>
            </w:r>
          </w:p>
        </w:tc>
        <w:tc>
          <w:tcPr>
            <w:tcW w:type="dxa" w:w="4186"/>
          </w:tcPr>
          <w:p>
            <w:pPr>
              <w:spacing w:after="0"/>
              <w:jc w:val="left"/>
            </w:pPr>
            <w:r>
              <w:rPr>
                <w:sz w:val="16"/>
              </w:rPr>
              <w:t>Relatively High 20, Relatively Moderate 20, Relatively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67"/>
        <w:gridCol w:w="729"/>
        <w:gridCol w:w="2974"/>
        <w:gridCol w:w="2371"/>
        <w:gridCol w:w="1668"/>
        <w:gridCol w:w="2030"/>
        <w:gridCol w:w="2873"/>
      </w:tblGrid>
      <w:tr>
        <w:trPr>
          <w:cantSplit/>
          <w:tblHeader/>
        </w:trPr>
        <w:tc>
          <w:tcPr>
            <w:tcW w:type="dxa" w:w="1467"/>
            <w:shd w:val="clear" w:color="auto" w:fill="E8E8E8"/>
          </w:tcPr>
          <w:p>
            <w:pPr>
              <w:spacing w:after="0"/>
              <w:jc w:val="left"/>
            </w:pPr>
            <w:r>
              <w:rPr>
                <w:b/>
                <w:sz w:val="16"/>
              </w:rPr>
              <w:t>Member</w:t>
            </w:r>
          </w:p>
        </w:tc>
        <w:tc>
          <w:tcPr>
            <w:tcW w:type="dxa" w:w="729"/>
            <w:shd w:val="clear" w:color="auto" w:fill="E8E8E8"/>
          </w:tcPr>
          <w:p>
            <w:pPr>
              <w:spacing w:after="0"/>
              <w:jc w:val="left"/>
            </w:pPr>
            <w:r>
              <w:rPr>
                <w:b/>
                <w:sz w:val="16"/>
              </w:rPr>
              <w:t>Type</w:t>
            </w:r>
          </w:p>
        </w:tc>
        <w:tc>
          <w:tcPr>
            <w:tcW w:type="dxa" w:w="2974"/>
            <w:shd w:val="clear" w:color="auto" w:fill="E8E8E8"/>
          </w:tcPr>
          <w:p>
            <w:pPr>
              <w:spacing w:after="0"/>
              <w:jc w:val="left"/>
            </w:pPr>
            <w:r>
              <w:rPr>
                <w:b/>
                <w:sz w:val="16"/>
              </w:rPr>
              <w:t>Plan status</w:t>
            </w:r>
          </w:p>
        </w:tc>
        <w:tc>
          <w:tcPr>
            <w:tcW w:type="dxa" w:w="237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6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3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73"/>
            <w:shd w:val="clear" w:color="auto" w:fill="E8E8E8"/>
          </w:tcPr>
          <w:p>
            <w:pPr>
              <w:spacing w:after="0"/>
              <w:jc w:val="left"/>
            </w:pPr>
            <w:r>
              <w:rPr>
                <w:b/>
                <w:sz w:val="16"/>
              </w:rPr>
              <w:t>Notes</w:t>
            </w:r>
          </w:p>
        </w:tc>
      </w:tr>
      <w:tr>
        <w:trPr>
          <w:cantSplit/>
        </w:trPr>
        <w:tc>
          <w:tcPr>
            <w:tcW w:type="dxa" w:w="1467"/>
          </w:tcPr>
          <w:p>
            <w:pPr>
              <w:spacing w:after="0"/>
              <w:jc w:val="left"/>
            </w:pPr>
            <w:r>
              <w:rPr>
                <w:sz w:val="16"/>
              </w:rPr>
              <w:t>Winooski city</w:t>
            </w:r>
          </w:p>
        </w:tc>
        <w:tc>
          <w:tcPr>
            <w:tcW w:type="dxa" w:w="729"/>
          </w:tcPr>
          <w:p>
            <w:pPr>
              <w:spacing w:after="0"/>
              <w:jc w:val="left"/>
            </w:pPr>
            <w:r>
              <w:rPr>
                <w:sz w:val="16"/>
              </w:rPr>
              <w:t>City</w:t>
            </w:r>
          </w:p>
        </w:tc>
        <w:tc>
          <w:tcPr>
            <w:tcW w:type="dxa" w:w="2974"/>
          </w:tcPr>
          <w:p>
            <w:pPr>
              <w:spacing w:after="0"/>
              <w:jc w:val="left"/>
            </w:pPr>
            <w:r>
              <w:rPr>
                <w:sz w:val="16"/>
              </w:rPr>
              <w:t>Approved, expires 2027-11-10</w:t>
            </w:r>
          </w:p>
        </w:tc>
        <w:tc>
          <w:tcPr>
            <w:tcW w:type="dxa" w:w="2371"/>
          </w:tcPr>
          <w:p>
            <w:pPr>
              <w:spacing w:after="0"/>
              <w:jc w:val="right"/>
            </w:pPr>
            <w:r>
              <w:rPr>
                <w:sz w:val="16"/>
              </w:rPr>
              <w:t>FMA RL 0, SRL 0; any 0</w:t>
            </w:r>
          </w:p>
        </w:tc>
        <w:tc>
          <w:tcPr>
            <w:tcW w:type="dxa" w:w="1668"/>
          </w:tcPr>
          <w:p>
            <w:pPr>
              <w:spacing w:after="0"/>
              <w:jc w:val="right"/>
            </w:pPr>
            <w:r>
              <w:rPr>
                <w:sz w:val="16"/>
              </w:rPr>
              <w:t>$16,285.83</w:t>
            </w:r>
          </w:p>
        </w:tc>
        <w:tc>
          <w:tcPr>
            <w:tcW w:type="dxa" w:w="2030"/>
          </w:tcPr>
          <w:p>
            <w:pPr>
              <w:spacing w:after="0"/>
              <w:jc w:val="right"/>
            </w:pPr>
            <w:r>
              <w:rPr>
                <w:sz w:val="16"/>
              </w:rPr>
              <w:t>14; 1</w:t>
            </w:r>
          </w:p>
        </w:tc>
        <w:tc>
          <w:tcPr>
            <w:tcW w:type="dxa" w:w="2873"/>
          </w:tcPr>
          <w:p>
            <w:pPr>
              <w:spacing w:after="0"/>
              <w:jc w:val="left"/>
            </w:pPr>
            <w:r>
              <w:rPr>
                <w:sz w:val="16"/>
              </w:rPr>
              <w:t>Includes $7,693.24 for declarations not counted as hazard incidents (DR-4532-VT).</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Chittenden County, county-level (county FIPS 50007);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Chittenden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hittenden County, county-level"/>
        <w:tblDescription w:val="Hazard Plain table b2ab"/>
      </w:tblPr>
      <w:tblGrid>
        <w:gridCol w:w="1037"/>
        <w:gridCol w:w="1483"/>
        <w:gridCol w:w="1131"/>
        <w:gridCol w:w="1040"/>
        <w:gridCol w:w="1126"/>
        <w:gridCol w:w="1126"/>
        <w:gridCol w:w="1147"/>
        <w:gridCol w:w="1038"/>
        <w:gridCol w:w="1158"/>
        <w:gridCol w:w="1068"/>
        <w:gridCol w:w="1407"/>
        <w:gridCol w:w="135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3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8"/>
            <w:shd w:val="clear" w:color="auto" w:fill="E8E8E8"/>
          </w:tcPr>
          <w:p>
            <w:pPr>
              <w:spacing w:after="0"/>
              <w:jc w:val="right"/>
            </w:pPr>
            <w:r>
              <w:rPr>
                <w:b/>
                <w:sz w:val="16"/>
              </w:rPr>
              <w:t>Storm Events damage since 2022-11-11</w:t>
            </w:r>
          </w:p>
          <w:p>
            <w:pPr>
              <w:spacing w:after="0"/>
              <w:jc w:val="right"/>
            </w:pPr>
            <w:r>
              <w:rPr>
                <w:i/>
                <w:color w:val="555555"/>
                <w:sz w:val="14"/>
              </w:rPr>
              <w:t>county-coded records, property plus crops, nominal dollars</w:t>
            </w:r>
          </w:p>
        </w:tc>
        <w:tc>
          <w:tcPr>
            <w:tcW w:type="dxa" w:w="106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5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$172,968</w:t>
            </w:r>
          </w:p>
        </w:tc>
        <w:tc>
          <w:tcPr>
            <w:tcW w:type="dxa" w:w="1131"/>
          </w:tcPr>
          <w:p>
            <w:pPr>
              <w:spacing w:after="0"/>
              <w:jc w:val="right"/>
            </w:pPr>
          </w:p>
        </w:tc>
        <w:tc>
          <w:tcPr>
            <w:tcW w:type="dxa" w:w="1040"/>
          </w:tcPr>
          <w:p>
            <w:pPr>
              <w:spacing w:after="0"/>
              <w:jc w:val="right"/>
            </w:pPr>
            <w:r>
              <w:rPr>
                <w:sz w:val="16"/>
              </w:rPr>
              <w:t>5</w:t>
            </w:r>
          </w:p>
        </w:tc>
        <w:tc>
          <w:tcPr>
            <w:tcW w:type="dxa" w:w="1126"/>
          </w:tcPr>
          <w:p>
            <w:pPr>
              <w:spacing w:after="0"/>
              <w:jc w:val="right"/>
            </w:pPr>
            <w:r>
              <w:rPr>
                <w:sz w:val="16"/>
              </w:rPr>
              <w:t>under $1</w:t>
            </w:r>
          </w:p>
        </w:tc>
        <w:tc>
          <w:tcPr>
            <w:tcW w:type="dxa" w:w="1126"/>
          </w:tcPr>
          <w:p>
            <w:pPr>
              <w:spacing w:after="0"/>
              <w:jc w:val="right"/>
            </w:pPr>
          </w:p>
        </w:tc>
        <w:tc>
          <w:tcPr>
            <w:tcW w:type="dxa" w:w="1147"/>
          </w:tcPr>
          <w:p>
            <w:pPr>
              <w:spacing w:after="0"/>
              <w:jc w:val="right"/>
            </w:pPr>
            <w:r>
              <w:rPr>
                <w:sz w:val="16"/>
              </w:rPr>
              <w:t>$456,666</w:t>
            </w:r>
          </w:p>
        </w:tc>
        <w:tc>
          <w:tcPr>
            <w:tcW w:type="dxa" w:w="1038"/>
          </w:tcPr>
          <w:p>
            <w:pPr>
              <w:spacing w:after="0"/>
              <w:jc w:val="right"/>
            </w:pPr>
            <w:r>
              <w:rPr>
                <w:sz w:val="16"/>
              </w:rPr>
              <w:t>0.0001%</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1"/>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$6,086</w:t>
            </w:r>
          </w:p>
        </w:tc>
        <w:tc>
          <w:tcPr>
            <w:tcW w:type="dxa" w:w="1126"/>
          </w:tcPr>
          <w:p>
            <w:pPr>
              <w:spacing w:after="0"/>
              <w:jc w:val="right"/>
            </w:pPr>
            <w:r>
              <w:rPr>
                <w:sz w:val="16"/>
              </w:rPr>
              <w:t>$77,432</w:t>
            </w:r>
          </w:p>
        </w:tc>
        <w:tc>
          <w:tcPr>
            <w:tcW w:type="dxa" w:w="1147"/>
          </w:tcPr>
          <w:p>
            <w:pPr>
              <w:spacing w:after="0"/>
              <w:jc w:val="right"/>
            </w:pPr>
            <w:r>
              <w:rPr>
                <w:sz w:val="16"/>
              </w:rPr>
              <w:t>$1,503,744</w:t>
            </w:r>
          </w:p>
        </w:tc>
        <w:tc>
          <w:tcPr>
            <w:tcW w:type="dxa" w:w="1038"/>
          </w:tcPr>
          <w:p>
            <w:pPr>
              <w:spacing w:after="0"/>
              <w:jc w:val="right"/>
            </w:pPr>
            <w:r>
              <w:rPr>
                <w:sz w:val="16"/>
              </w:rPr>
              <w:t>under 0.0001%</w:t>
            </w:r>
          </w:p>
        </w:tc>
        <w:tc>
          <w:tcPr>
            <w:tcW w:type="dxa" w:w="1158"/>
          </w:tcPr>
          <w:p>
            <w:pPr>
              <w:spacing w:after="0"/>
              <w:jc w:val="right"/>
            </w:pPr>
          </w:p>
        </w:tc>
        <w:tc>
          <w:tcPr>
            <w:tcW w:type="dxa" w:w="1068"/>
          </w:tcPr>
          <w:p>
            <w:pPr>
              <w:spacing w:after="0"/>
              <w:jc w:val="right"/>
            </w:pPr>
            <w:r>
              <w:rPr>
                <w:sz w:val="16"/>
              </w:rPr>
              <w:t>$1,500,000</w:t>
            </w:r>
          </w:p>
        </w:tc>
        <w:tc>
          <w:tcPr>
            <w:tcW w:type="dxa" w:w="1407"/>
          </w:tcPr>
          <w:p>
            <w:pPr>
              <w:spacing w:after="0"/>
              <w:jc w:val="right"/>
            </w:pPr>
          </w:p>
        </w:tc>
        <w:tc>
          <w:tcPr>
            <w:tcW w:type="dxa" w:w="1350"/>
          </w:tcPr>
          <w:p>
            <w:pPr>
              <w:spacing w:after="0"/>
              <w:jc w:val="left"/>
            </w:pPr>
            <w:r>
              <w:rPr>
                <w:sz w:val="16"/>
              </w:rPr>
              <w:t>Storm Events damage since the plan includes 1 zone-level Frost/Freeze record ($1,500,000),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1"/>
          </w:tcPr>
          <w:p>
            <w:pPr>
              <w:spacing w:after="0"/>
              <w:jc w:val="right"/>
            </w:pPr>
            <w:r>
              <w:rPr>
                <w:sz w:val="16"/>
              </w:rPr>
              <w:t>$0</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$70,812,620,784</w:t>
            </w:r>
          </w:p>
        </w:tc>
        <w:tc>
          <w:tcPr>
            <w:tcW w:type="dxa" w:w="1131"/>
          </w:tcPr>
          <w:p>
            <w:pPr>
              <w:spacing w:after="0"/>
              <w:jc w:val="right"/>
            </w:pPr>
          </w:p>
        </w:tc>
        <w:tc>
          <w:tcPr>
            <w:tcW w:type="dxa" w:w="1040"/>
          </w:tcPr>
          <w:p>
            <w:pPr>
              <w:spacing w:after="0"/>
              <w:jc w:val="right"/>
            </w:pPr>
            <w:r>
              <w:rPr>
                <w:sz w:val="16"/>
              </w:rPr>
              <w:t>168,323</w:t>
            </w:r>
          </w:p>
        </w:tc>
        <w:tc>
          <w:tcPr>
            <w:tcW w:type="dxa" w:w="1126"/>
          </w:tcPr>
          <w:p>
            <w:pPr>
              <w:spacing w:after="0"/>
              <w:jc w:val="right"/>
            </w:pPr>
            <w:r>
              <w:rPr>
                <w:sz w:val="16"/>
              </w:rPr>
              <w:t>$1,833,011</w:t>
            </w:r>
          </w:p>
        </w:tc>
        <w:tc>
          <w:tcPr>
            <w:tcW w:type="dxa" w:w="1126"/>
          </w:tcPr>
          <w:p>
            <w:pPr>
              <w:spacing w:after="0"/>
              <w:jc w:val="right"/>
            </w:pPr>
          </w:p>
        </w:tc>
        <w:tc>
          <w:tcPr>
            <w:tcW w:type="dxa" w:w="1147"/>
          </w:tcPr>
          <w:p>
            <w:pPr>
              <w:spacing w:after="0"/>
              <w:jc w:val="right"/>
            </w:pPr>
            <w:r>
              <w:rPr>
                <w:sz w:val="16"/>
              </w:rPr>
              <w:t>$314,944</w:t>
            </w:r>
          </w:p>
        </w:tc>
        <w:tc>
          <w:tcPr>
            <w:tcW w:type="dxa" w:w="1038"/>
          </w:tcPr>
          <w:p>
            <w:pPr>
              <w:spacing w:after="0"/>
              <w:jc w:val="right"/>
            </w:pPr>
            <w:r>
              <w:rPr>
                <w:sz w:val="16"/>
              </w:rPr>
              <w:t>0.00259%</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$12,645</w:t>
            </w:r>
          </w:p>
        </w:tc>
        <w:tc>
          <w:tcPr>
            <w:tcW w:type="dxa" w:w="1126"/>
          </w:tcPr>
          <w:p>
            <w:pPr>
              <w:spacing w:after="0"/>
              <w:jc w:val="right"/>
            </w:pPr>
            <w:r>
              <w:rPr>
                <w:sz w:val="16"/>
              </w:rPr>
              <w:t>$7,277</w:t>
            </w:r>
          </w:p>
        </w:tc>
        <w:tc>
          <w:tcPr>
            <w:tcW w:type="dxa" w:w="1147"/>
          </w:tcPr>
          <w:p>
            <w:pPr>
              <w:spacing w:after="0"/>
              <w:jc w:val="right"/>
            </w:pPr>
            <w:r>
              <w:rPr>
                <w:sz w:val="16"/>
              </w:rPr>
              <w:t>$78,688</w:t>
            </w:r>
          </w:p>
        </w:tc>
        <w:tc>
          <w:tcPr>
            <w:tcW w:type="dxa" w:w="1038"/>
          </w:tcPr>
          <w:p>
            <w:pPr>
              <w:spacing w:after="0"/>
              <w:jc w:val="right"/>
            </w:pPr>
            <w:r>
              <w:rPr>
                <w:sz w:val="16"/>
              </w:rPr>
              <w:t>under 0.0001%</w:t>
            </w:r>
          </w:p>
        </w:tc>
        <w:tc>
          <w:tcPr>
            <w:tcW w:type="dxa" w:w="1158"/>
          </w:tcPr>
          <w:p>
            <w:pPr>
              <w:spacing w:after="0"/>
              <w:jc w:val="right"/>
            </w:pPr>
            <w:r>
              <w:rPr>
                <w:sz w:val="16"/>
              </w:rPr>
              <w:t>$20,000</w:t>
            </w: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$1</w:t>
            </w:r>
          </w:p>
        </w:tc>
        <w:tc>
          <w:tcPr>
            <w:tcW w:type="dxa" w:w="1126"/>
          </w:tcPr>
          <w:p>
            <w:pPr>
              <w:spacing w:after="0"/>
              <w:jc w:val="right"/>
            </w:pPr>
            <w:r>
              <w:rPr>
                <w:sz w:val="16"/>
              </w:rPr>
              <w:t>$37,686</w:t>
            </w:r>
          </w:p>
        </w:tc>
        <w:tc>
          <w:tcPr>
            <w:tcW w:type="dxa" w:w="1147"/>
          </w:tcPr>
          <w:p>
            <w:pPr>
              <w:spacing w:after="0"/>
              <w:jc w:val="right"/>
            </w:pPr>
            <w:r>
              <w:rPr>
                <w:sz w:val="16"/>
              </w:rPr>
              <w:t>$1,759,734</w:t>
            </w:r>
          </w:p>
        </w:tc>
        <w:tc>
          <w:tcPr>
            <w:tcW w:type="dxa" w:w="1038"/>
          </w:tcPr>
          <w:p>
            <w:pPr>
              <w:spacing w:after="0"/>
              <w:jc w:val="right"/>
            </w:pPr>
            <w:r>
              <w:rPr>
                <w:sz w:val="16"/>
              </w:rPr>
              <w:t>under 0.0001%</w:t>
            </w:r>
          </w:p>
        </w:tc>
        <w:tc>
          <w:tcPr>
            <w:tcW w:type="dxa" w:w="1158"/>
          </w:tcPr>
          <w:p>
            <w:pPr>
              <w:spacing w:after="0"/>
              <w:jc w:val="right"/>
            </w:pPr>
          </w:p>
        </w:tc>
        <w:tc>
          <w:tcPr>
            <w:tcW w:type="dxa" w:w="1068"/>
          </w:tcPr>
          <w:p>
            <w:pPr>
              <w:spacing w:after="0"/>
              <w:jc w:val="right"/>
            </w:pPr>
            <w:r>
              <w:rPr>
                <w:sz w:val="16"/>
              </w:rPr>
              <w:t>$0</w:t>
            </w: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$40,397,757,407</w:t>
            </w:r>
          </w:p>
        </w:tc>
        <w:tc>
          <w:tcPr>
            <w:tcW w:type="dxa" w:w="1131"/>
          </w:tcPr>
          <w:p>
            <w:pPr>
              <w:spacing w:after="0"/>
              <w:jc w:val="right"/>
            </w:pPr>
            <w:r>
              <w:rPr>
                <w:sz w:val="16"/>
              </w:rPr>
              <w:t>$56,084,440</w:t>
            </w:r>
          </w:p>
        </w:tc>
        <w:tc>
          <w:tcPr>
            <w:tcW w:type="dxa" w:w="1040"/>
          </w:tcPr>
          <w:p>
            <w:pPr>
              <w:spacing w:after="0"/>
              <w:jc w:val="right"/>
            </w:pPr>
            <w:r>
              <w:rPr>
                <w:sz w:val="16"/>
              </w:rPr>
              <w:t>168,041</w:t>
            </w:r>
          </w:p>
        </w:tc>
        <w:tc>
          <w:tcPr>
            <w:tcW w:type="dxa" w:w="1126"/>
          </w:tcPr>
          <w:p>
            <w:pPr>
              <w:spacing w:after="0"/>
              <w:jc w:val="right"/>
            </w:pPr>
            <w:r>
              <w:rPr>
                <w:sz w:val="16"/>
              </w:rPr>
              <w:t>$606,338</w:t>
            </w:r>
          </w:p>
        </w:tc>
        <w:tc>
          <w:tcPr>
            <w:tcW w:type="dxa" w:w="1126"/>
          </w:tcPr>
          <w:p>
            <w:pPr>
              <w:spacing w:after="0"/>
              <w:jc w:val="right"/>
            </w:pPr>
            <w:r>
              <w:rPr>
                <w:sz w:val="16"/>
              </w:rPr>
              <w:t>$26,484</w:t>
            </w:r>
          </w:p>
        </w:tc>
        <w:tc>
          <w:tcPr>
            <w:tcW w:type="dxa" w:w="1147"/>
          </w:tcPr>
          <w:p>
            <w:pPr>
              <w:spacing w:after="0"/>
              <w:jc w:val="right"/>
            </w:pPr>
            <w:r>
              <w:rPr>
                <w:sz w:val="16"/>
              </w:rPr>
              <w:t>$28,240</w:t>
            </w:r>
          </w:p>
        </w:tc>
        <w:tc>
          <w:tcPr>
            <w:tcW w:type="dxa" w:w="1038"/>
          </w:tcPr>
          <w:p>
            <w:pPr>
              <w:spacing w:after="0"/>
              <w:jc w:val="right"/>
            </w:pPr>
            <w:r>
              <w:rPr>
                <w:sz w:val="16"/>
              </w:rPr>
              <w:t>0.0015%</w:t>
            </w:r>
          </w:p>
        </w:tc>
        <w:tc>
          <w:tcPr>
            <w:tcW w:type="dxa" w:w="1158"/>
          </w:tcPr>
          <w:p>
            <w:pPr>
              <w:spacing w:after="0"/>
              <w:jc w:val="right"/>
            </w:pPr>
          </w:p>
        </w:tc>
        <w:tc>
          <w:tcPr>
            <w:tcW w:type="dxa" w:w="1068"/>
          </w:tcPr>
          <w:p>
            <w:pPr>
              <w:spacing w:after="0"/>
              <w:jc w:val="right"/>
            </w:pPr>
          </w:p>
        </w:tc>
        <w:tc>
          <w:tcPr>
            <w:tcW w:type="dxa" w:w="1407"/>
          </w:tcPr>
          <w:p>
            <w:pPr>
              <w:spacing w:after="0"/>
              <w:jc w:val="right"/>
            </w:pPr>
            <w:r>
              <w:rPr>
                <w:sz w:val="16"/>
              </w:rPr>
              <w:t>none found (1 declaration)</w:t>
            </w:r>
          </w:p>
        </w:tc>
        <w:tc>
          <w:tcPr>
            <w:tcW w:type="dxa" w:w="135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$40,413,608,910</w:t>
            </w:r>
          </w:p>
        </w:tc>
        <w:tc>
          <w:tcPr>
            <w:tcW w:type="dxa" w:w="1131"/>
          </w:tcPr>
          <w:p>
            <w:pPr>
              <w:spacing w:after="0"/>
              <w:jc w:val="right"/>
            </w:pPr>
          </w:p>
        </w:tc>
        <w:tc>
          <w:tcPr>
            <w:tcW w:type="dxa" w:w="1040"/>
          </w:tcPr>
          <w:p>
            <w:pPr>
              <w:spacing w:after="0"/>
              <w:jc w:val="right"/>
            </w:pPr>
            <w:r>
              <w:rPr>
                <w:sz w:val="16"/>
              </w:rPr>
              <w:t>168,153</w:t>
            </w:r>
          </w:p>
        </w:tc>
        <w:tc>
          <w:tcPr>
            <w:tcW w:type="dxa" w:w="1126"/>
          </w:tcPr>
          <w:p>
            <w:pPr>
              <w:spacing w:after="0"/>
              <w:jc w:val="right"/>
            </w:pPr>
            <w:r>
              <w:rPr>
                <w:sz w:val="16"/>
              </w:rPr>
              <w:t>$540,984</w:t>
            </w:r>
          </w:p>
        </w:tc>
        <w:tc>
          <w:tcPr>
            <w:tcW w:type="dxa" w:w="1126"/>
          </w:tcPr>
          <w:p>
            <w:pPr>
              <w:spacing w:after="0"/>
              <w:jc w:val="right"/>
            </w:pPr>
          </w:p>
        </w:tc>
        <w:tc>
          <w:tcPr>
            <w:tcW w:type="dxa" w:w="1147"/>
          </w:tcPr>
          <w:p>
            <w:pPr>
              <w:spacing w:after="0"/>
              <w:jc w:val="right"/>
            </w:pPr>
            <w:r>
              <w:rPr>
                <w:sz w:val="16"/>
              </w:rPr>
              <w:t>$59,687</w:t>
            </w:r>
          </w:p>
        </w:tc>
        <w:tc>
          <w:tcPr>
            <w:tcW w:type="dxa" w:w="1038"/>
          </w:tcPr>
          <w:p>
            <w:pPr>
              <w:spacing w:after="0"/>
              <w:jc w:val="right"/>
            </w:pPr>
            <w:r>
              <w:rPr>
                <w:sz w:val="16"/>
              </w:rPr>
              <w:t>0.00134%</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$40,373,970,472</w:t>
            </w:r>
          </w:p>
        </w:tc>
        <w:tc>
          <w:tcPr>
            <w:tcW w:type="dxa" w:w="1131"/>
          </w:tcPr>
          <w:p>
            <w:pPr>
              <w:spacing w:after="0"/>
              <w:jc w:val="right"/>
            </w:pPr>
            <w:r>
              <w:rPr>
                <w:sz w:val="16"/>
              </w:rPr>
              <w:t>$15,673,575</w:t>
            </w:r>
          </w:p>
        </w:tc>
        <w:tc>
          <w:tcPr>
            <w:tcW w:type="dxa" w:w="1040"/>
          </w:tcPr>
          <w:p>
            <w:pPr>
              <w:spacing w:after="0"/>
              <w:jc w:val="right"/>
            </w:pPr>
            <w:r>
              <w:rPr>
                <w:sz w:val="16"/>
              </w:rPr>
              <w:t>1,651</w:t>
            </w:r>
          </w:p>
        </w:tc>
        <w:tc>
          <w:tcPr>
            <w:tcW w:type="dxa" w:w="1126"/>
          </w:tcPr>
          <w:p>
            <w:pPr>
              <w:spacing w:after="0"/>
              <w:jc w:val="right"/>
            </w:pPr>
            <w:r>
              <w:rPr>
                <w:sz w:val="16"/>
              </w:rPr>
              <w:t>$28,508,887</w:t>
            </w:r>
          </w:p>
        </w:tc>
        <w:tc>
          <w:tcPr>
            <w:tcW w:type="dxa" w:w="1126"/>
          </w:tcPr>
          <w:p>
            <w:pPr>
              <w:spacing w:after="0"/>
              <w:jc w:val="right"/>
            </w:pPr>
            <w:r>
              <w:rPr>
                <w:sz w:val="16"/>
              </w:rPr>
              <w:t>$67,191</w:t>
            </w:r>
          </w:p>
        </w:tc>
        <w:tc>
          <w:tcPr>
            <w:tcW w:type="dxa" w:w="1147"/>
          </w:tcPr>
          <w:p>
            <w:pPr>
              <w:spacing w:after="0"/>
              <w:jc w:val="right"/>
            </w:pPr>
            <w:r>
              <w:rPr>
                <w:sz w:val="16"/>
              </w:rPr>
              <w:t>$221,627</w:t>
            </w:r>
          </w:p>
        </w:tc>
        <w:tc>
          <w:tcPr>
            <w:tcW w:type="dxa" w:w="1038"/>
          </w:tcPr>
          <w:p>
            <w:pPr>
              <w:spacing w:after="0"/>
              <w:jc w:val="right"/>
            </w:pPr>
            <w:r>
              <w:rPr>
                <w:sz w:val="16"/>
              </w:rPr>
              <w:t>n/a (see note)</w:t>
            </w:r>
          </w:p>
        </w:tc>
        <w:tc>
          <w:tcPr>
            <w:tcW w:type="dxa" w:w="1158"/>
          </w:tcPr>
          <w:p>
            <w:pPr>
              <w:spacing w:after="0"/>
              <w:jc w:val="right"/>
            </w:pPr>
            <w:r>
              <w:rPr>
                <w:sz w:val="16"/>
              </w:rPr>
              <w:t>$920,000</w:t>
            </w:r>
          </w:p>
        </w:tc>
        <w:tc>
          <w:tcPr>
            <w:tcW w:type="dxa" w:w="1068"/>
          </w:tcPr>
          <w:p>
            <w:pPr>
              <w:spacing w:after="0"/>
              <w:jc w:val="right"/>
            </w:pPr>
          </w:p>
        </w:tc>
        <w:tc>
          <w:tcPr>
            <w:tcW w:type="dxa" w:w="1407"/>
          </w:tcPr>
          <w:p>
            <w:pPr>
              <w:spacing w:after="0"/>
              <w:jc w:val="right"/>
            </w:pPr>
            <w:r>
              <w:rPr>
                <w:sz w:val="16"/>
              </w:rPr>
              <w:t>$11,876,393.49</w:t>
            </w:r>
          </w:p>
        </w:tc>
        <w:tc>
          <w:tcPr>
            <w:tcW w:type="dxa" w:w="135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$1,278,020,800</w:t>
            </w:r>
          </w:p>
        </w:tc>
        <w:tc>
          <w:tcPr>
            <w:tcW w:type="dxa" w:w="1131"/>
          </w:tcPr>
          <w:p>
            <w:pPr>
              <w:spacing w:after="0"/>
              <w:jc w:val="right"/>
            </w:pPr>
          </w:p>
        </w:tc>
        <w:tc>
          <w:tcPr>
            <w:tcW w:type="dxa" w:w="1040"/>
          </w:tcPr>
          <w:p>
            <w:pPr>
              <w:spacing w:after="0"/>
              <w:jc w:val="right"/>
            </w:pPr>
            <w:r>
              <w:rPr>
                <w:sz w:val="16"/>
              </w:rPr>
              <w:t>5,344</w:t>
            </w:r>
          </w:p>
        </w:tc>
        <w:tc>
          <w:tcPr>
            <w:tcW w:type="dxa" w:w="1126"/>
          </w:tcPr>
          <w:p>
            <w:pPr>
              <w:spacing w:after="0"/>
              <w:jc w:val="right"/>
            </w:pPr>
            <w:r>
              <w:rPr>
                <w:sz w:val="16"/>
              </w:rPr>
              <w:t>$11,303</w:t>
            </w:r>
          </w:p>
        </w:tc>
        <w:tc>
          <w:tcPr>
            <w:tcW w:type="dxa" w:w="1126"/>
          </w:tcPr>
          <w:p>
            <w:pPr>
              <w:spacing w:after="0"/>
              <w:jc w:val="right"/>
            </w:pPr>
          </w:p>
        </w:tc>
        <w:tc>
          <w:tcPr>
            <w:tcW w:type="dxa" w:w="1147"/>
          </w:tcPr>
          <w:p>
            <w:pPr>
              <w:spacing w:after="0"/>
              <w:jc w:val="right"/>
            </w:pPr>
            <w:r>
              <w:rPr>
                <w:sz w:val="16"/>
              </w:rPr>
              <w:t>$7,061</w:t>
            </w:r>
          </w:p>
        </w:tc>
        <w:tc>
          <w:tcPr>
            <w:tcW w:type="dxa" w:w="1038"/>
          </w:tcPr>
          <w:p>
            <w:pPr>
              <w:spacing w:after="0"/>
              <w:jc w:val="right"/>
            </w:pPr>
            <w:r>
              <w:rPr>
                <w:sz w:val="16"/>
              </w:rPr>
              <w:t>0.000884%</w:t>
            </w:r>
          </w:p>
        </w:tc>
        <w:tc>
          <w:tcPr>
            <w:tcW w:type="dxa" w:w="1158"/>
          </w:tcPr>
          <w:p>
            <w:pPr>
              <w:spacing w:after="0"/>
              <w:jc w:val="right"/>
            </w:pPr>
          </w:p>
        </w:tc>
        <w:tc>
          <w:tcPr>
            <w:tcW w:type="dxa" w:w="1068"/>
          </w:tcPr>
          <w:p>
            <w:pPr>
              <w:spacing w:after="0"/>
              <w:jc w:val="right"/>
            </w:pPr>
          </w:p>
        </w:tc>
        <w:tc>
          <w:tcPr>
            <w:tcW w:type="dxa" w:w="1407"/>
          </w:tcPr>
          <w:p>
            <w:pPr>
              <w:spacing w:after="0"/>
              <w:jc w:val="right"/>
            </w:pPr>
            <w:r>
              <w:rPr>
                <w:sz w:val="16"/>
              </w:rPr>
              <w:t>$11,864,340.39</w:t>
            </w:r>
          </w:p>
        </w:tc>
        <w:tc>
          <w:tcPr>
            <w:tcW w:type="dxa" w:w="135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$40,414,880,347</w:t>
            </w:r>
          </w:p>
        </w:tc>
        <w:tc>
          <w:tcPr>
            <w:tcW w:type="dxa" w:w="1131"/>
          </w:tcPr>
          <w:p>
            <w:pPr>
              <w:spacing w:after="0"/>
              <w:jc w:val="right"/>
            </w:pPr>
          </w:p>
        </w:tc>
        <w:tc>
          <w:tcPr>
            <w:tcW w:type="dxa" w:w="1040"/>
          </w:tcPr>
          <w:p>
            <w:pPr>
              <w:spacing w:after="0"/>
              <w:jc w:val="right"/>
            </w:pPr>
            <w:r>
              <w:rPr>
                <w:sz w:val="16"/>
              </w:rPr>
              <w:t>168,162</w:t>
            </w:r>
          </w:p>
        </w:tc>
        <w:tc>
          <w:tcPr>
            <w:tcW w:type="dxa" w:w="1126"/>
          </w:tcPr>
          <w:p>
            <w:pPr>
              <w:spacing w:after="0"/>
              <w:jc w:val="right"/>
            </w:pPr>
            <w:r>
              <w:rPr>
                <w:sz w:val="16"/>
              </w:rPr>
              <w:t>$90,828</w:t>
            </w:r>
          </w:p>
        </w:tc>
        <w:tc>
          <w:tcPr>
            <w:tcW w:type="dxa" w:w="1126"/>
          </w:tcPr>
          <w:p>
            <w:pPr>
              <w:spacing w:after="0"/>
              <w:jc w:val="right"/>
            </w:pPr>
          </w:p>
        </w:tc>
        <w:tc>
          <w:tcPr>
            <w:tcW w:type="dxa" w:w="1147"/>
          </w:tcPr>
          <w:p>
            <w:pPr>
              <w:spacing w:after="0"/>
              <w:jc w:val="right"/>
            </w:pPr>
            <w:r>
              <w:rPr>
                <w:sz w:val="16"/>
              </w:rPr>
              <w:t>$1,327,077</w:t>
            </w:r>
          </w:p>
        </w:tc>
        <w:tc>
          <w:tcPr>
            <w:tcW w:type="dxa" w:w="1038"/>
          </w:tcPr>
          <w:p>
            <w:pPr>
              <w:spacing w:after="0"/>
              <w:jc w:val="right"/>
            </w:pPr>
            <w:r>
              <w:rPr>
                <w:sz w:val="16"/>
              </w:rPr>
              <w:t>0.000225%</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$548,593</w:t>
            </w:r>
          </w:p>
        </w:tc>
        <w:tc>
          <w:tcPr>
            <w:tcW w:type="dxa" w:w="1126"/>
          </w:tcPr>
          <w:p>
            <w:pPr>
              <w:spacing w:after="0"/>
              <w:jc w:val="right"/>
            </w:pPr>
            <w:r>
              <w:rPr>
                <w:sz w:val="16"/>
              </w:rPr>
              <w:t>$7,299</w:t>
            </w:r>
          </w:p>
        </w:tc>
        <w:tc>
          <w:tcPr>
            <w:tcW w:type="dxa" w:w="1147"/>
          </w:tcPr>
          <w:p>
            <w:pPr>
              <w:spacing w:after="0"/>
              <w:jc w:val="right"/>
            </w:pPr>
            <w:r>
              <w:rPr>
                <w:sz w:val="16"/>
              </w:rPr>
              <w:t>$666,883</w:t>
            </w:r>
          </w:p>
        </w:tc>
        <w:tc>
          <w:tcPr>
            <w:tcW w:type="dxa" w:w="1038"/>
          </w:tcPr>
          <w:p>
            <w:pPr>
              <w:spacing w:after="0"/>
              <w:jc w:val="right"/>
            </w:pPr>
            <w:r>
              <w:rPr>
                <w:sz w:val="16"/>
              </w:rPr>
              <w:t>0.00136%</w:t>
            </w:r>
          </w:p>
        </w:tc>
        <w:tc>
          <w:tcPr>
            <w:tcW w:type="dxa" w:w="1158"/>
          </w:tcPr>
          <w:p>
            <w:pPr>
              <w:spacing w:after="0"/>
              <w:jc w:val="right"/>
            </w:pPr>
            <w:r>
              <w:rPr>
                <w:sz w:val="16"/>
              </w:rPr>
              <w:t>$115,000</w:t>
            </w:r>
          </w:p>
        </w:tc>
        <w:tc>
          <w:tcPr>
            <w:tcW w:type="dxa" w:w="1068"/>
          </w:tcPr>
          <w:p>
            <w:pPr>
              <w:spacing w:after="0"/>
              <w:jc w:val="right"/>
            </w:pPr>
            <w:r>
              <w:rPr>
                <w:sz w:val="16"/>
              </w:rPr>
              <w:t>$925,000</w:t>
            </w:r>
          </w:p>
        </w:tc>
        <w:tc>
          <w:tcPr>
            <w:tcW w:type="dxa" w:w="1407"/>
          </w:tcPr>
          <w:p>
            <w:pPr>
              <w:spacing w:after="0"/>
              <w:jc w:val="right"/>
            </w:pPr>
          </w:p>
        </w:tc>
        <w:tc>
          <w:tcPr>
            <w:tcW w:type="dxa" w:w="1350"/>
          </w:tcPr>
          <w:p>
            <w:pPr>
              <w:spacing w:after="0"/>
              <w:jc w:val="left"/>
            </w:pPr>
            <w:r>
              <w:rPr>
                <w:sz w:val="16"/>
              </w:rPr>
              <w:t>Storm Events damage since the plan includes 4 zone-level High Wind records ($840,000) and 3 zone-level Strong Wind records ($85,000),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$232,690</w:t>
            </w:r>
          </w:p>
        </w:tc>
        <w:tc>
          <w:tcPr>
            <w:tcW w:type="dxa" w:w="1126"/>
          </w:tcPr>
          <w:p>
            <w:pPr>
              <w:spacing w:after="0"/>
              <w:jc w:val="right"/>
            </w:pPr>
            <w:r>
              <w:rPr>
                <w:sz w:val="16"/>
              </w:rPr>
              <w:t>$95</w:t>
            </w:r>
          </w:p>
        </w:tc>
        <w:tc>
          <w:tcPr>
            <w:tcW w:type="dxa" w:w="1147"/>
          </w:tcPr>
          <w:p>
            <w:pPr>
              <w:spacing w:after="0"/>
              <w:jc w:val="right"/>
            </w:pPr>
            <w:r>
              <w:rPr>
                <w:sz w:val="16"/>
              </w:rPr>
              <w:t>$614,136</w:t>
            </w:r>
          </w:p>
        </w:tc>
        <w:tc>
          <w:tcPr>
            <w:tcW w:type="dxa" w:w="1038"/>
          </w:tcPr>
          <w:p>
            <w:pPr>
              <w:spacing w:after="0"/>
              <w:jc w:val="right"/>
            </w:pPr>
            <w:r>
              <w:rPr>
                <w:sz w:val="16"/>
              </w:rPr>
              <w:t>0.000576%</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1"/>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1"/>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$4,411,880,493</w:t>
            </w:r>
          </w:p>
        </w:tc>
        <w:tc>
          <w:tcPr>
            <w:tcW w:type="dxa" w:w="1131"/>
          </w:tcPr>
          <w:p>
            <w:pPr>
              <w:spacing w:after="0"/>
              <w:jc w:val="right"/>
            </w:pPr>
            <w:r>
              <w:rPr>
                <w:sz w:val="16"/>
              </w:rPr>
              <w:t>$12,939,115</w:t>
            </w:r>
          </w:p>
        </w:tc>
        <w:tc>
          <w:tcPr>
            <w:tcW w:type="dxa" w:w="1040"/>
          </w:tcPr>
          <w:p>
            <w:pPr>
              <w:spacing w:after="0"/>
              <w:jc w:val="right"/>
            </w:pPr>
            <w:r>
              <w:rPr>
                <w:sz w:val="16"/>
              </w:rPr>
              <w:t>26,460</w:t>
            </w:r>
          </w:p>
        </w:tc>
        <w:tc>
          <w:tcPr>
            <w:tcW w:type="dxa" w:w="1126"/>
          </w:tcPr>
          <w:p>
            <w:pPr>
              <w:spacing w:after="0"/>
              <w:jc w:val="right"/>
            </w:pPr>
            <w:r>
              <w:rPr>
                <w:sz w:val="16"/>
              </w:rPr>
              <w:t>$16,249</w:t>
            </w:r>
          </w:p>
        </w:tc>
        <w:tc>
          <w:tcPr>
            <w:tcW w:type="dxa" w:w="1126"/>
          </w:tcPr>
          <w:p>
            <w:pPr>
              <w:spacing w:after="0"/>
              <w:jc w:val="right"/>
            </w:pPr>
            <w:r>
              <w:rPr>
                <w:sz w:val="16"/>
              </w:rPr>
              <w:t>$8</w:t>
            </w:r>
          </w:p>
        </w:tc>
        <w:tc>
          <w:tcPr>
            <w:tcW w:type="dxa" w:w="1147"/>
          </w:tcPr>
          <w:p>
            <w:pPr>
              <w:spacing w:after="0"/>
              <w:jc w:val="right"/>
            </w:pPr>
            <w:r>
              <w:rPr>
                <w:sz w:val="16"/>
              </w:rPr>
              <w:t>$2,328</w:t>
            </w:r>
          </w:p>
        </w:tc>
        <w:tc>
          <w:tcPr>
            <w:tcW w:type="dxa" w:w="1038"/>
          </w:tcPr>
          <w:p>
            <w:pPr>
              <w:spacing w:after="0"/>
              <w:jc w:val="right"/>
            </w:pPr>
            <w:r>
              <w:rPr>
                <w:sz w:val="16"/>
              </w:rPr>
              <w:t>0.000368%</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$151,031</w:t>
            </w:r>
          </w:p>
        </w:tc>
        <w:tc>
          <w:tcPr>
            <w:tcW w:type="dxa" w:w="1126"/>
          </w:tcPr>
          <w:p>
            <w:pPr>
              <w:spacing w:after="0"/>
              <w:jc w:val="right"/>
            </w:pPr>
            <w:r>
              <w:rPr>
                <w:sz w:val="16"/>
              </w:rPr>
              <w:t>$69</w:t>
            </w:r>
          </w:p>
        </w:tc>
        <w:tc>
          <w:tcPr>
            <w:tcW w:type="dxa" w:w="1147"/>
          </w:tcPr>
          <w:p>
            <w:pPr>
              <w:spacing w:after="0"/>
              <w:jc w:val="right"/>
            </w:pPr>
            <w:r>
              <w:rPr>
                <w:sz w:val="16"/>
              </w:rPr>
              <w:t>$313,954</w:t>
            </w:r>
          </w:p>
        </w:tc>
        <w:tc>
          <w:tcPr>
            <w:tcW w:type="dxa" w:w="1038"/>
          </w:tcPr>
          <w:p>
            <w:pPr>
              <w:spacing w:after="0"/>
              <w:jc w:val="right"/>
            </w:pPr>
            <w:r>
              <w:rPr>
                <w:sz w:val="16"/>
              </w:rPr>
              <w:t>0.000374%</w:t>
            </w:r>
          </w:p>
        </w:tc>
        <w:tc>
          <w:tcPr>
            <w:tcW w:type="dxa" w:w="1158"/>
          </w:tcPr>
          <w:p>
            <w:pPr>
              <w:spacing w:after="0"/>
              <w:jc w:val="right"/>
            </w:pPr>
          </w:p>
        </w:tc>
        <w:tc>
          <w:tcPr>
            <w:tcW w:type="dxa" w:w="1068"/>
          </w:tcPr>
          <w:p>
            <w:pPr>
              <w:spacing w:after="0"/>
              <w:jc w:val="right"/>
            </w:pPr>
            <w:r>
              <w:rPr>
                <w:sz w:val="16"/>
              </w:rPr>
              <w:t>$0</w:t>
            </w:r>
          </w:p>
        </w:tc>
        <w:tc>
          <w:tcPr>
            <w:tcW w:type="dxa" w:w="1407"/>
          </w:tcPr>
          <w:p>
            <w:pPr>
              <w:spacing w:after="0"/>
              <w:jc w:val="right"/>
            </w:pPr>
            <w:r>
              <w:rPr>
                <w:sz w:val="16"/>
              </w:rPr>
              <w:t>$38,069.91</w:t>
            </w:r>
          </w:p>
        </w:tc>
        <w:tc>
          <w:tcPr>
            <w:tcW w:type="dxa" w:w="1350"/>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2022-11-11 (Storm Events through 2026-06-30): 34 county-coded records, 34 with a damage value recorded (including $0), $1,055,000; 55 zone-level records, 55 with a damage value recorded (including $0), $2,425,000 reported for the zone; Public Assistance on counted declarations $11,914,463.40 (6 declarations, 4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Chittenden County, county-level (county FIPS 50007);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168,162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$40,414,880,347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$56,100,811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$32,782,186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$7,354,769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Chittenden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hittende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14</w:t>
            </w:r>
          </w:p>
        </w:tc>
        <w:tc>
          <w:tcPr>
            <w:tcW w:type="dxa" w:w="1575"/>
          </w:tcPr>
          <w:p>
            <w:pPr>
              <w:spacing w:after="0"/>
              <w:jc w:val="right"/>
            </w:pPr>
            <w:r>
              <w:rPr>
                <w:sz w:val="16"/>
              </w:rPr>
              <w:t>1</w:t>
            </w:r>
          </w:p>
        </w:tc>
        <w:tc>
          <w:tcPr>
            <w:tcW w:type="dxa" w:w="1575"/>
          </w:tcPr>
          <w:p>
            <w:pPr>
              <w:spacing w:after="0"/>
              <w:jc w:val="right"/>
            </w:pPr>
            <w:r>
              <w:rPr>
                <w:sz w:val="16"/>
              </w:rPr>
              <w:t>14</w:t>
            </w:r>
          </w:p>
        </w:tc>
        <w:tc>
          <w:tcPr>
            <w:tcW w:type="dxa" w:w="1575"/>
          </w:tcPr>
          <w:p>
            <w:pPr>
              <w:spacing w:after="0"/>
              <w:jc w:val="right"/>
            </w:pPr>
            <w:r>
              <w:rPr>
                <w:sz w:val="16"/>
              </w:rPr>
              <w:t>0</w:t>
            </w:r>
          </w:p>
        </w:tc>
        <w:tc>
          <w:tcPr>
            <w:tcW w:type="dxa" w:w="1753"/>
          </w:tcPr>
          <w:p>
            <w:pPr>
              <w:spacing w:after="0"/>
              <w:jc w:val="right"/>
            </w:pPr>
            <w:r>
              <w:rPr>
                <w:sz w:val="16"/>
              </w:rPr>
              <w:t>8</w:t>
            </w:r>
          </w:p>
        </w:tc>
      </w:tr>
      <w:tr>
        <w:trPr>
          <w:cantSplit/>
        </w:trPr>
        <w:tc>
          <w:tcPr>
            <w:tcW w:type="dxa" w:w="2910"/>
          </w:tcPr>
          <w:p>
            <w:pPr>
              <w:spacing w:after="0"/>
              <w:jc w:val="left"/>
            </w:pPr>
            <w:r>
              <w:rPr>
                <w:sz w:val="16"/>
              </w:rPr>
              <w:t>COLCHESTER,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HUNTINGTON,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2</w:t>
            </w:r>
          </w:p>
        </w:tc>
      </w:tr>
      <w:tr>
        <w:trPr>
          <w:cantSplit/>
        </w:trPr>
        <w:tc>
          <w:tcPr>
            <w:tcW w:type="dxa" w:w="2910"/>
          </w:tcPr>
          <w:p>
            <w:pPr>
              <w:spacing w:after="0"/>
              <w:jc w:val="left"/>
            </w:pPr>
            <w:r>
              <w:rPr>
                <w:sz w:val="16"/>
              </w:rPr>
              <w:t>JERICHO,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MILTON,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RICHMOND, TOWN OF</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5</w:t>
            </w:r>
          </w:p>
        </w:tc>
        <w:tc>
          <w:tcPr>
            <w:tcW w:type="dxa" w:w="1575"/>
          </w:tcPr>
          <w:p>
            <w:pPr>
              <w:spacing w:after="0"/>
              <w:jc w:val="right"/>
            </w:pPr>
            <w:r>
              <w:rPr>
                <w:sz w:val="16"/>
              </w:rPr>
              <w:t>1</w:t>
            </w:r>
          </w:p>
        </w:tc>
        <w:tc>
          <w:tcPr>
            <w:tcW w:type="dxa" w:w="1575"/>
          </w:tcPr>
          <w:p>
            <w:pPr>
              <w:spacing w:after="0"/>
              <w:jc w:val="right"/>
            </w:pPr>
            <w:r>
              <w:rPr>
                <w:sz w:val="16"/>
              </w:rPr>
              <w:t>5</w:t>
            </w:r>
          </w:p>
        </w:tc>
        <w:tc>
          <w:tcPr>
            <w:tcW w:type="dxa" w:w="1575"/>
          </w:tcPr>
          <w:p>
            <w:pPr>
              <w:spacing w:after="0"/>
              <w:jc w:val="right"/>
            </w:pPr>
            <w:r>
              <w:rPr>
                <w:sz w:val="16"/>
              </w:rPr>
              <w:t>0</w:t>
            </w:r>
          </w:p>
        </w:tc>
        <w:tc>
          <w:tcPr>
            <w:tcW w:type="dxa" w:w="1753"/>
          </w:tcPr>
          <w:p>
            <w:pPr>
              <w:spacing w:after="0"/>
              <w:jc w:val="right"/>
            </w:pPr>
            <w:r>
              <w:rPr>
                <w:sz w:val="16"/>
              </w:rPr>
              <w:t>4</w:t>
            </w:r>
          </w:p>
        </w:tc>
      </w:tr>
      <w:tr>
        <w:trPr>
          <w:cantSplit/>
        </w:trPr>
        <w:tc>
          <w:tcPr>
            <w:tcW w:type="dxa" w:w="2910"/>
          </w:tcPr>
          <w:p>
            <w:pPr>
              <w:spacing w:after="0"/>
              <w:jc w:val="left"/>
            </w:pPr>
            <w:r>
              <w:rPr>
                <w:sz w:val="16"/>
              </w:rPr>
              <w:t>UNDERHILL,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BOLTON, TOWN OF</w:t>
            </w:r>
          </w:p>
        </w:tc>
        <w:tc>
          <w:tcPr>
            <w:tcW w:type="dxa" w:w="1575"/>
          </w:tcPr>
          <w:p>
            <w:pPr>
              <w:spacing w:after="0"/>
              <w:jc w:val="right"/>
            </w:pPr>
            <w:r>
              <w:rPr>
                <w:sz w:val="16"/>
              </w:rPr>
              <w:t>1</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Winooski city</w:t>
            </w:r>
          </w:p>
        </w:tc>
        <w:tc>
          <w:tcPr>
            <w:tcW w:type="dxa" w:w="1527"/>
          </w:tcPr>
          <w:p>
            <w:pPr>
              <w:spacing w:after="0"/>
              <w:jc w:val="left"/>
            </w:pPr>
            <w:r>
              <w:rPr>
                <w:sz w:val="16"/>
              </w:rPr>
              <w:t>500044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Winooski city, VT: risk-assessment baseline packet, release 2026-10 (data as of 2026-09-28; Vermont town 5000785150).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hazard-plain_2026-10_VT_5000785150.docx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Winooski city,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Winooski city, VT: Risk-assessment baseline packet</dc:title>
  <dc:subject>Hazard Plain release 2026-10, as of 2026-09-28. Preview: automated baseline</dc:subject>
  <dc:creator>Hazard Plain</dc:creator>
  <cp:keywords>Hazard Plain; hazard mitigation; risk assessment; 5000785150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