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Newark town, VT</w:t>
      </w:r>
    </w:p>
    <w:p>
      <w:pPr>
        <w:spacing w:after="120" w:before="0"/>
      </w:pPr>
      <w:r>
        <w:rPr>
          <w:color w:val="555555"/>
          <w:sz w:val="24"/>
        </w:rPr>
        <w:t>Risk-assessment baseline packet (county-level sections from Caledonia County)</w:t>
      </w:r>
    </w:p>
    <w:p>
      <w:pPr>
        <w:spacing w:after="120" w:before="0"/>
      </w:pPr>
      <w:r>
        <w:rPr>
          <w:b/>
          <w:sz w:val="18"/>
        </w:rPr>
        <w:t xml:space="preserve">Town FIPS: </w:t>
      </w:r>
      <w:r>
        <w:rPr>
          <w:sz w:val="18"/>
        </w:rPr>
        <w:t>5000547725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($7,829,769 a year), Cold Wave ($1,060,094) and Hurricane ($739,854).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5000547725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Caledonia County, county-level (county FIPS 50005);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950"/>
          </w:tcPr>
          <w:p>
            <w:pPr>
              <w:spacing w:after="0"/>
              <w:jc w:val="right"/>
            </w:pPr>
            <w:r>
              <w:rPr>
                <w:sz w:val="16"/>
              </w:rPr>
              <w:t>$99,268</w:t>
            </w:r>
          </w:p>
        </w:tc>
        <w:tc>
          <w:tcPr>
            <w:tcW w:type="dxa" w:w="1194"/>
          </w:tcPr>
          <w:p>
            <w:pPr>
              <w:spacing w:after="0"/>
              <w:jc w:val="right"/>
            </w:pPr>
            <w:r>
              <w:rPr>
                <w:sz w:val="16"/>
              </w:rPr>
              <w:t>$7,829,769</w:t>
            </w:r>
          </w:p>
        </w:tc>
        <w:tc>
          <w:tcPr>
            <w:tcW w:type="dxa" w:w="2139"/>
          </w:tcPr>
          <w:p>
            <w:pPr>
              <w:spacing w:after="0"/>
              <w:jc w:val="right"/>
            </w:pPr>
            <w:r>
              <w:rPr>
                <w:sz w:val="16"/>
              </w:rPr>
              <w:t>66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950"/>
          </w:tcPr>
          <w:p>
            <w:pPr>
              <w:spacing w:after="0"/>
              <w:jc w:val="right"/>
            </w:pPr>
            <w:r>
              <w:rPr>
                <w:sz w:val="16"/>
              </w:rPr>
              <w:t>$1,042,879</w:t>
            </w:r>
          </w:p>
        </w:tc>
        <w:tc>
          <w:tcPr>
            <w:tcW w:type="dxa" w:w="1194"/>
          </w:tcPr>
          <w:p>
            <w:pPr>
              <w:spacing w:after="0"/>
              <w:jc w:val="right"/>
            </w:pPr>
            <w:r>
              <w:rPr>
                <w:sz w:val="16"/>
              </w:rPr>
              <w:t>$1,060,094</w:t>
            </w:r>
          </w:p>
        </w:tc>
        <w:tc>
          <w:tcPr>
            <w:tcW w:type="dxa" w:w="2139"/>
          </w:tcPr>
          <w:p>
            <w:pPr>
              <w:spacing w:after="0"/>
              <w:jc w:val="right"/>
            </w:pPr>
            <w:r>
              <w:rPr>
                <w:sz w:val="16"/>
              </w:rPr>
              <w:t>30</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950"/>
          </w:tcPr>
          <w:p>
            <w:pPr>
              <w:spacing w:after="0"/>
              <w:jc w:val="right"/>
            </w:pPr>
            <w:r>
              <w:rPr>
                <w:sz w:val="16"/>
              </w:rPr>
              <w:t>$16,080</w:t>
            </w:r>
          </w:p>
        </w:tc>
        <w:tc>
          <w:tcPr>
            <w:tcW w:type="dxa" w:w="1194"/>
          </w:tcPr>
          <w:p>
            <w:pPr>
              <w:spacing w:after="0"/>
              <w:jc w:val="right"/>
            </w:pPr>
            <w:r>
              <w:rPr>
                <w:sz w:val="16"/>
              </w:rPr>
              <w:t>$739,854</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950"/>
          </w:tcPr>
          <w:p>
            <w:pPr>
              <w:spacing w:after="0"/>
              <w:jc w:val="right"/>
            </w:pPr>
            <w:r>
              <w:rPr>
                <w:sz w:val="16"/>
              </w:rPr>
              <w:t>$124,959</w:t>
            </w:r>
          </w:p>
        </w:tc>
        <w:tc>
          <w:tcPr>
            <w:tcW w:type="dxa" w:w="1194"/>
          </w:tcPr>
          <w:p>
            <w:pPr>
              <w:spacing w:after="0"/>
              <w:jc w:val="right"/>
            </w:pPr>
            <w:r>
              <w:rPr>
                <w:sz w:val="16"/>
              </w:rPr>
              <w:t>$236,510</w:t>
            </w:r>
          </w:p>
        </w:tc>
        <w:tc>
          <w:tcPr>
            <w:tcW w:type="dxa" w:w="2139"/>
          </w:tcPr>
          <w:p>
            <w:pPr>
              <w:spacing w:after="0"/>
              <w:jc w:val="right"/>
            </w:pPr>
            <w:r>
              <w:rPr>
                <w:sz w:val="16"/>
              </w:rPr>
              <w:t>182</w:t>
            </w:r>
          </w:p>
        </w:tc>
        <w:tc>
          <w:tcPr>
            <w:tcW w:type="dxa" w:w="2202"/>
          </w:tcPr>
          <w:p>
            <w:pPr>
              <w:spacing w:after="0"/>
              <w:jc w:val="left"/>
            </w:pPr>
            <w:r>
              <w:rPr>
                <w:sz w:val="16"/>
              </w:rPr>
              <w:t>Includes 16 High Wind and 29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950"/>
          </w:tcPr>
          <w:p>
            <w:pPr>
              <w:spacing w:after="0"/>
              <w:jc w:val="right"/>
            </w:pPr>
            <w:r>
              <w:rPr>
                <w:sz w:val="16"/>
              </w:rPr>
              <w:t>$33,427</w:t>
            </w:r>
          </w:p>
        </w:tc>
        <w:tc>
          <w:tcPr>
            <w:tcW w:type="dxa" w:w="1194"/>
          </w:tcPr>
          <w:p>
            <w:pPr>
              <w:spacing w:after="0"/>
              <w:jc w:val="right"/>
            </w:pPr>
            <w:r>
              <w:rPr>
                <w:sz w:val="16"/>
              </w:rPr>
              <w:t>$223,857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950"/>
          </w:tcPr>
          <w:p>
            <w:pPr>
              <w:spacing w:after="0"/>
              <w:jc w:val="right"/>
            </w:pPr>
            <w:r>
              <w:rPr>
                <w:sz w:val="16"/>
              </w:rPr>
              <w:t>$206,461</w:t>
            </w:r>
          </w:p>
        </w:tc>
        <w:tc>
          <w:tcPr>
            <w:tcW w:type="dxa" w:w="1194"/>
          </w:tcPr>
          <w:p>
            <w:pPr>
              <w:spacing w:after="0"/>
              <w:jc w:val="right"/>
            </w:pPr>
            <w:r>
              <w:rPr>
                <w:sz w:val="16"/>
              </w:rPr>
              <w:t>$222,945</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50"/>
          </w:tcPr>
          <w:p>
            <w:pPr>
              <w:spacing w:after="0"/>
              <w:jc w:val="right"/>
            </w:pPr>
            <w:r>
              <w:rPr>
                <w:sz w:val="16"/>
              </w:rPr>
              <w:t>$88,006</w:t>
            </w:r>
          </w:p>
        </w:tc>
        <w:tc>
          <w:tcPr>
            <w:tcW w:type="dxa" w:w="1194"/>
          </w:tcPr>
          <w:p>
            <w:pPr>
              <w:spacing w:after="0"/>
              <w:jc w:val="right"/>
            </w:pPr>
            <w:r>
              <w:rPr>
                <w:sz w:val="16"/>
              </w:rPr>
              <w:t>$125,692</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950"/>
          </w:tcPr>
          <w:p>
            <w:pPr>
              <w:spacing w:after="0"/>
              <w:jc w:val="right"/>
            </w:pPr>
            <w:r>
              <w:rPr>
                <w:sz w:val="16"/>
              </w:rPr>
              <w:t>$30,556</w:t>
            </w:r>
          </w:p>
        </w:tc>
        <w:tc>
          <w:tcPr>
            <w:tcW w:type="dxa" w:w="1194"/>
          </w:tcPr>
          <w:p>
            <w:pPr>
              <w:spacing w:after="0"/>
              <w:jc w:val="right"/>
            </w:pPr>
            <w:r>
              <w:rPr>
                <w:sz w:val="16"/>
              </w:rPr>
              <w:t>$105,781</w:t>
            </w:r>
          </w:p>
        </w:tc>
        <w:tc>
          <w:tcPr>
            <w:tcW w:type="dxa" w:w="2139"/>
          </w:tcPr>
          <w:p>
            <w:pPr>
              <w:spacing w:after="0"/>
              <w:jc w:val="right"/>
            </w:pPr>
            <w:r>
              <w:rPr>
                <w:sz w:val="16"/>
              </w:rPr>
              <w:t>319</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950"/>
          </w:tcPr>
          <w:p>
            <w:pPr>
              <w:spacing w:after="0"/>
              <w:jc w:val="right"/>
            </w:pPr>
            <w:r>
              <w:rPr>
                <w:sz w:val="16"/>
              </w:rPr>
              <w:t>$3,319</w:t>
            </w:r>
          </w:p>
        </w:tc>
        <w:tc>
          <w:tcPr>
            <w:tcW w:type="dxa" w:w="1194"/>
          </w:tcPr>
          <w:p>
            <w:pPr>
              <w:spacing w:after="0"/>
              <w:jc w:val="right"/>
            </w:pPr>
            <w:r>
              <w:rPr>
                <w:sz w:val="16"/>
              </w:rPr>
              <w:t>$85,931</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950"/>
          </w:tcPr>
          <w:p>
            <w:pPr>
              <w:spacing w:after="0"/>
              <w:jc w:val="right"/>
            </w:pPr>
            <w:r>
              <w:rPr>
                <w:sz w:val="16"/>
              </w:rPr>
              <w:t>$53,015</w:t>
            </w:r>
          </w:p>
        </w:tc>
        <w:tc>
          <w:tcPr>
            <w:tcW w:type="dxa" w:w="1194"/>
          </w:tcPr>
          <w:p>
            <w:pPr>
              <w:spacing w:after="0"/>
              <w:jc w:val="right"/>
            </w:pPr>
            <w:r>
              <w:rPr>
                <w:sz w:val="16"/>
              </w:rPr>
              <w:t>$74,408</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950"/>
          </w:tcPr>
          <w:p>
            <w:pPr>
              <w:spacing w:after="0"/>
              <w:jc w:val="right"/>
            </w:pPr>
            <w:r>
              <w:rPr>
                <w:sz w:val="16"/>
              </w:rPr>
              <w:t>$14,146</w:t>
            </w:r>
          </w:p>
        </w:tc>
        <w:tc>
          <w:tcPr>
            <w:tcW w:type="dxa" w:w="1194"/>
          </w:tcPr>
          <w:p>
            <w:pPr>
              <w:spacing w:after="0"/>
              <w:jc w:val="right"/>
            </w:pPr>
            <w:r>
              <w:rPr>
                <w:sz w:val="16"/>
              </w:rPr>
              <w:t>$20,630</w:t>
            </w:r>
          </w:p>
        </w:tc>
        <w:tc>
          <w:tcPr>
            <w:tcW w:type="dxa" w:w="2139"/>
          </w:tcPr>
          <w:p>
            <w:pPr>
              <w:spacing w:after="0"/>
              <w:jc w:val="right"/>
            </w:pPr>
            <w:r>
              <w:rPr>
                <w:sz w:val="16"/>
              </w:rPr>
              <w:t>57</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950"/>
          </w:tcPr>
          <w:p>
            <w:pPr>
              <w:spacing w:after="0"/>
              <w:jc w:val="right"/>
            </w:pPr>
            <w:r>
              <w:rPr>
                <w:sz w:val="16"/>
              </w:rPr>
              <w:t>$6,886</w:t>
            </w:r>
          </w:p>
        </w:tc>
        <w:tc>
          <w:tcPr>
            <w:tcW w:type="dxa" w:w="1194"/>
          </w:tcPr>
          <w:p>
            <w:pPr>
              <w:spacing w:after="0"/>
              <w:jc w:val="right"/>
            </w:pPr>
            <w:r>
              <w:rPr>
                <w:sz w:val="16"/>
              </w:rPr>
              <w:t>$14,989</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950"/>
          </w:tcPr>
          <w:p>
            <w:pPr>
              <w:spacing w:after="0"/>
              <w:jc w:val="right"/>
            </w:pPr>
            <w:r>
              <w:rPr>
                <w:sz w:val="16"/>
              </w:rPr>
              <w:t>$533</w:t>
            </w:r>
          </w:p>
        </w:tc>
        <w:tc>
          <w:tcPr>
            <w:tcW w:type="dxa" w:w="1194"/>
          </w:tcPr>
          <w:p>
            <w:pPr>
              <w:spacing w:after="0"/>
              <w:jc w:val="right"/>
            </w:pPr>
            <w:r>
              <w:rPr>
                <w:sz w:val="16"/>
              </w:rPr>
              <w:t>$6,912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50"/>
          </w:tcPr>
          <w:p>
            <w:pPr>
              <w:spacing w:after="0"/>
              <w:jc w:val="right"/>
            </w:pPr>
            <w:r>
              <w:rPr>
                <w:sz w:val="16"/>
              </w:rPr>
              <w:t>$131</w:t>
            </w:r>
          </w:p>
        </w:tc>
        <w:tc>
          <w:tcPr>
            <w:tcW w:type="dxa" w:w="1194"/>
          </w:tcPr>
          <w:p>
            <w:pPr>
              <w:spacing w:after="0"/>
              <w:jc w:val="right"/>
            </w:pPr>
            <w:r>
              <w:rPr>
                <w:sz w:val="16"/>
              </w:rPr>
              <w:t>$131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Drought</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50"/>
          </w:tcPr>
          <w:p>
            <w:pPr>
              <w:spacing w:after="0"/>
              <w:jc w:val="right"/>
            </w:pPr>
            <w:r>
              <w:rPr>
                <w:sz w:val="16"/>
              </w:rPr>
              <w:t>n/a</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Caledonia County, county-level (county FIPS 50005);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9571 (Very Low, 20.9); tract 9578 (Very Low, 20.7); tract 9577 (Very Low, 19.5)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9574 (Relatively Low, 62.7); tract 9575 (Relatively Low, 52.1); tract 9578 (Relatively Low, 45.7)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9574 (Relatively Moderate, 79.4); tract 9578 (Relatively Low, 78.1); tract 9570 (Relatively Low, 76.6)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9578 (Relatively Moderate, 96.1); tract 9579 (Relatively Moderate, 95.7); tract 9570 (Relatively Low, 95.6)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9574 (Very Low, 25.3); tract 9578 (Very Low, 23.6); tract 9570 (Very Low, 19.5)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9570 (Very Low, 68.6); tract 9578 (Very Low, 66.8); tract 9579 (Very Low, 64.7)</w:t>
            </w:r>
          </w:p>
        </w:tc>
      </w:tr>
    </w:tbl>
    <w:p>
      <w:pPr>
        <w:spacing w:after="40" w:before="60"/>
      </w:pPr>
      <w:r>
        <w:rPr>
          <w:sz w:val="15"/>
        </w:rPr>
        <w:t xml:space="preserve">Up to 3 census tracts per hazard, highest National Risk Index rating first, then highest score; a tract number is the Census tract number (for example 9571 is Census Tract 9571).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Caledonia County, county-level (county FIPS 50005);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674"/>
        <w:gridCol w:w="1832"/>
        <w:gridCol w:w="1602"/>
        <w:gridCol w:w="1561"/>
        <w:gridCol w:w="1852"/>
        <w:gridCol w:w="1988"/>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6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2"/>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1561"/>
            <w:shd w:val="clear" w:color="auto" w:fill="E8E8E8"/>
          </w:tcPr>
          <w:p>
            <w:pPr>
              <w:spacing w:after="0"/>
              <w:jc w:val="left"/>
            </w:pPr>
            <w:r>
              <w:rPr>
                <w:b/>
                <w:sz w:val="16"/>
              </w:rPr>
              <w:t>Most damaging (when different)</w:t>
            </w:r>
          </w:p>
        </w:tc>
        <w:tc>
          <w:tcPr>
            <w:tcW w:type="dxa" w:w="1852"/>
            <w:shd w:val="clear" w:color="auto" w:fill="E8E8E8"/>
          </w:tcPr>
          <w:p>
            <w:pPr>
              <w:spacing w:after="0"/>
              <w:jc w:val="left"/>
            </w:pPr>
            <w:r>
              <w:rPr>
                <w:b/>
                <w:sz w:val="16"/>
              </w:rPr>
              <w:t>Where in the county</w:t>
            </w:r>
          </w:p>
        </w:tc>
        <w:tc>
          <w:tcPr>
            <w:tcW w:type="dxa" w:w="1988"/>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674"/>
          </w:tcPr>
          <w:p>
            <w:pPr>
              <w:spacing w:after="0"/>
              <w:jc w:val="right"/>
            </w:pPr>
            <w:r>
              <w:rPr>
                <w:sz w:val="16"/>
              </w:rPr>
              <w:t>0</w:t>
            </w:r>
          </w:p>
        </w:tc>
        <w:tc>
          <w:tcPr>
            <w:tcW w:type="dxa" w:w="1832"/>
          </w:tcPr>
          <w:p>
            <w:pPr>
              <w:spacing w:after="0"/>
              <w:jc w:val="left"/>
            </w:pPr>
          </w:p>
        </w:tc>
        <w:tc>
          <w:tcPr>
            <w:tcW w:type="dxa" w:w="1602"/>
          </w:tcPr>
          <w:p>
            <w:pPr>
              <w:spacing w:after="0"/>
              <w:jc w:val="left"/>
            </w:pPr>
          </w:p>
        </w:tc>
        <w:tc>
          <w:tcPr>
            <w:tcW w:type="dxa" w:w="1561"/>
          </w:tcPr>
          <w:p>
            <w:pPr>
              <w:spacing w:after="0"/>
              <w:jc w:val="left"/>
            </w:pPr>
          </w:p>
        </w:tc>
        <w:tc>
          <w:tcPr>
            <w:tcW w:type="dxa" w:w="1852"/>
          </w:tcPr>
          <w:p>
            <w:pPr>
              <w:spacing w:after="0"/>
              <w:jc w:val="left"/>
            </w:pPr>
          </w:p>
        </w:tc>
        <w:tc>
          <w:tcPr>
            <w:tcW w:type="dxa" w:w="1988"/>
          </w:tcPr>
          <w:p>
            <w:pPr>
              <w:spacing w:after="0"/>
              <w:jc w:val="left"/>
            </w:pPr>
            <w:r>
              <w:rPr>
                <w:sz w:val="16"/>
              </w:rPr>
              <w:t>Physical measure: in event narratives only (local data needed).</w:t>
            </w: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674"/>
          </w:tcPr>
          <w:p>
            <w:pPr>
              <w:spacing w:after="0"/>
              <w:jc w:val="right"/>
            </w:pPr>
            <w:r>
              <w:rPr>
                <w:sz w:val="16"/>
              </w:rPr>
              <w:t>27 records, 1996 to 2026 (27 zone-level)</w:t>
            </w:r>
          </w:p>
        </w:tc>
        <w:tc>
          <w:tcPr>
            <w:tcW w:type="dxa" w:w="1832"/>
          </w:tcPr>
          <w:p>
            <w:pPr>
              <w:spacing w:after="0"/>
              <w:jc w:val="left"/>
            </w:pPr>
            <w:r>
              <w:rPr>
                <w:sz w:val="16"/>
              </w:rPr>
              <w:t>1 day to 28 days (median 2 days); 26 with a recorded value</w:t>
            </w:r>
          </w:p>
        </w:tc>
        <w:tc>
          <w:tcPr>
            <w:tcW w:type="dxa" w:w="1602"/>
          </w:tcPr>
          <w:p>
            <w:pPr>
              <w:spacing w:after="0"/>
              <w:jc w:val="left"/>
            </w:pPr>
            <w:r>
              <w:rPr>
                <w:sz w:val="16"/>
              </w:rPr>
              <w:t>February 2015 (1 monthly summary record), zone-level</w:t>
            </w:r>
          </w:p>
        </w:tc>
        <w:tc>
          <w:tcPr>
            <w:tcW w:type="dxa" w:w="1561"/>
          </w:tcPr>
          <w:p>
            <w:pPr>
              <w:spacing w:after="0"/>
              <w:jc w:val="left"/>
            </w:pPr>
          </w:p>
        </w:tc>
        <w:tc>
          <w:tcPr>
            <w:tcW w:type="dxa" w:w="1852"/>
          </w:tcPr>
          <w:p>
            <w:pPr>
              <w:spacing w:after="0"/>
              <w:jc w:val="left"/>
            </w:pPr>
            <w:r>
              <w:rPr>
                <w:sz w:val="16"/>
              </w:rPr>
              <w:t>Countywide (zone-level records).</w:t>
            </w:r>
          </w:p>
        </w:tc>
        <w:tc>
          <w:tcPr>
            <w:tcW w:type="dxa" w:w="1988"/>
          </w:tcPr>
          <w:p>
            <w:pPr>
              <w:spacing w:after="0"/>
              <w:jc w:val="left"/>
            </w:pPr>
            <w:r>
              <w:rPr>
                <w:sz w:val="16"/>
              </w:rPr>
              <w:t>Wind chill: in event narratives only (local data needed).</w:t>
            </w: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674"/>
          </w:tcPr>
          <w:p>
            <w:pPr>
              <w:spacing w:after="0"/>
              <w:jc w:val="right"/>
            </w:pPr>
            <w:r>
              <w:rPr>
                <w:sz w:val="16"/>
              </w:rPr>
              <w:t>3 records, 2005 to 2023 (3 zone-level)</w:t>
            </w:r>
          </w:p>
        </w:tc>
        <w:tc>
          <w:tcPr>
            <w:tcW w:type="dxa" w:w="1832"/>
          </w:tcPr>
          <w:p>
            <w:pPr>
              <w:spacing w:after="0"/>
              <w:jc w:val="left"/>
            </w:pPr>
          </w:p>
        </w:tc>
        <w:tc>
          <w:tcPr>
            <w:tcW w:type="dxa" w:w="1602"/>
          </w:tcPr>
          <w:p>
            <w:pPr>
              <w:spacing w:after="0"/>
              <w:jc w:val="left"/>
            </w:pPr>
            <w:r>
              <w:rPr>
                <w:sz w:val="16"/>
              </w:rPr>
              <w:t>Frost/Freeze, 2023-05-18, $150,000 crop damage (2023 dollars); NWS zone VTZ007</w:t>
            </w:r>
          </w:p>
        </w:tc>
        <w:tc>
          <w:tcPr>
            <w:tcW w:type="dxa" w:w="1561"/>
          </w:tcPr>
          <w:p>
            <w:pPr>
              <w:spacing w:after="0"/>
              <w:jc w:val="left"/>
            </w:pPr>
          </w:p>
        </w:tc>
        <w:tc>
          <w:tcPr>
            <w:tcW w:type="dxa" w:w="1852"/>
          </w:tcPr>
          <w:p>
            <w:pPr>
              <w:spacing w:after="0"/>
              <w:jc w:val="left"/>
            </w:pPr>
            <w:r>
              <w:rPr>
                <w:sz w:val="16"/>
              </w:rPr>
              <w:t>Countywide (zone-level records).</w:t>
            </w:r>
          </w:p>
        </w:tc>
        <w:tc>
          <w:tcPr>
            <w:tcW w:type="dxa" w:w="1988"/>
          </w:tcPr>
          <w:p>
            <w:pPr>
              <w:spacing w:after="0"/>
              <w:jc w:val="left"/>
            </w:pPr>
            <w:r>
              <w:rPr>
                <w:sz w:val="16"/>
              </w:rPr>
              <w:t>Temperature: in event narratives only (local data needed).</w:t>
            </w: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674"/>
          </w:tcPr>
          <w:p>
            <w:pPr>
              <w:spacing w:after="0"/>
              <w:jc w:val="right"/>
            </w:pPr>
            <w:r>
              <w:rPr>
                <w:sz w:val="16"/>
              </w:rPr>
              <w:t>0</w:t>
            </w:r>
          </w:p>
        </w:tc>
        <w:tc>
          <w:tcPr>
            <w:tcW w:type="dxa" w:w="1832"/>
          </w:tcPr>
          <w:p>
            <w:pPr>
              <w:spacing w:after="0"/>
              <w:jc w:val="left"/>
            </w:pPr>
          </w:p>
        </w:tc>
        <w:tc>
          <w:tcPr>
            <w:tcW w:type="dxa" w:w="1602"/>
          </w:tcPr>
          <w:p>
            <w:pPr>
              <w:spacing w:after="0"/>
              <w:jc w:val="left"/>
            </w:pPr>
          </w:p>
        </w:tc>
        <w:tc>
          <w:tcPr>
            <w:tcW w:type="dxa" w:w="1561"/>
          </w:tcPr>
          <w:p>
            <w:pPr>
              <w:spacing w:after="0"/>
              <w:jc w:val="left"/>
            </w:pPr>
          </w:p>
        </w:tc>
        <w:tc>
          <w:tcPr>
            <w:tcW w:type="dxa" w:w="1852"/>
          </w:tcPr>
          <w:p>
            <w:pPr>
              <w:spacing w:after="0"/>
              <w:jc w:val="left"/>
            </w:pPr>
          </w:p>
        </w:tc>
        <w:tc>
          <w:tcPr>
            <w:tcW w:type="dxa" w:w="19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674"/>
          </w:tcPr>
          <w:p>
            <w:pPr>
              <w:spacing w:after="0"/>
              <w:jc w:val="right"/>
            </w:pPr>
            <w:r>
              <w:rPr>
                <w:sz w:val="16"/>
              </w:rPr>
              <w:t>0</w:t>
            </w:r>
          </w:p>
        </w:tc>
        <w:tc>
          <w:tcPr>
            <w:tcW w:type="dxa" w:w="1832"/>
          </w:tcPr>
          <w:p>
            <w:pPr>
              <w:spacing w:after="0"/>
              <w:jc w:val="left"/>
            </w:pPr>
          </w:p>
        </w:tc>
        <w:tc>
          <w:tcPr>
            <w:tcW w:type="dxa" w:w="1602"/>
          </w:tcPr>
          <w:p>
            <w:pPr>
              <w:spacing w:after="0"/>
              <w:jc w:val="left"/>
            </w:pPr>
          </w:p>
        </w:tc>
        <w:tc>
          <w:tcPr>
            <w:tcW w:type="dxa" w:w="1561"/>
          </w:tcPr>
          <w:p>
            <w:pPr>
              <w:spacing w:after="0"/>
              <w:jc w:val="left"/>
            </w:pPr>
          </w:p>
        </w:tc>
        <w:tc>
          <w:tcPr>
            <w:tcW w:type="dxa" w:w="1852"/>
          </w:tcPr>
          <w:p>
            <w:pPr>
              <w:spacing w:after="0"/>
              <w:jc w:val="left"/>
            </w:pPr>
          </w:p>
        </w:tc>
        <w:tc>
          <w:tcPr>
            <w:tcW w:type="dxa" w:w="1988"/>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674"/>
          </w:tcPr>
          <w:p>
            <w:pPr>
              <w:spacing w:after="0"/>
              <w:jc w:val="right"/>
            </w:pPr>
            <w:r>
              <w:rPr>
                <w:sz w:val="16"/>
              </w:rPr>
              <w:t>64 records, 1964 to 2023</w:t>
            </w:r>
          </w:p>
        </w:tc>
        <w:tc>
          <w:tcPr>
            <w:tcW w:type="dxa" w:w="1832"/>
          </w:tcPr>
          <w:p>
            <w:pPr>
              <w:spacing w:after="0"/>
              <w:jc w:val="left"/>
            </w:pPr>
            <w:r>
              <w:rPr>
                <w:sz w:val="16"/>
              </w:rPr>
              <w:t>0.75 in to 1.75 in (median 1 in); 61 with a recorded value</w:t>
            </w:r>
          </w:p>
        </w:tc>
        <w:tc>
          <w:tcPr>
            <w:tcW w:type="dxa" w:w="1602"/>
          </w:tcPr>
          <w:p>
            <w:pPr>
              <w:spacing w:after="0"/>
              <w:jc w:val="left"/>
            </w:pPr>
            <w:r>
              <w:rPr>
                <w:sz w:val="16"/>
              </w:rPr>
              <w:t>1.75 in hail, 2016-07-18; same size also recorded on 1979-06-05, 1998-09-21, 2000-05-07, 2010-06-05, 2011-05-26</w:t>
            </w:r>
          </w:p>
        </w:tc>
        <w:tc>
          <w:tcPr>
            <w:tcW w:type="dxa" w:w="1561"/>
          </w:tcPr>
          <w:p>
            <w:pPr>
              <w:spacing w:after="0"/>
              <w:jc w:val="left"/>
            </w:pPr>
            <w:r>
              <w:rPr>
                <w:sz w:val="16"/>
              </w:rPr>
              <w:t>Hail, 2011-05-26, $50,000 property; $0 crops (2011 dollars)</w:t>
            </w:r>
          </w:p>
        </w:tc>
        <w:tc>
          <w:tcPr>
            <w:tcW w:type="dxa" w:w="1852"/>
          </w:tcPr>
          <w:p>
            <w:pPr>
              <w:spacing w:after="0"/>
              <w:jc w:val="left"/>
            </w:pPr>
            <w:r>
              <w:rPr>
                <w:sz w:val="16"/>
              </w:rPr>
              <w:t>Event records naming places in the county: Burke town (12 records), St. Johnsbury town (9 records), Lyndonville village (7 records), Danville town (4 records), Hardwick town (4 records), Barnet town (3 records), Lyndon town (3 records), Newark town (2 records), Stannard town (2 records), Walden town (2 records); and 5 more places (see the Excel file).</w:t>
            </w:r>
          </w:p>
        </w:tc>
        <w:tc>
          <w:tcPr>
            <w:tcW w:type="dxa" w:w="1988"/>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674"/>
          </w:tcPr>
          <w:p>
            <w:pPr>
              <w:spacing w:after="0"/>
              <w:jc w:val="right"/>
            </w:pPr>
            <w:r>
              <w:rPr>
                <w:sz w:val="16"/>
              </w:rPr>
              <w:t>9 records, 1996 to 2025 (9 zone-level)</w:t>
            </w:r>
          </w:p>
        </w:tc>
        <w:tc>
          <w:tcPr>
            <w:tcW w:type="dxa" w:w="1832"/>
          </w:tcPr>
          <w:p>
            <w:pPr>
              <w:spacing w:after="0"/>
              <w:jc w:val="left"/>
            </w:pPr>
            <w:r>
              <w:rPr>
                <w:sz w:val="16"/>
              </w:rPr>
              <w:t>1 day to 6 days (median 2 days); 5 with a recorded value</w:t>
            </w:r>
          </w:p>
        </w:tc>
        <w:tc>
          <w:tcPr>
            <w:tcW w:type="dxa" w:w="1602"/>
          </w:tcPr>
          <w:p>
            <w:pPr>
              <w:spacing w:after="0"/>
              <w:jc w:val="left"/>
            </w:pPr>
            <w:r>
              <w:rPr>
                <w:sz w:val="16"/>
              </w:rPr>
              <w:t>6 consecutive days, 2020-06-18 to 2020-06-23, zone-level</w:t>
            </w:r>
          </w:p>
        </w:tc>
        <w:tc>
          <w:tcPr>
            <w:tcW w:type="dxa" w:w="1561"/>
          </w:tcPr>
          <w:p>
            <w:pPr>
              <w:spacing w:after="0"/>
              <w:jc w:val="left"/>
            </w:pPr>
            <w:r>
              <w:rPr>
                <w:sz w:val="16"/>
              </w:rPr>
              <w:t>Heat, 2012-03-17, $0 property; $750,000 crops, reported for the zone (2012 dollars)</w:t>
            </w:r>
          </w:p>
        </w:tc>
        <w:tc>
          <w:tcPr>
            <w:tcW w:type="dxa" w:w="1852"/>
          </w:tcPr>
          <w:p>
            <w:pPr>
              <w:spacing w:after="0"/>
              <w:jc w:val="left"/>
            </w:pPr>
            <w:r>
              <w:rPr>
                <w:sz w:val="16"/>
              </w:rPr>
              <w:t>Countywide (zone-level records).</w:t>
            </w:r>
          </w:p>
        </w:tc>
        <w:tc>
          <w:tcPr>
            <w:tcW w:type="dxa" w:w="198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674"/>
          </w:tcPr>
          <w:p>
            <w:pPr>
              <w:spacing w:after="0"/>
              <w:jc w:val="right"/>
            </w:pPr>
            <w:r>
              <w:rPr>
                <w:sz w:val="16"/>
              </w:rPr>
              <w:t>0</w:t>
            </w:r>
          </w:p>
        </w:tc>
        <w:tc>
          <w:tcPr>
            <w:tcW w:type="dxa" w:w="1832"/>
          </w:tcPr>
          <w:p>
            <w:pPr>
              <w:spacing w:after="0"/>
              <w:jc w:val="left"/>
            </w:pPr>
          </w:p>
        </w:tc>
        <w:tc>
          <w:tcPr>
            <w:tcW w:type="dxa" w:w="1602"/>
          </w:tcPr>
          <w:p>
            <w:pPr>
              <w:spacing w:after="0"/>
              <w:jc w:val="left"/>
            </w:pPr>
          </w:p>
        </w:tc>
        <w:tc>
          <w:tcPr>
            <w:tcW w:type="dxa" w:w="1561"/>
          </w:tcPr>
          <w:p>
            <w:pPr>
              <w:spacing w:after="0"/>
              <w:jc w:val="left"/>
            </w:pPr>
          </w:p>
        </w:tc>
        <w:tc>
          <w:tcPr>
            <w:tcW w:type="dxa" w:w="1852"/>
          </w:tcPr>
          <w:p>
            <w:pPr>
              <w:spacing w:after="0"/>
              <w:jc w:val="left"/>
            </w:pPr>
          </w:p>
        </w:tc>
        <w:tc>
          <w:tcPr>
            <w:tcW w:type="dxa" w:w="19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674"/>
          </w:tcPr>
          <w:p>
            <w:pPr>
              <w:spacing w:after="0"/>
              <w:jc w:val="right"/>
            </w:pPr>
            <w:r>
              <w:rPr>
                <w:sz w:val="16"/>
              </w:rPr>
              <w:t>1 record, 1998 (1 zone-level)</w:t>
            </w:r>
          </w:p>
        </w:tc>
        <w:tc>
          <w:tcPr>
            <w:tcW w:type="dxa" w:w="1832"/>
          </w:tcPr>
          <w:p>
            <w:pPr>
              <w:spacing w:after="0"/>
              <w:jc w:val="left"/>
            </w:pPr>
          </w:p>
        </w:tc>
        <w:tc>
          <w:tcPr>
            <w:tcW w:type="dxa" w:w="1602"/>
          </w:tcPr>
          <w:p>
            <w:pPr>
              <w:spacing w:after="0"/>
              <w:jc w:val="left"/>
            </w:pPr>
            <w:r>
              <w:rPr>
                <w:sz w:val="16"/>
              </w:rPr>
              <w:t>Ice Storm, 1998-01-06, $80,000 property; crops not reported (1998 dollars); NWS zone VTZ007</w:t>
            </w:r>
          </w:p>
        </w:tc>
        <w:tc>
          <w:tcPr>
            <w:tcW w:type="dxa" w:w="1561"/>
          </w:tcPr>
          <w:p>
            <w:pPr>
              <w:spacing w:after="0"/>
              <w:jc w:val="left"/>
            </w:pPr>
          </w:p>
        </w:tc>
        <w:tc>
          <w:tcPr>
            <w:tcW w:type="dxa" w:w="1852"/>
          </w:tcPr>
          <w:p>
            <w:pPr>
              <w:spacing w:after="0"/>
              <w:jc w:val="left"/>
            </w:pPr>
            <w:r>
              <w:rPr>
                <w:sz w:val="16"/>
              </w:rPr>
              <w:t>Countywide (zone-level records).</w:t>
            </w:r>
          </w:p>
        </w:tc>
        <w:tc>
          <w:tcPr>
            <w:tcW w:type="dxa" w:w="1988"/>
          </w:tcPr>
          <w:p>
            <w:pPr>
              <w:spacing w:after="0"/>
              <w:jc w:val="left"/>
            </w:pPr>
            <w:r>
              <w:rPr>
                <w:sz w:val="16"/>
              </w:rPr>
              <w:t>Ice thickness: in event narratives only (local data needed).</w:t>
            </w: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674"/>
          </w:tcPr>
          <w:p>
            <w:pPr>
              <w:spacing w:after="0"/>
              <w:jc w:val="right"/>
            </w:pPr>
            <w:r>
              <w:rPr>
                <w:sz w:val="16"/>
              </w:rPr>
              <w:t>66 records, 1996 to 2026 (11 zone-level)</w:t>
            </w:r>
          </w:p>
        </w:tc>
        <w:tc>
          <w:tcPr>
            <w:tcW w:type="dxa" w:w="1832"/>
          </w:tcPr>
          <w:p>
            <w:pPr>
              <w:spacing w:after="0"/>
              <w:jc w:val="left"/>
            </w:pPr>
          </w:p>
        </w:tc>
        <w:tc>
          <w:tcPr>
            <w:tcW w:type="dxa" w:w="1602"/>
          </w:tcPr>
          <w:p>
            <w:pPr>
              <w:spacing w:after="0"/>
              <w:jc w:val="left"/>
            </w:pPr>
            <w:r>
              <w:rPr>
                <w:sz w:val="16"/>
              </w:rPr>
              <w:t>Flood, 2011-08-28, $4,000,000 property; $1,000,000 crops (2011 dollars)</w:t>
            </w:r>
          </w:p>
        </w:tc>
        <w:tc>
          <w:tcPr>
            <w:tcW w:type="dxa" w:w="1561"/>
          </w:tcPr>
          <w:p>
            <w:pPr>
              <w:spacing w:after="0"/>
              <w:jc w:val="left"/>
            </w:pPr>
          </w:p>
        </w:tc>
        <w:tc>
          <w:tcPr>
            <w:tcW w:type="dxa" w:w="1852"/>
          </w:tcPr>
          <w:p>
            <w:pPr>
              <w:spacing w:after="0"/>
              <w:jc w:val="left"/>
            </w:pPr>
            <w:r>
              <w:rPr>
                <w:sz w:val="16"/>
              </w:rPr>
              <w:t>Event records naming places in the county: St. Johnsbury town (11 records), Lyndon town (8 records), Danville town (6 records), Hardwick town (6 records), Lyndonville village (4 records), Peacham town (4 records), Ryegate town (3 records), Sheffield town (3 records), Wheelock town (3 records), Barnet town (2 records); and 6 more places (see the Excel file). Zone-level records (11) apply countywide.</w:t>
            </w:r>
          </w:p>
        </w:tc>
        <w:tc>
          <w:tcPr>
            <w:tcW w:type="dxa" w:w="19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674"/>
          </w:tcPr>
          <w:p>
            <w:pPr>
              <w:spacing w:after="0"/>
              <w:jc w:val="right"/>
            </w:pPr>
            <w:r>
              <w:rPr>
                <w:sz w:val="16"/>
              </w:rPr>
              <w:t>0</w:t>
            </w:r>
          </w:p>
        </w:tc>
        <w:tc>
          <w:tcPr>
            <w:tcW w:type="dxa" w:w="1832"/>
          </w:tcPr>
          <w:p>
            <w:pPr>
              <w:spacing w:after="0"/>
              <w:jc w:val="left"/>
            </w:pPr>
          </w:p>
        </w:tc>
        <w:tc>
          <w:tcPr>
            <w:tcW w:type="dxa" w:w="1602"/>
          </w:tcPr>
          <w:p>
            <w:pPr>
              <w:spacing w:after="0"/>
              <w:jc w:val="left"/>
            </w:pPr>
          </w:p>
        </w:tc>
        <w:tc>
          <w:tcPr>
            <w:tcW w:type="dxa" w:w="1561"/>
          </w:tcPr>
          <w:p>
            <w:pPr>
              <w:spacing w:after="0"/>
              <w:jc w:val="left"/>
            </w:pPr>
          </w:p>
        </w:tc>
        <w:tc>
          <w:tcPr>
            <w:tcW w:type="dxa" w:w="1852"/>
          </w:tcPr>
          <w:p>
            <w:pPr>
              <w:spacing w:after="0"/>
              <w:jc w:val="left"/>
            </w:pPr>
          </w:p>
        </w:tc>
        <w:tc>
          <w:tcPr>
            <w:tcW w:type="dxa" w:w="1988"/>
          </w:tcPr>
          <w:p>
            <w:pPr>
              <w:spacing w:after="0"/>
              <w:jc w:val="left"/>
            </w:pPr>
            <w:r>
              <w:rPr>
                <w:sz w:val="16"/>
              </w:rPr>
              <w:t>Physical measure: in event narratives only (local data needed).</w:t>
            </w: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674"/>
          </w:tcPr>
          <w:p>
            <w:pPr>
              <w:spacing w:after="0"/>
              <w:jc w:val="right"/>
            </w:pPr>
            <w:r>
              <w:rPr>
                <w:sz w:val="16"/>
              </w:rPr>
              <w:t>10 records, 1999 to 2014</w:t>
            </w:r>
          </w:p>
        </w:tc>
        <w:tc>
          <w:tcPr>
            <w:tcW w:type="dxa" w:w="1832"/>
          </w:tcPr>
          <w:p>
            <w:pPr>
              <w:spacing w:after="0"/>
              <w:jc w:val="left"/>
            </w:pPr>
          </w:p>
        </w:tc>
        <w:tc>
          <w:tcPr>
            <w:tcW w:type="dxa" w:w="1602"/>
          </w:tcPr>
          <w:p>
            <w:pPr>
              <w:spacing w:after="0"/>
              <w:jc w:val="left"/>
            </w:pPr>
            <w:r>
              <w:rPr>
                <w:sz w:val="16"/>
              </w:rPr>
              <w:t>Lightning, 2007-05-11, $150,000 property; $0 crops (2007 dollars)</w:t>
            </w:r>
          </w:p>
        </w:tc>
        <w:tc>
          <w:tcPr>
            <w:tcW w:type="dxa" w:w="1561"/>
          </w:tcPr>
          <w:p>
            <w:pPr>
              <w:spacing w:after="0"/>
              <w:jc w:val="left"/>
            </w:pPr>
          </w:p>
        </w:tc>
        <w:tc>
          <w:tcPr>
            <w:tcW w:type="dxa" w:w="1852"/>
          </w:tcPr>
          <w:p>
            <w:pPr>
              <w:spacing w:after="0"/>
              <w:jc w:val="left"/>
            </w:pPr>
            <w:r>
              <w:rPr>
                <w:sz w:val="16"/>
              </w:rPr>
              <w:t>Event records naming places in the county: Newark town (2 records), St. Johnsbury town (2 records), Burke town (1 record), Groton town (1 record), Hardwick town (1 record), Lyndonville village (1 record), Walden town (1 record), Wheelock town (1 record).</w:t>
            </w:r>
          </w:p>
        </w:tc>
        <w:tc>
          <w:tcPr>
            <w:tcW w:type="dxa" w:w="1988"/>
          </w:tcPr>
          <w:p>
            <w:pPr>
              <w:spacing w:after="0"/>
              <w:jc w:val="left"/>
            </w:pPr>
            <w:r>
              <w:rPr>
                <w:sz w:val="16"/>
              </w:rPr>
              <w:t>Storm Events lists lightning with damage or casualties; physical measure in event narratives only (local data needed).</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674"/>
          </w:tcPr>
          <w:p>
            <w:pPr>
              <w:spacing w:after="0"/>
              <w:jc w:val="right"/>
            </w:pPr>
            <w:r>
              <w:rPr>
                <w:sz w:val="16"/>
              </w:rPr>
              <w:t>45 records, 1996 to 2026 (45 zone-level)</w:t>
            </w:r>
          </w:p>
        </w:tc>
        <w:tc>
          <w:tcPr>
            <w:tcW w:type="dxa" w:w="1832"/>
          </w:tcPr>
          <w:p>
            <w:pPr>
              <w:spacing w:after="0"/>
              <w:jc w:val="left"/>
            </w:pPr>
            <w:r>
              <w:rPr>
                <w:sz w:val="16"/>
              </w:rPr>
              <w:t>35 kt (40 mph) to 60 kt (69 mph) (median 43 kt (49 mph)); 39 with a recorded value</w:t>
            </w:r>
          </w:p>
        </w:tc>
        <w:tc>
          <w:tcPr>
            <w:tcW w:type="dxa" w:w="1602"/>
          </w:tcPr>
          <w:p>
            <w:pPr>
              <w:spacing w:after="0"/>
              <w:jc w:val="left"/>
            </w:pPr>
            <w:r>
              <w:rPr>
                <w:sz w:val="16"/>
              </w:rPr>
              <w:t>60 kt (69 mph) estimated gust, High Wind, 2007-04-16; NWS zone VTZ007</w:t>
            </w:r>
          </w:p>
        </w:tc>
        <w:tc>
          <w:tcPr>
            <w:tcW w:type="dxa" w:w="1561"/>
          </w:tcPr>
          <w:p>
            <w:pPr>
              <w:spacing w:after="0"/>
              <w:jc w:val="left"/>
            </w:pPr>
          </w:p>
        </w:tc>
        <w:tc>
          <w:tcPr>
            <w:tcW w:type="dxa" w:w="1852"/>
          </w:tcPr>
          <w:p>
            <w:pPr>
              <w:spacing w:after="0"/>
              <w:jc w:val="left"/>
            </w:pPr>
            <w:r>
              <w:rPr>
                <w:sz w:val="16"/>
              </w:rPr>
              <w:t>Countywide (zone-level records).</w:t>
            </w:r>
          </w:p>
        </w:tc>
        <w:tc>
          <w:tcPr>
            <w:tcW w:type="dxa" w:w="1988"/>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674"/>
          </w:tcPr>
          <w:p>
            <w:pPr>
              <w:spacing w:after="0"/>
              <w:jc w:val="right"/>
            </w:pPr>
            <w:r>
              <w:rPr>
                <w:sz w:val="16"/>
              </w:rPr>
              <w:t>166 records, 1976 to 2025</w:t>
            </w:r>
          </w:p>
        </w:tc>
        <w:tc>
          <w:tcPr>
            <w:tcW w:type="dxa" w:w="1832"/>
          </w:tcPr>
          <w:p>
            <w:pPr>
              <w:spacing w:after="0"/>
              <w:jc w:val="left"/>
            </w:pPr>
            <w:r>
              <w:rPr>
                <w:sz w:val="16"/>
              </w:rPr>
              <w:t>50 kt (58 mph) to 70 kt (81 mph) (median 50 kt (58 mph)); 114 with a recorded value</w:t>
            </w:r>
          </w:p>
        </w:tc>
        <w:tc>
          <w:tcPr>
            <w:tcW w:type="dxa" w:w="1602"/>
          </w:tcPr>
          <w:p>
            <w:pPr>
              <w:spacing w:after="0"/>
              <w:jc w:val="left"/>
            </w:pPr>
            <w:r>
              <w:rPr>
                <w:sz w:val="16"/>
              </w:rPr>
              <w:t>70 kt (81 mph) estimated gust, Thunderstorm Wind, 2012-07-04; same speed and measurement basis also recorded on 2006-07-18</w:t>
            </w:r>
          </w:p>
        </w:tc>
        <w:tc>
          <w:tcPr>
            <w:tcW w:type="dxa" w:w="1561"/>
          </w:tcPr>
          <w:p>
            <w:pPr>
              <w:spacing w:after="0"/>
              <w:jc w:val="left"/>
            </w:pPr>
            <w:r>
              <w:rPr>
                <w:sz w:val="16"/>
              </w:rPr>
              <w:t>Thunderstorm Wind, 2000-05-09, $200,000 property; crops not reported (2000 dollars)</w:t>
            </w:r>
          </w:p>
        </w:tc>
        <w:tc>
          <w:tcPr>
            <w:tcW w:type="dxa" w:w="1852"/>
          </w:tcPr>
          <w:p>
            <w:pPr>
              <w:spacing w:after="0"/>
              <w:jc w:val="left"/>
            </w:pPr>
            <w:r>
              <w:rPr>
                <w:sz w:val="16"/>
              </w:rPr>
              <w:t>Event records naming places in the county: St. Johnsbury town (17 records), Burke town (16 records), Hardwick town (16 records), Sutton town (13 records), Danville town (11 records), Barnet town (7 records), Groton town (7 records), Lyndon town (7 records), Wheelock town (7 records), Peacham town (6 records); and 7 more places (see the Excel file).</w:t>
            </w:r>
          </w:p>
        </w:tc>
        <w:tc>
          <w:tcPr>
            <w:tcW w:type="dxa" w:w="1988"/>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674"/>
          </w:tcPr>
          <w:p>
            <w:pPr>
              <w:spacing w:after="0"/>
              <w:jc w:val="right"/>
            </w:pPr>
            <w:r>
              <w:rPr>
                <w:sz w:val="16"/>
              </w:rPr>
              <w:t>1 record, 2010</w:t>
            </w:r>
          </w:p>
        </w:tc>
        <w:tc>
          <w:tcPr>
            <w:tcW w:type="dxa" w:w="1832"/>
          </w:tcPr>
          <w:p>
            <w:pPr>
              <w:spacing w:after="0"/>
              <w:jc w:val="left"/>
            </w:pPr>
            <w:r>
              <w:rPr>
                <w:sz w:val="16"/>
              </w:rPr>
              <w:t>F/EF0; 1 with a recorded value</w:t>
            </w:r>
          </w:p>
        </w:tc>
        <w:tc>
          <w:tcPr>
            <w:tcW w:type="dxa" w:w="1602"/>
          </w:tcPr>
          <w:p>
            <w:pPr>
              <w:spacing w:after="0"/>
              <w:jc w:val="left"/>
            </w:pPr>
            <w:r>
              <w:rPr>
                <w:sz w:val="16"/>
              </w:rPr>
              <w:t>EF0 tornado, 2010-08-03, 0.14 mi within this county, 50 yd wide, $25,000 property; $0 crops (2010 dollars)</w:t>
            </w:r>
          </w:p>
        </w:tc>
        <w:tc>
          <w:tcPr>
            <w:tcW w:type="dxa" w:w="1561"/>
          </w:tcPr>
          <w:p>
            <w:pPr>
              <w:spacing w:after="0"/>
              <w:jc w:val="left"/>
            </w:pPr>
          </w:p>
        </w:tc>
        <w:tc>
          <w:tcPr>
            <w:tcW w:type="dxa" w:w="1852"/>
          </w:tcPr>
          <w:p>
            <w:pPr>
              <w:spacing w:after="0"/>
              <w:jc w:val="left"/>
            </w:pPr>
            <w:r>
              <w:rPr>
                <w:sz w:val="16"/>
              </w:rPr>
              <w:t>Event records naming places in the county: Peacham town (1 record).</w:t>
            </w:r>
          </w:p>
        </w:tc>
        <w:tc>
          <w:tcPr>
            <w:tcW w:type="dxa" w:w="19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674"/>
          </w:tcPr>
          <w:p>
            <w:pPr>
              <w:spacing w:after="0"/>
              <w:jc w:val="right"/>
            </w:pPr>
            <w:r>
              <w:rPr>
                <w:sz w:val="16"/>
              </w:rPr>
              <w:t>0</w:t>
            </w:r>
          </w:p>
        </w:tc>
        <w:tc>
          <w:tcPr>
            <w:tcW w:type="dxa" w:w="1832"/>
          </w:tcPr>
          <w:p>
            <w:pPr>
              <w:spacing w:after="0"/>
              <w:jc w:val="left"/>
            </w:pPr>
          </w:p>
        </w:tc>
        <w:tc>
          <w:tcPr>
            <w:tcW w:type="dxa" w:w="1602"/>
          </w:tcPr>
          <w:p>
            <w:pPr>
              <w:spacing w:after="0"/>
              <w:jc w:val="left"/>
            </w:pPr>
          </w:p>
        </w:tc>
        <w:tc>
          <w:tcPr>
            <w:tcW w:type="dxa" w:w="1561"/>
          </w:tcPr>
          <w:p>
            <w:pPr>
              <w:spacing w:after="0"/>
              <w:jc w:val="left"/>
            </w:pPr>
          </w:p>
        </w:tc>
        <w:tc>
          <w:tcPr>
            <w:tcW w:type="dxa" w:w="1852"/>
          </w:tcPr>
          <w:p>
            <w:pPr>
              <w:spacing w:after="0"/>
              <w:jc w:val="left"/>
            </w:pPr>
          </w:p>
        </w:tc>
        <w:tc>
          <w:tcPr>
            <w:tcW w:type="dxa" w:w="1988"/>
          </w:tcPr>
          <w:p>
            <w:pPr>
              <w:spacing w:after="0"/>
              <w:jc w:val="left"/>
            </w:pPr>
            <w:r>
              <w:rPr>
                <w:sz w:val="16"/>
              </w:rPr>
              <w:t>Acres burned: in event narratives only (local data needed).</w:t>
            </w: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674"/>
          </w:tcPr>
          <w:p>
            <w:pPr>
              <w:spacing w:after="0"/>
              <w:jc w:val="right"/>
            </w:pPr>
            <w:r>
              <w:rPr>
                <w:sz w:val="16"/>
              </w:rPr>
              <w:t>319 records, 1996 to 2026 (319 zone-level)</w:t>
            </w:r>
          </w:p>
        </w:tc>
        <w:tc>
          <w:tcPr>
            <w:tcW w:type="dxa" w:w="1832"/>
          </w:tcPr>
          <w:p>
            <w:pPr>
              <w:spacing w:after="0"/>
              <w:jc w:val="left"/>
            </w:pPr>
          </w:p>
        </w:tc>
        <w:tc>
          <w:tcPr>
            <w:tcW w:type="dxa" w:w="1602"/>
          </w:tcPr>
          <w:p>
            <w:pPr>
              <w:spacing w:after="0"/>
              <w:jc w:val="left"/>
            </w:pPr>
            <w:r>
              <w:rPr>
                <w:sz w:val="16"/>
              </w:rPr>
              <w:t>Heavy Snow, 2007-02-14, $200,000 property; $0 crops (2007 dollars); NWS zone VTZ007</w:t>
            </w:r>
          </w:p>
        </w:tc>
        <w:tc>
          <w:tcPr>
            <w:tcW w:type="dxa" w:w="1561"/>
          </w:tcPr>
          <w:p>
            <w:pPr>
              <w:spacing w:after="0"/>
              <w:jc w:val="left"/>
            </w:pPr>
          </w:p>
        </w:tc>
        <w:tc>
          <w:tcPr>
            <w:tcW w:type="dxa" w:w="1852"/>
          </w:tcPr>
          <w:p>
            <w:pPr>
              <w:spacing w:after="0"/>
              <w:jc w:val="left"/>
            </w:pPr>
            <w:r>
              <w:rPr>
                <w:sz w:val="16"/>
              </w:rPr>
              <w:t>Countywide (zone-level records).</w:t>
            </w:r>
          </w:p>
        </w:tc>
        <w:tc>
          <w:tcPr>
            <w:tcW w:type="dxa" w:w="198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Caledonia County, county-level (county FIPS 50005); scope: declarations, statewide block and Storm Events history.</w:t>
      </w:r>
    </w:p>
    <w:p>
      <w:pPr>
        <w:keepNext/>
        <w:spacing w:after="80" w:before="0"/>
      </w:pPr>
      <w:r>
        <w:rPr/>
        <w:t>Federal declarations for this county: 31 declarations covering 27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2024-09-26</w:t>
            </w:r>
          </w:p>
        </w:tc>
        <w:tc>
          <w:tcPr>
            <w:tcW w:type="dxa" w:w="1060"/>
          </w:tcPr>
          <w:p>
            <w:pPr>
              <w:spacing w:after="0"/>
              <w:jc w:val="left"/>
            </w:pPr>
            <w:r>
              <w:rPr>
                <w:sz w:val="16"/>
              </w:rPr>
              <w:t>2024-07-29</w:t>
            </w:r>
          </w:p>
        </w:tc>
        <w:tc>
          <w:tcPr>
            <w:tcW w:type="dxa" w:w="1060"/>
          </w:tcPr>
          <w:p>
            <w:pPr>
              <w:spacing w:after="0"/>
              <w:jc w:val="left"/>
            </w:pPr>
            <w:r>
              <w:rPr>
                <w:sz w:val="16"/>
              </w:rPr>
              <w:t>DR-4826-VT</w:t>
            </w:r>
          </w:p>
        </w:tc>
        <w:tc>
          <w:tcPr>
            <w:tcW w:type="dxa" w:w="1425"/>
          </w:tcPr>
          <w:p>
            <w:pPr>
              <w:spacing w:after="0"/>
              <w:jc w:val="left"/>
            </w:pPr>
            <w:r>
              <w:rPr>
                <w:sz w:val="16"/>
              </w:rPr>
              <w:t>Major disaster</w:t>
            </w:r>
          </w:p>
        </w:tc>
        <w:tc>
          <w:tcPr>
            <w:tcW w:type="dxa" w:w="2704"/>
          </w:tcPr>
          <w:p>
            <w:pPr>
              <w:spacing w:after="0"/>
              <w:jc w:val="left"/>
            </w:pPr>
            <w:r>
              <w:rPr>
                <w:sz w:val="16"/>
              </w:rPr>
              <w:t>Severe Storms, Flooding, Landslides, and Mudslides</w:t>
            </w:r>
          </w:p>
        </w:tc>
        <w:tc>
          <w:tcPr>
            <w:tcW w:type="dxa" w:w="2338"/>
          </w:tcPr>
          <w:p>
            <w:pPr>
              <w:spacing w:after="0"/>
              <w:jc w:val="left"/>
            </w:pPr>
            <w:r>
              <w:rPr>
                <w:sz w:val="16"/>
              </w:rPr>
              <w:t>Inland Flooding (primary); also designated: Landslide</w:t>
            </w:r>
          </w:p>
        </w:tc>
        <w:tc>
          <w:tcPr>
            <w:tcW w:type="dxa" w:w="2795"/>
          </w:tcPr>
          <w:p>
            <w:pPr>
              <w:spacing w:after="0"/>
              <w:jc w:val="right"/>
            </w:pPr>
            <w:r>
              <w:rPr>
                <w:sz w:val="16"/>
              </w:rPr>
              <w:t>$6,540,800.53</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2024-08-20</w:t>
            </w:r>
          </w:p>
        </w:tc>
        <w:tc>
          <w:tcPr>
            <w:tcW w:type="dxa" w:w="1060"/>
          </w:tcPr>
          <w:p>
            <w:pPr>
              <w:spacing w:after="0"/>
              <w:jc w:val="left"/>
            </w:pPr>
            <w:r>
              <w:rPr>
                <w:sz w:val="16"/>
              </w:rPr>
              <w:t>2024-07-09</w:t>
            </w:r>
          </w:p>
        </w:tc>
        <w:tc>
          <w:tcPr>
            <w:tcW w:type="dxa" w:w="1060"/>
          </w:tcPr>
          <w:p>
            <w:pPr>
              <w:spacing w:after="0"/>
              <w:jc w:val="left"/>
            </w:pPr>
            <w:r>
              <w:rPr>
                <w:sz w:val="16"/>
              </w:rPr>
              <w:t>DR-4810-VT</w:t>
            </w:r>
          </w:p>
        </w:tc>
        <w:tc>
          <w:tcPr>
            <w:tcW w:type="dxa" w:w="1425"/>
          </w:tcPr>
          <w:p>
            <w:pPr>
              <w:spacing w:after="0"/>
              <w:jc w:val="left"/>
            </w:pPr>
            <w:r>
              <w:rPr>
                <w:sz w:val="16"/>
              </w:rPr>
              <w:t>Major disaster</w:t>
            </w:r>
          </w:p>
        </w:tc>
        <w:tc>
          <w:tcPr>
            <w:tcW w:type="dxa" w:w="2704"/>
          </w:tcPr>
          <w:p>
            <w:pPr>
              <w:spacing w:after="0"/>
              <w:jc w:val="left"/>
            </w:pPr>
            <w:r>
              <w:rPr>
                <w:sz w:val="16"/>
              </w:rPr>
              <w:t>Severe Storm, Flooding, Landslides, and Mudslides</w:t>
            </w:r>
          </w:p>
        </w:tc>
        <w:tc>
          <w:tcPr>
            <w:tcW w:type="dxa" w:w="2338"/>
          </w:tcPr>
          <w:p>
            <w:pPr>
              <w:spacing w:after="0"/>
              <w:jc w:val="left"/>
            </w:pPr>
            <w:r>
              <w:rPr>
                <w:sz w:val="16"/>
              </w:rPr>
              <w:t>Inland Flooding; Landslide</w:t>
            </w:r>
          </w:p>
        </w:tc>
        <w:tc>
          <w:tcPr>
            <w:tcW w:type="dxa" w:w="2795"/>
          </w:tcPr>
          <w:p>
            <w:pPr>
              <w:spacing w:after="0"/>
              <w:jc w:val="right"/>
            </w:pPr>
            <w:r>
              <w:rPr>
                <w:sz w:val="16"/>
              </w:rPr>
              <w:t>$15,852,841.19</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2024-08-08</w:t>
            </w:r>
          </w:p>
        </w:tc>
        <w:tc>
          <w:tcPr>
            <w:tcW w:type="dxa" w:w="1060"/>
          </w:tcPr>
          <w:p>
            <w:pPr>
              <w:spacing w:after="0"/>
              <w:jc w:val="left"/>
            </w:pPr>
            <w:r>
              <w:rPr>
                <w:sz w:val="16"/>
              </w:rPr>
              <w:t>2024-08-08</w:t>
            </w:r>
          </w:p>
        </w:tc>
        <w:tc>
          <w:tcPr>
            <w:tcW w:type="dxa" w:w="1060"/>
          </w:tcPr>
          <w:p>
            <w:pPr>
              <w:spacing w:after="0"/>
              <w:jc w:val="left"/>
            </w:pPr>
            <w:r>
              <w:rPr>
                <w:sz w:val="16"/>
              </w:rPr>
              <w:t>EM-3609-VT</w:t>
            </w:r>
          </w:p>
        </w:tc>
        <w:tc>
          <w:tcPr>
            <w:tcW w:type="dxa" w:w="1425"/>
          </w:tcPr>
          <w:p>
            <w:pPr>
              <w:spacing w:after="0"/>
              <w:jc w:val="left"/>
            </w:pPr>
            <w:r>
              <w:rPr>
                <w:sz w:val="16"/>
              </w:rPr>
              <w:t>Emergency</w:t>
            </w:r>
          </w:p>
        </w:tc>
        <w:tc>
          <w:tcPr>
            <w:tcW w:type="dxa" w:w="2704"/>
          </w:tcPr>
          <w:p>
            <w:pPr>
              <w:spacing w:after="0"/>
              <w:jc w:val="left"/>
            </w:pPr>
            <w:r>
              <w:rPr>
                <w:sz w:val="16"/>
              </w:rPr>
              <w:t>Tropical Depression Debby</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2023-07-14</w:t>
            </w:r>
          </w:p>
        </w:tc>
        <w:tc>
          <w:tcPr>
            <w:tcW w:type="dxa" w:w="1060"/>
          </w:tcPr>
          <w:p>
            <w:pPr>
              <w:spacing w:after="0"/>
              <w:jc w:val="left"/>
            </w:pPr>
            <w:r>
              <w:rPr>
                <w:sz w:val="16"/>
              </w:rPr>
              <w:t>2023-07-07</w:t>
            </w:r>
          </w:p>
        </w:tc>
        <w:tc>
          <w:tcPr>
            <w:tcW w:type="dxa" w:w="1060"/>
          </w:tcPr>
          <w:p>
            <w:pPr>
              <w:spacing w:after="0"/>
              <w:jc w:val="left"/>
            </w:pPr>
            <w:r>
              <w:rPr>
                <w:sz w:val="16"/>
              </w:rPr>
              <w:t>DR-4720-VT</w:t>
            </w:r>
          </w:p>
        </w:tc>
        <w:tc>
          <w:tcPr>
            <w:tcW w:type="dxa" w:w="1425"/>
          </w:tcPr>
          <w:p>
            <w:pPr>
              <w:spacing w:after="0"/>
              <w:jc w:val="left"/>
            </w:pPr>
            <w:r>
              <w:rPr>
                <w:sz w:val="16"/>
              </w:rPr>
              <w:t>Major disaster</w:t>
            </w:r>
          </w:p>
        </w:tc>
        <w:tc>
          <w:tcPr>
            <w:tcW w:type="dxa" w:w="2704"/>
          </w:tcPr>
          <w:p>
            <w:pPr>
              <w:spacing w:after="0"/>
              <w:jc w:val="left"/>
            </w:pPr>
            <w:r>
              <w:rPr>
                <w:sz w:val="16"/>
              </w:rPr>
              <w:t>Severe Storms, Flooding, Landslides, and Mudslides</w:t>
            </w:r>
          </w:p>
        </w:tc>
        <w:tc>
          <w:tcPr>
            <w:tcW w:type="dxa" w:w="2338"/>
          </w:tcPr>
          <w:p>
            <w:pPr>
              <w:spacing w:after="0"/>
              <w:jc w:val="left"/>
            </w:pPr>
            <w:r>
              <w:rPr>
                <w:sz w:val="16"/>
              </w:rPr>
              <w:t>Inland Flooding (primary); also designated: Landslide</w:t>
            </w:r>
          </w:p>
        </w:tc>
        <w:tc>
          <w:tcPr>
            <w:tcW w:type="dxa" w:w="2795"/>
          </w:tcPr>
          <w:p>
            <w:pPr>
              <w:spacing w:after="0"/>
              <w:jc w:val="right"/>
            </w:pPr>
            <w:r>
              <w:rPr>
                <w:sz w:val="16"/>
              </w:rPr>
              <w:t>$9,868,285.55</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2023-07-10</w:t>
            </w:r>
          </w:p>
        </w:tc>
        <w:tc>
          <w:tcPr>
            <w:tcW w:type="dxa" w:w="1060"/>
          </w:tcPr>
          <w:p>
            <w:pPr>
              <w:spacing w:after="0"/>
              <w:jc w:val="left"/>
            </w:pPr>
            <w:r>
              <w:rPr>
                <w:sz w:val="16"/>
              </w:rPr>
              <w:t>2023-07-09</w:t>
            </w:r>
          </w:p>
        </w:tc>
        <w:tc>
          <w:tcPr>
            <w:tcW w:type="dxa" w:w="1060"/>
          </w:tcPr>
          <w:p>
            <w:pPr>
              <w:spacing w:after="0"/>
              <w:jc w:val="left"/>
            </w:pPr>
            <w:r>
              <w:rPr>
                <w:sz w:val="16"/>
              </w:rPr>
              <w:t>EM-3595-VT</w:t>
            </w:r>
          </w:p>
        </w:tc>
        <w:tc>
          <w:tcPr>
            <w:tcW w:type="dxa" w:w="1425"/>
          </w:tcPr>
          <w:p>
            <w:pPr>
              <w:spacing w:after="0"/>
              <w:jc w:val="left"/>
            </w:pPr>
            <w:r>
              <w:rPr>
                <w:sz w:val="16"/>
              </w:rPr>
              <w:t>Emergency</w:t>
            </w:r>
          </w:p>
        </w:tc>
        <w:tc>
          <w:tcPr>
            <w:tcW w:type="dxa" w:w="2704"/>
          </w:tcPr>
          <w:p>
            <w:pPr>
              <w:spacing w:after="0"/>
              <w:jc w:val="left"/>
            </w:pPr>
            <w:r>
              <w:rPr>
                <w:sz w:val="16"/>
              </w:rPr>
              <w:t>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r>
              <w:rPr>
                <w:sz w:val="16"/>
              </w:rPr>
              <w:t>same incident as DR-4720</w:t>
            </w:r>
          </w:p>
        </w:tc>
      </w:tr>
      <w:tr>
        <w:trPr>
          <w:cantSplit/>
        </w:trPr>
        <w:tc>
          <w:tcPr>
            <w:tcW w:type="dxa" w:w="1060"/>
          </w:tcPr>
          <w:p>
            <w:pPr>
              <w:spacing w:after="0"/>
              <w:jc w:val="left"/>
            </w:pPr>
            <w:r>
              <w:rPr>
                <w:sz w:val="16"/>
              </w:rPr>
              <w:t>2021-08-22</w:t>
            </w:r>
          </w:p>
        </w:tc>
        <w:tc>
          <w:tcPr>
            <w:tcW w:type="dxa" w:w="1060"/>
          </w:tcPr>
          <w:p>
            <w:pPr>
              <w:spacing w:after="0"/>
              <w:jc w:val="left"/>
            </w:pPr>
            <w:r>
              <w:rPr>
                <w:sz w:val="16"/>
              </w:rPr>
              <w:t>2021-08-22</w:t>
            </w:r>
          </w:p>
        </w:tc>
        <w:tc>
          <w:tcPr>
            <w:tcW w:type="dxa" w:w="1060"/>
          </w:tcPr>
          <w:p>
            <w:pPr>
              <w:spacing w:after="0"/>
              <w:jc w:val="left"/>
            </w:pPr>
            <w:r>
              <w:rPr>
                <w:sz w:val="16"/>
              </w:rPr>
              <w:t>EM-3567-VT</w:t>
            </w:r>
          </w:p>
        </w:tc>
        <w:tc>
          <w:tcPr>
            <w:tcW w:type="dxa" w:w="1425"/>
          </w:tcPr>
          <w:p>
            <w:pPr>
              <w:spacing w:after="0"/>
              <w:jc w:val="left"/>
            </w:pPr>
            <w:r>
              <w:rPr>
                <w:sz w:val="16"/>
              </w:rPr>
              <w:t>Emergency</w:t>
            </w:r>
          </w:p>
        </w:tc>
        <w:tc>
          <w:tcPr>
            <w:tcW w:type="dxa" w:w="2704"/>
          </w:tcPr>
          <w:p>
            <w:pPr>
              <w:spacing w:after="0"/>
              <w:jc w:val="left"/>
            </w:pPr>
            <w:r>
              <w:rPr>
                <w:sz w:val="16"/>
              </w:rPr>
              <w:t>Tropical Storm Henri</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2020-04-08</w:t>
            </w:r>
          </w:p>
        </w:tc>
        <w:tc>
          <w:tcPr>
            <w:tcW w:type="dxa" w:w="1060"/>
          </w:tcPr>
          <w:p>
            <w:pPr>
              <w:spacing w:after="0"/>
              <w:jc w:val="left"/>
            </w:pPr>
            <w:r>
              <w:rPr>
                <w:sz w:val="16"/>
              </w:rPr>
              <w:t>2020-01-20</w:t>
            </w:r>
          </w:p>
        </w:tc>
        <w:tc>
          <w:tcPr>
            <w:tcW w:type="dxa" w:w="1060"/>
          </w:tcPr>
          <w:p>
            <w:pPr>
              <w:spacing w:after="0"/>
              <w:jc w:val="left"/>
            </w:pPr>
            <w:r>
              <w:rPr>
                <w:sz w:val="16"/>
              </w:rPr>
              <w:t>DR-4532-VT</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$400,670.88</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EM-3437-VT</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DR-4532</w:t>
            </w:r>
          </w:p>
        </w:tc>
      </w:tr>
      <w:tr>
        <w:trPr>
          <w:cantSplit/>
        </w:trPr>
        <w:tc>
          <w:tcPr>
            <w:tcW w:type="dxa" w:w="1060"/>
          </w:tcPr>
          <w:p>
            <w:pPr>
              <w:spacing w:after="0"/>
              <w:jc w:val="left"/>
            </w:pPr>
            <w:r>
              <w:rPr>
                <w:sz w:val="16"/>
              </w:rPr>
              <w:t>2017-08-16</w:t>
            </w:r>
          </w:p>
        </w:tc>
        <w:tc>
          <w:tcPr>
            <w:tcW w:type="dxa" w:w="1060"/>
          </w:tcPr>
          <w:p>
            <w:pPr>
              <w:spacing w:after="0"/>
              <w:jc w:val="left"/>
            </w:pPr>
            <w:r>
              <w:rPr>
                <w:sz w:val="16"/>
              </w:rPr>
              <w:t>2017-06-29</w:t>
            </w:r>
          </w:p>
        </w:tc>
        <w:tc>
          <w:tcPr>
            <w:tcW w:type="dxa" w:w="1060"/>
          </w:tcPr>
          <w:p>
            <w:pPr>
              <w:spacing w:after="0"/>
              <w:jc w:val="left"/>
            </w:pPr>
            <w:r>
              <w:rPr>
                <w:sz w:val="16"/>
              </w:rPr>
              <w:t>DR-4330-VT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$371,916.61</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2014-06-11</w:t>
            </w:r>
          </w:p>
        </w:tc>
        <w:tc>
          <w:tcPr>
            <w:tcW w:type="dxa" w:w="1060"/>
          </w:tcPr>
          <w:p>
            <w:pPr>
              <w:spacing w:after="0"/>
              <w:jc w:val="left"/>
            </w:pPr>
            <w:r>
              <w:rPr>
                <w:sz w:val="16"/>
              </w:rPr>
              <w:t>2014-04-15</w:t>
            </w:r>
          </w:p>
        </w:tc>
        <w:tc>
          <w:tcPr>
            <w:tcW w:type="dxa" w:w="1060"/>
          </w:tcPr>
          <w:p>
            <w:pPr>
              <w:spacing w:after="0"/>
              <w:jc w:val="left"/>
            </w:pPr>
            <w:r>
              <w:rPr>
                <w:sz w:val="16"/>
              </w:rPr>
              <w:t>DR-4178-VT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$45,601.87</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2014-01-29</w:t>
            </w:r>
          </w:p>
        </w:tc>
        <w:tc>
          <w:tcPr>
            <w:tcW w:type="dxa" w:w="1060"/>
          </w:tcPr>
          <w:p>
            <w:pPr>
              <w:spacing w:after="0"/>
              <w:jc w:val="left"/>
            </w:pPr>
            <w:r>
              <w:rPr>
                <w:sz w:val="16"/>
              </w:rPr>
              <w:t>2013-12-20</w:t>
            </w:r>
          </w:p>
        </w:tc>
        <w:tc>
          <w:tcPr>
            <w:tcW w:type="dxa" w:w="1060"/>
          </w:tcPr>
          <w:p>
            <w:pPr>
              <w:spacing w:after="0"/>
              <w:jc w:val="left"/>
            </w:pPr>
            <w:r>
              <w:rPr>
                <w:sz w:val="16"/>
              </w:rPr>
              <w:t>DR-4163-VT</w:t>
            </w:r>
          </w:p>
        </w:tc>
        <w:tc>
          <w:tcPr>
            <w:tcW w:type="dxa" w:w="1425"/>
          </w:tcPr>
          <w:p>
            <w:pPr>
              <w:spacing w:after="0"/>
              <w:jc w:val="left"/>
            </w:pPr>
            <w:r>
              <w:rPr>
                <w:sz w:val="16"/>
              </w:rPr>
              <w:t>Major disaster</w:t>
            </w:r>
          </w:p>
        </w:tc>
        <w:tc>
          <w:tcPr>
            <w:tcW w:type="dxa" w:w="2704"/>
          </w:tcPr>
          <w:p>
            <w:pPr>
              <w:spacing w:after="0"/>
              <w:jc w:val="left"/>
            </w:pPr>
            <w:r>
              <w:rPr>
                <w:sz w:val="16"/>
              </w:rPr>
              <w:t>Severe Winter Storms</w:t>
            </w:r>
          </w:p>
        </w:tc>
        <w:tc>
          <w:tcPr>
            <w:tcW w:type="dxa" w:w="2338"/>
          </w:tcPr>
          <w:p>
            <w:pPr>
              <w:spacing w:after="0"/>
              <w:jc w:val="left"/>
            </w:pPr>
            <w:r>
              <w:rPr>
                <w:sz w:val="16"/>
              </w:rPr>
              <w:t>Ice Storm</w:t>
            </w:r>
          </w:p>
        </w:tc>
        <w:tc>
          <w:tcPr>
            <w:tcW w:type="dxa" w:w="2795"/>
          </w:tcPr>
          <w:p>
            <w:pPr>
              <w:spacing w:after="0"/>
              <w:jc w:val="right"/>
            </w:pPr>
            <w:r>
              <w:rPr>
                <w:sz w:val="16"/>
              </w:rPr>
              <w:t>$48,694.83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2013-08-02</w:t>
            </w:r>
          </w:p>
        </w:tc>
        <w:tc>
          <w:tcPr>
            <w:tcW w:type="dxa" w:w="1060"/>
          </w:tcPr>
          <w:p>
            <w:pPr>
              <w:spacing w:after="0"/>
              <w:jc w:val="left"/>
            </w:pPr>
            <w:r>
              <w:rPr>
                <w:sz w:val="16"/>
              </w:rPr>
              <w:t>2013-06-25</w:t>
            </w:r>
          </w:p>
        </w:tc>
        <w:tc>
          <w:tcPr>
            <w:tcW w:type="dxa" w:w="1060"/>
          </w:tcPr>
          <w:p>
            <w:pPr>
              <w:spacing w:after="0"/>
              <w:jc w:val="left"/>
            </w:pPr>
            <w:r>
              <w:rPr>
                <w:sz w:val="16"/>
              </w:rPr>
              <w:t>DR-4140-VT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$229,521.78</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2011-09-01</w:t>
            </w:r>
          </w:p>
        </w:tc>
        <w:tc>
          <w:tcPr>
            <w:tcW w:type="dxa" w:w="1060"/>
          </w:tcPr>
          <w:p>
            <w:pPr>
              <w:spacing w:after="0"/>
              <w:jc w:val="left"/>
            </w:pPr>
            <w:r>
              <w:rPr>
                <w:sz w:val="16"/>
              </w:rPr>
              <w:t>2011-08-27</w:t>
            </w:r>
          </w:p>
        </w:tc>
        <w:tc>
          <w:tcPr>
            <w:tcW w:type="dxa" w:w="1060"/>
          </w:tcPr>
          <w:p>
            <w:pPr>
              <w:spacing w:after="0"/>
              <w:jc w:val="left"/>
            </w:pPr>
            <w:r>
              <w:rPr>
                <w:sz w:val="16"/>
              </w:rPr>
              <w:t>DR-4022-VT</w:t>
            </w:r>
          </w:p>
        </w:tc>
        <w:tc>
          <w:tcPr>
            <w:tcW w:type="dxa" w:w="1425"/>
          </w:tcPr>
          <w:p>
            <w:pPr>
              <w:spacing w:after="0"/>
              <w:jc w:val="left"/>
            </w:pPr>
            <w:r>
              <w:rPr>
                <w:sz w:val="16"/>
              </w:rPr>
              <w:t>Major disaster</w:t>
            </w:r>
          </w:p>
        </w:tc>
        <w:tc>
          <w:tcPr>
            <w:tcW w:type="dxa" w:w="2704"/>
          </w:tcPr>
          <w:p>
            <w:pPr>
              <w:spacing w:after="0"/>
              <w:jc w:val="left"/>
            </w:pPr>
            <w:r>
              <w:rPr>
                <w:sz w:val="16"/>
              </w:rPr>
              <w:t>Tropical Storm Irene</w:t>
            </w:r>
          </w:p>
        </w:tc>
        <w:tc>
          <w:tcPr>
            <w:tcW w:type="dxa" w:w="2338"/>
          </w:tcPr>
          <w:p>
            <w:pPr>
              <w:spacing w:after="0"/>
              <w:jc w:val="left"/>
            </w:pPr>
            <w:r>
              <w:rPr>
                <w:sz w:val="16"/>
              </w:rPr>
              <w:t>Hurricane</w:t>
            </w:r>
          </w:p>
        </w:tc>
        <w:tc>
          <w:tcPr>
            <w:tcW w:type="dxa" w:w="2795"/>
          </w:tcPr>
          <w:p>
            <w:pPr>
              <w:spacing w:after="0"/>
              <w:jc w:val="right"/>
            </w:pPr>
            <w:r>
              <w:rPr>
                <w:sz w:val="16"/>
              </w:rPr>
              <w:t>$1,691,755.43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2011-08-29</w:t>
            </w:r>
          </w:p>
        </w:tc>
        <w:tc>
          <w:tcPr>
            <w:tcW w:type="dxa" w:w="1060"/>
          </w:tcPr>
          <w:p>
            <w:pPr>
              <w:spacing w:after="0"/>
              <w:jc w:val="left"/>
            </w:pPr>
            <w:r>
              <w:rPr>
                <w:sz w:val="16"/>
              </w:rPr>
              <w:t>2011-08-26</w:t>
            </w:r>
          </w:p>
        </w:tc>
        <w:tc>
          <w:tcPr>
            <w:tcW w:type="dxa" w:w="1060"/>
          </w:tcPr>
          <w:p>
            <w:pPr>
              <w:spacing w:after="0"/>
              <w:jc w:val="left"/>
            </w:pPr>
            <w:r>
              <w:rPr>
                <w:sz w:val="16"/>
              </w:rPr>
              <w:t>EM-3338-VT</w:t>
            </w:r>
          </w:p>
        </w:tc>
        <w:tc>
          <w:tcPr>
            <w:tcW w:type="dxa" w:w="1425"/>
          </w:tcPr>
          <w:p>
            <w:pPr>
              <w:spacing w:after="0"/>
              <w:jc w:val="left"/>
            </w:pPr>
            <w:r>
              <w:rPr>
                <w:sz w:val="16"/>
              </w:rPr>
              <w:t>Emergency</w:t>
            </w:r>
          </w:p>
        </w:tc>
        <w:tc>
          <w:tcPr>
            <w:tcW w:type="dxa" w:w="2704"/>
          </w:tcPr>
          <w:p>
            <w:pPr>
              <w:spacing w:after="0"/>
              <w:jc w:val="left"/>
            </w:pPr>
            <w:r>
              <w:rPr>
                <w:sz w:val="16"/>
              </w:rPr>
              <w:t>Hurricane Irene</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DR-4022</w:t>
            </w:r>
          </w:p>
        </w:tc>
      </w:tr>
      <w:tr>
        <w:trPr>
          <w:cantSplit/>
        </w:trPr>
        <w:tc>
          <w:tcPr>
            <w:tcW w:type="dxa" w:w="1060"/>
          </w:tcPr>
          <w:p>
            <w:pPr>
              <w:spacing w:after="0"/>
              <w:jc w:val="left"/>
            </w:pPr>
            <w:r>
              <w:rPr>
                <w:sz w:val="16"/>
              </w:rPr>
              <w:t>2011-07-08</w:t>
            </w:r>
          </w:p>
        </w:tc>
        <w:tc>
          <w:tcPr>
            <w:tcW w:type="dxa" w:w="1060"/>
          </w:tcPr>
          <w:p>
            <w:pPr>
              <w:spacing w:after="0"/>
              <w:jc w:val="left"/>
            </w:pPr>
            <w:r>
              <w:rPr>
                <w:sz w:val="16"/>
              </w:rPr>
              <w:t>2011-05-26</w:t>
            </w:r>
          </w:p>
        </w:tc>
        <w:tc>
          <w:tcPr>
            <w:tcW w:type="dxa" w:w="1060"/>
          </w:tcPr>
          <w:p>
            <w:pPr>
              <w:spacing w:after="0"/>
              <w:jc w:val="left"/>
            </w:pPr>
            <w:r>
              <w:rPr>
                <w:sz w:val="16"/>
              </w:rPr>
              <w:t>DR-4001-VT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$2,799,333.44</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2008-09-12</w:t>
            </w:r>
          </w:p>
        </w:tc>
        <w:tc>
          <w:tcPr>
            <w:tcW w:type="dxa" w:w="1060"/>
          </w:tcPr>
          <w:p>
            <w:pPr>
              <w:spacing w:after="0"/>
              <w:jc w:val="left"/>
            </w:pPr>
            <w:r>
              <w:rPr>
                <w:sz w:val="16"/>
              </w:rPr>
              <w:t>2008-07-21</w:t>
            </w:r>
          </w:p>
        </w:tc>
        <w:tc>
          <w:tcPr>
            <w:tcW w:type="dxa" w:w="1060"/>
          </w:tcPr>
          <w:p>
            <w:pPr>
              <w:spacing w:after="0"/>
              <w:jc w:val="left"/>
            </w:pPr>
            <w:r>
              <w:rPr>
                <w:sz w:val="16"/>
              </w:rPr>
              <w:t>DR-1790-VT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$587,185.48</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2008-08-15</w:t>
            </w:r>
          </w:p>
        </w:tc>
        <w:tc>
          <w:tcPr>
            <w:tcW w:type="dxa" w:w="1060"/>
          </w:tcPr>
          <w:p>
            <w:pPr>
              <w:spacing w:after="0"/>
              <w:jc w:val="left"/>
            </w:pPr>
            <w:r>
              <w:rPr>
                <w:sz w:val="16"/>
              </w:rPr>
              <w:t>2008-07-18</w:t>
            </w:r>
          </w:p>
        </w:tc>
        <w:tc>
          <w:tcPr>
            <w:tcW w:type="dxa" w:w="1060"/>
          </w:tcPr>
          <w:p>
            <w:pPr>
              <w:spacing w:after="0"/>
              <w:jc w:val="left"/>
            </w:pPr>
            <w:r>
              <w:rPr>
                <w:sz w:val="16"/>
              </w:rPr>
              <w:t>DR-1784-VT</w:t>
            </w:r>
          </w:p>
        </w:tc>
        <w:tc>
          <w:tcPr>
            <w:tcW w:type="dxa" w:w="1425"/>
          </w:tcPr>
          <w:p>
            <w:pPr>
              <w:spacing w:after="0"/>
              <w:jc w:val="left"/>
            </w:pPr>
            <w:r>
              <w:rPr>
                <w:sz w:val="16"/>
              </w:rPr>
              <w:t>Major disaster</w:t>
            </w:r>
          </w:p>
        </w:tc>
        <w:tc>
          <w:tcPr>
            <w:tcW w:type="dxa" w:w="2704"/>
          </w:tcPr>
          <w:p>
            <w:pPr>
              <w:spacing w:after="0"/>
              <w:jc w:val="left"/>
            </w:pPr>
            <w:r>
              <w:rPr>
                <w:sz w:val="16"/>
              </w:rPr>
              <w:t>Severe Storms, a Tornado, and Flooding</w:t>
            </w:r>
          </w:p>
        </w:tc>
        <w:tc>
          <w:tcPr>
            <w:tcW w:type="dxa" w:w="2338"/>
          </w:tcPr>
          <w:p>
            <w:pPr>
              <w:spacing w:after="0"/>
              <w:jc w:val="left"/>
            </w:pPr>
            <w:r>
              <w:rPr>
                <w:sz w:val="16"/>
              </w:rPr>
              <w:t>Inland Flooding; Tornado</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2007-08-03</w:t>
            </w:r>
          </w:p>
        </w:tc>
        <w:tc>
          <w:tcPr>
            <w:tcW w:type="dxa" w:w="1060"/>
          </w:tcPr>
          <w:p>
            <w:pPr>
              <w:spacing w:after="0"/>
              <w:jc w:val="left"/>
            </w:pPr>
            <w:r>
              <w:rPr>
                <w:sz w:val="16"/>
              </w:rPr>
              <w:t>2007-07-09</w:t>
            </w:r>
          </w:p>
        </w:tc>
        <w:tc>
          <w:tcPr>
            <w:tcW w:type="dxa" w:w="1060"/>
          </w:tcPr>
          <w:p>
            <w:pPr>
              <w:spacing w:after="0"/>
              <w:jc w:val="left"/>
            </w:pPr>
            <w:r>
              <w:rPr>
                <w:sz w:val="16"/>
              </w:rPr>
              <w:t>DR-1715-VT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$199,439.24</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2007-05-04</w:t>
            </w:r>
          </w:p>
        </w:tc>
        <w:tc>
          <w:tcPr>
            <w:tcW w:type="dxa" w:w="1060"/>
          </w:tcPr>
          <w:p>
            <w:pPr>
              <w:spacing w:after="0"/>
              <w:jc w:val="left"/>
            </w:pPr>
            <w:r>
              <w:rPr>
                <w:sz w:val="16"/>
              </w:rPr>
              <w:t>2007-04-15</w:t>
            </w:r>
          </w:p>
        </w:tc>
        <w:tc>
          <w:tcPr>
            <w:tcW w:type="dxa" w:w="1060"/>
          </w:tcPr>
          <w:p>
            <w:pPr>
              <w:spacing w:after="0"/>
              <w:jc w:val="left"/>
            </w:pPr>
            <w:r>
              <w:rPr>
                <w:sz w:val="16"/>
              </w:rPr>
              <w:t>DR-1698-VT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$116,080.23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2004-09-23</w:t>
            </w:r>
          </w:p>
        </w:tc>
        <w:tc>
          <w:tcPr>
            <w:tcW w:type="dxa" w:w="1060"/>
          </w:tcPr>
          <w:p>
            <w:pPr>
              <w:spacing w:after="0"/>
              <w:jc w:val="left"/>
            </w:pPr>
            <w:r>
              <w:rPr>
                <w:sz w:val="16"/>
              </w:rPr>
              <w:t>2004-08-12</w:t>
            </w:r>
          </w:p>
        </w:tc>
        <w:tc>
          <w:tcPr>
            <w:tcW w:type="dxa" w:w="1060"/>
          </w:tcPr>
          <w:p>
            <w:pPr>
              <w:spacing w:after="0"/>
              <w:jc w:val="left"/>
            </w:pPr>
            <w:r>
              <w:rPr>
                <w:sz w:val="16"/>
              </w:rPr>
              <w:t>DR-1559-VT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$353,983.17</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2002-07-12</w:t>
            </w:r>
          </w:p>
        </w:tc>
        <w:tc>
          <w:tcPr>
            <w:tcW w:type="dxa" w:w="1060"/>
          </w:tcPr>
          <w:p>
            <w:pPr>
              <w:spacing w:after="0"/>
              <w:jc w:val="left"/>
            </w:pPr>
            <w:r>
              <w:rPr>
                <w:sz w:val="16"/>
              </w:rPr>
              <w:t>2002-06-05</w:t>
            </w:r>
          </w:p>
        </w:tc>
        <w:tc>
          <w:tcPr>
            <w:tcW w:type="dxa" w:w="1060"/>
          </w:tcPr>
          <w:p>
            <w:pPr>
              <w:spacing w:after="0"/>
              <w:jc w:val="left"/>
            </w:pPr>
            <w:r>
              <w:rPr>
                <w:sz w:val="16"/>
              </w:rPr>
              <w:t>DR-1428-VT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$413,886.69</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1999-11-10</w:t>
            </w:r>
          </w:p>
        </w:tc>
        <w:tc>
          <w:tcPr>
            <w:tcW w:type="dxa" w:w="1060"/>
          </w:tcPr>
          <w:p>
            <w:pPr>
              <w:spacing w:after="0"/>
              <w:jc w:val="left"/>
            </w:pPr>
            <w:r>
              <w:rPr>
                <w:sz w:val="16"/>
              </w:rPr>
              <w:t>1999-09-16</w:t>
            </w:r>
          </w:p>
        </w:tc>
        <w:tc>
          <w:tcPr>
            <w:tcW w:type="dxa" w:w="1060"/>
          </w:tcPr>
          <w:p>
            <w:pPr>
              <w:spacing w:after="0"/>
              <w:jc w:val="left"/>
            </w:pPr>
            <w:r>
              <w:rPr>
                <w:sz w:val="16"/>
              </w:rPr>
              <w:t>DR-1307-VT</w:t>
            </w:r>
          </w:p>
        </w:tc>
        <w:tc>
          <w:tcPr>
            <w:tcW w:type="dxa" w:w="1425"/>
          </w:tcPr>
          <w:p>
            <w:pPr>
              <w:spacing w:after="0"/>
              <w:jc w:val="left"/>
            </w:pPr>
            <w:r>
              <w:rPr>
                <w:sz w:val="16"/>
              </w:rPr>
              <w:t>Major disaster</w:t>
            </w:r>
          </w:p>
        </w:tc>
        <w:tc>
          <w:tcPr>
            <w:tcW w:type="dxa" w:w="2704"/>
          </w:tcPr>
          <w:p>
            <w:pPr>
              <w:spacing w:after="0"/>
              <w:jc w:val="left"/>
            </w:pPr>
            <w:r>
              <w:rPr>
                <w:sz w:val="16"/>
              </w:rPr>
              <w:t>Tropical Storm Floyd</w:t>
            </w:r>
          </w:p>
        </w:tc>
        <w:tc>
          <w:tcPr>
            <w:tcW w:type="dxa" w:w="2338"/>
          </w:tcPr>
          <w:p>
            <w:pPr>
              <w:spacing w:after="0"/>
              <w:jc w:val="left"/>
            </w:pPr>
            <w:r>
              <w:rPr>
                <w:sz w:val="16"/>
              </w:rPr>
              <w:t>Hurricane; Inland Flooding</w:t>
            </w:r>
          </w:p>
        </w:tc>
        <w:tc>
          <w:tcPr>
            <w:tcW w:type="dxa" w:w="2795"/>
          </w:tcPr>
          <w:p>
            <w:pPr>
              <w:spacing w:after="0"/>
              <w:jc w:val="right"/>
            </w:pPr>
            <w:r>
              <w:rPr>
                <w:sz w:val="16"/>
              </w:rPr>
              <w:t>$52,362.06</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1998-06-30</w:t>
            </w:r>
          </w:p>
        </w:tc>
        <w:tc>
          <w:tcPr>
            <w:tcW w:type="dxa" w:w="1060"/>
          </w:tcPr>
          <w:p>
            <w:pPr>
              <w:spacing w:after="0"/>
              <w:jc w:val="left"/>
            </w:pPr>
            <w:r>
              <w:rPr>
                <w:sz w:val="16"/>
              </w:rPr>
              <w:t>1998-06-17</w:t>
            </w:r>
          </w:p>
        </w:tc>
        <w:tc>
          <w:tcPr>
            <w:tcW w:type="dxa" w:w="1060"/>
          </w:tcPr>
          <w:p>
            <w:pPr>
              <w:spacing w:after="0"/>
              <w:jc w:val="left"/>
            </w:pPr>
            <w:r>
              <w:rPr>
                <w:sz w:val="16"/>
              </w:rPr>
              <w:t>DR-1228-VT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1997-07-25</w:t>
            </w:r>
          </w:p>
        </w:tc>
        <w:tc>
          <w:tcPr>
            <w:tcW w:type="dxa" w:w="1060"/>
          </w:tcPr>
          <w:p>
            <w:pPr>
              <w:spacing w:after="0"/>
              <w:jc w:val="left"/>
            </w:pPr>
            <w:r>
              <w:rPr>
                <w:sz w:val="16"/>
              </w:rPr>
              <w:t>1997-07-15</w:t>
            </w:r>
          </w:p>
        </w:tc>
        <w:tc>
          <w:tcPr>
            <w:tcW w:type="dxa" w:w="1060"/>
          </w:tcPr>
          <w:p>
            <w:pPr>
              <w:spacing w:after="0"/>
              <w:jc w:val="left"/>
            </w:pPr>
            <w:r>
              <w:rPr>
                <w:sz w:val="16"/>
              </w:rPr>
              <w:t>DR-1184-VT</w:t>
            </w:r>
          </w:p>
        </w:tc>
        <w:tc>
          <w:tcPr>
            <w:tcW w:type="dxa" w:w="1425"/>
          </w:tcPr>
          <w:p>
            <w:pPr>
              <w:spacing w:after="0"/>
              <w:jc w:val="left"/>
            </w:pPr>
            <w:r>
              <w:rPr>
                <w:sz w:val="16"/>
              </w:rPr>
              <w:t>Major disaster</w:t>
            </w:r>
          </w:p>
        </w:tc>
        <w:tc>
          <w:tcPr>
            <w:tcW w:type="dxa" w:w="2704"/>
          </w:tcPr>
          <w:p>
            <w:pPr>
              <w:spacing w:after="0"/>
              <w:jc w:val="left"/>
            </w:pPr>
            <w:r>
              <w:rPr>
                <w:sz w:val="16"/>
              </w:rPr>
              <w:t>Excessive Rainfall, High Winds, and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1995-08-16</w:t>
            </w:r>
          </w:p>
        </w:tc>
        <w:tc>
          <w:tcPr>
            <w:tcW w:type="dxa" w:w="1060"/>
          </w:tcPr>
          <w:p>
            <w:pPr>
              <w:spacing w:after="0"/>
              <w:jc w:val="left"/>
            </w:pPr>
            <w:r>
              <w:rPr>
                <w:sz w:val="16"/>
              </w:rPr>
              <w:t>1995-08-04</w:t>
            </w:r>
          </w:p>
        </w:tc>
        <w:tc>
          <w:tcPr>
            <w:tcW w:type="dxa" w:w="1060"/>
          </w:tcPr>
          <w:p>
            <w:pPr>
              <w:spacing w:after="0"/>
              <w:jc w:val="left"/>
            </w:pPr>
            <w:r>
              <w:rPr>
                <w:sz w:val="16"/>
              </w:rPr>
              <w:t>DR-1063-VT</w:t>
            </w:r>
          </w:p>
        </w:tc>
        <w:tc>
          <w:tcPr>
            <w:tcW w:type="dxa" w:w="1425"/>
          </w:tcPr>
          <w:p>
            <w:pPr>
              <w:spacing w:after="0"/>
              <w:jc w:val="left"/>
            </w:pPr>
            <w:r>
              <w:rPr>
                <w:sz w:val="16"/>
              </w:rPr>
              <w:t>Major disaster</w:t>
            </w:r>
          </w:p>
        </w:tc>
        <w:tc>
          <w:tcPr>
            <w:tcW w:type="dxa" w:w="2704"/>
          </w:tcPr>
          <w:p>
            <w:pPr>
              <w:spacing w:after="0"/>
              <w:jc w:val="left"/>
            </w:pPr>
            <w:r>
              <w:rPr>
                <w:sz w:val="16"/>
              </w:rPr>
              <w:t>Excessive Rainfall,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1992-03-18</w:t>
            </w:r>
          </w:p>
        </w:tc>
        <w:tc>
          <w:tcPr>
            <w:tcW w:type="dxa" w:w="1060"/>
          </w:tcPr>
          <w:p>
            <w:pPr>
              <w:spacing w:after="0"/>
              <w:jc w:val="left"/>
            </w:pPr>
            <w:r>
              <w:rPr>
                <w:sz w:val="16"/>
              </w:rPr>
              <w:t>1992-03-11</w:t>
            </w:r>
          </w:p>
        </w:tc>
        <w:tc>
          <w:tcPr>
            <w:tcW w:type="dxa" w:w="1060"/>
          </w:tcPr>
          <w:p>
            <w:pPr>
              <w:spacing w:after="0"/>
              <w:jc w:val="left"/>
            </w:pPr>
            <w:r>
              <w:rPr>
                <w:sz w:val="16"/>
              </w:rPr>
              <w:t>DR-938-VT</w:t>
            </w:r>
          </w:p>
        </w:tc>
        <w:tc>
          <w:tcPr>
            <w:tcW w:type="dxa" w:w="1425"/>
          </w:tcPr>
          <w:p>
            <w:pPr>
              <w:spacing w:after="0"/>
              <w:jc w:val="left"/>
            </w:pPr>
            <w:r>
              <w:rPr>
                <w:sz w:val="16"/>
              </w:rPr>
              <w:t>Major disaster</w:t>
            </w:r>
          </w:p>
        </w:tc>
        <w:tc>
          <w:tcPr>
            <w:tcW w:type="dxa" w:w="2704"/>
          </w:tcPr>
          <w:p>
            <w:pPr>
              <w:spacing w:after="0"/>
              <w:jc w:val="left"/>
            </w:pPr>
            <w:r>
              <w:rPr>
                <w:sz w:val="16"/>
              </w:rPr>
              <w:t>Heavy Rains, Ice Jams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1990-07-25</w:t>
            </w:r>
          </w:p>
        </w:tc>
        <w:tc>
          <w:tcPr>
            <w:tcW w:type="dxa" w:w="1060"/>
          </w:tcPr>
          <w:p>
            <w:pPr>
              <w:spacing w:after="0"/>
              <w:jc w:val="left"/>
            </w:pPr>
            <w:r>
              <w:rPr>
                <w:sz w:val="16"/>
              </w:rPr>
              <w:t>1990-07-04</w:t>
            </w:r>
          </w:p>
        </w:tc>
        <w:tc>
          <w:tcPr>
            <w:tcW w:type="dxa" w:w="1060"/>
          </w:tcPr>
          <w:p>
            <w:pPr>
              <w:spacing w:after="0"/>
              <w:jc w:val="left"/>
            </w:pPr>
            <w:r>
              <w:rPr>
                <w:sz w:val="16"/>
              </w:rPr>
              <w:t>DR-875-VT</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1989-09-11</w:t>
            </w:r>
          </w:p>
        </w:tc>
        <w:tc>
          <w:tcPr>
            <w:tcW w:type="dxa" w:w="1060"/>
          </w:tcPr>
          <w:p>
            <w:pPr>
              <w:spacing w:after="0"/>
              <w:jc w:val="left"/>
            </w:pPr>
            <w:r>
              <w:rPr>
                <w:sz w:val="16"/>
              </w:rPr>
              <w:t>1989-08-04</w:t>
            </w:r>
          </w:p>
        </w:tc>
        <w:tc>
          <w:tcPr>
            <w:tcW w:type="dxa" w:w="1060"/>
          </w:tcPr>
          <w:p>
            <w:pPr>
              <w:spacing w:after="0"/>
              <w:jc w:val="left"/>
            </w:pPr>
            <w:r>
              <w:rPr>
                <w:sz w:val="16"/>
              </w:rPr>
              <w:t>DR-840-VT</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1984-06-18</w:t>
            </w:r>
          </w:p>
        </w:tc>
        <w:tc>
          <w:tcPr>
            <w:tcW w:type="dxa" w:w="1060"/>
          </w:tcPr>
          <w:p>
            <w:pPr>
              <w:spacing w:after="0"/>
              <w:jc w:val="left"/>
            </w:pPr>
            <w:r>
              <w:rPr>
                <w:sz w:val="16"/>
              </w:rPr>
              <w:t>1984-06-06</w:t>
            </w:r>
          </w:p>
        </w:tc>
        <w:tc>
          <w:tcPr>
            <w:tcW w:type="dxa" w:w="1060"/>
          </w:tcPr>
          <w:p>
            <w:pPr>
              <w:spacing w:after="0"/>
              <w:jc w:val="left"/>
            </w:pPr>
            <w:r>
              <w:rPr>
                <w:sz w:val="16"/>
              </w:rPr>
              <w:t>DR-712-VT</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1976-08-05</w:t>
            </w:r>
          </w:p>
        </w:tc>
        <w:tc>
          <w:tcPr>
            <w:tcW w:type="dxa" w:w="1060"/>
          </w:tcPr>
          <w:p>
            <w:pPr>
              <w:spacing w:after="0"/>
              <w:jc w:val="left"/>
            </w:pPr>
            <w:r>
              <w:rPr>
                <w:sz w:val="16"/>
              </w:rPr>
              <w:t>1976-08-05</w:t>
            </w:r>
          </w:p>
        </w:tc>
        <w:tc>
          <w:tcPr>
            <w:tcW w:type="dxa" w:w="1060"/>
          </w:tcPr>
          <w:p>
            <w:pPr>
              <w:spacing w:after="0"/>
              <w:jc w:val="left"/>
            </w:pPr>
            <w:r>
              <w:rPr>
                <w:sz w:val="16"/>
              </w:rPr>
              <w:t>DR-518-VT</w:t>
            </w:r>
          </w:p>
        </w:tc>
        <w:tc>
          <w:tcPr>
            <w:tcW w:type="dxa" w:w="1425"/>
          </w:tcPr>
          <w:p>
            <w:pPr>
              <w:spacing w:after="0"/>
              <w:jc w:val="left"/>
            </w:pPr>
            <w:r>
              <w:rPr>
                <w:sz w:val="16"/>
              </w:rPr>
              <w:t>Major disaster</w:t>
            </w:r>
          </w:p>
        </w:tc>
        <w:tc>
          <w:tcPr>
            <w:tcW w:type="dxa" w:w="2704"/>
          </w:tcPr>
          <w:p>
            <w:pPr>
              <w:spacing w:after="0"/>
              <w:jc w:val="left"/>
            </w:pPr>
            <w:r>
              <w:rPr>
                <w:sz w:val="16"/>
              </w:rPr>
              <w:t>Severe Storms, High Winds &amp; Flooding</w:t>
            </w:r>
          </w:p>
        </w:tc>
        <w:tc>
          <w:tcPr>
            <w:tcW w:type="dxa" w:w="2338"/>
          </w:tcPr>
          <w:p>
            <w:pPr>
              <w:spacing w:after="0"/>
              <w:jc w:val="left"/>
            </w:pPr>
            <w:r>
              <w:rPr>
                <w:sz w:val="16"/>
              </w:rPr>
              <w:t>Inland Flooding (primary); also designated: Strong Wind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1973-07-06</w:t>
            </w:r>
          </w:p>
        </w:tc>
        <w:tc>
          <w:tcPr>
            <w:tcW w:type="dxa" w:w="1060"/>
          </w:tcPr>
          <w:p>
            <w:pPr>
              <w:spacing w:after="0"/>
              <w:jc w:val="left"/>
            </w:pPr>
            <w:r>
              <w:rPr>
                <w:sz w:val="16"/>
              </w:rPr>
              <w:t>1973-07-06</w:t>
            </w:r>
          </w:p>
        </w:tc>
        <w:tc>
          <w:tcPr>
            <w:tcW w:type="dxa" w:w="1060"/>
          </w:tcPr>
          <w:p>
            <w:pPr>
              <w:spacing w:after="0"/>
              <w:jc w:val="left"/>
            </w:pPr>
            <w:r>
              <w:rPr>
                <w:sz w:val="16"/>
              </w:rPr>
              <w:t>DR-397-VT</w:t>
            </w:r>
          </w:p>
        </w:tc>
        <w:tc>
          <w:tcPr>
            <w:tcW w:type="dxa" w:w="1425"/>
          </w:tcPr>
          <w:p>
            <w:pPr>
              <w:spacing w:after="0"/>
              <w:jc w:val="left"/>
            </w:pPr>
            <w:r>
              <w:rPr>
                <w:sz w:val="16"/>
              </w:rPr>
              <w:t>Major disaster</w:t>
            </w:r>
          </w:p>
        </w:tc>
        <w:tc>
          <w:tcPr>
            <w:tcW w:type="dxa" w:w="2704"/>
          </w:tcPr>
          <w:p>
            <w:pPr>
              <w:spacing w:after="0"/>
              <w:jc w:val="left"/>
            </w:pPr>
            <w:r>
              <w:rPr>
                <w:sz w:val="16"/>
              </w:rPr>
              <w:t>Severe Storms, Flooding, &amp; Landslides</w:t>
            </w:r>
          </w:p>
        </w:tc>
        <w:tc>
          <w:tcPr>
            <w:tcW w:type="dxa" w:w="2338"/>
          </w:tcPr>
          <w:p>
            <w:pPr>
              <w:spacing w:after="0"/>
              <w:jc w:val="left"/>
            </w:pPr>
            <w:r>
              <w:rPr>
                <w:sz w:val="16"/>
              </w:rPr>
              <w:t>Inland Flooding (primary); also designated: Landslide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$151,521.36</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20</w:t>
            </w:r>
          </w:p>
        </w:tc>
        <w:tc>
          <w:tcPr>
            <w:tcW w:type="dxa" w:w="1692"/>
          </w:tcPr>
          <w:p>
            <w:pPr>
              <w:spacing w:after="0"/>
              <w:jc w:val="right"/>
            </w:pPr>
            <w:r>
              <w:rPr>
                <w:sz w:val="16"/>
              </w:rPr>
              <w:t>23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16 High Wind and 29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06"/>
        <w:gridCol w:w="1805"/>
        <w:gridCol w:w="964"/>
        <w:gridCol w:w="2994"/>
        <w:gridCol w:w="1536"/>
        <w:gridCol w:w="34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06"/>
            <w:shd w:val="clear" w:color="auto" w:fill="E8E8E8"/>
          </w:tcPr>
          <w:p>
            <w:pPr>
              <w:spacing w:after="0"/>
              <w:jc w:val="left"/>
            </w:pPr>
            <w:r>
              <w:rPr>
                <w:b/>
                <w:sz w:val="16"/>
              </w:rPr>
              <w:t>Magnitude or extent</w:t>
            </w:r>
          </w:p>
        </w:tc>
        <w:tc>
          <w:tcPr>
            <w:tcW w:type="dxa" w:w="1805"/>
            <w:shd w:val="clear" w:color="auto" w:fill="E8E8E8"/>
          </w:tcPr>
          <w:p>
            <w:pPr>
              <w:spacing w:after="0"/>
              <w:jc w:val="left"/>
            </w:pPr>
            <w:r>
              <w:rPr>
                <w:b/>
                <w:sz w:val="16"/>
              </w:rPr>
              <w:t>Damage</w:t>
            </w:r>
          </w:p>
          <w:p>
            <w:pPr>
              <w:spacing w:after="0"/>
              <w:jc w:val="left"/>
            </w:pPr>
            <w:r>
              <w:rPr>
                <w:i/>
                <w:color w:val="555555"/>
                <w:sz w:val="14"/>
              </w:rPr>
              <w:t>nominal dollars</w:t>
            </w:r>
          </w:p>
        </w:tc>
        <w:tc>
          <w:tcPr>
            <w:tcW w:type="dxa" w:w="96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94"/>
            <w:shd w:val="clear" w:color="auto" w:fill="E8E8E8"/>
          </w:tcPr>
          <w:p>
            <w:pPr>
              <w:spacing w:after="0"/>
              <w:jc w:val="left"/>
            </w:pPr>
            <w:r>
              <w:rPr>
                <w:b/>
                <w:sz w:val="16"/>
              </w:rPr>
              <w:t>Location</w:t>
            </w:r>
          </w:p>
        </w:tc>
        <w:tc>
          <w:tcPr>
            <w:tcW w:type="dxa" w:w="1536"/>
            <w:shd w:val="clear" w:color="auto" w:fill="E8E8E8"/>
          </w:tcPr>
          <w:p>
            <w:pPr>
              <w:spacing w:after="0"/>
              <w:jc w:val="left"/>
            </w:pPr>
            <w:r>
              <w:rPr>
                <w:b/>
                <w:sz w:val="16"/>
              </w:rPr>
              <w:t>Flags</w:t>
            </w:r>
          </w:p>
        </w:tc>
        <w:tc>
          <w:tcPr>
            <w:tcW w:type="dxa" w:w="34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06"/>
          </w:tcPr>
          <w:p>
            <w:pPr>
              <w:spacing w:after="0"/>
              <w:jc w:val="left"/>
            </w:pPr>
          </w:p>
        </w:tc>
        <w:tc>
          <w:tcPr>
            <w:tcW w:type="dxa" w:w="1805"/>
          </w:tcPr>
          <w:p>
            <w:pPr>
              <w:spacing w:after="0"/>
              <w:jc w:val="left"/>
            </w:pPr>
            <w:r>
              <w:rPr>
                <w:sz w:val="16"/>
              </w:rPr>
              <w:t>$500,000 property; $0 crops (2024 dollars)</w:t>
            </w:r>
          </w:p>
        </w:tc>
        <w:tc>
          <w:tcPr>
            <w:tcW w:type="dxa" w:w="964"/>
          </w:tcPr>
          <w:p>
            <w:pPr>
              <w:spacing w:after="0"/>
              <w:jc w:val="right"/>
            </w:pPr>
            <w:r>
              <w:rPr>
                <w:sz w:val="16"/>
              </w:rPr>
              <w:t>1, 0</w:t>
            </w:r>
          </w:p>
        </w:tc>
        <w:tc>
          <w:tcPr>
            <w:tcW w:type="dxa" w:w="2994"/>
          </w:tcPr>
          <w:p>
            <w:pPr>
              <w:spacing w:after="0"/>
              <w:jc w:val="left"/>
            </w:pPr>
            <w:r>
              <w:rPr>
                <w:sz w:val="16"/>
              </w:rPr>
              <w:t>RICKER MILLS</w:t>
            </w:r>
          </w:p>
        </w:tc>
        <w:tc>
          <w:tcPr>
            <w:tcW w:type="dxa" w:w="1536"/>
          </w:tcPr>
          <w:p>
            <w:pPr>
              <w:spacing w:after="0"/>
              <w:jc w:val="left"/>
            </w:pPr>
            <w:r>
              <w:rPr>
                <w:sz w:val="16"/>
              </w:rPr>
              <w:t>within last 5 years</w:t>
            </w:r>
          </w:p>
        </w:tc>
        <w:tc>
          <w:tcPr>
            <w:tcW w:type="dxa" w:w="3455"/>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06"/>
          </w:tcPr>
          <w:p>
            <w:pPr>
              <w:spacing w:after="0"/>
              <w:jc w:val="left"/>
            </w:pPr>
          </w:p>
        </w:tc>
        <w:tc>
          <w:tcPr>
            <w:tcW w:type="dxa" w:w="1805"/>
          </w:tcPr>
          <w:p>
            <w:pPr>
              <w:spacing w:after="0"/>
              <w:jc w:val="left"/>
            </w:pPr>
            <w:r>
              <w:rPr>
                <w:sz w:val="16"/>
              </w:rPr>
              <w:t>$3,000,000 property; $0 crops (2024 dollars)</w:t>
            </w:r>
          </w:p>
        </w:tc>
        <w:tc>
          <w:tcPr>
            <w:tcW w:type="dxa" w:w="964"/>
          </w:tcPr>
          <w:p>
            <w:pPr>
              <w:spacing w:after="0"/>
              <w:jc w:val="right"/>
            </w:pPr>
            <w:r>
              <w:rPr>
                <w:sz w:val="16"/>
              </w:rPr>
              <w:t>1, 0</w:t>
            </w:r>
          </w:p>
        </w:tc>
        <w:tc>
          <w:tcPr>
            <w:tcW w:type="dxa" w:w="2994"/>
          </w:tcPr>
          <w:p>
            <w:pPr>
              <w:spacing w:after="0"/>
              <w:jc w:val="left"/>
            </w:pPr>
            <w:r>
              <w:rPr>
                <w:sz w:val="16"/>
              </w:rPr>
              <w:t>SOUTH PEACHAM to MC INDOE FALLS</w:t>
            </w:r>
          </w:p>
        </w:tc>
        <w:tc>
          <w:tcPr>
            <w:tcW w:type="dxa" w:w="1536"/>
          </w:tcPr>
          <w:p>
            <w:pPr>
              <w:spacing w:after="0"/>
              <w:jc w:val="left"/>
            </w:pPr>
            <w:r>
              <w:rPr>
                <w:sz w:val="16"/>
              </w:rPr>
              <w:t>within last 5 years</w:t>
            </w:r>
          </w:p>
        </w:tc>
        <w:tc>
          <w:tcPr>
            <w:tcW w:type="dxa" w:w="3455"/>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06"/>
          </w:tcPr>
          <w:p>
            <w:pPr>
              <w:spacing w:after="0"/>
              <w:jc w:val="left"/>
            </w:pPr>
          </w:p>
        </w:tc>
        <w:tc>
          <w:tcPr>
            <w:tcW w:type="dxa" w:w="1805"/>
          </w:tcPr>
          <w:p>
            <w:pPr>
              <w:spacing w:after="0"/>
              <w:jc w:val="left"/>
            </w:pPr>
            <w:r>
              <w:rPr>
                <w:sz w:val="16"/>
              </w:rPr>
              <w:t>$1,000,000 property; $0 crops (2024 dollars)</w:t>
            </w:r>
          </w:p>
        </w:tc>
        <w:tc>
          <w:tcPr>
            <w:tcW w:type="dxa" w:w="964"/>
          </w:tcPr>
          <w:p>
            <w:pPr>
              <w:spacing w:after="0"/>
              <w:jc w:val="right"/>
            </w:pPr>
            <w:r>
              <w:rPr>
                <w:sz w:val="16"/>
              </w:rPr>
              <w:t>1, 0</w:t>
            </w:r>
          </w:p>
        </w:tc>
        <w:tc>
          <w:tcPr>
            <w:tcW w:type="dxa" w:w="2994"/>
          </w:tcPr>
          <w:p>
            <w:pPr>
              <w:spacing w:after="0"/>
              <w:jc w:val="left"/>
            </w:pPr>
            <w:r>
              <w:rPr>
                <w:sz w:val="16"/>
              </w:rPr>
              <w:t>NORTH DANVILLE to ST JOHNSBURY CENTER</w:t>
            </w:r>
          </w:p>
        </w:tc>
        <w:tc>
          <w:tcPr>
            <w:tcW w:type="dxa" w:w="1536"/>
          </w:tcPr>
          <w:p>
            <w:pPr>
              <w:spacing w:after="0"/>
              <w:jc w:val="left"/>
            </w:pPr>
            <w:r>
              <w:rPr>
                <w:sz w:val="16"/>
              </w:rPr>
              <w:t>within last 5 years</w:t>
            </w:r>
          </w:p>
        </w:tc>
        <w:tc>
          <w:tcPr>
            <w:tcW w:type="dxa" w:w="3455"/>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106"/>
          </w:tcPr>
          <w:p>
            <w:pPr>
              <w:spacing w:after="0"/>
              <w:jc w:val="left"/>
            </w:pPr>
          </w:p>
        </w:tc>
        <w:tc>
          <w:tcPr>
            <w:tcW w:type="dxa" w:w="1805"/>
          </w:tcPr>
          <w:p>
            <w:pPr>
              <w:spacing w:after="0"/>
              <w:jc w:val="left"/>
            </w:pPr>
            <w:r>
              <w:rPr>
                <w:sz w:val="16"/>
              </w:rPr>
              <w:t>$0 property; $150,000 crops, reported for the zone (2023 dollars)</w:t>
            </w:r>
          </w:p>
        </w:tc>
        <w:tc>
          <w:tcPr>
            <w:tcW w:type="dxa" w:w="964"/>
          </w:tcPr>
          <w:p>
            <w:pPr>
              <w:spacing w:after="0"/>
              <w:jc w:val="right"/>
            </w:pPr>
            <w:r>
              <w:rPr>
                <w:sz w:val="16"/>
              </w:rPr>
              <w:t>0, 0</w:t>
            </w:r>
          </w:p>
        </w:tc>
        <w:tc>
          <w:tcPr>
            <w:tcW w:type="dxa" w:w="2994"/>
          </w:tcPr>
          <w:p>
            <w:pPr>
              <w:spacing w:after="0"/>
              <w:jc w:val="left"/>
            </w:pPr>
            <w:r>
              <w:rPr>
                <w:sz w:val="16"/>
              </w:rPr>
              <w:t>NWS zone VTZ007 (CALEDONIA), zone-level</w:t>
            </w:r>
          </w:p>
        </w:tc>
        <w:tc>
          <w:tcPr>
            <w:tcW w:type="dxa" w:w="1536"/>
          </w:tcPr>
          <w:p>
            <w:pPr>
              <w:spacing w:after="0"/>
              <w:jc w:val="left"/>
            </w:pPr>
            <w:r>
              <w:rPr>
                <w:sz w:val="16"/>
              </w:rPr>
              <w:t>within last 5 years</w:t>
            </w:r>
          </w:p>
        </w:tc>
        <w:tc>
          <w:tcPr>
            <w:tcW w:type="dxa" w:w="3455"/>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106"/>
          </w:tcPr>
          <w:p>
            <w:pPr>
              <w:spacing w:after="0"/>
              <w:jc w:val="left"/>
            </w:pPr>
          </w:p>
        </w:tc>
        <w:tc>
          <w:tcPr>
            <w:tcW w:type="dxa" w:w="1805"/>
          </w:tcPr>
          <w:p>
            <w:pPr>
              <w:spacing w:after="0"/>
              <w:jc w:val="left"/>
            </w:pPr>
            <w:r>
              <w:rPr>
                <w:sz w:val="16"/>
              </w:rPr>
              <w:t>$0 property; $0 crops, reported for the zone (2020 dollars)</w:t>
            </w:r>
          </w:p>
        </w:tc>
        <w:tc>
          <w:tcPr>
            <w:tcW w:type="dxa" w:w="964"/>
          </w:tcPr>
          <w:p>
            <w:pPr>
              <w:spacing w:after="0"/>
              <w:jc w:val="right"/>
            </w:pPr>
            <w:r>
              <w:rPr>
                <w:sz w:val="16"/>
              </w:rPr>
              <w:t>0, 0</w:t>
            </w:r>
          </w:p>
        </w:tc>
        <w:tc>
          <w:tcPr>
            <w:tcW w:type="dxa" w:w="2994"/>
          </w:tcPr>
          <w:p>
            <w:pPr>
              <w:spacing w:after="0"/>
              <w:jc w:val="left"/>
            </w:pPr>
            <w:r>
              <w:rPr>
                <w:sz w:val="16"/>
              </w:rPr>
              <w:t>NWS zone VTZ007 (CALEDONIA), zone-level</w:t>
            </w:r>
          </w:p>
        </w:tc>
        <w:tc>
          <w:tcPr>
            <w:tcW w:type="dxa" w:w="1536"/>
          </w:tcPr>
          <w:p>
            <w:pPr>
              <w:spacing w:after="0"/>
              <w:jc w:val="left"/>
            </w:pPr>
          </w:p>
        </w:tc>
        <w:tc>
          <w:tcPr>
            <w:tcW w:type="dxa" w:w="345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106"/>
          </w:tcPr>
          <w:p>
            <w:pPr>
              <w:spacing w:after="0"/>
              <w:jc w:val="left"/>
            </w:pPr>
          </w:p>
        </w:tc>
        <w:tc>
          <w:tcPr>
            <w:tcW w:type="dxa" w:w="1805"/>
          </w:tcPr>
          <w:p>
            <w:pPr>
              <w:spacing w:after="0"/>
              <w:jc w:val="left"/>
            </w:pPr>
            <w:r>
              <w:rPr>
                <w:sz w:val="16"/>
              </w:rPr>
              <w:t>$0 property; $0 crops, reported for the zone (2015 dollars)</w:t>
            </w:r>
          </w:p>
        </w:tc>
        <w:tc>
          <w:tcPr>
            <w:tcW w:type="dxa" w:w="964"/>
          </w:tcPr>
          <w:p>
            <w:pPr>
              <w:spacing w:after="0"/>
              <w:jc w:val="right"/>
            </w:pPr>
            <w:r>
              <w:rPr>
                <w:sz w:val="16"/>
              </w:rPr>
              <w:t>0, 0</w:t>
            </w:r>
          </w:p>
        </w:tc>
        <w:tc>
          <w:tcPr>
            <w:tcW w:type="dxa" w:w="2994"/>
          </w:tcPr>
          <w:p>
            <w:pPr>
              <w:spacing w:after="0"/>
              <w:jc w:val="left"/>
            </w:pPr>
            <w:r>
              <w:rPr>
                <w:sz w:val="16"/>
              </w:rPr>
              <w:t>NWS zone VTZ007 (CALEDONIA), zone-level</w:t>
            </w:r>
          </w:p>
        </w:tc>
        <w:tc>
          <w:tcPr>
            <w:tcW w:type="dxa" w:w="1536"/>
          </w:tcPr>
          <w:p>
            <w:pPr>
              <w:spacing w:after="0"/>
              <w:jc w:val="left"/>
            </w:pPr>
          </w:p>
        </w:tc>
        <w:tc>
          <w:tcPr>
            <w:tcW w:type="dxa" w:w="34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106"/>
          </w:tcPr>
          <w:p>
            <w:pPr>
              <w:spacing w:after="0"/>
              <w:jc w:val="left"/>
            </w:pPr>
            <w:r>
              <w:rPr>
                <w:sz w:val="16"/>
              </w:rPr>
              <w:t>70 kt (81 mph) estimated gust</w:t>
            </w:r>
          </w:p>
        </w:tc>
        <w:tc>
          <w:tcPr>
            <w:tcW w:type="dxa" w:w="1805"/>
          </w:tcPr>
          <w:p>
            <w:pPr>
              <w:spacing w:after="0"/>
              <w:jc w:val="left"/>
            </w:pPr>
            <w:r>
              <w:rPr>
                <w:sz w:val="16"/>
              </w:rPr>
              <w:t>$75,000 property; $0 crops (2012 dollars)</w:t>
            </w:r>
          </w:p>
        </w:tc>
        <w:tc>
          <w:tcPr>
            <w:tcW w:type="dxa" w:w="964"/>
          </w:tcPr>
          <w:p>
            <w:pPr>
              <w:spacing w:after="0"/>
              <w:jc w:val="right"/>
            </w:pPr>
            <w:r>
              <w:rPr>
                <w:sz w:val="16"/>
              </w:rPr>
              <w:t>0, 0</w:t>
            </w:r>
          </w:p>
        </w:tc>
        <w:tc>
          <w:tcPr>
            <w:tcW w:type="dxa" w:w="2994"/>
          </w:tcPr>
          <w:p>
            <w:pPr>
              <w:spacing w:after="0"/>
              <w:jc w:val="left"/>
            </w:pPr>
            <w:r>
              <w:rPr>
                <w:sz w:val="16"/>
              </w:rPr>
              <w:t>NOYESVILLE</w:t>
            </w:r>
          </w:p>
        </w:tc>
        <w:tc>
          <w:tcPr>
            <w:tcW w:type="dxa" w:w="1536"/>
          </w:tcPr>
          <w:p>
            <w:pPr>
              <w:spacing w:after="0"/>
              <w:jc w:val="left"/>
            </w:pPr>
          </w:p>
        </w:tc>
        <w:tc>
          <w:tcPr>
            <w:tcW w:type="dxa" w:w="3455"/>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106"/>
          </w:tcPr>
          <w:p>
            <w:pPr>
              <w:spacing w:after="0"/>
              <w:jc w:val="left"/>
            </w:pPr>
          </w:p>
        </w:tc>
        <w:tc>
          <w:tcPr>
            <w:tcW w:type="dxa" w:w="1805"/>
          </w:tcPr>
          <w:p>
            <w:pPr>
              <w:spacing w:after="0"/>
              <w:jc w:val="left"/>
            </w:pPr>
            <w:r>
              <w:rPr>
                <w:sz w:val="16"/>
              </w:rPr>
              <w:t>$4,000,000 property; $1,000,000 crops (2011 dollars)</w:t>
            </w:r>
          </w:p>
        </w:tc>
        <w:tc>
          <w:tcPr>
            <w:tcW w:type="dxa" w:w="964"/>
          </w:tcPr>
          <w:p>
            <w:pPr>
              <w:spacing w:after="0"/>
              <w:jc w:val="right"/>
            </w:pPr>
            <w:r>
              <w:rPr>
                <w:sz w:val="16"/>
              </w:rPr>
              <w:t>0, 0</w:t>
            </w:r>
          </w:p>
        </w:tc>
        <w:tc>
          <w:tcPr>
            <w:tcW w:type="dxa" w:w="2994"/>
          </w:tcPr>
          <w:p>
            <w:pPr>
              <w:spacing w:after="0"/>
              <w:jc w:val="left"/>
            </w:pPr>
            <w:r>
              <w:rPr>
                <w:sz w:val="16"/>
              </w:rPr>
              <w:t>EAST BURKE to EAST RYEGATE</w:t>
            </w:r>
          </w:p>
        </w:tc>
        <w:tc>
          <w:tcPr>
            <w:tcW w:type="dxa" w:w="1536"/>
          </w:tcPr>
          <w:p>
            <w:pPr>
              <w:spacing w:after="0"/>
              <w:jc w:val="left"/>
            </w:pPr>
          </w:p>
        </w:tc>
        <w:tc>
          <w:tcPr>
            <w:tcW w:type="dxa" w:w="34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106"/>
          </w:tcPr>
          <w:p>
            <w:pPr>
              <w:spacing w:after="0"/>
              <w:jc w:val="left"/>
            </w:pPr>
          </w:p>
        </w:tc>
        <w:tc>
          <w:tcPr>
            <w:tcW w:type="dxa" w:w="1805"/>
          </w:tcPr>
          <w:p>
            <w:pPr>
              <w:spacing w:after="0"/>
              <w:jc w:val="left"/>
            </w:pPr>
            <w:r>
              <w:rPr>
                <w:sz w:val="16"/>
              </w:rPr>
              <w:t>$150,000 property; $0 crops (2007 dollars)</w:t>
            </w:r>
          </w:p>
        </w:tc>
        <w:tc>
          <w:tcPr>
            <w:tcW w:type="dxa" w:w="964"/>
          </w:tcPr>
          <w:p>
            <w:pPr>
              <w:spacing w:after="0"/>
              <w:jc w:val="right"/>
            </w:pPr>
            <w:r>
              <w:rPr>
                <w:sz w:val="16"/>
              </w:rPr>
              <w:t>0, 0</w:t>
            </w:r>
          </w:p>
        </w:tc>
        <w:tc>
          <w:tcPr>
            <w:tcW w:type="dxa" w:w="2994"/>
          </w:tcPr>
          <w:p>
            <w:pPr>
              <w:spacing w:after="0"/>
              <w:jc w:val="left"/>
            </w:pPr>
            <w:r>
              <w:rPr>
                <w:sz w:val="16"/>
              </w:rPr>
              <w:t>ST JOHNSBURY CENTER</w:t>
            </w:r>
          </w:p>
        </w:tc>
        <w:tc>
          <w:tcPr>
            <w:tcW w:type="dxa" w:w="1536"/>
          </w:tcPr>
          <w:p>
            <w:pPr>
              <w:spacing w:after="0"/>
              <w:jc w:val="left"/>
            </w:pPr>
          </w:p>
        </w:tc>
        <w:tc>
          <w:tcPr>
            <w:tcW w:type="dxa" w:w="3455"/>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106"/>
          </w:tcPr>
          <w:p>
            <w:pPr>
              <w:spacing w:after="0"/>
              <w:jc w:val="left"/>
            </w:pPr>
            <w:r>
              <w:rPr>
                <w:sz w:val="16"/>
              </w:rPr>
              <w:t>60 kt (69 mph) estimated gust</w:t>
            </w:r>
          </w:p>
        </w:tc>
        <w:tc>
          <w:tcPr>
            <w:tcW w:type="dxa" w:w="1805"/>
          </w:tcPr>
          <w:p>
            <w:pPr>
              <w:spacing w:after="0"/>
              <w:jc w:val="left"/>
            </w:pPr>
            <w:r>
              <w:rPr>
                <w:sz w:val="16"/>
              </w:rPr>
              <w:t>$200,000 property; $0 crops, reported for the zone (2007 dollars)</w:t>
            </w:r>
          </w:p>
        </w:tc>
        <w:tc>
          <w:tcPr>
            <w:tcW w:type="dxa" w:w="964"/>
          </w:tcPr>
          <w:p>
            <w:pPr>
              <w:spacing w:after="0"/>
              <w:jc w:val="right"/>
            </w:pPr>
            <w:r>
              <w:rPr>
                <w:sz w:val="16"/>
              </w:rPr>
              <w:t>0, 0</w:t>
            </w:r>
          </w:p>
        </w:tc>
        <w:tc>
          <w:tcPr>
            <w:tcW w:type="dxa" w:w="2994"/>
          </w:tcPr>
          <w:p>
            <w:pPr>
              <w:spacing w:after="0"/>
              <w:jc w:val="left"/>
            </w:pPr>
            <w:r>
              <w:rPr>
                <w:sz w:val="16"/>
              </w:rPr>
              <w:t>NWS zone VTZ007 (CALEDONIA), zone-level</w:t>
            </w:r>
          </w:p>
        </w:tc>
        <w:tc>
          <w:tcPr>
            <w:tcW w:type="dxa" w:w="1536"/>
          </w:tcPr>
          <w:p>
            <w:pPr>
              <w:spacing w:after="0"/>
              <w:jc w:val="left"/>
            </w:pPr>
          </w:p>
        </w:tc>
        <w:tc>
          <w:tcPr>
            <w:tcW w:type="dxa" w:w="3455"/>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106"/>
          </w:tcPr>
          <w:p>
            <w:pPr>
              <w:spacing w:after="0"/>
              <w:jc w:val="left"/>
            </w:pPr>
          </w:p>
        </w:tc>
        <w:tc>
          <w:tcPr>
            <w:tcW w:type="dxa" w:w="1805"/>
          </w:tcPr>
          <w:p>
            <w:pPr>
              <w:spacing w:after="0"/>
              <w:jc w:val="left"/>
            </w:pPr>
            <w:r>
              <w:rPr>
                <w:sz w:val="16"/>
              </w:rPr>
              <w:t>$200,000 property; $0 crops, reported for the zone (2007 dollars)</w:t>
            </w:r>
          </w:p>
        </w:tc>
        <w:tc>
          <w:tcPr>
            <w:tcW w:type="dxa" w:w="964"/>
          </w:tcPr>
          <w:p>
            <w:pPr>
              <w:spacing w:after="0"/>
              <w:jc w:val="right"/>
            </w:pPr>
            <w:r>
              <w:rPr>
                <w:sz w:val="16"/>
              </w:rPr>
              <w:t>0, 0</w:t>
            </w:r>
          </w:p>
        </w:tc>
        <w:tc>
          <w:tcPr>
            <w:tcW w:type="dxa" w:w="2994"/>
          </w:tcPr>
          <w:p>
            <w:pPr>
              <w:spacing w:after="0"/>
              <w:jc w:val="left"/>
            </w:pPr>
            <w:r>
              <w:rPr>
                <w:sz w:val="16"/>
              </w:rPr>
              <w:t>NWS zone VTZ007 (CALEDONIA), zone-level</w:t>
            </w:r>
          </w:p>
        </w:tc>
        <w:tc>
          <w:tcPr>
            <w:tcW w:type="dxa" w:w="1536"/>
          </w:tcPr>
          <w:p>
            <w:pPr>
              <w:spacing w:after="0"/>
              <w:jc w:val="left"/>
            </w:pPr>
          </w:p>
        </w:tc>
        <w:tc>
          <w:tcPr>
            <w:tcW w:type="dxa" w:w="345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106"/>
          </w:tcPr>
          <w:p>
            <w:pPr>
              <w:spacing w:after="0"/>
              <w:jc w:val="left"/>
            </w:pPr>
          </w:p>
        </w:tc>
        <w:tc>
          <w:tcPr>
            <w:tcW w:type="dxa" w:w="1805"/>
          </w:tcPr>
          <w:p>
            <w:pPr>
              <w:spacing w:after="0"/>
              <w:jc w:val="left"/>
            </w:pPr>
            <w:r>
              <w:rPr>
                <w:sz w:val="16"/>
              </w:rPr>
              <w:t>$80,000 property; crops not reported, reported for the zone (1998 dollars)</w:t>
            </w:r>
          </w:p>
        </w:tc>
        <w:tc>
          <w:tcPr>
            <w:tcW w:type="dxa" w:w="964"/>
          </w:tcPr>
          <w:p>
            <w:pPr>
              <w:spacing w:after="0"/>
              <w:jc w:val="right"/>
            </w:pPr>
            <w:r>
              <w:rPr>
                <w:sz w:val="16"/>
              </w:rPr>
              <w:t>0, 0</w:t>
            </w:r>
          </w:p>
        </w:tc>
        <w:tc>
          <w:tcPr>
            <w:tcW w:type="dxa" w:w="2994"/>
          </w:tcPr>
          <w:p>
            <w:pPr>
              <w:spacing w:after="0"/>
              <w:jc w:val="left"/>
            </w:pPr>
            <w:r>
              <w:rPr>
                <w:sz w:val="16"/>
              </w:rPr>
              <w:t>NWS zone VTZ007 (CALEDONIA), zone-level</w:t>
            </w:r>
          </w:p>
        </w:tc>
        <w:tc>
          <w:tcPr>
            <w:tcW w:type="dxa" w:w="1536"/>
          </w:tcPr>
          <w:p>
            <w:pPr>
              <w:spacing w:after="0"/>
              <w:jc w:val="left"/>
            </w:pPr>
          </w:p>
        </w:tc>
        <w:tc>
          <w:tcPr>
            <w:tcW w:type="dxa" w:w="3455"/>
          </w:tcPr>
          <w:p>
            <w:pPr>
              <w:spacing w:after="0"/>
              <w:jc w:val="left"/>
            </w:pPr>
            <w:r>
              <w:rPr>
                <w:sz w:val="16"/>
              </w:rPr>
              <w:t>B1-c worst recorded: Ice Storm</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Caledonia County, county-level (county FIPS 50005);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4.84</w:t>
            </w:r>
          </w:p>
        </w:tc>
        <w:tc>
          <w:tcPr>
            <w:tcW w:type="dxa" w:w="1277"/>
          </w:tcPr>
          <w:p>
            <w:pPr>
              <w:spacing w:after="0"/>
              <w:jc w:val="left"/>
            </w:pPr>
            <w:r>
              <w:rPr>
                <w:sz w:val="16"/>
              </w:rPr>
              <w:t>event-days per year</w:t>
            </w:r>
          </w:p>
        </w:tc>
        <w:tc>
          <w:tcPr>
            <w:tcW w:type="dxa" w:w="1576"/>
          </w:tcPr>
          <w:p>
            <w:pPr>
              <w:spacing w:after="0"/>
              <w:jc w:val="left"/>
            </w:pPr>
            <w:r>
              <w:rPr>
                <w:sz w:val="16"/>
              </w:rPr>
              <w:t>about 4.84 days per year</w:t>
            </w:r>
          </w:p>
        </w:tc>
        <w:tc>
          <w:tcPr>
            <w:tcW w:type="dxa" w:w="1620"/>
          </w:tcPr>
          <w:p>
            <w:pPr>
              <w:spacing w:after="0"/>
              <w:jc w:val="left"/>
            </w:pPr>
            <w:r>
              <w:rPr>
                <w:sz w:val="16"/>
              </w:rPr>
              <w:t>Likely (from Storm Events: 12 of 30 years)</w:t>
            </w:r>
          </w:p>
        </w:tc>
        <w:tc>
          <w:tcPr>
            <w:tcW w:type="dxa" w:w="1771"/>
          </w:tcPr>
          <w:p>
            <w:pPr>
              <w:spacing w:after="0"/>
              <w:jc w:val="left"/>
            </w:pPr>
            <w:r>
              <w:rPr>
                <w:sz w:val="16"/>
              </w:rPr>
              <w:t>event-days in 12 of 30 years, 1996 to 2025 (40%)</w:t>
            </w:r>
          </w:p>
        </w:tc>
        <w:tc>
          <w:tcPr>
            <w:tcW w:type="dxa" w:w="1522"/>
          </w:tcPr>
          <w:p>
            <w:pPr>
              <w:spacing w:after="0"/>
              <w:jc w:val="right"/>
            </w:pPr>
            <w:r>
              <w:rPr>
                <w:sz w:val="16"/>
              </w:rPr>
              <w:t>92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0.00114</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0.114%</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1.16</w:t>
            </w:r>
          </w:p>
        </w:tc>
        <w:tc>
          <w:tcPr>
            <w:tcW w:type="dxa" w:w="1277"/>
          </w:tcPr>
          <w:p>
            <w:pPr>
              <w:spacing w:after="0"/>
              <w:jc w:val="left"/>
            </w:pPr>
            <w:r>
              <w:rPr>
                <w:sz w:val="16"/>
              </w:rPr>
              <w:t>events per year</w:t>
            </w:r>
          </w:p>
        </w:tc>
        <w:tc>
          <w:tcPr>
            <w:tcW w:type="dxa" w:w="1576"/>
          </w:tcPr>
          <w:p>
            <w:pPr>
              <w:spacing w:after="0"/>
              <w:jc w:val="left"/>
            </w:pPr>
            <w:r>
              <w:rPr>
                <w:sz w:val="16"/>
              </w:rPr>
              <w:t>about 1.16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44.0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0.79</w:t>
            </w:r>
          </w:p>
        </w:tc>
        <w:tc>
          <w:tcPr>
            <w:tcW w:type="dxa" w:w="1277"/>
          </w:tcPr>
          <w:p>
            <w:pPr>
              <w:spacing w:after="0"/>
              <w:jc w:val="left"/>
            </w:pPr>
            <w:r>
              <w:rPr>
                <w:sz w:val="16"/>
              </w:rPr>
              <w:t>event-days per year</w:t>
            </w:r>
          </w:p>
        </w:tc>
        <w:tc>
          <w:tcPr>
            <w:tcW w:type="dxa" w:w="1576"/>
          </w:tcPr>
          <w:p>
            <w:pPr>
              <w:spacing w:after="0"/>
              <w:jc w:val="left"/>
            </w:pPr>
            <w:r>
              <w:rPr>
                <w:sz w:val="16"/>
              </w:rPr>
              <w:t>about 0.79 days per year</w:t>
            </w:r>
          </w:p>
        </w:tc>
        <w:tc>
          <w:tcPr>
            <w:tcW w:type="dxa" w:w="1620"/>
          </w:tcPr>
          <w:p>
            <w:pPr>
              <w:spacing w:after="0"/>
              <w:jc w:val="left"/>
            </w:pPr>
            <w:r>
              <w:rPr>
                <w:sz w:val="16"/>
              </w:rPr>
              <w:t>Likely (from Storm Events: 8 of 30 years)</w:t>
            </w:r>
          </w:p>
        </w:tc>
        <w:tc>
          <w:tcPr>
            <w:tcW w:type="dxa" w:w="1771"/>
          </w:tcPr>
          <w:p>
            <w:pPr>
              <w:spacing w:after="0"/>
              <w:jc w:val="left"/>
            </w:pPr>
            <w:r>
              <w:rPr>
                <w:sz w:val="16"/>
              </w:rPr>
              <w:t>event-days in 8 of 30 years, 1996 to 2025 (26.7%)</w:t>
            </w:r>
          </w:p>
        </w:tc>
        <w:tc>
          <w:tcPr>
            <w:tcW w:type="dxa" w:w="1522"/>
          </w:tcPr>
          <w:p>
            <w:pPr>
              <w:spacing w:after="0"/>
              <w:jc w:val="right"/>
            </w:pPr>
            <w:r>
              <w:rPr>
                <w:sz w:val="16"/>
              </w:rPr>
              <w:t>15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0.0448</w:t>
            </w:r>
          </w:p>
        </w:tc>
        <w:tc>
          <w:tcPr>
            <w:tcW w:type="dxa" w:w="1277"/>
          </w:tcPr>
          <w:p>
            <w:pPr>
              <w:spacing w:after="0"/>
              <w:jc w:val="left"/>
            </w:pPr>
            <w:r>
              <w:rPr>
                <w:sz w:val="16"/>
              </w:rPr>
              <w:t>events per year</w:t>
            </w:r>
          </w:p>
        </w:tc>
        <w:tc>
          <w:tcPr>
            <w:tcW w:type="dxa" w:w="1576"/>
          </w:tcPr>
          <w:p>
            <w:pPr>
              <w:spacing w:after="0"/>
              <w:jc w:val="left"/>
            </w:pPr>
            <w:r>
              <w:rPr>
                <w:sz w:val="16"/>
              </w:rPr>
              <w:t>about 1 in 22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0.439</w:t>
            </w:r>
          </w:p>
        </w:tc>
        <w:tc>
          <w:tcPr>
            <w:tcW w:type="dxa" w:w="1277"/>
          </w:tcPr>
          <w:p>
            <w:pPr>
              <w:spacing w:after="0"/>
              <w:jc w:val="left"/>
            </w:pPr>
            <w:r>
              <w:rPr>
                <w:sz w:val="16"/>
              </w:rPr>
              <w:t>event-days per year</w:t>
            </w:r>
          </w:p>
        </w:tc>
        <w:tc>
          <w:tcPr>
            <w:tcW w:type="dxa" w:w="1576"/>
          </w:tcPr>
          <w:p>
            <w:pPr>
              <w:spacing w:after="0"/>
              <w:jc w:val="left"/>
            </w:pPr>
            <w:r>
              <w:rPr>
                <w:sz w:val="16"/>
              </w:rPr>
              <w:t>about 0.439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30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1.75</w:t>
            </w:r>
          </w:p>
        </w:tc>
        <w:tc>
          <w:tcPr>
            <w:tcW w:type="dxa" w:w="1277"/>
          </w:tcPr>
          <w:p>
            <w:pPr>
              <w:spacing w:after="0"/>
              <w:jc w:val="left"/>
            </w:pPr>
            <w:r>
              <w:rPr>
                <w:sz w:val="16"/>
              </w:rPr>
              <w:t>event-days per year</w:t>
            </w:r>
          </w:p>
        </w:tc>
        <w:tc>
          <w:tcPr>
            <w:tcW w:type="dxa" w:w="1576"/>
          </w:tcPr>
          <w:p>
            <w:pPr>
              <w:spacing w:after="0"/>
              <w:jc w:val="left"/>
            </w:pPr>
            <w:r>
              <w:rPr>
                <w:sz w:val="16"/>
              </w:rPr>
              <w:t>about 1.75 days per year</w:t>
            </w:r>
          </w:p>
        </w:tc>
        <w:tc>
          <w:tcPr>
            <w:tcW w:type="dxa" w:w="1620"/>
          </w:tcPr>
          <w:p>
            <w:pPr>
              <w:spacing w:after="0"/>
              <w:jc w:val="left"/>
            </w:pPr>
            <w:r>
              <w:rPr>
                <w:sz w:val="16"/>
              </w:rPr>
              <w:t>Likely (from Storm Events: 22 of 30 years)</w:t>
            </w:r>
          </w:p>
        </w:tc>
        <w:tc>
          <w:tcPr>
            <w:tcW w:type="dxa" w:w="1771"/>
          </w:tcPr>
          <w:p>
            <w:pPr>
              <w:spacing w:after="0"/>
              <w:jc w:val="left"/>
            </w:pPr>
            <w:r>
              <w:rPr>
                <w:sz w:val="16"/>
              </w:rPr>
              <w:t>event-days in 22 of 30 years, 1996 to 2025 (73.3%)</w:t>
            </w:r>
          </w:p>
        </w:tc>
        <w:tc>
          <w:tcPr>
            <w:tcW w:type="dxa" w:w="1522"/>
          </w:tcPr>
          <w:p>
            <w:pPr>
              <w:spacing w:after="0"/>
              <w:jc w:val="right"/>
            </w:pPr>
            <w:r>
              <w:rPr>
                <w:sz w:val="16"/>
              </w:rPr>
              <w:t>49</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1.1</w:t>
            </w:r>
          </w:p>
        </w:tc>
        <w:tc>
          <w:tcPr>
            <w:tcW w:type="dxa" w:w="1277"/>
          </w:tcPr>
          <w:p>
            <w:pPr>
              <w:spacing w:after="0"/>
              <w:jc w:val="left"/>
            </w:pPr>
            <w:r>
              <w:rPr>
                <w:sz w:val="16"/>
              </w:rPr>
              <w:t>events per year (modeled)</w:t>
            </w:r>
          </w:p>
        </w:tc>
        <w:tc>
          <w:tcPr>
            <w:tcW w:type="dxa" w:w="1576"/>
          </w:tcPr>
          <w:p>
            <w:pPr>
              <w:spacing w:after="0"/>
              <w:jc w:val="left"/>
            </w:pPr>
            <w:r>
              <w:rPr>
                <w:sz w:val="16"/>
              </w:rPr>
              <w:t>about 1.1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20.8</w:t>
            </w:r>
          </w:p>
        </w:tc>
        <w:tc>
          <w:tcPr>
            <w:tcW w:type="dxa" w:w="1277"/>
          </w:tcPr>
          <w:p>
            <w:pPr>
              <w:spacing w:after="0"/>
              <w:jc w:val="left"/>
            </w:pPr>
            <w:r>
              <w:rPr>
                <w:sz w:val="16"/>
              </w:rPr>
              <w:t>days per year with a strike</w:t>
            </w:r>
          </w:p>
        </w:tc>
        <w:tc>
          <w:tcPr>
            <w:tcW w:type="dxa" w:w="1576"/>
          </w:tcPr>
          <w:p>
            <w:pPr>
              <w:spacing w:after="0"/>
              <w:jc w:val="left"/>
            </w:pPr>
            <w:r>
              <w:rPr>
                <w:sz w:val="16"/>
              </w:rPr>
              <w:t>about 20.8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0.691</w:t>
            </w:r>
          </w:p>
        </w:tc>
        <w:tc>
          <w:tcPr>
            <w:tcW w:type="dxa" w:w="1277"/>
          </w:tcPr>
          <w:p>
            <w:pPr>
              <w:spacing w:after="0"/>
              <w:jc w:val="left"/>
            </w:pPr>
            <w:r>
              <w:rPr>
                <w:sz w:val="16"/>
              </w:rPr>
              <w:t>events per year</w:t>
            </w:r>
          </w:p>
        </w:tc>
        <w:tc>
          <w:tcPr>
            <w:tcW w:type="dxa" w:w="1576"/>
          </w:tcPr>
          <w:p>
            <w:pPr>
              <w:spacing w:after="0"/>
              <w:jc w:val="left"/>
            </w:pPr>
            <w:r>
              <w:rPr>
                <w:sz w:val="16"/>
              </w:rPr>
              <w:t>about 0.69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27</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0.0498</w:t>
            </w:r>
          </w:p>
        </w:tc>
        <w:tc>
          <w:tcPr>
            <w:tcW w:type="dxa" w:w="1277"/>
          </w:tcPr>
          <w:p>
            <w:pPr>
              <w:spacing w:after="0"/>
              <w:jc w:val="left"/>
            </w:pPr>
            <w:r>
              <w:rPr>
                <w:sz w:val="16"/>
              </w:rPr>
              <w:t>events per year</w:t>
            </w:r>
          </w:p>
        </w:tc>
        <w:tc>
          <w:tcPr>
            <w:tcW w:type="dxa" w:w="1576"/>
          </w:tcPr>
          <w:p>
            <w:pPr>
              <w:spacing w:after="0"/>
              <w:jc w:val="left"/>
            </w:pPr>
            <w:r>
              <w:rPr>
                <w:sz w:val="16"/>
              </w:rPr>
              <w:t>about 1 in 20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0.0000152</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0.00152%</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21.1</w:t>
            </w:r>
          </w:p>
        </w:tc>
        <w:tc>
          <w:tcPr>
            <w:tcW w:type="dxa" w:w="1277"/>
          </w:tcPr>
          <w:p>
            <w:pPr>
              <w:spacing w:after="0"/>
              <w:jc w:val="left"/>
            </w:pPr>
            <w:r>
              <w:rPr>
                <w:sz w:val="16"/>
              </w:rPr>
              <w:t>event-days per year</w:t>
            </w:r>
          </w:p>
        </w:tc>
        <w:tc>
          <w:tcPr>
            <w:tcW w:type="dxa" w:w="1576"/>
          </w:tcPr>
          <w:p>
            <w:pPr>
              <w:spacing w:after="0"/>
              <w:jc w:val="left"/>
            </w:pPr>
            <w:r>
              <w:rPr>
                <w:sz w:val="16"/>
              </w:rPr>
              <w:t>about 21.1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400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16.9</w:t>
            </w:r>
          </w:p>
        </w:tc>
        <w:tc>
          <w:tcPr>
            <w:tcW w:type="dxa" w:w="1279"/>
          </w:tcPr>
          <w:p>
            <w:pPr>
              <w:spacing w:after="0"/>
              <w:jc w:val="right"/>
            </w:pPr>
            <w:r>
              <w:rPr>
                <w:sz w:val="16"/>
              </w:rPr>
              <w:t>19.5</w:t>
            </w:r>
          </w:p>
        </w:tc>
        <w:tc>
          <w:tcPr>
            <w:tcW w:type="dxa" w:w="1220"/>
          </w:tcPr>
          <w:p>
            <w:pPr>
              <w:spacing w:after="0"/>
              <w:jc w:val="right"/>
            </w:pPr>
            <w:r>
              <w:rPr>
                <w:sz w:val="16"/>
              </w:rPr>
              <w:t>20.9</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59.0</w:t>
            </w:r>
          </w:p>
        </w:tc>
        <w:tc>
          <w:tcPr>
            <w:tcW w:type="dxa" w:w="1279"/>
          </w:tcPr>
          <w:p>
            <w:pPr>
              <w:spacing w:after="0"/>
              <w:jc w:val="right"/>
            </w:pPr>
            <w:r>
              <w:rPr>
                <w:sz w:val="16"/>
              </w:rPr>
              <w:t>68.1</w:t>
            </w:r>
          </w:p>
        </w:tc>
        <w:tc>
          <w:tcPr>
            <w:tcW w:type="dxa" w:w="1220"/>
          </w:tcPr>
          <w:p>
            <w:pPr>
              <w:spacing w:after="0"/>
              <w:jc w:val="right"/>
            </w:pPr>
            <w:r>
              <w:rPr>
                <w:sz w:val="16"/>
              </w:rPr>
              <w:t>79.5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31.9</w:t>
            </w:r>
          </w:p>
        </w:tc>
        <w:tc>
          <w:tcPr>
            <w:tcW w:type="dxa" w:w="1279"/>
          </w:tcPr>
          <w:p>
            <w:pPr>
              <w:spacing w:after="0"/>
              <w:jc w:val="right"/>
            </w:pPr>
            <w:r>
              <w:rPr>
                <w:sz w:val="16"/>
              </w:rPr>
              <w:t>40.9</w:t>
            </w:r>
          </w:p>
        </w:tc>
        <w:tc>
          <w:tcPr>
            <w:tcW w:type="dxa" w:w="1220"/>
          </w:tcPr>
          <w:p>
            <w:pPr>
              <w:spacing w:after="0"/>
              <w:jc w:val="right"/>
            </w:pPr>
            <w:r>
              <w:rPr>
                <w:sz w:val="16"/>
              </w:rPr>
              <w:t>62.7</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26.6</w:t>
            </w:r>
          </w:p>
        </w:tc>
        <w:tc>
          <w:tcPr>
            <w:tcW w:type="dxa" w:w="1279"/>
          </w:tcPr>
          <w:p>
            <w:pPr>
              <w:spacing w:after="0"/>
              <w:jc w:val="right"/>
            </w:pPr>
            <w:r>
              <w:rPr>
                <w:sz w:val="16"/>
              </w:rPr>
              <w:t>30.2</w:t>
            </w:r>
          </w:p>
        </w:tc>
        <w:tc>
          <w:tcPr>
            <w:tcW w:type="dxa" w:w="1220"/>
          </w:tcPr>
          <w:p>
            <w:pPr>
              <w:spacing w:after="0"/>
              <w:jc w:val="right"/>
            </w:pPr>
            <w:r>
              <w:rPr>
                <w:sz w:val="16"/>
              </w:rPr>
              <w:t>35.8</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12.1</w:t>
            </w:r>
          </w:p>
        </w:tc>
        <w:tc>
          <w:tcPr>
            <w:tcW w:type="dxa" w:w="1279"/>
          </w:tcPr>
          <w:p>
            <w:pPr>
              <w:spacing w:after="0"/>
              <w:jc w:val="right"/>
            </w:pPr>
            <w:r>
              <w:rPr>
                <w:sz w:val="16"/>
              </w:rPr>
              <w:t>17.1</w:t>
            </w:r>
          </w:p>
        </w:tc>
        <w:tc>
          <w:tcPr>
            <w:tcW w:type="dxa" w:w="1220"/>
          </w:tcPr>
          <w:p>
            <w:pPr>
              <w:spacing w:after="0"/>
              <w:jc w:val="right"/>
            </w:pPr>
            <w:r>
              <w:rPr>
                <w:sz w:val="16"/>
              </w:rPr>
              <w:t>24.5</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66.2</w:t>
            </w:r>
          </w:p>
        </w:tc>
        <w:tc>
          <w:tcPr>
            <w:tcW w:type="dxa" w:w="1279"/>
          </w:tcPr>
          <w:p>
            <w:pPr>
              <w:spacing w:after="0"/>
              <w:jc w:val="right"/>
            </w:pPr>
            <w:r>
              <w:rPr>
                <w:sz w:val="16"/>
              </w:rPr>
              <w:t>73.6</w:t>
            </w:r>
          </w:p>
        </w:tc>
        <w:tc>
          <w:tcPr>
            <w:tcW w:type="dxa" w:w="1220"/>
          </w:tcPr>
          <w:p>
            <w:pPr>
              <w:spacing w:after="0"/>
              <w:jc w:val="right"/>
            </w:pPr>
            <w:r>
              <w:rPr>
                <w:sz w:val="16"/>
              </w:rPr>
              <w:t>79.4</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44.7</w:t>
            </w:r>
          </w:p>
        </w:tc>
        <w:tc>
          <w:tcPr>
            <w:tcW w:type="dxa" w:w="1279"/>
          </w:tcPr>
          <w:p>
            <w:pPr>
              <w:spacing w:after="0"/>
              <w:jc w:val="right"/>
            </w:pPr>
            <w:r>
              <w:rPr>
                <w:sz w:val="16"/>
              </w:rPr>
              <w:t>66.4</w:t>
            </w:r>
          </w:p>
        </w:tc>
        <w:tc>
          <w:tcPr>
            <w:tcW w:type="dxa" w:w="1220"/>
          </w:tcPr>
          <w:p>
            <w:pPr>
              <w:spacing w:after="0"/>
              <w:jc w:val="right"/>
            </w:pPr>
            <w:r>
              <w:rPr>
                <w:sz w:val="16"/>
              </w:rPr>
              <w:t>77.6</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26.5</w:t>
            </w:r>
          </w:p>
        </w:tc>
        <w:tc>
          <w:tcPr>
            <w:tcW w:type="dxa" w:w="1279"/>
          </w:tcPr>
          <w:p>
            <w:pPr>
              <w:spacing w:after="0"/>
              <w:jc w:val="right"/>
            </w:pPr>
            <w:r>
              <w:rPr>
                <w:sz w:val="16"/>
              </w:rPr>
              <w:t>64.8</w:t>
            </w:r>
          </w:p>
        </w:tc>
        <w:tc>
          <w:tcPr>
            <w:tcW w:type="dxa" w:w="1220"/>
          </w:tcPr>
          <w:p>
            <w:pPr>
              <w:spacing w:after="0"/>
              <w:jc w:val="right"/>
            </w:pPr>
            <w:r>
              <w:rPr>
                <w:sz w:val="16"/>
              </w:rPr>
              <w:t>82.7</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88.0</w:t>
            </w:r>
          </w:p>
        </w:tc>
        <w:tc>
          <w:tcPr>
            <w:tcW w:type="dxa" w:w="1279"/>
          </w:tcPr>
          <w:p>
            <w:pPr>
              <w:spacing w:after="0"/>
              <w:jc w:val="right"/>
            </w:pPr>
            <w:r>
              <w:rPr>
                <w:sz w:val="16"/>
              </w:rPr>
              <w:t>91.7</w:t>
            </w:r>
          </w:p>
        </w:tc>
        <w:tc>
          <w:tcPr>
            <w:tcW w:type="dxa" w:w="1220"/>
          </w:tcPr>
          <w:p>
            <w:pPr>
              <w:spacing w:after="0"/>
              <w:jc w:val="right"/>
            </w:pPr>
            <w:r>
              <w:rPr>
                <w:sz w:val="16"/>
              </w:rPr>
              <w:t>96.1</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59.2</w:t>
            </w:r>
          </w:p>
        </w:tc>
        <w:tc>
          <w:tcPr>
            <w:tcW w:type="dxa" w:w="1279"/>
          </w:tcPr>
          <w:p>
            <w:pPr>
              <w:spacing w:after="0"/>
              <w:jc w:val="right"/>
            </w:pPr>
            <w:r>
              <w:rPr>
                <w:sz w:val="16"/>
              </w:rPr>
              <w:t>70.8</w:t>
            </w:r>
          </w:p>
        </w:tc>
        <w:tc>
          <w:tcPr>
            <w:tcW w:type="dxa" w:w="1220"/>
          </w:tcPr>
          <w:p>
            <w:pPr>
              <w:spacing w:after="0"/>
              <w:jc w:val="right"/>
            </w:pPr>
            <w:r>
              <w:rPr>
                <w:sz w:val="16"/>
              </w:rPr>
              <w:t>84.5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48.6</w:t>
            </w:r>
          </w:p>
        </w:tc>
        <w:tc>
          <w:tcPr>
            <w:tcW w:type="dxa" w:w="1279"/>
          </w:tcPr>
          <w:p>
            <w:pPr>
              <w:spacing w:after="0"/>
              <w:jc w:val="right"/>
            </w:pPr>
            <w:r>
              <w:rPr>
                <w:sz w:val="16"/>
              </w:rPr>
              <w:t>59.6</w:t>
            </w:r>
          </w:p>
        </w:tc>
        <w:tc>
          <w:tcPr>
            <w:tcW w:type="dxa" w:w="1220"/>
          </w:tcPr>
          <w:p>
            <w:pPr>
              <w:spacing w:after="0"/>
              <w:jc w:val="right"/>
            </w:pPr>
            <w:r>
              <w:rPr>
                <w:sz w:val="16"/>
              </w:rPr>
              <w:t>72.5</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12.4</w:t>
            </w:r>
          </w:p>
        </w:tc>
        <w:tc>
          <w:tcPr>
            <w:tcW w:type="dxa" w:w="1279"/>
          </w:tcPr>
          <w:p>
            <w:pPr>
              <w:spacing w:after="0"/>
              <w:jc w:val="right"/>
            </w:pPr>
            <w:r>
              <w:rPr>
                <w:sz w:val="16"/>
              </w:rPr>
              <w:t>17.3</w:t>
            </w:r>
          </w:p>
        </w:tc>
        <w:tc>
          <w:tcPr>
            <w:tcW w:type="dxa" w:w="1220"/>
          </w:tcPr>
          <w:p>
            <w:pPr>
              <w:spacing w:after="0"/>
              <w:jc w:val="right"/>
            </w:pPr>
            <w:r>
              <w:rPr>
                <w:sz w:val="16"/>
              </w:rPr>
              <w:t>25.3</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57.7</w:t>
            </w:r>
          </w:p>
        </w:tc>
        <w:tc>
          <w:tcPr>
            <w:tcW w:type="dxa" w:w="1279"/>
          </w:tcPr>
          <w:p>
            <w:pPr>
              <w:spacing w:after="0"/>
              <w:jc w:val="right"/>
            </w:pPr>
            <w:r>
              <w:rPr>
                <w:sz w:val="16"/>
              </w:rPr>
              <w:t>61.8</w:t>
            </w:r>
          </w:p>
        </w:tc>
        <w:tc>
          <w:tcPr>
            <w:tcW w:type="dxa" w:w="1220"/>
          </w:tcPr>
          <w:p>
            <w:pPr>
              <w:spacing w:after="0"/>
              <w:jc w:val="right"/>
            </w:pPr>
            <w:r>
              <w:rPr>
                <w:sz w:val="16"/>
              </w:rPr>
              <w:t>68.6</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74.7</w:t>
            </w:r>
          </w:p>
        </w:tc>
        <w:tc>
          <w:tcPr>
            <w:tcW w:type="dxa" w:w="1279"/>
          </w:tcPr>
          <w:p>
            <w:pPr>
              <w:spacing w:after="0"/>
              <w:jc w:val="right"/>
            </w:pPr>
            <w:r>
              <w:rPr>
                <w:sz w:val="16"/>
              </w:rPr>
              <w:t>82.0</w:t>
            </w:r>
          </w:p>
        </w:tc>
        <w:tc>
          <w:tcPr>
            <w:tcW w:type="dxa" w:w="1220"/>
          </w:tcPr>
          <w:p>
            <w:pPr>
              <w:spacing w:after="0"/>
              <w:jc w:val="right"/>
            </w:pPr>
            <w:r>
              <w:rPr>
                <w:sz w:val="16"/>
              </w:rPr>
              <w:t>90.8</w:t>
            </w:r>
          </w:p>
        </w:tc>
        <w:tc>
          <w:tcPr>
            <w:tcW w:type="dxa" w:w="6826"/>
          </w:tcPr>
          <w:p>
            <w:pPr>
              <w:spacing w:after="0"/>
              <w:jc w:val="left"/>
            </w:pPr>
            <w:r>
              <w:rPr>
                <w:sz w:val="16"/>
              </w:rPr>
              <w:t>Relatively High 9, Relatively Moderate 1</w:t>
            </w:r>
          </w:p>
        </w:tc>
      </w:tr>
    </w:tbl>
    <w:p>
      <w:pPr>
        <w:spacing w:after="40" w:before="60"/>
      </w:pPr>
      <w:r>
        <w:rPr>
          <w:sz w:val="15"/>
        </w:rPr>
        <w:t>Caledonia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Caledonia County, county-level (county FIPS 50005);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(Caledonia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aledonia County, county-level)"/>
        <w:tblDescription w:val="Hazard Plain table b2ab"/>
      </w:tblPr>
      <w:tblGrid>
        <w:gridCol w:w="1037"/>
        <w:gridCol w:w="1483"/>
        <w:gridCol w:w="1137"/>
        <w:gridCol w:w="1045"/>
        <w:gridCol w:w="1037"/>
        <w:gridCol w:w="1126"/>
        <w:gridCol w:w="1160"/>
        <w:gridCol w:w="1050"/>
        <w:gridCol w:w="1184"/>
        <w:gridCol w:w="1109"/>
        <w:gridCol w:w="1109"/>
        <w:gridCol w:w="163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60"/>
          </w:tcPr>
          <w:p>
            <w:pPr>
              <w:spacing w:after="0"/>
              <w:jc w:val="right"/>
            </w:pPr>
            <w:r>
              <w:rPr>
                <w:sz w:val="16"/>
              </w:rPr>
              <w:t>$131</w:t>
            </w:r>
          </w:p>
        </w:tc>
        <w:tc>
          <w:tcPr>
            <w:tcW w:type="dxa" w:w="1050"/>
          </w:tcPr>
          <w:p>
            <w:pPr>
              <w:spacing w:after="0"/>
              <w:jc w:val="right"/>
            </w:pP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160"/>
          </w:tcPr>
          <w:p>
            <w:pPr>
              <w:spacing w:after="0"/>
              <w:jc w:val="right"/>
            </w:pPr>
            <w:r>
              <w:rPr>
                <w:sz w:val="16"/>
              </w:rPr>
              <w:t>$1,042,879</w:t>
            </w:r>
          </w:p>
        </w:tc>
        <w:tc>
          <w:tcPr>
            <w:tcW w:type="dxa" w:w="1050"/>
          </w:tcPr>
          <w:p>
            <w:pPr>
              <w:spacing w:after="0"/>
              <w:jc w:val="right"/>
            </w:pPr>
            <w:r>
              <w:rPr>
                <w:sz w:val="16"/>
              </w:rPr>
              <w:t>under 0.0001%</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60"/>
          </w:tcPr>
          <w:p>
            <w:pPr>
              <w:spacing w:after="0"/>
              <w:jc w:val="right"/>
            </w:pPr>
            <w:r>
              <w:rPr>
                <w:sz w:val="16"/>
              </w:rPr>
              <w:t>n/a</w:t>
            </w:r>
          </w:p>
        </w:tc>
        <w:tc>
          <w:tcPr>
            <w:tcW w:type="dxa" w:w="1050"/>
          </w:tcPr>
          <w:p>
            <w:pPr>
              <w:spacing w:after="0"/>
              <w:jc w:val="right"/>
            </w:pP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37"/>
          </w:tcPr>
          <w:p>
            <w:pPr>
              <w:spacing w:after="0"/>
              <w:jc w:val="right"/>
            </w:pPr>
            <w:r>
              <w:rPr>
                <w:sz w:val="16"/>
              </w:rPr>
              <w:t>n/a</w:t>
            </w:r>
          </w:p>
        </w:tc>
        <w:tc>
          <w:tcPr>
            <w:tcW w:type="dxa" w:w="1045"/>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160"/>
          </w:tcPr>
          <w:p>
            <w:pPr>
              <w:spacing w:after="0"/>
              <w:jc w:val="right"/>
            </w:pPr>
            <w:r>
              <w:rPr>
                <w:sz w:val="16"/>
              </w:rPr>
              <w:t>$33,427</w:t>
            </w:r>
          </w:p>
        </w:tc>
        <w:tc>
          <w:tcPr>
            <w:tcW w:type="dxa" w:w="1050"/>
          </w:tcPr>
          <w:p>
            <w:pPr>
              <w:spacing w:after="0"/>
              <w:jc w:val="right"/>
            </w:pPr>
            <w:r>
              <w:rPr>
                <w:sz w:val="16"/>
              </w:rPr>
              <w:t>0.00135%</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160"/>
          </w:tcPr>
          <w:p>
            <w:pPr>
              <w:spacing w:after="0"/>
              <w:jc w:val="right"/>
            </w:pPr>
            <w:r>
              <w:rPr>
                <w:sz w:val="16"/>
              </w:rPr>
              <w:t>$14,146</w:t>
            </w:r>
          </w:p>
        </w:tc>
        <w:tc>
          <w:tcPr>
            <w:tcW w:type="dxa" w:w="1050"/>
          </w:tcPr>
          <w:p>
            <w:pPr>
              <w:spacing w:after="0"/>
              <w:jc w:val="right"/>
            </w:pPr>
            <w:r>
              <w:rPr>
                <w:sz w:val="16"/>
              </w:rPr>
              <w:t>under 0.0001%</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60"/>
          </w:tcPr>
          <w:p>
            <w:pPr>
              <w:spacing w:after="0"/>
              <w:jc w:val="right"/>
            </w:pPr>
            <w:r>
              <w:rPr>
                <w:sz w:val="16"/>
              </w:rPr>
              <w:t>$88,006</w:t>
            </w:r>
          </w:p>
        </w:tc>
        <w:tc>
          <w:tcPr>
            <w:tcW w:type="dxa" w:w="1050"/>
          </w:tcPr>
          <w:p>
            <w:pPr>
              <w:spacing w:after="0"/>
              <w:jc w:val="right"/>
            </w:pPr>
            <w:r>
              <w:rPr>
                <w:sz w:val="16"/>
              </w:rPr>
              <w:t>under 0.0001%</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37"/>
          </w:tcPr>
          <w:p>
            <w:pPr>
              <w:spacing w:after="0"/>
              <w:jc w:val="right"/>
            </w:pPr>
            <w:r>
              <w:rPr>
                <w:sz w:val="16"/>
              </w:rPr>
              <w:t>$54,298,200</w:t>
            </w:r>
          </w:p>
        </w:tc>
        <w:tc>
          <w:tcPr>
            <w:tcW w:type="dxa" w:w="1045"/>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160"/>
          </w:tcPr>
          <w:p>
            <w:pPr>
              <w:spacing w:after="0"/>
              <w:jc w:val="right"/>
            </w:pPr>
            <w:r>
              <w:rPr>
                <w:sz w:val="16"/>
              </w:rPr>
              <w:t>$16,080</w:t>
            </w:r>
          </w:p>
        </w:tc>
        <w:tc>
          <w:tcPr>
            <w:tcW w:type="dxa" w:w="1050"/>
          </w:tcPr>
          <w:p>
            <w:pPr>
              <w:spacing w:after="0"/>
              <w:jc w:val="right"/>
            </w:pPr>
            <w:r>
              <w:rPr>
                <w:sz w:val="16"/>
              </w:rPr>
              <w:t>0.00803%</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37"/>
          </w:tcPr>
          <w:p>
            <w:pPr>
              <w:spacing w:after="0"/>
              <w:jc w:val="right"/>
            </w:pPr>
            <w:r>
              <w:rPr>
                <w:sz w:val="16"/>
              </w:rPr>
              <w:t>n/a</w:t>
            </w:r>
          </w:p>
        </w:tc>
        <w:tc>
          <w:tcPr>
            <w:tcW w:type="dxa" w:w="1045"/>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160"/>
          </w:tcPr>
          <w:p>
            <w:pPr>
              <w:spacing w:after="0"/>
              <w:jc w:val="right"/>
            </w:pPr>
            <w:r>
              <w:rPr>
                <w:sz w:val="16"/>
              </w:rPr>
              <w:t>$3,319</w:t>
            </w:r>
          </w:p>
        </w:tc>
        <w:tc>
          <w:tcPr>
            <w:tcW w:type="dxa" w:w="1050"/>
          </w:tcPr>
          <w:p>
            <w:pPr>
              <w:spacing w:after="0"/>
              <w:jc w:val="right"/>
            </w:pPr>
            <w:r>
              <w:rPr>
                <w:sz w:val="16"/>
              </w:rPr>
              <w:t>0.00101%</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37"/>
          </w:tcPr>
          <w:p>
            <w:pPr>
              <w:spacing w:after="0"/>
              <w:jc w:val="right"/>
            </w:pPr>
            <w:r>
              <w:rPr>
                <w:sz w:val="16"/>
              </w:rPr>
              <w:t>$2,190,054</w:t>
            </w:r>
          </w:p>
        </w:tc>
        <w:tc>
          <w:tcPr>
            <w:tcW w:type="dxa" w:w="1045"/>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160"/>
          </w:tcPr>
          <w:p>
            <w:pPr>
              <w:spacing w:after="0"/>
              <w:jc w:val="right"/>
            </w:pPr>
            <w:r>
              <w:rPr>
                <w:sz w:val="16"/>
              </w:rPr>
              <w:t>$99,268</w:t>
            </w:r>
          </w:p>
        </w:tc>
        <w:tc>
          <w:tcPr>
            <w:tcW w:type="dxa" w:w="1050"/>
          </w:tcPr>
          <w:p>
            <w:pPr>
              <w:spacing w:after="0"/>
              <w:jc w:val="right"/>
            </w:pPr>
            <w:r>
              <w:rPr>
                <w:sz w:val="16"/>
              </w:rPr>
              <w:t>n/a (see note)</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37"/>
          </w:tcPr>
          <w:p>
            <w:pPr>
              <w:spacing w:after="0"/>
              <w:jc w:val="right"/>
            </w:pPr>
            <w:r>
              <w:rPr>
                <w:sz w:val="16"/>
              </w:rPr>
              <w:t>n/a</w:t>
            </w:r>
          </w:p>
        </w:tc>
        <w:tc>
          <w:tcPr>
            <w:tcW w:type="dxa" w:w="1045"/>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160"/>
          </w:tcPr>
          <w:p>
            <w:pPr>
              <w:spacing w:after="0"/>
              <w:jc w:val="right"/>
            </w:pPr>
            <w:r>
              <w:rPr>
                <w:sz w:val="16"/>
              </w:rPr>
              <w:t>$6,886</w:t>
            </w:r>
          </w:p>
        </w:tc>
        <w:tc>
          <w:tcPr>
            <w:tcW w:type="dxa" w:w="1050"/>
          </w:tcPr>
          <w:p>
            <w:pPr>
              <w:spacing w:after="0"/>
              <w:jc w:val="right"/>
            </w:pPr>
            <w:r>
              <w:rPr>
                <w:sz w:val="16"/>
              </w:rPr>
              <w:t>0.0012%</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37"/>
          </w:tcPr>
          <w:p>
            <w:pPr>
              <w:spacing w:after="0"/>
              <w:jc w:val="right"/>
            </w:pPr>
            <w:r>
              <w:rPr>
                <w:sz w:val="16"/>
              </w:rPr>
              <w:t>n/a</w:t>
            </w:r>
          </w:p>
        </w:tc>
        <w:tc>
          <w:tcPr>
            <w:tcW w:type="dxa" w:w="1045"/>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160"/>
          </w:tcPr>
          <w:p>
            <w:pPr>
              <w:spacing w:after="0"/>
              <w:jc w:val="right"/>
            </w:pPr>
            <w:r>
              <w:rPr>
                <w:sz w:val="16"/>
              </w:rPr>
              <w:t>$206,461</w:t>
            </w:r>
          </w:p>
        </w:tc>
        <w:tc>
          <w:tcPr>
            <w:tcW w:type="dxa" w:w="1050"/>
          </w:tcPr>
          <w:p>
            <w:pPr>
              <w:spacing w:after="0"/>
              <w:jc w:val="right"/>
            </w:pPr>
            <w:r>
              <w:rPr>
                <w:sz w:val="16"/>
              </w:rPr>
              <w:t>0.0002%</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160"/>
          </w:tcPr>
          <w:p>
            <w:pPr>
              <w:spacing w:after="0"/>
              <w:jc w:val="right"/>
            </w:pPr>
            <w:r>
              <w:rPr>
                <w:sz w:val="16"/>
              </w:rPr>
              <w:t>$124,959</w:t>
            </w:r>
          </w:p>
        </w:tc>
        <w:tc>
          <w:tcPr>
            <w:tcW w:type="dxa" w:w="1050"/>
          </w:tcPr>
          <w:p>
            <w:pPr>
              <w:spacing w:after="0"/>
              <w:jc w:val="right"/>
            </w:pPr>
            <w:r>
              <w:rPr>
                <w:sz w:val="16"/>
              </w:rPr>
              <w:t>0.00134%</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160"/>
          </w:tcPr>
          <w:p>
            <w:pPr>
              <w:spacing w:after="0"/>
              <w:jc w:val="right"/>
            </w:pPr>
            <w:r>
              <w:rPr>
                <w:sz w:val="16"/>
              </w:rPr>
              <w:t>$53,015</w:t>
            </w:r>
          </w:p>
        </w:tc>
        <w:tc>
          <w:tcPr>
            <w:tcW w:type="dxa" w:w="1050"/>
          </w:tcPr>
          <w:p>
            <w:pPr>
              <w:spacing w:after="0"/>
              <w:jc w:val="right"/>
            </w:pPr>
            <w:r>
              <w:rPr>
                <w:sz w:val="16"/>
              </w:rPr>
              <w:t>0.000258%</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37"/>
          </w:tcPr>
          <w:p>
            <w:pPr>
              <w:spacing w:after="0"/>
              <w:jc w:val="right"/>
            </w:pPr>
            <w:r>
              <w:rPr>
                <w:sz w:val="16"/>
              </w:rPr>
              <w:t>$45,764,839</w:t>
            </w:r>
          </w:p>
        </w:tc>
        <w:tc>
          <w:tcPr>
            <w:tcW w:type="dxa" w:w="1045"/>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160"/>
          </w:tcPr>
          <w:p>
            <w:pPr>
              <w:spacing w:after="0"/>
              <w:jc w:val="right"/>
            </w:pPr>
            <w:r>
              <w:rPr>
                <w:sz w:val="16"/>
              </w:rPr>
              <w:t>$533</w:t>
            </w:r>
          </w:p>
        </w:tc>
        <w:tc>
          <w:tcPr>
            <w:tcW w:type="dxa" w:w="1050"/>
          </w:tcPr>
          <w:p>
            <w:pPr>
              <w:spacing w:after="0"/>
              <w:jc w:val="right"/>
            </w:pPr>
            <w:r>
              <w:rPr>
                <w:sz w:val="16"/>
              </w:rPr>
              <w:t>0.000116%</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160"/>
          </w:tcPr>
          <w:p>
            <w:pPr>
              <w:spacing w:after="0"/>
              <w:jc w:val="right"/>
            </w:pPr>
            <w:r>
              <w:rPr>
                <w:sz w:val="16"/>
              </w:rPr>
              <w:t>$30,556</w:t>
            </w:r>
          </w:p>
        </w:tc>
        <w:tc>
          <w:tcPr>
            <w:tcW w:type="dxa" w:w="1050"/>
          </w:tcPr>
          <w:p>
            <w:pPr>
              <w:spacing w:after="0"/>
              <w:jc w:val="right"/>
            </w:pPr>
            <w:r>
              <w:rPr>
                <w:sz w:val="16"/>
              </w:rPr>
              <w:t>0.000912%</w:t>
            </w:r>
          </w:p>
        </w:tc>
        <w:tc>
          <w:tcPr>
            <w:tcW w:type="dxa" w:w="1184"/>
          </w:tcPr>
          <w:p>
            <w:pPr>
              <w:spacing w:after="0"/>
              <w:jc w:val="right"/>
            </w:pPr>
          </w:p>
        </w:tc>
        <w:tc>
          <w:tcPr>
            <w:tcW w:type="dxa" w:w="1109"/>
          </w:tcPr>
          <w:p>
            <w:pPr>
              <w:spacing w:after="0"/>
              <w:jc w:val="right"/>
            </w:pPr>
          </w:p>
        </w:tc>
        <w:tc>
          <w:tcPr>
            <w:tcW w:type="dxa" w:w="1109"/>
          </w:tcPr>
          <w:p>
            <w:pPr>
              <w:spacing w:after="0"/>
              <w:jc w:val="right"/>
            </w:pPr>
          </w:p>
        </w:tc>
        <w:tc>
          <w:tcPr>
            <w:tcW w:type="dxa" w:w="1636"/>
          </w:tcPr>
          <w:p>
            <w:pPr>
              <w:spacing w:after="0"/>
              <w:jc w:val="left"/>
            </w:pPr>
          </w:p>
        </w:tc>
      </w:tr>
    </w:tbl>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Caledonia County, county-level (county FIPS 50005);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Caledonia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aledonia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2</w:t>
            </w:r>
          </w:p>
        </w:tc>
        <w:tc>
          <w:tcPr>
            <w:tcW w:type="dxa" w:w="1511"/>
          </w:tcPr>
          <w:p>
            <w:pPr>
              <w:spacing w:after="0"/>
              <w:jc w:val="right"/>
            </w:pPr>
            <w:r>
              <w:rPr>
                <w:sz w:val="16"/>
              </w:rPr>
              <w:t>2</w:t>
            </w:r>
          </w:p>
        </w:tc>
        <w:tc>
          <w:tcPr>
            <w:tcW w:type="dxa" w:w="1511"/>
          </w:tcPr>
          <w:p>
            <w:pPr>
              <w:spacing w:after="0"/>
              <w:jc w:val="right"/>
            </w:pPr>
            <w:r>
              <w:rPr>
                <w:sz w:val="16"/>
              </w:rPr>
              <w:t>36</w:t>
            </w:r>
          </w:p>
        </w:tc>
        <w:tc>
          <w:tcPr>
            <w:tcW w:type="dxa" w:w="1511"/>
          </w:tcPr>
          <w:p>
            <w:pPr>
              <w:spacing w:after="0"/>
              <w:jc w:val="right"/>
            </w:pPr>
            <w:r>
              <w:rPr>
                <w:sz w:val="16"/>
              </w:rPr>
              <w:t>2</w:t>
            </w:r>
          </w:p>
        </w:tc>
        <w:tc>
          <w:tcPr>
            <w:tcW w:type="dxa" w:w="1511"/>
          </w:tcPr>
          <w:p>
            <w:pPr>
              <w:spacing w:after="0"/>
              <w:jc w:val="right"/>
            </w:pPr>
            <w:r>
              <w:rPr>
                <w:sz w:val="16"/>
              </w:rPr>
              <w:t>37</w:t>
            </w:r>
          </w:p>
        </w:tc>
        <w:tc>
          <w:tcPr>
            <w:tcW w:type="dxa" w:w="1511"/>
          </w:tcPr>
          <w:p>
            <w:pPr>
              <w:spacing w:after="0"/>
              <w:jc w:val="right"/>
            </w:pPr>
            <w:r>
              <w:rPr>
                <w:sz w:val="16"/>
              </w:rPr>
              <w:t>0</w:t>
            </w:r>
          </w:p>
        </w:tc>
        <w:tc>
          <w:tcPr>
            <w:tcW w:type="dxa" w:w="1682"/>
          </w:tcPr>
          <w:p>
            <w:pPr>
              <w:spacing w:after="0"/>
              <w:jc w:val="right"/>
            </w:pPr>
            <w:r>
              <w:rPr>
                <w:sz w:val="16"/>
              </w:rPr>
              <w:t>14</w:t>
            </w:r>
          </w:p>
        </w:tc>
      </w:tr>
      <w:tr>
        <w:trPr>
          <w:cantSplit/>
        </w:trPr>
        <w:tc>
          <w:tcPr>
            <w:tcW w:type="dxa" w:w="3362"/>
          </w:tcPr>
          <w:p>
            <w:pPr>
              <w:spacing w:after="0"/>
              <w:jc w:val="left"/>
            </w:pPr>
            <w:r>
              <w:rPr>
                <w:sz w:val="16"/>
              </w:rPr>
              <w:t>of which: Barnet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Groton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Town and Village of Hardwick</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of which: Lyndon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17</w:t>
            </w:r>
          </w:p>
        </w:tc>
        <w:tc>
          <w:tcPr>
            <w:tcW w:type="dxa" w:w="1511"/>
          </w:tcPr>
          <w:p>
            <w:pPr>
              <w:spacing w:after="0"/>
              <w:jc w:val="right"/>
            </w:pPr>
            <w:r>
              <w:rPr>
                <w:sz w:val="16"/>
              </w:rPr>
              <w:t>1</w:t>
            </w:r>
          </w:p>
        </w:tc>
        <w:tc>
          <w:tcPr>
            <w:tcW w:type="dxa" w:w="1511"/>
          </w:tcPr>
          <w:p>
            <w:pPr>
              <w:spacing w:after="0"/>
              <w:jc w:val="right"/>
            </w:pPr>
            <w:r>
              <w:rPr>
                <w:sz w:val="16"/>
              </w:rPr>
              <w:t>18</w:t>
            </w:r>
          </w:p>
        </w:tc>
        <w:tc>
          <w:tcPr>
            <w:tcW w:type="dxa" w:w="1511"/>
          </w:tcPr>
          <w:p>
            <w:pPr>
              <w:spacing w:after="0"/>
              <w:jc w:val="right"/>
            </w:pPr>
            <w:r>
              <w:rPr>
                <w:sz w:val="16"/>
              </w:rPr>
              <w:t>0</w:t>
            </w:r>
          </w:p>
        </w:tc>
        <w:tc>
          <w:tcPr>
            <w:tcW w:type="dxa" w:w="1682"/>
          </w:tcPr>
          <w:p>
            <w:pPr>
              <w:spacing w:after="0"/>
              <w:jc w:val="right"/>
            </w:pPr>
            <w:r>
              <w:rPr>
                <w:sz w:val="16"/>
              </w:rPr>
              <w:t>6</w:t>
            </w:r>
          </w:p>
        </w:tc>
      </w:tr>
      <w:tr>
        <w:trPr>
          <w:cantSplit/>
        </w:trPr>
        <w:tc>
          <w:tcPr>
            <w:tcW w:type="dxa" w:w="3362"/>
          </w:tcPr>
          <w:p>
            <w:pPr>
              <w:spacing w:after="0"/>
              <w:jc w:val="left"/>
            </w:pPr>
            <w:r>
              <w:rPr>
                <w:sz w:val="16"/>
              </w:rPr>
              <w:t>of which: Ryegate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St. Johnsbury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Newark town, VT: risk-assessment baseline packet, release 2026-10 (data as of 2026-09-30; Town FIPS 5000547725). Automated baseline. </w:t>
      </w:r>
      <w:hyperlink r:id="rId16">
        <w:r>
          <w:rPr>
            <w:color w:val="1F4E99"/>
            <w:sz w:val="17"/>
            <w:u w:val="single"/>
          </w:rPr>
          <w:t>https://hazardplain.org/vt/5000547725/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hazard-plain_2026-10_VT_5000547725.docx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Newark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5477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Newark town, VT: Risk-assessment baseline packet</dc:title>
  <dc:subject>Hazard Plain release 2026-10, as of 2026-09-30. Automated baseline</dc:subject>
  <dc:creator>Hazard Plain</dc:creator>
  <cp:keywords>Hazard Plain; hazard mitigation; risk assessment; 5000547725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