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Woodford town, VT</w:t>
      </w:r>
    </w:p>
    <w:p>
      <w:pPr>
        <w:spacing w:after="120" w:before="0"/>
      </w:pPr>
      <w:r>
        <w:rPr>
          <w:color w:val="555555"/>
          <w:sz w:val="24"/>
        </w:rPr>
        <w:t>Risk-assessment baseline packet (county-level sections from Bennington County)</w:t>
      </w:r>
    </w:p>
    <w:p>
      <w:pPr>
        <w:spacing w:after="120" w:before="0"/>
      </w:pPr>
      <w:r>
        <w:rPr>
          <w:b/>
          <w:sz w:val="18"/>
        </w:rPr>
        <w:t xml:space="preserve">Town FIPS: </w:t>
      </w:r>
      <w:r>
        <w:rPr>
          <w:sz w:val="18"/>
        </w:rPr>
        <w:t>5000385675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2018-03-04. Plan: Town of Woodford Hazard Mitigation Plan (FEMA plan 12312), approved 2013-03-05.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2013-03-05: 7 new hazard declarations (6 incidents): DR-4330-VT (Severe Storms and Flooding), DR-4445-VT (Severe Storms and Flooding), EM-3567-VT (Tropical Storm Henri), DR-4621-VT (Severe Storm and Flooding), EM-3595-VT (Flooding), DR-4720-VT (Severe Storms, Flooding, Landslides, and Mudslides), EM-3609-VT (Tropical Depression Debby); also 2 COVID-19 declarations (not counted).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383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($11,624,078 a year), Cold Wave ($4,990,522) and Hurricane ($780,683).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5000385675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2018-03-04</w:t>
      </w:r>
    </w:p>
    <w:p>
      <w:pPr>
        <w:keepNext/>
        <w:spacing w:after="40" w:before="0"/>
      </w:pPr>
      <w:r>
        <w:rPr>
          <w:b/>
        </w:rPr>
        <w:t xml:space="preserve">Plan: </w:t>
      </w:r>
      <w:r>
        <w:rPr/>
        <w:t>Town of Woodford Hazard Mitigation Plan (FEMA plan 12312)</w:t>
      </w:r>
    </w:p>
    <w:p>
      <w:pPr>
        <w:keepNext/>
        <w:spacing w:after="40" w:before="0"/>
      </w:pPr>
      <w:r>
        <w:rPr>
          <w:b/>
        </w:rPr>
        <w:t xml:space="preserve">Approved: </w:t>
      </w:r>
      <w:r>
        <w:rPr/>
        <w:t>2013-03-05</w:t>
      </w:r>
    </w:p>
    <w:p>
      <w:pPr>
        <w:keepNext/>
        <w:spacing w:after="40" w:before="0"/>
      </w:pPr>
      <w:r>
        <w:rPr>
          <w:b/>
        </w:rPr>
        <w:t xml:space="preserve">Days since expiry: </w:t>
      </w:r>
      <w:r>
        <w:rPr/>
        <w:t>3,132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2013-03-05)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(6 incidents): DR-4330-VT (Severe Storms and Flooding), DR-4445-VT (Severe Storms and Flooding), EM-3567-VT (Tropical Storm Henri), DR-4621-VT (Severe Storm and Flooding), EM-3595-VT (Flooding), DR-4720-VT (Severe Storms, Flooding, Landslides, and Mudslides), EM-3609-VT (Tropical Depression Debby);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(Bennington County, county-level): </w:t>
      </w:r>
      <w:r>
        <w:rPr/>
        <w:t>383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13"/>
        <w:gridCol w:w="751"/>
        <w:gridCol w:w="2341"/>
        <w:gridCol w:w="6067"/>
        <w:gridCol w:w="1202"/>
        <w:gridCol w:w="1202"/>
        <w:gridCol w:w="1036"/>
      </w:tblGrid>
      <w:tr>
        <w:trPr>
          <w:cantSplit/>
          <w:tblHeader/>
        </w:trPr>
        <w:tc>
          <w:tcPr>
            <w:tcW w:type="dxa" w:w="1513"/>
            <w:shd w:val="clear" w:color="auto" w:fill="E8E8E8"/>
          </w:tcPr>
          <w:p>
            <w:pPr>
              <w:spacing w:after="0"/>
              <w:jc w:val="left"/>
            </w:pPr>
            <w:r>
              <w:rPr>
                <w:b/>
                <w:sz w:val="16"/>
              </w:rPr>
              <w:t>Jurisdiction</w:t>
            </w:r>
          </w:p>
        </w:tc>
        <w:tc>
          <w:tcPr>
            <w:tcW w:type="dxa" w:w="751"/>
            <w:shd w:val="clear" w:color="auto" w:fill="E8E8E8"/>
          </w:tcPr>
          <w:p>
            <w:pPr>
              <w:spacing w:after="0"/>
              <w:jc w:val="left"/>
            </w:pPr>
            <w:r>
              <w:rPr>
                <w:b/>
                <w:sz w:val="16"/>
              </w:rPr>
              <w:t>Type</w:t>
            </w:r>
          </w:p>
        </w:tc>
        <w:tc>
          <w:tcPr>
            <w:tcW w:type="dxa" w:w="2341"/>
            <w:shd w:val="clear" w:color="auto" w:fill="E8E8E8"/>
          </w:tcPr>
          <w:p>
            <w:pPr>
              <w:spacing w:after="0"/>
              <w:jc w:val="left"/>
            </w:pPr>
            <w:r>
              <w:rPr>
                <w:b/>
                <w:sz w:val="16"/>
              </w:rPr>
              <w:t>Status</w:t>
            </w:r>
          </w:p>
        </w:tc>
        <w:tc>
          <w:tcPr>
            <w:tcW w:type="dxa" w:w="6067"/>
            <w:shd w:val="clear" w:color="auto" w:fill="E8E8E8"/>
          </w:tcPr>
          <w:p>
            <w:pPr>
              <w:spacing w:after="0"/>
              <w:jc w:val="left"/>
            </w:pPr>
            <w:r>
              <w:rPr>
                <w:b/>
                <w:sz w:val="16"/>
              </w:rPr>
              <w:t>Plan</w:t>
            </w:r>
          </w:p>
        </w:tc>
        <w:tc>
          <w:tcPr>
            <w:tcW w:type="dxa" w:w="1202"/>
            <w:shd w:val="clear" w:color="auto" w:fill="E8E8E8"/>
          </w:tcPr>
          <w:p>
            <w:pPr>
              <w:spacing w:after="0"/>
              <w:jc w:val="left"/>
            </w:pPr>
            <w:r>
              <w:rPr>
                <w:b/>
                <w:sz w:val="16"/>
              </w:rPr>
              <w:t>Approved</w:t>
            </w:r>
          </w:p>
        </w:tc>
        <w:tc>
          <w:tcPr>
            <w:tcW w:type="dxa" w:w="1202"/>
            <w:shd w:val="clear" w:color="auto" w:fill="E8E8E8"/>
          </w:tcPr>
          <w:p>
            <w:pPr>
              <w:spacing w:after="0"/>
              <w:jc w:val="left"/>
            </w:pPr>
            <w:r>
              <w:rPr>
                <w:b/>
                <w:sz w:val="16"/>
              </w:rPr>
              <w:t>Expires</w:t>
            </w:r>
          </w:p>
        </w:tc>
        <w:tc>
          <w:tcPr>
            <w:tcW w:type="dxa" w:w="103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513"/>
          </w:tcPr>
          <w:p>
            <w:pPr>
              <w:spacing w:after="0"/>
              <w:jc w:val="left"/>
            </w:pPr>
            <w:r>
              <w:rPr>
                <w:sz w:val="16"/>
              </w:rPr>
              <w:t>Woodford town</w:t>
            </w:r>
          </w:p>
        </w:tc>
        <w:tc>
          <w:tcPr>
            <w:tcW w:type="dxa" w:w="751"/>
          </w:tcPr>
          <w:p>
            <w:pPr>
              <w:spacing w:after="0"/>
              <w:jc w:val="left"/>
            </w:pPr>
            <w:r>
              <w:rPr>
                <w:sz w:val="16"/>
              </w:rPr>
              <w:t>Town</w:t>
            </w:r>
          </w:p>
        </w:tc>
        <w:tc>
          <w:tcPr>
            <w:tcW w:type="dxa" w:w="2341"/>
          </w:tcPr>
          <w:p>
            <w:pPr>
              <w:spacing w:after="0"/>
              <w:jc w:val="left"/>
            </w:pPr>
            <w:r>
              <w:rPr>
                <w:sz w:val="16"/>
              </w:rPr>
              <w:t>Expired on 2018-03-04</w:t>
            </w:r>
          </w:p>
        </w:tc>
        <w:tc>
          <w:tcPr>
            <w:tcW w:type="dxa" w:w="6067"/>
          </w:tcPr>
          <w:p>
            <w:pPr>
              <w:spacing w:after="0"/>
              <w:jc w:val="left"/>
            </w:pPr>
            <w:r>
              <w:rPr>
                <w:sz w:val="16"/>
              </w:rPr>
              <w:t>Town of Woodford Hazard Mitigation Plan (FEMA plan 12312)</w:t>
            </w:r>
          </w:p>
        </w:tc>
        <w:tc>
          <w:tcPr>
            <w:tcW w:type="dxa" w:w="1202"/>
          </w:tcPr>
          <w:p>
            <w:pPr>
              <w:spacing w:after="0"/>
              <w:jc w:val="left"/>
            </w:pPr>
            <w:r>
              <w:rPr>
                <w:sz w:val="16"/>
              </w:rPr>
              <w:t>2013-03-05</w:t>
            </w:r>
          </w:p>
        </w:tc>
        <w:tc>
          <w:tcPr>
            <w:tcW w:type="dxa" w:w="1202"/>
          </w:tcPr>
          <w:p>
            <w:pPr>
              <w:spacing w:after="0"/>
              <w:jc w:val="left"/>
            </w:pPr>
            <w:r>
              <w:rPr>
                <w:sz w:val="16"/>
              </w:rPr>
              <w:t>2018-03-04</w:t>
            </w:r>
          </w:p>
        </w:tc>
        <w:tc>
          <w:tcPr>
            <w:tcW w:type="dxa" w:w="1036"/>
          </w:tcPr>
          <w:p>
            <w:pPr>
              <w:spacing w:after="0"/>
              <w:jc w:val="right"/>
            </w:pPr>
            <w:r>
              <w:rPr>
                <w:sz w:val="16"/>
              </w:rPr>
              <w:t>-3,132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Bennington County, county-level (county FIPS 50003);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621"/>
          </w:tcPr>
          <w:p>
            <w:pPr>
              <w:spacing w:after="0"/>
              <w:jc w:val="right"/>
            </w:pPr>
            <w:r>
              <w:rPr>
                <w:sz w:val="16"/>
              </w:rPr>
              <w:t>$46,680</w:t>
            </w:r>
          </w:p>
        </w:tc>
        <w:tc>
          <w:tcPr>
            <w:tcW w:type="dxa" w:w="1176"/>
          </w:tcPr>
          <w:p>
            <w:pPr>
              <w:spacing w:after="0"/>
              <w:jc w:val="right"/>
            </w:pPr>
            <w:r>
              <w:rPr>
                <w:sz w:val="16"/>
              </w:rPr>
              <w:t>$11,624,078</w:t>
            </w:r>
          </w:p>
        </w:tc>
        <w:tc>
          <w:tcPr>
            <w:tcW w:type="dxa" w:w="1742"/>
          </w:tcPr>
          <w:p>
            <w:pPr>
              <w:spacing w:after="0"/>
              <w:jc w:val="right"/>
            </w:pPr>
            <w:r>
              <w:rPr>
                <w:sz w:val="16"/>
              </w:rPr>
              <w:t>77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621"/>
          </w:tcPr>
          <w:p>
            <w:pPr>
              <w:spacing w:after="0"/>
              <w:jc w:val="right"/>
            </w:pPr>
            <w:r>
              <w:rPr>
                <w:sz w:val="16"/>
              </w:rPr>
              <w:t>$4,981,984</w:t>
            </w:r>
          </w:p>
        </w:tc>
        <w:tc>
          <w:tcPr>
            <w:tcW w:type="dxa" w:w="1176"/>
          </w:tcPr>
          <w:p>
            <w:pPr>
              <w:spacing w:after="0"/>
              <w:jc w:val="right"/>
            </w:pPr>
            <w:r>
              <w:rPr>
                <w:sz w:val="16"/>
              </w:rPr>
              <w:t>$4,990,522</w:t>
            </w:r>
          </w:p>
        </w:tc>
        <w:tc>
          <w:tcPr>
            <w:tcW w:type="dxa" w:w="1742"/>
          </w:tcPr>
          <w:p>
            <w:pPr>
              <w:spacing w:after="0"/>
              <w:jc w:val="right"/>
            </w:pPr>
            <w:r>
              <w:rPr>
                <w:sz w:val="16"/>
              </w:rPr>
              <w:t>72</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621"/>
          </w:tcPr>
          <w:p>
            <w:pPr>
              <w:spacing w:after="0"/>
              <w:jc w:val="right"/>
            </w:pPr>
            <w:r>
              <w:rPr>
                <w:sz w:val="16"/>
              </w:rPr>
              <w:t>$24,700</w:t>
            </w:r>
          </w:p>
        </w:tc>
        <w:tc>
          <w:tcPr>
            <w:tcW w:type="dxa" w:w="1176"/>
          </w:tcPr>
          <w:p>
            <w:pPr>
              <w:spacing w:after="0"/>
              <w:jc w:val="right"/>
            </w:pPr>
            <w:r>
              <w:rPr>
                <w:sz w:val="16"/>
              </w:rPr>
              <w:t>$780,683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Lightning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r>
              <w:rPr>
                <w:sz w:val="16"/>
              </w:rPr>
              <w:t>n/a</w:t>
            </w:r>
          </w:p>
        </w:tc>
        <w:tc>
          <w:tcPr>
            <w:tcW w:type="dxa" w:w="1621"/>
          </w:tcPr>
          <w:p>
            <w:pPr>
              <w:spacing w:after="0"/>
              <w:jc w:val="right"/>
            </w:pPr>
            <w:r>
              <w:rPr>
                <w:sz w:val="16"/>
              </w:rPr>
              <w:t>$230,549</w:t>
            </w:r>
          </w:p>
        </w:tc>
        <w:tc>
          <w:tcPr>
            <w:tcW w:type="dxa" w:w="1176"/>
          </w:tcPr>
          <w:p>
            <w:pPr>
              <w:spacing w:after="0"/>
              <w:jc w:val="right"/>
            </w:pPr>
            <w:r>
              <w:rPr>
                <w:sz w:val="16"/>
              </w:rPr>
              <w:t>$282,805</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Tornado</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621"/>
          </w:tcPr>
          <w:p>
            <w:pPr>
              <w:spacing w:after="0"/>
              <w:jc w:val="right"/>
            </w:pPr>
            <w:r>
              <w:rPr>
                <w:sz w:val="16"/>
              </w:rPr>
              <w:t>$49,780</w:t>
            </w:r>
          </w:p>
        </w:tc>
        <w:tc>
          <w:tcPr>
            <w:tcW w:type="dxa" w:w="1176"/>
          </w:tcPr>
          <w:p>
            <w:pPr>
              <w:spacing w:after="0"/>
              <w:jc w:val="right"/>
            </w:pPr>
            <w:r>
              <w:rPr>
                <w:sz w:val="16"/>
              </w:rPr>
              <w:t>$282,062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r>
              <w:rPr>
                <w:sz w:val="16"/>
              </w:rPr>
              <w:t>n/a</w:t>
            </w:r>
          </w:p>
        </w:tc>
        <w:tc>
          <w:tcPr>
            <w:tcW w:type="dxa" w:w="1621"/>
          </w:tcPr>
          <w:p>
            <w:pPr>
              <w:spacing w:after="0"/>
              <w:jc w:val="right"/>
            </w:pPr>
            <w:r>
              <w:rPr>
                <w:sz w:val="16"/>
              </w:rPr>
              <w:t>$30,132</w:t>
            </w:r>
          </w:p>
        </w:tc>
        <w:tc>
          <w:tcPr>
            <w:tcW w:type="dxa" w:w="1176"/>
          </w:tcPr>
          <w:p>
            <w:pPr>
              <w:spacing w:after="0"/>
              <w:jc w:val="right"/>
            </w:pPr>
            <w:r>
              <w:rPr>
                <w:sz w:val="16"/>
              </w:rPr>
              <w:t>$232,584</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621"/>
          </w:tcPr>
          <w:p>
            <w:pPr>
              <w:spacing w:after="0"/>
              <w:jc w:val="right"/>
            </w:pPr>
            <w:r>
              <w:rPr>
                <w:sz w:val="16"/>
              </w:rPr>
              <w:t>$100,319</w:t>
            </w:r>
          </w:p>
        </w:tc>
        <w:tc>
          <w:tcPr>
            <w:tcW w:type="dxa" w:w="1176"/>
          </w:tcPr>
          <w:p>
            <w:pPr>
              <w:spacing w:after="0"/>
              <w:jc w:val="right"/>
            </w:pPr>
            <w:r>
              <w:rPr>
                <w:sz w:val="16"/>
              </w:rPr>
              <w:t>$175,434</w:t>
            </w:r>
          </w:p>
        </w:tc>
        <w:tc>
          <w:tcPr>
            <w:tcW w:type="dxa" w:w="1742"/>
          </w:tcPr>
          <w:p>
            <w:pPr>
              <w:spacing w:after="0"/>
              <w:jc w:val="right"/>
            </w:pPr>
            <w:r>
              <w:rPr>
                <w:sz w:val="16"/>
              </w:rPr>
              <w:t>242</w:t>
            </w:r>
          </w:p>
        </w:tc>
        <w:tc>
          <w:tcPr>
            <w:tcW w:type="dxa" w:w="3111"/>
          </w:tcPr>
          <w:p>
            <w:pPr>
              <w:spacing w:after="0"/>
              <w:jc w:val="left"/>
            </w:pPr>
            <w:r>
              <w:rPr>
                <w:sz w:val="16"/>
              </w:rPr>
              <w:t>Includes 46 High Wind and 53 Strong Wind records (NOAA non-thunderstorm wind types, outside NRI's Strong Wind definition).</w:t>
            </w:r>
          </w:p>
        </w:tc>
      </w:tr>
      <w:tr>
        <w:trPr>
          <w:cantSplit/>
        </w:trPr>
        <w:tc>
          <w:tcPr>
            <w:tcW w:type="dxa" w:w="696"/>
          </w:tcPr>
          <w:p>
            <w:pPr>
              <w:spacing w:after="0"/>
              <w:jc w:val="right"/>
            </w:pPr>
            <w:r>
              <w:rPr>
                <w:sz w:val="16"/>
              </w:rPr>
              <w:t>8</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621"/>
          </w:tcPr>
          <w:p>
            <w:pPr>
              <w:spacing w:after="0"/>
              <w:jc w:val="right"/>
            </w:pPr>
            <w:r>
              <w:rPr>
                <w:sz w:val="16"/>
              </w:rPr>
              <w:t>$118,993</w:t>
            </w:r>
          </w:p>
        </w:tc>
        <w:tc>
          <w:tcPr>
            <w:tcW w:type="dxa" w:w="1176"/>
          </w:tcPr>
          <w:p>
            <w:pPr>
              <w:spacing w:after="0"/>
              <w:jc w:val="right"/>
            </w:pPr>
            <w:r>
              <w:rPr>
                <w:sz w:val="16"/>
              </w:rPr>
              <w:t>$123,744</w:t>
            </w:r>
          </w:p>
        </w:tc>
        <w:tc>
          <w:tcPr>
            <w:tcW w:type="dxa" w:w="1742"/>
          </w:tcPr>
          <w:p>
            <w:pPr>
              <w:spacing w:after="0"/>
              <w:jc w:val="right"/>
            </w:pPr>
            <w:r>
              <w:rPr>
                <w:sz w:val="16"/>
              </w:rPr>
              <w:t>23</w:t>
            </w:r>
          </w:p>
        </w:tc>
        <w:tc>
          <w:tcPr>
            <w:tcW w:type="dxa" w:w="3111"/>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621"/>
          </w:tcPr>
          <w:p>
            <w:pPr>
              <w:spacing w:after="0"/>
              <w:jc w:val="right"/>
            </w:pPr>
            <w:r>
              <w:rPr>
                <w:sz w:val="16"/>
              </w:rPr>
              <w:t>$103,120</w:t>
            </w:r>
          </w:p>
        </w:tc>
        <w:tc>
          <w:tcPr>
            <w:tcW w:type="dxa" w:w="1176"/>
          </w:tcPr>
          <w:p>
            <w:pPr>
              <w:spacing w:after="0"/>
              <w:jc w:val="right"/>
            </w:pPr>
            <w:r>
              <w:rPr>
                <w:sz w:val="16"/>
              </w:rPr>
              <w:t>$120,343</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Ice Storm</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r>
              <w:rPr>
                <w:sz w:val="16"/>
              </w:rPr>
              <w:t>n/a</w:t>
            </w:r>
          </w:p>
        </w:tc>
        <w:tc>
          <w:tcPr>
            <w:tcW w:type="dxa" w:w="1621"/>
          </w:tcPr>
          <w:p>
            <w:pPr>
              <w:spacing w:after="0"/>
              <w:jc w:val="right"/>
            </w:pPr>
            <w:r>
              <w:rPr>
                <w:sz w:val="16"/>
              </w:rPr>
              <w:t>$1,268</w:t>
            </w:r>
          </w:p>
        </w:tc>
        <w:tc>
          <w:tcPr>
            <w:tcW w:type="dxa" w:w="1176"/>
          </w:tcPr>
          <w:p>
            <w:pPr>
              <w:spacing w:after="0"/>
              <w:jc w:val="right"/>
            </w:pPr>
            <w:r>
              <w:rPr>
                <w:sz w:val="16"/>
              </w:rPr>
              <w:t>$94,831</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621"/>
          </w:tcPr>
          <w:p>
            <w:pPr>
              <w:spacing w:after="0"/>
              <w:jc w:val="right"/>
            </w:pPr>
            <w:r>
              <w:rPr>
                <w:sz w:val="16"/>
              </w:rPr>
              <w:t>$23,841</w:t>
            </w:r>
          </w:p>
        </w:tc>
        <w:tc>
          <w:tcPr>
            <w:tcW w:type="dxa" w:w="1176"/>
          </w:tcPr>
          <w:p>
            <w:pPr>
              <w:spacing w:after="0"/>
              <w:jc w:val="right"/>
            </w:pPr>
            <w:r>
              <w:rPr>
                <w:sz w:val="16"/>
              </w:rPr>
              <w:t>$58,967</w:t>
            </w:r>
          </w:p>
        </w:tc>
        <w:tc>
          <w:tcPr>
            <w:tcW w:type="dxa" w:w="1742"/>
          </w:tcPr>
          <w:p>
            <w:pPr>
              <w:spacing w:after="0"/>
              <w:jc w:val="right"/>
            </w:pPr>
            <w:r>
              <w:rPr>
                <w:sz w:val="16"/>
              </w:rPr>
              <w:t>247</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r>
              <w:rPr>
                <w:sz w:val="16"/>
              </w:rPr>
              <w:t>n/a</w:t>
            </w:r>
          </w:p>
        </w:tc>
        <w:tc>
          <w:tcPr>
            <w:tcW w:type="dxa" w:w="1621"/>
          </w:tcPr>
          <w:p>
            <w:pPr>
              <w:spacing w:after="0"/>
              <w:jc w:val="right"/>
            </w:pPr>
            <w:r>
              <w:rPr>
                <w:sz w:val="16"/>
              </w:rPr>
              <w:t>$7,276</w:t>
            </w:r>
          </w:p>
        </w:tc>
        <w:tc>
          <w:tcPr>
            <w:tcW w:type="dxa" w:w="1176"/>
          </w:tcPr>
          <w:p>
            <w:pPr>
              <w:spacing w:after="0"/>
              <w:jc w:val="right"/>
            </w:pPr>
            <w:r>
              <w:rPr>
                <w:sz w:val="16"/>
              </w:rPr>
              <w:t>$17,093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621"/>
          </w:tcPr>
          <w:p>
            <w:pPr>
              <w:spacing w:after="0"/>
              <w:jc w:val="right"/>
            </w:pPr>
            <w:r>
              <w:rPr>
                <w:sz w:val="16"/>
              </w:rPr>
              <w:t>$627</w:t>
            </w:r>
          </w:p>
        </w:tc>
        <w:tc>
          <w:tcPr>
            <w:tcW w:type="dxa" w:w="1176"/>
          </w:tcPr>
          <w:p>
            <w:pPr>
              <w:spacing w:after="0"/>
              <w:jc w:val="right"/>
            </w:pPr>
            <w:r>
              <w:rPr>
                <w:sz w:val="16"/>
              </w:rPr>
              <w:t>$8,345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Relatively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$3,774</w:t>
            </w:r>
          </w:p>
        </w:tc>
        <w:tc>
          <w:tcPr>
            <w:tcW w:type="dxa" w:w="1176"/>
          </w:tcPr>
          <w:p>
            <w:pPr>
              <w:spacing w:after="0"/>
              <w:jc w:val="right"/>
            </w:pPr>
            <w:r>
              <w:rPr>
                <w:sz w:val="16"/>
              </w:rPr>
              <w:t>$3,774</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6</w:t>
            </w:r>
          </w:p>
        </w:tc>
        <w:tc>
          <w:tcPr>
            <w:tcW w:type="dxa" w:w="3111"/>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Bennington County, county-level (county FIPS 50003);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9710 (Very Low, 62.8); tract 9704.01 (Very Low, 62.8); tract 9708 (Very Low, 62.4)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9712 (Relatively Low, 54.4); tract 9710 (Relatively Low, 51.1); tract 9711 (Relatively Low, 49.3)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9712 (Relatively Low, 78.3); tract 9710 (Relatively Low, 77.1); tract 9708 (Relatively Low, 75.5)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9716 (Relatively Moderate, 96.7); tract 9706.01 (Relatively Moderate, 95.7); tract 9714 (Relatively Low, 95.4)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9712 (Relatively Low, 43.7); tract 9710 (Relatively Low, 40.2); tract 9708 (Relatively Low, 38.4)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9705 (Relatively Low, 69.4); tract 9714 (Very Low, 68.5); tract 9708 (Very Low, 67.8)</w:t>
            </w:r>
          </w:p>
        </w:tc>
      </w:tr>
    </w:tbl>
    <w:p>
      <w:pPr>
        <w:spacing w:after="40" w:before="60"/>
      </w:pPr>
      <w:r>
        <w:rPr>
          <w:sz w:val="15"/>
        </w:rPr>
        <w:t xml:space="preserve">Up to 3 census tracts per hazard, highest National Risk Index rating first, then highest score; a tract number is the Census tract number (for example 9710 is Census Tract 9710).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Bennington County, county-level (county FIPS 50003);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2"/>
        <w:gridCol w:w="1804"/>
        <w:gridCol w:w="1693"/>
        <w:gridCol w:w="1855"/>
        <w:gridCol w:w="1534"/>
        <w:gridCol w:w="1651"/>
        <w:gridCol w:w="1850"/>
        <w:gridCol w:w="1962"/>
      </w:tblGrid>
      <w:tr>
        <w:trPr>
          <w:cantSplit/>
          <w:tblHeader/>
        </w:trPr>
        <w:tc>
          <w:tcPr>
            <w:tcW w:type="dxa" w:w="1762"/>
            <w:shd w:val="clear" w:color="auto" w:fill="E8E8E8"/>
          </w:tcPr>
          <w:p>
            <w:pPr>
              <w:spacing w:after="0"/>
              <w:jc w:val="left"/>
            </w:pPr>
            <w:r>
              <w:rPr>
                <w:b/>
                <w:sz w:val="16"/>
              </w:rPr>
              <w:t>Hazard</w:t>
            </w:r>
          </w:p>
        </w:tc>
        <w:tc>
          <w:tcPr>
            <w:tcW w:type="dxa" w:w="1804"/>
            <w:shd w:val="clear" w:color="auto" w:fill="E8E8E8"/>
          </w:tcPr>
          <w:p>
            <w:pPr>
              <w:spacing w:after="0"/>
              <w:jc w:val="left"/>
            </w:pPr>
            <w:r>
              <w:rPr>
                <w:b/>
                <w:sz w:val="16"/>
              </w:rPr>
              <w:t>Scale</w:t>
            </w:r>
          </w:p>
        </w:tc>
        <w:tc>
          <w:tcPr>
            <w:tcW w:type="dxa" w:w="16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5"/>
            <w:shd w:val="clear" w:color="auto" w:fill="E8E8E8"/>
          </w:tcPr>
          <w:p>
            <w:pPr>
              <w:spacing w:after="0"/>
              <w:jc w:val="left"/>
            </w:pPr>
            <w:r>
              <w:rPr>
                <w:b/>
                <w:sz w:val="16"/>
              </w:rPr>
              <w:t>Observed range</w:t>
            </w:r>
          </w:p>
        </w:tc>
        <w:tc>
          <w:tcPr>
            <w:tcW w:type="dxa" w:w="1534"/>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1850"/>
            <w:shd w:val="clear" w:color="auto" w:fill="E8E8E8"/>
          </w:tcPr>
          <w:p>
            <w:pPr>
              <w:spacing w:after="0"/>
              <w:jc w:val="left"/>
            </w:pPr>
            <w:r>
              <w:rPr>
                <w:b/>
                <w:sz w:val="16"/>
              </w:rPr>
              <w:t>Where in the county</w:t>
            </w:r>
          </w:p>
        </w:tc>
        <w:tc>
          <w:tcPr>
            <w:tcW w:type="dxa" w:w="1962"/>
            <w:shd w:val="clear" w:color="auto" w:fill="E8E8E8"/>
          </w:tcPr>
          <w:p>
            <w:pPr>
              <w:spacing w:after="0"/>
              <w:jc w:val="left"/>
            </w:pPr>
            <w:r>
              <w:rPr>
                <w:b/>
                <w:sz w:val="16"/>
              </w:rPr>
              <w:t>Note</w:t>
            </w:r>
          </w:p>
        </w:tc>
      </w:tr>
      <w:tr>
        <w:trPr>
          <w:cantSplit/>
        </w:trPr>
        <w:tc>
          <w:tcPr>
            <w:tcW w:type="dxa" w:w="1762"/>
          </w:tcPr>
          <w:p>
            <w:pPr>
              <w:spacing w:after="0"/>
              <w:jc w:val="left"/>
            </w:pPr>
            <w:r>
              <w:rPr>
                <w:sz w:val="16"/>
              </w:rPr>
              <w:t>Avalanche</w:t>
            </w:r>
          </w:p>
        </w:tc>
        <w:tc>
          <w:tcPr>
            <w:tcW w:type="dxa" w:w="1804"/>
          </w:tcPr>
          <w:p>
            <w:pPr>
              <w:spacing w:after="0"/>
              <w:jc w:val="left"/>
            </w:pPr>
            <w:r>
              <w:rPr>
                <w:sz w:val="16"/>
              </w:rPr>
              <w:t>none (count and damage only)</w:t>
            </w:r>
          </w:p>
        </w:tc>
        <w:tc>
          <w:tcPr>
            <w:tcW w:type="dxa" w:w="1693"/>
          </w:tcPr>
          <w:p>
            <w:pPr>
              <w:spacing w:after="0"/>
              <w:jc w:val="right"/>
            </w:pPr>
            <w:r>
              <w:rPr>
                <w:sz w:val="16"/>
              </w:rPr>
              <w:t>0</w:t>
            </w:r>
          </w:p>
        </w:tc>
        <w:tc>
          <w:tcPr>
            <w:tcW w:type="dxa" w:w="1855"/>
          </w:tcPr>
          <w:p>
            <w:pPr>
              <w:spacing w:after="0"/>
              <w:jc w:val="left"/>
            </w:pPr>
          </w:p>
        </w:tc>
        <w:tc>
          <w:tcPr>
            <w:tcW w:type="dxa" w:w="1534"/>
          </w:tcPr>
          <w:p>
            <w:pPr>
              <w:spacing w:after="0"/>
              <w:jc w:val="left"/>
            </w:pPr>
          </w:p>
        </w:tc>
        <w:tc>
          <w:tcPr>
            <w:tcW w:type="dxa" w:w="1651"/>
          </w:tcPr>
          <w:p>
            <w:pPr>
              <w:spacing w:after="0"/>
              <w:jc w:val="left"/>
            </w:pPr>
          </w:p>
        </w:tc>
        <w:tc>
          <w:tcPr>
            <w:tcW w:type="dxa" w:w="1850"/>
          </w:tcPr>
          <w:p>
            <w:pPr>
              <w:spacing w:after="0"/>
              <w:jc w:val="left"/>
            </w:pPr>
          </w:p>
        </w:tc>
        <w:tc>
          <w:tcPr>
            <w:tcW w:type="dxa" w:w="1962"/>
          </w:tcPr>
          <w:p>
            <w:pPr>
              <w:spacing w:after="0"/>
              <w:jc w:val="left"/>
            </w:pPr>
            <w:r>
              <w:rPr>
                <w:sz w:val="16"/>
              </w:rPr>
              <w:t>Physical measure: in event narratives only (local data needed).</w:t>
            </w:r>
          </w:p>
        </w:tc>
      </w:tr>
      <w:tr>
        <w:trPr>
          <w:cantSplit/>
        </w:trPr>
        <w:tc>
          <w:tcPr>
            <w:tcW w:type="dxa" w:w="1762"/>
          </w:tcPr>
          <w:p>
            <w:pPr>
              <w:spacing w:after="0"/>
              <w:jc w:val="left"/>
            </w:pPr>
            <w:r>
              <w:rPr>
                <w:sz w:val="16"/>
              </w:rPr>
              <w:t>Cold/Wind Chill, Extreme Cold/Wind Chill</w:t>
            </w:r>
          </w:p>
        </w:tc>
        <w:tc>
          <w:tcPr>
            <w:tcW w:type="dxa" w:w="1804"/>
          </w:tcPr>
          <w:p>
            <w:pPr>
              <w:spacing w:after="0"/>
              <w:jc w:val="left"/>
            </w:pPr>
            <w:r>
              <w:rPr>
                <w:sz w:val="16"/>
              </w:rPr>
              <w:t>wind chill</w:t>
            </w:r>
          </w:p>
        </w:tc>
        <w:tc>
          <w:tcPr>
            <w:tcW w:type="dxa" w:w="1693"/>
          </w:tcPr>
          <w:p>
            <w:pPr>
              <w:spacing w:after="0"/>
              <w:jc w:val="right"/>
            </w:pPr>
            <w:r>
              <w:rPr>
                <w:sz w:val="16"/>
              </w:rPr>
              <w:t>54 records, 2000 to 2026 (54 zone-level)</w:t>
            </w:r>
          </w:p>
        </w:tc>
        <w:tc>
          <w:tcPr>
            <w:tcW w:type="dxa" w:w="1855"/>
          </w:tcPr>
          <w:p>
            <w:pPr>
              <w:spacing w:after="0"/>
              <w:jc w:val="left"/>
            </w:pPr>
            <w:r>
              <w:rPr>
                <w:sz w:val="16"/>
              </w:rPr>
              <w:t>1 day to 4 days (median 2 days); 47 with a recorded value</w:t>
            </w:r>
          </w:p>
        </w:tc>
        <w:tc>
          <w:tcPr>
            <w:tcW w:type="dxa" w:w="1534"/>
          </w:tcPr>
          <w:p>
            <w:pPr>
              <w:spacing w:after="0"/>
              <w:jc w:val="left"/>
            </w:pPr>
            <w:r>
              <w:rPr>
                <w:sz w:val="16"/>
              </w:rPr>
              <w:t>4 consecutive days, 2026-01-29 to 2026-02-01, zone-level</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Wind chill: in event narratives only (local data needed).</w:t>
            </w:r>
          </w:p>
        </w:tc>
      </w:tr>
      <w:tr>
        <w:trPr>
          <w:cantSplit/>
        </w:trPr>
        <w:tc>
          <w:tcPr>
            <w:tcW w:type="dxa" w:w="1762"/>
          </w:tcPr>
          <w:p>
            <w:pPr>
              <w:spacing w:after="0"/>
              <w:jc w:val="left"/>
            </w:pPr>
            <w:r>
              <w:rPr>
                <w:sz w:val="16"/>
              </w:rPr>
              <w:t>Frost/Freeze (outside NRI's Cold Wave definition)</w:t>
            </w:r>
          </w:p>
        </w:tc>
        <w:tc>
          <w:tcPr>
            <w:tcW w:type="dxa" w:w="1804"/>
          </w:tcPr>
          <w:p>
            <w:pPr>
              <w:spacing w:after="0"/>
              <w:jc w:val="left"/>
            </w:pPr>
            <w:r>
              <w:rPr>
                <w:sz w:val="16"/>
              </w:rPr>
              <w:t>crop damage</w:t>
            </w:r>
          </w:p>
        </w:tc>
        <w:tc>
          <w:tcPr>
            <w:tcW w:type="dxa" w:w="1693"/>
          </w:tcPr>
          <w:p>
            <w:pPr>
              <w:spacing w:after="0"/>
              <w:jc w:val="right"/>
            </w:pPr>
            <w:r>
              <w:rPr>
                <w:sz w:val="16"/>
              </w:rPr>
              <w:t>18 records, 2002 to 2023 (18 zone-level)</w:t>
            </w:r>
          </w:p>
        </w:tc>
        <w:tc>
          <w:tcPr>
            <w:tcW w:type="dxa" w:w="1855"/>
          </w:tcPr>
          <w:p>
            <w:pPr>
              <w:spacing w:after="0"/>
              <w:jc w:val="left"/>
            </w:pPr>
          </w:p>
        </w:tc>
        <w:tc>
          <w:tcPr>
            <w:tcW w:type="dxa" w:w="1534"/>
          </w:tcPr>
          <w:p>
            <w:pPr>
              <w:spacing w:after="0"/>
              <w:jc w:val="left"/>
            </w:pPr>
            <w:r>
              <w:rPr>
                <w:sz w:val="16"/>
              </w:rPr>
              <w:t>No crop damage reported in 18 records.</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Temperature: in event narratives only (local data needed).</w:t>
            </w:r>
          </w:p>
        </w:tc>
      </w:tr>
      <w:tr>
        <w:trPr>
          <w:cantSplit/>
        </w:trPr>
        <w:tc>
          <w:tcPr>
            <w:tcW w:type="dxa" w:w="1762"/>
          </w:tcPr>
          <w:p>
            <w:pPr>
              <w:spacing w:after="0"/>
              <w:jc w:val="left"/>
            </w:pPr>
            <w:r>
              <w:rPr>
                <w:sz w:val="16"/>
              </w:rPr>
              <w:t>Drought</w:t>
            </w:r>
          </w:p>
        </w:tc>
        <w:tc>
          <w:tcPr>
            <w:tcW w:type="dxa" w:w="1804"/>
          </w:tcPr>
          <w:p>
            <w:pPr>
              <w:spacing w:after="0"/>
              <w:jc w:val="left"/>
            </w:pPr>
            <w:r>
              <w:rPr>
                <w:sz w:val="16"/>
              </w:rPr>
              <w:t>U.S. Drought Monitor scale (D0 to D4)</w:t>
            </w:r>
          </w:p>
        </w:tc>
        <w:tc>
          <w:tcPr>
            <w:tcW w:type="dxa" w:w="1693"/>
          </w:tcPr>
          <w:p>
            <w:pPr>
              <w:spacing w:after="0"/>
              <w:jc w:val="right"/>
            </w:pPr>
            <w:r>
              <w:rPr>
                <w:sz w:val="16"/>
              </w:rPr>
              <w:t>6 records, 1999 to 2025 (6 zone-level)</w:t>
            </w:r>
          </w:p>
        </w:tc>
        <w:tc>
          <w:tcPr>
            <w:tcW w:type="dxa" w:w="1855"/>
          </w:tcPr>
          <w:p>
            <w:pPr>
              <w:spacing w:after="0"/>
              <w:jc w:val="left"/>
            </w:pPr>
            <w:r>
              <w:rPr>
                <w:sz w:val="16"/>
              </w:rPr>
              <w:t>30 days to 43 days (median 35 days); 3 with a recorded value</w:t>
            </w:r>
          </w:p>
        </w:tc>
        <w:tc>
          <w:tcPr>
            <w:tcW w:type="dxa" w:w="1534"/>
          </w:tcPr>
          <w:p>
            <w:pPr>
              <w:spacing w:after="0"/>
              <w:jc w:val="left"/>
            </w:pPr>
            <w:r>
              <w:rPr>
                <w:sz w:val="16"/>
              </w:rPr>
              <w:t>43 days (about 1.4 months), 2025-09-23 to 2025-11-04, a run of 3 consecutive Storm Events drought records, zone-level</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2"/>
          </w:tcPr>
          <w:p>
            <w:pPr>
              <w:spacing w:after="0"/>
              <w:jc w:val="left"/>
            </w:pPr>
            <w:r>
              <w:rPr>
                <w:sz w:val="16"/>
              </w:rPr>
              <w:t>Earthquake</w:t>
            </w:r>
          </w:p>
        </w:tc>
        <w:tc>
          <w:tcPr>
            <w:tcW w:type="dxa" w:w="1804"/>
          </w:tcPr>
          <w:p>
            <w:pPr>
              <w:spacing w:after="0"/>
              <w:jc w:val="left"/>
            </w:pPr>
            <w:r>
              <w:rPr>
                <w:sz w:val="16"/>
              </w:rPr>
              <w:t>Modified Mercalli (local data)</w:t>
            </w:r>
          </w:p>
        </w:tc>
        <w:tc>
          <w:tcPr>
            <w:tcW w:type="dxa" w:w="1693"/>
          </w:tcPr>
          <w:p>
            <w:pPr>
              <w:spacing w:after="0"/>
              <w:jc w:val="right"/>
            </w:pPr>
            <w:r>
              <w:rPr>
                <w:sz w:val="16"/>
              </w:rPr>
              <w:t>0</w:t>
            </w:r>
          </w:p>
        </w:tc>
        <w:tc>
          <w:tcPr>
            <w:tcW w:type="dxa" w:w="1855"/>
          </w:tcPr>
          <w:p>
            <w:pPr>
              <w:spacing w:after="0"/>
              <w:jc w:val="left"/>
            </w:pPr>
          </w:p>
        </w:tc>
        <w:tc>
          <w:tcPr>
            <w:tcW w:type="dxa" w:w="1534"/>
          </w:tcPr>
          <w:p>
            <w:pPr>
              <w:spacing w:after="0"/>
              <w:jc w:val="left"/>
            </w:pPr>
          </w:p>
        </w:tc>
        <w:tc>
          <w:tcPr>
            <w:tcW w:type="dxa" w:w="1651"/>
          </w:tcPr>
          <w:p>
            <w:pPr>
              <w:spacing w:after="0"/>
              <w:jc w:val="left"/>
            </w:pPr>
          </w:p>
        </w:tc>
        <w:tc>
          <w:tcPr>
            <w:tcW w:type="dxa" w:w="1850"/>
          </w:tcPr>
          <w:p>
            <w:pPr>
              <w:spacing w:after="0"/>
              <w:jc w:val="left"/>
            </w:pPr>
          </w:p>
        </w:tc>
        <w:tc>
          <w:tcPr>
            <w:tcW w:type="dxa" w:w="1962"/>
          </w:tcPr>
          <w:p>
            <w:pPr>
              <w:spacing w:after="0"/>
              <w:jc w:val="left"/>
            </w:pPr>
            <w:r>
              <w:rPr>
                <w:sz w:val="16"/>
              </w:rPr>
              <w:t>Storm Events does not record earthquakes; the USGS earthquake catalog is the source.</w:t>
            </w:r>
          </w:p>
        </w:tc>
      </w:tr>
      <w:tr>
        <w:trPr>
          <w:cantSplit/>
        </w:trPr>
        <w:tc>
          <w:tcPr>
            <w:tcW w:type="dxa" w:w="1762"/>
          </w:tcPr>
          <w:p>
            <w:pPr>
              <w:spacing w:after="0"/>
              <w:jc w:val="left"/>
            </w:pPr>
            <w:r>
              <w:rPr>
                <w:sz w:val="16"/>
              </w:rPr>
              <w:t>Hail</w:t>
            </w:r>
          </w:p>
        </w:tc>
        <w:tc>
          <w:tcPr>
            <w:tcW w:type="dxa" w:w="1804"/>
          </w:tcPr>
          <w:p>
            <w:pPr>
              <w:spacing w:after="0"/>
              <w:jc w:val="left"/>
            </w:pPr>
            <w:r>
              <w:rPr>
                <w:sz w:val="16"/>
              </w:rPr>
              <w:t>hail size (inches)</w:t>
            </w:r>
          </w:p>
        </w:tc>
        <w:tc>
          <w:tcPr>
            <w:tcW w:type="dxa" w:w="1693"/>
          </w:tcPr>
          <w:p>
            <w:pPr>
              <w:spacing w:after="0"/>
              <w:jc w:val="right"/>
            </w:pPr>
            <w:r>
              <w:rPr>
                <w:sz w:val="16"/>
              </w:rPr>
              <w:t>55 records, 1960 to 2024</w:t>
            </w:r>
          </w:p>
        </w:tc>
        <w:tc>
          <w:tcPr>
            <w:tcW w:type="dxa" w:w="1855"/>
          </w:tcPr>
          <w:p>
            <w:pPr>
              <w:spacing w:after="0"/>
              <w:jc w:val="left"/>
            </w:pPr>
            <w:r>
              <w:rPr>
                <w:sz w:val="16"/>
              </w:rPr>
              <w:t>0.75 in to 3.25 in (median 1 in); 55 with a recorded value</w:t>
            </w:r>
          </w:p>
        </w:tc>
        <w:tc>
          <w:tcPr>
            <w:tcW w:type="dxa" w:w="1534"/>
          </w:tcPr>
          <w:p>
            <w:pPr>
              <w:spacing w:after="0"/>
              <w:jc w:val="left"/>
            </w:pPr>
            <w:r>
              <w:rPr>
                <w:sz w:val="16"/>
              </w:rPr>
              <w:t>3.25 in hail, 2011-06-01</w:t>
            </w:r>
          </w:p>
        </w:tc>
        <w:tc>
          <w:tcPr>
            <w:tcW w:type="dxa" w:w="1651"/>
          </w:tcPr>
          <w:p>
            <w:pPr>
              <w:spacing w:after="0"/>
              <w:jc w:val="left"/>
            </w:pPr>
            <w:r>
              <w:rPr>
                <w:sz w:val="16"/>
              </w:rPr>
              <w:t>Hail, 1998-05-31, $20,000 property; crops not reported (1998 dollars)</w:t>
            </w:r>
          </w:p>
        </w:tc>
        <w:tc>
          <w:tcPr>
            <w:tcW w:type="dxa" w:w="1850"/>
          </w:tcPr>
          <w:p>
            <w:pPr>
              <w:spacing w:after="0"/>
              <w:jc w:val="left"/>
            </w:pPr>
            <w:r>
              <w:rPr>
                <w:sz w:val="16"/>
              </w:rPr>
              <w:t>Event records naming places in the county: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Excel file).</w:t>
            </w:r>
          </w:p>
        </w:tc>
        <w:tc>
          <w:tcPr>
            <w:tcW w:type="dxa" w:w="1962"/>
          </w:tcPr>
          <w:p>
            <w:pPr>
              <w:spacing w:after="0"/>
              <w:jc w:val="left"/>
            </w:pPr>
          </w:p>
        </w:tc>
      </w:tr>
      <w:tr>
        <w:trPr>
          <w:cantSplit/>
        </w:trPr>
        <w:tc>
          <w:tcPr>
            <w:tcW w:type="dxa" w:w="1762"/>
          </w:tcPr>
          <w:p>
            <w:pPr>
              <w:spacing w:after="0"/>
              <w:jc w:val="left"/>
            </w:pPr>
            <w:r>
              <w:rPr>
                <w:sz w:val="16"/>
              </w:rPr>
              <w:t>Excessive Heat, Heat</w:t>
            </w:r>
          </w:p>
        </w:tc>
        <w:tc>
          <w:tcPr>
            <w:tcW w:type="dxa" w:w="1804"/>
          </w:tcPr>
          <w:p>
            <w:pPr>
              <w:spacing w:after="0"/>
              <w:jc w:val="left"/>
            </w:pPr>
            <w:r>
              <w:rPr>
                <w:sz w:val="16"/>
              </w:rPr>
              <w:t>heat index (in event narratives)</w:t>
            </w:r>
          </w:p>
        </w:tc>
        <w:tc>
          <w:tcPr>
            <w:tcW w:type="dxa" w:w="1693"/>
          </w:tcPr>
          <w:p>
            <w:pPr>
              <w:spacing w:after="0"/>
              <w:jc w:val="right"/>
            </w:pPr>
            <w:r>
              <w:rPr>
                <w:sz w:val="16"/>
              </w:rPr>
              <w:t>23 records, 1998 to 2025 (23 zone-level)</w:t>
            </w:r>
          </w:p>
        </w:tc>
        <w:tc>
          <w:tcPr>
            <w:tcW w:type="dxa" w:w="1855"/>
          </w:tcPr>
          <w:p>
            <w:pPr>
              <w:spacing w:after="0"/>
              <w:jc w:val="left"/>
            </w:pPr>
            <w:r>
              <w:rPr>
                <w:sz w:val="16"/>
              </w:rPr>
              <w:t>1 day to 5 days (median 1.5 days); 18 with a recorded value</w:t>
            </w:r>
          </w:p>
        </w:tc>
        <w:tc>
          <w:tcPr>
            <w:tcW w:type="dxa" w:w="1534"/>
          </w:tcPr>
          <w:p>
            <w:pPr>
              <w:spacing w:after="0"/>
              <w:jc w:val="left"/>
            </w:pPr>
            <w:r>
              <w:rPr>
                <w:sz w:val="16"/>
              </w:rPr>
              <w:t>5 consecutive days, 2018-07-01 to 2018-07-05, zone-level</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62"/>
          </w:tcPr>
          <w:p>
            <w:pPr>
              <w:spacing w:after="0"/>
              <w:jc w:val="left"/>
            </w:pPr>
            <w:r>
              <w:rPr>
                <w:sz w:val="16"/>
              </w:rPr>
              <w:t>Hurricane, Tropical Storm, Tropical Depression</w:t>
            </w:r>
          </w:p>
        </w:tc>
        <w:tc>
          <w:tcPr>
            <w:tcW w:type="dxa" w:w="1804"/>
          </w:tcPr>
          <w:p>
            <w:pPr>
              <w:spacing w:after="0"/>
              <w:jc w:val="left"/>
            </w:pPr>
            <w:r>
              <w:rPr>
                <w:sz w:val="16"/>
              </w:rPr>
              <w:t>Saffir-Simpson</w:t>
            </w:r>
          </w:p>
        </w:tc>
        <w:tc>
          <w:tcPr>
            <w:tcW w:type="dxa" w:w="1693"/>
          </w:tcPr>
          <w:p>
            <w:pPr>
              <w:spacing w:after="0"/>
              <w:jc w:val="right"/>
            </w:pPr>
            <w:r>
              <w:rPr>
                <w:sz w:val="16"/>
              </w:rPr>
              <w:t>1 record, 2011 (1 zone-level)</w:t>
            </w:r>
          </w:p>
        </w:tc>
        <w:tc>
          <w:tcPr>
            <w:tcW w:type="dxa" w:w="1855"/>
          </w:tcPr>
          <w:p>
            <w:pPr>
              <w:spacing w:after="0"/>
              <w:jc w:val="left"/>
            </w:pPr>
          </w:p>
        </w:tc>
        <w:tc>
          <w:tcPr>
            <w:tcW w:type="dxa" w:w="1534"/>
          </w:tcPr>
          <w:p>
            <w:pPr>
              <w:spacing w:after="0"/>
              <w:jc w:val="left"/>
            </w:pPr>
            <w:r>
              <w:rPr>
                <w:sz w:val="16"/>
              </w:rPr>
              <w:t>Strongest recorded: Tropical Storm record, 2011-08-28, $0 property; $0 crops (2011 dollars); NWS zone VTZ013</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2"/>
          </w:tcPr>
          <w:p>
            <w:pPr>
              <w:spacing w:after="0"/>
              <w:jc w:val="left"/>
            </w:pPr>
            <w:r>
              <w:rPr>
                <w:sz w:val="16"/>
              </w:rPr>
              <w:t>Ice Storm</w:t>
            </w:r>
          </w:p>
        </w:tc>
        <w:tc>
          <w:tcPr>
            <w:tcW w:type="dxa" w:w="1804"/>
          </w:tcPr>
          <w:p>
            <w:pPr>
              <w:spacing w:after="0"/>
              <w:jc w:val="left"/>
            </w:pPr>
            <w:r>
              <w:rPr>
                <w:sz w:val="16"/>
              </w:rPr>
              <w:t>Sperry-Piltz ice scale (local data)</w:t>
            </w:r>
          </w:p>
        </w:tc>
        <w:tc>
          <w:tcPr>
            <w:tcW w:type="dxa" w:w="1693"/>
          </w:tcPr>
          <w:p>
            <w:pPr>
              <w:spacing w:after="0"/>
              <w:jc w:val="right"/>
            </w:pPr>
            <w:r>
              <w:rPr>
                <w:sz w:val="16"/>
              </w:rPr>
              <w:t>3 records, 2007 to 2025 (3 zone-level)</w:t>
            </w:r>
          </w:p>
        </w:tc>
        <w:tc>
          <w:tcPr>
            <w:tcW w:type="dxa" w:w="1855"/>
          </w:tcPr>
          <w:p>
            <w:pPr>
              <w:spacing w:after="0"/>
              <w:jc w:val="left"/>
            </w:pPr>
          </w:p>
        </w:tc>
        <w:tc>
          <w:tcPr>
            <w:tcW w:type="dxa" w:w="1534"/>
          </w:tcPr>
          <w:p>
            <w:pPr>
              <w:spacing w:after="0"/>
              <w:jc w:val="left"/>
            </w:pPr>
            <w:r>
              <w:rPr>
                <w:sz w:val="16"/>
              </w:rPr>
              <w:t>No damage reported in 3 records.</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Ice thickness: in event narratives only (local data needed).</w:t>
            </w:r>
          </w:p>
        </w:tc>
      </w:tr>
      <w:tr>
        <w:trPr>
          <w:cantSplit/>
        </w:trPr>
        <w:tc>
          <w:tcPr>
            <w:tcW w:type="dxa" w:w="1762"/>
          </w:tcPr>
          <w:p>
            <w:pPr>
              <w:spacing w:after="0"/>
              <w:jc w:val="left"/>
            </w:pPr>
            <w:r>
              <w:rPr>
                <w:sz w:val="16"/>
              </w:rPr>
              <w:t>Flash Flood, Flood, Lakeshore Flood</w:t>
            </w:r>
          </w:p>
        </w:tc>
        <w:tc>
          <w:tcPr>
            <w:tcW w:type="dxa" w:w="1804"/>
          </w:tcPr>
          <w:p>
            <w:pPr>
              <w:spacing w:after="0"/>
              <w:jc w:val="left"/>
            </w:pPr>
            <w:r>
              <w:rPr>
                <w:sz w:val="16"/>
              </w:rPr>
              <w:t>damage and flood days (flood depth: FIRM)</w:t>
            </w:r>
          </w:p>
        </w:tc>
        <w:tc>
          <w:tcPr>
            <w:tcW w:type="dxa" w:w="1693"/>
          </w:tcPr>
          <w:p>
            <w:pPr>
              <w:spacing w:after="0"/>
              <w:jc w:val="right"/>
            </w:pPr>
            <w:r>
              <w:rPr>
                <w:sz w:val="16"/>
              </w:rPr>
              <w:t>77 records, 1996 to 2023 (23 zone-level)</w:t>
            </w:r>
          </w:p>
        </w:tc>
        <w:tc>
          <w:tcPr>
            <w:tcW w:type="dxa" w:w="1855"/>
          </w:tcPr>
          <w:p>
            <w:pPr>
              <w:spacing w:after="0"/>
              <w:jc w:val="left"/>
            </w:pPr>
          </w:p>
        </w:tc>
        <w:tc>
          <w:tcPr>
            <w:tcW w:type="dxa" w:w="1534"/>
          </w:tcPr>
          <w:p>
            <w:pPr>
              <w:spacing w:after="0"/>
              <w:jc w:val="left"/>
            </w:pPr>
            <w:r>
              <w:rPr>
                <w:sz w:val="16"/>
              </w:rPr>
              <w:t>Flash Flood, 1999-09-16, $476,000 property; crops not reported (1999 dollars)</w:t>
            </w:r>
          </w:p>
        </w:tc>
        <w:tc>
          <w:tcPr>
            <w:tcW w:type="dxa" w:w="1651"/>
          </w:tcPr>
          <w:p>
            <w:pPr>
              <w:spacing w:after="0"/>
              <w:jc w:val="left"/>
            </w:pPr>
          </w:p>
        </w:tc>
        <w:tc>
          <w:tcPr>
            <w:tcW w:type="dxa" w:w="1850"/>
          </w:tcPr>
          <w:p>
            <w:pPr>
              <w:spacing w:after="0"/>
              <w:jc w:val="left"/>
            </w:pPr>
            <w:r>
              <w:rPr>
                <w:sz w:val="16"/>
              </w:rPr>
              <w:t>Event records naming places in the county: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Excel file). Zone-level records (23) apply countywide.</w:t>
            </w:r>
          </w:p>
        </w:tc>
        <w:tc>
          <w:tcPr>
            <w:tcW w:type="dxa" w:w="19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2"/>
          </w:tcPr>
          <w:p>
            <w:pPr>
              <w:spacing w:after="0"/>
              <w:jc w:val="left"/>
            </w:pPr>
            <w:r>
              <w:rPr>
                <w:sz w:val="16"/>
              </w:rPr>
              <w:t>Debris Flow</w:t>
            </w:r>
          </w:p>
        </w:tc>
        <w:tc>
          <w:tcPr>
            <w:tcW w:type="dxa" w:w="1804"/>
          </w:tcPr>
          <w:p>
            <w:pPr>
              <w:spacing w:after="0"/>
              <w:jc w:val="left"/>
            </w:pPr>
            <w:r>
              <w:rPr>
                <w:sz w:val="16"/>
              </w:rPr>
              <w:t>none (count and damage only)</w:t>
            </w:r>
          </w:p>
        </w:tc>
        <w:tc>
          <w:tcPr>
            <w:tcW w:type="dxa" w:w="1693"/>
          </w:tcPr>
          <w:p>
            <w:pPr>
              <w:spacing w:after="0"/>
              <w:jc w:val="right"/>
            </w:pPr>
            <w:r>
              <w:rPr>
                <w:sz w:val="16"/>
              </w:rPr>
              <w:t>1 record, 2019</w:t>
            </w:r>
          </w:p>
        </w:tc>
        <w:tc>
          <w:tcPr>
            <w:tcW w:type="dxa" w:w="1855"/>
          </w:tcPr>
          <w:p>
            <w:pPr>
              <w:spacing w:after="0"/>
              <w:jc w:val="left"/>
            </w:pPr>
          </w:p>
        </w:tc>
        <w:tc>
          <w:tcPr>
            <w:tcW w:type="dxa" w:w="1534"/>
          </w:tcPr>
          <w:p>
            <w:pPr>
              <w:spacing w:after="0"/>
              <w:jc w:val="left"/>
            </w:pPr>
            <w:r>
              <w:rPr>
                <w:sz w:val="16"/>
              </w:rPr>
              <w:t>No damage reported in 1 record.</w:t>
            </w:r>
          </w:p>
        </w:tc>
        <w:tc>
          <w:tcPr>
            <w:tcW w:type="dxa" w:w="1651"/>
          </w:tcPr>
          <w:p>
            <w:pPr>
              <w:spacing w:after="0"/>
              <w:jc w:val="left"/>
            </w:pPr>
          </w:p>
        </w:tc>
        <w:tc>
          <w:tcPr>
            <w:tcW w:type="dxa" w:w="1850"/>
          </w:tcPr>
          <w:p>
            <w:pPr>
              <w:spacing w:after="0"/>
              <w:jc w:val="left"/>
            </w:pPr>
            <w:r>
              <w:rPr>
                <w:sz w:val="16"/>
              </w:rPr>
              <w:t>Event records naming places in the county: Arlington town (1 record).</w:t>
            </w:r>
          </w:p>
        </w:tc>
        <w:tc>
          <w:tcPr>
            <w:tcW w:type="dxa" w:w="1962"/>
          </w:tcPr>
          <w:p>
            <w:pPr>
              <w:spacing w:after="0"/>
              <w:jc w:val="left"/>
            </w:pPr>
            <w:r>
              <w:rPr>
                <w:sz w:val="16"/>
              </w:rPr>
              <w:t>Physical measure: in event narratives only (local data needed).</w:t>
            </w:r>
          </w:p>
        </w:tc>
      </w:tr>
      <w:tr>
        <w:trPr>
          <w:cantSplit/>
        </w:trPr>
        <w:tc>
          <w:tcPr>
            <w:tcW w:type="dxa" w:w="1762"/>
          </w:tcPr>
          <w:p>
            <w:pPr>
              <w:spacing w:after="0"/>
              <w:jc w:val="left"/>
            </w:pPr>
            <w:r>
              <w:rPr>
                <w:sz w:val="16"/>
              </w:rPr>
              <w:t>Lightning</w:t>
            </w:r>
          </w:p>
        </w:tc>
        <w:tc>
          <w:tcPr>
            <w:tcW w:type="dxa" w:w="1804"/>
          </w:tcPr>
          <w:p>
            <w:pPr>
              <w:spacing w:after="0"/>
              <w:jc w:val="left"/>
            </w:pPr>
            <w:r>
              <w:rPr>
                <w:sz w:val="16"/>
              </w:rPr>
              <w:t>annualized frequency (the measure FEMA's Local Mitigation Planning Handbook names)</w:t>
            </w:r>
          </w:p>
        </w:tc>
        <w:tc>
          <w:tcPr>
            <w:tcW w:type="dxa" w:w="1693"/>
          </w:tcPr>
          <w:p>
            <w:pPr>
              <w:spacing w:after="0"/>
              <w:jc w:val="right"/>
            </w:pPr>
            <w:r>
              <w:rPr>
                <w:sz w:val="16"/>
              </w:rPr>
              <w:t>5 records, 2000 to 2021</w:t>
            </w:r>
          </w:p>
        </w:tc>
        <w:tc>
          <w:tcPr>
            <w:tcW w:type="dxa" w:w="1855"/>
          </w:tcPr>
          <w:p>
            <w:pPr>
              <w:spacing w:after="0"/>
              <w:jc w:val="left"/>
            </w:pPr>
          </w:p>
        </w:tc>
        <w:tc>
          <w:tcPr>
            <w:tcW w:type="dxa" w:w="1534"/>
          </w:tcPr>
          <w:p>
            <w:pPr>
              <w:spacing w:after="0"/>
              <w:jc w:val="left"/>
            </w:pPr>
            <w:r>
              <w:rPr>
                <w:sz w:val="16"/>
              </w:rPr>
              <w:t>Lightning, 2007-07-27, $750,000 property; $0 crops (2007 dollars)</w:t>
            </w:r>
          </w:p>
        </w:tc>
        <w:tc>
          <w:tcPr>
            <w:tcW w:type="dxa" w:w="1651"/>
          </w:tcPr>
          <w:p>
            <w:pPr>
              <w:spacing w:after="0"/>
              <w:jc w:val="left"/>
            </w:pPr>
          </w:p>
        </w:tc>
        <w:tc>
          <w:tcPr>
            <w:tcW w:type="dxa" w:w="1850"/>
          </w:tcPr>
          <w:p>
            <w:pPr>
              <w:spacing w:after="0"/>
              <w:jc w:val="left"/>
            </w:pPr>
            <w:r>
              <w:rPr>
                <w:sz w:val="16"/>
              </w:rPr>
              <w:t>Event records naming places in the county: Bennington town (4 records), North Bennington village (1 record), Woodford town (1 record).</w:t>
            </w:r>
          </w:p>
        </w:tc>
        <w:tc>
          <w:tcPr>
            <w:tcW w:type="dxa" w:w="1962"/>
          </w:tcPr>
          <w:p>
            <w:pPr>
              <w:spacing w:after="0"/>
              <w:jc w:val="left"/>
            </w:pPr>
            <w:r>
              <w:rPr>
                <w:sz w:val="16"/>
              </w:rPr>
              <w:t>Storm Events lists lightning with damage or casualties; physical measure in event narratives only (local data needed).</w:t>
            </w:r>
          </w:p>
        </w:tc>
      </w:tr>
      <w:tr>
        <w:trPr>
          <w:cantSplit/>
        </w:trPr>
        <w:tc>
          <w:tcPr>
            <w:tcW w:type="dxa" w:w="1762"/>
          </w:tcPr>
          <w:p>
            <w:pPr>
              <w:spacing w:after="0"/>
              <w:jc w:val="left"/>
            </w:pPr>
            <w:r>
              <w:rPr>
                <w:sz w:val="16"/>
              </w:rPr>
              <w:t>High Wind and Strong Wind (outside NRI's Strong Wind definition)</w:t>
            </w:r>
          </w:p>
        </w:tc>
        <w:tc>
          <w:tcPr>
            <w:tcW w:type="dxa" w:w="1804"/>
          </w:tcPr>
          <w:p>
            <w:pPr>
              <w:spacing w:after="0"/>
              <w:jc w:val="left"/>
            </w:pPr>
            <w:r>
              <w:rPr>
                <w:sz w:val="16"/>
              </w:rPr>
              <w:t>wind speed (kt and mph)</w:t>
            </w:r>
          </w:p>
        </w:tc>
        <w:tc>
          <w:tcPr>
            <w:tcW w:type="dxa" w:w="1693"/>
          </w:tcPr>
          <w:p>
            <w:pPr>
              <w:spacing w:after="0"/>
              <w:jc w:val="right"/>
            </w:pPr>
            <w:r>
              <w:rPr>
                <w:sz w:val="16"/>
              </w:rPr>
              <w:t>99 records, 1996 to 2026 (99 zone-level)</w:t>
            </w:r>
          </w:p>
        </w:tc>
        <w:tc>
          <w:tcPr>
            <w:tcW w:type="dxa" w:w="1855"/>
          </w:tcPr>
          <w:p>
            <w:pPr>
              <w:spacing w:after="0"/>
              <w:jc w:val="left"/>
            </w:pPr>
            <w:r>
              <w:rPr>
                <w:sz w:val="16"/>
              </w:rPr>
              <w:t>30 kt (35 mph) to 66 kt (76 mph) (median 46 kt (53 mph)); 86 with a recorded value</w:t>
            </w:r>
          </w:p>
        </w:tc>
        <w:tc>
          <w:tcPr>
            <w:tcW w:type="dxa" w:w="1534"/>
          </w:tcPr>
          <w:p>
            <w:pPr>
              <w:spacing w:after="0"/>
              <w:jc w:val="left"/>
            </w:pPr>
            <w:r>
              <w:rPr>
                <w:sz w:val="16"/>
              </w:rPr>
              <w:t>66 kt (76 mph), measurement type not recorded, High Wind, 1999-11-02; NWS zone VTZ013</w:t>
            </w:r>
          </w:p>
        </w:tc>
        <w:tc>
          <w:tcPr>
            <w:tcW w:type="dxa" w:w="1651"/>
          </w:tcPr>
          <w:p>
            <w:pPr>
              <w:spacing w:after="0"/>
              <w:jc w:val="left"/>
            </w:pPr>
            <w:r>
              <w:rPr>
                <w:sz w:val="16"/>
              </w:rPr>
              <w:t>High Wind, 1999-09-16, $150,000 property; crops not reported, reported for the zone (1999 dollars)</w:t>
            </w:r>
          </w:p>
        </w:tc>
        <w:tc>
          <w:tcPr>
            <w:tcW w:type="dxa" w:w="1850"/>
          </w:tcPr>
          <w:p>
            <w:pPr>
              <w:spacing w:after="0"/>
              <w:jc w:val="left"/>
            </w:pPr>
            <w:r>
              <w:rPr>
                <w:sz w:val="16"/>
              </w:rPr>
              <w:t>Countywide (zone-level records).</w:t>
            </w:r>
          </w:p>
        </w:tc>
        <w:tc>
          <w:tcPr>
            <w:tcW w:type="dxa" w:w="1962"/>
          </w:tcPr>
          <w:p>
            <w:pPr>
              <w:spacing w:after="0"/>
              <w:jc w:val="left"/>
            </w:pPr>
          </w:p>
        </w:tc>
      </w:tr>
      <w:tr>
        <w:trPr>
          <w:cantSplit/>
        </w:trPr>
        <w:tc>
          <w:tcPr>
            <w:tcW w:type="dxa" w:w="1762"/>
          </w:tcPr>
          <w:p>
            <w:pPr>
              <w:spacing w:after="0"/>
              <w:jc w:val="left"/>
            </w:pPr>
            <w:r>
              <w:rPr>
                <w:sz w:val="16"/>
              </w:rPr>
              <w:t>Thunderstorm Wind</w:t>
            </w:r>
          </w:p>
        </w:tc>
        <w:tc>
          <w:tcPr>
            <w:tcW w:type="dxa" w:w="1804"/>
          </w:tcPr>
          <w:p>
            <w:pPr>
              <w:spacing w:after="0"/>
              <w:jc w:val="left"/>
            </w:pPr>
            <w:r>
              <w:rPr>
                <w:sz w:val="16"/>
              </w:rPr>
              <w:t>wind speed (kt and mph)</w:t>
            </w:r>
          </w:p>
        </w:tc>
        <w:tc>
          <w:tcPr>
            <w:tcW w:type="dxa" w:w="1693"/>
          </w:tcPr>
          <w:p>
            <w:pPr>
              <w:spacing w:after="0"/>
              <w:jc w:val="right"/>
            </w:pPr>
            <w:r>
              <w:rPr>
                <w:sz w:val="16"/>
              </w:rPr>
              <w:t>188 records, 1955 to 2026</w:t>
            </w:r>
          </w:p>
        </w:tc>
        <w:tc>
          <w:tcPr>
            <w:tcW w:type="dxa" w:w="1855"/>
          </w:tcPr>
          <w:p>
            <w:pPr>
              <w:spacing w:after="0"/>
              <w:jc w:val="left"/>
            </w:pPr>
            <w:r>
              <w:rPr>
                <w:sz w:val="16"/>
              </w:rPr>
              <w:t>44 kt (51 mph) to 87 kt (100 mph) (median 50 kt (58 mph)); 121 with a recorded value</w:t>
            </w:r>
          </w:p>
        </w:tc>
        <w:tc>
          <w:tcPr>
            <w:tcW w:type="dxa" w:w="1534"/>
          </w:tcPr>
          <w:p>
            <w:pPr>
              <w:spacing w:after="0"/>
              <w:jc w:val="left"/>
            </w:pPr>
            <w:r>
              <w:rPr>
                <w:sz w:val="16"/>
              </w:rPr>
              <w:t>87 kt (100 mph) estimated gust, Thunderstorm Wind, 2017-07-01</w:t>
            </w:r>
          </w:p>
        </w:tc>
        <w:tc>
          <w:tcPr>
            <w:tcW w:type="dxa" w:w="1651"/>
          </w:tcPr>
          <w:p>
            <w:pPr>
              <w:spacing w:after="0"/>
              <w:jc w:val="left"/>
            </w:pPr>
            <w:r>
              <w:rPr>
                <w:sz w:val="16"/>
              </w:rPr>
              <w:t>Thunderstorm Wind, 1995-07-15, $100,000 property; crops not recorded (1995 dollars)</w:t>
            </w:r>
          </w:p>
        </w:tc>
        <w:tc>
          <w:tcPr>
            <w:tcW w:type="dxa" w:w="1850"/>
          </w:tcPr>
          <w:p>
            <w:pPr>
              <w:spacing w:after="0"/>
              <w:jc w:val="left"/>
            </w:pPr>
            <w:r>
              <w:rPr>
                <w:sz w:val="16"/>
              </w:rPr>
              <w:t>Event records naming places in the county: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Excel file).</w:t>
            </w:r>
          </w:p>
        </w:tc>
        <w:tc>
          <w:tcPr>
            <w:tcW w:type="dxa" w:w="1962"/>
          </w:tcPr>
          <w:p>
            <w:pPr>
              <w:spacing w:after="0"/>
              <w:jc w:val="left"/>
            </w:pPr>
          </w:p>
        </w:tc>
      </w:tr>
      <w:tr>
        <w:trPr>
          <w:cantSplit/>
        </w:trPr>
        <w:tc>
          <w:tcPr>
            <w:tcW w:type="dxa" w:w="1762"/>
          </w:tcPr>
          <w:p>
            <w:pPr>
              <w:spacing w:after="0"/>
              <w:jc w:val="left"/>
            </w:pPr>
            <w:r>
              <w:rPr>
                <w:sz w:val="16"/>
              </w:rPr>
              <w:t>Tornado</w:t>
            </w:r>
          </w:p>
        </w:tc>
        <w:tc>
          <w:tcPr>
            <w:tcW w:type="dxa" w:w="1804"/>
          </w:tcPr>
          <w:p>
            <w:pPr>
              <w:spacing w:after="0"/>
              <w:jc w:val="left"/>
            </w:pPr>
            <w:r>
              <w:rPr>
                <w:sz w:val="16"/>
              </w:rPr>
              <w:t>Enhanced Fujita (Fujita before Feb 2007)</w:t>
            </w:r>
          </w:p>
        </w:tc>
        <w:tc>
          <w:tcPr>
            <w:tcW w:type="dxa" w:w="1693"/>
          </w:tcPr>
          <w:p>
            <w:pPr>
              <w:spacing w:after="0"/>
              <w:jc w:val="right"/>
            </w:pPr>
            <w:r>
              <w:rPr>
                <w:sz w:val="16"/>
              </w:rPr>
              <w:t>6 records, 1955 to 2003</w:t>
            </w:r>
          </w:p>
        </w:tc>
        <w:tc>
          <w:tcPr>
            <w:tcW w:type="dxa" w:w="1855"/>
          </w:tcPr>
          <w:p>
            <w:pPr>
              <w:spacing w:after="0"/>
              <w:jc w:val="left"/>
            </w:pPr>
            <w:r>
              <w:rPr>
                <w:sz w:val="16"/>
              </w:rPr>
              <w:t>F/EF1 to F/EF2 (median between F/EF1 and F/EF2); 6 with a recorded value</w:t>
            </w:r>
          </w:p>
        </w:tc>
        <w:tc>
          <w:tcPr>
            <w:tcW w:type="dxa" w:w="1534"/>
          </w:tcPr>
          <w:p>
            <w:pPr>
              <w:spacing w:after="0"/>
              <w:jc w:val="left"/>
            </w:pPr>
            <w:r>
              <w:rPr>
                <w:sz w:val="16"/>
              </w:rPr>
              <w:t>F2 tornado, 1969-05-29, 0.5 mi path length (whole path, pre-1996), 33 yd wide, $25,000 property; crops not recorded (1969 dollars), 1 direct injury</w:t>
            </w:r>
          </w:p>
        </w:tc>
        <w:tc>
          <w:tcPr>
            <w:tcW w:type="dxa" w:w="1651"/>
          </w:tcPr>
          <w:p>
            <w:pPr>
              <w:spacing w:after="0"/>
              <w:jc w:val="left"/>
            </w:pPr>
            <w:r>
              <w:rPr>
                <w:sz w:val="16"/>
              </w:rPr>
              <w:t>Tornado, 1998-05-31, $630,000 property; crops not reported (1998 dollars)</w:t>
            </w:r>
          </w:p>
        </w:tc>
        <w:tc>
          <w:tcPr>
            <w:tcW w:type="dxa" w:w="1850"/>
          </w:tcPr>
          <w:p>
            <w:pPr>
              <w:spacing w:after="0"/>
              <w:jc w:val="left"/>
            </w:pPr>
            <w:r>
              <w:rPr>
                <w:sz w:val="16"/>
              </w:rPr>
              <w:t>Event records naming places in the county: Bennington town (2 records), North Bennington village (2 records), Pownal town (1 record), Shaftsbury town (1 record).</w:t>
            </w:r>
          </w:p>
        </w:tc>
        <w:tc>
          <w:tcPr>
            <w:tcW w:type="dxa" w:w="19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2"/>
          </w:tcPr>
          <w:p>
            <w:pPr>
              <w:spacing w:after="0"/>
              <w:jc w:val="left"/>
            </w:pPr>
            <w:r>
              <w:rPr>
                <w:sz w:val="16"/>
              </w:rPr>
              <w:t>Wildfire</w:t>
            </w:r>
          </w:p>
        </w:tc>
        <w:tc>
          <w:tcPr>
            <w:tcW w:type="dxa" w:w="1804"/>
          </w:tcPr>
          <w:p>
            <w:pPr>
              <w:spacing w:after="0"/>
              <w:jc w:val="left"/>
            </w:pPr>
            <w:r>
              <w:rPr>
                <w:sz w:val="16"/>
              </w:rPr>
              <w:t>acres burned (local data)</w:t>
            </w:r>
          </w:p>
        </w:tc>
        <w:tc>
          <w:tcPr>
            <w:tcW w:type="dxa" w:w="1693"/>
          </w:tcPr>
          <w:p>
            <w:pPr>
              <w:spacing w:after="0"/>
              <w:jc w:val="right"/>
            </w:pPr>
            <w:r>
              <w:rPr>
                <w:sz w:val="16"/>
              </w:rPr>
              <w:t>1 record, 2002 (1 zone-level)</w:t>
            </w:r>
          </w:p>
        </w:tc>
        <w:tc>
          <w:tcPr>
            <w:tcW w:type="dxa" w:w="1855"/>
          </w:tcPr>
          <w:p>
            <w:pPr>
              <w:spacing w:after="0"/>
              <w:jc w:val="left"/>
            </w:pPr>
          </w:p>
        </w:tc>
        <w:tc>
          <w:tcPr>
            <w:tcW w:type="dxa" w:w="1534"/>
          </w:tcPr>
          <w:p>
            <w:pPr>
              <w:spacing w:after="0"/>
              <w:jc w:val="left"/>
            </w:pPr>
            <w:r>
              <w:rPr>
                <w:sz w:val="16"/>
              </w:rPr>
              <w:t>No damage reported in 1 record.</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Acres burned: in event narratives only (local data needed).</w:t>
            </w:r>
          </w:p>
        </w:tc>
      </w:tr>
      <w:tr>
        <w:trPr>
          <w:cantSplit/>
        </w:trPr>
        <w:tc>
          <w:tcPr>
            <w:tcW w:type="dxa" w:w="1762"/>
          </w:tcPr>
          <w:p>
            <w:pPr>
              <w:spacing w:after="0"/>
              <w:jc w:val="left"/>
            </w:pPr>
            <w:r>
              <w:rPr>
                <w:sz w:val="16"/>
              </w:rPr>
              <w:t>Winter Storm, Heavy Snow, Blizzard, Lake-Effect Snow, Winter Weather, Sleet</w:t>
            </w:r>
          </w:p>
        </w:tc>
        <w:tc>
          <w:tcPr>
            <w:tcW w:type="dxa" w:w="1804"/>
          </w:tcPr>
          <w:p>
            <w:pPr>
              <w:spacing w:after="0"/>
              <w:jc w:val="left"/>
            </w:pPr>
            <w:r>
              <w:rPr>
                <w:sz w:val="16"/>
              </w:rPr>
              <w:t>none in data (snowfall: local data)</w:t>
            </w:r>
          </w:p>
        </w:tc>
        <w:tc>
          <w:tcPr>
            <w:tcW w:type="dxa" w:w="1693"/>
          </w:tcPr>
          <w:p>
            <w:pPr>
              <w:spacing w:after="0"/>
              <w:jc w:val="right"/>
            </w:pPr>
            <w:r>
              <w:rPr>
                <w:sz w:val="16"/>
              </w:rPr>
              <w:t>247 records, 1996 to 2026 (247 zone-level)</w:t>
            </w:r>
          </w:p>
        </w:tc>
        <w:tc>
          <w:tcPr>
            <w:tcW w:type="dxa" w:w="1855"/>
          </w:tcPr>
          <w:p>
            <w:pPr>
              <w:spacing w:after="0"/>
              <w:jc w:val="left"/>
            </w:pPr>
          </w:p>
        </w:tc>
        <w:tc>
          <w:tcPr>
            <w:tcW w:type="dxa" w:w="1534"/>
          </w:tcPr>
          <w:p>
            <w:pPr>
              <w:spacing w:after="0"/>
              <w:jc w:val="left"/>
            </w:pPr>
            <w:r>
              <w:rPr>
                <w:sz w:val="16"/>
              </w:rPr>
              <w:t>Winter Storm, 1997-03-31, $750,000 property; crops not reported (1997 dollars); NWS zone VTZ013</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Bennington County, county-level (county FIPS 50003); scope: declarations, statewide block and Storm Events history.</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4"/>
        <w:gridCol w:w="2316"/>
        <w:gridCol w:w="2167"/>
        <w:gridCol w:w="2574"/>
        <w:gridCol w:w="171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4"/>
            <w:shd w:val="clear" w:color="auto" w:fill="E8E8E8"/>
          </w:tcPr>
          <w:p>
            <w:pPr>
              <w:spacing w:after="0"/>
              <w:jc w:val="left"/>
            </w:pPr>
            <w:r>
              <w:rPr>
                <w:b/>
                <w:sz w:val="16"/>
              </w:rPr>
              <w:t>Type</w:t>
            </w:r>
          </w:p>
        </w:tc>
        <w:tc>
          <w:tcPr>
            <w:tcW w:type="dxa" w:w="2316"/>
            <w:shd w:val="clear" w:color="auto" w:fill="E8E8E8"/>
          </w:tcPr>
          <w:p>
            <w:pPr>
              <w:spacing w:after="0"/>
              <w:jc w:val="left"/>
            </w:pPr>
            <w:r>
              <w:rPr>
                <w:b/>
                <w:sz w:val="16"/>
              </w:rPr>
              <w:t>Title</w:t>
            </w:r>
          </w:p>
        </w:tc>
        <w:tc>
          <w:tcPr>
            <w:tcW w:type="dxa" w:w="2167"/>
            <w:shd w:val="clear" w:color="auto" w:fill="E8E8E8"/>
          </w:tcPr>
          <w:p>
            <w:pPr>
              <w:spacing w:after="0"/>
              <w:jc w:val="left"/>
            </w:pPr>
            <w:r>
              <w:rPr>
                <w:b/>
                <w:sz w:val="16"/>
              </w:rPr>
              <w:t>Mapped hazard</w:t>
            </w:r>
          </w:p>
        </w:tc>
        <w:tc>
          <w:tcPr>
            <w:tcW w:type="dxa" w:w="25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44"/>
          </w:tcPr>
          <w:p>
            <w:pPr>
              <w:spacing w:after="0"/>
              <w:jc w:val="left"/>
            </w:pPr>
            <w:r>
              <w:rPr>
                <w:sz w:val="16"/>
              </w:rPr>
              <w:t>Emergency</w:t>
            </w:r>
          </w:p>
        </w:tc>
        <w:tc>
          <w:tcPr>
            <w:tcW w:type="dxa" w:w="2316"/>
          </w:tcPr>
          <w:p>
            <w:pPr>
              <w:spacing w:after="0"/>
              <w:jc w:val="left"/>
            </w:pPr>
            <w:r>
              <w:rPr>
                <w:sz w:val="16"/>
              </w:rPr>
              <w:t>Tropical Depression Debby</w:t>
            </w:r>
          </w:p>
        </w:tc>
        <w:tc>
          <w:tcPr>
            <w:tcW w:type="dxa" w:w="2167"/>
          </w:tcPr>
          <w:p>
            <w:pPr>
              <w:spacing w:after="0"/>
              <w:jc w:val="left"/>
            </w:pPr>
            <w:r>
              <w:rPr>
                <w:sz w:val="16"/>
              </w:rPr>
              <w:t>Hurricane</w:t>
            </w:r>
          </w:p>
        </w:tc>
        <w:tc>
          <w:tcPr>
            <w:tcW w:type="dxa" w:w="2574"/>
          </w:tcPr>
          <w:p>
            <w:pPr>
              <w:spacing w:after="0"/>
              <w:jc w:val="right"/>
            </w:pPr>
            <w:r>
              <w:rPr>
                <w:sz w:val="16"/>
              </w:rPr>
              <w:t>no Public Assistance recorded</w:t>
            </w:r>
          </w:p>
        </w:tc>
        <w:tc>
          <w:tcPr>
            <w:tcW w:type="dxa" w:w="171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44"/>
          </w:tcPr>
          <w:p>
            <w:pPr>
              <w:spacing w:after="0"/>
              <w:jc w:val="left"/>
            </w:pPr>
            <w:r>
              <w:rPr>
                <w:sz w:val="16"/>
              </w:rPr>
              <w:t>Major disaster</w:t>
            </w:r>
          </w:p>
        </w:tc>
        <w:tc>
          <w:tcPr>
            <w:tcW w:type="dxa" w:w="2316"/>
          </w:tcPr>
          <w:p>
            <w:pPr>
              <w:spacing w:after="0"/>
              <w:jc w:val="left"/>
            </w:pPr>
            <w:r>
              <w:rPr>
                <w:sz w:val="16"/>
              </w:rPr>
              <w:t>Severe Storms, Flooding, Landslides, and Mudslides</w:t>
            </w:r>
          </w:p>
        </w:tc>
        <w:tc>
          <w:tcPr>
            <w:tcW w:type="dxa" w:w="2167"/>
          </w:tcPr>
          <w:p>
            <w:pPr>
              <w:spacing w:after="0"/>
              <w:jc w:val="left"/>
            </w:pPr>
            <w:r>
              <w:rPr>
                <w:sz w:val="16"/>
              </w:rPr>
              <w:t>Inland Flooding (primary); also designated: Landslide</w:t>
            </w:r>
          </w:p>
        </w:tc>
        <w:tc>
          <w:tcPr>
            <w:tcW w:type="dxa" w:w="2574"/>
          </w:tcPr>
          <w:p>
            <w:pPr>
              <w:spacing w:after="0"/>
              <w:jc w:val="right"/>
            </w:pPr>
            <w:r>
              <w:rPr>
                <w:sz w:val="16"/>
              </w:rPr>
              <w:t>$660,796.58</w:t>
            </w:r>
          </w:p>
        </w:tc>
        <w:tc>
          <w:tcPr>
            <w:tcW w:type="dxa" w:w="171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44"/>
          </w:tcPr>
          <w:p>
            <w:pPr>
              <w:spacing w:after="0"/>
              <w:jc w:val="left"/>
            </w:pPr>
            <w:r>
              <w:rPr>
                <w:sz w:val="16"/>
              </w:rPr>
              <w:t>Emergency</w:t>
            </w:r>
          </w:p>
        </w:tc>
        <w:tc>
          <w:tcPr>
            <w:tcW w:type="dxa" w:w="2316"/>
          </w:tcPr>
          <w:p>
            <w:pPr>
              <w:spacing w:after="0"/>
              <w:jc w:val="left"/>
            </w:pPr>
            <w:r>
              <w:rPr>
                <w:sz w:val="16"/>
              </w:rPr>
              <w:t>Flooding</w:t>
            </w:r>
          </w:p>
        </w:tc>
        <w:tc>
          <w:tcPr>
            <w:tcW w:type="dxa" w:w="2167"/>
          </w:tcPr>
          <w:p>
            <w:pPr>
              <w:spacing w:after="0"/>
              <w:jc w:val="left"/>
            </w:pPr>
            <w:r>
              <w:rPr>
                <w:sz w:val="16"/>
              </w:rPr>
              <w:t>Inland Flooding</w:t>
            </w:r>
          </w:p>
        </w:tc>
        <w:tc>
          <w:tcPr>
            <w:tcW w:type="dxa" w:w="2574"/>
          </w:tcPr>
          <w:p>
            <w:pPr>
              <w:spacing w:after="0"/>
              <w:jc w:val="right"/>
            </w:pPr>
            <w:r>
              <w:rPr>
                <w:sz w:val="16"/>
              </w:rPr>
              <w:t>no Public Assistance recorded</w:t>
            </w:r>
          </w:p>
        </w:tc>
        <w:tc>
          <w:tcPr>
            <w:tcW w:type="dxa" w:w="1711"/>
          </w:tcPr>
          <w:p>
            <w:pPr>
              <w:spacing w:after="0"/>
              <w:jc w:val="left"/>
            </w:pPr>
            <w:r>
              <w:rPr>
                <w:sz w:val="16"/>
              </w:rPr>
              <w:t>new since last plan; within last 5 years</w:t>
            </w:r>
          </w:p>
        </w:tc>
        <w:tc>
          <w:tcPr>
            <w:tcW w:type="dxa" w:w="890"/>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44"/>
          </w:tcPr>
          <w:p>
            <w:pPr>
              <w:spacing w:after="0"/>
              <w:jc w:val="left"/>
            </w:pPr>
            <w:r>
              <w:rPr>
                <w:sz w:val="16"/>
              </w:rPr>
              <w:t>Major disaster</w:t>
            </w:r>
          </w:p>
        </w:tc>
        <w:tc>
          <w:tcPr>
            <w:tcW w:type="dxa" w:w="2316"/>
          </w:tcPr>
          <w:p>
            <w:pPr>
              <w:spacing w:after="0"/>
              <w:jc w:val="left"/>
            </w:pPr>
            <w:r>
              <w:rPr>
                <w:sz w:val="16"/>
              </w:rPr>
              <w:t>Severe Storm and Flooding</w:t>
            </w:r>
          </w:p>
        </w:tc>
        <w:tc>
          <w:tcPr>
            <w:tcW w:type="dxa" w:w="2167"/>
          </w:tcPr>
          <w:p>
            <w:pPr>
              <w:spacing w:after="0"/>
              <w:jc w:val="left"/>
            </w:pPr>
            <w:r>
              <w:rPr>
                <w:sz w:val="16"/>
              </w:rPr>
              <w:t>Inland Flooding</w:t>
            </w:r>
          </w:p>
        </w:tc>
        <w:tc>
          <w:tcPr>
            <w:tcW w:type="dxa" w:w="2574"/>
          </w:tcPr>
          <w:p>
            <w:pPr>
              <w:spacing w:after="0"/>
              <w:jc w:val="right"/>
            </w:pPr>
            <w:r>
              <w:rPr>
                <w:sz w:val="16"/>
              </w:rPr>
              <w:t>$1,397,161.44</w:t>
            </w:r>
          </w:p>
        </w:tc>
        <w:tc>
          <w:tcPr>
            <w:tcW w:type="dxa" w:w="171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44"/>
          </w:tcPr>
          <w:p>
            <w:pPr>
              <w:spacing w:after="0"/>
              <w:jc w:val="left"/>
            </w:pPr>
            <w:r>
              <w:rPr>
                <w:sz w:val="16"/>
              </w:rPr>
              <w:t>Emergency</w:t>
            </w:r>
          </w:p>
        </w:tc>
        <w:tc>
          <w:tcPr>
            <w:tcW w:type="dxa" w:w="2316"/>
          </w:tcPr>
          <w:p>
            <w:pPr>
              <w:spacing w:after="0"/>
              <w:jc w:val="left"/>
            </w:pPr>
            <w:r>
              <w:rPr>
                <w:sz w:val="16"/>
              </w:rPr>
              <w:t>Tropical Storm Henri</w:t>
            </w:r>
          </w:p>
        </w:tc>
        <w:tc>
          <w:tcPr>
            <w:tcW w:type="dxa" w:w="2167"/>
          </w:tcPr>
          <w:p>
            <w:pPr>
              <w:spacing w:after="0"/>
              <w:jc w:val="left"/>
            </w:pPr>
            <w:r>
              <w:rPr>
                <w:sz w:val="16"/>
              </w:rPr>
              <w:t>Hurricane</w:t>
            </w:r>
          </w:p>
        </w:tc>
        <w:tc>
          <w:tcPr>
            <w:tcW w:type="dxa" w:w="2574"/>
          </w:tcPr>
          <w:p>
            <w:pPr>
              <w:spacing w:after="0"/>
              <w:jc w:val="right"/>
            </w:pPr>
            <w:r>
              <w:rPr>
                <w:sz w:val="16"/>
              </w:rPr>
              <w:t>no Public Assistance recorded</w:t>
            </w:r>
          </w:p>
        </w:tc>
        <w:tc>
          <w:tcPr>
            <w:tcW w:type="dxa" w:w="171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44"/>
          </w:tcPr>
          <w:p>
            <w:pPr>
              <w:spacing w:after="0"/>
              <w:jc w:val="left"/>
            </w:pPr>
            <w:r>
              <w:rPr>
                <w:sz w:val="16"/>
              </w:rPr>
              <w:t>Major disaster</w:t>
            </w:r>
          </w:p>
        </w:tc>
        <w:tc>
          <w:tcPr>
            <w:tcW w:type="dxa" w:w="2316"/>
          </w:tcPr>
          <w:p>
            <w:pPr>
              <w:spacing w:after="0"/>
              <w:jc w:val="left"/>
            </w:pPr>
            <w:r>
              <w:rPr>
                <w:sz w:val="16"/>
              </w:rPr>
              <w:t>COVID-19 Pandemic</w:t>
            </w:r>
          </w:p>
        </w:tc>
        <w:tc>
          <w:tcPr>
            <w:tcW w:type="dxa" w:w="2167"/>
          </w:tcPr>
          <w:p>
            <w:pPr>
              <w:spacing w:after="0"/>
              <w:jc w:val="left"/>
            </w:pPr>
            <w:r>
              <w:rPr>
                <w:sz w:val="16"/>
              </w:rPr>
              <w:t>Non-natural, not counted</w:t>
            </w:r>
          </w:p>
        </w:tc>
        <w:tc>
          <w:tcPr>
            <w:tcW w:type="dxa" w:w="2574"/>
          </w:tcPr>
          <w:p>
            <w:pPr>
              <w:spacing w:after="0"/>
              <w:jc w:val="right"/>
            </w:pPr>
            <w:r>
              <w:rPr>
                <w:sz w:val="16"/>
              </w:rPr>
              <w:t>$990,011.49</w:t>
            </w:r>
          </w:p>
        </w:tc>
        <w:tc>
          <w:tcPr>
            <w:tcW w:type="dxa" w:w="171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44"/>
          </w:tcPr>
          <w:p>
            <w:pPr>
              <w:spacing w:after="0"/>
              <w:jc w:val="left"/>
            </w:pPr>
            <w:r>
              <w:rPr>
                <w:sz w:val="16"/>
              </w:rPr>
              <w:t>Emergency</w:t>
            </w:r>
          </w:p>
        </w:tc>
        <w:tc>
          <w:tcPr>
            <w:tcW w:type="dxa" w:w="2316"/>
          </w:tcPr>
          <w:p>
            <w:pPr>
              <w:spacing w:after="0"/>
              <w:jc w:val="left"/>
            </w:pPr>
            <w:r>
              <w:rPr>
                <w:sz w:val="16"/>
              </w:rPr>
              <w:t>COVID-19</w:t>
            </w:r>
          </w:p>
        </w:tc>
        <w:tc>
          <w:tcPr>
            <w:tcW w:type="dxa" w:w="2167"/>
          </w:tcPr>
          <w:p>
            <w:pPr>
              <w:spacing w:after="0"/>
              <w:jc w:val="left"/>
            </w:pPr>
            <w:r>
              <w:rPr>
                <w:sz w:val="16"/>
              </w:rPr>
              <w:t>Non-natural, not counted</w:t>
            </w:r>
          </w:p>
        </w:tc>
        <w:tc>
          <w:tcPr>
            <w:tcW w:type="dxa" w:w="2574"/>
          </w:tcPr>
          <w:p>
            <w:pPr>
              <w:spacing w:after="0"/>
              <w:jc w:val="right"/>
            </w:pPr>
            <w:r>
              <w:rPr>
                <w:sz w:val="16"/>
              </w:rPr>
              <w:t>no Public Assistance recorded</w:t>
            </w:r>
          </w:p>
        </w:tc>
        <w:tc>
          <w:tcPr>
            <w:tcW w:type="dxa" w:w="1711"/>
          </w:tcPr>
          <w:p>
            <w:pPr>
              <w:spacing w:after="0"/>
              <w:jc w:val="left"/>
            </w:pPr>
            <w:r>
              <w:rPr>
                <w:sz w:val="16"/>
              </w:rPr>
              <w:t>new since last plan</w:t>
            </w:r>
          </w:p>
        </w:tc>
        <w:tc>
          <w:tcPr>
            <w:tcW w:type="dxa" w:w="890"/>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44"/>
          </w:tcPr>
          <w:p>
            <w:pPr>
              <w:spacing w:after="0"/>
              <w:jc w:val="left"/>
            </w:pPr>
            <w:r>
              <w:rPr>
                <w:sz w:val="16"/>
              </w:rPr>
              <w:t>Major disaster</w:t>
            </w:r>
          </w:p>
        </w:tc>
        <w:tc>
          <w:tcPr>
            <w:tcW w:type="dxa" w:w="2316"/>
          </w:tcPr>
          <w:p>
            <w:pPr>
              <w:spacing w:after="0"/>
              <w:jc w:val="left"/>
            </w:pPr>
            <w:r>
              <w:rPr>
                <w:sz w:val="16"/>
              </w:rPr>
              <w:t>Severe Storms and Flooding</w:t>
            </w:r>
          </w:p>
        </w:tc>
        <w:tc>
          <w:tcPr>
            <w:tcW w:type="dxa" w:w="2167"/>
          </w:tcPr>
          <w:p>
            <w:pPr>
              <w:spacing w:after="0"/>
              <w:jc w:val="left"/>
            </w:pPr>
            <w:r>
              <w:rPr>
                <w:sz w:val="16"/>
              </w:rPr>
              <w:t>Inland Flooding</w:t>
            </w:r>
          </w:p>
        </w:tc>
        <w:tc>
          <w:tcPr>
            <w:tcW w:type="dxa" w:w="2574"/>
          </w:tcPr>
          <w:p>
            <w:pPr>
              <w:spacing w:after="0"/>
              <w:jc w:val="right"/>
            </w:pPr>
            <w:r>
              <w:rPr>
                <w:sz w:val="16"/>
              </w:rPr>
              <w:t>$130,265.82</w:t>
            </w:r>
          </w:p>
        </w:tc>
        <w:tc>
          <w:tcPr>
            <w:tcW w:type="dxa" w:w="171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44"/>
          </w:tcPr>
          <w:p>
            <w:pPr>
              <w:spacing w:after="0"/>
              <w:jc w:val="left"/>
            </w:pPr>
            <w:r>
              <w:rPr>
                <w:sz w:val="16"/>
              </w:rPr>
              <w:t>Major disaster</w:t>
            </w:r>
          </w:p>
        </w:tc>
        <w:tc>
          <w:tcPr>
            <w:tcW w:type="dxa" w:w="2316"/>
          </w:tcPr>
          <w:p>
            <w:pPr>
              <w:spacing w:after="0"/>
              <w:jc w:val="left"/>
            </w:pPr>
            <w:r>
              <w:rPr>
                <w:sz w:val="16"/>
              </w:rPr>
              <w:t>Severe Storms and Flooding</w:t>
            </w:r>
          </w:p>
        </w:tc>
        <w:tc>
          <w:tcPr>
            <w:tcW w:type="dxa" w:w="2167"/>
          </w:tcPr>
          <w:p>
            <w:pPr>
              <w:spacing w:after="0"/>
              <w:jc w:val="left"/>
            </w:pPr>
            <w:r>
              <w:rPr>
                <w:sz w:val="16"/>
              </w:rPr>
              <w:t>Inland Flooding</w:t>
            </w:r>
          </w:p>
        </w:tc>
        <w:tc>
          <w:tcPr>
            <w:tcW w:type="dxa" w:w="2574"/>
          </w:tcPr>
          <w:p>
            <w:pPr>
              <w:spacing w:after="0"/>
              <w:jc w:val="right"/>
            </w:pPr>
            <w:r>
              <w:rPr>
                <w:sz w:val="16"/>
              </w:rPr>
              <w:t>$70,865.22</w:t>
            </w:r>
          </w:p>
        </w:tc>
        <w:tc>
          <w:tcPr>
            <w:tcW w:type="dxa" w:w="171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44"/>
          </w:tcPr>
          <w:p>
            <w:pPr>
              <w:spacing w:after="0"/>
              <w:jc w:val="left"/>
            </w:pPr>
            <w:r>
              <w:rPr>
                <w:sz w:val="16"/>
              </w:rPr>
              <w:t>Major disaster</w:t>
            </w:r>
          </w:p>
        </w:tc>
        <w:tc>
          <w:tcPr>
            <w:tcW w:type="dxa" w:w="2316"/>
          </w:tcPr>
          <w:p>
            <w:pPr>
              <w:spacing w:after="0"/>
              <w:jc w:val="left"/>
            </w:pPr>
            <w:r>
              <w:rPr>
                <w:sz w:val="16"/>
              </w:rPr>
              <w:t>Tropical Storm Irene</w:t>
            </w:r>
          </w:p>
        </w:tc>
        <w:tc>
          <w:tcPr>
            <w:tcW w:type="dxa" w:w="2167"/>
          </w:tcPr>
          <w:p>
            <w:pPr>
              <w:spacing w:after="0"/>
              <w:jc w:val="left"/>
            </w:pPr>
            <w:r>
              <w:rPr>
                <w:sz w:val="16"/>
              </w:rPr>
              <w:t>Hurricane</w:t>
            </w:r>
          </w:p>
        </w:tc>
        <w:tc>
          <w:tcPr>
            <w:tcW w:type="dxa" w:w="2574"/>
          </w:tcPr>
          <w:p>
            <w:pPr>
              <w:spacing w:after="0"/>
              <w:jc w:val="right"/>
            </w:pPr>
            <w:r>
              <w:rPr>
                <w:sz w:val="16"/>
              </w:rPr>
              <w:t>$6,103,777.98</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44"/>
          </w:tcPr>
          <w:p>
            <w:pPr>
              <w:spacing w:after="0"/>
              <w:jc w:val="left"/>
            </w:pPr>
            <w:r>
              <w:rPr>
                <w:sz w:val="16"/>
              </w:rPr>
              <w:t>Emergency</w:t>
            </w:r>
          </w:p>
        </w:tc>
        <w:tc>
          <w:tcPr>
            <w:tcW w:type="dxa" w:w="2316"/>
          </w:tcPr>
          <w:p>
            <w:pPr>
              <w:spacing w:after="0"/>
              <w:jc w:val="left"/>
            </w:pPr>
            <w:r>
              <w:rPr>
                <w:sz w:val="16"/>
              </w:rPr>
              <w:t>Hurricane Irene</w:t>
            </w:r>
          </w:p>
        </w:tc>
        <w:tc>
          <w:tcPr>
            <w:tcW w:type="dxa" w:w="2167"/>
          </w:tcPr>
          <w:p>
            <w:pPr>
              <w:spacing w:after="0"/>
              <w:jc w:val="left"/>
            </w:pPr>
            <w:r>
              <w:rPr>
                <w:sz w:val="16"/>
              </w:rPr>
              <w:t>Hurricane</w:t>
            </w:r>
          </w:p>
        </w:tc>
        <w:tc>
          <w:tcPr>
            <w:tcW w:type="dxa" w:w="2574"/>
          </w:tcPr>
          <w:p>
            <w:pPr>
              <w:spacing w:after="0"/>
              <w:jc w:val="right"/>
            </w:pPr>
            <w:r>
              <w:rPr>
                <w:sz w:val="16"/>
              </w:rPr>
              <w:t>no Public Assistance recorded</w:t>
            </w:r>
          </w:p>
        </w:tc>
        <w:tc>
          <w:tcPr>
            <w:tcW w:type="dxa" w:w="1711"/>
          </w:tcPr>
          <w:p>
            <w:pPr>
              <w:spacing w:after="0"/>
              <w:jc w:val="left"/>
            </w:pPr>
          </w:p>
        </w:tc>
        <w:tc>
          <w:tcPr>
            <w:tcW w:type="dxa" w:w="890"/>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44"/>
          </w:tcPr>
          <w:p>
            <w:pPr>
              <w:spacing w:after="0"/>
              <w:jc w:val="left"/>
            </w:pPr>
            <w:r>
              <w:rPr>
                <w:sz w:val="16"/>
              </w:rPr>
              <w:t>Major disaster</w:t>
            </w:r>
          </w:p>
        </w:tc>
        <w:tc>
          <w:tcPr>
            <w:tcW w:type="dxa" w:w="2316"/>
          </w:tcPr>
          <w:p>
            <w:pPr>
              <w:spacing w:after="0"/>
              <w:jc w:val="left"/>
            </w:pPr>
            <w:r>
              <w:rPr>
                <w:sz w:val="16"/>
              </w:rPr>
              <w:t>Severe Winter Storm</w:t>
            </w:r>
          </w:p>
        </w:tc>
        <w:tc>
          <w:tcPr>
            <w:tcW w:type="dxa" w:w="2167"/>
          </w:tcPr>
          <w:p>
            <w:pPr>
              <w:spacing w:after="0"/>
              <w:jc w:val="left"/>
            </w:pPr>
            <w:r>
              <w:rPr>
                <w:sz w:val="16"/>
              </w:rPr>
              <w:t>Ice Storm</w:t>
            </w:r>
          </w:p>
        </w:tc>
        <w:tc>
          <w:tcPr>
            <w:tcW w:type="dxa" w:w="2574"/>
          </w:tcPr>
          <w:p>
            <w:pPr>
              <w:spacing w:after="0"/>
              <w:jc w:val="right"/>
            </w:pPr>
            <w:r>
              <w:rPr>
                <w:sz w:val="16"/>
              </w:rPr>
              <w:t>$18,328.74</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44"/>
          </w:tcPr>
          <w:p>
            <w:pPr>
              <w:spacing w:after="0"/>
              <w:jc w:val="left"/>
            </w:pPr>
            <w:r>
              <w:rPr>
                <w:sz w:val="16"/>
              </w:rPr>
              <w:t>Major disaster</w:t>
            </w:r>
          </w:p>
        </w:tc>
        <w:tc>
          <w:tcPr>
            <w:tcW w:type="dxa" w:w="2316"/>
          </w:tcPr>
          <w:p>
            <w:pPr>
              <w:spacing w:after="0"/>
              <w:jc w:val="left"/>
            </w:pPr>
            <w:r>
              <w:rPr>
                <w:sz w:val="16"/>
              </w:rPr>
              <w:t>Severe Storms and Flooding</w:t>
            </w:r>
          </w:p>
        </w:tc>
        <w:tc>
          <w:tcPr>
            <w:tcW w:type="dxa" w:w="2167"/>
          </w:tcPr>
          <w:p>
            <w:pPr>
              <w:spacing w:after="0"/>
              <w:jc w:val="left"/>
            </w:pPr>
            <w:r>
              <w:rPr>
                <w:sz w:val="16"/>
              </w:rPr>
              <w:t>Inland Flooding</w:t>
            </w:r>
          </w:p>
        </w:tc>
        <w:tc>
          <w:tcPr>
            <w:tcW w:type="dxa" w:w="2574"/>
          </w:tcPr>
          <w:p>
            <w:pPr>
              <w:spacing w:after="0"/>
              <w:jc w:val="right"/>
            </w:pPr>
            <w:r>
              <w:rPr>
                <w:sz w:val="16"/>
              </w:rPr>
              <w:t>$170,787.04</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44"/>
          </w:tcPr>
          <w:p>
            <w:pPr>
              <w:spacing w:after="0"/>
              <w:jc w:val="left"/>
            </w:pPr>
            <w:r>
              <w:rPr>
                <w:sz w:val="16"/>
              </w:rPr>
              <w:t>Major disaster</w:t>
            </w:r>
          </w:p>
        </w:tc>
        <w:tc>
          <w:tcPr>
            <w:tcW w:type="dxa" w:w="2316"/>
          </w:tcPr>
          <w:p>
            <w:pPr>
              <w:spacing w:after="0"/>
              <w:jc w:val="left"/>
            </w:pPr>
            <w:r>
              <w:rPr>
                <w:sz w:val="16"/>
              </w:rPr>
              <w:t>Severe Storms and Flooding</w:t>
            </w:r>
          </w:p>
        </w:tc>
        <w:tc>
          <w:tcPr>
            <w:tcW w:type="dxa" w:w="2167"/>
          </w:tcPr>
          <w:p>
            <w:pPr>
              <w:spacing w:after="0"/>
              <w:jc w:val="left"/>
            </w:pPr>
            <w:r>
              <w:rPr>
                <w:sz w:val="16"/>
              </w:rPr>
              <w:t>Inland Flooding</w:t>
            </w:r>
          </w:p>
        </w:tc>
        <w:tc>
          <w:tcPr>
            <w:tcW w:type="dxa" w:w="2574"/>
          </w:tcPr>
          <w:p>
            <w:pPr>
              <w:spacing w:after="0"/>
              <w:jc w:val="right"/>
            </w:pPr>
            <w:r>
              <w:rPr>
                <w:sz w:val="16"/>
              </w:rPr>
              <w:t>$83,192.91</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44"/>
          </w:tcPr>
          <w:p>
            <w:pPr>
              <w:spacing w:after="0"/>
              <w:jc w:val="left"/>
            </w:pPr>
            <w:r>
              <w:rPr>
                <w:sz w:val="16"/>
              </w:rPr>
              <w:t>Emergency</w:t>
            </w:r>
          </w:p>
        </w:tc>
        <w:tc>
          <w:tcPr>
            <w:tcW w:type="dxa" w:w="2316"/>
          </w:tcPr>
          <w:p>
            <w:pPr>
              <w:spacing w:after="0"/>
              <w:jc w:val="left"/>
            </w:pPr>
            <w:r>
              <w:rPr>
                <w:sz w:val="16"/>
              </w:rPr>
              <w:t>Snow</w:t>
            </w:r>
          </w:p>
        </w:tc>
        <w:tc>
          <w:tcPr>
            <w:tcW w:type="dxa" w:w="2167"/>
          </w:tcPr>
          <w:p>
            <w:pPr>
              <w:spacing w:after="0"/>
              <w:jc w:val="left"/>
            </w:pPr>
            <w:r>
              <w:rPr>
                <w:sz w:val="16"/>
              </w:rPr>
              <w:t>Winter Weather</w:t>
            </w:r>
          </w:p>
        </w:tc>
        <w:tc>
          <w:tcPr>
            <w:tcW w:type="dxa" w:w="2574"/>
          </w:tcPr>
          <w:p>
            <w:pPr>
              <w:spacing w:after="0"/>
              <w:jc w:val="right"/>
            </w:pPr>
            <w:r>
              <w:rPr>
                <w:sz w:val="16"/>
              </w:rPr>
              <w:t>$77,457.97</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44"/>
          </w:tcPr>
          <w:p>
            <w:pPr>
              <w:spacing w:after="0"/>
              <w:jc w:val="left"/>
            </w:pPr>
            <w:r>
              <w:rPr>
                <w:sz w:val="16"/>
              </w:rPr>
              <w:t>Major disaster</w:t>
            </w:r>
          </w:p>
        </w:tc>
        <w:tc>
          <w:tcPr>
            <w:tcW w:type="dxa" w:w="2316"/>
          </w:tcPr>
          <w:p>
            <w:pPr>
              <w:spacing w:after="0"/>
              <w:jc w:val="left"/>
            </w:pPr>
            <w:r>
              <w:rPr>
                <w:sz w:val="16"/>
              </w:rPr>
              <w:t>Severe Storms and Flooding</w:t>
            </w:r>
          </w:p>
        </w:tc>
        <w:tc>
          <w:tcPr>
            <w:tcW w:type="dxa" w:w="2167"/>
          </w:tcPr>
          <w:p>
            <w:pPr>
              <w:spacing w:after="0"/>
              <w:jc w:val="left"/>
            </w:pPr>
            <w:r>
              <w:rPr>
                <w:sz w:val="16"/>
              </w:rPr>
              <w:t>Inland Flooding</w:t>
            </w:r>
          </w:p>
        </w:tc>
        <w:tc>
          <w:tcPr>
            <w:tcW w:type="dxa" w:w="2574"/>
          </w:tcPr>
          <w:p>
            <w:pPr>
              <w:spacing w:after="0"/>
              <w:jc w:val="right"/>
            </w:pPr>
            <w:r>
              <w:rPr>
                <w:sz w:val="16"/>
              </w:rPr>
              <w:t>$224,987.54</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44"/>
          </w:tcPr>
          <w:p>
            <w:pPr>
              <w:spacing w:after="0"/>
              <w:jc w:val="left"/>
            </w:pPr>
            <w:r>
              <w:rPr>
                <w:sz w:val="16"/>
              </w:rPr>
              <w:t>Major disaster</w:t>
            </w:r>
          </w:p>
        </w:tc>
        <w:tc>
          <w:tcPr>
            <w:tcW w:type="dxa" w:w="2316"/>
          </w:tcPr>
          <w:p>
            <w:pPr>
              <w:spacing w:after="0"/>
              <w:jc w:val="left"/>
            </w:pPr>
            <w:r>
              <w:rPr>
                <w:sz w:val="16"/>
              </w:rPr>
              <w:t>Severe Storms and Flooding</w:t>
            </w:r>
          </w:p>
        </w:tc>
        <w:tc>
          <w:tcPr>
            <w:tcW w:type="dxa" w:w="2167"/>
          </w:tcPr>
          <w:p>
            <w:pPr>
              <w:spacing w:after="0"/>
              <w:jc w:val="left"/>
            </w:pPr>
            <w:r>
              <w:rPr>
                <w:sz w:val="16"/>
              </w:rPr>
              <w:t>Inland Flooding</w:t>
            </w:r>
          </w:p>
        </w:tc>
        <w:tc>
          <w:tcPr>
            <w:tcW w:type="dxa" w:w="2574"/>
          </w:tcPr>
          <w:p>
            <w:pPr>
              <w:spacing w:after="0"/>
              <w:jc w:val="right"/>
            </w:pPr>
            <w:r>
              <w:rPr>
                <w:sz w:val="16"/>
              </w:rPr>
              <w:t>$113,222.81</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44"/>
          </w:tcPr>
          <w:p>
            <w:pPr>
              <w:spacing w:after="0"/>
              <w:jc w:val="left"/>
            </w:pPr>
            <w:r>
              <w:rPr>
                <w:sz w:val="16"/>
              </w:rPr>
              <w:t>Major disaster</w:t>
            </w:r>
          </w:p>
        </w:tc>
        <w:tc>
          <w:tcPr>
            <w:tcW w:type="dxa" w:w="2316"/>
          </w:tcPr>
          <w:p>
            <w:pPr>
              <w:spacing w:after="0"/>
              <w:jc w:val="left"/>
            </w:pPr>
            <w:r>
              <w:rPr>
                <w:sz w:val="16"/>
              </w:rPr>
              <w:t>Tropical Storm Floyd</w:t>
            </w:r>
          </w:p>
        </w:tc>
        <w:tc>
          <w:tcPr>
            <w:tcW w:type="dxa" w:w="2167"/>
          </w:tcPr>
          <w:p>
            <w:pPr>
              <w:spacing w:after="0"/>
              <w:jc w:val="left"/>
            </w:pPr>
            <w:r>
              <w:rPr>
                <w:sz w:val="16"/>
              </w:rPr>
              <w:t>Hurricane; Inland Flooding</w:t>
            </w:r>
          </w:p>
        </w:tc>
        <w:tc>
          <w:tcPr>
            <w:tcW w:type="dxa" w:w="2574"/>
          </w:tcPr>
          <w:p>
            <w:pPr>
              <w:spacing w:after="0"/>
              <w:jc w:val="right"/>
            </w:pPr>
            <w:r>
              <w:rPr>
                <w:sz w:val="16"/>
              </w:rPr>
              <w:t>no Public Assistance recorded</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44"/>
          </w:tcPr>
          <w:p>
            <w:pPr>
              <w:spacing w:after="0"/>
              <w:jc w:val="left"/>
            </w:pPr>
            <w:r>
              <w:rPr>
                <w:sz w:val="16"/>
              </w:rPr>
              <w:t>Major disaster</w:t>
            </w:r>
          </w:p>
        </w:tc>
        <w:tc>
          <w:tcPr>
            <w:tcW w:type="dxa" w:w="2316"/>
          </w:tcPr>
          <w:p>
            <w:pPr>
              <w:spacing w:after="0"/>
              <w:jc w:val="left"/>
            </w:pPr>
            <w:r>
              <w:rPr>
                <w:sz w:val="16"/>
              </w:rPr>
              <w:t>Ice Jams and Flooding</w:t>
            </w:r>
          </w:p>
        </w:tc>
        <w:tc>
          <w:tcPr>
            <w:tcW w:type="dxa" w:w="2167"/>
          </w:tcPr>
          <w:p>
            <w:pPr>
              <w:spacing w:after="0"/>
              <w:jc w:val="left"/>
            </w:pPr>
            <w:r>
              <w:rPr>
                <w:sz w:val="16"/>
              </w:rPr>
              <w:t>Inland Flooding (primary); also designated: Winter Weather</w:t>
            </w:r>
          </w:p>
        </w:tc>
        <w:tc>
          <w:tcPr>
            <w:tcW w:type="dxa" w:w="2574"/>
          </w:tcPr>
          <w:p>
            <w:pPr>
              <w:spacing w:after="0"/>
              <w:jc w:val="right"/>
            </w:pPr>
            <w:r>
              <w:rPr>
                <w:sz w:val="16"/>
              </w:rPr>
              <w:t>no Public Assistance recorded</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44"/>
          </w:tcPr>
          <w:p>
            <w:pPr>
              <w:spacing w:after="0"/>
              <w:jc w:val="left"/>
            </w:pPr>
            <w:r>
              <w:rPr>
                <w:sz w:val="16"/>
              </w:rPr>
              <w:t>Major disaster</w:t>
            </w:r>
          </w:p>
        </w:tc>
        <w:tc>
          <w:tcPr>
            <w:tcW w:type="dxa" w:w="2316"/>
          </w:tcPr>
          <w:p>
            <w:pPr>
              <w:spacing w:after="0"/>
              <w:jc w:val="left"/>
            </w:pPr>
            <w:r>
              <w:rPr>
                <w:sz w:val="16"/>
              </w:rPr>
              <w:t>Severe Storms, High Winds &amp; Flooding</w:t>
            </w:r>
          </w:p>
        </w:tc>
        <w:tc>
          <w:tcPr>
            <w:tcW w:type="dxa" w:w="2167"/>
          </w:tcPr>
          <w:p>
            <w:pPr>
              <w:spacing w:after="0"/>
              <w:jc w:val="left"/>
            </w:pPr>
            <w:r>
              <w:rPr>
                <w:sz w:val="16"/>
              </w:rPr>
              <w:t>Inland Flooding (primary); also designated: Strong Wind</w:t>
            </w:r>
          </w:p>
        </w:tc>
        <w:tc>
          <w:tcPr>
            <w:tcW w:type="dxa" w:w="2574"/>
          </w:tcPr>
          <w:p>
            <w:pPr>
              <w:spacing w:after="0"/>
              <w:jc w:val="right"/>
            </w:pPr>
            <w:r>
              <w:rPr>
                <w:sz w:val="16"/>
              </w:rPr>
              <w:t>no Public Assistance recorded</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44"/>
          </w:tcPr>
          <w:p>
            <w:pPr>
              <w:spacing w:after="0"/>
              <w:jc w:val="left"/>
            </w:pPr>
            <w:r>
              <w:rPr>
                <w:sz w:val="16"/>
              </w:rPr>
              <w:t>Major disaster</w:t>
            </w:r>
          </w:p>
        </w:tc>
        <w:tc>
          <w:tcPr>
            <w:tcW w:type="dxa" w:w="2316"/>
          </w:tcPr>
          <w:p>
            <w:pPr>
              <w:spacing w:after="0"/>
              <w:jc w:val="left"/>
            </w:pPr>
            <w:r>
              <w:rPr>
                <w:sz w:val="16"/>
              </w:rPr>
              <w:t>Severe Storms, Flooding, &amp; Landslides</w:t>
            </w:r>
          </w:p>
        </w:tc>
        <w:tc>
          <w:tcPr>
            <w:tcW w:type="dxa" w:w="2167"/>
          </w:tcPr>
          <w:p>
            <w:pPr>
              <w:spacing w:after="0"/>
              <w:jc w:val="left"/>
            </w:pPr>
            <w:r>
              <w:rPr>
                <w:sz w:val="16"/>
              </w:rPr>
              <w:t>Inland Flooding (primary); also designated: Landslide</w:t>
            </w:r>
          </w:p>
        </w:tc>
        <w:tc>
          <w:tcPr>
            <w:tcW w:type="dxa" w:w="2574"/>
          </w:tcPr>
          <w:p>
            <w:pPr>
              <w:spacing w:after="0"/>
              <w:jc w:val="right"/>
            </w:pPr>
            <w:r>
              <w:rPr>
                <w:sz w:val="16"/>
              </w:rPr>
              <w:t>no Public Assistance recorded</w:t>
            </w:r>
          </w:p>
        </w:tc>
        <w:tc>
          <w:tcPr>
            <w:tcW w:type="dxa" w:w="1711"/>
          </w:tcPr>
          <w:p>
            <w:pPr>
              <w:spacing w:after="0"/>
              <w:jc w:val="left"/>
            </w:pPr>
          </w:p>
        </w:tc>
        <w:tc>
          <w:tcPr>
            <w:tcW w:type="dxa" w:w="890"/>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72</w:t>
            </w:r>
          </w:p>
        </w:tc>
        <w:tc>
          <w:tcPr>
            <w:tcW w:type="dxa" w:w="1123"/>
          </w:tcPr>
          <w:p>
            <w:pPr>
              <w:spacing w:after="0"/>
              <w:jc w:val="right"/>
            </w:pPr>
            <w:r>
              <w:rPr>
                <w:sz w:val="16"/>
              </w:rPr>
              <w:t>48</w:t>
            </w:r>
          </w:p>
        </w:tc>
        <w:tc>
          <w:tcPr>
            <w:tcW w:type="dxa" w:w="1964"/>
          </w:tcPr>
          <w:p>
            <w:pPr>
              <w:spacing w:after="0"/>
              <w:jc w:val="right"/>
            </w:pPr>
            <w:r>
              <w:rPr>
                <w:sz w:val="16"/>
              </w:rPr>
              <w:t>1</w:t>
            </w: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6</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55</w:t>
            </w:r>
          </w:p>
        </w:tc>
        <w:tc>
          <w:tcPr>
            <w:tcW w:type="dxa" w:w="1123"/>
          </w:tcPr>
          <w:p>
            <w:pPr>
              <w:spacing w:after="0"/>
              <w:jc w:val="right"/>
            </w:pPr>
            <w:r>
              <w:rPr>
                <w:sz w:val="16"/>
              </w:rPr>
              <w:t>7</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23</w:t>
            </w:r>
          </w:p>
        </w:tc>
        <w:tc>
          <w:tcPr>
            <w:tcW w:type="dxa" w:w="1123"/>
          </w:tcPr>
          <w:p>
            <w:pPr>
              <w:spacing w:after="0"/>
              <w:jc w:val="right"/>
            </w:pPr>
            <w:r>
              <w:rPr>
                <w:sz w:val="16"/>
              </w:rPr>
              <w:t>17</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77</w:t>
            </w:r>
          </w:p>
        </w:tc>
        <w:tc>
          <w:tcPr>
            <w:tcW w:type="dxa" w:w="1123"/>
          </w:tcPr>
          <w:p>
            <w:pPr>
              <w:spacing w:after="0"/>
              <w:jc w:val="right"/>
            </w:pPr>
            <w:r>
              <w:rPr>
                <w:sz w:val="16"/>
              </w:rPr>
              <w:t>31</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12</w:t>
            </w:r>
          </w:p>
        </w:tc>
        <w:tc>
          <w:tcPr>
            <w:tcW w:type="dxa" w:w="1311"/>
          </w:tcPr>
          <w:p>
            <w:pPr>
              <w:spacing w:after="0"/>
              <w:jc w:val="right"/>
            </w:pPr>
            <w:r>
              <w:rPr>
                <w:sz w:val="16"/>
              </w:rPr>
              <w:t>4</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287</w:t>
            </w:r>
          </w:p>
        </w:tc>
        <w:tc>
          <w:tcPr>
            <w:tcW w:type="dxa" w:w="1123"/>
          </w:tcPr>
          <w:p>
            <w:pPr>
              <w:spacing w:after="0"/>
              <w:jc w:val="right"/>
            </w:pPr>
            <w:r>
              <w:rPr>
                <w:sz w:val="16"/>
              </w:rPr>
              <w:t>148</w:t>
            </w:r>
          </w:p>
        </w:tc>
        <w:tc>
          <w:tcPr>
            <w:tcW w:type="dxa" w:w="1964"/>
          </w:tcPr>
          <w:p>
            <w:pPr>
              <w:spacing w:after="0"/>
              <w:jc w:val="right"/>
            </w:pPr>
            <w:r>
              <w:rPr>
                <w:sz w:val="16"/>
              </w:rPr>
              <w:t>5</w:t>
            </w:r>
          </w:p>
        </w:tc>
        <w:tc>
          <w:tcPr>
            <w:tcW w:type="dxa" w:w="777"/>
          </w:tcPr>
          <w:p>
            <w:pPr>
              <w:spacing w:after="0"/>
              <w:jc w:val="right"/>
            </w:pPr>
            <w:r>
              <w:rPr>
                <w:sz w:val="16"/>
              </w:rPr>
              <w:t>60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46 High Wind and 53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247</w:t>
            </w:r>
          </w:p>
        </w:tc>
        <w:tc>
          <w:tcPr>
            <w:tcW w:type="dxa" w:w="1123"/>
          </w:tcPr>
          <w:p>
            <w:pPr>
              <w:spacing w:after="0"/>
              <w:jc w:val="right"/>
            </w:pPr>
            <w:r>
              <w:rPr>
                <w:sz w:val="16"/>
              </w:rPr>
              <w:t>124</w:t>
            </w:r>
          </w:p>
        </w:tc>
        <w:tc>
          <w:tcPr>
            <w:tcW w:type="dxa" w:w="1964"/>
          </w:tcPr>
          <w:p>
            <w:pPr>
              <w:spacing w:after="0"/>
              <w:jc w:val="right"/>
            </w:pPr>
            <w:r>
              <w:rPr>
                <w:sz w:val="16"/>
              </w:rPr>
              <w:t>5</w:t>
            </w:r>
          </w:p>
        </w:tc>
        <w:tc>
          <w:tcPr>
            <w:tcW w:type="dxa" w:w="777"/>
          </w:tcPr>
          <w:p>
            <w:pPr>
              <w:spacing w:after="0"/>
              <w:jc w:val="right"/>
            </w:pPr>
            <w:r>
              <w:rPr>
                <w:sz w:val="16"/>
              </w:rPr>
              <w:t>50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904"/>
        <w:gridCol w:w="2546"/>
        <w:gridCol w:w="927"/>
        <w:gridCol w:w="2471"/>
        <w:gridCol w:w="1241"/>
        <w:gridCol w:w="2684"/>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904"/>
            <w:shd w:val="clear" w:color="auto" w:fill="E8E8E8"/>
          </w:tcPr>
          <w:p>
            <w:pPr>
              <w:spacing w:after="0"/>
              <w:jc w:val="left"/>
            </w:pPr>
            <w:r>
              <w:rPr>
                <w:b/>
                <w:sz w:val="16"/>
              </w:rPr>
              <w:t>Magnitude or extent</w:t>
            </w:r>
          </w:p>
        </w:tc>
        <w:tc>
          <w:tcPr>
            <w:tcW w:type="dxa" w:w="2546"/>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1"/>
            <w:shd w:val="clear" w:color="auto" w:fill="E8E8E8"/>
          </w:tcPr>
          <w:p>
            <w:pPr>
              <w:spacing w:after="0"/>
              <w:jc w:val="left"/>
            </w:pPr>
            <w:r>
              <w:rPr>
                <w:b/>
                <w:sz w:val="16"/>
              </w:rPr>
              <w:t>Location</w:t>
            </w:r>
          </w:p>
        </w:tc>
        <w:tc>
          <w:tcPr>
            <w:tcW w:type="dxa" w:w="1241"/>
            <w:shd w:val="clear" w:color="auto" w:fill="E8E8E8"/>
          </w:tcPr>
          <w:p>
            <w:pPr>
              <w:spacing w:after="0"/>
              <w:jc w:val="left"/>
            </w:pPr>
            <w:r>
              <w:rPr>
                <w:b/>
                <w:sz w:val="16"/>
              </w:rPr>
              <w:t>Flags</w:t>
            </w:r>
          </w:p>
        </w:tc>
        <w:tc>
          <w:tcPr>
            <w:tcW w:type="dxa" w:w="26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02"/>
          </w:tcPr>
          <w:p>
            <w:pPr>
              <w:spacing w:after="0"/>
              <w:jc w:val="left"/>
            </w:pPr>
            <w:r>
              <w:rPr>
                <w:sz w:val="16"/>
              </w:rPr>
              <w:t>Extreme Cold/Wind Chill</w:t>
            </w:r>
          </w:p>
        </w:tc>
        <w:tc>
          <w:tcPr>
            <w:tcW w:type="dxa" w:w="1904"/>
          </w:tcPr>
          <w:p>
            <w:pPr>
              <w:spacing w:after="0"/>
              <w:jc w:val="left"/>
            </w:pPr>
          </w:p>
        </w:tc>
        <w:tc>
          <w:tcPr>
            <w:tcW w:type="dxa" w:w="2546"/>
          </w:tcPr>
          <w:p>
            <w:pPr>
              <w:spacing w:after="0"/>
              <w:jc w:val="left"/>
            </w:pPr>
            <w:r>
              <w:rPr>
                <w:sz w:val="16"/>
              </w:rPr>
              <w:t>damage not reported</w:t>
            </w:r>
          </w:p>
        </w:tc>
        <w:tc>
          <w:tcPr>
            <w:tcW w:type="dxa" w:w="927"/>
          </w:tcPr>
          <w:p>
            <w:pPr>
              <w:spacing w:after="0"/>
              <w:jc w:val="right"/>
            </w:pPr>
            <w:r>
              <w:rPr>
                <w:sz w:val="16"/>
              </w:rPr>
              <w:t>0, 0</w:t>
            </w:r>
          </w:p>
        </w:tc>
        <w:tc>
          <w:tcPr>
            <w:tcW w:type="dxa" w:w="2471"/>
          </w:tcPr>
          <w:p>
            <w:pPr>
              <w:spacing w:after="0"/>
              <w:jc w:val="left"/>
            </w:pPr>
            <w:r>
              <w:rPr>
                <w:sz w:val="16"/>
              </w:rPr>
              <w:t>NWS zone VTZ013 (BENNINGTON), zone-level</w:t>
            </w:r>
          </w:p>
        </w:tc>
        <w:tc>
          <w:tcPr>
            <w:tcW w:type="dxa" w:w="1241"/>
          </w:tcPr>
          <w:p>
            <w:pPr>
              <w:spacing w:after="0"/>
              <w:jc w:val="left"/>
            </w:pPr>
            <w:r>
              <w:rPr>
                <w:sz w:val="16"/>
              </w:rPr>
              <w:t>new since last plan; within last 5 years</w:t>
            </w:r>
          </w:p>
        </w:tc>
        <w:tc>
          <w:tcPr>
            <w:tcW w:type="dxa" w:w="26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302"/>
          </w:tcPr>
          <w:p>
            <w:pPr>
              <w:spacing w:after="0"/>
              <w:jc w:val="left"/>
            </w:pPr>
            <w:r>
              <w:rPr>
                <w:sz w:val="16"/>
              </w:rPr>
              <w:t>Cold/Wind Chill</w:t>
            </w:r>
          </w:p>
        </w:tc>
        <w:tc>
          <w:tcPr>
            <w:tcW w:type="dxa" w:w="1904"/>
          </w:tcPr>
          <w:p>
            <w:pPr>
              <w:spacing w:after="0"/>
              <w:jc w:val="left"/>
            </w:pPr>
          </w:p>
        </w:tc>
        <w:tc>
          <w:tcPr>
            <w:tcW w:type="dxa" w:w="2546"/>
          </w:tcPr>
          <w:p>
            <w:pPr>
              <w:spacing w:after="0"/>
              <w:jc w:val="left"/>
            </w:pPr>
            <w:r>
              <w:rPr>
                <w:sz w:val="16"/>
              </w:rPr>
              <w:t>damage not reported</w:t>
            </w:r>
          </w:p>
        </w:tc>
        <w:tc>
          <w:tcPr>
            <w:tcW w:type="dxa" w:w="927"/>
          </w:tcPr>
          <w:p>
            <w:pPr>
              <w:spacing w:after="0"/>
              <w:jc w:val="right"/>
            </w:pPr>
            <w:r>
              <w:rPr>
                <w:sz w:val="16"/>
              </w:rPr>
              <w:t>1, 0</w:t>
            </w:r>
          </w:p>
        </w:tc>
        <w:tc>
          <w:tcPr>
            <w:tcW w:type="dxa" w:w="2471"/>
          </w:tcPr>
          <w:p>
            <w:pPr>
              <w:spacing w:after="0"/>
              <w:jc w:val="left"/>
            </w:pPr>
            <w:r>
              <w:rPr>
                <w:sz w:val="16"/>
              </w:rPr>
              <w:t>NWS zone VTZ013 (BENNINGTON), zone-level</w:t>
            </w:r>
          </w:p>
        </w:tc>
        <w:tc>
          <w:tcPr>
            <w:tcW w:type="dxa" w:w="1241"/>
          </w:tcPr>
          <w:p>
            <w:pPr>
              <w:spacing w:after="0"/>
              <w:jc w:val="left"/>
            </w:pPr>
            <w:r>
              <w:rPr>
                <w:sz w:val="16"/>
              </w:rPr>
              <w:t>new since last plan</w:t>
            </w:r>
          </w:p>
        </w:tc>
        <w:tc>
          <w:tcPr>
            <w:tcW w:type="dxa" w:w="2684"/>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02"/>
          </w:tcPr>
          <w:p>
            <w:pPr>
              <w:spacing w:after="0"/>
              <w:jc w:val="left"/>
            </w:pPr>
            <w:r>
              <w:rPr>
                <w:sz w:val="16"/>
              </w:rPr>
              <w:t>Excessive Heat</w:t>
            </w:r>
          </w:p>
        </w:tc>
        <w:tc>
          <w:tcPr>
            <w:tcW w:type="dxa" w:w="1904"/>
          </w:tcPr>
          <w:p>
            <w:pPr>
              <w:spacing w:after="0"/>
              <w:jc w:val="left"/>
            </w:pPr>
          </w:p>
        </w:tc>
        <w:tc>
          <w:tcPr>
            <w:tcW w:type="dxa" w:w="2546"/>
          </w:tcPr>
          <w:p>
            <w:pPr>
              <w:spacing w:after="0"/>
              <w:jc w:val="left"/>
            </w:pPr>
            <w:r>
              <w:rPr>
                <w:sz w:val="16"/>
              </w:rPr>
              <w:t>damage not reported</w:t>
            </w:r>
          </w:p>
        </w:tc>
        <w:tc>
          <w:tcPr>
            <w:tcW w:type="dxa" w:w="927"/>
          </w:tcPr>
          <w:p>
            <w:pPr>
              <w:spacing w:after="0"/>
              <w:jc w:val="right"/>
            </w:pPr>
            <w:r>
              <w:rPr>
                <w:sz w:val="16"/>
              </w:rPr>
              <w:t>0, 0</w:t>
            </w:r>
          </w:p>
        </w:tc>
        <w:tc>
          <w:tcPr>
            <w:tcW w:type="dxa" w:w="2471"/>
          </w:tcPr>
          <w:p>
            <w:pPr>
              <w:spacing w:after="0"/>
              <w:jc w:val="left"/>
            </w:pPr>
            <w:r>
              <w:rPr>
                <w:sz w:val="16"/>
              </w:rPr>
              <w:t>NWS zone VTZ013 (BENNINGTON), zone-level</w:t>
            </w:r>
          </w:p>
        </w:tc>
        <w:tc>
          <w:tcPr>
            <w:tcW w:type="dxa" w:w="1241"/>
          </w:tcPr>
          <w:p>
            <w:pPr>
              <w:spacing w:after="0"/>
              <w:jc w:val="left"/>
            </w:pPr>
            <w:r>
              <w:rPr>
                <w:sz w:val="16"/>
              </w:rPr>
              <w:t>new since last plan</w:t>
            </w:r>
          </w:p>
        </w:tc>
        <w:tc>
          <w:tcPr>
            <w:tcW w:type="dxa" w:w="2684"/>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302"/>
          </w:tcPr>
          <w:p>
            <w:pPr>
              <w:spacing w:after="0"/>
              <w:jc w:val="left"/>
            </w:pPr>
            <w:r>
              <w:rPr>
                <w:sz w:val="16"/>
              </w:rPr>
              <w:t>Thunderstorm Wind</w:t>
            </w:r>
          </w:p>
        </w:tc>
        <w:tc>
          <w:tcPr>
            <w:tcW w:type="dxa" w:w="1904"/>
          </w:tcPr>
          <w:p>
            <w:pPr>
              <w:spacing w:after="0"/>
              <w:jc w:val="left"/>
            </w:pPr>
            <w:r>
              <w:rPr>
                <w:sz w:val="16"/>
              </w:rPr>
              <w:t>87 kt (100 mph) estimated gust</w:t>
            </w:r>
          </w:p>
        </w:tc>
        <w:tc>
          <w:tcPr>
            <w:tcW w:type="dxa" w:w="2546"/>
          </w:tcPr>
          <w:p>
            <w:pPr>
              <w:spacing w:after="0"/>
              <w:jc w:val="left"/>
            </w:pPr>
            <w:r>
              <w:rPr>
                <w:sz w:val="16"/>
              </w:rPr>
              <w:t>damage not reported</w:t>
            </w:r>
          </w:p>
        </w:tc>
        <w:tc>
          <w:tcPr>
            <w:tcW w:type="dxa" w:w="927"/>
          </w:tcPr>
          <w:p>
            <w:pPr>
              <w:spacing w:after="0"/>
              <w:jc w:val="right"/>
            </w:pPr>
            <w:r>
              <w:rPr>
                <w:sz w:val="16"/>
              </w:rPr>
              <w:t>0, 0</w:t>
            </w:r>
          </w:p>
        </w:tc>
        <w:tc>
          <w:tcPr>
            <w:tcW w:type="dxa" w:w="2471"/>
          </w:tcPr>
          <w:p>
            <w:pPr>
              <w:spacing w:after="0"/>
              <w:jc w:val="left"/>
            </w:pPr>
            <w:r>
              <w:rPr>
                <w:sz w:val="16"/>
              </w:rPr>
              <w:t>SANDGATE</w:t>
            </w:r>
          </w:p>
        </w:tc>
        <w:tc>
          <w:tcPr>
            <w:tcW w:type="dxa" w:w="1241"/>
          </w:tcPr>
          <w:p>
            <w:pPr>
              <w:spacing w:after="0"/>
              <w:jc w:val="left"/>
            </w:pPr>
            <w:r>
              <w:rPr>
                <w:sz w:val="16"/>
              </w:rPr>
              <w:t>new since last plan</w:t>
            </w:r>
          </w:p>
        </w:tc>
        <w:tc>
          <w:tcPr>
            <w:tcW w:type="dxa" w:w="2684"/>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02"/>
          </w:tcPr>
          <w:p>
            <w:pPr>
              <w:spacing w:after="0"/>
              <w:jc w:val="left"/>
            </w:pPr>
            <w:r>
              <w:rPr>
                <w:sz w:val="16"/>
              </w:rPr>
              <w:t>Tropical Storm</w:t>
            </w:r>
          </w:p>
        </w:tc>
        <w:tc>
          <w:tcPr>
            <w:tcW w:type="dxa" w:w="1904"/>
          </w:tcPr>
          <w:p>
            <w:pPr>
              <w:spacing w:after="0"/>
              <w:jc w:val="left"/>
            </w:pPr>
          </w:p>
        </w:tc>
        <w:tc>
          <w:tcPr>
            <w:tcW w:type="dxa" w:w="2546"/>
          </w:tcPr>
          <w:p>
            <w:pPr>
              <w:spacing w:after="0"/>
              <w:jc w:val="left"/>
            </w:pPr>
            <w:r>
              <w:rPr>
                <w:sz w:val="16"/>
              </w:rPr>
              <w:t>$0 property; $0 crops, reported for the zone (2011 dollars)</w:t>
            </w:r>
          </w:p>
        </w:tc>
        <w:tc>
          <w:tcPr>
            <w:tcW w:type="dxa" w:w="927"/>
          </w:tcPr>
          <w:p>
            <w:pPr>
              <w:spacing w:after="0"/>
              <w:jc w:val="right"/>
            </w:pPr>
            <w:r>
              <w:rPr>
                <w:sz w:val="16"/>
              </w:rPr>
              <w:t>0, 0</w:t>
            </w:r>
          </w:p>
        </w:tc>
        <w:tc>
          <w:tcPr>
            <w:tcW w:type="dxa" w:w="2471"/>
          </w:tcPr>
          <w:p>
            <w:pPr>
              <w:spacing w:after="0"/>
              <w:jc w:val="left"/>
            </w:pPr>
            <w:r>
              <w:rPr>
                <w:sz w:val="16"/>
              </w:rPr>
              <w:t>NWS zone VTZ013 (BENNINGTON), zone-level</w:t>
            </w:r>
          </w:p>
        </w:tc>
        <w:tc>
          <w:tcPr>
            <w:tcW w:type="dxa" w:w="1241"/>
          </w:tcPr>
          <w:p>
            <w:pPr>
              <w:spacing w:after="0"/>
              <w:jc w:val="left"/>
            </w:pPr>
          </w:p>
        </w:tc>
        <w:tc>
          <w:tcPr>
            <w:tcW w:type="dxa" w:w="268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302"/>
          </w:tcPr>
          <w:p>
            <w:pPr>
              <w:spacing w:after="0"/>
              <w:jc w:val="left"/>
            </w:pPr>
            <w:r>
              <w:rPr>
                <w:sz w:val="16"/>
              </w:rPr>
              <w:t>Hail</w:t>
            </w:r>
          </w:p>
        </w:tc>
        <w:tc>
          <w:tcPr>
            <w:tcW w:type="dxa" w:w="1904"/>
          </w:tcPr>
          <w:p>
            <w:pPr>
              <w:spacing w:after="0"/>
              <w:jc w:val="left"/>
            </w:pPr>
            <w:r>
              <w:rPr>
                <w:sz w:val="16"/>
              </w:rPr>
              <w:t>3.25 in</w:t>
            </w:r>
          </w:p>
        </w:tc>
        <w:tc>
          <w:tcPr>
            <w:tcW w:type="dxa" w:w="2546"/>
          </w:tcPr>
          <w:p>
            <w:pPr>
              <w:spacing w:after="0"/>
              <w:jc w:val="left"/>
            </w:pPr>
            <w:r>
              <w:rPr>
                <w:sz w:val="16"/>
              </w:rPr>
              <w:t>property not reported; $0 crops (2011 dollars)</w:t>
            </w:r>
          </w:p>
        </w:tc>
        <w:tc>
          <w:tcPr>
            <w:tcW w:type="dxa" w:w="927"/>
          </w:tcPr>
          <w:p>
            <w:pPr>
              <w:spacing w:after="0"/>
              <w:jc w:val="right"/>
            </w:pPr>
            <w:r>
              <w:rPr>
                <w:sz w:val="16"/>
              </w:rPr>
              <w:t>0, 0</w:t>
            </w:r>
          </w:p>
        </w:tc>
        <w:tc>
          <w:tcPr>
            <w:tcW w:type="dxa" w:w="2471"/>
          </w:tcPr>
          <w:p>
            <w:pPr>
              <w:spacing w:after="0"/>
              <w:jc w:val="left"/>
            </w:pPr>
            <w:r>
              <w:rPr>
                <w:sz w:val="16"/>
              </w:rPr>
              <w:t>SHAFTSBURY</w:t>
            </w:r>
          </w:p>
        </w:tc>
        <w:tc>
          <w:tcPr>
            <w:tcW w:type="dxa" w:w="1241"/>
          </w:tcPr>
          <w:p>
            <w:pPr>
              <w:spacing w:after="0"/>
              <w:jc w:val="left"/>
            </w:pPr>
          </w:p>
        </w:tc>
        <w:tc>
          <w:tcPr>
            <w:tcW w:type="dxa" w:w="2684"/>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302"/>
          </w:tcPr>
          <w:p>
            <w:pPr>
              <w:spacing w:after="0"/>
              <w:jc w:val="left"/>
            </w:pPr>
            <w:r>
              <w:rPr>
                <w:sz w:val="16"/>
              </w:rPr>
              <w:t>Lightning</w:t>
            </w:r>
          </w:p>
        </w:tc>
        <w:tc>
          <w:tcPr>
            <w:tcW w:type="dxa" w:w="1904"/>
          </w:tcPr>
          <w:p>
            <w:pPr>
              <w:spacing w:after="0"/>
              <w:jc w:val="left"/>
            </w:pPr>
          </w:p>
        </w:tc>
        <w:tc>
          <w:tcPr>
            <w:tcW w:type="dxa" w:w="2546"/>
          </w:tcPr>
          <w:p>
            <w:pPr>
              <w:spacing w:after="0"/>
              <w:jc w:val="left"/>
            </w:pPr>
            <w:r>
              <w:rPr>
                <w:sz w:val="16"/>
              </w:rPr>
              <w:t>$750,000 property; $0 crops (2007 dollars)</w:t>
            </w:r>
          </w:p>
        </w:tc>
        <w:tc>
          <w:tcPr>
            <w:tcW w:type="dxa" w:w="927"/>
          </w:tcPr>
          <w:p>
            <w:pPr>
              <w:spacing w:after="0"/>
              <w:jc w:val="right"/>
            </w:pPr>
            <w:r>
              <w:rPr>
                <w:sz w:val="16"/>
              </w:rPr>
              <w:t>0, 0</w:t>
            </w:r>
          </w:p>
        </w:tc>
        <w:tc>
          <w:tcPr>
            <w:tcW w:type="dxa" w:w="2471"/>
          </w:tcPr>
          <w:p>
            <w:pPr>
              <w:spacing w:after="0"/>
              <w:jc w:val="left"/>
            </w:pPr>
            <w:r>
              <w:rPr>
                <w:sz w:val="16"/>
              </w:rPr>
              <w:t>BENNINGTON</w:t>
            </w:r>
          </w:p>
        </w:tc>
        <w:tc>
          <w:tcPr>
            <w:tcW w:type="dxa" w:w="1241"/>
          </w:tcPr>
          <w:p>
            <w:pPr>
              <w:spacing w:after="0"/>
              <w:jc w:val="left"/>
            </w:pPr>
          </w:p>
        </w:tc>
        <w:tc>
          <w:tcPr>
            <w:tcW w:type="dxa" w:w="2684"/>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02"/>
          </w:tcPr>
          <w:p>
            <w:pPr>
              <w:spacing w:after="0"/>
              <w:jc w:val="left"/>
            </w:pPr>
            <w:r>
              <w:rPr>
                <w:sz w:val="16"/>
              </w:rPr>
              <w:t>High Wind</w:t>
            </w:r>
          </w:p>
        </w:tc>
        <w:tc>
          <w:tcPr>
            <w:tcW w:type="dxa" w:w="1904"/>
          </w:tcPr>
          <w:p>
            <w:pPr>
              <w:spacing w:after="0"/>
              <w:jc w:val="left"/>
            </w:pPr>
            <w:r>
              <w:rPr>
                <w:sz w:val="16"/>
              </w:rPr>
              <w:t>60 kt (69 mph) estimated gust</w:t>
            </w:r>
          </w:p>
        </w:tc>
        <w:tc>
          <w:tcPr>
            <w:tcW w:type="dxa" w:w="2546"/>
          </w:tcPr>
          <w:p>
            <w:pPr>
              <w:spacing w:after="0"/>
              <w:jc w:val="left"/>
            </w:pPr>
            <w:r>
              <w:rPr>
                <w:sz w:val="16"/>
              </w:rPr>
              <w:t>damage not reported</w:t>
            </w:r>
          </w:p>
        </w:tc>
        <w:tc>
          <w:tcPr>
            <w:tcW w:type="dxa" w:w="927"/>
          </w:tcPr>
          <w:p>
            <w:pPr>
              <w:spacing w:after="0"/>
              <w:jc w:val="right"/>
            </w:pPr>
            <w:r>
              <w:rPr>
                <w:sz w:val="16"/>
              </w:rPr>
              <w:t>0, 1</w:t>
            </w:r>
          </w:p>
        </w:tc>
        <w:tc>
          <w:tcPr>
            <w:tcW w:type="dxa" w:w="2471"/>
          </w:tcPr>
          <w:p>
            <w:pPr>
              <w:spacing w:after="0"/>
              <w:jc w:val="left"/>
            </w:pPr>
            <w:r>
              <w:rPr>
                <w:sz w:val="16"/>
              </w:rPr>
              <w:t>NWS zone VTZ013 (BENNINGTON), zone-level</w:t>
            </w:r>
          </w:p>
        </w:tc>
        <w:tc>
          <w:tcPr>
            <w:tcW w:type="dxa" w:w="1241"/>
          </w:tcPr>
          <w:p>
            <w:pPr>
              <w:spacing w:after="0"/>
              <w:jc w:val="left"/>
            </w:pPr>
          </w:p>
        </w:tc>
        <w:tc>
          <w:tcPr>
            <w:tcW w:type="dxa" w:w="2684"/>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302"/>
          </w:tcPr>
          <w:p>
            <w:pPr>
              <w:spacing w:after="0"/>
              <w:jc w:val="left"/>
            </w:pPr>
            <w:r>
              <w:rPr>
                <w:sz w:val="16"/>
              </w:rPr>
              <w:t>Lightning</w:t>
            </w:r>
          </w:p>
        </w:tc>
        <w:tc>
          <w:tcPr>
            <w:tcW w:type="dxa" w:w="1904"/>
          </w:tcPr>
          <w:p>
            <w:pPr>
              <w:spacing w:after="0"/>
              <w:jc w:val="left"/>
            </w:pPr>
          </w:p>
        </w:tc>
        <w:tc>
          <w:tcPr>
            <w:tcW w:type="dxa" w:w="2546"/>
          </w:tcPr>
          <w:p>
            <w:pPr>
              <w:spacing w:after="0"/>
              <w:jc w:val="left"/>
            </w:pPr>
            <w:r>
              <w:rPr>
                <w:sz w:val="16"/>
              </w:rPr>
              <w:t>damage not reported</w:t>
            </w:r>
          </w:p>
        </w:tc>
        <w:tc>
          <w:tcPr>
            <w:tcW w:type="dxa" w:w="927"/>
          </w:tcPr>
          <w:p>
            <w:pPr>
              <w:spacing w:after="0"/>
              <w:jc w:val="right"/>
            </w:pPr>
            <w:r>
              <w:rPr>
                <w:sz w:val="16"/>
              </w:rPr>
              <w:t>0, 1</w:t>
            </w:r>
          </w:p>
        </w:tc>
        <w:tc>
          <w:tcPr>
            <w:tcW w:type="dxa" w:w="2471"/>
          </w:tcPr>
          <w:p>
            <w:pPr>
              <w:spacing w:after="0"/>
              <w:jc w:val="left"/>
            </w:pPr>
            <w:r>
              <w:rPr>
                <w:sz w:val="16"/>
              </w:rPr>
              <w:t>BENNINGTON</w:t>
            </w:r>
          </w:p>
        </w:tc>
        <w:tc>
          <w:tcPr>
            <w:tcW w:type="dxa" w:w="1241"/>
          </w:tcPr>
          <w:p>
            <w:pPr>
              <w:spacing w:after="0"/>
              <w:jc w:val="left"/>
            </w:pPr>
          </w:p>
        </w:tc>
        <w:tc>
          <w:tcPr>
            <w:tcW w:type="dxa" w:w="2684"/>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302"/>
          </w:tcPr>
          <w:p>
            <w:pPr>
              <w:spacing w:after="0"/>
              <w:jc w:val="left"/>
            </w:pPr>
            <w:r>
              <w:rPr>
                <w:sz w:val="16"/>
              </w:rPr>
              <w:t>High Wind</w:t>
            </w:r>
          </w:p>
        </w:tc>
        <w:tc>
          <w:tcPr>
            <w:tcW w:type="dxa" w:w="1904"/>
          </w:tcPr>
          <w:p>
            <w:pPr>
              <w:spacing w:after="0"/>
              <w:jc w:val="left"/>
            </w:pPr>
            <w:r>
              <w:rPr>
                <w:sz w:val="16"/>
              </w:rPr>
              <w:t>66 kt (76 mph), measurement type not recorded</w:t>
            </w:r>
          </w:p>
        </w:tc>
        <w:tc>
          <w:tcPr>
            <w:tcW w:type="dxa" w:w="2546"/>
          </w:tcPr>
          <w:p>
            <w:pPr>
              <w:spacing w:after="0"/>
              <w:jc w:val="left"/>
            </w:pPr>
            <w:r>
              <w:rPr>
                <w:sz w:val="16"/>
              </w:rPr>
              <w:t>damage not reported</w:t>
            </w:r>
          </w:p>
        </w:tc>
        <w:tc>
          <w:tcPr>
            <w:tcW w:type="dxa" w:w="927"/>
          </w:tcPr>
          <w:p>
            <w:pPr>
              <w:spacing w:after="0"/>
              <w:jc w:val="right"/>
            </w:pPr>
            <w:r>
              <w:rPr>
                <w:sz w:val="16"/>
              </w:rPr>
              <w:t>0, 0</w:t>
            </w:r>
          </w:p>
        </w:tc>
        <w:tc>
          <w:tcPr>
            <w:tcW w:type="dxa" w:w="2471"/>
          </w:tcPr>
          <w:p>
            <w:pPr>
              <w:spacing w:after="0"/>
              <w:jc w:val="left"/>
            </w:pPr>
            <w:r>
              <w:rPr>
                <w:sz w:val="16"/>
              </w:rPr>
              <w:t>NWS zone VTZ013 (BENNINGTON), zone-level</w:t>
            </w:r>
          </w:p>
        </w:tc>
        <w:tc>
          <w:tcPr>
            <w:tcW w:type="dxa" w:w="1241"/>
          </w:tcPr>
          <w:p>
            <w:pPr>
              <w:spacing w:after="0"/>
              <w:jc w:val="left"/>
            </w:pPr>
          </w:p>
        </w:tc>
        <w:tc>
          <w:tcPr>
            <w:tcW w:type="dxa" w:w="2684"/>
          </w:tcPr>
          <w:p>
            <w:pPr>
              <w:spacing w:after="0"/>
              <w:jc w:val="left"/>
            </w:pPr>
            <w:r>
              <w:rPr>
                <w:sz w:val="16"/>
              </w:rPr>
              <w:t>B1-c worst recorded: High Wind and Strong Wind</w:t>
            </w:r>
          </w:p>
        </w:tc>
      </w:tr>
      <w:tr>
        <w:trPr>
          <w:cantSplit/>
        </w:trPr>
        <w:tc>
          <w:tcPr>
            <w:tcW w:type="dxa" w:w="1037"/>
          </w:tcPr>
          <w:p>
            <w:pPr>
              <w:spacing w:after="0"/>
              <w:jc w:val="left"/>
            </w:pPr>
            <w:r>
              <w:rPr>
                <w:sz w:val="16"/>
              </w:rPr>
              <w:t>1999-09-16</w:t>
            </w:r>
          </w:p>
        </w:tc>
        <w:tc>
          <w:tcPr>
            <w:tcW w:type="dxa" w:w="1302"/>
          </w:tcPr>
          <w:p>
            <w:pPr>
              <w:spacing w:after="0"/>
              <w:jc w:val="left"/>
            </w:pPr>
            <w:r>
              <w:rPr>
                <w:sz w:val="16"/>
              </w:rPr>
              <w:t>Flash Flood</w:t>
            </w:r>
          </w:p>
        </w:tc>
        <w:tc>
          <w:tcPr>
            <w:tcW w:type="dxa" w:w="1904"/>
          </w:tcPr>
          <w:p>
            <w:pPr>
              <w:spacing w:after="0"/>
              <w:jc w:val="left"/>
            </w:pPr>
          </w:p>
        </w:tc>
        <w:tc>
          <w:tcPr>
            <w:tcW w:type="dxa" w:w="2546"/>
          </w:tcPr>
          <w:p>
            <w:pPr>
              <w:spacing w:after="0"/>
              <w:jc w:val="left"/>
            </w:pPr>
            <w:r>
              <w:rPr>
                <w:sz w:val="16"/>
              </w:rPr>
              <w:t>$476,000 property; crops not reported (1999 dollars)</w:t>
            </w:r>
          </w:p>
        </w:tc>
        <w:tc>
          <w:tcPr>
            <w:tcW w:type="dxa" w:w="927"/>
          </w:tcPr>
          <w:p>
            <w:pPr>
              <w:spacing w:after="0"/>
              <w:jc w:val="right"/>
            </w:pPr>
            <w:r>
              <w:rPr>
                <w:sz w:val="16"/>
              </w:rPr>
              <w:t>0, 0</w:t>
            </w:r>
          </w:p>
        </w:tc>
        <w:tc>
          <w:tcPr>
            <w:tcW w:type="dxa" w:w="2471"/>
          </w:tcPr>
          <w:p>
            <w:pPr>
              <w:spacing w:after="0"/>
              <w:jc w:val="left"/>
            </w:pPr>
            <w:r>
              <w:rPr>
                <w:sz w:val="16"/>
              </w:rPr>
              <w:t>COUNTYWIDE</w:t>
            </w:r>
          </w:p>
        </w:tc>
        <w:tc>
          <w:tcPr>
            <w:tcW w:type="dxa" w:w="1241"/>
          </w:tcPr>
          <w:p>
            <w:pPr>
              <w:spacing w:after="0"/>
              <w:jc w:val="left"/>
            </w:pPr>
          </w:p>
        </w:tc>
        <w:tc>
          <w:tcPr>
            <w:tcW w:type="dxa" w:w="26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302"/>
          </w:tcPr>
          <w:p>
            <w:pPr>
              <w:spacing w:after="0"/>
              <w:jc w:val="left"/>
            </w:pPr>
            <w:r>
              <w:rPr>
                <w:sz w:val="16"/>
              </w:rPr>
              <w:t>Tornado</w:t>
            </w:r>
          </w:p>
        </w:tc>
        <w:tc>
          <w:tcPr>
            <w:tcW w:type="dxa" w:w="1904"/>
          </w:tcPr>
          <w:p>
            <w:pPr>
              <w:spacing w:after="0"/>
              <w:jc w:val="left"/>
            </w:pPr>
            <w:r>
              <w:rPr>
                <w:sz w:val="16"/>
              </w:rPr>
              <w:t>F2, 0.5 mi path length (whole path, pre-1996), 33 yd wide</w:t>
            </w:r>
          </w:p>
        </w:tc>
        <w:tc>
          <w:tcPr>
            <w:tcW w:type="dxa" w:w="2546"/>
          </w:tcPr>
          <w:p>
            <w:pPr>
              <w:spacing w:after="0"/>
              <w:jc w:val="left"/>
            </w:pPr>
            <w:r>
              <w:rPr>
                <w:sz w:val="16"/>
              </w:rPr>
              <w:t>$25,000 property; crops not recorded (1969 dollars)</w:t>
            </w:r>
          </w:p>
        </w:tc>
        <w:tc>
          <w:tcPr>
            <w:tcW w:type="dxa" w:w="927"/>
          </w:tcPr>
          <w:p>
            <w:pPr>
              <w:spacing w:after="0"/>
              <w:jc w:val="right"/>
            </w:pPr>
            <w:r>
              <w:rPr>
                <w:sz w:val="16"/>
              </w:rPr>
              <w:t>0, 1</w:t>
            </w:r>
          </w:p>
        </w:tc>
        <w:tc>
          <w:tcPr>
            <w:tcW w:type="dxa" w:w="2471"/>
          </w:tcPr>
          <w:p>
            <w:pPr>
              <w:spacing w:after="0"/>
              <w:jc w:val="left"/>
            </w:pPr>
            <w:r>
              <w:rPr>
                <w:sz w:val="16"/>
              </w:rPr>
              <w:t>location not recorded</w:t>
            </w:r>
          </w:p>
        </w:tc>
        <w:tc>
          <w:tcPr>
            <w:tcW w:type="dxa" w:w="1241"/>
          </w:tcPr>
          <w:p>
            <w:pPr>
              <w:spacing w:after="0"/>
              <w:jc w:val="left"/>
            </w:pPr>
          </w:p>
        </w:tc>
        <w:tc>
          <w:tcPr>
            <w:tcW w:type="dxa" w:w="2684"/>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Bennington County, county-level (county FIPS 50003);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271"/>
        <w:gridCol w:w="1568"/>
        <w:gridCol w:w="1615"/>
        <w:gridCol w:w="1759"/>
        <w:gridCol w:w="1517"/>
        <w:gridCol w:w="1488"/>
        <w:gridCol w:w="1037"/>
        <w:gridCol w:w="1586"/>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1"/>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615"/>
            <w:shd w:val="clear" w:color="auto" w:fill="E8E8E8"/>
          </w:tcPr>
          <w:p>
            <w:pPr>
              <w:spacing w:after="0"/>
              <w:jc w:val="left"/>
            </w:pPr>
            <w:r>
              <w:rPr>
                <w:b/>
                <w:sz w:val="16"/>
              </w:rPr>
              <w:t>Descriptor</w:t>
            </w:r>
          </w:p>
        </w:tc>
        <w:tc>
          <w:tcPr>
            <w:tcW w:type="dxa" w:w="1759"/>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r>
              <w:rPr>
                <w:sz w:val="16"/>
              </w:rPr>
              <w:t>0.01</w:t>
            </w:r>
          </w:p>
        </w:tc>
        <w:tc>
          <w:tcPr>
            <w:tcW w:type="dxa" w:w="1271"/>
          </w:tcPr>
          <w:p>
            <w:pPr>
              <w:spacing w:after="0"/>
              <w:jc w:val="left"/>
            </w:pPr>
            <w:r>
              <w:rPr>
                <w:sz w:val="16"/>
              </w:rPr>
              <w:t>events per year</w:t>
            </w:r>
          </w:p>
        </w:tc>
        <w:tc>
          <w:tcPr>
            <w:tcW w:type="dxa" w:w="1568"/>
          </w:tcPr>
          <w:p>
            <w:pPr>
              <w:spacing w:after="0"/>
              <w:jc w:val="left"/>
            </w:pPr>
            <w:r>
              <w:rPr>
                <w:sz w:val="16"/>
              </w:rPr>
              <w:t>about 1 in 100 years</w:t>
            </w:r>
          </w:p>
        </w:tc>
        <w:tc>
          <w:tcPr>
            <w:tcW w:type="dxa" w:w="1615"/>
          </w:tcPr>
          <w:p>
            <w:pPr>
              <w:spacing w:after="0"/>
              <w:jc w:val="left"/>
            </w:pPr>
            <w:r>
              <w:rPr>
                <w:sz w:val="16"/>
              </w:rPr>
              <w:t>Possible</w:t>
            </w:r>
          </w:p>
        </w:tc>
        <w:tc>
          <w:tcPr>
            <w:tcW w:type="dxa" w:w="1759"/>
          </w:tcPr>
          <w:p>
            <w:pPr>
              <w:spacing w:after="0"/>
              <w:jc w:val="left"/>
            </w:pPr>
            <w:r>
              <w:rPr>
                <w:sz w:val="16"/>
              </w:rPr>
              <w:t>FEMA annualized frequency (modeled)</w:t>
            </w:r>
          </w:p>
        </w:tc>
        <w:tc>
          <w:tcPr>
            <w:tcW w:type="dxa" w:w="1517"/>
          </w:tcPr>
          <w:p>
            <w:pPr>
              <w:spacing w:after="0"/>
              <w:jc w:val="right"/>
            </w:pPr>
            <w:r>
              <w:rPr>
                <w:sz w:val="16"/>
              </w:rPr>
              <w:t>0</w:t>
            </w:r>
          </w:p>
        </w:tc>
        <w:tc>
          <w:tcPr>
            <w:tcW w:type="dxa" w:w="1488"/>
          </w:tcPr>
          <w:p>
            <w:pPr>
              <w:spacing w:after="0"/>
              <w:jc w:val="left"/>
            </w:pPr>
            <w:r>
              <w:rPr>
                <w:sz w:val="16"/>
              </w:rPr>
              <w:t>1994 to 2023 (30 years)</w:t>
            </w:r>
          </w:p>
        </w:tc>
        <w:tc>
          <w:tcPr>
            <w:tcW w:type="dxa" w:w="1037"/>
          </w:tcPr>
          <w:p>
            <w:pPr>
              <w:spacing w:after="0"/>
              <w:jc w:val="left"/>
            </w:pPr>
            <w:r>
              <w:rPr>
                <w:sz w:val="16"/>
              </w:rPr>
              <w:t>see B1-f</w:t>
            </w:r>
          </w:p>
        </w:tc>
        <w:tc>
          <w:tcPr>
            <w:tcW w:type="dxa" w:w="158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35"/>
          </w:tcPr>
          <w:p>
            <w:pPr>
              <w:spacing w:after="0"/>
              <w:jc w:val="right"/>
            </w:pPr>
            <w:r>
              <w:rPr>
                <w:sz w:val="16"/>
              </w:rPr>
              <w:t>4.1</w:t>
            </w:r>
          </w:p>
        </w:tc>
        <w:tc>
          <w:tcPr>
            <w:tcW w:type="dxa" w:w="1271"/>
          </w:tcPr>
          <w:p>
            <w:pPr>
              <w:spacing w:after="0"/>
              <w:jc w:val="left"/>
            </w:pPr>
            <w:r>
              <w:rPr>
                <w:sz w:val="16"/>
              </w:rPr>
              <w:t>event-days per year</w:t>
            </w:r>
          </w:p>
        </w:tc>
        <w:tc>
          <w:tcPr>
            <w:tcW w:type="dxa" w:w="1568"/>
          </w:tcPr>
          <w:p>
            <w:pPr>
              <w:spacing w:after="0"/>
              <w:jc w:val="left"/>
            </w:pPr>
            <w:r>
              <w:rPr>
                <w:sz w:val="16"/>
              </w:rPr>
              <w:t>about 4.1 days per year</w:t>
            </w:r>
          </w:p>
        </w:tc>
        <w:tc>
          <w:tcPr>
            <w:tcW w:type="dxa" w:w="1615"/>
          </w:tcPr>
          <w:p>
            <w:pPr>
              <w:spacing w:after="0"/>
              <w:jc w:val="left"/>
            </w:pPr>
            <w:r>
              <w:rPr>
                <w:sz w:val="16"/>
              </w:rPr>
              <w:t>Likely (from Storm Events: 17 of 30 years)</w:t>
            </w:r>
          </w:p>
        </w:tc>
        <w:tc>
          <w:tcPr>
            <w:tcW w:type="dxa" w:w="1759"/>
          </w:tcPr>
          <w:p>
            <w:pPr>
              <w:spacing w:after="0"/>
              <w:jc w:val="left"/>
            </w:pPr>
            <w:r>
              <w:rPr>
                <w:sz w:val="16"/>
              </w:rPr>
              <w:t>event-days in 17 of 30 years, 1996 to 2025 (56.7%)</w:t>
            </w:r>
          </w:p>
        </w:tc>
        <w:tc>
          <w:tcPr>
            <w:tcW w:type="dxa" w:w="1517"/>
          </w:tcPr>
          <w:p>
            <w:pPr>
              <w:spacing w:after="0"/>
              <w:jc w:val="right"/>
            </w:pPr>
            <w:r>
              <w:rPr>
                <w:sz w:val="16"/>
              </w:rPr>
              <w:t>78</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235"/>
          </w:tcPr>
          <w:p>
            <w:pPr>
              <w:spacing w:after="0"/>
              <w:jc w:val="right"/>
            </w:pPr>
            <w:r>
              <w:rPr>
                <w:sz w:val="16"/>
              </w:rPr>
              <w:t>0</w:t>
            </w:r>
          </w:p>
        </w:tc>
        <w:tc>
          <w:tcPr>
            <w:tcW w:type="dxa" w:w="1271"/>
          </w:tcPr>
          <w:p>
            <w:pPr>
              <w:spacing w:after="0"/>
              <w:jc w:val="left"/>
            </w:pPr>
            <w:r>
              <w:rPr>
                <w:sz w:val="16"/>
              </w:rPr>
              <w:t>event-days per year</w:t>
            </w:r>
          </w:p>
        </w:tc>
        <w:tc>
          <w:tcPr>
            <w:tcW w:type="dxa" w:w="1568"/>
          </w:tcPr>
          <w:p>
            <w:pPr>
              <w:spacing w:after="0"/>
              <w:jc w:val="left"/>
            </w:pPr>
            <w:r>
              <w:rPr>
                <w:sz w:val="16"/>
              </w:rPr>
              <w:t>none modeled</w:t>
            </w:r>
          </w:p>
        </w:tc>
        <w:tc>
          <w:tcPr>
            <w:tcW w:type="dxa" w:w="1615"/>
          </w:tcPr>
          <w:p>
            <w:pPr>
              <w:spacing w:after="0"/>
              <w:jc w:val="left"/>
            </w:pPr>
            <w:r>
              <w:rPr>
                <w:sz w:val="16"/>
              </w:rPr>
              <w:t>Likely (from Storm Events: 3 of 30 years)</w:t>
            </w:r>
          </w:p>
        </w:tc>
        <w:tc>
          <w:tcPr>
            <w:tcW w:type="dxa" w:w="1759"/>
          </w:tcPr>
          <w:p>
            <w:pPr>
              <w:spacing w:after="0"/>
              <w:jc w:val="left"/>
            </w:pPr>
            <w:r>
              <w:rPr>
                <w:sz w:val="16"/>
              </w:rPr>
              <w:t>event-days in 3 of 30 years, 1996 to 2025 (10%)</w:t>
            </w:r>
          </w:p>
        </w:tc>
        <w:tc>
          <w:tcPr>
            <w:tcW w:type="dxa" w:w="1517"/>
          </w:tcPr>
          <w:p>
            <w:pPr>
              <w:spacing w:after="0"/>
              <w:jc w:val="right"/>
            </w:pPr>
            <w:r>
              <w:rPr>
                <w:sz w:val="16"/>
              </w:rPr>
              <w:t>0</w:t>
            </w:r>
          </w:p>
        </w:tc>
        <w:tc>
          <w:tcPr>
            <w:tcW w:type="dxa" w:w="14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86"/>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0.000905</w:t>
            </w:r>
          </w:p>
        </w:tc>
        <w:tc>
          <w:tcPr>
            <w:tcW w:type="dxa" w:w="1271"/>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0.0905%</w:t>
            </w:r>
          </w:p>
        </w:tc>
        <w:tc>
          <w:tcPr>
            <w:tcW w:type="dxa" w:w="1615"/>
          </w:tcPr>
          <w:p>
            <w:pPr>
              <w:spacing w:after="0"/>
              <w:jc w:val="left"/>
            </w:pPr>
          </w:p>
        </w:tc>
        <w:tc>
          <w:tcPr>
            <w:tcW w:type="dxa" w:w="1759"/>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58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2.6</w:t>
            </w:r>
          </w:p>
        </w:tc>
        <w:tc>
          <w:tcPr>
            <w:tcW w:type="dxa" w:w="1271"/>
          </w:tcPr>
          <w:p>
            <w:pPr>
              <w:spacing w:after="0"/>
              <w:jc w:val="left"/>
            </w:pPr>
            <w:r>
              <w:rPr>
                <w:sz w:val="16"/>
              </w:rPr>
              <w:t>events per year</w:t>
            </w:r>
          </w:p>
        </w:tc>
        <w:tc>
          <w:tcPr>
            <w:tcW w:type="dxa" w:w="1568"/>
          </w:tcPr>
          <w:p>
            <w:pPr>
              <w:spacing w:after="0"/>
              <w:jc w:val="left"/>
            </w:pPr>
            <w:r>
              <w:rPr>
                <w:sz w:val="16"/>
              </w:rPr>
              <w:t>about 2.6 per year</w:t>
            </w:r>
          </w:p>
        </w:tc>
        <w:tc>
          <w:tcPr>
            <w:tcW w:type="dxa" w:w="1615"/>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17"/>
          </w:tcPr>
          <w:p>
            <w:pPr>
              <w:spacing w:after="0"/>
              <w:jc w:val="right"/>
            </w:pPr>
            <w:r>
              <w:rPr>
                <w:sz w:val="16"/>
              </w:rPr>
              <w:t>98.9 (modeled)</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1.53</w:t>
            </w:r>
          </w:p>
        </w:tc>
        <w:tc>
          <w:tcPr>
            <w:tcW w:type="dxa" w:w="1271"/>
          </w:tcPr>
          <w:p>
            <w:pPr>
              <w:spacing w:after="0"/>
              <w:jc w:val="left"/>
            </w:pPr>
            <w:r>
              <w:rPr>
                <w:sz w:val="16"/>
              </w:rPr>
              <w:t>event-days per year</w:t>
            </w:r>
          </w:p>
        </w:tc>
        <w:tc>
          <w:tcPr>
            <w:tcW w:type="dxa" w:w="1568"/>
          </w:tcPr>
          <w:p>
            <w:pPr>
              <w:spacing w:after="0"/>
              <w:jc w:val="left"/>
            </w:pPr>
            <w:r>
              <w:rPr>
                <w:sz w:val="16"/>
              </w:rPr>
              <w:t>about 1.53 days per year</w:t>
            </w:r>
          </w:p>
        </w:tc>
        <w:tc>
          <w:tcPr>
            <w:tcW w:type="dxa" w:w="1615"/>
          </w:tcPr>
          <w:p>
            <w:pPr>
              <w:spacing w:after="0"/>
              <w:jc w:val="left"/>
            </w:pPr>
            <w:r>
              <w:rPr>
                <w:sz w:val="16"/>
              </w:rPr>
              <w:t>Likely (from Storm Events: 11 of 30 years)</w:t>
            </w:r>
          </w:p>
        </w:tc>
        <w:tc>
          <w:tcPr>
            <w:tcW w:type="dxa" w:w="1759"/>
          </w:tcPr>
          <w:p>
            <w:pPr>
              <w:spacing w:after="0"/>
              <w:jc w:val="left"/>
            </w:pPr>
            <w:r>
              <w:rPr>
                <w:sz w:val="16"/>
              </w:rPr>
              <w:t>event-days in 11 of 30 years, 1996 to 2025 (36.7%)</w:t>
            </w:r>
          </w:p>
        </w:tc>
        <w:tc>
          <w:tcPr>
            <w:tcW w:type="dxa" w:w="1517"/>
          </w:tcPr>
          <w:p>
            <w:pPr>
              <w:spacing w:after="0"/>
              <w:jc w:val="right"/>
            </w:pPr>
            <w:r>
              <w:rPr>
                <w:sz w:val="16"/>
              </w:rPr>
              <w:t>27</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235"/>
          </w:tcPr>
          <w:p>
            <w:pPr>
              <w:spacing w:after="0"/>
              <w:jc w:val="right"/>
            </w:pPr>
            <w:r>
              <w:rPr>
                <w:sz w:val="16"/>
              </w:rPr>
              <w:t>0.0634</w:t>
            </w:r>
          </w:p>
        </w:tc>
        <w:tc>
          <w:tcPr>
            <w:tcW w:type="dxa" w:w="1271"/>
          </w:tcPr>
          <w:p>
            <w:pPr>
              <w:spacing w:after="0"/>
              <w:jc w:val="left"/>
            </w:pPr>
            <w:r>
              <w:rPr>
                <w:sz w:val="16"/>
              </w:rPr>
              <w:t>events per year</w:t>
            </w:r>
          </w:p>
        </w:tc>
        <w:tc>
          <w:tcPr>
            <w:tcW w:type="dxa" w:w="1568"/>
          </w:tcPr>
          <w:p>
            <w:pPr>
              <w:spacing w:after="0"/>
              <w:jc w:val="left"/>
            </w:pPr>
            <w:r>
              <w:rPr>
                <w:sz w:val="16"/>
              </w:rPr>
              <w:t>about 1 in 16 years</w:t>
            </w:r>
          </w:p>
        </w:tc>
        <w:tc>
          <w:tcPr>
            <w:tcW w:type="dxa" w:w="1615"/>
          </w:tcPr>
          <w:p>
            <w:pPr>
              <w:spacing w:after="0"/>
              <w:jc w:val="left"/>
            </w:pPr>
            <w:r>
              <w:rPr>
                <w:sz w:val="16"/>
              </w:rPr>
              <w:t>Possible</w:t>
            </w:r>
          </w:p>
        </w:tc>
        <w:tc>
          <w:tcPr>
            <w:tcW w:type="dxa" w:w="1759"/>
          </w:tcPr>
          <w:p>
            <w:pPr>
              <w:spacing w:after="0"/>
              <w:jc w:val="left"/>
            </w:pPr>
            <w:r>
              <w:rPr>
                <w:sz w:val="16"/>
              </w:rPr>
              <w:t>FEMA annualized frequency (modeled)</w:t>
            </w:r>
          </w:p>
        </w:tc>
        <w:tc>
          <w:tcPr>
            <w:tcW w:type="dxa" w:w="1517"/>
          </w:tcPr>
          <w:p>
            <w:pPr>
              <w:spacing w:after="0"/>
              <w:jc w:val="right"/>
            </w:pPr>
            <w:r>
              <w:rPr>
                <w:sz w:val="16"/>
              </w:rPr>
              <w:t>24</w:t>
            </w:r>
          </w:p>
        </w:tc>
        <w:tc>
          <w:tcPr>
            <w:tcW w:type="dxa" w:w="1488"/>
          </w:tcPr>
          <w:p>
            <w:pPr>
              <w:spacing w:after="0"/>
              <w:jc w:val="left"/>
            </w:pPr>
            <w:r>
              <w:rPr>
                <w:sz w:val="16"/>
              </w:rPr>
              <w:t>1851 to 2024 (Atlantic)</w:t>
            </w:r>
          </w:p>
        </w:tc>
        <w:tc>
          <w:tcPr>
            <w:tcW w:type="dxa" w:w="1037"/>
          </w:tcPr>
          <w:p>
            <w:pPr>
              <w:spacing w:after="0"/>
              <w:jc w:val="left"/>
            </w:pPr>
            <w:r>
              <w:rPr>
                <w:sz w:val="16"/>
              </w:rPr>
              <w:t>see B1-f</w:t>
            </w:r>
          </w:p>
        </w:tc>
        <w:tc>
          <w:tcPr>
            <w:tcW w:type="dxa" w:w="158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0.605</w:t>
            </w:r>
          </w:p>
        </w:tc>
        <w:tc>
          <w:tcPr>
            <w:tcW w:type="dxa" w:w="1271"/>
          </w:tcPr>
          <w:p>
            <w:pPr>
              <w:spacing w:after="0"/>
              <w:jc w:val="left"/>
            </w:pPr>
            <w:r>
              <w:rPr>
                <w:sz w:val="16"/>
              </w:rPr>
              <w:t>event-days per year</w:t>
            </w:r>
          </w:p>
        </w:tc>
        <w:tc>
          <w:tcPr>
            <w:tcW w:type="dxa" w:w="1568"/>
          </w:tcPr>
          <w:p>
            <w:pPr>
              <w:spacing w:after="0"/>
              <w:jc w:val="left"/>
            </w:pPr>
            <w:r>
              <w:rPr>
                <w:sz w:val="16"/>
              </w:rPr>
              <w:t>about 0.605 days per year</w:t>
            </w:r>
          </w:p>
        </w:tc>
        <w:tc>
          <w:tcPr>
            <w:tcW w:type="dxa" w:w="1615"/>
          </w:tcPr>
          <w:p>
            <w:pPr>
              <w:spacing w:after="0"/>
              <w:jc w:val="left"/>
            </w:pPr>
            <w:r>
              <w:rPr>
                <w:sz w:val="16"/>
              </w:rPr>
              <w:t>Likely (from Storm Events: 3 of 30 years)</w:t>
            </w:r>
          </w:p>
        </w:tc>
        <w:tc>
          <w:tcPr>
            <w:tcW w:type="dxa" w:w="1759"/>
          </w:tcPr>
          <w:p>
            <w:pPr>
              <w:spacing w:after="0"/>
              <w:jc w:val="left"/>
            </w:pPr>
            <w:r>
              <w:rPr>
                <w:sz w:val="16"/>
              </w:rPr>
              <w:t>event-days in 3 of 30 years, 1996 to 2025 (10%)</w:t>
            </w:r>
          </w:p>
        </w:tc>
        <w:tc>
          <w:tcPr>
            <w:tcW w:type="dxa" w:w="1517"/>
          </w:tcPr>
          <w:p>
            <w:pPr>
              <w:spacing w:after="0"/>
              <w:jc w:val="right"/>
            </w:pPr>
            <w:r>
              <w:rPr>
                <w:sz w:val="16"/>
              </w:rPr>
              <w:t>41</w:t>
            </w:r>
          </w:p>
        </w:tc>
        <w:tc>
          <w:tcPr>
            <w:tcW w:type="dxa" w:w="1488"/>
          </w:tcPr>
          <w:p>
            <w:pPr>
              <w:spacing w:after="0"/>
              <w:jc w:val="left"/>
            </w:pPr>
            <w:r>
              <w:rPr>
                <w:sz w:val="16"/>
              </w:rPr>
              <w:t>1946-12-31 to 2014-02-12 (67 years)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1.61</w:t>
            </w:r>
          </w:p>
        </w:tc>
        <w:tc>
          <w:tcPr>
            <w:tcW w:type="dxa" w:w="1271"/>
          </w:tcPr>
          <w:p>
            <w:pPr>
              <w:spacing w:after="0"/>
              <w:jc w:val="left"/>
            </w:pPr>
            <w:r>
              <w:rPr>
                <w:sz w:val="16"/>
              </w:rPr>
              <w:t>event-days per year</w:t>
            </w:r>
          </w:p>
        </w:tc>
        <w:tc>
          <w:tcPr>
            <w:tcW w:type="dxa" w:w="1568"/>
          </w:tcPr>
          <w:p>
            <w:pPr>
              <w:spacing w:after="0"/>
              <w:jc w:val="left"/>
            </w:pPr>
            <w:r>
              <w:rPr>
                <w:sz w:val="16"/>
              </w:rPr>
              <w:t>about 1.61 days per year</w:t>
            </w:r>
          </w:p>
        </w:tc>
        <w:tc>
          <w:tcPr>
            <w:tcW w:type="dxa" w:w="1615"/>
          </w:tcPr>
          <w:p>
            <w:pPr>
              <w:spacing w:after="0"/>
              <w:jc w:val="left"/>
            </w:pPr>
            <w:r>
              <w:rPr>
                <w:sz w:val="16"/>
              </w:rPr>
              <w:t>Likely (from Storm Events: 19 of 30 years)</w:t>
            </w:r>
          </w:p>
        </w:tc>
        <w:tc>
          <w:tcPr>
            <w:tcW w:type="dxa" w:w="1759"/>
          </w:tcPr>
          <w:p>
            <w:pPr>
              <w:spacing w:after="0"/>
              <w:jc w:val="left"/>
            </w:pPr>
            <w:r>
              <w:rPr>
                <w:sz w:val="16"/>
              </w:rPr>
              <w:t>event-days in 19 of 30 years, 1996 to 2025 (63.3%)</w:t>
            </w:r>
          </w:p>
        </w:tc>
        <w:tc>
          <w:tcPr>
            <w:tcW w:type="dxa" w:w="1517"/>
          </w:tcPr>
          <w:p>
            <w:pPr>
              <w:spacing w:after="0"/>
              <w:jc w:val="right"/>
            </w:pPr>
            <w:r>
              <w:rPr>
                <w:sz w:val="16"/>
              </w:rPr>
              <w:t>45</w:t>
            </w:r>
          </w:p>
        </w:tc>
        <w:tc>
          <w:tcPr>
            <w:tcW w:type="dxa" w:w="1488"/>
          </w:tcPr>
          <w:p>
            <w:pPr>
              <w:spacing w:after="0"/>
              <w:jc w:val="left"/>
            </w:pPr>
            <w:r>
              <w:rPr>
                <w:sz w:val="16"/>
              </w:rPr>
              <w:t>1996 to 2023 (28 years)</w:t>
            </w:r>
          </w:p>
        </w:tc>
        <w:tc>
          <w:tcPr>
            <w:tcW w:type="dxa" w:w="1037"/>
          </w:tcPr>
          <w:p>
            <w:pPr>
              <w:spacing w:after="0"/>
              <w:jc w:val="left"/>
            </w:pPr>
            <w:r>
              <w:rPr>
                <w:sz w:val="16"/>
              </w:rPr>
              <w:t>see B1-f</w:t>
            </w:r>
          </w:p>
        </w:tc>
        <w:tc>
          <w:tcPr>
            <w:tcW w:type="dxa" w:w="1586"/>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1.28</w:t>
            </w:r>
          </w:p>
        </w:tc>
        <w:tc>
          <w:tcPr>
            <w:tcW w:type="dxa" w:w="1271"/>
          </w:tcPr>
          <w:p>
            <w:pPr>
              <w:spacing w:after="0"/>
              <w:jc w:val="left"/>
            </w:pPr>
            <w:r>
              <w:rPr>
                <w:sz w:val="16"/>
              </w:rPr>
              <w:t>events per year (modeled)</w:t>
            </w:r>
          </w:p>
        </w:tc>
        <w:tc>
          <w:tcPr>
            <w:tcW w:type="dxa" w:w="1568"/>
          </w:tcPr>
          <w:p>
            <w:pPr>
              <w:spacing w:after="0"/>
              <w:jc w:val="left"/>
            </w:pPr>
            <w:r>
              <w:rPr>
                <w:sz w:val="16"/>
              </w:rPr>
              <w:t>about 1.28 per year</w:t>
            </w:r>
          </w:p>
        </w:tc>
        <w:tc>
          <w:tcPr>
            <w:tcW w:type="dxa" w:w="1615"/>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24.2</w:t>
            </w:r>
          </w:p>
        </w:tc>
        <w:tc>
          <w:tcPr>
            <w:tcW w:type="dxa" w:w="1271"/>
          </w:tcPr>
          <w:p>
            <w:pPr>
              <w:spacing w:after="0"/>
              <w:jc w:val="left"/>
            </w:pPr>
            <w:r>
              <w:rPr>
                <w:sz w:val="16"/>
              </w:rPr>
              <w:t>days per year with a strike</w:t>
            </w:r>
          </w:p>
        </w:tc>
        <w:tc>
          <w:tcPr>
            <w:tcW w:type="dxa" w:w="1568"/>
          </w:tcPr>
          <w:p>
            <w:pPr>
              <w:spacing w:after="0"/>
              <w:jc w:val="left"/>
            </w:pPr>
            <w:r>
              <w:rPr>
                <w:sz w:val="16"/>
              </w:rPr>
              <w:t>about 24.2 days per year</w:t>
            </w:r>
          </w:p>
        </w:tc>
        <w:tc>
          <w:tcPr>
            <w:tcW w:type="dxa" w:w="1615"/>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1995 to 2023 (29 years; CONUS)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1.36</w:t>
            </w:r>
          </w:p>
        </w:tc>
        <w:tc>
          <w:tcPr>
            <w:tcW w:type="dxa" w:w="1271"/>
          </w:tcPr>
          <w:p>
            <w:pPr>
              <w:spacing w:after="0"/>
              <w:jc w:val="left"/>
            </w:pPr>
            <w:r>
              <w:rPr>
                <w:sz w:val="16"/>
              </w:rPr>
              <w:t>events per year</w:t>
            </w:r>
          </w:p>
        </w:tc>
        <w:tc>
          <w:tcPr>
            <w:tcW w:type="dxa" w:w="1568"/>
          </w:tcPr>
          <w:p>
            <w:pPr>
              <w:spacing w:after="0"/>
              <w:jc w:val="left"/>
            </w:pPr>
            <w:r>
              <w:rPr>
                <w:sz w:val="16"/>
              </w:rPr>
              <w:t>about 1.36 per year</w:t>
            </w:r>
          </w:p>
        </w:tc>
        <w:tc>
          <w:tcPr>
            <w:tcW w:type="dxa" w:w="1615"/>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17"/>
          </w:tcPr>
          <w:p>
            <w:pPr>
              <w:spacing w:after="0"/>
              <w:jc w:val="right"/>
            </w:pPr>
            <w:r>
              <w:rPr>
                <w:sz w:val="16"/>
              </w:rPr>
              <w:t>52</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0.124</w:t>
            </w:r>
          </w:p>
        </w:tc>
        <w:tc>
          <w:tcPr>
            <w:tcW w:type="dxa" w:w="1271"/>
          </w:tcPr>
          <w:p>
            <w:pPr>
              <w:spacing w:after="0"/>
              <w:jc w:val="left"/>
            </w:pPr>
            <w:r>
              <w:rPr>
                <w:sz w:val="16"/>
              </w:rPr>
              <w:t>events per year</w:t>
            </w:r>
          </w:p>
        </w:tc>
        <w:tc>
          <w:tcPr>
            <w:tcW w:type="dxa" w:w="1568"/>
          </w:tcPr>
          <w:p>
            <w:pPr>
              <w:spacing w:after="0"/>
              <w:jc w:val="left"/>
            </w:pPr>
            <w:r>
              <w:rPr>
                <w:sz w:val="16"/>
              </w:rPr>
              <w:t>about 1 in 8 years</w:t>
            </w:r>
          </w:p>
        </w:tc>
        <w:tc>
          <w:tcPr>
            <w:tcW w:type="dxa" w:w="1615"/>
          </w:tcPr>
          <w:p>
            <w:pPr>
              <w:spacing w:after="0"/>
              <w:jc w:val="left"/>
            </w:pPr>
            <w:r>
              <w:rPr>
                <w:sz w:val="16"/>
              </w:rPr>
              <w:t>Likely</w:t>
            </w:r>
          </w:p>
        </w:tc>
        <w:tc>
          <w:tcPr>
            <w:tcW w:type="dxa" w:w="175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1950 to 2023 (EF2+); 1986 to 2023 (EF0-1)</w:t>
            </w:r>
          </w:p>
        </w:tc>
        <w:tc>
          <w:tcPr>
            <w:tcW w:type="dxa" w:w="1037"/>
          </w:tcPr>
          <w:p>
            <w:pPr>
              <w:spacing w:after="0"/>
              <w:jc w:val="left"/>
            </w:pPr>
            <w:r>
              <w:rPr>
                <w:sz w:val="16"/>
              </w:rPr>
              <w:t>see B1-f</w:t>
            </w: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0.000022</w:t>
            </w:r>
          </w:p>
        </w:tc>
        <w:tc>
          <w:tcPr>
            <w:tcW w:type="dxa" w:w="1271"/>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0.0022%</w:t>
            </w:r>
          </w:p>
        </w:tc>
        <w:tc>
          <w:tcPr>
            <w:tcW w:type="dxa" w:w="1615"/>
          </w:tcPr>
          <w:p>
            <w:pPr>
              <w:spacing w:after="0"/>
              <w:jc w:val="left"/>
            </w:pPr>
            <w:r>
              <w:rPr>
                <w:sz w:val="16"/>
              </w:rPr>
              <w:t>Possible (from Storm Events: 1 of 30 years)</w:t>
            </w:r>
          </w:p>
        </w:tc>
        <w:tc>
          <w:tcPr>
            <w:tcW w:type="dxa" w:w="1759"/>
          </w:tcPr>
          <w:p>
            <w:pPr>
              <w:spacing w:after="0"/>
              <w:jc w:val="left"/>
            </w:pPr>
            <w:r>
              <w:rPr>
                <w:sz w:val="16"/>
              </w:rPr>
              <w:t>Storm Events records in 1 of 30 years, 1996 to 2025 (3.33%)</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586"/>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24.4</w:t>
            </w:r>
          </w:p>
        </w:tc>
        <w:tc>
          <w:tcPr>
            <w:tcW w:type="dxa" w:w="1271"/>
          </w:tcPr>
          <w:p>
            <w:pPr>
              <w:spacing w:after="0"/>
              <w:jc w:val="left"/>
            </w:pPr>
            <w:r>
              <w:rPr>
                <w:sz w:val="16"/>
              </w:rPr>
              <w:t>event-days per year</w:t>
            </w:r>
          </w:p>
        </w:tc>
        <w:tc>
          <w:tcPr>
            <w:tcW w:type="dxa" w:w="1568"/>
          </w:tcPr>
          <w:p>
            <w:pPr>
              <w:spacing w:after="0"/>
              <w:jc w:val="left"/>
            </w:pPr>
            <w:r>
              <w:rPr>
                <w:sz w:val="16"/>
              </w:rPr>
              <w:t>about 24.4 days per year</w:t>
            </w:r>
          </w:p>
        </w:tc>
        <w:tc>
          <w:tcPr>
            <w:tcW w:type="dxa" w:w="1615"/>
          </w:tcPr>
          <w:p>
            <w:pPr>
              <w:spacing w:after="0"/>
              <w:jc w:val="left"/>
            </w:pPr>
            <w:r>
              <w:rPr>
                <w:sz w:val="16"/>
              </w:rPr>
              <w:t>Highly likely (from Storm Events: 29 of 30 years)</w:t>
            </w:r>
          </w:p>
        </w:tc>
        <w:tc>
          <w:tcPr>
            <w:tcW w:type="dxa" w:w="1759"/>
          </w:tcPr>
          <w:p>
            <w:pPr>
              <w:spacing w:after="0"/>
              <w:jc w:val="left"/>
            </w:pPr>
            <w:r>
              <w:rPr>
                <w:sz w:val="16"/>
              </w:rPr>
              <w:t>event-days in 29 of 30 years, 1996 to 2025 (96.7%)</w:t>
            </w:r>
          </w:p>
        </w:tc>
        <w:tc>
          <w:tcPr>
            <w:tcW w:type="dxa" w:w="1517"/>
          </w:tcPr>
          <w:p>
            <w:pPr>
              <w:spacing w:after="0"/>
              <w:jc w:val="right"/>
            </w:pPr>
            <w:r>
              <w:rPr>
                <w:sz w:val="16"/>
              </w:rPr>
              <w:t>464</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58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8 of 12</w:t>
            </w:r>
          </w:p>
        </w:tc>
        <w:tc>
          <w:tcPr>
            <w:tcW w:type="dxa" w:w="1220"/>
          </w:tcPr>
          <w:p>
            <w:pPr>
              <w:spacing w:after="0"/>
              <w:jc w:val="right"/>
            </w:pPr>
            <w:r>
              <w:rPr>
                <w:sz w:val="16"/>
              </w:rPr>
              <w:t>58.1</w:t>
            </w:r>
          </w:p>
        </w:tc>
        <w:tc>
          <w:tcPr>
            <w:tcW w:type="dxa" w:w="1279"/>
          </w:tcPr>
          <w:p>
            <w:pPr>
              <w:spacing w:after="0"/>
              <w:jc w:val="right"/>
            </w:pPr>
            <w:r>
              <w:rPr>
                <w:sz w:val="16"/>
              </w:rPr>
              <w:t>60.5</w:t>
            </w:r>
          </w:p>
        </w:tc>
        <w:tc>
          <w:tcPr>
            <w:tcW w:type="dxa" w:w="1220"/>
          </w:tcPr>
          <w:p>
            <w:pPr>
              <w:spacing w:after="0"/>
              <w:jc w:val="right"/>
            </w:pPr>
            <w:r>
              <w:rPr>
                <w:sz w:val="16"/>
              </w:rPr>
              <w:t>62.8</w:t>
            </w:r>
          </w:p>
        </w:tc>
        <w:tc>
          <w:tcPr>
            <w:tcW w:type="dxa" w:w="6826"/>
          </w:tcPr>
          <w:p>
            <w:pPr>
              <w:spacing w:after="0"/>
              <w:jc w:val="left"/>
            </w:pPr>
            <w:r>
              <w:rPr>
                <w:sz w:val="16"/>
              </w:rPr>
              <w:t>Very Low 8, Not Applicable 4</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12 of 12</w:t>
            </w:r>
          </w:p>
        </w:tc>
        <w:tc>
          <w:tcPr>
            <w:tcW w:type="dxa" w:w="1220"/>
          </w:tcPr>
          <w:p>
            <w:pPr>
              <w:spacing w:after="0"/>
              <w:jc w:val="right"/>
            </w:pPr>
            <w:r>
              <w:rPr>
                <w:sz w:val="16"/>
              </w:rPr>
              <w:t>82.7</w:t>
            </w:r>
          </w:p>
        </w:tc>
        <w:tc>
          <w:tcPr>
            <w:tcW w:type="dxa" w:w="1279"/>
          </w:tcPr>
          <w:p>
            <w:pPr>
              <w:spacing w:after="0"/>
              <w:jc w:val="right"/>
            </w:pPr>
            <w:r>
              <w:rPr>
                <w:sz w:val="16"/>
              </w:rPr>
              <w:t>93.1</w:t>
            </w:r>
          </w:p>
        </w:tc>
        <w:tc>
          <w:tcPr>
            <w:tcW w:type="dxa" w:w="1220"/>
          </w:tcPr>
          <w:p>
            <w:pPr>
              <w:spacing w:after="0"/>
              <w:jc w:val="right"/>
            </w:pPr>
            <w:r>
              <w:rPr>
                <w:sz w:val="16"/>
              </w:rPr>
              <w:t>97.6</w:t>
            </w:r>
          </w:p>
        </w:tc>
        <w:tc>
          <w:tcPr>
            <w:tcW w:type="dxa" w:w="6826"/>
          </w:tcPr>
          <w:p>
            <w:pPr>
              <w:spacing w:after="0"/>
              <w:jc w:val="left"/>
            </w:pPr>
            <w:r>
              <w:rPr>
                <w:sz w:val="16"/>
              </w:rPr>
              <w:t>Very High 4, Relatively High 8</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12</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12</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12 of 12</w:t>
            </w:r>
          </w:p>
        </w:tc>
        <w:tc>
          <w:tcPr>
            <w:tcW w:type="dxa" w:w="1220"/>
          </w:tcPr>
          <w:p>
            <w:pPr>
              <w:spacing w:after="0"/>
              <w:jc w:val="right"/>
            </w:pPr>
            <w:r>
              <w:rPr>
                <w:sz w:val="16"/>
              </w:rPr>
              <w:t>25.4</w:t>
            </w:r>
          </w:p>
        </w:tc>
        <w:tc>
          <w:tcPr>
            <w:tcW w:type="dxa" w:w="1279"/>
          </w:tcPr>
          <w:p>
            <w:pPr>
              <w:spacing w:after="0"/>
              <w:jc w:val="right"/>
            </w:pPr>
            <w:r>
              <w:rPr>
                <w:sz w:val="16"/>
              </w:rPr>
              <w:t>38.5</w:t>
            </w:r>
          </w:p>
        </w:tc>
        <w:tc>
          <w:tcPr>
            <w:tcW w:type="dxa" w:w="1220"/>
          </w:tcPr>
          <w:p>
            <w:pPr>
              <w:spacing w:after="0"/>
              <w:jc w:val="right"/>
            </w:pPr>
            <w:r>
              <w:rPr>
                <w:sz w:val="16"/>
              </w:rPr>
              <w:t>54.4</w:t>
            </w:r>
          </w:p>
        </w:tc>
        <w:tc>
          <w:tcPr>
            <w:tcW w:type="dxa" w:w="6826"/>
          </w:tcPr>
          <w:p>
            <w:pPr>
              <w:spacing w:after="0"/>
              <w:jc w:val="left"/>
            </w:pPr>
            <w:r>
              <w:rPr>
                <w:sz w:val="16"/>
              </w:rPr>
              <w:t>Relatively Low 5, Very Low 7</w:t>
            </w:r>
          </w:p>
        </w:tc>
      </w:tr>
      <w:tr>
        <w:trPr>
          <w:cantSplit/>
        </w:trPr>
        <w:tc>
          <w:tcPr>
            <w:tcW w:type="dxa" w:w="1952"/>
          </w:tcPr>
          <w:p>
            <w:pPr>
              <w:spacing w:after="0"/>
              <w:jc w:val="left"/>
            </w:pPr>
            <w:r>
              <w:rPr>
                <w:sz w:val="16"/>
              </w:rPr>
              <w:t>Hail</w:t>
            </w:r>
          </w:p>
        </w:tc>
        <w:tc>
          <w:tcPr>
            <w:tcW w:type="dxa" w:w="1616"/>
          </w:tcPr>
          <w:p>
            <w:pPr>
              <w:spacing w:after="0"/>
              <w:jc w:val="right"/>
            </w:pPr>
            <w:r>
              <w:rPr>
                <w:sz w:val="16"/>
              </w:rPr>
              <w:t>12 of 12</w:t>
            </w:r>
          </w:p>
        </w:tc>
        <w:tc>
          <w:tcPr>
            <w:tcW w:type="dxa" w:w="1220"/>
          </w:tcPr>
          <w:p>
            <w:pPr>
              <w:spacing w:after="0"/>
              <w:jc w:val="right"/>
            </w:pPr>
            <w:r>
              <w:rPr>
                <w:sz w:val="16"/>
              </w:rPr>
              <w:t>40.5</w:t>
            </w:r>
          </w:p>
        </w:tc>
        <w:tc>
          <w:tcPr>
            <w:tcW w:type="dxa" w:w="1279"/>
          </w:tcPr>
          <w:p>
            <w:pPr>
              <w:spacing w:after="0"/>
              <w:jc w:val="right"/>
            </w:pPr>
            <w:r>
              <w:rPr>
                <w:sz w:val="16"/>
              </w:rPr>
              <w:t>55.8</w:t>
            </w:r>
          </w:p>
        </w:tc>
        <w:tc>
          <w:tcPr>
            <w:tcW w:type="dxa" w:w="1220"/>
          </w:tcPr>
          <w:p>
            <w:pPr>
              <w:spacing w:after="0"/>
              <w:jc w:val="right"/>
            </w:pPr>
            <w:r>
              <w:rPr>
                <w:sz w:val="16"/>
              </w:rPr>
              <w:t>65.5</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12 of 12</w:t>
            </w:r>
          </w:p>
        </w:tc>
        <w:tc>
          <w:tcPr>
            <w:tcW w:type="dxa" w:w="1220"/>
          </w:tcPr>
          <w:p>
            <w:pPr>
              <w:spacing w:after="0"/>
              <w:jc w:val="right"/>
            </w:pPr>
            <w:r>
              <w:rPr>
                <w:sz w:val="16"/>
              </w:rPr>
              <w:t>5.9</w:t>
            </w:r>
          </w:p>
        </w:tc>
        <w:tc>
          <w:tcPr>
            <w:tcW w:type="dxa" w:w="1279"/>
          </w:tcPr>
          <w:p>
            <w:pPr>
              <w:spacing w:after="0"/>
              <w:jc w:val="right"/>
            </w:pPr>
            <w:r>
              <w:rPr>
                <w:sz w:val="16"/>
              </w:rPr>
              <w:t>13.8</w:t>
            </w:r>
          </w:p>
        </w:tc>
        <w:tc>
          <w:tcPr>
            <w:tcW w:type="dxa" w:w="1220"/>
          </w:tcPr>
          <w:p>
            <w:pPr>
              <w:spacing w:after="0"/>
              <w:jc w:val="right"/>
            </w:pPr>
            <w:r>
              <w:rPr>
                <w:sz w:val="16"/>
              </w:rPr>
              <w:t>24.1</w:t>
            </w:r>
          </w:p>
        </w:tc>
        <w:tc>
          <w:tcPr>
            <w:tcW w:type="dxa" w:w="6826"/>
          </w:tcPr>
          <w:p>
            <w:pPr>
              <w:spacing w:after="0"/>
              <w:jc w:val="left"/>
            </w:pPr>
            <w:r>
              <w:rPr>
                <w:sz w:val="16"/>
              </w:rPr>
              <w:t>Relatively Low 4,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12 of 12</w:t>
            </w:r>
          </w:p>
        </w:tc>
        <w:tc>
          <w:tcPr>
            <w:tcW w:type="dxa" w:w="1220"/>
          </w:tcPr>
          <w:p>
            <w:pPr>
              <w:spacing w:after="0"/>
              <w:jc w:val="right"/>
            </w:pPr>
            <w:r>
              <w:rPr>
                <w:sz w:val="16"/>
              </w:rPr>
              <w:t>61.8</w:t>
            </w:r>
          </w:p>
        </w:tc>
        <w:tc>
          <w:tcPr>
            <w:tcW w:type="dxa" w:w="1279"/>
          </w:tcPr>
          <w:p>
            <w:pPr>
              <w:spacing w:after="0"/>
              <w:jc w:val="right"/>
            </w:pPr>
            <w:r>
              <w:rPr>
                <w:sz w:val="16"/>
              </w:rPr>
              <w:t>72.4</w:t>
            </w:r>
          </w:p>
        </w:tc>
        <w:tc>
          <w:tcPr>
            <w:tcW w:type="dxa" w:w="1220"/>
          </w:tcPr>
          <w:p>
            <w:pPr>
              <w:spacing w:after="0"/>
              <w:jc w:val="right"/>
            </w:pPr>
            <w:r>
              <w:rPr>
                <w:sz w:val="16"/>
              </w:rPr>
              <w:t>78.3</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12 of 12</w:t>
            </w:r>
          </w:p>
        </w:tc>
        <w:tc>
          <w:tcPr>
            <w:tcW w:type="dxa" w:w="1220"/>
          </w:tcPr>
          <w:p>
            <w:pPr>
              <w:spacing w:after="0"/>
              <w:jc w:val="right"/>
            </w:pPr>
            <w:r>
              <w:rPr>
                <w:sz w:val="16"/>
              </w:rPr>
              <w:t>38.0</w:t>
            </w:r>
          </w:p>
        </w:tc>
        <w:tc>
          <w:tcPr>
            <w:tcW w:type="dxa" w:w="1279"/>
          </w:tcPr>
          <w:p>
            <w:pPr>
              <w:spacing w:after="0"/>
              <w:jc w:val="right"/>
            </w:pPr>
            <w:r>
              <w:rPr>
                <w:sz w:val="16"/>
              </w:rPr>
              <w:t>59.1</w:t>
            </w:r>
          </w:p>
        </w:tc>
        <w:tc>
          <w:tcPr>
            <w:tcW w:type="dxa" w:w="1220"/>
          </w:tcPr>
          <w:p>
            <w:pPr>
              <w:spacing w:after="0"/>
              <w:jc w:val="right"/>
            </w:pPr>
            <w:r>
              <w:rPr>
                <w:sz w:val="16"/>
              </w:rPr>
              <w:t>78.9</w:t>
            </w:r>
          </w:p>
        </w:tc>
        <w:tc>
          <w:tcPr>
            <w:tcW w:type="dxa" w:w="6826"/>
          </w:tcPr>
          <w:p>
            <w:pPr>
              <w:spacing w:after="0"/>
              <w:jc w:val="left"/>
            </w:pPr>
            <w:r>
              <w:rPr>
                <w:sz w:val="16"/>
              </w:rPr>
              <w:t>Relatively Moderate 4,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12 of 12</w:t>
            </w:r>
          </w:p>
        </w:tc>
        <w:tc>
          <w:tcPr>
            <w:tcW w:type="dxa" w:w="1220"/>
          </w:tcPr>
          <w:p>
            <w:pPr>
              <w:spacing w:after="0"/>
              <w:jc w:val="right"/>
            </w:pPr>
            <w:r>
              <w:rPr>
                <w:sz w:val="16"/>
              </w:rPr>
              <w:t>37.8</w:t>
            </w:r>
          </w:p>
        </w:tc>
        <w:tc>
          <w:tcPr>
            <w:tcW w:type="dxa" w:w="1279"/>
          </w:tcPr>
          <w:p>
            <w:pPr>
              <w:spacing w:after="0"/>
              <w:jc w:val="right"/>
            </w:pPr>
            <w:r>
              <w:rPr>
                <w:sz w:val="16"/>
              </w:rPr>
              <w:t>65.1</w:t>
            </w:r>
          </w:p>
        </w:tc>
        <w:tc>
          <w:tcPr>
            <w:tcW w:type="dxa" w:w="1220"/>
          </w:tcPr>
          <w:p>
            <w:pPr>
              <w:spacing w:after="0"/>
              <w:jc w:val="right"/>
            </w:pPr>
            <w:r>
              <w:rPr>
                <w:sz w:val="16"/>
              </w:rPr>
              <w:t>96.0</w:t>
            </w:r>
          </w:p>
        </w:tc>
        <w:tc>
          <w:tcPr>
            <w:tcW w:type="dxa" w:w="6826"/>
          </w:tcPr>
          <w:p>
            <w:pPr>
              <w:spacing w:after="0"/>
              <w:jc w:val="left"/>
            </w:pPr>
            <w:r>
              <w:rPr>
                <w:sz w:val="16"/>
              </w:rPr>
              <w:t>Very High 1, Relatively High 2, Relatively Moderate 7,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12 of 12</w:t>
            </w:r>
          </w:p>
        </w:tc>
        <w:tc>
          <w:tcPr>
            <w:tcW w:type="dxa" w:w="1220"/>
          </w:tcPr>
          <w:p>
            <w:pPr>
              <w:spacing w:after="0"/>
              <w:jc w:val="right"/>
            </w:pPr>
            <w:r>
              <w:rPr>
                <w:sz w:val="16"/>
              </w:rPr>
              <w:t>43.7</w:t>
            </w:r>
          </w:p>
        </w:tc>
        <w:tc>
          <w:tcPr>
            <w:tcW w:type="dxa" w:w="1279"/>
          </w:tcPr>
          <w:p>
            <w:pPr>
              <w:spacing w:after="0"/>
              <w:jc w:val="right"/>
            </w:pPr>
            <w:r>
              <w:rPr>
                <w:sz w:val="16"/>
              </w:rPr>
              <w:t>90.4</w:t>
            </w:r>
          </w:p>
        </w:tc>
        <w:tc>
          <w:tcPr>
            <w:tcW w:type="dxa" w:w="1220"/>
          </w:tcPr>
          <w:p>
            <w:pPr>
              <w:spacing w:after="0"/>
              <w:jc w:val="right"/>
            </w:pPr>
            <w:r>
              <w:rPr>
                <w:sz w:val="16"/>
              </w:rPr>
              <w:t>96.7</w:t>
            </w:r>
          </w:p>
        </w:tc>
        <w:tc>
          <w:tcPr>
            <w:tcW w:type="dxa" w:w="6826"/>
          </w:tcPr>
          <w:p>
            <w:pPr>
              <w:spacing w:after="0"/>
              <w:jc w:val="left"/>
            </w:pPr>
            <w:r>
              <w:rPr>
                <w:sz w:val="16"/>
              </w:rPr>
              <w:t>Relatively Moderate 2, Relatively Low 6, Very Low 4</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12 of 12</w:t>
            </w:r>
          </w:p>
        </w:tc>
        <w:tc>
          <w:tcPr>
            <w:tcW w:type="dxa" w:w="1220"/>
          </w:tcPr>
          <w:p>
            <w:pPr>
              <w:spacing w:after="0"/>
              <w:jc w:val="right"/>
            </w:pPr>
            <w:r>
              <w:rPr>
                <w:sz w:val="16"/>
              </w:rPr>
              <w:t>48.7</w:t>
            </w:r>
          </w:p>
        </w:tc>
        <w:tc>
          <w:tcPr>
            <w:tcW w:type="dxa" w:w="1279"/>
          </w:tcPr>
          <w:p>
            <w:pPr>
              <w:spacing w:after="0"/>
              <w:jc w:val="right"/>
            </w:pPr>
            <w:r>
              <w:rPr>
                <w:sz w:val="16"/>
              </w:rPr>
              <w:t>71.9</w:t>
            </w:r>
          </w:p>
        </w:tc>
        <w:tc>
          <w:tcPr>
            <w:tcW w:type="dxa" w:w="1220"/>
          </w:tcPr>
          <w:p>
            <w:pPr>
              <w:spacing w:after="0"/>
              <w:jc w:val="right"/>
            </w:pPr>
            <w:r>
              <w:rPr>
                <w:sz w:val="16"/>
              </w:rPr>
              <w:t>87.6</w:t>
            </w:r>
          </w:p>
        </w:tc>
        <w:tc>
          <w:tcPr>
            <w:tcW w:type="dxa" w:w="6826"/>
          </w:tcPr>
          <w:p>
            <w:pPr>
              <w:spacing w:after="0"/>
              <w:jc w:val="left"/>
            </w:pPr>
            <w:r>
              <w:rPr>
                <w:sz w:val="16"/>
              </w:rPr>
              <w:t>Relatively High 4, Relatively Moderate 7, Relatively Low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12 of 12</w:t>
            </w:r>
          </w:p>
        </w:tc>
        <w:tc>
          <w:tcPr>
            <w:tcW w:type="dxa" w:w="1220"/>
          </w:tcPr>
          <w:p>
            <w:pPr>
              <w:spacing w:after="0"/>
              <w:jc w:val="right"/>
            </w:pPr>
            <w:r>
              <w:rPr>
                <w:sz w:val="16"/>
              </w:rPr>
              <w:t>28.6</w:t>
            </w:r>
          </w:p>
        </w:tc>
        <w:tc>
          <w:tcPr>
            <w:tcW w:type="dxa" w:w="1279"/>
          </w:tcPr>
          <w:p>
            <w:pPr>
              <w:spacing w:after="0"/>
              <w:jc w:val="right"/>
            </w:pPr>
            <w:r>
              <w:rPr>
                <w:sz w:val="16"/>
              </w:rPr>
              <w:t>46.3</w:t>
            </w:r>
          </w:p>
        </w:tc>
        <w:tc>
          <w:tcPr>
            <w:tcW w:type="dxa" w:w="1220"/>
          </w:tcPr>
          <w:p>
            <w:pPr>
              <w:spacing w:after="0"/>
              <w:jc w:val="right"/>
            </w:pPr>
            <w:r>
              <w:rPr>
                <w:sz w:val="16"/>
              </w:rPr>
              <w:t>60.9</w:t>
            </w:r>
          </w:p>
        </w:tc>
        <w:tc>
          <w:tcPr>
            <w:tcW w:type="dxa" w:w="6826"/>
          </w:tcPr>
          <w:p>
            <w:pPr>
              <w:spacing w:after="0"/>
              <w:jc w:val="left"/>
            </w:pPr>
            <w:r>
              <w:rPr>
                <w:sz w:val="16"/>
              </w:rPr>
              <w:t>Relatively Moderate 2, Relatively Low 10</w:t>
            </w:r>
          </w:p>
        </w:tc>
      </w:tr>
      <w:tr>
        <w:trPr>
          <w:cantSplit/>
        </w:trPr>
        <w:tc>
          <w:tcPr>
            <w:tcW w:type="dxa" w:w="1952"/>
          </w:tcPr>
          <w:p>
            <w:pPr>
              <w:spacing w:after="0"/>
              <w:jc w:val="left"/>
            </w:pPr>
            <w:r>
              <w:rPr>
                <w:sz w:val="16"/>
              </w:rPr>
              <w:t>Tornado</w:t>
            </w:r>
          </w:p>
        </w:tc>
        <w:tc>
          <w:tcPr>
            <w:tcW w:type="dxa" w:w="1616"/>
          </w:tcPr>
          <w:p>
            <w:pPr>
              <w:spacing w:after="0"/>
              <w:jc w:val="right"/>
            </w:pPr>
            <w:r>
              <w:rPr>
                <w:sz w:val="16"/>
              </w:rPr>
              <w:t>12 of 12</w:t>
            </w:r>
          </w:p>
        </w:tc>
        <w:tc>
          <w:tcPr>
            <w:tcW w:type="dxa" w:w="1220"/>
          </w:tcPr>
          <w:p>
            <w:pPr>
              <w:spacing w:after="0"/>
              <w:jc w:val="right"/>
            </w:pPr>
            <w:r>
              <w:rPr>
                <w:sz w:val="16"/>
              </w:rPr>
              <w:t>21.0</w:t>
            </w:r>
          </w:p>
        </w:tc>
        <w:tc>
          <w:tcPr>
            <w:tcW w:type="dxa" w:w="1279"/>
          </w:tcPr>
          <w:p>
            <w:pPr>
              <w:spacing w:after="0"/>
              <w:jc w:val="right"/>
            </w:pPr>
            <w:r>
              <w:rPr>
                <w:sz w:val="16"/>
              </w:rPr>
              <w:t>31.3</w:t>
            </w:r>
          </w:p>
        </w:tc>
        <w:tc>
          <w:tcPr>
            <w:tcW w:type="dxa" w:w="1220"/>
          </w:tcPr>
          <w:p>
            <w:pPr>
              <w:spacing w:after="0"/>
              <w:jc w:val="right"/>
            </w:pPr>
            <w:r>
              <w:rPr>
                <w:sz w:val="16"/>
              </w:rPr>
              <w:t>43.7</w:t>
            </w:r>
          </w:p>
        </w:tc>
        <w:tc>
          <w:tcPr>
            <w:tcW w:type="dxa" w:w="6826"/>
          </w:tcPr>
          <w:p>
            <w:pPr>
              <w:spacing w:after="0"/>
              <w:jc w:val="left"/>
            </w:pPr>
            <w:r>
              <w:rPr>
                <w:sz w:val="16"/>
              </w:rPr>
              <w:t>Relatively Low 10, Very Low 2</w:t>
            </w:r>
          </w:p>
        </w:tc>
      </w:tr>
      <w:tr>
        <w:trPr>
          <w:cantSplit/>
        </w:trPr>
        <w:tc>
          <w:tcPr>
            <w:tcW w:type="dxa" w:w="1952"/>
          </w:tcPr>
          <w:p>
            <w:pPr>
              <w:spacing w:after="0"/>
              <w:jc w:val="left"/>
            </w:pPr>
            <w:r>
              <w:rPr>
                <w:sz w:val="16"/>
              </w:rPr>
              <w:t>Wildfire</w:t>
            </w:r>
          </w:p>
        </w:tc>
        <w:tc>
          <w:tcPr>
            <w:tcW w:type="dxa" w:w="1616"/>
          </w:tcPr>
          <w:p>
            <w:pPr>
              <w:spacing w:after="0"/>
              <w:jc w:val="right"/>
            </w:pPr>
            <w:r>
              <w:rPr>
                <w:sz w:val="16"/>
              </w:rPr>
              <w:t>12 of 12</w:t>
            </w:r>
          </w:p>
        </w:tc>
        <w:tc>
          <w:tcPr>
            <w:tcW w:type="dxa" w:w="1220"/>
          </w:tcPr>
          <w:p>
            <w:pPr>
              <w:spacing w:after="0"/>
              <w:jc w:val="right"/>
            </w:pPr>
            <w:r>
              <w:rPr>
                <w:sz w:val="16"/>
              </w:rPr>
              <w:t>46.9</w:t>
            </w:r>
          </w:p>
        </w:tc>
        <w:tc>
          <w:tcPr>
            <w:tcW w:type="dxa" w:w="1279"/>
          </w:tcPr>
          <w:p>
            <w:pPr>
              <w:spacing w:after="0"/>
              <w:jc w:val="right"/>
            </w:pPr>
            <w:r>
              <w:rPr>
                <w:sz w:val="16"/>
              </w:rPr>
              <w:t>61.9</w:t>
            </w:r>
          </w:p>
        </w:tc>
        <w:tc>
          <w:tcPr>
            <w:tcW w:type="dxa" w:w="1220"/>
          </w:tcPr>
          <w:p>
            <w:pPr>
              <w:spacing w:after="0"/>
              <w:jc w:val="right"/>
            </w:pPr>
            <w:r>
              <w:rPr>
                <w:sz w:val="16"/>
              </w:rPr>
              <w:t>69.4</w:t>
            </w:r>
          </w:p>
        </w:tc>
        <w:tc>
          <w:tcPr>
            <w:tcW w:type="dxa" w:w="6826"/>
          </w:tcPr>
          <w:p>
            <w:pPr>
              <w:spacing w:after="0"/>
              <w:jc w:val="left"/>
            </w:pPr>
            <w:r>
              <w:rPr>
                <w:sz w:val="16"/>
              </w:rPr>
              <w:t>Relatively Low 1, Very Low 11</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12 of 12</w:t>
            </w:r>
          </w:p>
        </w:tc>
        <w:tc>
          <w:tcPr>
            <w:tcW w:type="dxa" w:w="1220"/>
          </w:tcPr>
          <w:p>
            <w:pPr>
              <w:spacing w:after="0"/>
              <w:jc w:val="right"/>
            </w:pPr>
            <w:r>
              <w:rPr>
                <w:sz w:val="16"/>
              </w:rPr>
              <w:t>49.7</w:t>
            </w:r>
          </w:p>
        </w:tc>
        <w:tc>
          <w:tcPr>
            <w:tcW w:type="dxa" w:w="1279"/>
          </w:tcPr>
          <w:p>
            <w:pPr>
              <w:spacing w:after="0"/>
              <w:jc w:val="right"/>
            </w:pPr>
            <w:r>
              <w:rPr>
                <w:sz w:val="16"/>
              </w:rPr>
              <w:t>67.4</w:t>
            </w:r>
          </w:p>
        </w:tc>
        <w:tc>
          <w:tcPr>
            <w:tcW w:type="dxa" w:w="1220"/>
          </w:tcPr>
          <w:p>
            <w:pPr>
              <w:spacing w:after="0"/>
              <w:jc w:val="right"/>
            </w:pPr>
            <w:r>
              <w:rPr>
                <w:sz w:val="16"/>
              </w:rPr>
              <w:t>77.0</w:t>
            </w:r>
          </w:p>
        </w:tc>
        <w:tc>
          <w:tcPr>
            <w:tcW w:type="dxa" w:w="6826"/>
          </w:tcPr>
          <w:p>
            <w:pPr>
              <w:spacing w:after="0"/>
              <w:jc w:val="left"/>
            </w:pPr>
            <w:r>
              <w:rPr>
                <w:sz w:val="16"/>
              </w:rPr>
              <w:t>Relatively Moderate 12</w:t>
            </w:r>
          </w:p>
        </w:tc>
      </w:tr>
    </w:tbl>
    <w:p>
      <w:pPr>
        <w:spacing w:after="40" w:before="60"/>
      </w:pPr>
      <w:r>
        <w:rPr>
          <w:sz w:val="15"/>
        </w:rPr>
        <w:t>Bennington County's 12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1"/>
        <w:gridCol w:w="860"/>
        <w:gridCol w:w="2679"/>
        <w:gridCol w:w="2797"/>
        <w:gridCol w:w="2892"/>
        <w:gridCol w:w="3153"/>
      </w:tblGrid>
      <w:tr>
        <w:trPr>
          <w:cantSplit/>
          <w:tblHeader/>
        </w:trPr>
        <w:tc>
          <w:tcPr>
            <w:tcW w:type="dxa" w:w="1731"/>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2679"/>
            <w:shd w:val="clear" w:color="auto" w:fill="E8E8E8"/>
          </w:tcPr>
          <w:p>
            <w:pPr>
              <w:spacing w:after="0"/>
              <w:jc w:val="left"/>
            </w:pPr>
            <w:r>
              <w:rPr>
                <w:b/>
                <w:sz w:val="16"/>
              </w:rPr>
              <w:t>Plan status</w:t>
            </w:r>
          </w:p>
        </w:tc>
        <w:tc>
          <w:tcPr>
            <w:tcW w:type="dxa" w:w="27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1"/>
          </w:tcPr>
          <w:p>
            <w:pPr>
              <w:spacing w:after="0"/>
              <w:jc w:val="left"/>
            </w:pPr>
            <w:r>
              <w:rPr>
                <w:sz w:val="16"/>
              </w:rPr>
              <w:t>Woodford town</w:t>
            </w:r>
          </w:p>
        </w:tc>
        <w:tc>
          <w:tcPr>
            <w:tcW w:type="dxa" w:w="860"/>
          </w:tcPr>
          <w:p>
            <w:pPr>
              <w:spacing w:after="0"/>
              <w:jc w:val="left"/>
            </w:pPr>
            <w:r>
              <w:rPr>
                <w:sz w:val="16"/>
              </w:rPr>
              <w:t>Town</w:t>
            </w:r>
          </w:p>
        </w:tc>
        <w:tc>
          <w:tcPr>
            <w:tcW w:type="dxa" w:w="2679"/>
          </w:tcPr>
          <w:p>
            <w:pPr>
              <w:spacing w:after="0"/>
              <w:jc w:val="left"/>
            </w:pPr>
            <w:r>
              <w:rPr>
                <w:sz w:val="16"/>
              </w:rPr>
              <w:t>Expired on 2018-03-04</w:t>
            </w:r>
          </w:p>
        </w:tc>
        <w:tc>
          <w:tcPr>
            <w:tcW w:type="dxa" w:w="2797"/>
          </w:tcPr>
          <w:p>
            <w:pPr>
              <w:spacing w:after="0"/>
              <w:jc w:val="right"/>
            </w:pPr>
            <w:r>
              <w:rPr>
                <w:sz w:val="16"/>
              </w:rPr>
              <w:t>FMA RL 0, SRL 0; any 0</w:t>
            </w:r>
          </w:p>
        </w:tc>
        <w:tc>
          <w:tcPr>
            <w:tcW w:type="dxa" w:w="2892"/>
          </w:tcPr>
          <w:p>
            <w:pPr>
              <w:spacing w:after="0"/>
              <w:jc w:val="right"/>
            </w:pPr>
            <w:r>
              <w:rPr>
                <w:sz w:val="16"/>
              </w:rPr>
              <w:t>$265,503.69</w:t>
            </w:r>
          </w:p>
        </w:tc>
        <w:tc>
          <w:tcPr>
            <w:tcW w:type="dxa" w:w="3153"/>
          </w:tcPr>
          <w:p>
            <w:pPr>
              <w:spacing w:after="0"/>
              <w:jc w:val="right"/>
            </w:pPr>
            <w:r>
              <w:rPr>
                <w:sz w:val="16"/>
              </w:rPr>
              <w:t>3 total; 2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Bennington County, county-level (county FIPS 50003);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(Bennington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Bennington County, county-level)"/>
        <w:tblDescription w:val="Hazard Plain table b2ab"/>
      </w:tblPr>
      <w:tblGrid>
        <w:gridCol w:w="1037"/>
        <w:gridCol w:w="1483"/>
        <w:gridCol w:w="1128"/>
        <w:gridCol w:w="1038"/>
        <w:gridCol w:w="1126"/>
        <w:gridCol w:w="1126"/>
        <w:gridCol w:w="1060"/>
        <w:gridCol w:w="1034"/>
        <w:gridCol w:w="1130"/>
        <w:gridCol w:w="1050"/>
        <w:gridCol w:w="1312"/>
        <w:gridCol w:w="158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2013-03-05</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28"/>
          </w:tcPr>
          <w:p>
            <w:pPr>
              <w:spacing w:after="0"/>
              <w:jc w:val="right"/>
            </w:pPr>
            <w:r>
              <w:rPr>
                <w:sz w:val="16"/>
              </w:rPr>
              <w:t>n/a</w:t>
            </w:r>
          </w:p>
        </w:tc>
        <w:tc>
          <w:tcPr>
            <w:tcW w:type="dxa" w:w="1038"/>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0"/>
          </w:tcPr>
          <w:p>
            <w:pPr>
              <w:spacing w:after="0"/>
              <w:jc w:val="right"/>
            </w:pPr>
            <w:r>
              <w:rPr>
                <w:sz w:val="16"/>
              </w:rPr>
              <w:t>$3,774</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8"/>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060"/>
          </w:tcPr>
          <w:p>
            <w:pPr>
              <w:spacing w:after="0"/>
              <w:jc w:val="right"/>
            </w:pPr>
            <w:r>
              <w:rPr>
                <w:sz w:val="16"/>
              </w:rPr>
              <w:t>$4,981,984</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0"/>
          </w:tcPr>
          <w:p>
            <w:pPr>
              <w:spacing w:after="0"/>
              <w:jc w:val="right"/>
            </w:pPr>
            <w:r>
              <w:rPr>
                <w:sz w:val="16"/>
              </w:rPr>
              <w:t>n/a</w:t>
            </w:r>
          </w:p>
        </w:tc>
        <w:tc>
          <w:tcPr>
            <w:tcW w:type="dxa" w:w="1034"/>
          </w:tcPr>
          <w:p>
            <w:pPr>
              <w:spacing w:after="0"/>
              <w:jc w:val="right"/>
            </w:pP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28"/>
          </w:tcPr>
          <w:p>
            <w:pPr>
              <w:spacing w:after="0"/>
              <w:jc w:val="right"/>
            </w:pPr>
            <w:r>
              <w:rPr>
                <w:sz w:val="16"/>
              </w:rPr>
              <w:t>n/a</w:t>
            </w:r>
          </w:p>
        </w:tc>
        <w:tc>
          <w:tcPr>
            <w:tcW w:type="dxa" w:w="1038"/>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r>
              <w:rPr>
                <w:sz w:val="16"/>
              </w:rPr>
              <w:t>n/a</w:t>
            </w:r>
          </w:p>
        </w:tc>
        <w:tc>
          <w:tcPr>
            <w:tcW w:type="dxa" w:w="1060"/>
          </w:tcPr>
          <w:p>
            <w:pPr>
              <w:spacing w:after="0"/>
              <w:jc w:val="right"/>
            </w:pPr>
            <w:r>
              <w:rPr>
                <w:sz w:val="16"/>
              </w:rPr>
              <w:t>$30,132</w:t>
            </w:r>
          </w:p>
        </w:tc>
        <w:tc>
          <w:tcPr>
            <w:tcW w:type="dxa" w:w="1034"/>
          </w:tcPr>
          <w:p>
            <w:pPr>
              <w:spacing w:after="0"/>
              <w:jc w:val="right"/>
            </w:pPr>
            <w:r>
              <w:rPr>
                <w:sz w:val="16"/>
              </w:rPr>
              <w:t>0.00105%</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8"/>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060"/>
          </w:tcPr>
          <w:p>
            <w:pPr>
              <w:spacing w:after="0"/>
              <w:jc w:val="right"/>
            </w:pPr>
            <w:r>
              <w:rPr>
                <w:sz w:val="16"/>
              </w:rPr>
              <w:t>$103,120</w:t>
            </w:r>
          </w:p>
        </w:tc>
        <w:tc>
          <w:tcPr>
            <w:tcW w:type="dxa" w:w="1034"/>
          </w:tcPr>
          <w:p>
            <w:pPr>
              <w:spacing w:after="0"/>
              <w:jc w:val="right"/>
            </w:pPr>
            <w:r>
              <w:rPr>
                <w:sz w:val="16"/>
              </w:rPr>
              <w:t>under 0.0001%</w:t>
            </w:r>
          </w:p>
        </w:tc>
        <w:tc>
          <w:tcPr>
            <w:tcW w:type="dxa" w:w="1130"/>
          </w:tcPr>
          <w:p>
            <w:pPr>
              <w:spacing w:after="0"/>
              <w:jc w:val="right"/>
            </w:pPr>
            <w:r>
              <w:rPr>
                <w:sz w:val="16"/>
              </w:rPr>
              <w:t>$2,000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8"/>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060"/>
          </w:tcPr>
          <w:p>
            <w:pPr>
              <w:spacing w:after="0"/>
              <w:jc w:val="right"/>
            </w:pPr>
            <w:r>
              <w:rPr>
                <w:sz w:val="16"/>
              </w:rPr>
              <w:t>$118,993</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28"/>
          </w:tcPr>
          <w:p>
            <w:pPr>
              <w:spacing w:after="0"/>
              <w:jc w:val="right"/>
            </w:pPr>
            <w:r>
              <w:rPr>
                <w:sz w:val="16"/>
              </w:rPr>
              <w:t>$22,597,593</w:t>
            </w:r>
          </w:p>
        </w:tc>
        <w:tc>
          <w:tcPr>
            <w:tcW w:type="dxa" w:w="1038"/>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060"/>
          </w:tcPr>
          <w:p>
            <w:pPr>
              <w:spacing w:after="0"/>
              <w:jc w:val="right"/>
            </w:pPr>
            <w:r>
              <w:rPr>
                <w:sz w:val="16"/>
              </w:rPr>
              <w:t>$24,700</w:t>
            </w:r>
          </w:p>
        </w:tc>
        <w:tc>
          <w:tcPr>
            <w:tcW w:type="dxa" w:w="1034"/>
          </w:tcPr>
          <w:p>
            <w:pPr>
              <w:spacing w:after="0"/>
              <w:jc w:val="right"/>
            </w:pPr>
            <w:r>
              <w:rPr>
                <w:sz w:val="16"/>
              </w:rPr>
              <w:t>0.00633%</w:t>
            </w:r>
          </w:p>
        </w:tc>
        <w:tc>
          <w:tcPr>
            <w:tcW w:type="dxa" w:w="1130"/>
          </w:tcPr>
          <w:p>
            <w:pPr>
              <w:spacing w:after="0"/>
              <w:jc w:val="right"/>
            </w:pPr>
          </w:p>
        </w:tc>
        <w:tc>
          <w:tcPr>
            <w:tcW w:type="dxa" w:w="1050"/>
          </w:tcPr>
          <w:p>
            <w:pPr>
              <w:spacing w:after="0"/>
              <w:jc w:val="right"/>
            </w:pPr>
          </w:p>
        </w:tc>
        <w:tc>
          <w:tcPr>
            <w:tcW w:type="dxa" w:w="1312"/>
          </w:tcPr>
          <w:p>
            <w:pPr>
              <w:spacing w:after="0"/>
              <w:jc w:val="right"/>
            </w:pPr>
            <w:r>
              <w:rPr>
                <w:sz w:val="16"/>
              </w:rPr>
              <w:t>no Public Assistance recorded (2 declarations)</w:t>
            </w:r>
          </w:p>
        </w:tc>
        <w:tc>
          <w:tcPr>
            <w:tcW w:type="dxa" w:w="158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28"/>
          </w:tcPr>
          <w:p>
            <w:pPr>
              <w:spacing w:after="0"/>
              <w:jc w:val="right"/>
            </w:pPr>
            <w:r>
              <w:rPr>
                <w:sz w:val="16"/>
              </w:rPr>
              <w:t>n/a</w:t>
            </w:r>
          </w:p>
        </w:tc>
        <w:tc>
          <w:tcPr>
            <w:tcW w:type="dxa" w:w="1038"/>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r>
              <w:rPr>
                <w:sz w:val="16"/>
              </w:rPr>
              <w:t>n/a</w:t>
            </w:r>
          </w:p>
        </w:tc>
        <w:tc>
          <w:tcPr>
            <w:tcW w:type="dxa" w:w="1060"/>
          </w:tcPr>
          <w:p>
            <w:pPr>
              <w:spacing w:after="0"/>
              <w:jc w:val="right"/>
            </w:pPr>
            <w:r>
              <w:rPr>
                <w:sz w:val="16"/>
              </w:rPr>
              <w:t>$1,268</w:t>
            </w:r>
          </w:p>
        </w:tc>
        <w:tc>
          <w:tcPr>
            <w:tcW w:type="dxa" w:w="1034"/>
          </w:tcPr>
          <w:p>
            <w:pPr>
              <w:spacing w:after="0"/>
              <w:jc w:val="right"/>
            </w:pPr>
            <w:r>
              <w:rPr>
                <w:sz w:val="16"/>
              </w:rPr>
              <w:t>0.000831%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28"/>
          </w:tcPr>
          <w:p>
            <w:pPr>
              <w:spacing w:after="0"/>
              <w:jc w:val="right"/>
            </w:pPr>
            <w:r>
              <w:rPr>
                <w:sz w:val="16"/>
              </w:rPr>
              <w:t>$3,793,159</w:t>
            </w:r>
          </w:p>
        </w:tc>
        <w:tc>
          <w:tcPr>
            <w:tcW w:type="dxa" w:w="1038"/>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060"/>
          </w:tcPr>
          <w:p>
            <w:pPr>
              <w:spacing w:after="0"/>
              <w:jc w:val="right"/>
            </w:pPr>
            <w:r>
              <w:rPr>
                <w:sz w:val="16"/>
              </w:rPr>
              <w:t>$46,680</w:t>
            </w:r>
          </w:p>
        </w:tc>
        <w:tc>
          <w:tcPr>
            <w:tcW w:type="dxa" w:w="1034"/>
          </w:tcPr>
          <w:p>
            <w:pPr>
              <w:spacing w:after="0"/>
              <w:jc w:val="right"/>
            </w:pPr>
            <w:r>
              <w:rPr>
                <w:sz w:val="16"/>
              </w:rPr>
              <w:t>n/a (see note)</w:t>
            </w:r>
          </w:p>
        </w:tc>
        <w:tc>
          <w:tcPr>
            <w:tcW w:type="dxa" w:w="1130"/>
          </w:tcPr>
          <w:p>
            <w:pPr>
              <w:spacing w:after="0"/>
              <w:jc w:val="right"/>
            </w:pPr>
            <w:r>
              <w:rPr>
                <w:sz w:val="16"/>
              </w:rPr>
              <w:t>$1,285,000</w:t>
            </w:r>
          </w:p>
        </w:tc>
        <w:tc>
          <w:tcPr>
            <w:tcW w:type="dxa" w:w="1050"/>
          </w:tcPr>
          <w:p>
            <w:pPr>
              <w:spacing w:after="0"/>
              <w:jc w:val="right"/>
            </w:pPr>
          </w:p>
        </w:tc>
        <w:tc>
          <w:tcPr>
            <w:tcW w:type="dxa" w:w="1312"/>
          </w:tcPr>
          <w:p>
            <w:pPr>
              <w:spacing w:after="0"/>
              <w:jc w:val="right"/>
            </w:pPr>
            <w:r>
              <w:rPr>
                <w:sz w:val="16"/>
              </w:rPr>
              <w:t>$2,259,089.06</w:t>
            </w:r>
          </w:p>
        </w:tc>
        <w:tc>
          <w:tcPr>
            <w:tcW w:type="dxa" w:w="158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28"/>
          </w:tcPr>
          <w:p>
            <w:pPr>
              <w:spacing w:after="0"/>
              <w:jc w:val="right"/>
            </w:pPr>
            <w:r>
              <w:rPr>
                <w:sz w:val="16"/>
              </w:rPr>
              <w:t>n/a</w:t>
            </w:r>
          </w:p>
        </w:tc>
        <w:tc>
          <w:tcPr>
            <w:tcW w:type="dxa" w:w="1038"/>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r>
              <w:rPr>
                <w:sz w:val="16"/>
              </w:rPr>
              <w:t>n/a</w:t>
            </w:r>
          </w:p>
        </w:tc>
        <w:tc>
          <w:tcPr>
            <w:tcW w:type="dxa" w:w="1060"/>
          </w:tcPr>
          <w:p>
            <w:pPr>
              <w:spacing w:after="0"/>
              <w:jc w:val="right"/>
            </w:pPr>
            <w:r>
              <w:rPr>
                <w:sz w:val="16"/>
              </w:rPr>
              <w:t>$7,276</w:t>
            </w:r>
          </w:p>
        </w:tc>
        <w:tc>
          <w:tcPr>
            <w:tcW w:type="dxa" w:w="1034"/>
          </w:tcPr>
          <w:p>
            <w:pPr>
              <w:spacing w:after="0"/>
              <w:jc w:val="right"/>
            </w:pPr>
            <w:r>
              <w:rPr>
                <w:sz w:val="16"/>
              </w:rPr>
              <w:t>0.00139%</w:t>
            </w:r>
          </w:p>
        </w:tc>
        <w:tc>
          <w:tcPr>
            <w:tcW w:type="dxa" w:w="1130"/>
          </w:tcPr>
          <w:p>
            <w:pPr>
              <w:spacing w:after="0"/>
              <w:jc w:val="right"/>
            </w:pPr>
            <w:r>
              <w:rPr>
                <w:sz w:val="16"/>
              </w:rPr>
              <w:t>$0</w:t>
            </w:r>
          </w:p>
        </w:tc>
        <w:tc>
          <w:tcPr>
            <w:tcW w:type="dxa" w:w="1050"/>
          </w:tcPr>
          <w:p>
            <w:pPr>
              <w:spacing w:after="0"/>
              <w:jc w:val="right"/>
            </w:pPr>
          </w:p>
        </w:tc>
        <w:tc>
          <w:tcPr>
            <w:tcW w:type="dxa" w:w="1312"/>
          </w:tcPr>
          <w:p>
            <w:pPr>
              <w:spacing w:after="0"/>
              <w:jc w:val="right"/>
            </w:pPr>
            <w:r>
              <w:rPr>
                <w:sz w:val="16"/>
              </w:rPr>
              <w:t>$660,796.58</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28"/>
          </w:tcPr>
          <w:p>
            <w:pPr>
              <w:spacing w:after="0"/>
              <w:jc w:val="right"/>
            </w:pPr>
            <w:r>
              <w:rPr>
                <w:sz w:val="16"/>
              </w:rPr>
              <w:t>n/a</w:t>
            </w:r>
          </w:p>
        </w:tc>
        <w:tc>
          <w:tcPr>
            <w:tcW w:type="dxa" w:w="1038"/>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r>
              <w:rPr>
                <w:sz w:val="16"/>
              </w:rPr>
              <w:t>n/a</w:t>
            </w:r>
          </w:p>
        </w:tc>
        <w:tc>
          <w:tcPr>
            <w:tcW w:type="dxa" w:w="1060"/>
          </w:tcPr>
          <w:p>
            <w:pPr>
              <w:spacing w:after="0"/>
              <w:jc w:val="right"/>
            </w:pPr>
            <w:r>
              <w:rPr>
                <w:sz w:val="16"/>
              </w:rPr>
              <w:t>$230,549</w:t>
            </w:r>
          </w:p>
        </w:tc>
        <w:tc>
          <w:tcPr>
            <w:tcW w:type="dxa" w:w="1034"/>
          </w:tcPr>
          <w:p>
            <w:pPr>
              <w:spacing w:after="0"/>
              <w:jc w:val="right"/>
            </w:pPr>
            <w:r>
              <w:rPr>
                <w:sz w:val="16"/>
              </w:rPr>
              <w:t>0.000462%</w:t>
            </w:r>
          </w:p>
        </w:tc>
        <w:tc>
          <w:tcPr>
            <w:tcW w:type="dxa" w:w="1130"/>
          </w:tcPr>
          <w:p>
            <w:pPr>
              <w:spacing w:after="0"/>
              <w:jc w:val="right"/>
            </w:pPr>
            <w:r>
              <w:rPr>
                <w:sz w:val="16"/>
              </w:rPr>
              <w:t>$20,000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8"/>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060"/>
          </w:tcPr>
          <w:p>
            <w:pPr>
              <w:spacing w:after="0"/>
              <w:jc w:val="right"/>
            </w:pPr>
            <w:r>
              <w:rPr>
                <w:sz w:val="16"/>
              </w:rPr>
              <w:t>$100,319</w:t>
            </w:r>
          </w:p>
        </w:tc>
        <w:tc>
          <w:tcPr>
            <w:tcW w:type="dxa" w:w="1034"/>
          </w:tcPr>
          <w:p>
            <w:pPr>
              <w:spacing w:after="0"/>
              <w:jc w:val="right"/>
            </w:pPr>
            <w:r>
              <w:rPr>
                <w:sz w:val="16"/>
              </w:rPr>
              <w:t>0.000657%</w:t>
            </w:r>
          </w:p>
        </w:tc>
        <w:tc>
          <w:tcPr>
            <w:tcW w:type="dxa" w:w="1130"/>
          </w:tcPr>
          <w:p>
            <w:pPr>
              <w:spacing w:after="0"/>
              <w:jc w:val="right"/>
            </w:pPr>
            <w:r>
              <w:rPr>
                <w:sz w:val="16"/>
              </w:rPr>
              <w:t>$11,000</w:t>
            </w:r>
          </w:p>
        </w:tc>
        <w:tc>
          <w:tcPr>
            <w:tcW w:type="dxa" w:w="1050"/>
          </w:tcPr>
          <w:p>
            <w:pPr>
              <w:spacing w:after="0"/>
              <w:jc w:val="right"/>
            </w:pPr>
            <w:r>
              <w:rPr>
                <w:sz w:val="16"/>
              </w:rPr>
              <w:t>$37,500</w:t>
            </w:r>
          </w:p>
        </w:tc>
        <w:tc>
          <w:tcPr>
            <w:tcW w:type="dxa" w:w="1312"/>
          </w:tcPr>
          <w:p>
            <w:pPr>
              <w:spacing w:after="0"/>
              <w:jc w:val="right"/>
            </w:pPr>
          </w:p>
        </w:tc>
        <w:tc>
          <w:tcPr>
            <w:tcW w:type="dxa" w:w="1588"/>
          </w:tcPr>
          <w:p>
            <w:pPr>
              <w:spacing w:after="0"/>
              <w:jc w:val="left"/>
            </w:pPr>
            <w:r>
              <w:rPr>
                <w:sz w:val="16"/>
              </w:rPr>
              <w:t>Storm Events damage since the plan includes 1 zone-level High Wind record ($5,000) and 22 zone-level Strong Wind records ($32,500):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8"/>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060"/>
          </w:tcPr>
          <w:p>
            <w:pPr>
              <w:spacing w:after="0"/>
              <w:jc w:val="right"/>
            </w:pPr>
            <w:r>
              <w:rPr>
                <w:sz w:val="16"/>
              </w:rPr>
              <w:t>$49,780</w:t>
            </w:r>
          </w:p>
        </w:tc>
        <w:tc>
          <w:tcPr>
            <w:tcW w:type="dxa" w:w="1034"/>
          </w:tcPr>
          <w:p>
            <w:pPr>
              <w:spacing w:after="0"/>
              <w:jc w:val="right"/>
            </w:pPr>
            <w:r>
              <w:rPr>
                <w:sz w:val="16"/>
              </w:rPr>
              <w:t>0.00205%</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28"/>
          </w:tcPr>
          <w:p>
            <w:pPr>
              <w:spacing w:after="0"/>
              <w:jc w:val="right"/>
            </w:pPr>
            <w:r>
              <w:rPr>
                <w:sz w:val="16"/>
              </w:rPr>
              <w:t>$10,711,823</w:t>
            </w:r>
          </w:p>
        </w:tc>
        <w:tc>
          <w:tcPr>
            <w:tcW w:type="dxa" w:w="1038"/>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060"/>
          </w:tcPr>
          <w:p>
            <w:pPr>
              <w:spacing w:after="0"/>
              <w:jc w:val="right"/>
            </w:pPr>
            <w:r>
              <w:rPr>
                <w:sz w:val="16"/>
              </w:rPr>
              <w:t>$627</w:t>
            </w:r>
          </w:p>
        </w:tc>
        <w:tc>
          <w:tcPr>
            <w:tcW w:type="dxa" w:w="1034"/>
          </w:tcPr>
          <w:p>
            <w:pPr>
              <w:spacing w:after="0"/>
              <w:jc w:val="right"/>
            </w:pPr>
            <w:r>
              <w:rPr>
                <w:sz w:val="16"/>
              </w:rPr>
              <w:t>0.000139%</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8"/>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060"/>
          </w:tcPr>
          <w:p>
            <w:pPr>
              <w:spacing w:after="0"/>
              <w:jc w:val="right"/>
            </w:pPr>
            <w:r>
              <w:rPr>
                <w:sz w:val="16"/>
              </w:rPr>
              <w:t>$23,841</w:t>
            </w:r>
          </w:p>
        </w:tc>
        <w:tc>
          <w:tcPr>
            <w:tcW w:type="dxa" w:w="1034"/>
          </w:tcPr>
          <w:p>
            <w:pPr>
              <w:spacing w:after="0"/>
              <w:jc w:val="right"/>
            </w:pPr>
            <w:r>
              <w:rPr>
                <w:sz w:val="16"/>
              </w:rPr>
              <w:t>0.00031%</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bl>
    <w:p>
      <w:pPr>
        <w:spacing w:after="40" w:before="60"/>
      </w:pPr>
      <w:r>
        <w:rPr>
          <w:sz w:val="15"/>
        </w:rPr>
        <w:t>Totals since 2013-03-05 (Storm Events through 2026-06-30): 125 county-coded records, 37 with a damage value recorded (including $0), $1,318,000; 258 zone-level records, 42 with a damage value recorded (including $0), $37,500 reported for the zone; Public Assistance: $2,259,089.06 on 7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Bennington County, county-level (county FIPS 50003);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Bennington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Benn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Bennington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Manchester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Woodford town</w:t>
            </w:r>
          </w:p>
        </w:tc>
        <w:tc>
          <w:tcPr>
            <w:tcW w:type="dxa" w:w="1636"/>
          </w:tcPr>
          <w:p>
            <w:pPr>
              <w:spacing w:after="0"/>
              <w:jc w:val="left"/>
            </w:pPr>
            <w:r>
              <w:rPr>
                <w:sz w:val="16"/>
              </w:rPr>
              <w:t>500023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Woodford town, VT: risk-assessment baseline packet, release 2026-10 (data as of 2026-09-30; Town FIPS 5000385675). Automated baseline. </w:t>
      </w:r>
      <w:hyperlink r:id="rId16">
        <w:r>
          <w:rPr>
            <w:color w:val="1F4E99"/>
            <w:sz w:val="17"/>
            <w:u w:val="single"/>
          </w:rPr>
          <w:t>https://hazardplain.org/vt/5000385675/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hazard-plain_2026-10_VT_5000385675.docx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Woodford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3856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Woodford town, VT: Risk-assessment baseline packet</dc:title>
  <dc:subject>Hazard Plain release 2026-10, as of 2026-09-30. Automated baseline</dc:subject>
  <dc:creator>Hazard Plain</dc:creator>
  <cp:keywords>Hazard Plain; hazard mitigation; risk assessment; 5000385675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