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Sunderland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5000371425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2026-05-18</w:t>
      </w:r>
    </w:p>
    <w:p>
      <w:pPr>
        <w:keepNext/>
        <w:spacing w:after="40" w:before="0"/>
      </w:pPr>
      <w:r>
        <w:rPr>
          <w:b/>
        </w:rPr>
        <w:t xml:space="preserve">Plan: </w:t>
      </w:r>
      <w:r>
        <w:rPr/>
        <w:t>Town of Sunderland Hazard Mitigation Plan (FEMA plan 107536)</w:t>
      </w:r>
    </w:p>
    <w:p>
      <w:pPr>
        <w:keepNext/>
        <w:spacing w:after="40" w:before="0"/>
      </w:pPr>
      <w:r>
        <w:rPr>
          <w:b/>
        </w:rPr>
        <w:t xml:space="preserve">Approved: </w:t>
      </w:r>
      <w:r>
        <w:rPr/>
        <w:t>2021-05-19</w:t>
      </w:r>
    </w:p>
    <w:p>
      <w:pPr>
        <w:keepNext/>
        <w:spacing w:after="40" w:before="0"/>
      </w:pPr>
      <w:r>
        <w:rPr>
          <w:b/>
        </w:rPr>
        <w:t xml:space="preserve">Expires: </w:t>
      </w:r>
      <w:r>
        <w:rPr/>
        <w:t>2026-05-18</w:t>
      </w:r>
    </w:p>
    <w:p>
      <w:pPr>
        <w:keepNext/>
        <w:spacing w:after="40" w:before="0"/>
      </w:pPr>
      <w:r>
        <w:rPr>
          <w:b/>
        </w:rPr>
        <w:t xml:space="preserve">As of: </w:t>
      </w:r>
      <w:r>
        <w:rPr/>
        <w:t>2026-09-28</w:t>
      </w:r>
    </w:p>
    <w:p>
      <w:pPr>
        <w:keepNext/>
        <w:spacing w:after="40" w:before="0"/>
      </w:pPr>
      <w:r>
        <w:rPr>
          <w:b/>
        </w:rPr>
        <w:t xml:space="preserve">Days: </w:t>
      </w:r>
      <w:r>
        <w:rPr/>
        <w:t>133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DR-4621-VT, EM-3595-VT, DR-4720-VT,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177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79"/>
        <w:gridCol w:w="648"/>
        <w:gridCol w:w="2002"/>
        <w:gridCol w:w="5424"/>
        <w:gridCol w:w="1037"/>
        <w:gridCol w:w="1037"/>
        <w:gridCol w:w="892"/>
        <w:gridCol w:w="946"/>
        <w:gridCol w:w="648"/>
      </w:tblGrid>
      <w:tr>
        <w:trPr>
          <w:cantSplit/>
          <w:tblHeader/>
        </w:trPr>
        <w:tc>
          <w:tcPr>
            <w:tcW w:type="dxa" w:w="147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Status</w:t>
            </w:r>
          </w:p>
        </w:tc>
        <w:tc>
          <w:tcPr>
            <w:tcW w:type="dxa" w:w="54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79"/>
          </w:tcPr>
          <w:p>
            <w:pPr>
              <w:spacing w:after="0"/>
              <w:jc w:val="left"/>
            </w:pPr>
            <w:r>
              <w:rPr>
                <w:sz w:val="16"/>
              </w:rPr>
              <w:t>Sunderland town</w:t>
            </w:r>
          </w:p>
        </w:tc>
        <w:tc>
          <w:tcPr>
            <w:tcW w:type="dxa" w:w="648"/>
          </w:tcPr>
          <w:p>
            <w:pPr>
              <w:spacing w:after="0"/>
              <w:jc w:val="left"/>
            </w:pPr>
            <w:r>
              <w:rPr>
                <w:sz w:val="16"/>
              </w:rPr>
              <w:t>Town</w:t>
            </w:r>
          </w:p>
        </w:tc>
        <w:tc>
          <w:tcPr>
            <w:tcW w:type="dxa" w:w="2002"/>
          </w:tcPr>
          <w:p>
            <w:pPr>
              <w:spacing w:after="0"/>
              <w:jc w:val="left"/>
            </w:pPr>
            <w:r>
              <w:rPr>
                <w:sz w:val="16"/>
              </w:rPr>
              <w:t>Expired on 2026-05-18</w:t>
            </w:r>
          </w:p>
        </w:tc>
        <w:tc>
          <w:tcPr>
            <w:tcW w:type="dxa" w:w="5424"/>
          </w:tcPr>
          <w:p>
            <w:pPr>
              <w:spacing w:after="0"/>
              <w:jc w:val="left"/>
            </w:pPr>
            <w:r>
              <w:rPr>
                <w:sz w:val="16"/>
              </w:rPr>
              <w:t>Town of Sunderland Hazard Mitigation Plan (FEMA plan 107536)</w:t>
            </w:r>
          </w:p>
        </w:tc>
        <w:tc>
          <w:tcPr>
            <w:tcW w:type="dxa" w:w="1037"/>
          </w:tcPr>
          <w:p>
            <w:pPr>
              <w:spacing w:after="0"/>
              <w:jc w:val="left"/>
            </w:pPr>
            <w:r>
              <w:rPr>
                <w:sz w:val="16"/>
              </w:rPr>
              <w:t>2021-05-19</w:t>
            </w:r>
          </w:p>
        </w:tc>
        <w:tc>
          <w:tcPr>
            <w:tcW w:type="dxa" w:w="1037"/>
          </w:tcPr>
          <w:p>
            <w:pPr>
              <w:spacing w:after="0"/>
              <w:jc w:val="left"/>
            </w:pPr>
            <w:r>
              <w:rPr>
                <w:sz w:val="16"/>
              </w:rPr>
              <w:t>2026-05-18</w:t>
            </w:r>
          </w:p>
        </w:tc>
        <w:tc>
          <w:tcPr>
            <w:tcW w:type="dxa" w:w="892"/>
          </w:tcPr>
          <w:p>
            <w:pPr>
              <w:spacing w:after="0"/>
              <w:jc w:val="right"/>
            </w:pPr>
            <w:r>
              <w:rPr>
                <w:sz w:val="16"/>
              </w:rPr>
              <w:t>-133</w:t>
            </w:r>
          </w:p>
        </w:tc>
        <w:tc>
          <w:tcPr>
            <w:tcW w:type="dxa" w:w="94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$660,796.58</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2021-09-29</w:t>
            </w:r>
          </w:p>
        </w:tc>
        <w:tc>
          <w:tcPr>
            <w:tcW w:type="dxa" w:w="1128"/>
          </w:tcPr>
          <w:p>
            <w:pPr>
              <w:spacing w:after="0"/>
              <w:jc w:val="left"/>
            </w:pPr>
            <w:r>
              <w:rPr>
                <w:sz w:val="16"/>
              </w:rPr>
              <w:t>2021-07-29</w:t>
            </w:r>
          </w:p>
        </w:tc>
        <w:tc>
          <w:tcPr>
            <w:tcW w:type="dxa" w:w="1128"/>
          </w:tcPr>
          <w:p>
            <w:pPr>
              <w:spacing w:after="0"/>
              <w:jc w:val="left"/>
            </w:pPr>
            <w:r>
              <w:rPr>
                <w:sz w:val="16"/>
              </w:rPr>
              <w:t>DR-4621-VT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$1,397,161.44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w:t>
            </w: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$990,011.49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$130,265.82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$70,865.22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$6,103,777.98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2009-01-14</w:t>
            </w:r>
          </w:p>
        </w:tc>
        <w:tc>
          <w:tcPr>
            <w:tcW w:type="dxa" w:w="1128"/>
          </w:tcPr>
          <w:p>
            <w:pPr>
              <w:spacing w:after="0"/>
              <w:jc w:val="left"/>
            </w:pPr>
            <w:r>
              <w:rPr>
                <w:sz w:val="16"/>
              </w:rPr>
              <w:t>2008-12-11</w:t>
            </w:r>
          </w:p>
        </w:tc>
        <w:tc>
          <w:tcPr>
            <w:tcW w:type="dxa" w:w="1128"/>
          </w:tcPr>
          <w:p>
            <w:pPr>
              <w:spacing w:after="0"/>
              <w:jc w:val="left"/>
            </w:pPr>
            <w:r>
              <w:rPr>
                <w:sz w:val="16"/>
              </w:rPr>
              <w:t>DR-1816-VT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$18,328.74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$170,787.04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2003-09-12</w:t>
            </w:r>
          </w:p>
        </w:tc>
        <w:tc>
          <w:tcPr>
            <w:tcW w:type="dxa" w:w="1128"/>
          </w:tcPr>
          <w:p>
            <w:pPr>
              <w:spacing w:after="0"/>
              <w:jc w:val="left"/>
            </w:pPr>
            <w:r>
              <w:rPr>
                <w:sz w:val="16"/>
              </w:rPr>
              <w:t>2003-07-21</w:t>
            </w:r>
          </w:p>
        </w:tc>
        <w:tc>
          <w:tcPr>
            <w:tcW w:type="dxa" w:w="1128"/>
          </w:tcPr>
          <w:p>
            <w:pPr>
              <w:spacing w:after="0"/>
              <w:jc w:val="left"/>
            </w:pPr>
            <w:r>
              <w:rPr>
                <w:sz w:val="16"/>
              </w:rPr>
              <w:t>DR-1488-VT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$83,192.91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$77,457.97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2001-01-18</w:t>
            </w:r>
          </w:p>
        </w:tc>
        <w:tc>
          <w:tcPr>
            <w:tcW w:type="dxa" w:w="1128"/>
          </w:tcPr>
          <w:p>
            <w:pPr>
              <w:spacing w:after="0"/>
              <w:jc w:val="left"/>
            </w:pPr>
            <w:r>
              <w:rPr>
                <w:sz w:val="16"/>
              </w:rPr>
              <w:t>2000-12-16</w:t>
            </w:r>
          </w:p>
        </w:tc>
        <w:tc>
          <w:tcPr>
            <w:tcW w:type="dxa" w:w="1128"/>
          </w:tcPr>
          <w:p>
            <w:pPr>
              <w:spacing w:after="0"/>
              <w:jc w:val="left"/>
            </w:pPr>
            <w:r>
              <w:rPr>
                <w:sz w:val="16"/>
              </w:rPr>
              <w:t>DR-1358-VT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$224,987.54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$113,222.81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76</w:t>
            </w:r>
          </w:p>
        </w:tc>
        <w:tc>
          <w:tcPr>
            <w:tcW w:type="dxa" w:w="1356"/>
          </w:tcPr>
          <w:p>
            <w:pPr>
              <w:spacing w:after="0"/>
              <w:jc w:val="right"/>
            </w:pPr>
            <w:r>
              <w:rPr>
                <w:sz w:val="16"/>
              </w:rPr>
              <w:t>7</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50</w:t>
            </w:r>
          </w:p>
        </w:tc>
        <w:tc>
          <w:tcPr>
            <w:tcW w:type="dxa" w:w="1356"/>
          </w:tcPr>
          <w:p>
            <w:pPr>
              <w:spacing w:after="0"/>
              <w:jc w:val="right"/>
            </w:pPr>
            <w:r>
              <w:rPr>
                <w:sz w:val="16"/>
              </w:rPr>
              <w:t>7</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6"/>
        <w:gridCol w:w="2253"/>
        <w:gridCol w:w="1063"/>
        <w:gridCol w:w="1822"/>
        <w:gridCol w:w="1317"/>
        <w:gridCol w:w="276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22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86"/>
          </w:tcPr>
          <w:p>
            <w:pPr>
              <w:spacing w:after="0"/>
              <w:jc w:val="left"/>
            </w:pPr>
            <w:r>
              <w:rPr>
                <w:sz w:val="16"/>
              </w:rPr>
              <w:t>Extreme 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 within last 5 years</w:t>
            </w:r>
          </w:p>
        </w:tc>
        <w:tc>
          <w:tcPr>
            <w:tcW w:type="dxa" w:w="2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86"/>
          </w:tcPr>
          <w:p>
            <w:pPr>
              <w:spacing w:after="0"/>
              <w:jc w:val="left"/>
            </w:pPr>
            <w:r>
              <w:rPr>
                <w:sz w:val="16"/>
              </w:rPr>
              <w:t>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1, 0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during plan review, check whether your last plan included it</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86"/>
          </w:tcPr>
          <w:p>
            <w:pPr>
              <w:spacing w:after="0"/>
              <w:jc w:val="left"/>
            </w:pPr>
            <w:r>
              <w:rPr>
                <w:sz w:val="16"/>
              </w:rPr>
              <w:t>Excessive Heat</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86"/>
          </w:tcPr>
          <w:p>
            <w:pPr>
              <w:spacing w:after="0"/>
              <w:jc w:val="left"/>
            </w:pPr>
            <w:r>
              <w:rPr>
                <w:sz w:val="16"/>
              </w:rPr>
              <w:t>Thunderstorm Wind</w:t>
            </w:r>
          </w:p>
        </w:tc>
        <w:tc>
          <w:tcPr>
            <w:tcW w:type="dxa" w:w="2566"/>
          </w:tcPr>
          <w:p>
            <w:pPr>
              <w:spacing w:after="0"/>
              <w:jc w:val="left"/>
            </w:pPr>
            <w:r>
              <w:rPr>
                <w:sz w:val="16"/>
              </w:rPr>
              <w:t>87 kt (100 mph) estimated gust</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SANDGATE</w:t>
            </w:r>
          </w:p>
        </w:tc>
        <w:tc>
          <w:tcPr>
            <w:tcW w:type="dxa" w:w="1317"/>
          </w:tcPr>
          <w:p>
            <w:pPr>
              <w:spacing w:after="0"/>
              <w:jc w:val="left"/>
            </w:pP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86"/>
          </w:tcPr>
          <w:p>
            <w:pPr>
              <w:spacing w:after="0"/>
              <w:jc w:val="left"/>
            </w:pPr>
            <w:r>
              <w:rPr>
                <w:sz w:val="16"/>
              </w:rPr>
              <w:t>Tropical Storm</w:t>
            </w:r>
          </w:p>
        </w:tc>
        <w:tc>
          <w:tcPr>
            <w:tcW w:type="dxa" w:w="2566"/>
          </w:tcPr>
          <w:p>
            <w:pPr>
              <w:spacing w:after="0"/>
              <w:jc w:val="left"/>
            </w:pPr>
          </w:p>
        </w:tc>
        <w:tc>
          <w:tcPr>
            <w:tcW w:type="dxa" w:w="2253"/>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6"/>
          </w:tcPr>
          <w:p>
            <w:pPr>
              <w:spacing w:after="0"/>
              <w:jc w:val="left"/>
            </w:pPr>
            <w:r>
              <w:rPr>
                <w:sz w:val="16"/>
              </w:rPr>
              <w:t>Hail</w:t>
            </w:r>
          </w:p>
        </w:tc>
        <w:tc>
          <w:tcPr>
            <w:tcW w:type="dxa" w:w="2566"/>
          </w:tcPr>
          <w:p>
            <w:pPr>
              <w:spacing w:after="0"/>
              <w:jc w:val="left"/>
            </w:pPr>
            <w:r>
              <w:rPr>
                <w:sz w:val="16"/>
              </w:rPr>
              <w:t>3.25 in</w:t>
            </w:r>
          </w:p>
        </w:tc>
        <w:tc>
          <w:tcPr>
            <w:tcW w:type="dxa" w:w="2253"/>
          </w:tcPr>
          <w:p>
            <w:pPr>
              <w:spacing w:after="0"/>
              <w:jc w:val="left"/>
            </w:pPr>
            <w:r>
              <w:rPr>
                <w:sz w:val="16"/>
              </w:rPr>
              <w:t>property not reported; $0 crops (2011 dollars)</w:t>
            </w:r>
          </w:p>
        </w:tc>
        <w:tc>
          <w:tcPr>
            <w:tcW w:type="dxa" w:w="1063"/>
          </w:tcPr>
          <w:p>
            <w:pPr>
              <w:spacing w:after="0"/>
              <w:jc w:val="right"/>
            </w:pPr>
            <w:r>
              <w:rPr>
                <w:sz w:val="16"/>
              </w:rPr>
              <w:t>0, 0</w:t>
            </w:r>
          </w:p>
        </w:tc>
        <w:tc>
          <w:tcPr>
            <w:tcW w:type="dxa" w:w="1822"/>
          </w:tcPr>
          <w:p>
            <w:pPr>
              <w:spacing w:after="0"/>
              <w:jc w:val="left"/>
            </w:pPr>
            <w:r>
              <w:rPr>
                <w:sz w:val="16"/>
              </w:rPr>
              <w:t>SHAFTSBURY</w:t>
            </w:r>
          </w:p>
        </w:tc>
        <w:tc>
          <w:tcPr>
            <w:tcW w:type="dxa" w:w="1317"/>
          </w:tcPr>
          <w:p>
            <w:pPr>
              <w:spacing w:after="0"/>
              <w:jc w:val="left"/>
            </w:pP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$750,000 property; $0 crops (2007 dollars)</w:t>
            </w:r>
          </w:p>
        </w:tc>
        <w:tc>
          <w:tcPr>
            <w:tcW w:type="dxa" w:w="1063"/>
          </w:tcPr>
          <w:p>
            <w:pPr>
              <w:spacing w:after="0"/>
              <w:jc w:val="right"/>
            </w:pPr>
            <w:r>
              <w:rPr>
                <w:sz w:val="16"/>
              </w:rPr>
              <w:t>0, 0</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86"/>
          </w:tcPr>
          <w:p>
            <w:pPr>
              <w:spacing w:after="0"/>
              <w:jc w:val="left"/>
            </w:pPr>
            <w:r>
              <w:rPr>
                <w:sz w:val="16"/>
              </w:rPr>
              <w:t>High Wind</w:t>
            </w:r>
          </w:p>
        </w:tc>
        <w:tc>
          <w:tcPr>
            <w:tcW w:type="dxa" w:w="2566"/>
          </w:tcPr>
          <w:p>
            <w:pPr>
              <w:spacing w:after="0"/>
              <w:jc w:val="left"/>
            </w:pPr>
            <w:r>
              <w:rPr>
                <w:sz w:val="16"/>
              </w:rPr>
              <w:t>60 kt (69 mph) estimated gust</w:t>
            </w: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86"/>
          </w:tcPr>
          <w:p>
            <w:pPr>
              <w:spacing w:after="0"/>
              <w:jc w:val="left"/>
            </w:pPr>
            <w:r>
              <w:rPr>
                <w:sz w:val="16"/>
              </w:rPr>
              <w:t>High Wind</w:t>
            </w:r>
          </w:p>
        </w:tc>
        <w:tc>
          <w:tcPr>
            <w:tcW w:type="dxa" w:w="2566"/>
          </w:tcPr>
          <w:p>
            <w:pPr>
              <w:spacing w:after="0"/>
              <w:jc w:val="left"/>
            </w:pPr>
            <w:r>
              <w:rPr>
                <w:sz w:val="16"/>
              </w:rPr>
              <w:t>66 kt (76 mph), measurement type not recorded</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86"/>
          </w:tcPr>
          <w:p>
            <w:pPr>
              <w:spacing w:after="0"/>
              <w:jc w:val="left"/>
            </w:pPr>
            <w:r>
              <w:rPr>
                <w:sz w:val="16"/>
              </w:rPr>
              <w:t>Flash Flood</w:t>
            </w:r>
          </w:p>
        </w:tc>
        <w:tc>
          <w:tcPr>
            <w:tcW w:type="dxa" w:w="2566"/>
          </w:tcPr>
          <w:p>
            <w:pPr>
              <w:spacing w:after="0"/>
              <w:jc w:val="left"/>
            </w:pPr>
          </w:p>
        </w:tc>
        <w:tc>
          <w:tcPr>
            <w:tcW w:type="dxa" w:w="2253"/>
          </w:tcPr>
          <w:p>
            <w:pPr>
              <w:spacing w:after="0"/>
              <w:jc w:val="left"/>
            </w:pPr>
            <w:r>
              <w:rPr>
                <w:sz w:val="16"/>
              </w:rPr>
              <w:t>$476,000 property; crops not reported (1999 dollars)</w:t>
            </w:r>
          </w:p>
        </w:tc>
        <w:tc>
          <w:tcPr>
            <w:tcW w:type="dxa" w:w="1063"/>
          </w:tcPr>
          <w:p>
            <w:pPr>
              <w:spacing w:after="0"/>
              <w:jc w:val="right"/>
            </w:pPr>
            <w:r>
              <w:rPr>
                <w:sz w:val="16"/>
              </w:rPr>
              <w:t>0, 0</w:t>
            </w:r>
          </w:p>
        </w:tc>
        <w:tc>
          <w:tcPr>
            <w:tcW w:type="dxa" w:w="1822"/>
          </w:tcPr>
          <w:p>
            <w:pPr>
              <w:spacing w:after="0"/>
              <w:jc w:val="left"/>
            </w:pPr>
            <w:r>
              <w:rPr>
                <w:sz w:val="16"/>
              </w:rPr>
              <w:t>COUNTYWIDE</w:t>
            </w:r>
          </w:p>
        </w:tc>
        <w:tc>
          <w:tcPr>
            <w:tcW w:type="dxa" w:w="1317"/>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86"/>
          </w:tcPr>
          <w:p>
            <w:pPr>
              <w:spacing w:after="0"/>
              <w:jc w:val="left"/>
            </w:pPr>
            <w:r>
              <w:rPr>
                <w:sz w:val="16"/>
              </w:rPr>
              <w:t>Tornado</w:t>
            </w:r>
          </w:p>
        </w:tc>
        <w:tc>
          <w:tcPr>
            <w:tcW w:type="dxa" w:w="2566"/>
          </w:tcPr>
          <w:p>
            <w:pPr>
              <w:spacing w:after="0"/>
              <w:jc w:val="left"/>
            </w:pPr>
            <w:r>
              <w:rPr>
                <w:sz w:val="16"/>
              </w:rPr>
              <w:t>F2, 0.5 mi path length (records before 1996 may include the whole path; rating and listing come from the county where the tornado began), 33 yd wide</w:t>
            </w:r>
          </w:p>
        </w:tc>
        <w:tc>
          <w:tcPr>
            <w:tcW w:type="dxa" w:w="2253"/>
          </w:tcPr>
          <w:p>
            <w:pPr>
              <w:spacing w:after="0"/>
              <w:jc w:val="left"/>
            </w:pPr>
            <w:r>
              <w:rPr>
                <w:sz w:val="16"/>
              </w:rPr>
              <w:t>$25,000 property; crops not recorded (1969 dollars)</w:t>
            </w:r>
          </w:p>
        </w:tc>
        <w:tc>
          <w:tcPr>
            <w:tcW w:type="dxa" w:w="1063"/>
          </w:tcPr>
          <w:p>
            <w:pPr>
              <w:spacing w:after="0"/>
              <w:jc w:val="right"/>
            </w:pPr>
            <w:r>
              <w:rPr>
                <w:sz w:val="16"/>
              </w:rPr>
              <w:t>0, 1</w:t>
            </w:r>
          </w:p>
        </w:tc>
        <w:tc>
          <w:tcPr>
            <w:tcW w:type="dxa" w:w="1822"/>
          </w:tcPr>
          <w:p>
            <w:pPr>
              <w:spacing w:after="0"/>
              <w:jc w:val="left"/>
            </w:pPr>
            <w:r>
              <w:rPr>
                <w:sz w:val="16"/>
              </w:rPr>
              <w:t>location not recorded</w:t>
            </w:r>
          </w:p>
        </w:tc>
        <w:tc>
          <w:tcPr>
            <w:tcW w:type="dxa" w:w="1317"/>
          </w:tcPr>
          <w:p>
            <w:pPr>
              <w:spacing w:after="0"/>
              <w:jc w:val="left"/>
            </w:pPr>
          </w:p>
        </w:tc>
        <w:tc>
          <w:tcPr>
            <w:tcW w:type="dxa" w:w="27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897"/>
        <w:gridCol w:w="2795"/>
        <w:gridCol w:w="2918"/>
        <w:gridCol w:w="2053"/>
        <w:gridCol w:w="2498"/>
        <w:gridCol w:w="897"/>
      </w:tblGrid>
      <w:tr>
        <w:trPr>
          <w:cantSplit/>
          <w:tblHeader/>
        </w:trPr>
        <w:tc>
          <w:tcPr>
            <w:tcW w:type="dxa" w:w="2053"/>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2053"/>
          </w:tcPr>
          <w:p>
            <w:pPr>
              <w:spacing w:after="0"/>
              <w:jc w:val="left"/>
            </w:pPr>
            <w:r>
              <w:rPr>
                <w:sz w:val="16"/>
              </w:rPr>
              <w:t>Sunderland town</w:t>
            </w:r>
          </w:p>
        </w:tc>
        <w:tc>
          <w:tcPr>
            <w:tcW w:type="dxa" w:w="897"/>
          </w:tcPr>
          <w:p>
            <w:pPr>
              <w:spacing w:after="0"/>
              <w:jc w:val="left"/>
            </w:pPr>
            <w:r>
              <w:rPr>
                <w:sz w:val="16"/>
              </w:rPr>
              <w:t>Town</w:t>
            </w:r>
          </w:p>
        </w:tc>
        <w:tc>
          <w:tcPr>
            <w:tcW w:type="dxa" w:w="2795"/>
          </w:tcPr>
          <w:p>
            <w:pPr>
              <w:spacing w:after="0"/>
              <w:jc w:val="left"/>
            </w:pPr>
            <w:r>
              <w:rPr>
                <w:sz w:val="16"/>
              </w:rPr>
              <w:t>Expired on 2026-05-18</w:t>
            </w:r>
          </w:p>
        </w:tc>
        <w:tc>
          <w:tcPr>
            <w:tcW w:type="dxa" w:w="2918"/>
          </w:tcPr>
          <w:p>
            <w:pPr>
              <w:spacing w:after="0"/>
              <w:jc w:val="right"/>
            </w:pPr>
            <w:r>
              <w:rPr>
                <w:sz w:val="16"/>
              </w:rPr>
              <w:t>FMA RL 0, SRL 0; any 0</w:t>
            </w:r>
          </w:p>
        </w:tc>
        <w:tc>
          <w:tcPr>
            <w:tcW w:type="dxa" w:w="2053"/>
          </w:tcPr>
          <w:p>
            <w:pPr>
              <w:spacing w:after="0"/>
              <w:jc w:val="right"/>
            </w:pPr>
            <w:r>
              <w:rPr>
                <w:sz w:val="16"/>
              </w:rPr>
              <w:t>$130,096.26</w:t>
            </w:r>
          </w:p>
        </w:tc>
        <w:tc>
          <w:tcPr>
            <w:tcW w:type="dxa" w:w="2498"/>
          </w:tcPr>
          <w:p>
            <w:pPr>
              <w:spacing w:after="0"/>
              <w:jc w:val="right"/>
            </w:pPr>
            <w:r>
              <w:rPr>
                <w:sz w:val="16"/>
              </w:rPr>
              <w:t>13; 3</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2021-05-19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7"/>
          </w:tcPr>
          <w:p>
            <w:pPr>
              <w:spacing w:after="0"/>
              <w:jc w:val="right"/>
            </w:pPr>
          </w:p>
        </w:tc>
        <w:tc>
          <w:tcPr>
            <w:tcW w:type="dxa" w:w="1045"/>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$3,774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75"/>
          </w:tcPr>
          <w:p>
            <w:pPr>
              <w:spacing w:after="0"/>
              <w:jc w:val="right"/>
            </w:pPr>
            <w:r>
              <w:rPr>
                <w:sz w:val="16"/>
              </w:rPr>
              <w:t>$4,981,984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7"/>
          </w:tcPr>
          <w:p>
            <w:pPr>
              <w:spacing w:after="0"/>
              <w:jc w:val="right"/>
            </w:pPr>
          </w:p>
        </w:tc>
        <w:tc>
          <w:tcPr>
            <w:tcW w:type="dxa" w:w="1045"/>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75"/>
          </w:tcPr>
          <w:p>
            <w:pPr>
              <w:spacing w:after="0"/>
              <w:jc w:val="right"/>
            </w:pPr>
            <w:r>
              <w:rPr>
                <w:sz w:val="16"/>
              </w:rPr>
              <w:t>$30,132</w:t>
            </w:r>
          </w:p>
        </w:tc>
        <w:tc>
          <w:tcPr>
            <w:tcW w:type="dxa" w:w="1050"/>
          </w:tcPr>
          <w:p>
            <w:pPr>
              <w:spacing w:after="0"/>
              <w:jc w:val="right"/>
            </w:pPr>
            <w:r>
              <w:rPr>
                <w:sz w:val="16"/>
              </w:rPr>
              <w:t>0.00105%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75"/>
          </w:tcPr>
          <w:p>
            <w:pPr>
              <w:spacing w:after="0"/>
              <w:jc w:val="right"/>
            </w:pPr>
            <w:r>
              <w:rPr>
                <w:sz w:val="16"/>
              </w:rPr>
              <w:t>$103,120</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75"/>
          </w:tcPr>
          <w:p>
            <w:pPr>
              <w:spacing w:after="0"/>
              <w:jc w:val="right"/>
            </w:pPr>
            <w:r>
              <w:rPr>
                <w:sz w:val="16"/>
              </w:rPr>
              <w:t>$118,993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7"/>
          </w:tcPr>
          <w:p>
            <w:pPr>
              <w:spacing w:after="0"/>
              <w:jc w:val="right"/>
            </w:pPr>
            <w:r>
              <w:rPr>
                <w:sz w:val="16"/>
              </w:rPr>
              <w:t>$22,597,593</w:t>
            </w:r>
          </w:p>
        </w:tc>
        <w:tc>
          <w:tcPr>
            <w:tcW w:type="dxa" w:w="1045"/>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75"/>
          </w:tcPr>
          <w:p>
            <w:pPr>
              <w:spacing w:after="0"/>
              <w:jc w:val="right"/>
            </w:pPr>
            <w:r>
              <w:rPr>
                <w:sz w:val="16"/>
              </w:rPr>
              <w:t>$24,700</w:t>
            </w:r>
          </w:p>
        </w:tc>
        <w:tc>
          <w:tcPr>
            <w:tcW w:type="dxa" w:w="1050"/>
          </w:tcPr>
          <w:p>
            <w:pPr>
              <w:spacing w:after="0"/>
              <w:jc w:val="right"/>
            </w:pPr>
            <w:r>
              <w:rPr>
                <w:sz w:val="16"/>
              </w:rPr>
              <w:t>0.00633%</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7"/>
          </w:tcPr>
          <w:p>
            <w:pPr>
              <w:spacing w:after="0"/>
              <w:jc w:val="right"/>
            </w:pPr>
          </w:p>
        </w:tc>
        <w:tc>
          <w:tcPr>
            <w:tcW w:type="dxa" w:w="1045"/>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75"/>
          </w:tcPr>
          <w:p>
            <w:pPr>
              <w:spacing w:after="0"/>
              <w:jc w:val="right"/>
            </w:pPr>
            <w:r>
              <w:rPr>
                <w:sz w:val="16"/>
              </w:rPr>
              <w:t>$1,268</w:t>
            </w:r>
          </w:p>
        </w:tc>
        <w:tc>
          <w:tcPr>
            <w:tcW w:type="dxa" w:w="1050"/>
          </w:tcPr>
          <w:p>
            <w:pPr>
              <w:spacing w:after="0"/>
              <w:jc w:val="right"/>
            </w:pPr>
            <w:r>
              <w:rPr>
                <w:sz w:val="16"/>
              </w:rPr>
              <w:t>0.000831%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7"/>
          </w:tcPr>
          <w:p>
            <w:pPr>
              <w:spacing w:after="0"/>
              <w:jc w:val="right"/>
            </w:pPr>
            <w:r>
              <w:rPr>
                <w:sz w:val="16"/>
              </w:rPr>
              <w:t>$3,793,159</w:t>
            </w:r>
          </w:p>
        </w:tc>
        <w:tc>
          <w:tcPr>
            <w:tcW w:type="dxa" w:w="1045"/>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75"/>
          </w:tcPr>
          <w:p>
            <w:pPr>
              <w:spacing w:after="0"/>
              <w:jc w:val="right"/>
            </w:pPr>
            <w:r>
              <w:rPr>
                <w:sz w:val="16"/>
              </w:rPr>
              <w:t>$46,680</w:t>
            </w:r>
          </w:p>
        </w:tc>
        <w:tc>
          <w:tcPr>
            <w:tcW w:type="dxa" w:w="1050"/>
          </w:tcPr>
          <w:p>
            <w:pPr>
              <w:spacing w:after="0"/>
              <w:jc w:val="right"/>
            </w:pPr>
            <w:r>
              <w:rPr>
                <w:sz w:val="16"/>
              </w:rPr>
              <w:t>n/a (see note)</w:t>
            </w:r>
          </w:p>
        </w:tc>
        <w:tc>
          <w:tcPr>
            <w:tcW w:type="dxa" w:w="1224"/>
          </w:tcPr>
          <w:p>
            <w:pPr>
              <w:spacing w:after="0"/>
              <w:jc w:val="right"/>
            </w:pPr>
            <w:r>
              <w:rPr>
                <w:sz w:val="16"/>
              </w:rPr>
              <w:t>$1,030,000</w:t>
            </w:r>
          </w:p>
        </w:tc>
        <w:tc>
          <w:tcPr>
            <w:tcW w:type="dxa" w:w="1110"/>
          </w:tcPr>
          <w:p>
            <w:pPr>
              <w:spacing w:after="0"/>
              <w:jc w:val="right"/>
            </w:pPr>
          </w:p>
        </w:tc>
        <w:tc>
          <w:tcPr>
            <w:tcW w:type="dxa" w:w="1345"/>
          </w:tcPr>
          <w:p>
            <w:pPr>
              <w:spacing w:after="0"/>
              <w:jc w:val="right"/>
            </w:pPr>
            <w:r>
              <w:rPr>
                <w:sz w:val="16"/>
              </w:rPr>
              <w:t>$2,057,958.02</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7"/>
          </w:tcPr>
          <w:p>
            <w:pPr>
              <w:spacing w:after="0"/>
              <w:jc w:val="right"/>
            </w:pPr>
          </w:p>
        </w:tc>
        <w:tc>
          <w:tcPr>
            <w:tcW w:type="dxa" w:w="1045"/>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75"/>
          </w:tcPr>
          <w:p>
            <w:pPr>
              <w:spacing w:after="0"/>
              <w:jc w:val="right"/>
            </w:pPr>
            <w:r>
              <w:rPr>
                <w:sz w:val="16"/>
              </w:rPr>
              <w:t>$7,276</w:t>
            </w:r>
          </w:p>
        </w:tc>
        <w:tc>
          <w:tcPr>
            <w:tcW w:type="dxa" w:w="1050"/>
          </w:tcPr>
          <w:p>
            <w:pPr>
              <w:spacing w:after="0"/>
              <w:jc w:val="right"/>
            </w:pPr>
            <w:r>
              <w:rPr>
                <w:sz w:val="16"/>
              </w:rPr>
              <w:t>0.00139%</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$660,796.58</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7"/>
          </w:tcPr>
          <w:p>
            <w:pPr>
              <w:spacing w:after="0"/>
              <w:jc w:val="right"/>
            </w:pPr>
          </w:p>
        </w:tc>
        <w:tc>
          <w:tcPr>
            <w:tcW w:type="dxa" w:w="1045"/>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75"/>
          </w:tcPr>
          <w:p>
            <w:pPr>
              <w:spacing w:after="0"/>
              <w:jc w:val="right"/>
            </w:pPr>
            <w:r>
              <w:rPr>
                <w:sz w:val="16"/>
              </w:rPr>
              <w:t>$230,549</w:t>
            </w:r>
          </w:p>
        </w:tc>
        <w:tc>
          <w:tcPr>
            <w:tcW w:type="dxa" w:w="1050"/>
          </w:tcPr>
          <w:p>
            <w:pPr>
              <w:spacing w:after="0"/>
              <w:jc w:val="right"/>
            </w:pPr>
            <w:r>
              <w:rPr>
                <w:sz w:val="16"/>
              </w:rPr>
              <w:t>0.000462%</w:t>
            </w:r>
          </w:p>
        </w:tc>
        <w:tc>
          <w:tcPr>
            <w:tcW w:type="dxa" w:w="1224"/>
          </w:tcPr>
          <w:p>
            <w:pPr>
              <w:spacing w:after="0"/>
              <w:jc w:val="right"/>
            </w:pPr>
            <w:r>
              <w:rPr>
                <w:sz w:val="16"/>
              </w:rPr>
              <w:t>$20,000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75"/>
          </w:tcPr>
          <w:p>
            <w:pPr>
              <w:spacing w:after="0"/>
              <w:jc w:val="right"/>
            </w:pPr>
            <w:r>
              <w:rPr>
                <w:sz w:val="16"/>
              </w:rPr>
              <w:t>$100,319</w:t>
            </w:r>
          </w:p>
        </w:tc>
        <w:tc>
          <w:tcPr>
            <w:tcW w:type="dxa" w:w="1050"/>
          </w:tcPr>
          <w:p>
            <w:pPr>
              <w:spacing w:after="0"/>
              <w:jc w:val="right"/>
            </w:pPr>
            <w:r>
              <w:rPr>
                <w:sz w:val="16"/>
              </w:rPr>
              <w:t>0.000657%</w:t>
            </w:r>
          </w:p>
        </w:tc>
        <w:tc>
          <w:tcPr>
            <w:tcW w:type="dxa" w:w="1224"/>
          </w:tcPr>
          <w:p>
            <w:pPr>
              <w:spacing w:after="0"/>
              <w:jc w:val="right"/>
            </w:pPr>
            <w:r>
              <w:rPr>
                <w:sz w:val="16"/>
              </w:rPr>
              <w:t>$10,000</w:t>
            </w: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75"/>
          </w:tcPr>
          <w:p>
            <w:pPr>
              <w:spacing w:after="0"/>
              <w:jc w:val="right"/>
            </w:pPr>
            <w:r>
              <w:rPr>
                <w:sz w:val="16"/>
              </w:rPr>
              <w:t>$49,780</w:t>
            </w:r>
          </w:p>
        </w:tc>
        <w:tc>
          <w:tcPr>
            <w:tcW w:type="dxa" w:w="1050"/>
          </w:tcPr>
          <w:p>
            <w:pPr>
              <w:spacing w:after="0"/>
              <w:jc w:val="right"/>
            </w:pPr>
            <w:r>
              <w:rPr>
                <w:sz w:val="16"/>
              </w:rPr>
              <w:t>0.00205%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7"/>
          </w:tcPr>
          <w:p>
            <w:pPr>
              <w:spacing w:after="0"/>
              <w:jc w:val="right"/>
            </w:pPr>
            <w:r>
              <w:rPr>
                <w:sz w:val="16"/>
              </w:rPr>
              <w:t>$10,711,823</w:t>
            </w:r>
          </w:p>
        </w:tc>
        <w:tc>
          <w:tcPr>
            <w:tcW w:type="dxa" w:w="1045"/>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75"/>
          </w:tcPr>
          <w:p>
            <w:pPr>
              <w:spacing w:after="0"/>
              <w:jc w:val="right"/>
            </w:pPr>
            <w:r>
              <w:rPr>
                <w:sz w:val="16"/>
              </w:rPr>
              <w:t>$627</w:t>
            </w:r>
          </w:p>
        </w:tc>
        <w:tc>
          <w:tcPr>
            <w:tcW w:type="dxa" w:w="1050"/>
          </w:tcPr>
          <w:p>
            <w:pPr>
              <w:spacing w:after="0"/>
              <w:jc w:val="right"/>
            </w:pPr>
            <w:r>
              <w:rPr>
                <w:sz w:val="16"/>
              </w:rPr>
              <w:t>0.000139%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7"/>
          </w:tcPr>
          <w:p>
            <w:pPr>
              <w:spacing w:after="0"/>
              <w:jc w:val="right"/>
            </w:pPr>
            <w:r>
              <w:rPr>
                <w:sz w:val="16"/>
              </w:rPr>
              <w:t>$22,597,593</w:t>
            </w:r>
          </w:p>
        </w:tc>
        <w:tc>
          <w:tcPr>
            <w:tcW w:type="dxa" w:w="1045"/>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75"/>
          </w:tcPr>
          <w:p>
            <w:pPr>
              <w:spacing w:after="0"/>
              <w:jc w:val="right"/>
            </w:pPr>
            <w:r>
              <w:rPr>
                <w:sz w:val="16"/>
              </w:rPr>
              <w:t>$23,841</w:t>
            </w:r>
          </w:p>
        </w:tc>
        <w:tc>
          <w:tcPr>
            <w:tcW w:type="dxa" w:w="1050"/>
          </w:tcPr>
          <w:p>
            <w:pPr>
              <w:spacing w:after="0"/>
              <w:jc w:val="right"/>
            </w:pPr>
            <w:r>
              <w:rPr>
                <w:sz w:val="16"/>
              </w:rPr>
              <w:t>0.00031%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2021-05-19 (Storm Events through 2026-06-30): 63 county-coded records, 19 with a damage value recorded (including $0), $1,060,000; 114 zone-level records, 12 with a damage value recorded (including $0), $500 reported for the zone; Public Assistance on counted declarations $2,057,958.02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Sunderland town</w:t>
            </w:r>
          </w:p>
        </w:tc>
        <w:tc>
          <w:tcPr>
            <w:tcW w:type="dxa" w:w="1499"/>
          </w:tcPr>
          <w:p>
            <w:pPr>
              <w:spacing w:after="0"/>
              <w:jc w:val="left"/>
            </w:pPr>
            <w:r>
              <w:rPr>
                <w:sz w:val="16"/>
              </w:rPr>
              <w:t>500021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Sunderland town, VT: risk-assessment baseline packet, release 2026-10 (data as of 2026-09-28; Vermont town 5000371425).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hazard-plain_2026-10_VT_5000371425.docx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Sunderland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Sunderland town, VT: Risk-assessment baseline packet</dc:title>
  <dc:subject>Hazard Plain release 2026-10, as of 2026-09-28. Preview: automated baseline</dc:subject>
  <dc:creator>Hazard Plain</dc:creator>
  <cp:keywords>Hazard Plain; hazard mitigation; risk assessment; 5000371425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