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Pownal town, VT</w:t>
      </w:r>
    </w:p>
    <w:p>
      <w:pPr>
        <w:spacing w:after="120" w:before="0"/>
      </w:pPr>
      <w:r>
        <w:rPr>
          <w:color w:val="555555"/>
          <w:sz w:val="24"/>
        </w:rPr>
        <w:t>Risk-assessment baseline packet (county-level sections from Bennington County)</w:t>
      </w:r>
    </w:p>
    <w:p>
      <w:pPr>
        <w:spacing w:after="120" w:before="0"/>
      </w:pPr>
      <w:r>
        <w:rPr>
          <w:b/>
          <w:sz w:val="18"/>
        </w:rPr>
        <w:t xml:space="preserve">Unit: </w:t>
      </w:r>
      <w:r>
        <w:rPr>
          <w:sz w:val="18"/>
        </w:rPr>
        <w:t>Vermont town 5000357025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$660,796.58</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2021-09-29</w:t>
            </w:r>
          </w:p>
        </w:tc>
        <w:tc>
          <w:tcPr>
            <w:tcW w:type="dxa" w:w="1188"/>
          </w:tcPr>
          <w:p>
            <w:pPr>
              <w:spacing w:after="0"/>
              <w:jc w:val="left"/>
            </w:pPr>
            <w:r>
              <w:rPr>
                <w:sz w:val="16"/>
              </w:rPr>
              <w:t>2021-07-29</w:t>
            </w:r>
          </w:p>
        </w:tc>
        <w:tc>
          <w:tcPr>
            <w:tcW w:type="dxa" w:w="1188"/>
          </w:tcPr>
          <w:p>
            <w:pPr>
              <w:spacing w:after="0"/>
              <w:jc w:val="left"/>
            </w:pPr>
            <w:r>
              <w:rPr>
                <w:sz w:val="16"/>
              </w:rPr>
              <w:t>DR-4621-VT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$1,397,161.44</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$990,011.49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$130,265.82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$70,865.22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$6,103,777.98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2009-01-14</w:t>
            </w:r>
          </w:p>
        </w:tc>
        <w:tc>
          <w:tcPr>
            <w:tcW w:type="dxa" w:w="1188"/>
          </w:tcPr>
          <w:p>
            <w:pPr>
              <w:spacing w:after="0"/>
              <w:jc w:val="left"/>
            </w:pPr>
            <w:r>
              <w:rPr>
                <w:sz w:val="16"/>
              </w:rPr>
              <w:t>2008-12-11</w:t>
            </w:r>
          </w:p>
        </w:tc>
        <w:tc>
          <w:tcPr>
            <w:tcW w:type="dxa" w:w="1188"/>
          </w:tcPr>
          <w:p>
            <w:pPr>
              <w:spacing w:after="0"/>
              <w:jc w:val="left"/>
            </w:pPr>
            <w:r>
              <w:rPr>
                <w:sz w:val="16"/>
              </w:rPr>
              <w:t>DR-1816-VT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$18,328.74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$170,787.04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$83,192.91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$77,457.97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$224,987.54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$113,222.81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2739"/>
        <w:gridCol w:w="2410"/>
        <w:gridCol w:w="1087"/>
        <w:gridCol w:w="1884"/>
        <w:gridCol w:w="705"/>
        <w:gridCol w:w="2955"/>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2739"/>
            <w:shd w:val="clear" w:color="auto" w:fill="E8E8E8"/>
          </w:tcPr>
          <w:p>
            <w:pPr>
              <w:spacing w:after="0"/>
              <w:jc w:val="left"/>
            </w:pPr>
            <w:r>
              <w:rPr>
                <w:b/>
                <w:sz w:val="16"/>
              </w:rPr>
              <w:t>Magnitude or extent</w:t>
            </w:r>
          </w:p>
        </w:tc>
        <w:tc>
          <w:tcPr>
            <w:tcW w:type="dxa" w:w="24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4"/>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4"/>
          </w:tcPr>
          <w:p>
            <w:pPr>
              <w:spacing w:after="0"/>
              <w:jc w:val="left"/>
            </w:pPr>
            <w:r>
              <w:rPr>
                <w:sz w:val="16"/>
              </w:rPr>
              <w:t>Extreme Cold/Wind Chill</w:t>
            </w:r>
          </w:p>
        </w:tc>
        <w:tc>
          <w:tcPr>
            <w:tcW w:type="dxa" w:w="2739"/>
          </w:tcPr>
          <w:p>
            <w:pPr>
              <w:spacing w:after="0"/>
              <w:jc w:val="left"/>
            </w:pPr>
          </w:p>
        </w:tc>
        <w:tc>
          <w:tcPr>
            <w:tcW w:type="dxa" w:w="2410"/>
          </w:tcPr>
          <w:p>
            <w:pPr>
              <w:spacing w:after="0"/>
              <w:jc w:val="left"/>
            </w:pPr>
            <w:r>
              <w:rPr>
                <w:sz w:val="16"/>
              </w:rPr>
              <w:t>damage not reported</w:t>
            </w:r>
          </w:p>
        </w:tc>
        <w:tc>
          <w:tcPr>
            <w:tcW w:type="dxa" w:w="1087"/>
          </w:tcPr>
          <w:p>
            <w:pPr>
              <w:spacing w:after="0"/>
              <w:jc w:val="right"/>
            </w:pPr>
            <w:r>
              <w:rPr>
                <w:sz w:val="16"/>
              </w:rPr>
              <w:t>0, 0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r>
              <w:rPr>
                <w:sz w:val="16"/>
              </w:rPr>
              <w:t>within last 5 years</w:t>
            </w:r>
          </w:p>
        </w:tc>
        <w:tc>
          <w:tcPr>
            <w:tcW w:type="dxa" w:w="29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94"/>
          </w:tcPr>
          <w:p>
            <w:pPr>
              <w:spacing w:after="0"/>
              <w:jc w:val="left"/>
            </w:pPr>
            <w:r>
              <w:rPr>
                <w:sz w:val="16"/>
              </w:rPr>
              <w:t>Cold/Wind Chill</w:t>
            </w:r>
          </w:p>
        </w:tc>
        <w:tc>
          <w:tcPr>
            <w:tcW w:type="dxa" w:w="2739"/>
          </w:tcPr>
          <w:p>
            <w:pPr>
              <w:spacing w:after="0"/>
              <w:jc w:val="left"/>
            </w:pPr>
          </w:p>
        </w:tc>
        <w:tc>
          <w:tcPr>
            <w:tcW w:type="dxa" w:w="2410"/>
          </w:tcPr>
          <w:p>
            <w:pPr>
              <w:spacing w:after="0"/>
              <w:jc w:val="left"/>
            </w:pPr>
            <w:r>
              <w:rPr>
                <w:sz w:val="16"/>
              </w:rPr>
              <w:t>damage not reported</w:t>
            </w:r>
          </w:p>
        </w:tc>
        <w:tc>
          <w:tcPr>
            <w:tcW w:type="dxa" w:w="1087"/>
          </w:tcPr>
          <w:p>
            <w:pPr>
              <w:spacing w:after="0"/>
              <w:jc w:val="right"/>
            </w:pPr>
            <w:r>
              <w:rPr>
                <w:sz w:val="16"/>
              </w:rPr>
              <w:t>1, 0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4"/>
          </w:tcPr>
          <w:p>
            <w:pPr>
              <w:spacing w:after="0"/>
              <w:jc w:val="left"/>
            </w:pPr>
            <w:r>
              <w:rPr>
                <w:sz w:val="16"/>
              </w:rPr>
              <w:t>Excessive Heat</w:t>
            </w:r>
          </w:p>
        </w:tc>
        <w:tc>
          <w:tcPr>
            <w:tcW w:type="dxa" w:w="2739"/>
          </w:tcPr>
          <w:p>
            <w:pPr>
              <w:spacing w:after="0"/>
              <w:jc w:val="left"/>
            </w:pPr>
          </w:p>
        </w:tc>
        <w:tc>
          <w:tcPr>
            <w:tcW w:type="dxa" w:w="2410"/>
          </w:tcPr>
          <w:p>
            <w:pPr>
              <w:spacing w:after="0"/>
              <w:jc w:val="left"/>
            </w:pPr>
            <w:r>
              <w:rPr>
                <w:sz w:val="16"/>
              </w:rPr>
              <w:t>damage not reported</w:t>
            </w:r>
          </w:p>
        </w:tc>
        <w:tc>
          <w:tcPr>
            <w:tcW w:type="dxa" w:w="1087"/>
          </w:tcPr>
          <w:p>
            <w:pPr>
              <w:spacing w:after="0"/>
              <w:jc w:val="right"/>
            </w:pPr>
            <w:r>
              <w:rPr>
                <w:sz w:val="16"/>
              </w:rPr>
              <w:t>0, 0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94"/>
          </w:tcPr>
          <w:p>
            <w:pPr>
              <w:spacing w:after="0"/>
              <w:jc w:val="left"/>
            </w:pPr>
            <w:r>
              <w:rPr>
                <w:sz w:val="16"/>
              </w:rPr>
              <w:t>Thunderstorm Wind</w:t>
            </w:r>
          </w:p>
        </w:tc>
        <w:tc>
          <w:tcPr>
            <w:tcW w:type="dxa" w:w="2739"/>
          </w:tcPr>
          <w:p>
            <w:pPr>
              <w:spacing w:after="0"/>
              <w:jc w:val="left"/>
            </w:pPr>
            <w:r>
              <w:rPr>
                <w:sz w:val="16"/>
              </w:rPr>
              <w:t>87 kt (100 mph) estimated gust</w:t>
            </w:r>
          </w:p>
        </w:tc>
        <w:tc>
          <w:tcPr>
            <w:tcW w:type="dxa" w:w="2410"/>
          </w:tcPr>
          <w:p>
            <w:pPr>
              <w:spacing w:after="0"/>
              <w:jc w:val="left"/>
            </w:pPr>
            <w:r>
              <w:rPr>
                <w:sz w:val="16"/>
              </w:rPr>
              <w:t>damage not reported</w:t>
            </w:r>
          </w:p>
        </w:tc>
        <w:tc>
          <w:tcPr>
            <w:tcW w:type="dxa" w:w="1087"/>
          </w:tcPr>
          <w:p>
            <w:pPr>
              <w:spacing w:after="0"/>
              <w:jc w:val="right"/>
            </w:pPr>
            <w:r>
              <w:rPr>
                <w:sz w:val="16"/>
              </w:rPr>
              <w:t>0, 0</w:t>
            </w:r>
          </w:p>
        </w:tc>
        <w:tc>
          <w:tcPr>
            <w:tcW w:type="dxa" w:w="1884"/>
          </w:tcPr>
          <w:p>
            <w:pPr>
              <w:spacing w:after="0"/>
              <w:jc w:val="left"/>
            </w:pPr>
            <w:r>
              <w:rPr>
                <w:sz w:val="16"/>
              </w:rPr>
              <w:t>SANDGATE</w:t>
            </w:r>
          </w:p>
        </w:tc>
        <w:tc>
          <w:tcPr>
            <w:tcW w:type="dxa" w:w="705"/>
          </w:tcPr>
          <w:p>
            <w:pPr>
              <w:spacing w:after="0"/>
              <w:jc w:val="left"/>
            </w:pPr>
          </w:p>
        </w:tc>
        <w:tc>
          <w:tcPr>
            <w:tcW w:type="dxa" w:w="2955"/>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94"/>
          </w:tcPr>
          <w:p>
            <w:pPr>
              <w:spacing w:after="0"/>
              <w:jc w:val="left"/>
            </w:pPr>
            <w:r>
              <w:rPr>
                <w:sz w:val="16"/>
              </w:rPr>
              <w:t>Tropical Storm</w:t>
            </w:r>
          </w:p>
        </w:tc>
        <w:tc>
          <w:tcPr>
            <w:tcW w:type="dxa" w:w="2739"/>
          </w:tcPr>
          <w:p>
            <w:pPr>
              <w:spacing w:after="0"/>
              <w:jc w:val="left"/>
            </w:pPr>
          </w:p>
        </w:tc>
        <w:tc>
          <w:tcPr>
            <w:tcW w:type="dxa" w:w="2410"/>
          </w:tcPr>
          <w:p>
            <w:pPr>
              <w:spacing w:after="0"/>
              <w:jc w:val="left"/>
            </w:pPr>
            <w:r>
              <w:rPr>
                <w:sz w:val="16"/>
              </w:rPr>
              <w:t>$0 property; $0 crops, reported for the zone (2011 dollars)</w:t>
            </w:r>
          </w:p>
        </w:tc>
        <w:tc>
          <w:tcPr>
            <w:tcW w:type="dxa" w:w="1087"/>
          </w:tcPr>
          <w:p>
            <w:pPr>
              <w:spacing w:after="0"/>
              <w:jc w:val="right"/>
            </w:pPr>
            <w:r>
              <w:rPr>
                <w:sz w:val="16"/>
              </w:rPr>
              <w:t>0, 0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94"/>
          </w:tcPr>
          <w:p>
            <w:pPr>
              <w:spacing w:after="0"/>
              <w:jc w:val="left"/>
            </w:pPr>
            <w:r>
              <w:rPr>
                <w:sz w:val="16"/>
              </w:rPr>
              <w:t>Hail</w:t>
            </w:r>
          </w:p>
        </w:tc>
        <w:tc>
          <w:tcPr>
            <w:tcW w:type="dxa" w:w="2739"/>
          </w:tcPr>
          <w:p>
            <w:pPr>
              <w:spacing w:after="0"/>
              <w:jc w:val="left"/>
            </w:pPr>
            <w:r>
              <w:rPr>
                <w:sz w:val="16"/>
              </w:rPr>
              <w:t>3.25 in</w:t>
            </w:r>
          </w:p>
        </w:tc>
        <w:tc>
          <w:tcPr>
            <w:tcW w:type="dxa" w:w="2410"/>
          </w:tcPr>
          <w:p>
            <w:pPr>
              <w:spacing w:after="0"/>
              <w:jc w:val="left"/>
            </w:pPr>
            <w:r>
              <w:rPr>
                <w:sz w:val="16"/>
              </w:rPr>
              <w:t>property not reported; $0 crops (2011 dollars)</w:t>
            </w:r>
          </w:p>
        </w:tc>
        <w:tc>
          <w:tcPr>
            <w:tcW w:type="dxa" w:w="1087"/>
          </w:tcPr>
          <w:p>
            <w:pPr>
              <w:spacing w:after="0"/>
              <w:jc w:val="right"/>
            </w:pPr>
            <w:r>
              <w:rPr>
                <w:sz w:val="16"/>
              </w:rPr>
              <w:t>0, 0</w:t>
            </w:r>
          </w:p>
        </w:tc>
        <w:tc>
          <w:tcPr>
            <w:tcW w:type="dxa" w:w="1884"/>
          </w:tcPr>
          <w:p>
            <w:pPr>
              <w:spacing w:after="0"/>
              <w:jc w:val="left"/>
            </w:pPr>
            <w:r>
              <w:rPr>
                <w:sz w:val="16"/>
              </w:rPr>
              <w:t>SHAFTSBURY</w:t>
            </w:r>
          </w:p>
        </w:tc>
        <w:tc>
          <w:tcPr>
            <w:tcW w:type="dxa" w:w="705"/>
          </w:tcPr>
          <w:p>
            <w:pPr>
              <w:spacing w:after="0"/>
              <w:jc w:val="left"/>
            </w:pPr>
          </w:p>
        </w:tc>
        <w:tc>
          <w:tcPr>
            <w:tcW w:type="dxa" w:w="2955"/>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94"/>
          </w:tcPr>
          <w:p>
            <w:pPr>
              <w:spacing w:after="0"/>
              <w:jc w:val="left"/>
            </w:pPr>
            <w:r>
              <w:rPr>
                <w:sz w:val="16"/>
              </w:rPr>
              <w:t>Lightning</w:t>
            </w:r>
          </w:p>
        </w:tc>
        <w:tc>
          <w:tcPr>
            <w:tcW w:type="dxa" w:w="2739"/>
          </w:tcPr>
          <w:p>
            <w:pPr>
              <w:spacing w:after="0"/>
              <w:jc w:val="left"/>
            </w:pPr>
          </w:p>
        </w:tc>
        <w:tc>
          <w:tcPr>
            <w:tcW w:type="dxa" w:w="2410"/>
          </w:tcPr>
          <w:p>
            <w:pPr>
              <w:spacing w:after="0"/>
              <w:jc w:val="left"/>
            </w:pPr>
            <w:r>
              <w:rPr>
                <w:sz w:val="16"/>
              </w:rPr>
              <w:t>$750,000 property; $0 crops (2007 dollars)</w:t>
            </w:r>
          </w:p>
        </w:tc>
        <w:tc>
          <w:tcPr>
            <w:tcW w:type="dxa" w:w="1087"/>
          </w:tcPr>
          <w:p>
            <w:pPr>
              <w:spacing w:after="0"/>
              <w:jc w:val="right"/>
            </w:pPr>
            <w:r>
              <w:rPr>
                <w:sz w:val="16"/>
              </w:rPr>
              <w:t>0, 0</w:t>
            </w:r>
          </w:p>
        </w:tc>
        <w:tc>
          <w:tcPr>
            <w:tcW w:type="dxa" w:w="1884"/>
          </w:tcPr>
          <w:p>
            <w:pPr>
              <w:spacing w:after="0"/>
              <w:jc w:val="left"/>
            </w:pPr>
            <w:r>
              <w:rPr>
                <w:sz w:val="16"/>
              </w:rPr>
              <w:t>BENNINGTON</w:t>
            </w:r>
          </w:p>
        </w:tc>
        <w:tc>
          <w:tcPr>
            <w:tcW w:type="dxa" w:w="705"/>
          </w:tcPr>
          <w:p>
            <w:pPr>
              <w:spacing w:after="0"/>
              <w:jc w:val="left"/>
            </w:pPr>
          </w:p>
        </w:tc>
        <w:tc>
          <w:tcPr>
            <w:tcW w:type="dxa" w:w="2955"/>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4"/>
          </w:tcPr>
          <w:p>
            <w:pPr>
              <w:spacing w:after="0"/>
              <w:jc w:val="left"/>
            </w:pPr>
            <w:r>
              <w:rPr>
                <w:sz w:val="16"/>
              </w:rPr>
              <w:t>High Wind</w:t>
            </w:r>
          </w:p>
        </w:tc>
        <w:tc>
          <w:tcPr>
            <w:tcW w:type="dxa" w:w="2739"/>
          </w:tcPr>
          <w:p>
            <w:pPr>
              <w:spacing w:after="0"/>
              <w:jc w:val="left"/>
            </w:pPr>
            <w:r>
              <w:rPr>
                <w:sz w:val="16"/>
              </w:rPr>
              <w:t>60 kt (69 mph) estimated gust</w:t>
            </w:r>
          </w:p>
        </w:tc>
        <w:tc>
          <w:tcPr>
            <w:tcW w:type="dxa" w:w="2410"/>
          </w:tcPr>
          <w:p>
            <w:pPr>
              <w:spacing w:after="0"/>
              <w:jc w:val="left"/>
            </w:pPr>
            <w:r>
              <w:rPr>
                <w:sz w:val="16"/>
              </w:rPr>
              <w:t>damage not reported</w:t>
            </w:r>
          </w:p>
        </w:tc>
        <w:tc>
          <w:tcPr>
            <w:tcW w:type="dxa" w:w="1087"/>
          </w:tcPr>
          <w:p>
            <w:pPr>
              <w:spacing w:after="0"/>
              <w:jc w:val="right"/>
            </w:pPr>
            <w:r>
              <w:rPr>
                <w:sz w:val="16"/>
              </w:rPr>
              <w:t>0, 1</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94"/>
          </w:tcPr>
          <w:p>
            <w:pPr>
              <w:spacing w:after="0"/>
              <w:jc w:val="left"/>
            </w:pPr>
            <w:r>
              <w:rPr>
                <w:sz w:val="16"/>
              </w:rPr>
              <w:t>Lightning</w:t>
            </w:r>
          </w:p>
        </w:tc>
        <w:tc>
          <w:tcPr>
            <w:tcW w:type="dxa" w:w="2739"/>
          </w:tcPr>
          <w:p>
            <w:pPr>
              <w:spacing w:after="0"/>
              <w:jc w:val="left"/>
            </w:pPr>
          </w:p>
        </w:tc>
        <w:tc>
          <w:tcPr>
            <w:tcW w:type="dxa" w:w="2410"/>
          </w:tcPr>
          <w:p>
            <w:pPr>
              <w:spacing w:after="0"/>
              <w:jc w:val="left"/>
            </w:pPr>
            <w:r>
              <w:rPr>
                <w:sz w:val="16"/>
              </w:rPr>
              <w:t>damage not reported</w:t>
            </w:r>
          </w:p>
        </w:tc>
        <w:tc>
          <w:tcPr>
            <w:tcW w:type="dxa" w:w="1087"/>
          </w:tcPr>
          <w:p>
            <w:pPr>
              <w:spacing w:after="0"/>
              <w:jc w:val="right"/>
            </w:pPr>
            <w:r>
              <w:rPr>
                <w:sz w:val="16"/>
              </w:rPr>
              <w:t>0, 1</w:t>
            </w:r>
          </w:p>
        </w:tc>
        <w:tc>
          <w:tcPr>
            <w:tcW w:type="dxa" w:w="1884"/>
          </w:tcPr>
          <w:p>
            <w:pPr>
              <w:spacing w:after="0"/>
              <w:jc w:val="left"/>
            </w:pPr>
            <w:r>
              <w:rPr>
                <w:sz w:val="16"/>
              </w:rPr>
              <w:t>BENNINGTON</w:t>
            </w:r>
          </w:p>
        </w:tc>
        <w:tc>
          <w:tcPr>
            <w:tcW w:type="dxa" w:w="705"/>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94"/>
          </w:tcPr>
          <w:p>
            <w:pPr>
              <w:spacing w:after="0"/>
              <w:jc w:val="left"/>
            </w:pPr>
            <w:r>
              <w:rPr>
                <w:sz w:val="16"/>
              </w:rPr>
              <w:t>High Wind</w:t>
            </w:r>
          </w:p>
        </w:tc>
        <w:tc>
          <w:tcPr>
            <w:tcW w:type="dxa" w:w="2739"/>
          </w:tcPr>
          <w:p>
            <w:pPr>
              <w:spacing w:after="0"/>
              <w:jc w:val="left"/>
            </w:pPr>
            <w:r>
              <w:rPr>
                <w:sz w:val="16"/>
              </w:rPr>
              <w:t>66 kt (76 mph), measurement type not recorded</w:t>
            </w:r>
          </w:p>
        </w:tc>
        <w:tc>
          <w:tcPr>
            <w:tcW w:type="dxa" w:w="2410"/>
          </w:tcPr>
          <w:p>
            <w:pPr>
              <w:spacing w:after="0"/>
              <w:jc w:val="left"/>
            </w:pPr>
            <w:r>
              <w:rPr>
                <w:sz w:val="16"/>
              </w:rPr>
              <w:t>damage not reported</w:t>
            </w:r>
          </w:p>
        </w:tc>
        <w:tc>
          <w:tcPr>
            <w:tcW w:type="dxa" w:w="1087"/>
          </w:tcPr>
          <w:p>
            <w:pPr>
              <w:spacing w:after="0"/>
              <w:jc w:val="right"/>
            </w:pPr>
            <w:r>
              <w:rPr>
                <w:sz w:val="16"/>
              </w:rPr>
              <w:t>0, 0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94"/>
          </w:tcPr>
          <w:p>
            <w:pPr>
              <w:spacing w:after="0"/>
              <w:jc w:val="left"/>
            </w:pPr>
            <w:r>
              <w:rPr>
                <w:sz w:val="16"/>
              </w:rPr>
              <w:t>Flash Flood</w:t>
            </w:r>
          </w:p>
        </w:tc>
        <w:tc>
          <w:tcPr>
            <w:tcW w:type="dxa" w:w="2739"/>
          </w:tcPr>
          <w:p>
            <w:pPr>
              <w:spacing w:after="0"/>
              <w:jc w:val="left"/>
            </w:pPr>
          </w:p>
        </w:tc>
        <w:tc>
          <w:tcPr>
            <w:tcW w:type="dxa" w:w="2410"/>
          </w:tcPr>
          <w:p>
            <w:pPr>
              <w:spacing w:after="0"/>
              <w:jc w:val="left"/>
            </w:pPr>
            <w:r>
              <w:rPr>
                <w:sz w:val="16"/>
              </w:rPr>
              <w:t>$476,000 property; crops not reported (1999 dollars)</w:t>
            </w:r>
          </w:p>
        </w:tc>
        <w:tc>
          <w:tcPr>
            <w:tcW w:type="dxa" w:w="1087"/>
          </w:tcPr>
          <w:p>
            <w:pPr>
              <w:spacing w:after="0"/>
              <w:jc w:val="right"/>
            </w:pPr>
            <w:r>
              <w:rPr>
                <w:sz w:val="16"/>
              </w:rPr>
              <w:t>0, 0</w:t>
            </w:r>
          </w:p>
        </w:tc>
        <w:tc>
          <w:tcPr>
            <w:tcW w:type="dxa" w:w="1884"/>
          </w:tcPr>
          <w:p>
            <w:pPr>
              <w:spacing w:after="0"/>
              <w:jc w:val="left"/>
            </w:pPr>
            <w:r>
              <w:rPr>
                <w:sz w:val="16"/>
              </w:rPr>
              <w:t>COUNTYWIDE</w:t>
            </w:r>
          </w:p>
        </w:tc>
        <w:tc>
          <w:tcPr>
            <w:tcW w:type="dxa" w:w="705"/>
          </w:tcPr>
          <w:p>
            <w:pPr>
              <w:spacing w:after="0"/>
              <w:jc w:val="left"/>
            </w:pPr>
          </w:p>
        </w:tc>
        <w:tc>
          <w:tcPr>
            <w:tcW w:type="dxa" w:w="29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94"/>
          </w:tcPr>
          <w:p>
            <w:pPr>
              <w:spacing w:after="0"/>
              <w:jc w:val="left"/>
            </w:pPr>
            <w:r>
              <w:rPr>
                <w:sz w:val="16"/>
              </w:rPr>
              <w:t>Tornado</w:t>
            </w:r>
          </w:p>
        </w:tc>
        <w:tc>
          <w:tcPr>
            <w:tcW w:type="dxa" w:w="2739"/>
          </w:tcPr>
          <w:p>
            <w:pPr>
              <w:spacing w:after="0"/>
              <w:jc w:val="left"/>
            </w:pPr>
            <w:r>
              <w:rPr>
                <w:sz w:val="16"/>
              </w:rPr>
              <w:t>F2, 0.5 mi path length (records before 1996 may include the whole path; rating and listing come from the county where the tornado began), 33 yd wide</w:t>
            </w:r>
          </w:p>
        </w:tc>
        <w:tc>
          <w:tcPr>
            <w:tcW w:type="dxa" w:w="2410"/>
          </w:tcPr>
          <w:p>
            <w:pPr>
              <w:spacing w:after="0"/>
              <w:jc w:val="left"/>
            </w:pPr>
            <w:r>
              <w:rPr>
                <w:sz w:val="16"/>
              </w:rPr>
              <w:t>$25,000 property; crops not recorded (1969 dollars)</w:t>
            </w:r>
          </w:p>
        </w:tc>
        <w:tc>
          <w:tcPr>
            <w:tcW w:type="dxa" w:w="1087"/>
          </w:tcPr>
          <w:p>
            <w:pPr>
              <w:spacing w:after="0"/>
              <w:jc w:val="right"/>
            </w:pPr>
            <w:r>
              <w:rPr>
                <w:sz w:val="16"/>
              </w:rPr>
              <w:t>0, 1</w:t>
            </w:r>
          </w:p>
        </w:tc>
        <w:tc>
          <w:tcPr>
            <w:tcW w:type="dxa" w:w="1884"/>
          </w:tcPr>
          <w:p>
            <w:pPr>
              <w:spacing w:after="0"/>
              <w:jc w:val="left"/>
            </w:pPr>
            <w:r>
              <w:rPr>
                <w:sz w:val="16"/>
              </w:rPr>
              <w:t>location not recorded</w:t>
            </w:r>
          </w:p>
        </w:tc>
        <w:tc>
          <w:tcPr>
            <w:tcW w:type="dxa" w:w="705"/>
          </w:tcPr>
          <w:p>
            <w:pPr>
              <w:spacing w:after="0"/>
              <w:jc w:val="left"/>
            </w:pPr>
          </w:p>
        </w:tc>
        <w:tc>
          <w:tcPr>
            <w:tcW w:type="dxa" w:w="295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43"/>
          </w:tcPr>
          <w:p>
            <w:pPr>
              <w:spacing w:after="0"/>
              <w:jc w:val="right"/>
            </w:pPr>
          </w:p>
        </w:tc>
        <w:tc>
          <w:tcPr>
            <w:tcW w:type="dxa" w:w="1051"/>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$3,774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206"/>
          </w:tcPr>
          <w:p>
            <w:pPr>
              <w:spacing w:after="0"/>
              <w:jc w:val="right"/>
            </w:pPr>
            <w:r>
              <w:rPr>
                <w:sz w:val="16"/>
              </w:rPr>
              <w:t>$4,981,984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43"/>
          </w:tcPr>
          <w:p>
            <w:pPr>
              <w:spacing w:after="0"/>
              <w:jc w:val="right"/>
            </w:pPr>
          </w:p>
        </w:tc>
        <w:tc>
          <w:tcPr>
            <w:tcW w:type="dxa" w:w="1051"/>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206"/>
          </w:tcPr>
          <w:p>
            <w:pPr>
              <w:spacing w:after="0"/>
              <w:jc w:val="right"/>
            </w:pPr>
            <w:r>
              <w:rPr>
                <w:sz w:val="16"/>
              </w:rPr>
              <w:t>$30,132</w:t>
            </w:r>
          </w:p>
        </w:tc>
        <w:tc>
          <w:tcPr>
            <w:tcW w:type="dxa" w:w="1064"/>
          </w:tcPr>
          <w:p>
            <w:pPr>
              <w:spacing w:after="0"/>
              <w:jc w:val="right"/>
            </w:pPr>
            <w:r>
              <w:rPr>
                <w:sz w:val="16"/>
              </w:rPr>
              <w:t>0.00105%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206"/>
          </w:tcPr>
          <w:p>
            <w:pPr>
              <w:spacing w:after="0"/>
              <w:jc w:val="right"/>
            </w:pPr>
            <w:r>
              <w:rPr>
                <w:sz w:val="16"/>
              </w:rPr>
              <w:t>$103,120</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206"/>
          </w:tcPr>
          <w:p>
            <w:pPr>
              <w:spacing w:after="0"/>
              <w:jc w:val="right"/>
            </w:pPr>
            <w:r>
              <w:rPr>
                <w:sz w:val="16"/>
              </w:rPr>
              <w:t>$118,993</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43"/>
          </w:tcPr>
          <w:p>
            <w:pPr>
              <w:spacing w:after="0"/>
              <w:jc w:val="right"/>
            </w:pPr>
            <w:r>
              <w:rPr>
                <w:sz w:val="16"/>
              </w:rPr>
              <w:t>$22,597,593</w:t>
            </w:r>
          </w:p>
        </w:tc>
        <w:tc>
          <w:tcPr>
            <w:tcW w:type="dxa" w:w="1051"/>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206"/>
          </w:tcPr>
          <w:p>
            <w:pPr>
              <w:spacing w:after="0"/>
              <w:jc w:val="right"/>
            </w:pPr>
            <w:r>
              <w:rPr>
                <w:sz w:val="16"/>
              </w:rPr>
              <w:t>$24,700</w:t>
            </w:r>
          </w:p>
        </w:tc>
        <w:tc>
          <w:tcPr>
            <w:tcW w:type="dxa" w:w="1064"/>
          </w:tcPr>
          <w:p>
            <w:pPr>
              <w:spacing w:after="0"/>
              <w:jc w:val="right"/>
            </w:pPr>
            <w:r>
              <w:rPr>
                <w:sz w:val="16"/>
              </w:rPr>
              <w:t>0.00633%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43"/>
          </w:tcPr>
          <w:p>
            <w:pPr>
              <w:spacing w:after="0"/>
              <w:jc w:val="right"/>
            </w:pPr>
          </w:p>
        </w:tc>
        <w:tc>
          <w:tcPr>
            <w:tcW w:type="dxa" w:w="1051"/>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206"/>
          </w:tcPr>
          <w:p>
            <w:pPr>
              <w:spacing w:after="0"/>
              <w:jc w:val="right"/>
            </w:pPr>
            <w:r>
              <w:rPr>
                <w:sz w:val="16"/>
              </w:rPr>
              <w:t>$1,268</w:t>
            </w:r>
          </w:p>
        </w:tc>
        <w:tc>
          <w:tcPr>
            <w:tcW w:type="dxa" w:w="1064"/>
          </w:tcPr>
          <w:p>
            <w:pPr>
              <w:spacing w:after="0"/>
              <w:jc w:val="right"/>
            </w:pPr>
            <w:r>
              <w:rPr>
                <w:sz w:val="16"/>
              </w:rPr>
              <w:t>0.000831%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43"/>
          </w:tcPr>
          <w:p>
            <w:pPr>
              <w:spacing w:after="0"/>
              <w:jc w:val="right"/>
            </w:pPr>
            <w:r>
              <w:rPr>
                <w:sz w:val="16"/>
              </w:rPr>
              <w:t>$3,793,159</w:t>
            </w:r>
          </w:p>
        </w:tc>
        <w:tc>
          <w:tcPr>
            <w:tcW w:type="dxa" w:w="1051"/>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206"/>
          </w:tcPr>
          <w:p>
            <w:pPr>
              <w:spacing w:after="0"/>
              <w:jc w:val="right"/>
            </w:pPr>
            <w:r>
              <w:rPr>
                <w:sz w:val="16"/>
              </w:rPr>
              <w:t>$46,680</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43"/>
          </w:tcPr>
          <w:p>
            <w:pPr>
              <w:spacing w:after="0"/>
              <w:jc w:val="right"/>
            </w:pPr>
          </w:p>
        </w:tc>
        <w:tc>
          <w:tcPr>
            <w:tcW w:type="dxa" w:w="1051"/>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206"/>
          </w:tcPr>
          <w:p>
            <w:pPr>
              <w:spacing w:after="0"/>
              <w:jc w:val="right"/>
            </w:pPr>
            <w:r>
              <w:rPr>
                <w:sz w:val="16"/>
              </w:rPr>
              <w:t>$7,276</w:t>
            </w:r>
          </w:p>
        </w:tc>
        <w:tc>
          <w:tcPr>
            <w:tcW w:type="dxa" w:w="1064"/>
          </w:tcPr>
          <w:p>
            <w:pPr>
              <w:spacing w:after="0"/>
              <w:jc w:val="right"/>
            </w:pPr>
            <w:r>
              <w:rPr>
                <w:sz w:val="16"/>
              </w:rPr>
              <w:t>0.00139%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43"/>
          </w:tcPr>
          <w:p>
            <w:pPr>
              <w:spacing w:after="0"/>
              <w:jc w:val="right"/>
            </w:pPr>
          </w:p>
        </w:tc>
        <w:tc>
          <w:tcPr>
            <w:tcW w:type="dxa" w:w="1051"/>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206"/>
          </w:tcPr>
          <w:p>
            <w:pPr>
              <w:spacing w:after="0"/>
              <w:jc w:val="right"/>
            </w:pPr>
            <w:r>
              <w:rPr>
                <w:sz w:val="16"/>
              </w:rPr>
              <w:t>$230,549</w:t>
            </w:r>
          </w:p>
        </w:tc>
        <w:tc>
          <w:tcPr>
            <w:tcW w:type="dxa" w:w="1064"/>
          </w:tcPr>
          <w:p>
            <w:pPr>
              <w:spacing w:after="0"/>
              <w:jc w:val="right"/>
            </w:pPr>
            <w:r>
              <w:rPr>
                <w:sz w:val="16"/>
              </w:rPr>
              <w:t>0.000462%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206"/>
          </w:tcPr>
          <w:p>
            <w:pPr>
              <w:spacing w:after="0"/>
              <w:jc w:val="right"/>
            </w:pPr>
            <w:r>
              <w:rPr>
                <w:sz w:val="16"/>
              </w:rPr>
              <w:t>$100,319</w:t>
            </w:r>
          </w:p>
        </w:tc>
        <w:tc>
          <w:tcPr>
            <w:tcW w:type="dxa" w:w="1064"/>
          </w:tcPr>
          <w:p>
            <w:pPr>
              <w:spacing w:after="0"/>
              <w:jc w:val="right"/>
            </w:pPr>
            <w:r>
              <w:rPr>
                <w:sz w:val="16"/>
              </w:rPr>
              <w:t>0.000657%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206"/>
          </w:tcPr>
          <w:p>
            <w:pPr>
              <w:spacing w:after="0"/>
              <w:jc w:val="right"/>
            </w:pPr>
            <w:r>
              <w:rPr>
                <w:sz w:val="16"/>
              </w:rPr>
              <w:t>$49,780</w:t>
            </w:r>
          </w:p>
        </w:tc>
        <w:tc>
          <w:tcPr>
            <w:tcW w:type="dxa" w:w="1064"/>
          </w:tcPr>
          <w:p>
            <w:pPr>
              <w:spacing w:after="0"/>
              <w:jc w:val="right"/>
            </w:pPr>
            <w:r>
              <w:rPr>
                <w:sz w:val="16"/>
              </w:rPr>
              <w:t>0.00205%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43"/>
          </w:tcPr>
          <w:p>
            <w:pPr>
              <w:spacing w:after="0"/>
              <w:jc w:val="right"/>
            </w:pPr>
            <w:r>
              <w:rPr>
                <w:sz w:val="16"/>
              </w:rPr>
              <w:t>$10,711,823</w:t>
            </w:r>
          </w:p>
        </w:tc>
        <w:tc>
          <w:tcPr>
            <w:tcW w:type="dxa" w:w="1051"/>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206"/>
          </w:tcPr>
          <w:p>
            <w:pPr>
              <w:spacing w:after="0"/>
              <w:jc w:val="right"/>
            </w:pPr>
            <w:r>
              <w:rPr>
                <w:sz w:val="16"/>
              </w:rPr>
              <w:t>$627</w:t>
            </w:r>
          </w:p>
        </w:tc>
        <w:tc>
          <w:tcPr>
            <w:tcW w:type="dxa" w:w="1064"/>
          </w:tcPr>
          <w:p>
            <w:pPr>
              <w:spacing w:after="0"/>
              <w:jc w:val="right"/>
            </w:pPr>
            <w:r>
              <w:rPr>
                <w:sz w:val="16"/>
              </w:rPr>
              <w:t>0.000139%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206"/>
          </w:tcPr>
          <w:p>
            <w:pPr>
              <w:spacing w:after="0"/>
              <w:jc w:val="right"/>
            </w:pPr>
            <w:r>
              <w:rPr>
                <w:sz w:val="16"/>
              </w:rPr>
              <w:t>$23,841</w:t>
            </w:r>
          </w:p>
        </w:tc>
        <w:tc>
          <w:tcPr>
            <w:tcW w:type="dxa" w:w="1064"/>
          </w:tcPr>
          <w:p>
            <w:pPr>
              <w:spacing w:after="0"/>
              <w:jc w:val="right"/>
            </w:pPr>
            <w:r>
              <w:rPr>
                <w:sz w:val="16"/>
              </w:rPr>
              <w:t>0.00031%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the plan: not available. No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Pownal town, VT: risk-assessment baseline packet, release 2026-10 (data as of 2026-09-28; Vermont town 5000357025).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hazard-plain_2026-10_VT_5000357025.docx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Pownal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Pownal town, VT: Risk-assessment baseline packet</dc:title>
  <dc:subject>Hazard Plain release 2026-10, as of 2026-09-28. Preview: automated baseline</dc:subject>
  <dc:creator>Hazard Plain</dc:creator>
  <cp:keywords>Hazard Plain; hazard mitigation; risk assessment; 5000357025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