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Vergennes city, VT</w:t>
      </w:r>
    </w:p>
    <w:p>
      <w:pPr>
        <w:spacing w:after="120" w:before="0"/>
      </w:pPr>
      <w:r>
        <w:rPr>
          <w:color w:val="555555"/>
          <w:sz w:val="24"/>
        </w:rPr>
        <w:t>Risk-assessment baseline packet (county-level sections from Addison County)</w:t>
      </w:r>
    </w:p>
    <w:p>
      <w:pPr>
        <w:spacing w:after="120" w:before="0"/>
      </w:pPr>
      <w:r>
        <w:rPr>
          <w:b/>
          <w:sz w:val="18"/>
        </w:rPr>
        <w:t xml:space="preserve">Town FIPS: </w:t>
      </w:r>
      <w:r>
        <w:rPr>
          <w:sz w:val="18"/>
        </w:rPr>
        <w:t>5000174650</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No plan row in FEMA data.</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Sections B1-a, B1-b, B1-c, B1-d, B1-e, B2-a and B2-b use Addison County data (county FIPS 50001; each heading says so); the plan clock, B1-f and B2-c are for Vergennes city.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($7,777,411 a year), Cold Wave ($716,975) and Hurricane ($595,242).</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5000174650 is this town.</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spacing w:after="80" w:before="0"/>
      </w:pPr>
      <w:r>
        <w:rPr/>
        <w:t>No plan row in FEMA data</w:t>
      </w:r>
    </w:p>
    <w:p>
      <w:pPr>
        <w:spacing w:after="80" w:before="0"/>
      </w:pPr>
      <w:r>
        <w:rPr>
          <w:color w:val="555555"/>
          <w:sz w:val="17"/>
        </w:rPr>
        <w:t>Every jurisdiction listed on this page (0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80" w:before="0"/>
      </w:pPr>
      <w:r>
        <w:rPr>
          <w:b/>
        </w:rPr>
        <w:t xml:space="preserve">Not available: </w:t>
      </w:r>
      <w:r>
        <w:rPr/>
        <w:t>No plan row in FEMA data, so there is no approval date to count from.</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this town</w:t>
      </w:r>
    </w:p>
    <w:p>
      <w:pPr>
        <w:pStyle w:val="Heading3"/>
        <w:keepNext/>
        <w:spacing w:after="80"/>
      </w:pPr>
      <w:r>
        <w:rPr/>
        <w:t>Plan status for this town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this town"/>
        <w:tblDescription w:val="Hazard Plain table plan_clock"/>
      </w:tblPr>
      <w:tblGrid>
        <w:gridCol w:w="1568"/>
        <w:gridCol w:w="1568"/>
        <w:gridCol w:w="1568"/>
        <w:gridCol w:w="1568"/>
        <w:gridCol w:w="1568"/>
        <w:gridCol w:w="1568"/>
        <w:gridCol w:w="1568"/>
        <w:gridCol w:w="1568"/>
        <w:gridCol w:w="1568"/>
      </w:tblGrid>
      <w:tr>
        <w:trPr>
          <w:cantSplit/>
          <w:tblHeader/>
        </w:trPr>
        <w:tc>
          <w:tcPr>
            <w:tcW w:type="dxa" w:w="1568"/>
            <w:shd w:val="clear" w:color="auto" w:fill="E8E8E8"/>
          </w:tcPr>
          <w:p>
            <w:pPr>
              <w:spacing w:after="0"/>
              <w:jc w:val="left"/>
            </w:pPr>
            <w:r>
              <w:rPr>
                <w:b/>
                <w:sz w:val="16"/>
              </w:rPr>
              <w:t>Jurisdiction</w:t>
            </w:r>
          </w:p>
        </w:tc>
        <w:tc>
          <w:tcPr>
            <w:tcW w:type="dxa" w:w="1568"/>
            <w:shd w:val="clear" w:color="auto" w:fill="E8E8E8"/>
          </w:tcPr>
          <w:p>
            <w:pPr>
              <w:spacing w:after="0"/>
              <w:jc w:val="left"/>
            </w:pPr>
            <w:r>
              <w:rPr>
                <w:b/>
                <w:sz w:val="16"/>
              </w:rPr>
              <w:t>Type</w:t>
            </w:r>
          </w:p>
        </w:tc>
        <w:tc>
          <w:tcPr>
            <w:tcW w:type="dxa" w:w="1568"/>
            <w:shd w:val="clear" w:color="auto" w:fill="E8E8E8"/>
          </w:tcPr>
          <w:p>
            <w:pPr>
              <w:spacing w:after="0"/>
              <w:jc w:val="left"/>
            </w:pPr>
            <w:r>
              <w:rPr>
                <w:b/>
                <w:sz w:val="16"/>
              </w:rPr>
              <w:t>Status</w:t>
            </w:r>
          </w:p>
        </w:tc>
        <w:tc>
          <w:tcPr>
            <w:tcW w:type="dxa" w:w="1568"/>
            <w:shd w:val="clear" w:color="auto" w:fill="E8E8E8"/>
          </w:tcPr>
          <w:p>
            <w:pPr>
              <w:spacing w:after="0"/>
              <w:jc w:val="left"/>
            </w:pPr>
            <w:r>
              <w:rPr>
                <w:b/>
                <w:sz w:val="16"/>
              </w:rPr>
              <w:t>Plan</w:t>
            </w:r>
          </w:p>
        </w:tc>
        <w:tc>
          <w:tcPr>
            <w:tcW w:type="dxa" w:w="1568"/>
            <w:shd w:val="clear" w:color="auto" w:fill="E8E8E8"/>
          </w:tcPr>
          <w:p>
            <w:pPr>
              <w:spacing w:after="0"/>
              <w:jc w:val="left"/>
            </w:pPr>
            <w:r>
              <w:rPr>
                <w:b/>
                <w:sz w:val="16"/>
              </w:rPr>
              <w:t>Approved</w:t>
            </w:r>
          </w:p>
        </w:tc>
        <w:tc>
          <w:tcPr>
            <w:tcW w:type="dxa" w:w="1568"/>
            <w:shd w:val="clear" w:color="auto" w:fill="E8E8E8"/>
          </w:tcPr>
          <w:p>
            <w:pPr>
              <w:spacing w:after="0"/>
              <w:jc w:val="left"/>
            </w:pPr>
            <w:r>
              <w:rPr>
                <w:b/>
                <w:sz w:val="16"/>
              </w:rPr>
              <w:t>Expires</w:t>
            </w:r>
          </w:p>
        </w:tc>
        <w:tc>
          <w:tcPr>
            <w:tcW w:type="dxa" w:w="1568"/>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568"/>
            <w:shd w:val="clear" w:color="auto" w:fill="E8E8E8"/>
          </w:tcPr>
          <w:p>
            <w:pPr>
              <w:spacing w:after="0"/>
              <w:jc w:val="left"/>
            </w:pPr>
            <w:r>
              <w:rPr>
                <w:b/>
                <w:sz w:val="16"/>
              </w:rPr>
              <w:t>Update underway</w:t>
            </w:r>
          </w:p>
        </w:tc>
        <w:tc>
          <w:tcPr>
            <w:tcW w:type="dxa" w:w="1568"/>
            <w:shd w:val="clear" w:color="auto" w:fill="E8E8E8"/>
          </w:tcPr>
          <w:p>
            <w:pPr>
              <w:spacing w:after="0"/>
              <w:jc w:val="left"/>
            </w:pPr>
            <w:r>
              <w:rPr>
                <w:b/>
                <w:sz w:val="16"/>
              </w:rPr>
              <w:t>Notes</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40" w:before="60"/>
      </w:pPr>
      <w:r>
        <w:rPr>
          <w:sz w:val="15"/>
        </w:rPr>
        <w:t>No jurisdictions listed in FEMA plan data for this unit.</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i/>
        </w:rPr>
        <w:t>County-level: Addison County.</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4"/>
        <w:gridCol w:w="1037"/>
        <w:gridCol w:w="1229"/>
        <w:gridCol w:w="1229"/>
        <w:gridCol w:w="1037"/>
        <w:gridCol w:w="1126"/>
        <w:gridCol w:w="1513"/>
        <w:gridCol w:w="1133"/>
        <w:gridCol w:w="1711"/>
        <w:gridCol w:w="3402"/>
      </w:tblGrid>
      <w:tr>
        <w:trPr>
          <w:cantSplit/>
          <w:tblHeader/>
        </w:trPr>
        <w:tc>
          <w:tcPr>
            <w:tcW w:type="dxa" w:w="694"/>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29"/>
            <w:shd w:val="clear" w:color="auto" w:fill="E8E8E8"/>
          </w:tcPr>
          <w:p>
            <w:pPr>
              <w:spacing w:after="0"/>
              <w:jc w:val="left"/>
            </w:pPr>
            <w:r>
              <w:rPr>
                <w:b/>
                <w:sz w:val="16"/>
              </w:rPr>
              <w:t>NRI risk rating</w:t>
            </w:r>
          </w:p>
        </w:tc>
        <w:tc>
          <w:tcPr>
            <w:tcW w:type="dxa" w:w="1229"/>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513"/>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33"/>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711"/>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402"/>
            <w:shd w:val="clear" w:color="auto" w:fill="E8E8E8"/>
          </w:tcPr>
          <w:p>
            <w:pPr>
              <w:spacing w:after="0"/>
              <w:jc w:val="left"/>
            </w:pPr>
            <w:r>
              <w:rPr>
                <w:b/>
                <w:sz w:val="16"/>
              </w:rPr>
              <w:t>Storm Events coverage note</w:t>
            </w:r>
          </w:p>
        </w:tc>
      </w:tr>
      <w:tr>
        <w:trPr>
          <w:cantSplit/>
        </w:trPr>
        <w:tc>
          <w:tcPr>
            <w:tcW w:type="dxa" w:w="694"/>
          </w:tcPr>
          <w:p>
            <w:pPr>
              <w:spacing w:after="0"/>
              <w:jc w:val="right"/>
            </w:pPr>
            <w:r>
              <w:rPr>
                <w:sz w:val="16"/>
              </w:rPr>
              <w:t>1</w:t>
            </w:r>
          </w:p>
        </w:tc>
        <w:tc>
          <w:tcPr>
            <w:tcW w:type="dxa" w:w="1037"/>
          </w:tcPr>
          <w:p>
            <w:pPr>
              <w:spacing w:after="0"/>
              <w:jc w:val="left"/>
            </w:pPr>
            <w:r>
              <w:rPr>
                <w:sz w:val="16"/>
              </w:rPr>
              <w:t>Inland Flooding</w:t>
            </w:r>
          </w:p>
        </w:tc>
        <w:tc>
          <w:tcPr>
            <w:tcW w:type="dxa" w:w="1229"/>
          </w:tcPr>
          <w:p>
            <w:pPr>
              <w:spacing w:after="0"/>
              <w:jc w:val="left"/>
            </w:pPr>
            <w:r>
              <w:rPr>
                <w:sz w:val="16"/>
              </w:rPr>
              <w:t>Relatively Low</w:t>
            </w:r>
          </w:p>
        </w:tc>
        <w:tc>
          <w:tcPr>
            <w:tcW w:type="dxa" w:w="1229"/>
          </w:tcPr>
          <w:p>
            <w:pPr>
              <w:spacing w:after="0"/>
              <w:jc w:val="left"/>
            </w:pPr>
            <w:r>
              <w:rPr>
                <w:sz w:val="16"/>
              </w:rPr>
              <w:t>Relatively Low</w:t>
            </w:r>
          </w:p>
        </w:tc>
        <w:tc>
          <w:tcPr>
            <w:tcW w:type="dxa" w:w="1037"/>
          </w:tcPr>
          <w:p>
            <w:pPr>
              <w:spacing w:after="0"/>
              <w:jc w:val="right"/>
            </w:pPr>
            <w:r>
              <w:rPr>
                <w:sz w:val="16"/>
              </w:rPr>
              <w:t>$7,702,083</w:t>
            </w:r>
          </w:p>
        </w:tc>
        <w:tc>
          <w:tcPr>
            <w:tcW w:type="dxa" w:w="1126"/>
          </w:tcPr>
          <w:p>
            <w:pPr>
              <w:spacing w:after="0"/>
              <w:jc w:val="right"/>
            </w:pPr>
            <w:r>
              <w:rPr>
                <w:sz w:val="16"/>
              </w:rPr>
              <w:t>$38,650</w:t>
            </w:r>
          </w:p>
        </w:tc>
        <w:tc>
          <w:tcPr>
            <w:tcW w:type="dxa" w:w="1513"/>
          </w:tcPr>
          <w:p>
            <w:pPr>
              <w:spacing w:after="0"/>
              <w:jc w:val="right"/>
            </w:pPr>
            <w:r>
              <w:rPr>
                <w:sz w:val="16"/>
              </w:rPr>
              <w:t>$36,679</w:t>
            </w:r>
          </w:p>
        </w:tc>
        <w:tc>
          <w:tcPr>
            <w:tcW w:type="dxa" w:w="1133"/>
          </w:tcPr>
          <w:p>
            <w:pPr>
              <w:spacing w:after="0"/>
              <w:jc w:val="right"/>
            </w:pPr>
            <w:r>
              <w:rPr>
                <w:sz w:val="16"/>
              </w:rPr>
              <w:t>$7,777,411</w:t>
            </w:r>
          </w:p>
        </w:tc>
        <w:tc>
          <w:tcPr>
            <w:tcW w:type="dxa" w:w="1711"/>
          </w:tcPr>
          <w:p>
            <w:pPr>
              <w:spacing w:after="0"/>
              <w:jc w:val="right"/>
            </w:pPr>
            <w:r>
              <w:rPr>
                <w:sz w:val="16"/>
              </w:rPr>
              <w:t>77</w:t>
            </w:r>
          </w:p>
        </w:tc>
        <w:tc>
          <w:tcPr>
            <w:tcW w:type="dxa" w:w="3402"/>
          </w:tcPr>
          <w:p>
            <w:pPr>
              <w:spacing w:after="0"/>
              <w:jc w:val="left"/>
            </w:pPr>
          </w:p>
        </w:tc>
      </w:tr>
      <w:tr>
        <w:trPr>
          <w:cantSplit/>
        </w:trPr>
        <w:tc>
          <w:tcPr>
            <w:tcW w:type="dxa" w:w="694"/>
          </w:tcPr>
          <w:p>
            <w:pPr>
              <w:spacing w:after="0"/>
              <w:jc w:val="right"/>
            </w:pPr>
            <w:r>
              <w:rPr>
                <w:sz w:val="16"/>
              </w:rPr>
              <w:t>2</w:t>
            </w:r>
          </w:p>
        </w:tc>
        <w:tc>
          <w:tcPr>
            <w:tcW w:type="dxa" w:w="1037"/>
          </w:tcPr>
          <w:p>
            <w:pPr>
              <w:spacing w:after="0"/>
              <w:jc w:val="left"/>
            </w:pPr>
            <w:r>
              <w:rPr>
                <w:sz w:val="16"/>
              </w:rPr>
              <w:t>Cold Wave</w:t>
            </w:r>
          </w:p>
        </w:tc>
        <w:tc>
          <w:tcPr>
            <w:tcW w:type="dxa" w:w="1229"/>
          </w:tcPr>
          <w:p>
            <w:pPr>
              <w:spacing w:after="0"/>
              <w:jc w:val="left"/>
            </w:pPr>
            <w:r>
              <w:rPr>
                <w:sz w:val="16"/>
              </w:rPr>
              <w:t>Relatively Low</w:t>
            </w:r>
          </w:p>
        </w:tc>
        <w:tc>
          <w:tcPr>
            <w:tcW w:type="dxa" w:w="1229"/>
          </w:tcPr>
          <w:p>
            <w:pPr>
              <w:spacing w:after="0"/>
              <w:jc w:val="left"/>
            </w:pPr>
            <w:r>
              <w:rPr>
                <w:sz w:val="16"/>
              </w:rPr>
              <w:t>Relatively Low</w:t>
            </w:r>
          </w:p>
        </w:tc>
        <w:tc>
          <w:tcPr>
            <w:tcW w:type="dxa" w:w="1037"/>
          </w:tcPr>
          <w:p>
            <w:pPr>
              <w:spacing w:after="0"/>
              <w:jc w:val="right"/>
            </w:pPr>
            <w:r>
              <w:rPr>
                <w:sz w:val="16"/>
              </w:rPr>
              <w:t>$197</w:t>
            </w:r>
          </w:p>
        </w:tc>
        <w:tc>
          <w:tcPr>
            <w:tcW w:type="dxa" w:w="1126"/>
          </w:tcPr>
          <w:p>
            <w:pPr>
              <w:spacing w:after="0"/>
              <w:jc w:val="right"/>
            </w:pPr>
            <w:r>
              <w:rPr>
                <w:sz w:val="16"/>
              </w:rPr>
              <w:t>$102,611</w:t>
            </w:r>
          </w:p>
        </w:tc>
        <w:tc>
          <w:tcPr>
            <w:tcW w:type="dxa" w:w="1513"/>
          </w:tcPr>
          <w:p>
            <w:pPr>
              <w:spacing w:after="0"/>
              <w:jc w:val="right"/>
            </w:pPr>
            <w:r>
              <w:rPr>
                <w:sz w:val="16"/>
              </w:rPr>
              <w:t>$614,167</w:t>
            </w:r>
          </w:p>
        </w:tc>
        <w:tc>
          <w:tcPr>
            <w:tcW w:type="dxa" w:w="1133"/>
          </w:tcPr>
          <w:p>
            <w:pPr>
              <w:spacing w:after="0"/>
              <w:jc w:val="right"/>
            </w:pPr>
            <w:r>
              <w:rPr>
                <w:sz w:val="16"/>
              </w:rPr>
              <w:t>$716,975</w:t>
            </w:r>
          </w:p>
        </w:tc>
        <w:tc>
          <w:tcPr>
            <w:tcW w:type="dxa" w:w="1711"/>
          </w:tcPr>
          <w:p>
            <w:pPr>
              <w:spacing w:after="0"/>
              <w:jc w:val="right"/>
            </w:pPr>
            <w:r>
              <w:rPr>
                <w:sz w:val="16"/>
              </w:rPr>
              <w:t>33</w:t>
            </w:r>
          </w:p>
        </w:tc>
        <w:tc>
          <w:tcPr>
            <w:tcW w:type="dxa" w:w="3402"/>
          </w:tcPr>
          <w:p>
            <w:pPr>
              <w:spacing w:after="0"/>
              <w:jc w:val="left"/>
            </w:pPr>
            <w:r>
              <w:rPr>
                <w:sz w:val="16"/>
              </w:rPr>
              <w:t>Includes 5 Frost/Freeze records (outside NRI's Cold Wave definition; counted in this table and in B1-d, not in the B1-e descriptor).</w:t>
            </w:r>
          </w:p>
        </w:tc>
      </w:tr>
      <w:tr>
        <w:trPr>
          <w:cantSplit/>
        </w:trPr>
        <w:tc>
          <w:tcPr>
            <w:tcW w:type="dxa" w:w="694"/>
          </w:tcPr>
          <w:p>
            <w:pPr>
              <w:spacing w:after="0"/>
              <w:jc w:val="right"/>
            </w:pPr>
            <w:r>
              <w:rPr>
                <w:sz w:val="16"/>
              </w:rPr>
              <w:t>3</w:t>
            </w:r>
          </w:p>
        </w:tc>
        <w:tc>
          <w:tcPr>
            <w:tcW w:type="dxa" w:w="1037"/>
          </w:tcPr>
          <w:p>
            <w:pPr>
              <w:spacing w:after="0"/>
              <w:jc w:val="left"/>
            </w:pPr>
            <w:r>
              <w:rPr>
                <w:sz w:val="16"/>
              </w:rPr>
              <w:t>Hurricane</w:t>
            </w:r>
          </w:p>
        </w:tc>
        <w:tc>
          <w:tcPr>
            <w:tcW w:type="dxa" w:w="1229"/>
          </w:tcPr>
          <w:p>
            <w:pPr>
              <w:spacing w:after="0"/>
              <w:jc w:val="left"/>
            </w:pPr>
            <w:r>
              <w:rPr>
                <w:sz w:val="16"/>
              </w:rPr>
              <w:t>Relatively Low</w:t>
            </w:r>
          </w:p>
        </w:tc>
        <w:tc>
          <w:tcPr>
            <w:tcW w:type="dxa" w:w="1229"/>
          </w:tcPr>
          <w:p>
            <w:pPr>
              <w:spacing w:after="0"/>
              <w:jc w:val="left"/>
            </w:pPr>
            <w:r>
              <w:rPr>
                <w:sz w:val="16"/>
              </w:rPr>
              <w:t>Relatively Low</w:t>
            </w:r>
          </w:p>
        </w:tc>
        <w:tc>
          <w:tcPr>
            <w:tcW w:type="dxa" w:w="1037"/>
          </w:tcPr>
          <w:p>
            <w:pPr>
              <w:spacing w:after="0"/>
              <w:jc w:val="right"/>
            </w:pPr>
            <w:r>
              <w:rPr>
                <w:sz w:val="16"/>
              </w:rPr>
              <w:t>$450,074</w:t>
            </w:r>
          </w:p>
        </w:tc>
        <w:tc>
          <w:tcPr>
            <w:tcW w:type="dxa" w:w="1126"/>
          </w:tcPr>
          <w:p>
            <w:pPr>
              <w:spacing w:after="0"/>
              <w:jc w:val="right"/>
            </w:pPr>
            <w:r>
              <w:rPr>
                <w:sz w:val="16"/>
              </w:rPr>
              <w:t>$134,535</w:t>
            </w:r>
          </w:p>
        </w:tc>
        <w:tc>
          <w:tcPr>
            <w:tcW w:type="dxa" w:w="1513"/>
          </w:tcPr>
          <w:p>
            <w:pPr>
              <w:spacing w:after="0"/>
              <w:jc w:val="right"/>
            </w:pPr>
            <w:r>
              <w:rPr>
                <w:sz w:val="16"/>
              </w:rPr>
              <w:t>$10,633</w:t>
            </w:r>
          </w:p>
        </w:tc>
        <w:tc>
          <w:tcPr>
            <w:tcW w:type="dxa" w:w="1133"/>
          </w:tcPr>
          <w:p>
            <w:pPr>
              <w:spacing w:after="0"/>
              <w:jc w:val="right"/>
            </w:pPr>
            <w:r>
              <w:rPr>
                <w:sz w:val="16"/>
              </w:rPr>
              <w:t>$595,242</w:t>
            </w:r>
          </w:p>
        </w:tc>
        <w:tc>
          <w:tcPr>
            <w:tcW w:type="dxa" w:w="1711"/>
          </w:tcPr>
          <w:p>
            <w:pPr>
              <w:spacing w:after="0"/>
              <w:jc w:val="right"/>
            </w:pPr>
            <w:r>
              <w:rPr>
                <w:sz w:val="16"/>
              </w:rPr>
              <w:t>0</w:t>
            </w:r>
          </w:p>
        </w:tc>
        <w:tc>
          <w:tcPr>
            <w:tcW w:type="dxa" w:w="3402"/>
          </w:tcPr>
          <w:p>
            <w:pPr>
              <w:spacing w:after="0"/>
              <w:jc w:val="left"/>
            </w:pPr>
            <w:r>
              <w:rPr>
                <w:sz w:val="16"/>
              </w:rPr>
              <w:t>Declared 3 times; no Storm Events record of this type.</w:t>
            </w:r>
          </w:p>
        </w:tc>
      </w:tr>
      <w:tr>
        <w:trPr>
          <w:cantSplit/>
        </w:trPr>
        <w:tc>
          <w:tcPr>
            <w:tcW w:type="dxa" w:w="694"/>
          </w:tcPr>
          <w:p>
            <w:pPr>
              <w:spacing w:after="0"/>
              <w:jc w:val="right"/>
            </w:pPr>
            <w:r>
              <w:rPr>
                <w:sz w:val="16"/>
              </w:rPr>
              <w:t>4</w:t>
            </w:r>
          </w:p>
        </w:tc>
        <w:tc>
          <w:tcPr>
            <w:tcW w:type="dxa" w:w="1037"/>
          </w:tcPr>
          <w:p>
            <w:pPr>
              <w:spacing w:after="0"/>
              <w:jc w:val="left"/>
            </w:pPr>
            <w:r>
              <w:rPr>
                <w:sz w:val="16"/>
              </w:rPr>
              <w:t>Earthquake</w:t>
            </w:r>
          </w:p>
        </w:tc>
        <w:tc>
          <w:tcPr>
            <w:tcW w:type="dxa" w:w="1229"/>
          </w:tcPr>
          <w:p>
            <w:pPr>
              <w:spacing w:after="0"/>
              <w:jc w:val="left"/>
            </w:pPr>
            <w:r>
              <w:rPr>
                <w:sz w:val="16"/>
              </w:rPr>
              <w:t>Very Low</w:t>
            </w:r>
          </w:p>
        </w:tc>
        <w:tc>
          <w:tcPr>
            <w:tcW w:type="dxa" w:w="1229"/>
          </w:tcPr>
          <w:p>
            <w:pPr>
              <w:spacing w:after="0"/>
              <w:jc w:val="left"/>
            </w:pPr>
            <w:r>
              <w:rPr>
                <w:sz w:val="16"/>
              </w:rPr>
              <w:t>Relatively Low</w:t>
            </w:r>
          </w:p>
        </w:tc>
        <w:tc>
          <w:tcPr>
            <w:tcW w:type="dxa" w:w="1037"/>
          </w:tcPr>
          <w:p>
            <w:pPr>
              <w:spacing w:after="0"/>
              <w:jc w:val="right"/>
            </w:pPr>
            <w:r>
              <w:rPr>
                <w:sz w:val="16"/>
              </w:rPr>
              <w:t>$419,010</w:t>
            </w:r>
          </w:p>
        </w:tc>
        <w:tc>
          <w:tcPr>
            <w:tcW w:type="dxa" w:w="1126"/>
          </w:tcPr>
          <w:p>
            <w:pPr>
              <w:spacing w:after="0"/>
              <w:jc w:val="right"/>
            </w:pPr>
            <w:r>
              <w:rPr>
                <w:sz w:val="16"/>
              </w:rPr>
              <w:t>n/a</w:t>
            </w:r>
          </w:p>
        </w:tc>
        <w:tc>
          <w:tcPr>
            <w:tcW w:type="dxa" w:w="1513"/>
          </w:tcPr>
          <w:p>
            <w:pPr>
              <w:spacing w:after="0"/>
              <w:jc w:val="right"/>
            </w:pPr>
            <w:r>
              <w:rPr>
                <w:sz w:val="16"/>
              </w:rPr>
              <w:t>$55,018</w:t>
            </w:r>
          </w:p>
        </w:tc>
        <w:tc>
          <w:tcPr>
            <w:tcW w:type="dxa" w:w="1133"/>
          </w:tcPr>
          <w:p>
            <w:pPr>
              <w:spacing w:after="0"/>
              <w:jc w:val="right"/>
            </w:pPr>
            <w:r>
              <w:rPr>
                <w:sz w:val="16"/>
              </w:rPr>
              <w:t>$474,027</w:t>
            </w:r>
          </w:p>
        </w:tc>
        <w:tc>
          <w:tcPr>
            <w:tcW w:type="dxa" w:w="1711"/>
          </w:tcPr>
          <w:p>
            <w:pPr>
              <w:spacing w:after="0"/>
              <w:jc w:val="right"/>
            </w:pPr>
          </w:p>
        </w:tc>
        <w:tc>
          <w:tcPr>
            <w:tcW w:type="dxa" w:w="3402"/>
          </w:tcPr>
          <w:p>
            <w:pPr>
              <w:spacing w:after="0"/>
              <w:jc w:val="left"/>
            </w:pPr>
            <w:r>
              <w:rPr>
                <w:sz w:val="16"/>
              </w:rPr>
              <w:t>Storm Events does not record earthquakes.</w:t>
            </w:r>
          </w:p>
        </w:tc>
      </w:tr>
      <w:tr>
        <w:trPr>
          <w:cantSplit/>
        </w:trPr>
        <w:tc>
          <w:tcPr>
            <w:tcW w:type="dxa" w:w="694"/>
          </w:tcPr>
          <w:p>
            <w:pPr>
              <w:spacing w:after="0"/>
              <w:jc w:val="right"/>
            </w:pPr>
            <w:r>
              <w:rPr>
                <w:sz w:val="16"/>
              </w:rPr>
              <w:t>5</w:t>
            </w:r>
          </w:p>
        </w:tc>
        <w:tc>
          <w:tcPr>
            <w:tcW w:type="dxa" w:w="1037"/>
          </w:tcPr>
          <w:p>
            <w:pPr>
              <w:spacing w:after="0"/>
              <w:jc w:val="left"/>
            </w:pPr>
            <w:r>
              <w:rPr>
                <w:sz w:val="16"/>
              </w:rPr>
              <w:t>Strong Wind</w:t>
            </w:r>
          </w:p>
        </w:tc>
        <w:tc>
          <w:tcPr>
            <w:tcW w:type="dxa" w:w="1229"/>
          </w:tcPr>
          <w:p>
            <w:pPr>
              <w:spacing w:after="0"/>
              <w:jc w:val="left"/>
            </w:pPr>
            <w:r>
              <w:rPr>
                <w:sz w:val="16"/>
              </w:rPr>
              <w:t>Relatively Low</w:t>
            </w:r>
          </w:p>
        </w:tc>
        <w:tc>
          <w:tcPr>
            <w:tcW w:type="dxa" w:w="1229"/>
          </w:tcPr>
          <w:p>
            <w:pPr>
              <w:spacing w:after="0"/>
              <w:jc w:val="left"/>
            </w:pPr>
            <w:r>
              <w:rPr>
                <w:sz w:val="16"/>
              </w:rPr>
              <w:t>Relatively Low</w:t>
            </w:r>
          </w:p>
        </w:tc>
        <w:tc>
          <w:tcPr>
            <w:tcW w:type="dxa" w:w="1037"/>
          </w:tcPr>
          <w:p>
            <w:pPr>
              <w:spacing w:after="0"/>
              <w:jc w:val="right"/>
            </w:pPr>
            <w:r>
              <w:rPr>
                <w:sz w:val="16"/>
              </w:rPr>
              <w:t>$181,296</w:t>
            </w:r>
          </w:p>
        </w:tc>
        <w:tc>
          <w:tcPr>
            <w:tcW w:type="dxa" w:w="1126"/>
          </w:tcPr>
          <w:p>
            <w:pPr>
              <w:spacing w:after="0"/>
              <w:jc w:val="right"/>
            </w:pPr>
            <w:r>
              <w:rPr>
                <w:sz w:val="16"/>
              </w:rPr>
              <w:t>$8,380</w:t>
            </w:r>
          </w:p>
        </w:tc>
        <w:tc>
          <w:tcPr>
            <w:tcW w:type="dxa" w:w="1513"/>
          </w:tcPr>
          <w:p>
            <w:pPr>
              <w:spacing w:after="0"/>
              <w:jc w:val="right"/>
            </w:pPr>
            <w:r>
              <w:rPr>
                <w:sz w:val="16"/>
              </w:rPr>
              <w:t>$201,028</w:t>
            </w:r>
          </w:p>
        </w:tc>
        <w:tc>
          <w:tcPr>
            <w:tcW w:type="dxa" w:w="1133"/>
          </w:tcPr>
          <w:p>
            <w:pPr>
              <w:spacing w:after="0"/>
              <w:jc w:val="right"/>
            </w:pPr>
            <w:r>
              <w:rPr>
                <w:sz w:val="16"/>
              </w:rPr>
              <w:t>$390,704</w:t>
            </w:r>
          </w:p>
        </w:tc>
        <w:tc>
          <w:tcPr>
            <w:tcW w:type="dxa" w:w="1711"/>
          </w:tcPr>
          <w:p>
            <w:pPr>
              <w:spacing w:after="0"/>
              <w:jc w:val="right"/>
            </w:pPr>
            <w:r>
              <w:rPr>
                <w:sz w:val="16"/>
              </w:rPr>
              <w:t>246</w:t>
            </w:r>
          </w:p>
        </w:tc>
        <w:tc>
          <w:tcPr>
            <w:tcW w:type="dxa" w:w="3402"/>
          </w:tcPr>
          <w:p>
            <w:pPr>
              <w:spacing w:after="0"/>
              <w:jc w:val="left"/>
            </w:pPr>
            <w:r>
              <w:rPr>
                <w:sz w:val="16"/>
              </w:rPr>
              <w:t>Includes 40 High Wind and 45 Strong Wind records (NOAA non-thunderstorm wind types, outside NRI's Strong Wind definition).</w:t>
            </w:r>
          </w:p>
        </w:tc>
      </w:tr>
      <w:tr>
        <w:trPr>
          <w:cantSplit/>
        </w:trPr>
        <w:tc>
          <w:tcPr>
            <w:tcW w:type="dxa" w:w="694"/>
          </w:tcPr>
          <w:p>
            <w:pPr>
              <w:spacing w:after="0"/>
              <w:jc w:val="right"/>
            </w:pPr>
            <w:r>
              <w:rPr>
                <w:sz w:val="16"/>
              </w:rPr>
              <w:t>6</w:t>
            </w:r>
          </w:p>
        </w:tc>
        <w:tc>
          <w:tcPr>
            <w:tcW w:type="dxa" w:w="1037"/>
          </w:tcPr>
          <w:p>
            <w:pPr>
              <w:spacing w:after="0"/>
              <w:jc w:val="left"/>
            </w:pPr>
            <w:r>
              <w:rPr>
                <w:sz w:val="16"/>
              </w:rPr>
              <w:t>Heat Wave</w:t>
            </w:r>
          </w:p>
        </w:tc>
        <w:tc>
          <w:tcPr>
            <w:tcW w:type="dxa" w:w="1229"/>
          </w:tcPr>
          <w:p>
            <w:pPr>
              <w:spacing w:after="0"/>
              <w:jc w:val="left"/>
            </w:pPr>
            <w:r>
              <w:rPr>
                <w:sz w:val="16"/>
              </w:rPr>
              <w:t>Relatively Low</w:t>
            </w:r>
          </w:p>
        </w:tc>
        <w:tc>
          <w:tcPr>
            <w:tcW w:type="dxa" w:w="1229"/>
          </w:tcPr>
          <w:p>
            <w:pPr>
              <w:spacing w:after="0"/>
              <w:jc w:val="left"/>
            </w:pPr>
            <w:r>
              <w:rPr>
                <w:sz w:val="16"/>
              </w:rPr>
              <w:t>Relatively Low</w:t>
            </w:r>
          </w:p>
        </w:tc>
        <w:tc>
          <w:tcPr>
            <w:tcW w:type="dxa" w:w="1037"/>
          </w:tcPr>
          <w:p>
            <w:pPr>
              <w:spacing w:after="0"/>
              <w:jc w:val="right"/>
            </w:pPr>
            <w:r>
              <w:rPr>
                <w:sz w:val="16"/>
              </w:rPr>
              <w:t>under $1</w:t>
            </w:r>
          </w:p>
        </w:tc>
        <w:tc>
          <w:tcPr>
            <w:tcW w:type="dxa" w:w="1126"/>
          </w:tcPr>
          <w:p>
            <w:pPr>
              <w:spacing w:after="0"/>
              <w:jc w:val="right"/>
            </w:pPr>
            <w:r>
              <w:rPr>
                <w:sz w:val="16"/>
              </w:rPr>
              <w:t>$37,686</w:t>
            </w:r>
          </w:p>
        </w:tc>
        <w:tc>
          <w:tcPr>
            <w:tcW w:type="dxa" w:w="1513"/>
          </w:tcPr>
          <w:p>
            <w:pPr>
              <w:spacing w:after="0"/>
              <w:jc w:val="right"/>
            </w:pPr>
            <w:r>
              <w:rPr>
                <w:sz w:val="16"/>
              </w:rPr>
              <w:t>$342,908</w:t>
            </w:r>
          </w:p>
        </w:tc>
        <w:tc>
          <w:tcPr>
            <w:tcW w:type="dxa" w:w="1133"/>
          </w:tcPr>
          <w:p>
            <w:pPr>
              <w:spacing w:after="0"/>
              <w:jc w:val="right"/>
            </w:pPr>
            <w:r>
              <w:rPr>
                <w:sz w:val="16"/>
              </w:rPr>
              <w:t>$380,594</w:t>
            </w:r>
          </w:p>
        </w:tc>
        <w:tc>
          <w:tcPr>
            <w:tcW w:type="dxa" w:w="1711"/>
          </w:tcPr>
          <w:p>
            <w:pPr>
              <w:spacing w:after="0"/>
              <w:jc w:val="right"/>
            </w:pPr>
            <w:r>
              <w:rPr>
                <w:sz w:val="16"/>
              </w:rPr>
              <w:t>8</w:t>
            </w:r>
          </w:p>
        </w:tc>
        <w:tc>
          <w:tcPr>
            <w:tcW w:type="dxa" w:w="3402"/>
          </w:tcPr>
          <w:p>
            <w:pPr>
              <w:spacing w:after="0"/>
              <w:jc w:val="left"/>
            </w:pPr>
          </w:p>
        </w:tc>
      </w:tr>
      <w:tr>
        <w:trPr>
          <w:cantSplit/>
        </w:trPr>
        <w:tc>
          <w:tcPr>
            <w:tcW w:type="dxa" w:w="694"/>
          </w:tcPr>
          <w:p>
            <w:pPr>
              <w:spacing w:after="0"/>
              <w:jc w:val="right"/>
            </w:pPr>
            <w:r>
              <w:rPr>
                <w:sz w:val="16"/>
              </w:rPr>
              <w:t>7</w:t>
            </w:r>
          </w:p>
        </w:tc>
        <w:tc>
          <w:tcPr>
            <w:tcW w:type="dxa" w:w="1037"/>
          </w:tcPr>
          <w:p>
            <w:pPr>
              <w:spacing w:after="0"/>
              <w:jc w:val="left"/>
            </w:pPr>
            <w:r>
              <w:rPr>
                <w:sz w:val="16"/>
              </w:rPr>
              <w:t>Lightning</w:t>
            </w:r>
          </w:p>
        </w:tc>
        <w:tc>
          <w:tcPr>
            <w:tcW w:type="dxa" w:w="1229"/>
          </w:tcPr>
          <w:p>
            <w:pPr>
              <w:spacing w:after="0"/>
              <w:jc w:val="left"/>
            </w:pPr>
            <w:r>
              <w:rPr>
                <w:sz w:val="16"/>
              </w:rPr>
              <w:t>Relatively Low</w:t>
            </w:r>
          </w:p>
        </w:tc>
        <w:tc>
          <w:tcPr>
            <w:tcW w:type="dxa" w:w="1229"/>
          </w:tcPr>
          <w:p>
            <w:pPr>
              <w:spacing w:after="0"/>
              <w:jc w:val="left"/>
            </w:pPr>
            <w:r>
              <w:rPr>
                <w:sz w:val="16"/>
              </w:rPr>
              <w:t>Relatively Moderate</w:t>
            </w:r>
          </w:p>
        </w:tc>
        <w:tc>
          <w:tcPr>
            <w:tcW w:type="dxa" w:w="1037"/>
          </w:tcPr>
          <w:p>
            <w:pPr>
              <w:spacing w:after="0"/>
              <w:jc w:val="right"/>
            </w:pPr>
            <w:r>
              <w:rPr>
                <w:sz w:val="16"/>
              </w:rPr>
              <w:t>$29,867</w:t>
            </w:r>
          </w:p>
        </w:tc>
        <w:tc>
          <w:tcPr>
            <w:tcW w:type="dxa" w:w="1126"/>
          </w:tcPr>
          <w:p>
            <w:pPr>
              <w:spacing w:after="0"/>
              <w:jc w:val="right"/>
            </w:pPr>
            <w:r>
              <w:rPr>
                <w:sz w:val="16"/>
              </w:rPr>
              <w:t>n/a</w:t>
            </w:r>
          </w:p>
        </w:tc>
        <w:tc>
          <w:tcPr>
            <w:tcW w:type="dxa" w:w="1513"/>
          </w:tcPr>
          <w:p>
            <w:pPr>
              <w:spacing w:after="0"/>
              <w:jc w:val="right"/>
            </w:pPr>
            <w:r>
              <w:rPr>
                <w:sz w:val="16"/>
              </w:rPr>
              <w:t>$315,455</w:t>
            </w:r>
          </w:p>
        </w:tc>
        <w:tc>
          <w:tcPr>
            <w:tcW w:type="dxa" w:w="1133"/>
          </w:tcPr>
          <w:p>
            <w:pPr>
              <w:spacing w:after="0"/>
              <w:jc w:val="right"/>
            </w:pPr>
            <w:r>
              <w:rPr>
                <w:sz w:val="16"/>
              </w:rPr>
              <w:t>$345,322</w:t>
            </w:r>
          </w:p>
        </w:tc>
        <w:tc>
          <w:tcPr>
            <w:tcW w:type="dxa" w:w="1711"/>
          </w:tcPr>
          <w:p>
            <w:pPr>
              <w:spacing w:after="0"/>
              <w:jc w:val="right"/>
            </w:pPr>
            <w:r>
              <w:rPr>
                <w:sz w:val="16"/>
              </w:rPr>
              <w:t>4</w:t>
            </w:r>
          </w:p>
        </w:tc>
        <w:tc>
          <w:tcPr>
            <w:tcW w:type="dxa" w:w="3402"/>
          </w:tcPr>
          <w:p>
            <w:pPr>
              <w:spacing w:after="0"/>
              <w:jc w:val="left"/>
            </w:pPr>
          </w:p>
        </w:tc>
      </w:tr>
      <w:tr>
        <w:trPr>
          <w:cantSplit/>
        </w:trPr>
        <w:tc>
          <w:tcPr>
            <w:tcW w:type="dxa" w:w="694"/>
          </w:tcPr>
          <w:p>
            <w:pPr>
              <w:spacing w:after="0"/>
              <w:jc w:val="right"/>
            </w:pPr>
            <w:r>
              <w:rPr>
                <w:sz w:val="16"/>
              </w:rPr>
              <w:t>8</w:t>
            </w:r>
          </w:p>
        </w:tc>
        <w:tc>
          <w:tcPr>
            <w:tcW w:type="dxa" w:w="1037"/>
          </w:tcPr>
          <w:p>
            <w:pPr>
              <w:spacing w:after="0"/>
              <w:jc w:val="left"/>
            </w:pPr>
            <w:r>
              <w:rPr>
                <w:sz w:val="16"/>
              </w:rPr>
              <w:t>Tornado</w:t>
            </w:r>
          </w:p>
        </w:tc>
        <w:tc>
          <w:tcPr>
            <w:tcW w:type="dxa" w:w="1229"/>
          </w:tcPr>
          <w:p>
            <w:pPr>
              <w:spacing w:after="0"/>
              <w:jc w:val="left"/>
            </w:pPr>
            <w:r>
              <w:rPr>
                <w:sz w:val="16"/>
              </w:rPr>
              <w:t>Very Low</w:t>
            </w:r>
          </w:p>
        </w:tc>
        <w:tc>
          <w:tcPr>
            <w:tcW w:type="dxa" w:w="1229"/>
          </w:tcPr>
          <w:p>
            <w:pPr>
              <w:spacing w:after="0"/>
              <w:jc w:val="left"/>
            </w:pPr>
            <w:r>
              <w:rPr>
                <w:sz w:val="16"/>
              </w:rPr>
              <w:t>Very Low</w:t>
            </w:r>
          </w:p>
        </w:tc>
        <w:tc>
          <w:tcPr>
            <w:tcW w:type="dxa" w:w="1037"/>
          </w:tcPr>
          <w:p>
            <w:pPr>
              <w:spacing w:after="0"/>
              <w:jc w:val="right"/>
            </w:pPr>
            <w:r>
              <w:rPr>
                <w:sz w:val="16"/>
              </w:rPr>
              <w:t>$96,853</w:t>
            </w:r>
          </w:p>
        </w:tc>
        <w:tc>
          <w:tcPr>
            <w:tcW w:type="dxa" w:w="1126"/>
          </w:tcPr>
          <w:p>
            <w:pPr>
              <w:spacing w:after="0"/>
              <w:jc w:val="right"/>
            </w:pPr>
            <w:r>
              <w:rPr>
                <w:sz w:val="16"/>
              </w:rPr>
              <w:t>$514</w:t>
            </w:r>
          </w:p>
        </w:tc>
        <w:tc>
          <w:tcPr>
            <w:tcW w:type="dxa" w:w="1513"/>
          </w:tcPr>
          <w:p>
            <w:pPr>
              <w:spacing w:after="0"/>
              <w:jc w:val="right"/>
            </w:pPr>
            <w:r>
              <w:rPr>
                <w:sz w:val="16"/>
              </w:rPr>
              <w:t>$206,735</w:t>
            </w:r>
          </w:p>
        </w:tc>
        <w:tc>
          <w:tcPr>
            <w:tcW w:type="dxa" w:w="1133"/>
          </w:tcPr>
          <w:p>
            <w:pPr>
              <w:spacing w:after="0"/>
              <w:jc w:val="right"/>
            </w:pPr>
            <w:r>
              <w:rPr>
                <w:sz w:val="16"/>
              </w:rPr>
              <w:t>$304,102</w:t>
            </w:r>
          </w:p>
        </w:tc>
        <w:tc>
          <w:tcPr>
            <w:tcW w:type="dxa" w:w="1711"/>
          </w:tcPr>
          <w:p>
            <w:pPr>
              <w:spacing w:after="0"/>
              <w:jc w:val="right"/>
            </w:pPr>
            <w:r>
              <w:rPr>
                <w:sz w:val="16"/>
              </w:rPr>
              <w:t>4</w:t>
            </w:r>
          </w:p>
        </w:tc>
        <w:tc>
          <w:tcPr>
            <w:tcW w:type="dxa" w:w="3402"/>
          </w:tcPr>
          <w:p>
            <w:pPr>
              <w:spacing w:after="0"/>
              <w:jc w:val="left"/>
            </w:pPr>
          </w:p>
        </w:tc>
      </w:tr>
      <w:tr>
        <w:trPr>
          <w:cantSplit/>
        </w:trPr>
        <w:tc>
          <w:tcPr>
            <w:tcW w:type="dxa" w:w="694"/>
          </w:tcPr>
          <w:p>
            <w:pPr>
              <w:spacing w:after="0"/>
              <w:jc w:val="right"/>
            </w:pPr>
            <w:r>
              <w:rPr>
                <w:sz w:val="16"/>
              </w:rPr>
              <w:t>9</w:t>
            </w:r>
          </w:p>
        </w:tc>
        <w:tc>
          <w:tcPr>
            <w:tcW w:type="dxa" w:w="1037"/>
          </w:tcPr>
          <w:p>
            <w:pPr>
              <w:spacing w:after="0"/>
              <w:jc w:val="left"/>
            </w:pPr>
            <w:r>
              <w:rPr>
                <w:sz w:val="16"/>
              </w:rPr>
              <w:t>Ice Storm</w:t>
            </w:r>
          </w:p>
        </w:tc>
        <w:tc>
          <w:tcPr>
            <w:tcW w:type="dxa" w:w="1229"/>
          </w:tcPr>
          <w:p>
            <w:pPr>
              <w:spacing w:after="0"/>
              <w:jc w:val="left"/>
            </w:pPr>
            <w:r>
              <w:rPr>
                <w:sz w:val="16"/>
              </w:rPr>
              <w:t>Relatively Low</w:t>
            </w:r>
          </w:p>
        </w:tc>
        <w:tc>
          <w:tcPr>
            <w:tcW w:type="dxa" w:w="1229"/>
          </w:tcPr>
          <w:p>
            <w:pPr>
              <w:spacing w:after="0"/>
              <w:jc w:val="left"/>
            </w:pPr>
            <w:r>
              <w:rPr>
                <w:sz w:val="16"/>
              </w:rPr>
              <w:t>Relatively Low</w:t>
            </w:r>
          </w:p>
        </w:tc>
        <w:tc>
          <w:tcPr>
            <w:tcW w:type="dxa" w:w="1037"/>
          </w:tcPr>
          <w:p>
            <w:pPr>
              <w:spacing w:after="0"/>
              <w:jc w:val="right"/>
            </w:pPr>
            <w:r>
              <w:rPr>
                <w:sz w:val="16"/>
              </w:rPr>
              <w:t>$109,132</w:t>
            </w:r>
          </w:p>
        </w:tc>
        <w:tc>
          <w:tcPr>
            <w:tcW w:type="dxa" w:w="1126"/>
          </w:tcPr>
          <w:p>
            <w:pPr>
              <w:spacing w:after="0"/>
              <w:jc w:val="right"/>
            </w:pPr>
            <w:r>
              <w:rPr>
                <w:sz w:val="16"/>
              </w:rPr>
              <w:t>n/a</w:t>
            </w:r>
          </w:p>
        </w:tc>
        <w:tc>
          <w:tcPr>
            <w:tcW w:type="dxa" w:w="1513"/>
          </w:tcPr>
          <w:p>
            <w:pPr>
              <w:spacing w:after="0"/>
              <w:jc w:val="right"/>
            </w:pPr>
            <w:r>
              <w:rPr>
                <w:sz w:val="16"/>
              </w:rPr>
              <w:t>$13,142</w:t>
            </w:r>
          </w:p>
        </w:tc>
        <w:tc>
          <w:tcPr>
            <w:tcW w:type="dxa" w:w="1133"/>
          </w:tcPr>
          <w:p>
            <w:pPr>
              <w:spacing w:after="0"/>
              <w:jc w:val="right"/>
            </w:pPr>
            <w:r>
              <w:rPr>
                <w:sz w:val="16"/>
              </w:rPr>
              <w:t>$122,273</w:t>
            </w:r>
          </w:p>
        </w:tc>
        <w:tc>
          <w:tcPr>
            <w:tcW w:type="dxa" w:w="1711"/>
          </w:tcPr>
          <w:p>
            <w:pPr>
              <w:spacing w:after="0"/>
              <w:jc w:val="right"/>
            </w:pPr>
            <w:r>
              <w:rPr>
                <w:sz w:val="16"/>
              </w:rPr>
              <w:t>2</w:t>
            </w:r>
          </w:p>
        </w:tc>
        <w:tc>
          <w:tcPr>
            <w:tcW w:type="dxa" w:w="3402"/>
          </w:tcPr>
          <w:p>
            <w:pPr>
              <w:spacing w:after="0"/>
              <w:jc w:val="left"/>
            </w:pPr>
          </w:p>
        </w:tc>
      </w:tr>
      <w:tr>
        <w:trPr>
          <w:cantSplit/>
        </w:trPr>
        <w:tc>
          <w:tcPr>
            <w:tcW w:type="dxa" w:w="694"/>
          </w:tcPr>
          <w:p>
            <w:pPr>
              <w:spacing w:after="0"/>
              <w:jc w:val="right"/>
            </w:pPr>
            <w:r>
              <w:rPr>
                <w:sz w:val="16"/>
              </w:rPr>
              <w:t>10</w:t>
            </w:r>
          </w:p>
        </w:tc>
        <w:tc>
          <w:tcPr>
            <w:tcW w:type="dxa" w:w="1037"/>
          </w:tcPr>
          <w:p>
            <w:pPr>
              <w:spacing w:after="0"/>
              <w:jc w:val="left"/>
            </w:pPr>
            <w:r>
              <w:rPr>
                <w:sz w:val="16"/>
              </w:rPr>
              <w:t>Winter Weather</w:t>
            </w:r>
          </w:p>
        </w:tc>
        <w:tc>
          <w:tcPr>
            <w:tcW w:type="dxa" w:w="1229"/>
          </w:tcPr>
          <w:p>
            <w:pPr>
              <w:spacing w:after="0"/>
              <w:jc w:val="left"/>
            </w:pPr>
            <w:r>
              <w:rPr>
                <w:sz w:val="16"/>
              </w:rPr>
              <w:t>Relatively Low</w:t>
            </w:r>
          </w:p>
        </w:tc>
        <w:tc>
          <w:tcPr>
            <w:tcW w:type="dxa" w:w="1229"/>
          </w:tcPr>
          <w:p>
            <w:pPr>
              <w:spacing w:after="0"/>
              <w:jc w:val="left"/>
            </w:pPr>
            <w:r>
              <w:rPr>
                <w:sz w:val="16"/>
              </w:rPr>
              <w:t>Relatively Moderate</w:t>
            </w:r>
          </w:p>
        </w:tc>
        <w:tc>
          <w:tcPr>
            <w:tcW w:type="dxa" w:w="1037"/>
          </w:tcPr>
          <w:p>
            <w:pPr>
              <w:spacing w:after="0"/>
              <w:jc w:val="right"/>
            </w:pPr>
            <w:r>
              <w:rPr>
                <w:sz w:val="16"/>
              </w:rPr>
              <w:t>$69,495</w:t>
            </w:r>
          </w:p>
        </w:tc>
        <w:tc>
          <w:tcPr>
            <w:tcW w:type="dxa" w:w="1126"/>
          </w:tcPr>
          <w:p>
            <w:pPr>
              <w:spacing w:after="0"/>
              <w:jc w:val="right"/>
            </w:pPr>
            <w:r>
              <w:rPr>
                <w:sz w:val="16"/>
              </w:rPr>
              <w:t>$220</w:t>
            </w:r>
          </w:p>
        </w:tc>
        <w:tc>
          <w:tcPr>
            <w:tcW w:type="dxa" w:w="1513"/>
          </w:tcPr>
          <w:p>
            <w:pPr>
              <w:spacing w:after="0"/>
              <w:jc w:val="right"/>
            </w:pPr>
            <w:r>
              <w:rPr>
                <w:sz w:val="16"/>
              </w:rPr>
              <w:t>$24,854</w:t>
            </w:r>
          </w:p>
        </w:tc>
        <w:tc>
          <w:tcPr>
            <w:tcW w:type="dxa" w:w="1133"/>
          </w:tcPr>
          <w:p>
            <w:pPr>
              <w:spacing w:after="0"/>
              <w:jc w:val="right"/>
            </w:pPr>
            <w:r>
              <w:rPr>
                <w:sz w:val="16"/>
              </w:rPr>
              <w:t>$94,569</w:t>
            </w:r>
          </w:p>
        </w:tc>
        <w:tc>
          <w:tcPr>
            <w:tcW w:type="dxa" w:w="1711"/>
          </w:tcPr>
          <w:p>
            <w:pPr>
              <w:spacing w:after="0"/>
              <w:jc w:val="right"/>
            </w:pPr>
            <w:r>
              <w:rPr>
                <w:sz w:val="16"/>
              </w:rPr>
              <w:t>292</w:t>
            </w:r>
          </w:p>
        </w:tc>
        <w:tc>
          <w:tcPr>
            <w:tcW w:type="dxa" w:w="3402"/>
          </w:tcPr>
          <w:p>
            <w:pPr>
              <w:spacing w:after="0"/>
              <w:jc w:val="left"/>
            </w:pPr>
          </w:p>
        </w:tc>
      </w:tr>
      <w:tr>
        <w:trPr>
          <w:cantSplit/>
        </w:trPr>
        <w:tc>
          <w:tcPr>
            <w:tcW w:type="dxa" w:w="694"/>
          </w:tcPr>
          <w:p>
            <w:pPr>
              <w:spacing w:after="0"/>
              <w:jc w:val="right"/>
            </w:pPr>
            <w:r>
              <w:rPr>
                <w:sz w:val="16"/>
              </w:rPr>
              <w:t>11</w:t>
            </w:r>
          </w:p>
        </w:tc>
        <w:tc>
          <w:tcPr>
            <w:tcW w:type="dxa" w:w="1037"/>
          </w:tcPr>
          <w:p>
            <w:pPr>
              <w:spacing w:after="0"/>
              <w:jc w:val="left"/>
            </w:pPr>
            <w:r>
              <w:rPr>
                <w:sz w:val="16"/>
              </w:rPr>
              <w:t>Hail</w:t>
            </w:r>
          </w:p>
        </w:tc>
        <w:tc>
          <w:tcPr>
            <w:tcW w:type="dxa" w:w="1229"/>
          </w:tcPr>
          <w:p>
            <w:pPr>
              <w:spacing w:after="0"/>
              <w:jc w:val="left"/>
            </w:pPr>
            <w:r>
              <w:rPr>
                <w:sz w:val="16"/>
              </w:rPr>
              <w:t>Very Low</w:t>
            </w:r>
          </w:p>
        </w:tc>
        <w:tc>
          <w:tcPr>
            <w:tcW w:type="dxa" w:w="1229"/>
          </w:tcPr>
          <w:p>
            <w:pPr>
              <w:spacing w:after="0"/>
              <w:jc w:val="left"/>
            </w:pPr>
            <w:r>
              <w:rPr>
                <w:sz w:val="16"/>
              </w:rPr>
              <w:t>Very Low</w:t>
            </w:r>
          </w:p>
        </w:tc>
        <w:tc>
          <w:tcPr>
            <w:tcW w:type="dxa" w:w="1037"/>
          </w:tcPr>
          <w:p>
            <w:pPr>
              <w:spacing w:after="0"/>
              <w:jc w:val="right"/>
            </w:pPr>
            <w:r>
              <w:rPr>
                <w:sz w:val="16"/>
              </w:rPr>
              <w:t>$3,195</w:t>
            </w:r>
          </w:p>
        </w:tc>
        <w:tc>
          <w:tcPr>
            <w:tcW w:type="dxa" w:w="1126"/>
          </w:tcPr>
          <w:p>
            <w:pPr>
              <w:spacing w:after="0"/>
              <w:jc w:val="right"/>
            </w:pPr>
            <w:r>
              <w:rPr>
                <w:sz w:val="16"/>
              </w:rPr>
              <w:t>$25,097</w:t>
            </w:r>
          </w:p>
        </w:tc>
        <w:tc>
          <w:tcPr>
            <w:tcW w:type="dxa" w:w="1513"/>
          </w:tcPr>
          <w:p>
            <w:pPr>
              <w:spacing w:after="0"/>
              <w:jc w:val="right"/>
            </w:pPr>
            <w:r>
              <w:rPr>
                <w:sz w:val="16"/>
              </w:rPr>
              <w:t>$34,843</w:t>
            </w:r>
          </w:p>
        </w:tc>
        <w:tc>
          <w:tcPr>
            <w:tcW w:type="dxa" w:w="1133"/>
          </w:tcPr>
          <w:p>
            <w:pPr>
              <w:spacing w:after="0"/>
              <w:jc w:val="right"/>
            </w:pPr>
            <w:r>
              <w:rPr>
                <w:sz w:val="16"/>
              </w:rPr>
              <w:t>$63,135</w:t>
            </w:r>
          </w:p>
        </w:tc>
        <w:tc>
          <w:tcPr>
            <w:tcW w:type="dxa" w:w="1711"/>
          </w:tcPr>
          <w:p>
            <w:pPr>
              <w:spacing w:after="0"/>
              <w:jc w:val="right"/>
            </w:pPr>
            <w:r>
              <w:rPr>
                <w:sz w:val="16"/>
              </w:rPr>
              <w:t>89</w:t>
            </w:r>
          </w:p>
        </w:tc>
        <w:tc>
          <w:tcPr>
            <w:tcW w:type="dxa" w:w="3402"/>
          </w:tcPr>
          <w:p>
            <w:pPr>
              <w:spacing w:after="0"/>
              <w:jc w:val="left"/>
            </w:pPr>
          </w:p>
        </w:tc>
      </w:tr>
      <w:tr>
        <w:trPr>
          <w:cantSplit/>
        </w:trPr>
        <w:tc>
          <w:tcPr>
            <w:tcW w:type="dxa" w:w="694"/>
          </w:tcPr>
          <w:p>
            <w:pPr>
              <w:spacing w:after="0"/>
              <w:jc w:val="right"/>
            </w:pPr>
            <w:r>
              <w:rPr>
                <w:sz w:val="16"/>
              </w:rPr>
              <w:t>12</w:t>
            </w:r>
          </w:p>
        </w:tc>
        <w:tc>
          <w:tcPr>
            <w:tcW w:type="dxa" w:w="1037"/>
          </w:tcPr>
          <w:p>
            <w:pPr>
              <w:spacing w:after="0"/>
              <w:jc w:val="left"/>
            </w:pPr>
            <w:r>
              <w:rPr>
                <w:sz w:val="16"/>
              </w:rPr>
              <w:t>Wildfire</w:t>
            </w:r>
          </w:p>
        </w:tc>
        <w:tc>
          <w:tcPr>
            <w:tcW w:type="dxa" w:w="1229"/>
          </w:tcPr>
          <w:p>
            <w:pPr>
              <w:spacing w:after="0"/>
              <w:jc w:val="left"/>
            </w:pPr>
            <w:r>
              <w:rPr>
                <w:sz w:val="16"/>
              </w:rPr>
              <w:t>Very Low</w:t>
            </w:r>
          </w:p>
        </w:tc>
        <w:tc>
          <w:tcPr>
            <w:tcW w:type="dxa" w:w="1229"/>
          </w:tcPr>
          <w:p>
            <w:pPr>
              <w:spacing w:after="0"/>
              <w:jc w:val="left"/>
            </w:pPr>
            <w:r>
              <w:rPr>
                <w:sz w:val="16"/>
              </w:rPr>
              <w:t>Very Low</w:t>
            </w:r>
          </w:p>
        </w:tc>
        <w:tc>
          <w:tcPr>
            <w:tcW w:type="dxa" w:w="1037"/>
          </w:tcPr>
          <w:p>
            <w:pPr>
              <w:spacing w:after="0"/>
              <w:jc w:val="right"/>
            </w:pPr>
            <w:r>
              <w:rPr>
                <w:sz w:val="16"/>
              </w:rPr>
              <w:t>$9,624</w:t>
            </w:r>
          </w:p>
        </w:tc>
        <w:tc>
          <w:tcPr>
            <w:tcW w:type="dxa" w:w="1126"/>
          </w:tcPr>
          <w:p>
            <w:pPr>
              <w:spacing w:after="0"/>
              <w:jc w:val="right"/>
            </w:pPr>
            <w:r>
              <w:rPr>
                <w:sz w:val="16"/>
              </w:rPr>
              <w:t>$35</w:t>
            </w:r>
          </w:p>
        </w:tc>
        <w:tc>
          <w:tcPr>
            <w:tcW w:type="dxa" w:w="1513"/>
          </w:tcPr>
          <w:p>
            <w:pPr>
              <w:spacing w:after="0"/>
              <w:jc w:val="right"/>
            </w:pPr>
            <w:r>
              <w:rPr>
                <w:sz w:val="16"/>
              </w:rPr>
              <w:t>$1,082</w:t>
            </w:r>
          </w:p>
        </w:tc>
        <w:tc>
          <w:tcPr>
            <w:tcW w:type="dxa" w:w="1133"/>
          </w:tcPr>
          <w:p>
            <w:pPr>
              <w:spacing w:after="0"/>
              <w:jc w:val="right"/>
            </w:pPr>
            <w:r>
              <w:rPr>
                <w:sz w:val="16"/>
              </w:rPr>
              <w:t>$10,741</w:t>
            </w:r>
          </w:p>
        </w:tc>
        <w:tc>
          <w:tcPr>
            <w:tcW w:type="dxa" w:w="1711"/>
          </w:tcPr>
          <w:p>
            <w:pPr>
              <w:spacing w:after="0"/>
              <w:jc w:val="right"/>
            </w:pPr>
            <w:r>
              <w:rPr>
                <w:sz w:val="16"/>
              </w:rPr>
              <w:t>0</w:t>
            </w:r>
          </w:p>
        </w:tc>
        <w:tc>
          <w:tcPr>
            <w:tcW w:type="dxa" w:w="3402"/>
          </w:tcPr>
          <w:p>
            <w:pPr>
              <w:spacing w:after="0"/>
              <w:jc w:val="left"/>
            </w:pPr>
            <w:r>
              <w:rPr>
                <w:sz w:val="16"/>
              </w:rPr>
              <w:t>No recorded events in Storm Events since 1996 (data through 2026-06-30).</w:t>
            </w:r>
          </w:p>
        </w:tc>
      </w:tr>
      <w:tr>
        <w:trPr>
          <w:cantSplit/>
        </w:trPr>
        <w:tc>
          <w:tcPr>
            <w:tcW w:type="dxa" w:w="694"/>
          </w:tcPr>
          <w:p>
            <w:pPr>
              <w:spacing w:after="0"/>
              <w:jc w:val="right"/>
            </w:pPr>
            <w:r>
              <w:rPr>
                <w:sz w:val="16"/>
              </w:rPr>
              <w:t>13</w:t>
            </w:r>
          </w:p>
        </w:tc>
        <w:tc>
          <w:tcPr>
            <w:tcW w:type="dxa" w:w="1037"/>
          </w:tcPr>
          <w:p>
            <w:pPr>
              <w:spacing w:after="0"/>
              <w:jc w:val="left"/>
            </w:pPr>
            <w:r>
              <w:rPr>
                <w:sz w:val="16"/>
              </w:rPr>
              <w:t>Landslide</w:t>
            </w:r>
          </w:p>
        </w:tc>
        <w:tc>
          <w:tcPr>
            <w:tcW w:type="dxa" w:w="1229"/>
          </w:tcPr>
          <w:p>
            <w:pPr>
              <w:spacing w:after="0"/>
              <w:jc w:val="left"/>
            </w:pPr>
            <w:r>
              <w:rPr>
                <w:sz w:val="16"/>
              </w:rPr>
              <w:t>Relatively Low</w:t>
            </w:r>
          </w:p>
        </w:tc>
        <w:tc>
          <w:tcPr>
            <w:tcW w:type="dxa" w:w="1229"/>
          </w:tcPr>
          <w:p>
            <w:pPr>
              <w:spacing w:after="0"/>
              <w:jc w:val="left"/>
            </w:pPr>
            <w:r>
              <w:rPr>
                <w:sz w:val="16"/>
              </w:rPr>
              <w:t>Relatively Low</w:t>
            </w:r>
          </w:p>
        </w:tc>
        <w:tc>
          <w:tcPr>
            <w:tcW w:type="dxa" w:w="1037"/>
          </w:tcPr>
          <w:p>
            <w:pPr>
              <w:spacing w:after="0"/>
              <w:jc w:val="right"/>
            </w:pPr>
            <w:r>
              <w:rPr>
                <w:sz w:val="16"/>
              </w:rPr>
              <w:t>$4,506</w:t>
            </w:r>
          </w:p>
        </w:tc>
        <w:tc>
          <w:tcPr>
            <w:tcW w:type="dxa" w:w="1126"/>
          </w:tcPr>
          <w:p>
            <w:pPr>
              <w:spacing w:after="0"/>
              <w:jc w:val="right"/>
            </w:pPr>
            <w:r>
              <w:rPr>
                <w:sz w:val="16"/>
              </w:rPr>
              <w:t>n/a</w:t>
            </w:r>
          </w:p>
        </w:tc>
        <w:tc>
          <w:tcPr>
            <w:tcW w:type="dxa" w:w="1513"/>
          </w:tcPr>
          <w:p>
            <w:pPr>
              <w:spacing w:after="0"/>
              <w:jc w:val="right"/>
            </w:pPr>
            <w:r>
              <w:rPr>
                <w:sz w:val="16"/>
              </w:rPr>
              <w:t>$4,709</w:t>
            </w:r>
          </w:p>
        </w:tc>
        <w:tc>
          <w:tcPr>
            <w:tcW w:type="dxa" w:w="1133"/>
          </w:tcPr>
          <w:p>
            <w:pPr>
              <w:spacing w:after="0"/>
              <w:jc w:val="right"/>
            </w:pPr>
            <w:r>
              <w:rPr>
                <w:sz w:val="16"/>
              </w:rPr>
              <w:t>$9,215</w:t>
            </w:r>
          </w:p>
        </w:tc>
        <w:tc>
          <w:tcPr>
            <w:tcW w:type="dxa" w:w="1711"/>
          </w:tcPr>
          <w:p>
            <w:pPr>
              <w:spacing w:after="0"/>
              <w:jc w:val="right"/>
            </w:pPr>
            <w:r>
              <w:rPr>
                <w:sz w:val="16"/>
              </w:rPr>
              <w:t>0</w:t>
            </w:r>
          </w:p>
        </w:tc>
        <w:tc>
          <w:tcPr>
            <w:tcW w:type="dxa" w:w="3402"/>
          </w:tcPr>
          <w:p>
            <w:pPr>
              <w:spacing w:after="0"/>
              <w:jc w:val="left"/>
            </w:pPr>
            <w:r>
              <w:rPr>
                <w:sz w:val="16"/>
              </w:rPr>
              <w:t>Declared 3 times; no Storm Events record of this type.</w:t>
            </w:r>
          </w:p>
        </w:tc>
      </w:tr>
      <w:tr>
        <w:trPr>
          <w:cantSplit/>
        </w:trPr>
        <w:tc>
          <w:tcPr>
            <w:tcW w:type="dxa" w:w="694"/>
          </w:tcPr>
          <w:p>
            <w:pPr>
              <w:spacing w:after="0"/>
              <w:jc w:val="right"/>
            </w:pPr>
            <w:r>
              <w:rPr>
                <w:sz w:val="16"/>
              </w:rPr>
              <w:t>14</w:t>
            </w:r>
          </w:p>
        </w:tc>
        <w:tc>
          <w:tcPr>
            <w:tcW w:type="dxa" w:w="1037"/>
          </w:tcPr>
          <w:p>
            <w:pPr>
              <w:spacing w:after="0"/>
              <w:jc w:val="left"/>
            </w:pPr>
            <w:r>
              <w:rPr>
                <w:sz w:val="16"/>
              </w:rPr>
              <w:t>Avalanche</w:t>
            </w:r>
          </w:p>
        </w:tc>
        <w:tc>
          <w:tcPr>
            <w:tcW w:type="dxa" w:w="1229"/>
          </w:tcPr>
          <w:p>
            <w:pPr>
              <w:spacing w:after="0"/>
              <w:jc w:val="left"/>
            </w:pPr>
            <w:r>
              <w:rPr>
                <w:sz w:val="16"/>
              </w:rPr>
              <w:t>Very Low</w:t>
            </w:r>
          </w:p>
        </w:tc>
        <w:tc>
          <w:tcPr>
            <w:tcW w:type="dxa" w:w="1229"/>
          </w:tcPr>
          <w:p>
            <w:pPr>
              <w:spacing w:after="0"/>
              <w:jc w:val="left"/>
            </w:pPr>
            <w:r>
              <w:rPr>
                <w:sz w:val="16"/>
              </w:rPr>
              <w:t>Very Low</w:t>
            </w:r>
          </w:p>
        </w:tc>
        <w:tc>
          <w:tcPr>
            <w:tcW w:type="dxa" w:w="1037"/>
          </w:tcPr>
          <w:p>
            <w:pPr>
              <w:spacing w:after="0"/>
              <w:jc w:val="right"/>
            </w:pPr>
            <w:r>
              <w:rPr>
                <w:sz w:val="16"/>
              </w:rPr>
              <w:t>under $1</w:t>
            </w:r>
          </w:p>
        </w:tc>
        <w:tc>
          <w:tcPr>
            <w:tcW w:type="dxa" w:w="1126"/>
          </w:tcPr>
          <w:p>
            <w:pPr>
              <w:spacing w:after="0"/>
              <w:jc w:val="right"/>
            </w:pPr>
            <w:r>
              <w:rPr>
                <w:sz w:val="16"/>
              </w:rPr>
              <w:t>n/a</w:t>
            </w:r>
          </w:p>
        </w:tc>
        <w:tc>
          <w:tcPr>
            <w:tcW w:type="dxa" w:w="1513"/>
          </w:tcPr>
          <w:p>
            <w:pPr>
              <w:spacing w:after="0"/>
              <w:jc w:val="right"/>
            </w:pPr>
            <w:r>
              <w:rPr>
                <w:sz w:val="16"/>
              </w:rPr>
              <w:t>$2,014</w:t>
            </w:r>
          </w:p>
        </w:tc>
        <w:tc>
          <w:tcPr>
            <w:tcW w:type="dxa" w:w="1133"/>
          </w:tcPr>
          <w:p>
            <w:pPr>
              <w:spacing w:after="0"/>
              <w:jc w:val="right"/>
            </w:pPr>
            <w:r>
              <w:rPr>
                <w:sz w:val="16"/>
              </w:rPr>
              <w:t>$2,015</w:t>
            </w:r>
          </w:p>
        </w:tc>
        <w:tc>
          <w:tcPr>
            <w:tcW w:type="dxa" w:w="1711"/>
          </w:tcPr>
          <w:p>
            <w:pPr>
              <w:spacing w:after="0"/>
              <w:jc w:val="right"/>
            </w:pPr>
            <w:r>
              <w:rPr>
                <w:sz w:val="16"/>
              </w:rPr>
              <w:t>0</w:t>
            </w:r>
          </w:p>
        </w:tc>
        <w:tc>
          <w:tcPr>
            <w:tcW w:type="dxa" w:w="3402"/>
          </w:tcPr>
          <w:p>
            <w:pPr>
              <w:spacing w:after="0"/>
              <w:jc w:val="left"/>
            </w:pPr>
            <w:r>
              <w:rPr>
                <w:sz w:val="16"/>
              </w:rPr>
              <w:t>No recorded events in Storm Events since 1996 (data through 2026-06-30).</w:t>
            </w:r>
          </w:p>
        </w:tc>
      </w:tr>
      <w:tr>
        <w:trPr>
          <w:cantSplit/>
        </w:trPr>
        <w:tc>
          <w:tcPr>
            <w:tcW w:type="dxa" w:w="694"/>
          </w:tcPr>
          <w:p>
            <w:pPr>
              <w:spacing w:after="0"/>
              <w:jc w:val="right"/>
            </w:pPr>
            <w:r>
              <w:rPr>
                <w:sz w:val="16"/>
              </w:rPr>
              <w:t>15</w:t>
            </w:r>
          </w:p>
        </w:tc>
        <w:tc>
          <w:tcPr>
            <w:tcW w:type="dxa" w:w="1037"/>
          </w:tcPr>
          <w:p>
            <w:pPr>
              <w:spacing w:after="0"/>
              <w:jc w:val="left"/>
            </w:pPr>
            <w:r>
              <w:rPr>
                <w:sz w:val="16"/>
              </w:rPr>
              <w:t>Drought</w:t>
            </w:r>
          </w:p>
        </w:tc>
        <w:tc>
          <w:tcPr>
            <w:tcW w:type="dxa" w:w="1229"/>
          </w:tcPr>
          <w:p>
            <w:pPr>
              <w:spacing w:after="0"/>
              <w:jc w:val="left"/>
            </w:pPr>
            <w:r>
              <w:rPr>
                <w:sz w:val="16"/>
              </w:rPr>
              <w:t>No Rating</w:t>
            </w:r>
          </w:p>
        </w:tc>
        <w:tc>
          <w:tcPr>
            <w:tcW w:type="dxa" w:w="1229"/>
          </w:tcPr>
          <w:p>
            <w:pPr>
              <w:spacing w:after="0"/>
              <w:jc w:val="left"/>
            </w:pPr>
            <w:r>
              <w:rPr>
                <w:sz w:val="16"/>
              </w:rPr>
              <w:t>No Expected Annual Losses</w:t>
            </w:r>
          </w:p>
        </w:tc>
        <w:tc>
          <w:tcPr>
            <w:tcW w:type="dxa" w:w="1037"/>
          </w:tcPr>
          <w:p>
            <w:pPr>
              <w:spacing w:after="0"/>
              <w:jc w:val="right"/>
            </w:pPr>
            <w:r>
              <w:rPr>
                <w:sz w:val="16"/>
              </w:rPr>
              <w:t>n/a</w:t>
            </w:r>
          </w:p>
        </w:tc>
        <w:tc>
          <w:tcPr>
            <w:tcW w:type="dxa" w:w="1126"/>
          </w:tcPr>
          <w:p>
            <w:pPr>
              <w:spacing w:after="0"/>
              <w:jc w:val="right"/>
            </w:pPr>
            <w:r>
              <w:rPr>
                <w:sz w:val="16"/>
              </w:rPr>
              <w:t>$0</w:t>
            </w:r>
          </w:p>
        </w:tc>
        <w:tc>
          <w:tcPr>
            <w:tcW w:type="dxa" w:w="1513"/>
          </w:tcPr>
          <w:p>
            <w:pPr>
              <w:spacing w:after="0"/>
              <w:jc w:val="right"/>
            </w:pPr>
            <w:r>
              <w:rPr>
                <w:sz w:val="16"/>
              </w:rPr>
              <w:t>n/a</w:t>
            </w:r>
          </w:p>
        </w:tc>
        <w:tc>
          <w:tcPr>
            <w:tcW w:type="dxa" w:w="1133"/>
          </w:tcPr>
          <w:p>
            <w:pPr>
              <w:spacing w:after="0"/>
              <w:jc w:val="right"/>
            </w:pPr>
            <w:r>
              <w:rPr>
                <w:sz w:val="16"/>
              </w:rPr>
              <w:t>$0</w:t>
            </w:r>
          </w:p>
        </w:tc>
        <w:tc>
          <w:tcPr>
            <w:tcW w:type="dxa" w:w="1711"/>
          </w:tcPr>
          <w:p>
            <w:pPr>
              <w:spacing w:after="0"/>
              <w:jc w:val="right"/>
            </w:pPr>
            <w:r>
              <w:rPr>
                <w:sz w:val="16"/>
              </w:rPr>
              <w:t>0</w:t>
            </w:r>
          </w:p>
        </w:tc>
        <w:tc>
          <w:tcPr>
            <w:tcW w:type="dxa" w:w="3402"/>
          </w:tcPr>
          <w:p>
            <w:pPr>
              <w:spacing w:after="0"/>
              <w:jc w:val="left"/>
            </w:pPr>
            <w:r>
              <w:rPr>
                <w:sz w:val="16"/>
              </w:rPr>
              <w:t>Declared 1 time; no Storm Events record of this type.</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i/>
        </w:rPr>
        <w:t>County-level: Addison County.</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446"/>
        <w:gridCol w:w="10666"/>
      </w:tblGrid>
      <w:tr>
        <w:trPr>
          <w:cantSplit/>
          <w:tblHeader/>
        </w:trPr>
        <w:tc>
          <w:tcPr>
            <w:tcW w:type="dxa" w:w="3446"/>
            <w:shd w:val="clear" w:color="auto" w:fill="E8E8E8"/>
          </w:tcPr>
          <w:p>
            <w:pPr>
              <w:spacing w:after="0"/>
              <w:jc w:val="left"/>
            </w:pPr>
            <w:r>
              <w:rPr>
                <w:b/>
                <w:sz w:val="16"/>
              </w:rPr>
              <w:t>Hazard</w:t>
            </w:r>
          </w:p>
        </w:tc>
        <w:tc>
          <w:tcPr>
            <w:tcW w:type="dxa" w:w="10666"/>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446"/>
          </w:tcPr>
          <w:p>
            <w:pPr>
              <w:spacing w:after="0"/>
              <w:jc w:val="left"/>
            </w:pPr>
            <w:r>
              <w:rPr>
                <w:sz w:val="16"/>
              </w:rPr>
              <w:t>Avalanche</w:t>
            </w:r>
          </w:p>
        </w:tc>
        <w:tc>
          <w:tcPr>
            <w:tcW w:type="dxa" w:w="10666"/>
          </w:tcPr>
          <w:p>
            <w:pPr>
              <w:spacing w:after="0"/>
              <w:jc w:val="left"/>
            </w:pPr>
            <w:r>
              <w:rPr>
                <w:sz w:val="16"/>
              </w:rPr>
              <w:t>tract 9604 (Very Low, 53.4); tract 9605 (Very Low, 53.3); tract 9601 (Very Low, 53.1)</w:t>
            </w:r>
          </w:p>
        </w:tc>
      </w:tr>
      <w:tr>
        <w:trPr>
          <w:cantSplit/>
        </w:trPr>
        <w:tc>
          <w:tcPr>
            <w:tcW w:type="dxa" w:w="3446"/>
          </w:tcPr>
          <w:p>
            <w:pPr>
              <w:spacing w:after="0"/>
              <w:jc w:val="left"/>
            </w:pPr>
            <w:r>
              <w:rPr>
                <w:sz w:val="16"/>
              </w:rPr>
              <w:t>Earthquake</w:t>
            </w:r>
          </w:p>
        </w:tc>
        <w:tc>
          <w:tcPr>
            <w:tcW w:type="dxa" w:w="10666"/>
          </w:tcPr>
          <w:p>
            <w:pPr>
              <w:spacing w:after="0"/>
              <w:jc w:val="left"/>
            </w:pPr>
            <w:r>
              <w:rPr>
                <w:sz w:val="16"/>
              </w:rPr>
              <w:t>tract 9608 (Relatively Low, 71.3); tract 9604 (Relatively Low, 70.8); tract 9609 (Relatively Low, 68.8)</w:t>
            </w:r>
          </w:p>
        </w:tc>
      </w:tr>
      <w:tr>
        <w:trPr>
          <w:cantSplit/>
        </w:trPr>
        <w:tc>
          <w:tcPr>
            <w:tcW w:type="dxa" w:w="3446"/>
          </w:tcPr>
          <w:p>
            <w:pPr>
              <w:spacing w:after="0"/>
              <w:jc w:val="left"/>
            </w:pPr>
            <w:r>
              <w:rPr>
                <w:sz w:val="16"/>
              </w:rPr>
              <w:t>Hurricane</w:t>
            </w:r>
          </w:p>
        </w:tc>
        <w:tc>
          <w:tcPr>
            <w:tcW w:type="dxa" w:w="10666"/>
          </w:tcPr>
          <w:p>
            <w:pPr>
              <w:spacing w:after="0"/>
              <w:jc w:val="left"/>
            </w:pPr>
            <w:r>
              <w:rPr>
                <w:sz w:val="16"/>
              </w:rPr>
              <w:t>tract 9609 (Relatively Moderate, 81.1); tract 9604 (Relatively Low, 76.9); tract 9606 (Relatively Low, 72.1)</w:t>
            </w:r>
          </w:p>
        </w:tc>
      </w:tr>
      <w:tr>
        <w:trPr>
          <w:cantSplit/>
        </w:trPr>
        <w:tc>
          <w:tcPr>
            <w:tcW w:type="dxa" w:w="3446"/>
          </w:tcPr>
          <w:p>
            <w:pPr>
              <w:spacing w:after="0"/>
              <w:jc w:val="left"/>
            </w:pPr>
            <w:r>
              <w:rPr>
                <w:sz w:val="16"/>
              </w:rPr>
              <w:t>Landslide</w:t>
            </w:r>
          </w:p>
        </w:tc>
        <w:tc>
          <w:tcPr>
            <w:tcW w:type="dxa" w:w="10666"/>
          </w:tcPr>
          <w:p>
            <w:pPr>
              <w:spacing w:after="0"/>
              <w:jc w:val="left"/>
            </w:pPr>
            <w:r>
              <w:rPr>
                <w:sz w:val="16"/>
              </w:rPr>
              <w:t>tract 9606 (Relatively Moderate, 96.6); tract 9601 (Relatively Low, 94.2); tract 9609 (Relatively Low, 90.9)</w:t>
            </w:r>
          </w:p>
        </w:tc>
      </w:tr>
      <w:tr>
        <w:trPr>
          <w:cantSplit/>
        </w:trPr>
        <w:tc>
          <w:tcPr>
            <w:tcW w:type="dxa" w:w="3446"/>
          </w:tcPr>
          <w:p>
            <w:pPr>
              <w:spacing w:after="0"/>
              <w:jc w:val="left"/>
            </w:pPr>
            <w:r>
              <w:rPr>
                <w:sz w:val="16"/>
              </w:rPr>
              <w:t>Tornado</w:t>
            </w:r>
          </w:p>
        </w:tc>
        <w:tc>
          <w:tcPr>
            <w:tcW w:type="dxa" w:w="10666"/>
          </w:tcPr>
          <w:p>
            <w:pPr>
              <w:spacing w:after="0"/>
              <w:jc w:val="left"/>
            </w:pPr>
            <w:r>
              <w:rPr>
                <w:sz w:val="16"/>
              </w:rPr>
              <w:t>tract 9609 (Relatively Low, 48.3); tract 9608 (Relatively Low, 42.1); tract 9604 (Relatively Low, 40.2)</w:t>
            </w:r>
          </w:p>
        </w:tc>
      </w:tr>
      <w:tr>
        <w:trPr>
          <w:cantSplit/>
        </w:trPr>
        <w:tc>
          <w:tcPr>
            <w:tcW w:type="dxa" w:w="3446"/>
          </w:tcPr>
          <w:p>
            <w:pPr>
              <w:spacing w:after="0"/>
              <w:jc w:val="left"/>
            </w:pPr>
            <w:r>
              <w:rPr>
                <w:sz w:val="16"/>
              </w:rPr>
              <w:t>Wildfire</w:t>
            </w:r>
          </w:p>
        </w:tc>
        <w:tc>
          <w:tcPr>
            <w:tcW w:type="dxa" w:w="10666"/>
          </w:tcPr>
          <w:p>
            <w:pPr>
              <w:spacing w:after="0"/>
              <w:jc w:val="left"/>
            </w:pPr>
            <w:r>
              <w:rPr>
                <w:sz w:val="16"/>
              </w:rPr>
              <w:t>tract 9604 (Relatively Low, 74.1); tract 9609 (Relatively Low, 73.3); tract 9608 (Relatively Low, 69.1)</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9604 is Census Tract 9604).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keepNext/>
        <w:spacing w:after="80" w:before="0"/>
      </w:pPr>
      <w:r>
        <w:rPr>
          <w:i/>
        </w:rPr>
        <w:t>County-level: Addison County.</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05"/>
        <w:gridCol w:w="1836"/>
        <w:gridCol w:w="1695"/>
        <w:gridCol w:w="1870"/>
        <w:gridCol w:w="1593"/>
        <w:gridCol w:w="1575"/>
        <w:gridCol w:w="1865"/>
        <w:gridCol w:w="1873"/>
      </w:tblGrid>
      <w:tr>
        <w:trPr>
          <w:cantSplit/>
          <w:tblHeader/>
        </w:trPr>
        <w:tc>
          <w:tcPr>
            <w:tcW w:type="dxa" w:w="1805"/>
            <w:shd w:val="clear" w:color="auto" w:fill="E8E8E8"/>
          </w:tcPr>
          <w:p>
            <w:pPr>
              <w:spacing w:after="0"/>
              <w:jc w:val="left"/>
            </w:pPr>
            <w:r>
              <w:rPr>
                <w:b/>
                <w:sz w:val="16"/>
              </w:rPr>
              <w:t>Hazard</w:t>
            </w:r>
          </w:p>
        </w:tc>
        <w:tc>
          <w:tcPr>
            <w:tcW w:type="dxa" w:w="1836"/>
            <w:shd w:val="clear" w:color="auto" w:fill="E8E8E8"/>
          </w:tcPr>
          <w:p>
            <w:pPr>
              <w:spacing w:after="0"/>
              <w:jc w:val="left"/>
            </w:pPr>
            <w:r>
              <w:rPr>
                <w:b/>
                <w:sz w:val="16"/>
              </w:rPr>
              <w:t>Scale</w:t>
            </w:r>
          </w:p>
        </w:tc>
        <w:tc>
          <w:tcPr>
            <w:tcW w:type="dxa" w:w="1695"/>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870"/>
            <w:shd w:val="clear" w:color="auto" w:fill="E8E8E8"/>
          </w:tcPr>
          <w:p>
            <w:pPr>
              <w:spacing w:after="0"/>
              <w:jc w:val="left"/>
            </w:pPr>
            <w:r>
              <w:rPr>
                <w:b/>
                <w:sz w:val="16"/>
              </w:rPr>
              <w:t>Observed range</w:t>
            </w:r>
          </w:p>
        </w:tc>
        <w:tc>
          <w:tcPr>
            <w:tcW w:type="dxa" w:w="1593"/>
            <w:shd w:val="clear" w:color="auto" w:fill="E8E8E8"/>
          </w:tcPr>
          <w:p>
            <w:pPr>
              <w:spacing w:after="0"/>
              <w:jc w:val="left"/>
            </w:pPr>
            <w:r>
              <w:rPr>
                <w:b/>
                <w:sz w:val="16"/>
              </w:rPr>
              <w:t>Worst recorded event</w:t>
            </w:r>
          </w:p>
        </w:tc>
        <w:tc>
          <w:tcPr>
            <w:tcW w:type="dxa" w:w="1575"/>
            <w:shd w:val="clear" w:color="auto" w:fill="E8E8E8"/>
          </w:tcPr>
          <w:p>
            <w:pPr>
              <w:spacing w:after="0"/>
              <w:jc w:val="left"/>
            </w:pPr>
            <w:r>
              <w:rPr>
                <w:b/>
                <w:sz w:val="16"/>
              </w:rPr>
              <w:t>Most damaging (when different)</w:t>
            </w:r>
          </w:p>
        </w:tc>
        <w:tc>
          <w:tcPr>
            <w:tcW w:type="dxa" w:w="1865"/>
            <w:shd w:val="clear" w:color="auto" w:fill="E8E8E8"/>
          </w:tcPr>
          <w:p>
            <w:pPr>
              <w:spacing w:after="0"/>
              <w:jc w:val="left"/>
            </w:pPr>
            <w:r>
              <w:rPr>
                <w:b/>
                <w:sz w:val="16"/>
              </w:rPr>
              <w:t>Where in the county</w:t>
            </w:r>
          </w:p>
        </w:tc>
        <w:tc>
          <w:tcPr>
            <w:tcW w:type="dxa" w:w="1873"/>
            <w:shd w:val="clear" w:color="auto" w:fill="E8E8E8"/>
          </w:tcPr>
          <w:p>
            <w:pPr>
              <w:spacing w:after="0"/>
              <w:jc w:val="left"/>
            </w:pPr>
            <w:r>
              <w:rPr>
                <w:b/>
                <w:sz w:val="16"/>
              </w:rPr>
              <w:t>Note</w:t>
            </w:r>
          </w:p>
        </w:tc>
      </w:tr>
      <w:tr>
        <w:trPr>
          <w:cantSplit/>
        </w:trPr>
        <w:tc>
          <w:tcPr>
            <w:tcW w:type="dxa" w:w="1805"/>
          </w:tcPr>
          <w:p>
            <w:pPr>
              <w:spacing w:after="0"/>
              <w:jc w:val="left"/>
            </w:pPr>
            <w:r>
              <w:rPr>
                <w:sz w:val="16"/>
              </w:rPr>
              <w:t>Avalanche</w:t>
            </w:r>
          </w:p>
        </w:tc>
        <w:tc>
          <w:tcPr>
            <w:tcW w:type="dxa" w:w="1836"/>
          </w:tcPr>
          <w:p>
            <w:pPr>
              <w:spacing w:after="0"/>
              <w:jc w:val="left"/>
            </w:pPr>
            <w:r>
              <w:rPr>
                <w:sz w:val="16"/>
              </w:rPr>
              <w:t>none (count and damage only)</w:t>
            </w:r>
          </w:p>
        </w:tc>
        <w:tc>
          <w:tcPr>
            <w:tcW w:type="dxa" w:w="1695"/>
          </w:tcPr>
          <w:p>
            <w:pPr>
              <w:spacing w:after="0"/>
              <w:jc w:val="right"/>
            </w:pPr>
            <w:r>
              <w:rPr>
                <w:sz w:val="16"/>
              </w:rPr>
              <w:t>0</w:t>
            </w:r>
          </w:p>
        </w:tc>
        <w:tc>
          <w:tcPr>
            <w:tcW w:type="dxa" w:w="1870"/>
          </w:tcPr>
          <w:p>
            <w:pPr>
              <w:spacing w:after="0"/>
              <w:jc w:val="left"/>
            </w:pPr>
          </w:p>
        </w:tc>
        <w:tc>
          <w:tcPr>
            <w:tcW w:type="dxa" w:w="1593"/>
          </w:tcPr>
          <w:p>
            <w:pPr>
              <w:spacing w:after="0"/>
              <w:jc w:val="left"/>
            </w:pPr>
          </w:p>
        </w:tc>
        <w:tc>
          <w:tcPr>
            <w:tcW w:type="dxa" w:w="1575"/>
          </w:tcPr>
          <w:p>
            <w:pPr>
              <w:spacing w:after="0"/>
              <w:jc w:val="left"/>
            </w:pPr>
          </w:p>
        </w:tc>
        <w:tc>
          <w:tcPr>
            <w:tcW w:type="dxa" w:w="1865"/>
          </w:tcPr>
          <w:p>
            <w:pPr>
              <w:spacing w:after="0"/>
              <w:jc w:val="left"/>
            </w:pPr>
          </w:p>
        </w:tc>
        <w:tc>
          <w:tcPr>
            <w:tcW w:type="dxa" w:w="1873"/>
          </w:tcPr>
          <w:p>
            <w:pPr>
              <w:spacing w:after="0"/>
              <w:jc w:val="left"/>
            </w:pPr>
          </w:p>
        </w:tc>
      </w:tr>
      <w:tr>
        <w:trPr>
          <w:cantSplit/>
        </w:trPr>
        <w:tc>
          <w:tcPr>
            <w:tcW w:type="dxa" w:w="1805"/>
          </w:tcPr>
          <w:p>
            <w:pPr>
              <w:spacing w:after="0"/>
              <w:jc w:val="left"/>
            </w:pPr>
            <w:r>
              <w:rPr>
                <w:sz w:val="16"/>
              </w:rPr>
              <w:t>Cold/Wind Chill, Extreme Cold/Wind Chill</w:t>
            </w:r>
          </w:p>
        </w:tc>
        <w:tc>
          <w:tcPr>
            <w:tcW w:type="dxa" w:w="1836"/>
          </w:tcPr>
          <w:p>
            <w:pPr>
              <w:spacing w:after="0"/>
              <w:jc w:val="left"/>
            </w:pPr>
            <w:r>
              <w:rPr>
                <w:sz w:val="16"/>
              </w:rPr>
              <w:t>wind chill</w:t>
            </w:r>
          </w:p>
        </w:tc>
        <w:tc>
          <w:tcPr>
            <w:tcW w:type="dxa" w:w="1695"/>
          </w:tcPr>
          <w:p>
            <w:pPr>
              <w:spacing w:after="0"/>
              <w:jc w:val="right"/>
            </w:pPr>
            <w:r>
              <w:rPr>
                <w:sz w:val="16"/>
              </w:rPr>
              <w:t>28 records, 1997 to 2026 (28 zone-level)</w:t>
            </w:r>
          </w:p>
        </w:tc>
        <w:tc>
          <w:tcPr>
            <w:tcW w:type="dxa" w:w="1870"/>
          </w:tcPr>
          <w:p>
            <w:pPr>
              <w:spacing w:after="0"/>
              <w:jc w:val="left"/>
            </w:pPr>
            <w:r>
              <w:rPr>
                <w:sz w:val="16"/>
              </w:rPr>
              <w:t>1 day to 28 days (median 2 days); 25 with a recorded value</w:t>
            </w:r>
          </w:p>
        </w:tc>
        <w:tc>
          <w:tcPr>
            <w:tcW w:type="dxa" w:w="1593"/>
          </w:tcPr>
          <w:p>
            <w:pPr>
              <w:spacing w:after="0"/>
              <w:jc w:val="left"/>
            </w:pPr>
            <w:r>
              <w:rPr>
                <w:sz w:val="16"/>
              </w:rPr>
              <w:t>February 2015 (1 monthly summary record), zone-level</w:t>
            </w:r>
          </w:p>
        </w:tc>
        <w:tc>
          <w:tcPr>
            <w:tcW w:type="dxa" w:w="1575"/>
          </w:tcPr>
          <w:p>
            <w:pPr>
              <w:spacing w:after="0"/>
              <w:jc w:val="left"/>
            </w:pPr>
          </w:p>
        </w:tc>
        <w:tc>
          <w:tcPr>
            <w:tcW w:type="dxa" w:w="1865"/>
          </w:tcPr>
          <w:p>
            <w:pPr>
              <w:spacing w:after="0"/>
              <w:jc w:val="left"/>
            </w:pPr>
            <w:r>
              <w:rPr>
                <w:sz w:val="16"/>
              </w:rPr>
              <w:t>Countywide (zone-level records).</w:t>
            </w:r>
          </w:p>
        </w:tc>
        <w:tc>
          <w:tcPr>
            <w:tcW w:type="dxa" w:w="1873"/>
          </w:tcPr>
          <w:p>
            <w:pPr>
              <w:spacing w:after="0"/>
              <w:jc w:val="left"/>
            </w:pPr>
          </w:p>
        </w:tc>
      </w:tr>
      <w:tr>
        <w:trPr>
          <w:cantSplit/>
        </w:trPr>
        <w:tc>
          <w:tcPr>
            <w:tcW w:type="dxa" w:w="1805"/>
          </w:tcPr>
          <w:p>
            <w:pPr>
              <w:spacing w:after="0"/>
              <w:jc w:val="left"/>
            </w:pPr>
            <w:r>
              <w:rPr>
                <w:sz w:val="16"/>
              </w:rPr>
              <w:t>Frost/Freeze (outside NRI's Cold Wave definition)</w:t>
            </w:r>
          </w:p>
        </w:tc>
        <w:tc>
          <w:tcPr>
            <w:tcW w:type="dxa" w:w="1836"/>
          </w:tcPr>
          <w:p>
            <w:pPr>
              <w:spacing w:after="0"/>
              <w:jc w:val="left"/>
            </w:pPr>
            <w:r>
              <w:rPr>
                <w:sz w:val="16"/>
              </w:rPr>
              <w:t>crop damage</w:t>
            </w:r>
          </w:p>
        </w:tc>
        <w:tc>
          <w:tcPr>
            <w:tcW w:type="dxa" w:w="1695"/>
          </w:tcPr>
          <w:p>
            <w:pPr>
              <w:spacing w:after="0"/>
              <w:jc w:val="right"/>
            </w:pPr>
            <w:r>
              <w:rPr>
                <w:sz w:val="16"/>
              </w:rPr>
              <w:t>5 records, 2005 to 2023 (5 zone-level)</w:t>
            </w:r>
          </w:p>
        </w:tc>
        <w:tc>
          <w:tcPr>
            <w:tcW w:type="dxa" w:w="1870"/>
          </w:tcPr>
          <w:p>
            <w:pPr>
              <w:spacing w:after="0"/>
              <w:jc w:val="left"/>
            </w:pPr>
          </w:p>
        </w:tc>
        <w:tc>
          <w:tcPr>
            <w:tcW w:type="dxa" w:w="1593"/>
          </w:tcPr>
          <w:p>
            <w:pPr>
              <w:spacing w:after="0"/>
              <w:jc w:val="left"/>
            </w:pPr>
            <w:r>
              <w:rPr>
                <w:sz w:val="16"/>
              </w:rPr>
              <w:t>Frost/Freeze, 2023-05-18, $1,500,000 crop damage (2023 dollars); NWS zone VTZ009</w:t>
            </w:r>
          </w:p>
        </w:tc>
        <w:tc>
          <w:tcPr>
            <w:tcW w:type="dxa" w:w="1575"/>
          </w:tcPr>
          <w:p>
            <w:pPr>
              <w:spacing w:after="0"/>
              <w:jc w:val="left"/>
            </w:pPr>
          </w:p>
        </w:tc>
        <w:tc>
          <w:tcPr>
            <w:tcW w:type="dxa" w:w="1865"/>
          </w:tcPr>
          <w:p>
            <w:pPr>
              <w:spacing w:after="0"/>
              <w:jc w:val="left"/>
            </w:pPr>
            <w:r>
              <w:rPr>
                <w:sz w:val="16"/>
              </w:rPr>
              <w:t>Countywide (zone-level records).</w:t>
            </w:r>
          </w:p>
        </w:tc>
        <w:tc>
          <w:tcPr>
            <w:tcW w:type="dxa" w:w="1873"/>
          </w:tcPr>
          <w:p>
            <w:pPr>
              <w:spacing w:after="0"/>
              <w:jc w:val="left"/>
            </w:pPr>
          </w:p>
        </w:tc>
      </w:tr>
      <w:tr>
        <w:trPr>
          <w:cantSplit/>
        </w:trPr>
        <w:tc>
          <w:tcPr>
            <w:tcW w:type="dxa" w:w="1805"/>
          </w:tcPr>
          <w:p>
            <w:pPr>
              <w:spacing w:after="0"/>
              <w:jc w:val="left"/>
            </w:pPr>
            <w:r>
              <w:rPr>
                <w:sz w:val="16"/>
              </w:rPr>
              <w:t>Drought</w:t>
            </w:r>
          </w:p>
        </w:tc>
        <w:tc>
          <w:tcPr>
            <w:tcW w:type="dxa" w:w="1836"/>
          </w:tcPr>
          <w:p>
            <w:pPr>
              <w:spacing w:after="0"/>
              <w:jc w:val="left"/>
            </w:pPr>
            <w:r>
              <w:rPr>
                <w:sz w:val="16"/>
              </w:rPr>
              <w:t>U.S. Drought Monitor scale (D0 to D4)</w:t>
            </w:r>
          </w:p>
        </w:tc>
        <w:tc>
          <w:tcPr>
            <w:tcW w:type="dxa" w:w="1695"/>
          </w:tcPr>
          <w:p>
            <w:pPr>
              <w:spacing w:after="0"/>
              <w:jc w:val="right"/>
            </w:pPr>
            <w:r>
              <w:rPr>
                <w:sz w:val="16"/>
              </w:rPr>
              <w:t>0</w:t>
            </w:r>
          </w:p>
        </w:tc>
        <w:tc>
          <w:tcPr>
            <w:tcW w:type="dxa" w:w="1870"/>
          </w:tcPr>
          <w:p>
            <w:pPr>
              <w:spacing w:after="0"/>
              <w:jc w:val="left"/>
            </w:pPr>
          </w:p>
        </w:tc>
        <w:tc>
          <w:tcPr>
            <w:tcW w:type="dxa" w:w="1593"/>
          </w:tcPr>
          <w:p>
            <w:pPr>
              <w:spacing w:after="0"/>
              <w:jc w:val="left"/>
            </w:pPr>
          </w:p>
        </w:tc>
        <w:tc>
          <w:tcPr>
            <w:tcW w:type="dxa" w:w="1575"/>
          </w:tcPr>
          <w:p>
            <w:pPr>
              <w:spacing w:after="0"/>
              <w:jc w:val="left"/>
            </w:pPr>
          </w:p>
        </w:tc>
        <w:tc>
          <w:tcPr>
            <w:tcW w:type="dxa" w:w="1865"/>
          </w:tcPr>
          <w:p>
            <w:pPr>
              <w:spacing w:after="0"/>
              <w:jc w:val="left"/>
            </w:pPr>
          </w:p>
        </w:tc>
        <w:tc>
          <w:tcPr>
            <w:tcW w:type="dxa" w:w="1873"/>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05"/>
          </w:tcPr>
          <w:p>
            <w:pPr>
              <w:spacing w:after="0"/>
              <w:jc w:val="left"/>
            </w:pPr>
            <w:r>
              <w:rPr>
                <w:sz w:val="16"/>
              </w:rPr>
              <w:t>Earthquake</w:t>
            </w:r>
          </w:p>
        </w:tc>
        <w:tc>
          <w:tcPr>
            <w:tcW w:type="dxa" w:w="1836"/>
          </w:tcPr>
          <w:p>
            <w:pPr>
              <w:spacing w:after="0"/>
              <w:jc w:val="left"/>
            </w:pPr>
            <w:r>
              <w:rPr>
                <w:sz w:val="16"/>
              </w:rPr>
              <w:t>Modified Mercalli (local data)</w:t>
            </w:r>
          </w:p>
        </w:tc>
        <w:tc>
          <w:tcPr>
            <w:tcW w:type="dxa" w:w="1695"/>
          </w:tcPr>
          <w:p>
            <w:pPr>
              <w:spacing w:after="0"/>
              <w:jc w:val="right"/>
            </w:pPr>
            <w:r>
              <w:rPr>
                <w:sz w:val="16"/>
              </w:rPr>
              <w:t>0</w:t>
            </w:r>
          </w:p>
        </w:tc>
        <w:tc>
          <w:tcPr>
            <w:tcW w:type="dxa" w:w="1870"/>
          </w:tcPr>
          <w:p>
            <w:pPr>
              <w:spacing w:after="0"/>
              <w:jc w:val="left"/>
            </w:pPr>
          </w:p>
        </w:tc>
        <w:tc>
          <w:tcPr>
            <w:tcW w:type="dxa" w:w="1593"/>
          </w:tcPr>
          <w:p>
            <w:pPr>
              <w:spacing w:after="0"/>
              <w:jc w:val="left"/>
            </w:pPr>
          </w:p>
        </w:tc>
        <w:tc>
          <w:tcPr>
            <w:tcW w:type="dxa" w:w="1575"/>
          </w:tcPr>
          <w:p>
            <w:pPr>
              <w:spacing w:after="0"/>
              <w:jc w:val="left"/>
            </w:pPr>
          </w:p>
        </w:tc>
        <w:tc>
          <w:tcPr>
            <w:tcW w:type="dxa" w:w="1865"/>
          </w:tcPr>
          <w:p>
            <w:pPr>
              <w:spacing w:after="0"/>
              <w:jc w:val="left"/>
            </w:pPr>
          </w:p>
        </w:tc>
        <w:tc>
          <w:tcPr>
            <w:tcW w:type="dxa" w:w="1873"/>
          </w:tcPr>
          <w:p>
            <w:pPr>
              <w:spacing w:after="0"/>
              <w:jc w:val="left"/>
            </w:pPr>
            <w:r>
              <w:rPr>
                <w:sz w:val="16"/>
              </w:rPr>
              <w:t>Storm Events does not record earthquakes; the USGS earthquake catalog is the source.</w:t>
            </w:r>
          </w:p>
        </w:tc>
      </w:tr>
      <w:tr>
        <w:trPr>
          <w:cantSplit/>
        </w:trPr>
        <w:tc>
          <w:tcPr>
            <w:tcW w:type="dxa" w:w="1805"/>
          </w:tcPr>
          <w:p>
            <w:pPr>
              <w:spacing w:after="0"/>
              <w:jc w:val="left"/>
            </w:pPr>
            <w:r>
              <w:rPr>
                <w:sz w:val="16"/>
              </w:rPr>
              <w:t>Hail</w:t>
            </w:r>
          </w:p>
        </w:tc>
        <w:tc>
          <w:tcPr>
            <w:tcW w:type="dxa" w:w="1836"/>
          </w:tcPr>
          <w:p>
            <w:pPr>
              <w:spacing w:after="0"/>
              <w:jc w:val="left"/>
            </w:pPr>
            <w:r>
              <w:rPr>
                <w:sz w:val="16"/>
              </w:rPr>
              <w:t>hail size (inches)</w:t>
            </w:r>
          </w:p>
        </w:tc>
        <w:tc>
          <w:tcPr>
            <w:tcW w:type="dxa" w:w="1695"/>
          </w:tcPr>
          <w:p>
            <w:pPr>
              <w:spacing w:after="0"/>
              <w:jc w:val="right"/>
            </w:pPr>
            <w:r>
              <w:rPr>
                <w:sz w:val="16"/>
              </w:rPr>
              <w:t>104 records, 1965 to 2025</w:t>
            </w:r>
          </w:p>
        </w:tc>
        <w:tc>
          <w:tcPr>
            <w:tcW w:type="dxa" w:w="1870"/>
          </w:tcPr>
          <w:p>
            <w:pPr>
              <w:spacing w:after="0"/>
              <w:jc w:val="left"/>
            </w:pPr>
            <w:r>
              <w:rPr>
                <w:sz w:val="16"/>
              </w:rPr>
              <w:t>0.75 in to 2 in (median 1 in); 100 with a recorded value</w:t>
            </w:r>
          </w:p>
        </w:tc>
        <w:tc>
          <w:tcPr>
            <w:tcW w:type="dxa" w:w="1593"/>
          </w:tcPr>
          <w:p>
            <w:pPr>
              <w:spacing w:after="0"/>
              <w:jc w:val="left"/>
            </w:pPr>
            <w:r>
              <w:rPr>
                <w:sz w:val="16"/>
              </w:rPr>
              <w:t>2 in hail, 2012-07-23; same size also recorded on 1966-07-12</w:t>
            </w:r>
          </w:p>
        </w:tc>
        <w:tc>
          <w:tcPr>
            <w:tcW w:type="dxa" w:w="1575"/>
          </w:tcPr>
          <w:p>
            <w:pPr>
              <w:spacing w:after="0"/>
              <w:jc w:val="left"/>
            </w:pPr>
            <w:r>
              <w:rPr>
                <w:sz w:val="16"/>
              </w:rPr>
              <w:t>Hail, 2017-05-18, $50,000 property; $0 crops (2017 dollars)</w:t>
            </w:r>
          </w:p>
        </w:tc>
        <w:tc>
          <w:tcPr>
            <w:tcW w:type="dxa" w:w="1865"/>
          </w:tcPr>
          <w:p>
            <w:pPr>
              <w:spacing w:after="0"/>
              <w:jc w:val="left"/>
            </w:pPr>
            <w:r>
              <w:rPr>
                <w:sz w:val="16"/>
              </w:rPr>
              <w:t>Event records naming places in the county: Bristol town (10 records), Lincoln town (9 records), Middlebury town (9 records), New Haven town (8 records), Bridport town (7 records), Shoreham town (7 records), Starksboro town (7 records), Addison town (4 records), Ripton town (4 records), Vergennes city (4 records); and 5 more places (see the Excel file).</w:t>
            </w:r>
          </w:p>
        </w:tc>
        <w:tc>
          <w:tcPr>
            <w:tcW w:type="dxa" w:w="1873"/>
          </w:tcPr>
          <w:p>
            <w:pPr>
              <w:spacing w:after="0"/>
              <w:jc w:val="left"/>
            </w:pPr>
          </w:p>
        </w:tc>
      </w:tr>
      <w:tr>
        <w:trPr>
          <w:cantSplit/>
        </w:trPr>
        <w:tc>
          <w:tcPr>
            <w:tcW w:type="dxa" w:w="1805"/>
          </w:tcPr>
          <w:p>
            <w:pPr>
              <w:spacing w:after="0"/>
              <w:jc w:val="left"/>
            </w:pPr>
            <w:r>
              <w:rPr>
                <w:sz w:val="16"/>
              </w:rPr>
              <w:t>Excessive Heat, Heat</w:t>
            </w:r>
          </w:p>
        </w:tc>
        <w:tc>
          <w:tcPr>
            <w:tcW w:type="dxa" w:w="1836"/>
          </w:tcPr>
          <w:p>
            <w:pPr>
              <w:spacing w:after="0"/>
              <w:jc w:val="left"/>
            </w:pPr>
            <w:r>
              <w:rPr>
                <w:sz w:val="16"/>
              </w:rPr>
              <w:t>heat index (in event narratives)</w:t>
            </w:r>
          </w:p>
        </w:tc>
        <w:tc>
          <w:tcPr>
            <w:tcW w:type="dxa" w:w="1695"/>
          </w:tcPr>
          <w:p>
            <w:pPr>
              <w:spacing w:after="0"/>
              <w:jc w:val="right"/>
            </w:pPr>
            <w:r>
              <w:rPr>
                <w:sz w:val="16"/>
              </w:rPr>
              <w:t>8 records, 2006 to 2025 (8 zone-level)</w:t>
            </w:r>
          </w:p>
        </w:tc>
        <w:tc>
          <w:tcPr>
            <w:tcW w:type="dxa" w:w="1870"/>
          </w:tcPr>
          <w:p>
            <w:pPr>
              <w:spacing w:after="0"/>
              <w:jc w:val="left"/>
            </w:pPr>
            <w:r>
              <w:rPr>
                <w:sz w:val="16"/>
              </w:rPr>
              <w:t>1 day to 6 days (median 3 days); 6 with a recorded value</w:t>
            </w:r>
          </w:p>
        </w:tc>
        <w:tc>
          <w:tcPr>
            <w:tcW w:type="dxa" w:w="1593"/>
          </w:tcPr>
          <w:p>
            <w:pPr>
              <w:spacing w:after="0"/>
              <w:jc w:val="left"/>
            </w:pPr>
            <w:r>
              <w:rPr>
                <w:sz w:val="16"/>
              </w:rPr>
              <w:t>6 consecutive days, 2020-06-18 to 2020-06-23, zone-level</w:t>
            </w:r>
          </w:p>
        </w:tc>
        <w:tc>
          <w:tcPr>
            <w:tcW w:type="dxa" w:w="1575"/>
          </w:tcPr>
          <w:p>
            <w:pPr>
              <w:spacing w:after="0"/>
              <w:jc w:val="left"/>
            </w:pPr>
            <w:r>
              <w:rPr>
                <w:sz w:val="16"/>
              </w:rPr>
              <w:t>Heat, 2012-03-17, $0 property; $450,000 crops (zone total, 2012 dollars)</w:t>
            </w:r>
          </w:p>
        </w:tc>
        <w:tc>
          <w:tcPr>
            <w:tcW w:type="dxa" w:w="1865"/>
          </w:tcPr>
          <w:p>
            <w:pPr>
              <w:spacing w:after="0"/>
              <w:jc w:val="left"/>
            </w:pPr>
            <w:r>
              <w:rPr>
                <w:sz w:val="16"/>
              </w:rPr>
              <w:t>Countywide (zone-level records).</w:t>
            </w:r>
          </w:p>
        </w:tc>
        <w:tc>
          <w:tcPr>
            <w:tcW w:type="dxa" w:w="1873"/>
          </w:tcPr>
          <w:p>
            <w:pPr>
              <w:spacing w:after="0"/>
              <w:jc w:val="left"/>
            </w:pPr>
            <w:r>
              <w:rPr>
                <w:sz w:val="16"/>
              </w:rPr>
              <w:t>Heat records from November to March (unseasonable warmth, not a heat wave) are counted but not used for the longest run.</w:t>
            </w:r>
          </w:p>
        </w:tc>
      </w:tr>
      <w:tr>
        <w:trPr>
          <w:cantSplit/>
        </w:trPr>
        <w:tc>
          <w:tcPr>
            <w:tcW w:type="dxa" w:w="1805"/>
          </w:tcPr>
          <w:p>
            <w:pPr>
              <w:spacing w:after="0"/>
              <w:jc w:val="left"/>
            </w:pPr>
            <w:r>
              <w:rPr>
                <w:sz w:val="16"/>
              </w:rPr>
              <w:t>Hurricane, Tropical Storm, Tropical Depression</w:t>
            </w:r>
          </w:p>
        </w:tc>
        <w:tc>
          <w:tcPr>
            <w:tcW w:type="dxa" w:w="1836"/>
          </w:tcPr>
          <w:p>
            <w:pPr>
              <w:spacing w:after="0"/>
              <w:jc w:val="left"/>
            </w:pPr>
            <w:r>
              <w:rPr>
                <w:sz w:val="16"/>
              </w:rPr>
              <w:t>Saffir-Simpson</w:t>
            </w:r>
          </w:p>
        </w:tc>
        <w:tc>
          <w:tcPr>
            <w:tcW w:type="dxa" w:w="1695"/>
          </w:tcPr>
          <w:p>
            <w:pPr>
              <w:spacing w:after="0"/>
              <w:jc w:val="right"/>
            </w:pPr>
            <w:r>
              <w:rPr>
                <w:sz w:val="16"/>
              </w:rPr>
              <w:t>0</w:t>
            </w:r>
          </w:p>
        </w:tc>
        <w:tc>
          <w:tcPr>
            <w:tcW w:type="dxa" w:w="1870"/>
          </w:tcPr>
          <w:p>
            <w:pPr>
              <w:spacing w:after="0"/>
              <w:jc w:val="left"/>
            </w:pPr>
          </w:p>
        </w:tc>
        <w:tc>
          <w:tcPr>
            <w:tcW w:type="dxa" w:w="1593"/>
          </w:tcPr>
          <w:p>
            <w:pPr>
              <w:spacing w:after="0"/>
              <w:jc w:val="left"/>
            </w:pPr>
          </w:p>
        </w:tc>
        <w:tc>
          <w:tcPr>
            <w:tcW w:type="dxa" w:w="1575"/>
          </w:tcPr>
          <w:p>
            <w:pPr>
              <w:spacing w:after="0"/>
              <w:jc w:val="left"/>
            </w:pPr>
          </w:p>
        </w:tc>
        <w:tc>
          <w:tcPr>
            <w:tcW w:type="dxa" w:w="1865"/>
          </w:tcPr>
          <w:p>
            <w:pPr>
              <w:spacing w:after="0"/>
              <w:jc w:val="left"/>
            </w:pPr>
          </w:p>
        </w:tc>
        <w:tc>
          <w:tcPr>
            <w:tcW w:type="dxa" w:w="1873"/>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05"/>
          </w:tcPr>
          <w:p>
            <w:pPr>
              <w:spacing w:after="0"/>
              <w:jc w:val="left"/>
            </w:pPr>
            <w:r>
              <w:rPr>
                <w:sz w:val="16"/>
              </w:rPr>
              <w:t>Ice Storm</w:t>
            </w:r>
          </w:p>
        </w:tc>
        <w:tc>
          <w:tcPr>
            <w:tcW w:type="dxa" w:w="1836"/>
          </w:tcPr>
          <w:p>
            <w:pPr>
              <w:spacing w:after="0"/>
              <w:jc w:val="left"/>
            </w:pPr>
            <w:r>
              <w:rPr>
                <w:sz w:val="16"/>
              </w:rPr>
              <w:t>Sperry-Piltz ice scale (local data)</w:t>
            </w:r>
          </w:p>
        </w:tc>
        <w:tc>
          <w:tcPr>
            <w:tcW w:type="dxa" w:w="1695"/>
          </w:tcPr>
          <w:p>
            <w:pPr>
              <w:spacing w:after="0"/>
              <w:jc w:val="right"/>
            </w:pPr>
            <w:r>
              <w:rPr>
                <w:sz w:val="16"/>
              </w:rPr>
              <w:t>2 records, 1998 to 2013 (2 zone-level)</w:t>
            </w:r>
          </w:p>
        </w:tc>
        <w:tc>
          <w:tcPr>
            <w:tcW w:type="dxa" w:w="1870"/>
          </w:tcPr>
          <w:p>
            <w:pPr>
              <w:spacing w:after="0"/>
              <w:jc w:val="left"/>
            </w:pPr>
          </w:p>
        </w:tc>
        <w:tc>
          <w:tcPr>
            <w:tcW w:type="dxa" w:w="1593"/>
          </w:tcPr>
          <w:p>
            <w:pPr>
              <w:spacing w:after="0"/>
              <w:jc w:val="left"/>
            </w:pPr>
            <w:r>
              <w:rPr>
                <w:sz w:val="16"/>
              </w:rPr>
              <w:t>Ice Storm, 1998-01-06, $750,000 property; crops not reported (1998 dollars); NWS zone VTZ009</w:t>
            </w:r>
          </w:p>
        </w:tc>
        <w:tc>
          <w:tcPr>
            <w:tcW w:type="dxa" w:w="1575"/>
          </w:tcPr>
          <w:p>
            <w:pPr>
              <w:spacing w:after="0"/>
              <w:jc w:val="left"/>
            </w:pPr>
          </w:p>
        </w:tc>
        <w:tc>
          <w:tcPr>
            <w:tcW w:type="dxa" w:w="1865"/>
          </w:tcPr>
          <w:p>
            <w:pPr>
              <w:spacing w:after="0"/>
              <w:jc w:val="left"/>
            </w:pPr>
            <w:r>
              <w:rPr>
                <w:sz w:val="16"/>
              </w:rPr>
              <w:t>Countywide (zone-level records).</w:t>
            </w:r>
          </w:p>
        </w:tc>
        <w:tc>
          <w:tcPr>
            <w:tcW w:type="dxa" w:w="1873"/>
          </w:tcPr>
          <w:p>
            <w:pPr>
              <w:spacing w:after="0"/>
              <w:jc w:val="left"/>
            </w:pPr>
          </w:p>
        </w:tc>
      </w:tr>
      <w:tr>
        <w:trPr>
          <w:cantSplit/>
        </w:trPr>
        <w:tc>
          <w:tcPr>
            <w:tcW w:type="dxa" w:w="1805"/>
          </w:tcPr>
          <w:p>
            <w:pPr>
              <w:spacing w:after="0"/>
              <w:jc w:val="left"/>
            </w:pPr>
            <w:r>
              <w:rPr>
                <w:sz w:val="16"/>
              </w:rPr>
              <w:t>Flash Flood, Flood, Lakeshore Flood</w:t>
            </w:r>
          </w:p>
        </w:tc>
        <w:tc>
          <w:tcPr>
            <w:tcW w:type="dxa" w:w="1836"/>
          </w:tcPr>
          <w:p>
            <w:pPr>
              <w:spacing w:after="0"/>
              <w:jc w:val="left"/>
            </w:pPr>
            <w:r>
              <w:rPr>
                <w:sz w:val="16"/>
              </w:rPr>
              <w:t>damage and flood days (flood depth: FIRM)</w:t>
            </w:r>
          </w:p>
        </w:tc>
        <w:tc>
          <w:tcPr>
            <w:tcW w:type="dxa" w:w="1695"/>
          </w:tcPr>
          <w:p>
            <w:pPr>
              <w:spacing w:after="0"/>
              <w:jc w:val="right"/>
            </w:pPr>
            <w:r>
              <w:rPr>
                <w:sz w:val="16"/>
              </w:rPr>
              <w:t>77 records, 1996 to 2025 (15 zone-level)</w:t>
            </w:r>
          </w:p>
        </w:tc>
        <w:tc>
          <w:tcPr>
            <w:tcW w:type="dxa" w:w="1870"/>
          </w:tcPr>
          <w:p>
            <w:pPr>
              <w:spacing w:after="0"/>
              <w:jc w:val="left"/>
            </w:pPr>
          </w:p>
        </w:tc>
        <w:tc>
          <w:tcPr>
            <w:tcW w:type="dxa" w:w="1593"/>
          </w:tcPr>
          <w:p>
            <w:pPr>
              <w:spacing w:after="0"/>
              <w:jc w:val="left"/>
            </w:pPr>
            <w:r>
              <w:rPr>
                <w:sz w:val="16"/>
              </w:rPr>
              <w:t>Flash Flood, 2011-08-28, $20,000,000 property; $1,000,000 crops (2011 dollars)</w:t>
            </w:r>
          </w:p>
        </w:tc>
        <w:tc>
          <w:tcPr>
            <w:tcW w:type="dxa" w:w="1575"/>
          </w:tcPr>
          <w:p>
            <w:pPr>
              <w:spacing w:after="0"/>
              <w:jc w:val="left"/>
            </w:pPr>
          </w:p>
        </w:tc>
        <w:tc>
          <w:tcPr>
            <w:tcW w:type="dxa" w:w="1865"/>
          </w:tcPr>
          <w:p>
            <w:pPr>
              <w:spacing w:after="0"/>
              <w:jc w:val="left"/>
            </w:pPr>
            <w:r>
              <w:rPr>
                <w:sz w:val="16"/>
              </w:rPr>
              <w:t>Event records naming places in the county: Ripton town (5 records), Salisbury town (5 records), Cornwall town (4 records), Starksboro town (4 records), Addison town (3 records), Lincoln town (3 records), Middlebury town (3 records), Orwell town (3 records), Bridport town (2 records), Granville town (2 records); and 10 more places (see the Excel file). Zone-level records (15) apply countywide.</w:t>
            </w:r>
          </w:p>
        </w:tc>
        <w:tc>
          <w:tcPr>
            <w:tcW w:type="dxa" w:w="1873"/>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05"/>
          </w:tcPr>
          <w:p>
            <w:pPr>
              <w:spacing w:after="0"/>
              <w:jc w:val="left"/>
            </w:pPr>
            <w:r>
              <w:rPr>
                <w:sz w:val="16"/>
              </w:rPr>
              <w:t>Debris Flow</w:t>
            </w:r>
          </w:p>
        </w:tc>
        <w:tc>
          <w:tcPr>
            <w:tcW w:type="dxa" w:w="1836"/>
          </w:tcPr>
          <w:p>
            <w:pPr>
              <w:spacing w:after="0"/>
              <w:jc w:val="left"/>
            </w:pPr>
            <w:r>
              <w:rPr>
                <w:sz w:val="16"/>
              </w:rPr>
              <w:t>none (count and damage only)</w:t>
            </w:r>
          </w:p>
        </w:tc>
        <w:tc>
          <w:tcPr>
            <w:tcW w:type="dxa" w:w="1695"/>
          </w:tcPr>
          <w:p>
            <w:pPr>
              <w:spacing w:after="0"/>
              <w:jc w:val="right"/>
            </w:pPr>
            <w:r>
              <w:rPr>
                <w:sz w:val="16"/>
              </w:rPr>
              <w:t>0</w:t>
            </w:r>
          </w:p>
        </w:tc>
        <w:tc>
          <w:tcPr>
            <w:tcW w:type="dxa" w:w="1870"/>
          </w:tcPr>
          <w:p>
            <w:pPr>
              <w:spacing w:after="0"/>
              <w:jc w:val="left"/>
            </w:pPr>
          </w:p>
        </w:tc>
        <w:tc>
          <w:tcPr>
            <w:tcW w:type="dxa" w:w="1593"/>
          </w:tcPr>
          <w:p>
            <w:pPr>
              <w:spacing w:after="0"/>
              <w:jc w:val="left"/>
            </w:pPr>
          </w:p>
        </w:tc>
        <w:tc>
          <w:tcPr>
            <w:tcW w:type="dxa" w:w="1575"/>
          </w:tcPr>
          <w:p>
            <w:pPr>
              <w:spacing w:after="0"/>
              <w:jc w:val="left"/>
            </w:pPr>
          </w:p>
        </w:tc>
        <w:tc>
          <w:tcPr>
            <w:tcW w:type="dxa" w:w="1865"/>
          </w:tcPr>
          <w:p>
            <w:pPr>
              <w:spacing w:after="0"/>
              <w:jc w:val="left"/>
            </w:pPr>
          </w:p>
        </w:tc>
        <w:tc>
          <w:tcPr>
            <w:tcW w:type="dxa" w:w="1873"/>
          </w:tcPr>
          <w:p>
            <w:pPr>
              <w:spacing w:after="0"/>
              <w:jc w:val="left"/>
            </w:pPr>
          </w:p>
        </w:tc>
      </w:tr>
      <w:tr>
        <w:trPr>
          <w:cantSplit/>
        </w:trPr>
        <w:tc>
          <w:tcPr>
            <w:tcW w:type="dxa" w:w="1805"/>
          </w:tcPr>
          <w:p>
            <w:pPr>
              <w:spacing w:after="0"/>
              <w:jc w:val="left"/>
            </w:pPr>
            <w:r>
              <w:rPr>
                <w:sz w:val="16"/>
              </w:rPr>
              <w:t>Lightning</w:t>
            </w:r>
          </w:p>
        </w:tc>
        <w:tc>
          <w:tcPr>
            <w:tcW w:type="dxa" w:w="1836"/>
          </w:tcPr>
          <w:p>
            <w:pPr>
              <w:spacing w:after="0"/>
              <w:jc w:val="left"/>
            </w:pPr>
            <w:r>
              <w:rPr>
                <w:sz w:val="16"/>
              </w:rPr>
              <w:t>annualized frequency (the measure FEMA's Local Mitigation Planning Handbook names)</w:t>
            </w:r>
          </w:p>
        </w:tc>
        <w:tc>
          <w:tcPr>
            <w:tcW w:type="dxa" w:w="1695"/>
          </w:tcPr>
          <w:p>
            <w:pPr>
              <w:spacing w:after="0"/>
              <w:jc w:val="right"/>
            </w:pPr>
            <w:r>
              <w:rPr>
                <w:sz w:val="16"/>
              </w:rPr>
              <w:t>4 records, 2003 to 2024</w:t>
            </w:r>
          </w:p>
        </w:tc>
        <w:tc>
          <w:tcPr>
            <w:tcW w:type="dxa" w:w="1870"/>
          </w:tcPr>
          <w:p>
            <w:pPr>
              <w:spacing w:after="0"/>
              <w:jc w:val="left"/>
            </w:pPr>
          </w:p>
        </w:tc>
        <w:tc>
          <w:tcPr>
            <w:tcW w:type="dxa" w:w="1593"/>
          </w:tcPr>
          <w:p>
            <w:pPr>
              <w:spacing w:after="0"/>
              <w:jc w:val="left"/>
            </w:pPr>
            <w:r>
              <w:rPr>
                <w:sz w:val="16"/>
              </w:rPr>
              <w:t>Lightning, 2011-02-05, $100,000 property; $0 crops (2011 dollars)</w:t>
            </w:r>
          </w:p>
        </w:tc>
        <w:tc>
          <w:tcPr>
            <w:tcW w:type="dxa" w:w="1575"/>
          </w:tcPr>
          <w:p>
            <w:pPr>
              <w:spacing w:after="0"/>
              <w:jc w:val="left"/>
            </w:pPr>
          </w:p>
        </w:tc>
        <w:tc>
          <w:tcPr>
            <w:tcW w:type="dxa" w:w="1865"/>
          </w:tcPr>
          <w:p>
            <w:pPr>
              <w:spacing w:after="0"/>
              <w:jc w:val="left"/>
            </w:pPr>
            <w:r>
              <w:rPr>
                <w:sz w:val="16"/>
              </w:rPr>
              <w:t>Event records naming places in the county: Addison town (1 record), Bristol town (1 record), New Haven town (1 record).</w:t>
            </w:r>
          </w:p>
        </w:tc>
        <w:tc>
          <w:tcPr>
            <w:tcW w:type="dxa" w:w="1873"/>
          </w:tcPr>
          <w:p>
            <w:pPr>
              <w:spacing w:after="0"/>
              <w:jc w:val="left"/>
            </w:pPr>
            <w:r>
              <w:rPr>
                <w:sz w:val="16"/>
              </w:rPr>
              <w:t>Storm Events lists lightning with damage or casualties.</w:t>
            </w:r>
          </w:p>
        </w:tc>
      </w:tr>
      <w:tr>
        <w:trPr>
          <w:cantSplit/>
        </w:trPr>
        <w:tc>
          <w:tcPr>
            <w:tcW w:type="dxa" w:w="1805"/>
          </w:tcPr>
          <w:p>
            <w:pPr>
              <w:spacing w:after="0"/>
              <w:jc w:val="left"/>
            </w:pPr>
            <w:r>
              <w:rPr>
                <w:sz w:val="16"/>
              </w:rPr>
              <w:t>High Wind and Strong Wind (outside NRI's Strong Wind definition)</w:t>
            </w:r>
          </w:p>
        </w:tc>
        <w:tc>
          <w:tcPr>
            <w:tcW w:type="dxa" w:w="1836"/>
          </w:tcPr>
          <w:p>
            <w:pPr>
              <w:spacing w:after="0"/>
              <w:jc w:val="left"/>
            </w:pPr>
            <w:r>
              <w:rPr>
                <w:sz w:val="16"/>
              </w:rPr>
              <w:t>wind speed (kt and mph)</w:t>
            </w:r>
          </w:p>
        </w:tc>
        <w:tc>
          <w:tcPr>
            <w:tcW w:type="dxa" w:w="1695"/>
          </w:tcPr>
          <w:p>
            <w:pPr>
              <w:spacing w:after="0"/>
              <w:jc w:val="right"/>
            </w:pPr>
            <w:r>
              <w:rPr>
                <w:sz w:val="16"/>
              </w:rPr>
              <w:t>85 records, 1996 to 2025 (84 zone-level)</w:t>
            </w:r>
          </w:p>
        </w:tc>
        <w:tc>
          <w:tcPr>
            <w:tcW w:type="dxa" w:w="1870"/>
          </w:tcPr>
          <w:p>
            <w:pPr>
              <w:spacing w:after="0"/>
              <w:jc w:val="left"/>
            </w:pPr>
            <w:r>
              <w:rPr>
                <w:sz w:val="16"/>
              </w:rPr>
              <w:t>30 kt (35 mph) to 74 kt (85 mph) (median 43 kt (49 mph)); 81 with a recorded value</w:t>
            </w:r>
          </w:p>
        </w:tc>
        <w:tc>
          <w:tcPr>
            <w:tcW w:type="dxa" w:w="1593"/>
          </w:tcPr>
          <w:p>
            <w:pPr>
              <w:spacing w:after="0"/>
              <w:jc w:val="left"/>
            </w:pPr>
            <w:r>
              <w:rPr>
                <w:sz w:val="16"/>
              </w:rPr>
              <w:t>74 kt (85 mph) estimated gust, High Wind, 2009-12-09; NWS zone VTZ018</w:t>
            </w:r>
          </w:p>
        </w:tc>
        <w:tc>
          <w:tcPr>
            <w:tcW w:type="dxa" w:w="1575"/>
          </w:tcPr>
          <w:p>
            <w:pPr>
              <w:spacing w:after="0"/>
              <w:jc w:val="left"/>
            </w:pPr>
            <w:r>
              <w:rPr>
                <w:sz w:val="16"/>
              </w:rPr>
              <w:t>High Wind, 2010-12-01, $250,000 property; $0 crops (zone total, 2010 dollars)</w:t>
            </w:r>
          </w:p>
        </w:tc>
        <w:tc>
          <w:tcPr>
            <w:tcW w:type="dxa" w:w="1865"/>
          </w:tcPr>
          <w:p>
            <w:pPr>
              <w:spacing w:after="0"/>
              <w:jc w:val="left"/>
            </w:pPr>
            <w:r>
              <w:rPr>
                <w:sz w:val="16"/>
              </w:rPr>
              <w:t>No event record names a listed place in the county. Zone-level records (84) apply countywide.</w:t>
            </w:r>
          </w:p>
        </w:tc>
        <w:tc>
          <w:tcPr>
            <w:tcW w:type="dxa" w:w="1873"/>
          </w:tcPr>
          <w:p>
            <w:pPr>
              <w:spacing w:after="0"/>
              <w:jc w:val="left"/>
            </w:pPr>
          </w:p>
        </w:tc>
      </w:tr>
      <w:tr>
        <w:trPr>
          <w:cantSplit/>
        </w:trPr>
        <w:tc>
          <w:tcPr>
            <w:tcW w:type="dxa" w:w="1805"/>
          </w:tcPr>
          <w:p>
            <w:pPr>
              <w:spacing w:after="0"/>
              <w:jc w:val="left"/>
            </w:pPr>
            <w:r>
              <w:rPr>
                <w:sz w:val="16"/>
              </w:rPr>
              <w:t>Thunderstorm Wind</w:t>
            </w:r>
          </w:p>
        </w:tc>
        <w:tc>
          <w:tcPr>
            <w:tcW w:type="dxa" w:w="1836"/>
          </w:tcPr>
          <w:p>
            <w:pPr>
              <w:spacing w:after="0"/>
              <w:jc w:val="left"/>
            </w:pPr>
            <w:r>
              <w:rPr>
                <w:sz w:val="16"/>
              </w:rPr>
              <w:t>wind speed (kt and mph)</w:t>
            </w:r>
          </w:p>
        </w:tc>
        <w:tc>
          <w:tcPr>
            <w:tcW w:type="dxa" w:w="1695"/>
          </w:tcPr>
          <w:p>
            <w:pPr>
              <w:spacing w:after="0"/>
              <w:jc w:val="right"/>
            </w:pPr>
            <w:r>
              <w:rPr>
                <w:sz w:val="16"/>
              </w:rPr>
              <w:t>204 records, 1959 to 2026</w:t>
            </w:r>
          </w:p>
        </w:tc>
        <w:tc>
          <w:tcPr>
            <w:tcW w:type="dxa" w:w="1870"/>
          </w:tcPr>
          <w:p>
            <w:pPr>
              <w:spacing w:after="0"/>
              <w:jc w:val="left"/>
            </w:pPr>
            <w:r>
              <w:rPr>
                <w:sz w:val="16"/>
              </w:rPr>
              <w:t>43 kt (49 mph) to 80 kt (92 mph) (median 50 kt (58 mph)); 151 with a recorded value</w:t>
            </w:r>
          </w:p>
        </w:tc>
        <w:tc>
          <w:tcPr>
            <w:tcW w:type="dxa" w:w="1593"/>
          </w:tcPr>
          <w:p>
            <w:pPr>
              <w:spacing w:after="0"/>
              <w:jc w:val="left"/>
            </w:pPr>
            <w:r>
              <w:rPr>
                <w:sz w:val="16"/>
              </w:rPr>
              <w:t>80 kt (92 mph) estimated gust, Thunderstorm Wind, 2003-07-24; same speed and measurement basis also recorded on 2003-07-24</w:t>
            </w:r>
          </w:p>
        </w:tc>
        <w:tc>
          <w:tcPr>
            <w:tcW w:type="dxa" w:w="1575"/>
          </w:tcPr>
          <w:p>
            <w:pPr>
              <w:spacing w:after="0"/>
              <w:jc w:val="left"/>
            </w:pPr>
            <w:r>
              <w:rPr>
                <w:sz w:val="16"/>
              </w:rPr>
              <w:t>Thunderstorm Wind, 1993-08-24, $500,000 property; crops not recorded (1993 dollars)</w:t>
            </w:r>
          </w:p>
        </w:tc>
        <w:tc>
          <w:tcPr>
            <w:tcW w:type="dxa" w:w="1865"/>
          </w:tcPr>
          <w:p>
            <w:pPr>
              <w:spacing w:after="0"/>
              <w:jc w:val="left"/>
            </w:pPr>
            <w:r>
              <w:rPr>
                <w:sz w:val="16"/>
              </w:rPr>
              <w:t>Event records naming places in the county: Middlebury town (27 records), New Haven town (17 records), Monkton town (11 records), Orwell town (11 records), Bridport town (9 records), Bristol town (9 records), Cornwall town (9 records), Addison town (8 records), Granville town (7 records), Lincoln town (7 records); and 10 more places (see the Excel file).</w:t>
            </w:r>
          </w:p>
        </w:tc>
        <w:tc>
          <w:tcPr>
            <w:tcW w:type="dxa" w:w="1873"/>
          </w:tcPr>
          <w:p>
            <w:pPr>
              <w:spacing w:after="0"/>
              <w:jc w:val="left"/>
            </w:pPr>
          </w:p>
        </w:tc>
      </w:tr>
      <w:tr>
        <w:trPr>
          <w:cantSplit/>
        </w:trPr>
        <w:tc>
          <w:tcPr>
            <w:tcW w:type="dxa" w:w="1805"/>
          </w:tcPr>
          <w:p>
            <w:pPr>
              <w:spacing w:after="0"/>
              <w:jc w:val="left"/>
            </w:pPr>
            <w:r>
              <w:rPr>
                <w:sz w:val="16"/>
              </w:rPr>
              <w:t>Tornado</w:t>
            </w:r>
          </w:p>
        </w:tc>
        <w:tc>
          <w:tcPr>
            <w:tcW w:type="dxa" w:w="1836"/>
          </w:tcPr>
          <w:p>
            <w:pPr>
              <w:spacing w:after="0"/>
              <w:jc w:val="left"/>
            </w:pPr>
            <w:r>
              <w:rPr>
                <w:sz w:val="16"/>
              </w:rPr>
              <w:t>Enhanced Fujita (Fujita before Feb 2007)</w:t>
            </w:r>
          </w:p>
        </w:tc>
        <w:tc>
          <w:tcPr>
            <w:tcW w:type="dxa" w:w="1695"/>
          </w:tcPr>
          <w:p>
            <w:pPr>
              <w:spacing w:after="0"/>
              <w:jc w:val="right"/>
            </w:pPr>
            <w:r>
              <w:rPr>
                <w:sz w:val="16"/>
              </w:rPr>
              <w:t>5 records, 1965 to 2026</w:t>
            </w:r>
          </w:p>
        </w:tc>
        <w:tc>
          <w:tcPr>
            <w:tcW w:type="dxa" w:w="1870"/>
          </w:tcPr>
          <w:p>
            <w:pPr>
              <w:spacing w:after="0"/>
              <w:jc w:val="left"/>
            </w:pPr>
            <w:r>
              <w:rPr>
                <w:sz w:val="16"/>
              </w:rPr>
              <w:t>F/EF0 to F/EF1 (median F/EF1); 5 with a recorded value</w:t>
            </w:r>
          </w:p>
        </w:tc>
        <w:tc>
          <w:tcPr>
            <w:tcW w:type="dxa" w:w="1593"/>
          </w:tcPr>
          <w:p>
            <w:pPr>
              <w:spacing w:after="0"/>
              <w:jc w:val="left"/>
            </w:pPr>
            <w:r>
              <w:rPr>
                <w:sz w:val="16"/>
              </w:rPr>
              <w:t>EF1 tornado, 2021-03-26, 0.65 mi within this county, 75 yd wide, $75,000 property; $0 crops (2021 dollars), 2 direct injuries</w:t>
            </w:r>
          </w:p>
        </w:tc>
        <w:tc>
          <w:tcPr>
            <w:tcW w:type="dxa" w:w="1575"/>
          </w:tcPr>
          <w:p>
            <w:pPr>
              <w:spacing w:after="0"/>
              <w:jc w:val="left"/>
            </w:pPr>
          </w:p>
        </w:tc>
        <w:tc>
          <w:tcPr>
            <w:tcW w:type="dxa" w:w="1865"/>
          </w:tcPr>
          <w:p>
            <w:pPr>
              <w:spacing w:after="0"/>
              <w:jc w:val="left"/>
            </w:pPr>
            <w:r>
              <w:rPr>
                <w:sz w:val="16"/>
              </w:rPr>
              <w:t>Event records naming places in the county: Addison town (1 record), Lincoln town (1 record), Middlebury town (1 record), Vergennes city (1 record).</w:t>
            </w:r>
          </w:p>
        </w:tc>
        <w:tc>
          <w:tcPr>
            <w:tcW w:type="dxa" w:w="1873"/>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05"/>
          </w:tcPr>
          <w:p>
            <w:pPr>
              <w:spacing w:after="0"/>
              <w:jc w:val="left"/>
            </w:pPr>
            <w:r>
              <w:rPr>
                <w:sz w:val="16"/>
              </w:rPr>
              <w:t>Wildfire</w:t>
            </w:r>
          </w:p>
        </w:tc>
        <w:tc>
          <w:tcPr>
            <w:tcW w:type="dxa" w:w="1836"/>
          </w:tcPr>
          <w:p>
            <w:pPr>
              <w:spacing w:after="0"/>
              <w:jc w:val="left"/>
            </w:pPr>
            <w:r>
              <w:rPr>
                <w:sz w:val="16"/>
              </w:rPr>
              <w:t>acres burned (local data)</w:t>
            </w:r>
          </w:p>
        </w:tc>
        <w:tc>
          <w:tcPr>
            <w:tcW w:type="dxa" w:w="1695"/>
          </w:tcPr>
          <w:p>
            <w:pPr>
              <w:spacing w:after="0"/>
              <w:jc w:val="right"/>
            </w:pPr>
            <w:r>
              <w:rPr>
                <w:sz w:val="16"/>
              </w:rPr>
              <w:t>0</w:t>
            </w:r>
          </w:p>
        </w:tc>
        <w:tc>
          <w:tcPr>
            <w:tcW w:type="dxa" w:w="1870"/>
          </w:tcPr>
          <w:p>
            <w:pPr>
              <w:spacing w:after="0"/>
              <w:jc w:val="left"/>
            </w:pPr>
          </w:p>
        </w:tc>
        <w:tc>
          <w:tcPr>
            <w:tcW w:type="dxa" w:w="1593"/>
          </w:tcPr>
          <w:p>
            <w:pPr>
              <w:spacing w:after="0"/>
              <w:jc w:val="left"/>
            </w:pPr>
          </w:p>
        </w:tc>
        <w:tc>
          <w:tcPr>
            <w:tcW w:type="dxa" w:w="1575"/>
          </w:tcPr>
          <w:p>
            <w:pPr>
              <w:spacing w:after="0"/>
              <w:jc w:val="left"/>
            </w:pPr>
          </w:p>
        </w:tc>
        <w:tc>
          <w:tcPr>
            <w:tcW w:type="dxa" w:w="1865"/>
          </w:tcPr>
          <w:p>
            <w:pPr>
              <w:spacing w:after="0"/>
              <w:jc w:val="left"/>
            </w:pPr>
          </w:p>
        </w:tc>
        <w:tc>
          <w:tcPr>
            <w:tcW w:type="dxa" w:w="1873"/>
          </w:tcPr>
          <w:p>
            <w:pPr>
              <w:spacing w:after="0"/>
              <w:jc w:val="left"/>
            </w:pPr>
          </w:p>
        </w:tc>
      </w:tr>
      <w:tr>
        <w:trPr>
          <w:cantSplit/>
        </w:trPr>
        <w:tc>
          <w:tcPr>
            <w:tcW w:type="dxa" w:w="1805"/>
          </w:tcPr>
          <w:p>
            <w:pPr>
              <w:spacing w:after="0"/>
              <w:jc w:val="left"/>
            </w:pPr>
            <w:r>
              <w:rPr>
                <w:sz w:val="16"/>
              </w:rPr>
              <w:t>Winter Storm, Heavy Snow, Blizzard, Lake-Effect Snow, Winter Weather, Sleet</w:t>
            </w:r>
          </w:p>
        </w:tc>
        <w:tc>
          <w:tcPr>
            <w:tcW w:type="dxa" w:w="1836"/>
          </w:tcPr>
          <w:p>
            <w:pPr>
              <w:spacing w:after="0"/>
              <w:jc w:val="left"/>
            </w:pPr>
            <w:r>
              <w:rPr>
                <w:sz w:val="16"/>
              </w:rPr>
              <w:t>none in data (snowfall: local data)</w:t>
            </w:r>
          </w:p>
        </w:tc>
        <w:tc>
          <w:tcPr>
            <w:tcW w:type="dxa" w:w="1695"/>
          </w:tcPr>
          <w:p>
            <w:pPr>
              <w:spacing w:after="0"/>
              <w:jc w:val="right"/>
            </w:pPr>
            <w:r>
              <w:rPr>
                <w:sz w:val="16"/>
              </w:rPr>
              <w:t>292 records, 1996 to 2026 (292 zone-level)</w:t>
            </w:r>
          </w:p>
        </w:tc>
        <w:tc>
          <w:tcPr>
            <w:tcW w:type="dxa" w:w="1870"/>
          </w:tcPr>
          <w:p>
            <w:pPr>
              <w:spacing w:after="0"/>
              <w:jc w:val="left"/>
            </w:pPr>
          </w:p>
        </w:tc>
        <w:tc>
          <w:tcPr>
            <w:tcW w:type="dxa" w:w="1593"/>
          </w:tcPr>
          <w:p>
            <w:pPr>
              <w:spacing w:after="0"/>
              <w:jc w:val="left"/>
            </w:pPr>
            <w:r>
              <w:rPr>
                <w:sz w:val="16"/>
              </w:rPr>
              <w:t>Heavy Snow, 2007-02-14, $300,000 property; $0 crops (2007 dollars); NWS zone VTZ009</w:t>
            </w:r>
          </w:p>
        </w:tc>
        <w:tc>
          <w:tcPr>
            <w:tcW w:type="dxa" w:w="1575"/>
          </w:tcPr>
          <w:p>
            <w:pPr>
              <w:spacing w:after="0"/>
              <w:jc w:val="left"/>
            </w:pPr>
          </w:p>
        </w:tc>
        <w:tc>
          <w:tcPr>
            <w:tcW w:type="dxa" w:w="1865"/>
          </w:tcPr>
          <w:p>
            <w:pPr>
              <w:spacing w:after="0"/>
              <w:jc w:val="left"/>
            </w:pPr>
            <w:r>
              <w:rPr>
                <w:sz w:val="16"/>
              </w:rPr>
              <w:t>Countywide (zone-level records).</w:t>
            </w:r>
          </w:p>
        </w:tc>
        <w:tc>
          <w:tcPr>
            <w:tcW w:type="dxa" w:w="1873"/>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avalanche,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40" w:before="0"/>
      </w:pPr>
      <w:r>
        <w:rPr>
          <w:sz w:val="15"/>
        </w:rPr>
        <w:t>Where a hazard names more than 10 jurisdictions, the table lists the 10 with the most records; every one is in the Excel file, sheet "B1-c Extent".</w:t>
      </w:r>
    </w:p>
    <w:p>
      <w:pPr>
        <w:spacing w:after="80" w:before="0"/>
      </w:pPr>
    </w:p>
    <w:p>
      <w:pPr>
        <w:pStyle w:val="Heading2"/>
        <w:keepNext/>
        <w:spacing w:after="80"/>
      </w:pPr>
      <w:r>
        <w:rPr/>
        <w:t>Supports FEMA checklist item B1-d: previous occurrences</w:t>
      </w:r>
    </w:p>
    <w:p>
      <w:pPr>
        <w:keepNext/>
        <w:spacing w:after="80" w:before="0"/>
      </w:pPr>
      <w:r>
        <w:rPr>
          <w:i/>
        </w:rPr>
        <w:t>County-level: Addison County (federal declarations, statewide declarations and Storm Events history).</w:t>
      </w:r>
    </w:p>
    <w:p>
      <w:pPr>
        <w:keepNext/>
        <w:spacing w:after="80" w:before="0"/>
      </w:pPr>
      <w:r>
        <w:rPr/>
        <w:t>Federal declarations for this county: 30 declarations covering 26 separate hazard incidents counted in this packet (declarations for the same incident count once; non-natural and evacuation-only declarations are not counted).</w:t>
      </w:r>
    </w:p>
    <w:p>
      <w:pPr>
        <w:keepNext/>
        <w:spacing w:after="80" w:before="0"/>
      </w:pPr>
      <w:r>
        <w:rPr/>
        <w:t>No plan row in FEMA data, so there is no approval date to count from.</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74"/>
        <w:gridCol w:w="1074"/>
        <w:gridCol w:w="1074"/>
        <w:gridCol w:w="1444"/>
        <w:gridCol w:w="2554"/>
        <w:gridCol w:w="2369"/>
        <w:gridCol w:w="2832"/>
        <w:gridCol w:w="764"/>
        <w:gridCol w:w="926"/>
      </w:tblGrid>
      <w:tr>
        <w:trPr>
          <w:cantSplit/>
          <w:tblHeader/>
        </w:trPr>
        <w:tc>
          <w:tcPr>
            <w:tcW w:type="dxa" w:w="1074"/>
            <w:shd w:val="clear" w:color="auto" w:fill="E8E8E8"/>
          </w:tcPr>
          <w:p>
            <w:pPr>
              <w:spacing w:after="0"/>
              <w:jc w:val="left"/>
            </w:pPr>
            <w:r>
              <w:rPr>
                <w:b/>
                <w:sz w:val="16"/>
              </w:rPr>
              <w:t>Declared</w:t>
            </w:r>
          </w:p>
        </w:tc>
        <w:tc>
          <w:tcPr>
            <w:tcW w:type="dxa" w:w="1074"/>
            <w:shd w:val="clear" w:color="auto" w:fill="E8E8E8"/>
          </w:tcPr>
          <w:p>
            <w:pPr>
              <w:spacing w:after="0"/>
              <w:jc w:val="left"/>
            </w:pPr>
            <w:r>
              <w:rPr>
                <w:b/>
                <w:sz w:val="16"/>
              </w:rPr>
              <w:t>Incident began</w:t>
            </w:r>
          </w:p>
        </w:tc>
        <w:tc>
          <w:tcPr>
            <w:tcW w:type="dxa" w:w="1074"/>
            <w:shd w:val="clear" w:color="auto" w:fill="E8E8E8"/>
          </w:tcPr>
          <w:p>
            <w:pPr>
              <w:spacing w:after="0"/>
              <w:jc w:val="left"/>
            </w:pPr>
            <w:r>
              <w:rPr>
                <w:b/>
                <w:sz w:val="16"/>
              </w:rPr>
              <w:t>FEMA number</w:t>
            </w:r>
          </w:p>
        </w:tc>
        <w:tc>
          <w:tcPr>
            <w:tcW w:type="dxa" w:w="1444"/>
            <w:shd w:val="clear" w:color="auto" w:fill="E8E8E8"/>
          </w:tcPr>
          <w:p>
            <w:pPr>
              <w:spacing w:after="0"/>
              <w:jc w:val="left"/>
            </w:pPr>
            <w:r>
              <w:rPr>
                <w:b/>
                <w:sz w:val="16"/>
              </w:rPr>
              <w:t>Type</w:t>
            </w:r>
          </w:p>
        </w:tc>
        <w:tc>
          <w:tcPr>
            <w:tcW w:type="dxa" w:w="2554"/>
            <w:shd w:val="clear" w:color="auto" w:fill="E8E8E8"/>
          </w:tcPr>
          <w:p>
            <w:pPr>
              <w:spacing w:after="0"/>
              <w:jc w:val="left"/>
            </w:pPr>
            <w:r>
              <w:rPr>
                <w:b/>
                <w:sz w:val="16"/>
              </w:rPr>
              <w:t>Title</w:t>
            </w:r>
          </w:p>
        </w:tc>
        <w:tc>
          <w:tcPr>
            <w:tcW w:type="dxa" w:w="2369"/>
            <w:shd w:val="clear" w:color="auto" w:fill="E8E8E8"/>
          </w:tcPr>
          <w:p>
            <w:pPr>
              <w:spacing w:after="0"/>
              <w:jc w:val="left"/>
            </w:pPr>
            <w:r>
              <w:rPr>
                <w:b/>
                <w:sz w:val="16"/>
              </w:rPr>
              <w:t>Mapped hazard</w:t>
            </w:r>
          </w:p>
        </w:tc>
        <w:tc>
          <w:tcPr>
            <w:tcW w:type="dxa" w:w="2832"/>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64"/>
            <w:shd w:val="clear" w:color="auto" w:fill="E8E8E8"/>
          </w:tcPr>
          <w:p>
            <w:pPr>
              <w:spacing w:after="0"/>
              <w:jc w:val="left"/>
            </w:pPr>
            <w:r>
              <w:rPr>
                <w:b/>
                <w:sz w:val="16"/>
              </w:rPr>
              <w:t>Flags</w:t>
            </w:r>
          </w:p>
        </w:tc>
        <w:tc>
          <w:tcPr>
            <w:tcW w:type="dxa" w:w="926"/>
            <w:shd w:val="clear" w:color="auto" w:fill="E8E8E8"/>
          </w:tcPr>
          <w:p>
            <w:pPr>
              <w:spacing w:after="0"/>
              <w:jc w:val="left"/>
            </w:pPr>
            <w:r>
              <w:rPr>
                <w:b/>
                <w:sz w:val="16"/>
              </w:rPr>
              <w:t>Notes</w:t>
            </w:r>
          </w:p>
        </w:tc>
      </w:tr>
      <w:tr>
        <w:trPr>
          <w:cantSplit/>
        </w:trPr>
        <w:tc>
          <w:tcPr>
            <w:tcW w:type="dxa" w:w="1074"/>
          </w:tcPr>
          <w:p>
            <w:pPr>
              <w:spacing w:after="0"/>
              <w:jc w:val="left"/>
            </w:pPr>
            <w:r>
              <w:rPr>
                <w:sz w:val="16"/>
              </w:rPr>
              <w:t>2024-08-20</w:t>
            </w:r>
          </w:p>
        </w:tc>
        <w:tc>
          <w:tcPr>
            <w:tcW w:type="dxa" w:w="1074"/>
          </w:tcPr>
          <w:p>
            <w:pPr>
              <w:spacing w:after="0"/>
              <w:jc w:val="left"/>
            </w:pPr>
            <w:r>
              <w:rPr>
                <w:sz w:val="16"/>
              </w:rPr>
              <w:t>2024-07-09</w:t>
            </w:r>
          </w:p>
        </w:tc>
        <w:tc>
          <w:tcPr>
            <w:tcW w:type="dxa" w:w="1074"/>
          </w:tcPr>
          <w:p>
            <w:pPr>
              <w:spacing w:after="0"/>
              <w:jc w:val="left"/>
            </w:pPr>
            <w:r>
              <w:rPr>
                <w:sz w:val="16"/>
              </w:rPr>
              <w:t>DR-4810-VT</w:t>
            </w:r>
          </w:p>
        </w:tc>
        <w:tc>
          <w:tcPr>
            <w:tcW w:type="dxa" w:w="1444"/>
          </w:tcPr>
          <w:p>
            <w:pPr>
              <w:spacing w:after="0"/>
              <w:jc w:val="left"/>
            </w:pPr>
            <w:r>
              <w:rPr>
                <w:sz w:val="16"/>
              </w:rPr>
              <w:t>Major disaster</w:t>
            </w:r>
          </w:p>
        </w:tc>
        <w:tc>
          <w:tcPr>
            <w:tcW w:type="dxa" w:w="2554"/>
          </w:tcPr>
          <w:p>
            <w:pPr>
              <w:spacing w:after="0"/>
              <w:jc w:val="left"/>
            </w:pPr>
            <w:r>
              <w:rPr>
                <w:sz w:val="16"/>
              </w:rPr>
              <w:t>Severe Storm, Flooding, Landslides, and Mudslides</w:t>
            </w:r>
          </w:p>
        </w:tc>
        <w:tc>
          <w:tcPr>
            <w:tcW w:type="dxa" w:w="2369"/>
          </w:tcPr>
          <w:p>
            <w:pPr>
              <w:spacing w:after="0"/>
              <w:jc w:val="left"/>
            </w:pPr>
            <w:r>
              <w:rPr>
                <w:sz w:val="16"/>
              </w:rPr>
              <w:t>Inland Flooding; Landslide</w:t>
            </w:r>
          </w:p>
        </w:tc>
        <w:tc>
          <w:tcPr>
            <w:tcW w:type="dxa" w:w="2832"/>
          </w:tcPr>
          <w:p>
            <w:pPr>
              <w:spacing w:after="0"/>
              <w:jc w:val="right"/>
            </w:pPr>
            <w:r>
              <w:rPr>
                <w:sz w:val="16"/>
              </w:rPr>
              <w:t>$2,157,397.96</w:t>
            </w:r>
          </w:p>
        </w:tc>
        <w:tc>
          <w:tcPr>
            <w:tcW w:type="dxa" w:w="764"/>
          </w:tcPr>
          <w:p>
            <w:pPr>
              <w:spacing w:after="0"/>
              <w:jc w:val="left"/>
            </w:pPr>
            <w:r>
              <w:rPr>
                <w:sz w:val="16"/>
              </w:rPr>
              <w:t>within last 5 years</w:t>
            </w:r>
          </w:p>
        </w:tc>
        <w:tc>
          <w:tcPr>
            <w:tcW w:type="dxa" w:w="926"/>
          </w:tcPr>
          <w:p>
            <w:pPr>
              <w:spacing w:after="0"/>
              <w:jc w:val="left"/>
            </w:pPr>
          </w:p>
        </w:tc>
      </w:tr>
      <w:tr>
        <w:trPr>
          <w:cantSplit/>
        </w:trPr>
        <w:tc>
          <w:tcPr>
            <w:tcW w:type="dxa" w:w="1074"/>
          </w:tcPr>
          <w:p>
            <w:pPr>
              <w:spacing w:after="0"/>
              <w:jc w:val="left"/>
            </w:pPr>
            <w:r>
              <w:rPr>
                <w:sz w:val="16"/>
              </w:rPr>
              <w:t>2024-08-08</w:t>
            </w:r>
          </w:p>
        </w:tc>
        <w:tc>
          <w:tcPr>
            <w:tcW w:type="dxa" w:w="1074"/>
          </w:tcPr>
          <w:p>
            <w:pPr>
              <w:spacing w:after="0"/>
              <w:jc w:val="left"/>
            </w:pPr>
            <w:r>
              <w:rPr>
                <w:sz w:val="16"/>
              </w:rPr>
              <w:t>2024-08-08</w:t>
            </w:r>
          </w:p>
        </w:tc>
        <w:tc>
          <w:tcPr>
            <w:tcW w:type="dxa" w:w="1074"/>
          </w:tcPr>
          <w:p>
            <w:pPr>
              <w:spacing w:after="0"/>
              <w:jc w:val="left"/>
            </w:pPr>
            <w:r>
              <w:rPr>
                <w:sz w:val="16"/>
              </w:rPr>
              <w:t>EM-3609-VT</w:t>
            </w:r>
          </w:p>
        </w:tc>
        <w:tc>
          <w:tcPr>
            <w:tcW w:type="dxa" w:w="1444"/>
          </w:tcPr>
          <w:p>
            <w:pPr>
              <w:spacing w:after="0"/>
              <w:jc w:val="left"/>
            </w:pPr>
            <w:r>
              <w:rPr>
                <w:sz w:val="16"/>
              </w:rPr>
              <w:t>Emergency</w:t>
            </w:r>
          </w:p>
        </w:tc>
        <w:tc>
          <w:tcPr>
            <w:tcW w:type="dxa" w:w="2554"/>
          </w:tcPr>
          <w:p>
            <w:pPr>
              <w:spacing w:after="0"/>
              <w:jc w:val="left"/>
            </w:pPr>
            <w:r>
              <w:rPr>
                <w:sz w:val="16"/>
              </w:rPr>
              <w:t>Tropical Depression Debby</w:t>
            </w:r>
          </w:p>
        </w:tc>
        <w:tc>
          <w:tcPr>
            <w:tcW w:type="dxa" w:w="2369"/>
          </w:tcPr>
          <w:p>
            <w:pPr>
              <w:spacing w:after="0"/>
              <w:jc w:val="left"/>
            </w:pPr>
            <w:r>
              <w:rPr>
                <w:sz w:val="16"/>
              </w:rPr>
              <w:t>Hurricane</w:t>
            </w:r>
          </w:p>
        </w:tc>
        <w:tc>
          <w:tcPr>
            <w:tcW w:type="dxa" w:w="2832"/>
          </w:tcPr>
          <w:p>
            <w:pPr>
              <w:spacing w:after="0"/>
              <w:jc w:val="right"/>
            </w:pPr>
            <w:r>
              <w:rPr>
                <w:sz w:val="16"/>
              </w:rPr>
              <w:t>no Public Assistance recorded</w:t>
            </w:r>
          </w:p>
        </w:tc>
        <w:tc>
          <w:tcPr>
            <w:tcW w:type="dxa" w:w="764"/>
          </w:tcPr>
          <w:p>
            <w:pPr>
              <w:spacing w:after="0"/>
              <w:jc w:val="left"/>
            </w:pPr>
            <w:r>
              <w:rPr>
                <w:sz w:val="16"/>
              </w:rPr>
              <w:t>within last 5 years</w:t>
            </w:r>
          </w:p>
        </w:tc>
        <w:tc>
          <w:tcPr>
            <w:tcW w:type="dxa" w:w="926"/>
          </w:tcPr>
          <w:p>
            <w:pPr>
              <w:spacing w:after="0"/>
              <w:jc w:val="left"/>
            </w:pPr>
          </w:p>
        </w:tc>
      </w:tr>
      <w:tr>
        <w:trPr>
          <w:cantSplit/>
        </w:trPr>
        <w:tc>
          <w:tcPr>
            <w:tcW w:type="dxa" w:w="1074"/>
          </w:tcPr>
          <w:p>
            <w:pPr>
              <w:spacing w:after="0"/>
              <w:jc w:val="left"/>
            </w:pPr>
            <w:r>
              <w:rPr>
                <w:sz w:val="16"/>
              </w:rPr>
              <w:t>2023-10-06</w:t>
            </w:r>
          </w:p>
        </w:tc>
        <w:tc>
          <w:tcPr>
            <w:tcW w:type="dxa" w:w="1074"/>
          </w:tcPr>
          <w:p>
            <w:pPr>
              <w:spacing w:after="0"/>
              <w:jc w:val="left"/>
            </w:pPr>
            <w:r>
              <w:rPr>
                <w:sz w:val="16"/>
              </w:rPr>
              <w:t>2023-08-03</w:t>
            </w:r>
          </w:p>
        </w:tc>
        <w:tc>
          <w:tcPr>
            <w:tcW w:type="dxa" w:w="1074"/>
          </w:tcPr>
          <w:p>
            <w:pPr>
              <w:spacing w:after="0"/>
              <w:jc w:val="left"/>
            </w:pPr>
            <w:r>
              <w:rPr>
                <w:sz w:val="16"/>
              </w:rPr>
              <w:t>DR-4744-VT</w:t>
            </w:r>
          </w:p>
        </w:tc>
        <w:tc>
          <w:tcPr>
            <w:tcW w:type="dxa" w:w="1444"/>
          </w:tcPr>
          <w:p>
            <w:pPr>
              <w:spacing w:after="0"/>
              <w:jc w:val="left"/>
            </w:pPr>
            <w:r>
              <w:rPr>
                <w:sz w:val="16"/>
              </w:rPr>
              <w:t>Major disaster</w:t>
            </w:r>
          </w:p>
        </w:tc>
        <w:tc>
          <w:tcPr>
            <w:tcW w:type="dxa" w:w="2554"/>
          </w:tcPr>
          <w:p>
            <w:pPr>
              <w:spacing w:after="0"/>
              <w:jc w:val="left"/>
            </w:pPr>
            <w:r>
              <w:rPr>
                <w:sz w:val="16"/>
              </w:rPr>
              <w:t>Severe Storms and Flooding</w:t>
            </w:r>
          </w:p>
        </w:tc>
        <w:tc>
          <w:tcPr>
            <w:tcW w:type="dxa" w:w="2369"/>
          </w:tcPr>
          <w:p>
            <w:pPr>
              <w:spacing w:after="0"/>
              <w:jc w:val="left"/>
            </w:pPr>
            <w:r>
              <w:rPr>
                <w:sz w:val="16"/>
              </w:rPr>
              <w:t>Inland Flooding</w:t>
            </w:r>
          </w:p>
        </w:tc>
        <w:tc>
          <w:tcPr>
            <w:tcW w:type="dxa" w:w="2832"/>
          </w:tcPr>
          <w:p>
            <w:pPr>
              <w:spacing w:after="0"/>
              <w:jc w:val="right"/>
            </w:pPr>
            <w:r>
              <w:rPr>
                <w:sz w:val="16"/>
              </w:rPr>
              <w:t>$3,304,006.47</w:t>
            </w:r>
          </w:p>
        </w:tc>
        <w:tc>
          <w:tcPr>
            <w:tcW w:type="dxa" w:w="764"/>
          </w:tcPr>
          <w:p>
            <w:pPr>
              <w:spacing w:after="0"/>
              <w:jc w:val="left"/>
            </w:pPr>
            <w:r>
              <w:rPr>
                <w:sz w:val="16"/>
              </w:rPr>
              <w:t>within last 5 years</w:t>
            </w:r>
          </w:p>
        </w:tc>
        <w:tc>
          <w:tcPr>
            <w:tcW w:type="dxa" w:w="926"/>
          </w:tcPr>
          <w:p>
            <w:pPr>
              <w:spacing w:after="0"/>
              <w:jc w:val="left"/>
            </w:pPr>
          </w:p>
        </w:tc>
      </w:tr>
      <w:tr>
        <w:trPr>
          <w:cantSplit/>
        </w:trPr>
        <w:tc>
          <w:tcPr>
            <w:tcW w:type="dxa" w:w="1074"/>
          </w:tcPr>
          <w:p>
            <w:pPr>
              <w:spacing w:after="0"/>
              <w:jc w:val="left"/>
            </w:pPr>
            <w:r>
              <w:rPr>
                <w:sz w:val="16"/>
              </w:rPr>
              <w:t>2023-07-14</w:t>
            </w:r>
          </w:p>
        </w:tc>
        <w:tc>
          <w:tcPr>
            <w:tcW w:type="dxa" w:w="1074"/>
          </w:tcPr>
          <w:p>
            <w:pPr>
              <w:spacing w:after="0"/>
              <w:jc w:val="left"/>
            </w:pPr>
            <w:r>
              <w:rPr>
                <w:sz w:val="16"/>
              </w:rPr>
              <w:t>2023-07-07</w:t>
            </w:r>
          </w:p>
        </w:tc>
        <w:tc>
          <w:tcPr>
            <w:tcW w:type="dxa" w:w="1074"/>
          </w:tcPr>
          <w:p>
            <w:pPr>
              <w:spacing w:after="0"/>
              <w:jc w:val="left"/>
            </w:pPr>
            <w:r>
              <w:rPr>
                <w:sz w:val="16"/>
              </w:rPr>
              <w:t>DR-4720-VT</w:t>
            </w:r>
          </w:p>
        </w:tc>
        <w:tc>
          <w:tcPr>
            <w:tcW w:type="dxa" w:w="1444"/>
          </w:tcPr>
          <w:p>
            <w:pPr>
              <w:spacing w:after="0"/>
              <w:jc w:val="left"/>
            </w:pPr>
            <w:r>
              <w:rPr>
                <w:sz w:val="16"/>
              </w:rPr>
              <w:t>Major disaster</w:t>
            </w:r>
          </w:p>
        </w:tc>
        <w:tc>
          <w:tcPr>
            <w:tcW w:type="dxa" w:w="2554"/>
          </w:tcPr>
          <w:p>
            <w:pPr>
              <w:spacing w:after="0"/>
              <w:jc w:val="left"/>
            </w:pPr>
            <w:r>
              <w:rPr>
                <w:sz w:val="16"/>
              </w:rPr>
              <w:t>Severe Storms, Flooding, Landslides, and Mudslides</w:t>
            </w:r>
          </w:p>
        </w:tc>
        <w:tc>
          <w:tcPr>
            <w:tcW w:type="dxa" w:w="2369"/>
          </w:tcPr>
          <w:p>
            <w:pPr>
              <w:spacing w:after="0"/>
              <w:jc w:val="left"/>
            </w:pPr>
            <w:r>
              <w:rPr>
                <w:sz w:val="16"/>
              </w:rPr>
              <w:t>Inland Flooding (primary); also designated: Landslide</w:t>
            </w:r>
          </w:p>
        </w:tc>
        <w:tc>
          <w:tcPr>
            <w:tcW w:type="dxa" w:w="2832"/>
          </w:tcPr>
          <w:p>
            <w:pPr>
              <w:spacing w:after="0"/>
              <w:jc w:val="right"/>
            </w:pPr>
            <w:r>
              <w:rPr>
                <w:sz w:val="16"/>
              </w:rPr>
              <w:t>$1,019,469.14</w:t>
            </w:r>
          </w:p>
        </w:tc>
        <w:tc>
          <w:tcPr>
            <w:tcW w:type="dxa" w:w="764"/>
          </w:tcPr>
          <w:p>
            <w:pPr>
              <w:spacing w:after="0"/>
              <w:jc w:val="left"/>
            </w:pPr>
            <w:r>
              <w:rPr>
                <w:sz w:val="16"/>
              </w:rPr>
              <w:t>within last 5 years</w:t>
            </w:r>
          </w:p>
        </w:tc>
        <w:tc>
          <w:tcPr>
            <w:tcW w:type="dxa" w:w="926"/>
          </w:tcPr>
          <w:p>
            <w:pPr>
              <w:spacing w:after="0"/>
              <w:jc w:val="left"/>
            </w:pPr>
          </w:p>
        </w:tc>
      </w:tr>
      <w:tr>
        <w:trPr>
          <w:cantSplit/>
        </w:trPr>
        <w:tc>
          <w:tcPr>
            <w:tcW w:type="dxa" w:w="1074"/>
          </w:tcPr>
          <w:p>
            <w:pPr>
              <w:spacing w:after="0"/>
              <w:jc w:val="left"/>
            </w:pPr>
            <w:r>
              <w:rPr>
                <w:sz w:val="16"/>
              </w:rPr>
              <w:t>2023-07-10</w:t>
            </w:r>
          </w:p>
        </w:tc>
        <w:tc>
          <w:tcPr>
            <w:tcW w:type="dxa" w:w="1074"/>
          </w:tcPr>
          <w:p>
            <w:pPr>
              <w:spacing w:after="0"/>
              <w:jc w:val="left"/>
            </w:pPr>
            <w:r>
              <w:rPr>
                <w:sz w:val="16"/>
              </w:rPr>
              <w:t>2023-07-09</w:t>
            </w:r>
          </w:p>
        </w:tc>
        <w:tc>
          <w:tcPr>
            <w:tcW w:type="dxa" w:w="1074"/>
          </w:tcPr>
          <w:p>
            <w:pPr>
              <w:spacing w:after="0"/>
              <w:jc w:val="left"/>
            </w:pPr>
            <w:r>
              <w:rPr>
                <w:sz w:val="16"/>
              </w:rPr>
              <w:t>EM-3595-VT</w:t>
            </w:r>
          </w:p>
        </w:tc>
        <w:tc>
          <w:tcPr>
            <w:tcW w:type="dxa" w:w="1444"/>
          </w:tcPr>
          <w:p>
            <w:pPr>
              <w:spacing w:after="0"/>
              <w:jc w:val="left"/>
            </w:pPr>
            <w:r>
              <w:rPr>
                <w:sz w:val="16"/>
              </w:rPr>
              <w:t>Emergency</w:t>
            </w:r>
          </w:p>
        </w:tc>
        <w:tc>
          <w:tcPr>
            <w:tcW w:type="dxa" w:w="2554"/>
          </w:tcPr>
          <w:p>
            <w:pPr>
              <w:spacing w:after="0"/>
              <w:jc w:val="left"/>
            </w:pPr>
            <w:r>
              <w:rPr>
                <w:sz w:val="16"/>
              </w:rPr>
              <w:t>Flooding</w:t>
            </w:r>
          </w:p>
        </w:tc>
        <w:tc>
          <w:tcPr>
            <w:tcW w:type="dxa" w:w="2369"/>
          </w:tcPr>
          <w:p>
            <w:pPr>
              <w:spacing w:after="0"/>
              <w:jc w:val="left"/>
            </w:pPr>
            <w:r>
              <w:rPr>
                <w:sz w:val="16"/>
              </w:rPr>
              <w:t>Inland Flooding</w:t>
            </w:r>
          </w:p>
        </w:tc>
        <w:tc>
          <w:tcPr>
            <w:tcW w:type="dxa" w:w="2832"/>
          </w:tcPr>
          <w:p>
            <w:pPr>
              <w:spacing w:after="0"/>
              <w:jc w:val="right"/>
            </w:pPr>
            <w:r>
              <w:rPr>
                <w:sz w:val="16"/>
              </w:rPr>
              <w:t>no Public Assistance recorded</w:t>
            </w:r>
          </w:p>
        </w:tc>
        <w:tc>
          <w:tcPr>
            <w:tcW w:type="dxa" w:w="764"/>
          </w:tcPr>
          <w:p>
            <w:pPr>
              <w:spacing w:after="0"/>
              <w:jc w:val="left"/>
            </w:pPr>
            <w:r>
              <w:rPr>
                <w:sz w:val="16"/>
              </w:rPr>
              <w:t>within last 5 years</w:t>
            </w:r>
          </w:p>
        </w:tc>
        <w:tc>
          <w:tcPr>
            <w:tcW w:type="dxa" w:w="926"/>
          </w:tcPr>
          <w:p>
            <w:pPr>
              <w:spacing w:after="0"/>
              <w:jc w:val="left"/>
            </w:pPr>
            <w:r>
              <w:rPr>
                <w:sz w:val="16"/>
              </w:rPr>
              <w:t>same incident as DR-4720</w:t>
            </w:r>
          </w:p>
        </w:tc>
      </w:tr>
      <w:tr>
        <w:trPr>
          <w:cantSplit/>
        </w:trPr>
        <w:tc>
          <w:tcPr>
            <w:tcW w:type="dxa" w:w="1074"/>
          </w:tcPr>
          <w:p>
            <w:pPr>
              <w:spacing w:after="0"/>
              <w:jc w:val="left"/>
            </w:pPr>
            <w:r>
              <w:rPr>
                <w:sz w:val="16"/>
              </w:rPr>
              <w:t>2021-08-22</w:t>
            </w:r>
          </w:p>
        </w:tc>
        <w:tc>
          <w:tcPr>
            <w:tcW w:type="dxa" w:w="1074"/>
          </w:tcPr>
          <w:p>
            <w:pPr>
              <w:spacing w:after="0"/>
              <w:jc w:val="left"/>
            </w:pPr>
            <w:r>
              <w:rPr>
                <w:sz w:val="16"/>
              </w:rPr>
              <w:t>2021-08-22</w:t>
            </w:r>
          </w:p>
        </w:tc>
        <w:tc>
          <w:tcPr>
            <w:tcW w:type="dxa" w:w="1074"/>
          </w:tcPr>
          <w:p>
            <w:pPr>
              <w:spacing w:after="0"/>
              <w:jc w:val="left"/>
            </w:pPr>
            <w:r>
              <w:rPr>
                <w:sz w:val="16"/>
              </w:rPr>
              <w:t>EM-3567-VT</w:t>
            </w:r>
          </w:p>
        </w:tc>
        <w:tc>
          <w:tcPr>
            <w:tcW w:type="dxa" w:w="1444"/>
          </w:tcPr>
          <w:p>
            <w:pPr>
              <w:spacing w:after="0"/>
              <w:jc w:val="left"/>
            </w:pPr>
            <w:r>
              <w:rPr>
                <w:sz w:val="16"/>
              </w:rPr>
              <w:t>Emergency</w:t>
            </w:r>
          </w:p>
        </w:tc>
        <w:tc>
          <w:tcPr>
            <w:tcW w:type="dxa" w:w="2554"/>
          </w:tcPr>
          <w:p>
            <w:pPr>
              <w:spacing w:after="0"/>
              <w:jc w:val="left"/>
            </w:pPr>
            <w:r>
              <w:rPr>
                <w:sz w:val="16"/>
              </w:rPr>
              <w:t>Tropical Storm Henri</w:t>
            </w:r>
          </w:p>
        </w:tc>
        <w:tc>
          <w:tcPr>
            <w:tcW w:type="dxa" w:w="2369"/>
          </w:tcPr>
          <w:p>
            <w:pPr>
              <w:spacing w:after="0"/>
              <w:jc w:val="left"/>
            </w:pPr>
            <w:r>
              <w:rPr>
                <w:sz w:val="16"/>
              </w:rPr>
              <w:t>Hurricane</w:t>
            </w:r>
          </w:p>
        </w:tc>
        <w:tc>
          <w:tcPr>
            <w:tcW w:type="dxa" w:w="2832"/>
          </w:tcPr>
          <w:p>
            <w:pPr>
              <w:spacing w:after="0"/>
              <w:jc w:val="right"/>
            </w:pPr>
            <w:r>
              <w:rPr>
                <w:sz w:val="16"/>
              </w:rPr>
              <w:t>no Public Assistance recorded</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2020-04-08</w:t>
            </w:r>
          </w:p>
        </w:tc>
        <w:tc>
          <w:tcPr>
            <w:tcW w:type="dxa" w:w="1074"/>
          </w:tcPr>
          <w:p>
            <w:pPr>
              <w:spacing w:after="0"/>
              <w:jc w:val="left"/>
            </w:pPr>
            <w:r>
              <w:rPr>
                <w:sz w:val="16"/>
              </w:rPr>
              <w:t>2020-01-20</w:t>
            </w:r>
          </w:p>
        </w:tc>
        <w:tc>
          <w:tcPr>
            <w:tcW w:type="dxa" w:w="1074"/>
          </w:tcPr>
          <w:p>
            <w:pPr>
              <w:spacing w:after="0"/>
              <w:jc w:val="left"/>
            </w:pPr>
            <w:r>
              <w:rPr>
                <w:sz w:val="16"/>
              </w:rPr>
              <w:t>DR-4532-VT</w:t>
            </w:r>
          </w:p>
        </w:tc>
        <w:tc>
          <w:tcPr>
            <w:tcW w:type="dxa" w:w="1444"/>
          </w:tcPr>
          <w:p>
            <w:pPr>
              <w:spacing w:after="0"/>
              <w:jc w:val="left"/>
            </w:pPr>
            <w:r>
              <w:rPr>
                <w:sz w:val="16"/>
              </w:rPr>
              <w:t>Major disaster</w:t>
            </w:r>
          </w:p>
        </w:tc>
        <w:tc>
          <w:tcPr>
            <w:tcW w:type="dxa" w:w="2554"/>
          </w:tcPr>
          <w:p>
            <w:pPr>
              <w:spacing w:after="0"/>
              <w:jc w:val="left"/>
            </w:pPr>
            <w:r>
              <w:rPr>
                <w:sz w:val="16"/>
              </w:rPr>
              <w:t>COVID-19 Pandemic</w:t>
            </w:r>
          </w:p>
        </w:tc>
        <w:tc>
          <w:tcPr>
            <w:tcW w:type="dxa" w:w="2369"/>
          </w:tcPr>
          <w:p>
            <w:pPr>
              <w:spacing w:after="0"/>
              <w:jc w:val="left"/>
            </w:pPr>
            <w:r>
              <w:rPr>
                <w:sz w:val="16"/>
              </w:rPr>
              <w:t>Non-natural, not counted</w:t>
            </w:r>
          </w:p>
        </w:tc>
        <w:tc>
          <w:tcPr>
            <w:tcW w:type="dxa" w:w="2832"/>
          </w:tcPr>
          <w:p>
            <w:pPr>
              <w:spacing w:after="0"/>
              <w:jc w:val="right"/>
            </w:pPr>
            <w:r>
              <w:rPr>
                <w:sz w:val="16"/>
              </w:rPr>
              <w:t>$2,359,502.08</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2020-03-13</w:t>
            </w:r>
          </w:p>
        </w:tc>
        <w:tc>
          <w:tcPr>
            <w:tcW w:type="dxa" w:w="1074"/>
          </w:tcPr>
          <w:p>
            <w:pPr>
              <w:spacing w:after="0"/>
              <w:jc w:val="left"/>
            </w:pPr>
            <w:r>
              <w:rPr>
                <w:sz w:val="16"/>
              </w:rPr>
              <w:t>2020-01-20</w:t>
            </w:r>
          </w:p>
        </w:tc>
        <w:tc>
          <w:tcPr>
            <w:tcW w:type="dxa" w:w="1074"/>
          </w:tcPr>
          <w:p>
            <w:pPr>
              <w:spacing w:after="0"/>
              <w:jc w:val="left"/>
            </w:pPr>
            <w:r>
              <w:rPr>
                <w:sz w:val="16"/>
              </w:rPr>
              <w:t>EM-3437-VT</w:t>
            </w:r>
          </w:p>
        </w:tc>
        <w:tc>
          <w:tcPr>
            <w:tcW w:type="dxa" w:w="1444"/>
          </w:tcPr>
          <w:p>
            <w:pPr>
              <w:spacing w:after="0"/>
              <w:jc w:val="left"/>
            </w:pPr>
            <w:r>
              <w:rPr>
                <w:sz w:val="16"/>
              </w:rPr>
              <w:t>Emergency</w:t>
            </w:r>
          </w:p>
        </w:tc>
        <w:tc>
          <w:tcPr>
            <w:tcW w:type="dxa" w:w="2554"/>
          </w:tcPr>
          <w:p>
            <w:pPr>
              <w:spacing w:after="0"/>
              <w:jc w:val="left"/>
            </w:pPr>
            <w:r>
              <w:rPr>
                <w:sz w:val="16"/>
              </w:rPr>
              <w:t>COVID-19</w:t>
            </w:r>
          </w:p>
        </w:tc>
        <w:tc>
          <w:tcPr>
            <w:tcW w:type="dxa" w:w="2369"/>
          </w:tcPr>
          <w:p>
            <w:pPr>
              <w:spacing w:after="0"/>
              <w:jc w:val="left"/>
            </w:pPr>
            <w:r>
              <w:rPr>
                <w:sz w:val="16"/>
              </w:rPr>
              <w:t>Non-natural, not counted</w:t>
            </w:r>
          </w:p>
        </w:tc>
        <w:tc>
          <w:tcPr>
            <w:tcW w:type="dxa" w:w="2832"/>
          </w:tcPr>
          <w:p>
            <w:pPr>
              <w:spacing w:after="0"/>
              <w:jc w:val="right"/>
            </w:pPr>
            <w:r>
              <w:rPr>
                <w:sz w:val="16"/>
              </w:rPr>
              <w:t>no Public Assistance recorded</w:t>
            </w:r>
          </w:p>
        </w:tc>
        <w:tc>
          <w:tcPr>
            <w:tcW w:type="dxa" w:w="764"/>
          </w:tcPr>
          <w:p>
            <w:pPr>
              <w:spacing w:after="0"/>
              <w:jc w:val="left"/>
            </w:pPr>
          </w:p>
        </w:tc>
        <w:tc>
          <w:tcPr>
            <w:tcW w:type="dxa" w:w="926"/>
          </w:tcPr>
          <w:p>
            <w:pPr>
              <w:spacing w:after="0"/>
              <w:jc w:val="left"/>
            </w:pPr>
            <w:r>
              <w:rPr>
                <w:sz w:val="16"/>
              </w:rPr>
              <w:t>same incident as DR-4532</w:t>
            </w:r>
          </w:p>
        </w:tc>
      </w:tr>
      <w:tr>
        <w:trPr>
          <w:cantSplit/>
        </w:trPr>
        <w:tc>
          <w:tcPr>
            <w:tcW w:type="dxa" w:w="1074"/>
          </w:tcPr>
          <w:p>
            <w:pPr>
              <w:spacing w:after="0"/>
              <w:jc w:val="left"/>
            </w:pPr>
            <w:r>
              <w:rPr>
                <w:sz w:val="16"/>
              </w:rPr>
              <w:t>2020-01-17</w:t>
            </w:r>
          </w:p>
        </w:tc>
        <w:tc>
          <w:tcPr>
            <w:tcW w:type="dxa" w:w="1074"/>
          </w:tcPr>
          <w:p>
            <w:pPr>
              <w:spacing w:after="0"/>
              <w:jc w:val="left"/>
            </w:pPr>
            <w:r>
              <w:rPr>
                <w:sz w:val="16"/>
              </w:rPr>
              <w:t>2019-10-31</w:t>
            </w:r>
          </w:p>
        </w:tc>
        <w:tc>
          <w:tcPr>
            <w:tcW w:type="dxa" w:w="1074"/>
          </w:tcPr>
          <w:p>
            <w:pPr>
              <w:spacing w:after="0"/>
              <w:jc w:val="left"/>
            </w:pPr>
            <w:r>
              <w:rPr>
                <w:sz w:val="16"/>
              </w:rPr>
              <w:t>DR-4474-VT</w:t>
            </w:r>
          </w:p>
        </w:tc>
        <w:tc>
          <w:tcPr>
            <w:tcW w:type="dxa" w:w="1444"/>
          </w:tcPr>
          <w:p>
            <w:pPr>
              <w:spacing w:after="0"/>
              <w:jc w:val="left"/>
            </w:pPr>
            <w:r>
              <w:rPr>
                <w:sz w:val="16"/>
              </w:rPr>
              <w:t>Major disaster</w:t>
            </w:r>
          </w:p>
        </w:tc>
        <w:tc>
          <w:tcPr>
            <w:tcW w:type="dxa" w:w="2554"/>
          </w:tcPr>
          <w:p>
            <w:pPr>
              <w:spacing w:after="0"/>
              <w:jc w:val="left"/>
            </w:pPr>
            <w:r>
              <w:rPr>
                <w:sz w:val="16"/>
              </w:rPr>
              <w:t>Severe Storm and Flooding</w:t>
            </w:r>
          </w:p>
        </w:tc>
        <w:tc>
          <w:tcPr>
            <w:tcW w:type="dxa" w:w="2369"/>
          </w:tcPr>
          <w:p>
            <w:pPr>
              <w:spacing w:after="0"/>
              <w:jc w:val="left"/>
            </w:pPr>
            <w:r>
              <w:rPr>
                <w:sz w:val="16"/>
              </w:rPr>
              <w:t>Inland Flooding</w:t>
            </w:r>
          </w:p>
        </w:tc>
        <w:tc>
          <w:tcPr>
            <w:tcW w:type="dxa" w:w="2832"/>
          </w:tcPr>
          <w:p>
            <w:pPr>
              <w:spacing w:after="0"/>
              <w:jc w:val="right"/>
            </w:pPr>
            <w:r>
              <w:rPr>
                <w:sz w:val="16"/>
              </w:rPr>
              <w:t>$3,343,151.90</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2018-01-02</w:t>
            </w:r>
          </w:p>
        </w:tc>
        <w:tc>
          <w:tcPr>
            <w:tcW w:type="dxa" w:w="1074"/>
          </w:tcPr>
          <w:p>
            <w:pPr>
              <w:spacing w:after="0"/>
              <w:jc w:val="left"/>
            </w:pPr>
            <w:r>
              <w:rPr>
                <w:sz w:val="16"/>
              </w:rPr>
              <w:t>2017-10-29</w:t>
            </w:r>
          </w:p>
        </w:tc>
        <w:tc>
          <w:tcPr>
            <w:tcW w:type="dxa" w:w="1074"/>
          </w:tcPr>
          <w:p>
            <w:pPr>
              <w:spacing w:after="0"/>
              <w:jc w:val="left"/>
            </w:pPr>
            <w:r>
              <w:rPr>
                <w:sz w:val="16"/>
              </w:rPr>
              <w:t>DR-4356-VT</w:t>
            </w:r>
          </w:p>
        </w:tc>
        <w:tc>
          <w:tcPr>
            <w:tcW w:type="dxa" w:w="1444"/>
          </w:tcPr>
          <w:p>
            <w:pPr>
              <w:spacing w:after="0"/>
              <w:jc w:val="left"/>
            </w:pPr>
            <w:r>
              <w:rPr>
                <w:sz w:val="16"/>
              </w:rPr>
              <w:t>Major disaster</w:t>
            </w:r>
          </w:p>
        </w:tc>
        <w:tc>
          <w:tcPr>
            <w:tcW w:type="dxa" w:w="2554"/>
          </w:tcPr>
          <w:p>
            <w:pPr>
              <w:spacing w:after="0"/>
              <w:jc w:val="left"/>
            </w:pPr>
            <w:r>
              <w:rPr>
                <w:sz w:val="16"/>
              </w:rPr>
              <w:t>Severe Storm and Flooding</w:t>
            </w:r>
          </w:p>
        </w:tc>
        <w:tc>
          <w:tcPr>
            <w:tcW w:type="dxa" w:w="2369"/>
          </w:tcPr>
          <w:p>
            <w:pPr>
              <w:spacing w:after="0"/>
              <w:jc w:val="left"/>
            </w:pPr>
            <w:r>
              <w:rPr>
                <w:sz w:val="16"/>
              </w:rPr>
              <w:t>Inland Flooding</w:t>
            </w:r>
          </w:p>
        </w:tc>
        <w:tc>
          <w:tcPr>
            <w:tcW w:type="dxa" w:w="2832"/>
          </w:tcPr>
          <w:p>
            <w:pPr>
              <w:spacing w:after="0"/>
              <w:jc w:val="right"/>
            </w:pPr>
            <w:r>
              <w:rPr>
                <w:sz w:val="16"/>
              </w:rPr>
              <w:t>$69,643.10</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2017-08-16</w:t>
            </w:r>
          </w:p>
        </w:tc>
        <w:tc>
          <w:tcPr>
            <w:tcW w:type="dxa" w:w="1074"/>
          </w:tcPr>
          <w:p>
            <w:pPr>
              <w:spacing w:after="0"/>
              <w:jc w:val="left"/>
            </w:pPr>
            <w:r>
              <w:rPr>
                <w:sz w:val="16"/>
              </w:rPr>
              <w:t>2017-06-29</w:t>
            </w:r>
          </w:p>
        </w:tc>
        <w:tc>
          <w:tcPr>
            <w:tcW w:type="dxa" w:w="1074"/>
          </w:tcPr>
          <w:p>
            <w:pPr>
              <w:spacing w:after="0"/>
              <w:jc w:val="left"/>
            </w:pPr>
            <w:r>
              <w:rPr>
                <w:sz w:val="16"/>
              </w:rPr>
              <w:t>DR-4330-VT</w:t>
            </w:r>
          </w:p>
        </w:tc>
        <w:tc>
          <w:tcPr>
            <w:tcW w:type="dxa" w:w="1444"/>
          </w:tcPr>
          <w:p>
            <w:pPr>
              <w:spacing w:after="0"/>
              <w:jc w:val="left"/>
            </w:pPr>
            <w:r>
              <w:rPr>
                <w:sz w:val="16"/>
              </w:rPr>
              <w:t>Major disaster</w:t>
            </w:r>
          </w:p>
        </w:tc>
        <w:tc>
          <w:tcPr>
            <w:tcW w:type="dxa" w:w="2554"/>
          </w:tcPr>
          <w:p>
            <w:pPr>
              <w:spacing w:after="0"/>
              <w:jc w:val="left"/>
            </w:pPr>
            <w:r>
              <w:rPr>
                <w:sz w:val="16"/>
              </w:rPr>
              <w:t>Severe Storms and Flooding</w:t>
            </w:r>
          </w:p>
        </w:tc>
        <w:tc>
          <w:tcPr>
            <w:tcW w:type="dxa" w:w="2369"/>
          </w:tcPr>
          <w:p>
            <w:pPr>
              <w:spacing w:after="0"/>
              <w:jc w:val="left"/>
            </w:pPr>
            <w:r>
              <w:rPr>
                <w:sz w:val="16"/>
              </w:rPr>
              <w:t>Inland Flooding</w:t>
            </w:r>
          </w:p>
        </w:tc>
        <w:tc>
          <w:tcPr>
            <w:tcW w:type="dxa" w:w="2832"/>
          </w:tcPr>
          <w:p>
            <w:pPr>
              <w:spacing w:after="0"/>
              <w:jc w:val="right"/>
            </w:pPr>
            <w:r>
              <w:rPr>
                <w:sz w:val="16"/>
              </w:rPr>
              <w:t>$651,505.32</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2015-07-29</w:t>
            </w:r>
          </w:p>
        </w:tc>
        <w:tc>
          <w:tcPr>
            <w:tcW w:type="dxa" w:w="1074"/>
          </w:tcPr>
          <w:p>
            <w:pPr>
              <w:spacing w:after="0"/>
              <w:jc w:val="left"/>
            </w:pPr>
            <w:r>
              <w:rPr>
                <w:sz w:val="16"/>
              </w:rPr>
              <w:t>2015-06-09</w:t>
            </w:r>
          </w:p>
        </w:tc>
        <w:tc>
          <w:tcPr>
            <w:tcW w:type="dxa" w:w="1074"/>
          </w:tcPr>
          <w:p>
            <w:pPr>
              <w:spacing w:after="0"/>
              <w:jc w:val="left"/>
            </w:pPr>
            <w:r>
              <w:rPr>
                <w:sz w:val="16"/>
              </w:rPr>
              <w:t>DR-4232-VT</w:t>
            </w:r>
          </w:p>
        </w:tc>
        <w:tc>
          <w:tcPr>
            <w:tcW w:type="dxa" w:w="1444"/>
          </w:tcPr>
          <w:p>
            <w:pPr>
              <w:spacing w:after="0"/>
              <w:jc w:val="left"/>
            </w:pPr>
            <w:r>
              <w:rPr>
                <w:sz w:val="16"/>
              </w:rPr>
              <w:t>Major disaster</w:t>
            </w:r>
          </w:p>
        </w:tc>
        <w:tc>
          <w:tcPr>
            <w:tcW w:type="dxa" w:w="2554"/>
          </w:tcPr>
          <w:p>
            <w:pPr>
              <w:spacing w:after="0"/>
              <w:jc w:val="left"/>
            </w:pPr>
            <w:r>
              <w:rPr>
                <w:sz w:val="16"/>
              </w:rPr>
              <w:t>Severe Storm and Flooding</w:t>
            </w:r>
          </w:p>
        </w:tc>
        <w:tc>
          <w:tcPr>
            <w:tcW w:type="dxa" w:w="2369"/>
          </w:tcPr>
          <w:p>
            <w:pPr>
              <w:spacing w:after="0"/>
              <w:jc w:val="left"/>
            </w:pPr>
            <w:r>
              <w:rPr>
                <w:sz w:val="16"/>
              </w:rPr>
              <w:t>Inland Flooding</w:t>
            </w:r>
          </w:p>
        </w:tc>
        <w:tc>
          <w:tcPr>
            <w:tcW w:type="dxa" w:w="2832"/>
          </w:tcPr>
          <w:p>
            <w:pPr>
              <w:spacing w:after="0"/>
              <w:jc w:val="right"/>
            </w:pPr>
            <w:r>
              <w:rPr>
                <w:sz w:val="16"/>
              </w:rPr>
              <w:t>$715,977.08</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2015-02-03</w:t>
            </w:r>
          </w:p>
        </w:tc>
        <w:tc>
          <w:tcPr>
            <w:tcW w:type="dxa" w:w="1074"/>
          </w:tcPr>
          <w:p>
            <w:pPr>
              <w:spacing w:after="0"/>
              <w:jc w:val="left"/>
            </w:pPr>
            <w:r>
              <w:rPr>
                <w:sz w:val="16"/>
              </w:rPr>
              <w:t>2014-12-09</w:t>
            </w:r>
          </w:p>
        </w:tc>
        <w:tc>
          <w:tcPr>
            <w:tcW w:type="dxa" w:w="1074"/>
          </w:tcPr>
          <w:p>
            <w:pPr>
              <w:spacing w:after="0"/>
              <w:jc w:val="left"/>
            </w:pPr>
            <w:r>
              <w:rPr>
                <w:sz w:val="16"/>
              </w:rPr>
              <w:t>DR-4207-VT</w:t>
            </w:r>
          </w:p>
        </w:tc>
        <w:tc>
          <w:tcPr>
            <w:tcW w:type="dxa" w:w="1444"/>
          </w:tcPr>
          <w:p>
            <w:pPr>
              <w:spacing w:after="0"/>
              <w:jc w:val="left"/>
            </w:pPr>
            <w:r>
              <w:rPr>
                <w:sz w:val="16"/>
              </w:rPr>
              <w:t>Major disaster</w:t>
            </w:r>
          </w:p>
        </w:tc>
        <w:tc>
          <w:tcPr>
            <w:tcW w:type="dxa" w:w="2554"/>
          </w:tcPr>
          <w:p>
            <w:pPr>
              <w:spacing w:after="0"/>
              <w:jc w:val="left"/>
            </w:pPr>
            <w:r>
              <w:rPr>
                <w:sz w:val="16"/>
              </w:rPr>
              <w:t>Severe Winter Storm</w:t>
            </w:r>
          </w:p>
        </w:tc>
        <w:tc>
          <w:tcPr>
            <w:tcW w:type="dxa" w:w="2369"/>
          </w:tcPr>
          <w:p>
            <w:pPr>
              <w:spacing w:after="0"/>
              <w:jc w:val="left"/>
            </w:pPr>
            <w:r>
              <w:rPr>
                <w:sz w:val="16"/>
              </w:rPr>
              <w:t>Winter Weather</w:t>
            </w:r>
          </w:p>
        </w:tc>
        <w:tc>
          <w:tcPr>
            <w:tcW w:type="dxa" w:w="2832"/>
          </w:tcPr>
          <w:p>
            <w:pPr>
              <w:spacing w:after="0"/>
              <w:jc w:val="right"/>
            </w:pPr>
            <w:r>
              <w:rPr>
                <w:sz w:val="16"/>
              </w:rPr>
              <w:t>$146,185.18</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2012-06-22</w:t>
            </w:r>
          </w:p>
        </w:tc>
        <w:tc>
          <w:tcPr>
            <w:tcW w:type="dxa" w:w="1074"/>
          </w:tcPr>
          <w:p>
            <w:pPr>
              <w:spacing w:after="0"/>
              <w:jc w:val="left"/>
            </w:pPr>
            <w:r>
              <w:rPr>
                <w:sz w:val="16"/>
              </w:rPr>
              <w:t>2012-05-29</w:t>
            </w:r>
          </w:p>
        </w:tc>
        <w:tc>
          <w:tcPr>
            <w:tcW w:type="dxa" w:w="1074"/>
          </w:tcPr>
          <w:p>
            <w:pPr>
              <w:spacing w:after="0"/>
              <w:jc w:val="left"/>
            </w:pPr>
            <w:r>
              <w:rPr>
                <w:sz w:val="16"/>
              </w:rPr>
              <w:t>DR-4066-VT</w:t>
            </w:r>
          </w:p>
        </w:tc>
        <w:tc>
          <w:tcPr>
            <w:tcW w:type="dxa" w:w="1444"/>
          </w:tcPr>
          <w:p>
            <w:pPr>
              <w:spacing w:after="0"/>
              <w:jc w:val="left"/>
            </w:pPr>
            <w:r>
              <w:rPr>
                <w:sz w:val="16"/>
              </w:rPr>
              <w:t>Major disaster</w:t>
            </w:r>
          </w:p>
        </w:tc>
        <w:tc>
          <w:tcPr>
            <w:tcW w:type="dxa" w:w="2554"/>
          </w:tcPr>
          <w:p>
            <w:pPr>
              <w:spacing w:after="0"/>
              <w:jc w:val="left"/>
            </w:pPr>
            <w:r>
              <w:rPr>
                <w:sz w:val="16"/>
              </w:rPr>
              <w:t>Severe Storm, Tornado, and Flooding</w:t>
            </w:r>
          </w:p>
        </w:tc>
        <w:tc>
          <w:tcPr>
            <w:tcW w:type="dxa" w:w="2369"/>
          </w:tcPr>
          <w:p>
            <w:pPr>
              <w:spacing w:after="0"/>
              <w:jc w:val="left"/>
            </w:pPr>
            <w:r>
              <w:rPr>
                <w:sz w:val="16"/>
              </w:rPr>
              <w:t>Inland Flooding; Tornado</w:t>
            </w:r>
          </w:p>
        </w:tc>
        <w:tc>
          <w:tcPr>
            <w:tcW w:type="dxa" w:w="2832"/>
          </w:tcPr>
          <w:p>
            <w:pPr>
              <w:spacing w:after="0"/>
              <w:jc w:val="right"/>
            </w:pPr>
            <w:r>
              <w:rPr>
                <w:sz w:val="16"/>
              </w:rPr>
              <w:t>$129,635.79</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2011-09-01</w:t>
            </w:r>
          </w:p>
        </w:tc>
        <w:tc>
          <w:tcPr>
            <w:tcW w:type="dxa" w:w="1074"/>
          </w:tcPr>
          <w:p>
            <w:pPr>
              <w:spacing w:after="0"/>
              <w:jc w:val="left"/>
            </w:pPr>
            <w:r>
              <w:rPr>
                <w:sz w:val="16"/>
              </w:rPr>
              <w:t>2011-08-27</w:t>
            </w:r>
          </w:p>
        </w:tc>
        <w:tc>
          <w:tcPr>
            <w:tcW w:type="dxa" w:w="1074"/>
          </w:tcPr>
          <w:p>
            <w:pPr>
              <w:spacing w:after="0"/>
              <w:jc w:val="left"/>
            </w:pPr>
            <w:r>
              <w:rPr>
                <w:sz w:val="16"/>
              </w:rPr>
              <w:t>DR-4022-VT</w:t>
            </w:r>
          </w:p>
        </w:tc>
        <w:tc>
          <w:tcPr>
            <w:tcW w:type="dxa" w:w="1444"/>
          </w:tcPr>
          <w:p>
            <w:pPr>
              <w:spacing w:after="0"/>
              <w:jc w:val="left"/>
            </w:pPr>
            <w:r>
              <w:rPr>
                <w:sz w:val="16"/>
              </w:rPr>
              <w:t>Major disaster</w:t>
            </w:r>
          </w:p>
        </w:tc>
        <w:tc>
          <w:tcPr>
            <w:tcW w:type="dxa" w:w="2554"/>
          </w:tcPr>
          <w:p>
            <w:pPr>
              <w:spacing w:after="0"/>
              <w:jc w:val="left"/>
            </w:pPr>
            <w:r>
              <w:rPr>
                <w:sz w:val="16"/>
              </w:rPr>
              <w:t>Tropical Storm Irene</w:t>
            </w:r>
          </w:p>
        </w:tc>
        <w:tc>
          <w:tcPr>
            <w:tcW w:type="dxa" w:w="2369"/>
          </w:tcPr>
          <w:p>
            <w:pPr>
              <w:spacing w:after="0"/>
              <w:jc w:val="left"/>
            </w:pPr>
            <w:r>
              <w:rPr>
                <w:sz w:val="16"/>
              </w:rPr>
              <w:t>Hurricane</w:t>
            </w:r>
          </w:p>
        </w:tc>
        <w:tc>
          <w:tcPr>
            <w:tcW w:type="dxa" w:w="2832"/>
          </w:tcPr>
          <w:p>
            <w:pPr>
              <w:spacing w:after="0"/>
              <w:jc w:val="right"/>
            </w:pPr>
            <w:r>
              <w:rPr>
                <w:sz w:val="16"/>
              </w:rPr>
              <w:t>$3,623,137.95</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2011-08-29</w:t>
            </w:r>
          </w:p>
        </w:tc>
        <w:tc>
          <w:tcPr>
            <w:tcW w:type="dxa" w:w="1074"/>
          </w:tcPr>
          <w:p>
            <w:pPr>
              <w:spacing w:after="0"/>
              <w:jc w:val="left"/>
            </w:pPr>
            <w:r>
              <w:rPr>
                <w:sz w:val="16"/>
              </w:rPr>
              <w:t>2011-08-26</w:t>
            </w:r>
          </w:p>
        </w:tc>
        <w:tc>
          <w:tcPr>
            <w:tcW w:type="dxa" w:w="1074"/>
          </w:tcPr>
          <w:p>
            <w:pPr>
              <w:spacing w:after="0"/>
              <w:jc w:val="left"/>
            </w:pPr>
            <w:r>
              <w:rPr>
                <w:sz w:val="16"/>
              </w:rPr>
              <w:t>EM-3338-VT</w:t>
            </w:r>
          </w:p>
        </w:tc>
        <w:tc>
          <w:tcPr>
            <w:tcW w:type="dxa" w:w="1444"/>
          </w:tcPr>
          <w:p>
            <w:pPr>
              <w:spacing w:after="0"/>
              <w:jc w:val="left"/>
            </w:pPr>
            <w:r>
              <w:rPr>
                <w:sz w:val="16"/>
              </w:rPr>
              <w:t>Emergency</w:t>
            </w:r>
          </w:p>
        </w:tc>
        <w:tc>
          <w:tcPr>
            <w:tcW w:type="dxa" w:w="2554"/>
          </w:tcPr>
          <w:p>
            <w:pPr>
              <w:spacing w:after="0"/>
              <w:jc w:val="left"/>
            </w:pPr>
            <w:r>
              <w:rPr>
                <w:sz w:val="16"/>
              </w:rPr>
              <w:t>Hurricane Irene</w:t>
            </w:r>
          </w:p>
        </w:tc>
        <w:tc>
          <w:tcPr>
            <w:tcW w:type="dxa" w:w="2369"/>
          </w:tcPr>
          <w:p>
            <w:pPr>
              <w:spacing w:after="0"/>
              <w:jc w:val="left"/>
            </w:pPr>
            <w:r>
              <w:rPr>
                <w:sz w:val="16"/>
              </w:rPr>
              <w:t>Hurricane</w:t>
            </w:r>
          </w:p>
        </w:tc>
        <w:tc>
          <w:tcPr>
            <w:tcW w:type="dxa" w:w="2832"/>
          </w:tcPr>
          <w:p>
            <w:pPr>
              <w:spacing w:after="0"/>
              <w:jc w:val="right"/>
            </w:pPr>
            <w:r>
              <w:rPr>
                <w:sz w:val="16"/>
              </w:rPr>
              <w:t>no Public Assistance recorded</w:t>
            </w:r>
          </w:p>
        </w:tc>
        <w:tc>
          <w:tcPr>
            <w:tcW w:type="dxa" w:w="764"/>
          </w:tcPr>
          <w:p>
            <w:pPr>
              <w:spacing w:after="0"/>
              <w:jc w:val="left"/>
            </w:pPr>
          </w:p>
        </w:tc>
        <w:tc>
          <w:tcPr>
            <w:tcW w:type="dxa" w:w="926"/>
          </w:tcPr>
          <w:p>
            <w:pPr>
              <w:spacing w:after="0"/>
              <w:jc w:val="left"/>
            </w:pPr>
            <w:r>
              <w:rPr>
                <w:sz w:val="16"/>
              </w:rPr>
              <w:t>same incident as DR-4022</w:t>
            </w:r>
          </w:p>
        </w:tc>
      </w:tr>
      <w:tr>
        <w:trPr>
          <w:cantSplit/>
        </w:trPr>
        <w:tc>
          <w:tcPr>
            <w:tcW w:type="dxa" w:w="1074"/>
          </w:tcPr>
          <w:p>
            <w:pPr>
              <w:spacing w:after="0"/>
              <w:jc w:val="left"/>
            </w:pPr>
            <w:r>
              <w:rPr>
                <w:sz w:val="16"/>
              </w:rPr>
              <w:t>2011-06-15</w:t>
            </w:r>
          </w:p>
        </w:tc>
        <w:tc>
          <w:tcPr>
            <w:tcW w:type="dxa" w:w="1074"/>
          </w:tcPr>
          <w:p>
            <w:pPr>
              <w:spacing w:after="0"/>
              <w:jc w:val="left"/>
            </w:pPr>
            <w:r>
              <w:rPr>
                <w:sz w:val="16"/>
              </w:rPr>
              <w:t>2011-04-23</w:t>
            </w:r>
          </w:p>
        </w:tc>
        <w:tc>
          <w:tcPr>
            <w:tcW w:type="dxa" w:w="1074"/>
          </w:tcPr>
          <w:p>
            <w:pPr>
              <w:spacing w:after="0"/>
              <w:jc w:val="left"/>
            </w:pPr>
            <w:r>
              <w:rPr>
                <w:sz w:val="16"/>
              </w:rPr>
              <w:t>DR-1995-VT</w:t>
            </w:r>
          </w:p>
        </w:tc>
        <w:tc>
          <w:tcPr>
            <w:tcW w:type="dxa" w:w="1444"/>
          </w:tcPr>
          <w:p>
            <w:pPr>
              <w:spacing w:after="0"/>
              <w:jc w:val="left"/>
            </w:pPr>
            <w:r>
              <w:rPr>
                <w:sz w:val="16"/>
              </w:rPr>
              <w:t>Major disaster</w:t>
            </w:r>
          </w:p>
        </w:tc>
        <w:tc>
          <w:tcPr>
            <w:tcW w:type="dxa" w:w="2554"/>
          </w:tcPr>
          <w:p>
            <w:pPr>
              <w:spacing w:after="0"/>
              <w:jc w:val="left"/>
            </w:pPr>
            <w:r>
              <w:rPr>
                <w:sz w:val="16"/>
              </w:rPr>
              <w:t>Severe Storms and Flooding</w:t>
            </w:r>
          </w:p>
        </w:tc>
        <w:tc>
          <w:tcPr>
            <w:tcW w:type="dxa" w:w="2369"/>
          </w:tcPr>
          <w:p>
            <w:pPr>
              <w:spacing w:after="0"/>
              <w:jc w:val="left"/>
            </w:pPr>
            <w:r>
              <w:rPr>
                <w:sz w:val="16"/>
              </w:rPr>
              <w:t>Inland Flooding</w:t>
            </w:r>
          </w:p>
        </w:tc>
        <w:tc>
          <w:tcPr>
            <w:tcW w:type="dxa" w:w="2832"/>
          </w:tcPr>
          <w:p>
            <w:pPr>
              <w:spacing w:after="0"/>
              <w:jc w:val="right"/>
            </w:pPr>
            <w:r>
              <w:rPr>
                <w:sz w:val="16"/>
              </w:rPr>
              <w:t>$288,312.48</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2008-09-12</w:t>
            </w:r>
          </w:p>
        </w:tc>
        <w:tc>
          <w:tcPr>
            <w:tcW w:type="dxa" w:w="1074"/>
          </w:tcPr>
          <w:p>
            <w:pPr>
              <w:spacing w:after="0"/>
              <w:jc w:val="left"/>
            </w:pPr>
            <w:r>
              <w:rPr>
                <w:sz w:val="16"/>
              </w:rPr>
              <w:t>2008-07-21</w:t>
            </w:r>
          </w:p>
        </w:tc>
        <w:tc>
          <w:tcPr>
            <w:tcW w:type="dxa" w:w="1074"/>
          </w:tcPr>
          <w:p>
            <w:pPr>
              <w:spacing w:after="0"/>
              <w:jc w:val="left"/>
            </w:pPr>
            <w:r>
              <w:rPr>
                <w:sz w:val="16"/>
              </w:rPr>
              <w:t>DR-1790-VT</w:t>
            </w:r>
          </w:p>
        </w:tc>
        <w:tc>
          <w:tcPr>
            <w:tcW w:type="dxa" w:w="1444"/>
          </w:tcPr>
          <w:p>
            <w:pPr>
              <w:spacing w:after="0"/>
              <w:jc w:val="left"/>
            </w:pPr>
            <w:r>
              <w:rPr>
                <w:sz w:val="16"/>
              </w:rPr>
              <w:t>Major disaster</w:t>
            </w:r>
          </w:p>
        </w:tc>
        <w:tc>
          <w:tcPr>
            <w:tcW w:type="dxa" w:w="2554"/>
          </w:tcPr>
          <w:p>
            <w:pPr>
              <w:spacing w:after="0"/>
              <w:jc w:val="left"/>
            </w:pPr>
            <w:r>
              <w:rPr>
                <w:sz w:val="16"/>
              </w:rPr>
              <w:t>Severe Storms and Flooding</w:t>
            </w:r>
          </w:p>
        </w:tc>
        <w:tc>
          <w:tcPr>
            <w:tcW w:type="dxa" w:w="2369"/>
          </w:tcPr>
          <w:p>
            <w:pPr>
              <w:spacing w:after="0"/>
              <w:jc w:val="left"/>
            </w:pPr>
            <w:r>
              <w:rPr>
                <w:sz w:val="16"/>
              </w:rPr>
              <w:t>Inland Flooding</w:t>
            </w:r>
          </w:p>
        </w:tc>
        <w:tc>
          <w:tcPr>
            <w:tcW w:type="dxa" w:w="2832"/>
          </w:tcPr>
          <w:p>
            <w:pPr>
              <w:spacing w:after="0"/>
              <w:jc w:val="right"/>
            </w:pPr>
            <w:r>
              <w:rPr>
                <w:sz w:val="16"/>
              </w:rPr>
              <w:t>$1,901,402.23</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2008-07-15</w:t>
            </w:r>
          </w:p>
        </w:tc>
        <w:tc>
          <w:tcPr>
            <w:tcW w:type="dxa" w:w="1074"/>
          </w:tcPr>
          <w:p>
            <w:pPr>
              <w:spacing w:after="0"/>
              <w:jc w:val="left"/>
            </w:pPr>
            <w:r>
              <w:rPr>
                <w:sz w:val="16"/>
              </w:rPr>
              <w:t>2008-06-14</w:t>
            </w:r>
          </w:p>
        </w:tc>
        <w:tc>
          <w:tcPr>
            <w:tcW w:type="dxa" w:w="1074"/>
          </w:tcPr>
          <w:p>
            <w:pPr>
              <w:spacing w:after="0"/>
              <w:jc w:val="left"/>
            </w:pPr>
            <w:r>
              <w:rPr>
                <w:sz w:val="16"/>
              </w:rPr>
              <w:t>DR-1778-VT</w:t>
            </w:r>
          </w:p>
        </w:tc>
        <w:tc>
          <w:tcPr>
            <w:tcW w:type="dxa" w:w="1444"/>
          </w:tcPr>
          <w:p>
            <w:pPr>
              <w:spacing w:after="0"/>
              <w:jc w:val="left"/>
            </w:pPr>
            <w:r>
              <w:rPr>
                <w:sz w:val="16"/>
              </w:rPr>
              <w:t>Major disaster</w:t>
            </w:r>
          </w:p>
        </w:tc>
        <w:tc>
          <w:tcPr>
            <w:tcW w:type="dxa" w:w="2554"/>
          </w:tcPr>
          <w:p>
            <w:pPr>
              <w:spacing w:after="0"/>
              <w:jc w:val="left"/>
            </w:pPr>
            <w:r>
              <w:rPr>
                <w:sz w:val="16"/>
              </w:rPr>
              <w:t>Severe Storms and Flooding</w:t>
            </w:r>
          </w:p>
        </w:tc>
        <w:tc>
          <w:tcPr>
            <w:tcW w:type="dxa" w:w="2369"/>
          </w:tcPr>
          <w:p>
            <w:pPr>
              <w:spacing w:after="0"/>
              <w:jc w:val="left"/>
            </w:pPr>
            <w:r>
              <w:rPr>
                <w:sz w:val="16"/>
              </w:rPr>
              <w:t>Inland Flooding</w:t>
            </w:r>
          </w:p>
        </w:tc>
        <w:tc>
          <w:tcPr>
            <w:tcW w:type="dxa" w:w="2832"/>
          </w:tcPr>
          <w:p>
            <w:pPr>
              <w:spacing w:after="0"/>
              <w:jc w:val="right"/>
            </w:pPr>
            <w:r>
              <w:rPr>
                <w:sz w:val="16"/>
              </w:rPr>
              <w:t>$835,886.80</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2004-09-23</w:t>
            </w:r>
          </w:p>
        </w:tc>
        <w:tc>
          <w:tcPr>
            <w:tcW w:type="dxa" w:w="1074"/>
          </w:tcPr>
          <w:p>
            <w:pPr>
              <w:spacing w:after="0"/>
              <w:jc w:val="left"/>
            </w:pPr>
            <w:r>
              <w:rPr>
                <w:sz w:val="16"/>
              </w:rPr>
              <w:t>2004-08-12</w:t>
            </w:r>
          </w:p>
        </w:tc>
        <w:tc>
          <w:tcPr>
            <w:tcW w:type="dxa" w:w="1074"/>
          </w:tcPr>
          <w:p>
            <w:pPr>
              <w:spacing w:after="0"/>
              <w:jc w:val="left"/>
            </w:pPr>
            <w:r>
              <w:rPr>
                <w:sz w:val="16"/>
              </w:rPr>
              <w:t>DR-1559-VT</w:t>
            </w:r>
          </w:p>
        </w:tc>
        <w:tc>
          <w:tcPr>
            <w:tcW w:type="dxa" w:w="1444"/>
          </w:tcPr>
          <w:p>
            <w:pPr>
              <w:spacing w:after="0"/>
              <w:jc w:val="left"/>
            </w:pPr>
            <w:r>
              <w:rPr>
                <w:sz w:val="16"/>
              </w:rPr>
              <w:t>Major disaster</w:t>
            </w:r>
          </w:p>
        </w:tc>
        <w:tc>
          <w:tcPr>
            <w:tcW w:type="dxa" w:w="2554"/>
          </w:tcPr>
          <w:p>
            <w:pPr>
              <w:spacing w:after="0"/>
              <w:jc w:val="left"/>
            </w:pPr>
            <w:r>
              <w:rPr>
                <w:sz w:val="16"/>
              </w:rPr>
              <w:t>Severe Storms and Flooding</w:t>
            </w:r>
          </w:p>
        </w:tc>
        <w:tc>
          <w:tcPr>
            <w:tcW w:type="dxa" w:w="2369"/>
          </w:tcPr>
          <w:p>
            <w:pPr>
              <w:spacing w:after="0"/>
              <w:jc w:val="left"/>
            </w:pPr>
            <w:r>
              <w:rPr>
                <w:sz w:val="16"/>
              </w:rPr>
              <w:t>Inland Flooding</w:t>
            </w:r>
          </w:p>
        </w:tc>
        <w:tc>
          <w:tcPr>
            <w:tcW w:type="dxa" w:w="2832"/>
          </w:tcPr>
          <w:p>
            <w:pPr>
              <w:spacing w:after="0"/>
              <w:jc w:val="right"/>
            </w:pPr>
            <w:r>
              <w:rPr>
                <w:sz w:val="16"/>
              </w:rPr>
              <w:t>$365,664.86</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2001-04-10</w:t>
            </w:r>
          </w:p>
        </w:tc>
        <w:tc>
          <w:tcPr>
            <w:tcW w:type="dxa" w:w="1074"/>
          </w:tcPr>
          <w:p>
            <w:pPr>
              <w:spacing w:after="0"/>
              <w:jc w:val="left"/>
            </w:pPr>
            <w:r>
              <w:rPr>
                <w:sz w:val="16"/>
              </w:rPr>
              <w:t>2001-03-05</w:t>
            </w:r>
          </w:p>
        </w:tc>
        <w:tc>
          <w:tcPr>
            <w:tcW w:type="dxa" w:w="1074"/>
          </w:tcPr>
          <w:p>
            <w:pPr>
              <w:spacing w:after="0"/>
              <w:jc w:val="left"/>
            </w:pPr>
            <w:r>
              <w:rPr>
                <w:sz w:val="16"/>
              </w:rPr>
              <w:t>EM-3167-VT</w:t>
            </w:r>
          </w:p>
        </w:tc>
        <w:tc>
          <w:tcPr>
            <w:tcW w:type="dxa" w:w="1444"/>
          </w:tcPr>
          <w:p>
            <w:pPr>
              <w:spacing w:after="0"/>
              <w:jc w:val="left"/>
            </w:pPr>
            <w:r>
              <w:rPr>
                <w:sz w:val="16"/>
              </w:rPr>
              <w:t>Emergency</w:t>
            </w:r>
          </w:p>
        </w:tc>
        <w:tc>
          <w:tcPr>
            <w:tcW w:type="dxa" w:w="2554"/>
          </w:tcPr>
          <w:p>
            <w:pPr>
              <w:spacing w:after="0"/>
              <w:jc w:val="left"/>
            </w:pPr>
            <w:r>
              <w:rPr>
                <w:sz w:val="16"/>
              </w:rPr>
              <w:t>Snow</w:t>
            </w:r>
          </w:p>
        </w:tc>
        <w:tc>
          <w:tcPr>
            <w:tcW w:type="dxa" w:w="2369"/>
          </w:tcPr>
          <w:p>
            <w:pPr>
              <w:spacing w:after="0"/>
              <w:jc w:val="left"/>
            </w:pPr>
            <w:r>
              <w:rPr>
                <w:sz w:val="16"/>
              </w:rPr>
              <w:t>Winter Weather</w:t>
            </w:r>
          </w:p>
        </w:tc>
        <w:tc>
          <w:tcPr>
            <w:tcW w:type="dxa" w:w="2832"/>
          </w:tcPr>
          <w:p>
            <w:pPr>
              <w:spacing w:after="0"/>
              <w:jc w:val="right"/>
            </w:pPr>
            <w:r>
              <w:rPr>
                <w:sz w:val="16"/>
              </w:rPr>
              <w:t>$104,956.60</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2000-07-27</w:t>
            </w:r>
          </w:p>
        </w:tc>
        <w:tc>
          <w:tcPr>
            <w:tcW w:type="dxa" w:w="1074"/>
          </w:tcPr>
          <w:p>
            <w:pPr>
              <w:spacing w:after="0"/>
              <w:jc w:val="left"/>
            </w:pPr>
            <w:r>
              <w:rPr>
                <w:sz w:val="16"/>
              </w:rPr>
              <w:t>2000-07-14</w:t>
            </w:r>
          </w:p>
        </w:tc>
        <w:tc>
          <w:tcPr>
            <w:tcW w:type="dxa" w:w="1074"/>
          </w:tcPr>
          <w:p>
            <w:pPr>
              <w:spacing w:after="0"/>
              <w:jc w:val="left"/>
            </w:pPr>
            <w:r>
              <w:rPr>
                <w:sz w:val="16"/>
              </w:rPr>
              <w:t>DR-1336-VT</w:t>
            </w:r>
          </w:p>
        </w:tc>
        <w:tc>
          <w:tcPr>
            <w:tcW w:type="dxa" w:w="1444"/>
          </w:tcPr>
          <w:p>
            <w:pPr>
              <w:spacing w:after="0"/>
              <w:jc w:val="left"/>
            </w:pPr>
            <w:r>
              <w:rPr>
                <w:sz w:val="16"/>
              </w:rPr>
              <w:t>Major disaster</w:t>
            </w:r>
          </w:p>
        </w:tc>
        <w:tc>
          <w:tcPr>
            <w:tcW w:type="dxa" w:w="2554"/>
          </w:tcPr>
          <w:p>
            <w:pPr>
              <w:spacing w:after="0"/>
              <w:jc w:val="left"/>
            </w:pPr>
            <w:r>
              <w:rPr>
                <w:sz w:val="16"/>
              </w:rPr>
              <w:t>Severe Storms and Flooding</w:t>
            </w:r>
          </w:p>
        </w:tc>
        <w:tc>
          <w:tcPr>
            <w:tcW w:type="dxa" w:w="2369"/>
          </w:tcPr>
          <w:p>
            <w:pPr>
              <w:spacing w:after="0"/>
              <w:jc w:val="left"/>
            </w:pPr>
            <w:r>
              <w:rPr>
                <w:sz w:val="16"/>
              </w:rPr>
              <w:t>Inland Flooding</w:t>
            </w:r>
          </w:p>
        </w:tc>
        <w:tc>
          <w:tcPr>
            <w:tcW w:type="dxa" w:w="2832"/>
          </w:tcPr>
          <w:p>
            <w:pPr>
              <w:spacing w:after="0"/>
              <w:jc w:val="right"/>
            </w:pPr>
            <w:r>
              <w:rPr>
                <w:sz w:val="16"/>
              </w:rPr>
              <w:t>$560,588.10</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1998-06-30</w:t>
            </w:r>
          </w:p>
        </w:tc>
        <w:tc>
          <w:tcPr>
            <w:tcW w:type="dxa" w:w="1074"/>
          </w:tcPr>
          <w:p>
            <w:pPr>
              <w:spacing w:after="0"/>
              <w:jc w:val="left"/>
            </w:pPr>
            <w:r>
              <w:rPr>
                <w:sz w:val="16"/>
              </w:rPr>
              <w:t>1998-06-17</w:t>
            </w:r>
          </w:p>
        </w:tc>
        <w:tc>
          <w:tcPr>
            <w:tcW w:type="dxa" w:w="1074"/>
          </w:tcPr>
          <w:p>
            <w:pPr>
              <w:spacing w:after="0"/>
              <w:jc w:val="left"/>
            </w:pPr>
            <w:r>
              <w:rPr>
                <w:sz w:val="16"/>
              </w:rPr>
              <w:t>DR-1228-VT</w:t>
            </w:r>
          </w:p>
        </w:tc>
        <w:tc>
          <w:tcPr>
            <w:tcW w:type="dxa" w:w="1444"/>
          </w:tcPr>
          <w:p>
            <w:pPr>
              <w:spacing w:after="0"/>
              <w:jc w:val="left"/>
            </w:pPr>
            <w:r>
              <w:rPr>
                <w:sz w:val="16"/>
              </w:rPr>
              <w:t>Major disaster</w:t>
            </w:r>
          </w:p>
        </w:tc>
        <w:tc>
          <w:tcPr>
            <w:tcW w:type="dxa" w:w="2554"/>
          </w:tcPr>
          <w:p>
            <w:pPr>
              <w:spacing w:after="0"/>
              <w:jc w:val="left"/>
            </w:pPr>
            <w:r>
              <w:rPr>
                <w:sz w:val="16"/>
              </w:rPr>
              <w:t>Severe Storms and Flooding</w:t>
            </w:r>
          </w:p>
        </w:tc>
        <w:tc>
          <w:tcPr>
            <w:tcW w:type="dxa" w:w="2369"/>
          </w:tcPr>
          <w:p>
            <w:pPr>
              <w:spacing w:after="0"/>
              <w:jc w:val="left"/>
            </w:pPr>
            <w:r>
              <w:rPr>
                <w:sz w:val="16"/>
              </w:rPr>
              <w:t>Inland Flooding</w:t>
            </w:r>
          </w:p>
        </w:tc>
        <w:tc>
          <w:tcPr>
            <w:tcW w:type="dxa" w:w="2832"/>
          </w:tcPr>
          <w:p>
            <w:pPr>
              <w:spacing w:after="0"/>
              <w:jc w:val="right"/>
            </w:pPr>
            <w:r>
              <w:rPr>
                <w:sz w:val="16"/>
              </w:rPr>
              <w:t>no Public Assistance recorded</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1998-01-15</w:t>
            </w:r>
          </w:p>
        </w:tc>
        <w:tc>
          <w:tcPr>
            <w:tcW w:type="dxa" w:w="1074"/>
          </w:tcPr>
          <w:p>
            <w:pPr>
              <w:spacing w:after="0"/>
              <w:jc w:val="left"/>
            </w:pPr>
            <w:r>
              <w:rPr>
                <w:sz w:val="16"/>
              </w:rPr>
              <w:t>1998-01-06</w:t>
            </w:r>
          </w:p>
        </w:tc>
        <w:tc>
          <w:tcPr>
            <w:tcW w:type="dxa" w:w="1074"/>
          </w:tcPr>
          <w:p>
            <w:pPr>
              <w:spacing w:after="0"/>
              <w:jc w:val="left"/>
            </w:pPr>
            <w:r>
              <w:rPr>
                <w:sz w:val="16"/>
              </w:rPr>
              <w:t>DR-1201-VT</w:t>
            </w:r>
          </w:p>
        </w:tc>
        <w:tc>
          <w:tcPr>
            <w:tcW w:type="dxa" w:w="1444"/>
          </w:tcPr>
          <w:p>
            <w:pPr>
              <w:spacing w:after="0"/>
              <w:jc w:val="left"/>
            </w:pPr>
            <w:r>
              <w:rPr>
                <w:sz w:val="16"/>
              </w:rPr>
              <w:t>Major disaster</w:t>
            </w:r>
          </w:p>
        </w:tc>
        <w:tc>
          <w:tcPr>
            <w:tcW w:type="dxa" w:w="2554"/>
          </w:tcPr>
          <w:p>
            <w:pPr>
              <w:spacing w:after="0"/>
              <w:jc w:val="left"/>
            </w:pPr>
            <w:r>
              <w:rPr>
                <w:sz w:val="16"/>
              </w:rPr>
              <w:t>Severe Ice Storms, Rain, High Winds and Flooding</w:t>
            </w:r>
          </w:p>
        </w:tc>
        <w:tc>
          <w:tcPr>
            <w:tcW w:type="dxa" w:w="2369"/>
          </w:tcPr>
          <w:p>
            <w:pPr>
              <w:spacing w:after="0"/>
              <w:jc w:val="left"/>
            </w:pPr>
            <w:r>
              <w:rPr>
                <w:sz w:val="16"/>
              </w:rPr>
              <w:t>Ice Storm; Inland Flooding; Strong Wind</w:t>
            </w:r>
          </w:p>
        </w:tc>
        <w:tc>
          <w:tcPr>
            <w:tcW w:type="dxa" w:w="2832"/>
          </w:tcPr>
          <w:p>
            <w:pPr>
              <w:spacing w:after="0"/>
              <w:jc w:val="right"/>
            </w:pPr>
            <w:r>
              <w:rPr>
                <w:sz w:val="16"/>
              </w:rPr>
              <w:t>no Public Assistance recorded</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1996-02-13</w:t>
            </w:r>
          </w:p>
        </w:tc>
        <w:tc>
          <w:tcPr>
            <w:tcW w:type="dxa" w:w="1074"/>
          </w:tcPr>
          <w:p>
            <w:pPr>
              <w:spacing w:after="0"/>
              <w:jc w:val="left"/>
            </w:pPr>
            <w:r>
              <w:rPr>
                <w:sz w:val="16"/>
              </w:rPr>
              <w:t>1996-01-19</w:t>
            </w:r>
          </w:p>
        </w:tc>
        <w:tc>
          <w:tcPr>
            <w:tcW w:type="dxa" w:w="1074"/>
          </w:tcPr>
          <w:p>
            <w:pPr>
              <w:spacing w:after="0"/>
              <w:jc w:val="left"/>
            </w:pPr>
            <w:r>
              <w:rPr>
                <w:sz w:val="16"/>
              </w:rPr>
              <w:t>DR-1101-VT</w:t>
            </w:r>
          </w:p>
        </w:tc>
        <w:tc>
          <w:tcPr>
            <w:tcW w:type="dxa" w:w="1444"/>
          </w:tcPr>
          <w:p>
            <w:pPr>
              <w:spacing w:after="0"/>
              <w:jc w:val="left"/>
            </w:pPr>
            <w:r>
              <w:rPr>
                <w:sz w:val="16"/>
              </w:rPr>
              <w:t>Major disaster</w:t>
            </w:r>
          </w:p>
        </w:tc>
        <w:tc>
          <w:tcPr>
            <w:tcW w:type="dxa" w:w="2554"/>
          </w:tcPr>
          <w:p>
            <w:pPr>
              <w:spacing w:after="0"/>
              <w:jc w:val="left"/>
            </w:pPr>
            <w:r>
              <w:rPr>
                <w:sz w:val="16"/>
              </w:rPr>
              <w:t>Ice Jams and Flooding</w:t>
            </w:r>
          </w:p>
        </w:tc>
        <w:tc>
          <w:tcPr>
            <w:tcW w:type="dxa" w:w="2369"/>
          </w:tcPr>
          <w:p>
            <w:pPr>
              <w:spacing w:after="0"/>
              <w:jc w:val="left"/>
            </w:pPr>
            <w:r>
              <w:rPr>
                <w:sz w:val="16"/>
              </w:rPr>
              <w:t>Inland Flooding (primary); also designated: Winter Weather</w:t>
            </w:r>
          </w:p>
        </w:tc>
        <w:tc>
          <w:tcPr>
            <w:tcW w:type="dxa" w:w="2832"/>
          </w:tcPr>
          <w:p>
            <w:pPr>
              <w:spacing w:after="0"/>
              <w:jc w:val="right"/>
            </w:pPr>
            <w:r>
              <w:rPr>
                <w:sz w:val="16"/>
              </w:rPr>
              <w:t>no Public Assistance recorded</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1993-05-12</w:t>
            </w:r>
          </w:p>
        </w:tc>
        <w:tc>
          <w:tcPr>
            <w:tcW w:type="dxa" w:w="1074"/>
          </w:tcPr>
          <w:p>
            <w:pPr>
              <w:spacing w:after="0"/>
              <w:jc w:val="left"/>
            </w:pPr>
            <w:r>
              <w:rPr>
                <w:sz w:val="16"/>
              </w:rPr>
              <w:t>1993-04-24</w:t>
            </w:r>
          </w:p>
        </w:tc>
        <w:tc>
          <w:tcPr>
            <w:tcW w:type="dxa" w:w="1074"/>
          </w:tcPr>
          <w:p>
            <w:pPr>
              <w:spacing w:after="0"/>
              <w:jc w:val="left"/>
            </w:pPr>
            <w:r>
              <w:rPr>
                <w:sz w:val="16"/>
              </w:rPr>
              <w:t>DR-990-VT</w:t>
            </w:r>
          </w:p>
        </w:tc>
        <w:tc>
          <w:tcPr>
            <w:tcW w:type="dxa" w:w="1444"/>
          </w:tcPr>
          <w:p>
            <w:pPr>
              <w:spacing w:after="0"/>
              <w:jc w:val="left"/>
            </w:pPr>
            <w:r>
              <w:rPr>
                <w:sz w:val="16"/>
              </w:rPr>
              <w:t>Major disaster</w:t>
            </w:r>
          </w:p>
        </w:tc>
        <w:tc>
          <w:tcPr>
            <w:tcW w:type="dxa" w:w="2554"/>
          </w:tcPr>
          <w:p>
            <w:pPr>
              <w:spacing w:after="0"/>
              <w:jc w:val="left"/>
            </w:pPr>
            <w:r>
              <w:rPr>
                <w:sz w:val="16"/>
              </w:rPr>
              <w:t>Heavy Rain, Snowmelt &amp; Flooding</w:t>
            </w:r>
          </w:p>
        </w:tc>
        <w:tc>
          <w:tcPr>
            <w:tcW w:type="dxa" w:w="2369"/>
          </w:tcPr>
          <w:p>
            <w:pPr>
              <w:spacing w:after="0"/>
              <w:jc w:val="left"/>
            </w:pPr>
            <w:r>
              <w:rPr>
                <w:sz w:val="16"/>
              </w:rPr>
              <w:t>Inland Flooding</w:t>
            </w:r>
          </w:p>
        </w:tc>
        <w:tc>
          <w:tcPr>
            <w:tcW w:type="dxa" w:w="2832"/>
          </w:tcPr>
          <w:p>
            <w:pPr>
              <w:spacing w:after="0"/>
              <w:jc w:val="right"/>
            </w:pPr>
            <w:r>
              <w:rPr>
                <w:sz w:val="16"/>
              </w:rPr>
              <w:t>no Public Assistance recorded</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1989-09-11</w:t>
            </w:r>
          </w:p>
        </w:tc>
        <w:tc>
          <w:tcPr>
            <w:tcW w:type="dxa" w:w="1074"/>
          </w:tcPr>
          <w:p>
            <w:pPr>
              <w:spacing w:after="0"/>
              <w:jc w:val="left"/>
            </w:pPr>
            <w:r>
              <w:rPr>
                <w:sz w:val="16"/>
              </w:rPr>
              <w:t>1989-08-04</w:t>
            </w:r>
          </w:p>
        </w:tc>
        <w:tc>
          <w:tcPr>
            <w:tcW w:type="dxa" w:w="1074"/>
          </w:tcPr>
          <w:p>
            <w:pPr>
              <w:spacing w:after="0"/>
              <w:jc w:val="left"/>
            </w:pPr>
            <w:r>
              <w:rPr>
                <w:sz w:val="16"/>
              </w:rPr>
              <w:t>DR-840-VT</w:t>
            </w:r>
          </w:p>
        </w:tc>
        <w:tc>
          <w:tcPr>
            <w:tcW w:type="dxa" w:w="1444"/>
          </w:tcPr>
          <w:p>
            <w:pPr>
              <w:spacing w:after="0"/>
              <w:jc w:val="left"/>
            </w:pPr>
            <w:r>
              <w:rPr>
                <w:sz w:val="16"/>
              </w:rPr>
              <w:t>Major disaster</w:t>
            </w:r>
          </w:p>
        </w:tc>
        <w:tc>
          <w:tcPr>
            <w:tcW w:type="dxa" w:w="2554"/>
          </w:tcPr>
          <w:p>
            <w:pPr>
              <w:spacing w:after="0"/>
              <w:jc w:val="left"/>
            </w:pPr>
            <w:r>
              <w:rPr>
                <w:sz w:val="16"/>
              </w:rPr>
              <w:t>Severe Storms &amp; Flooding</w:t>
            </w:r>
          </w:p>
        </w:tc>
        <w:tc>
          <w:tcPr>
            <w:tcW w:type="dxa" w:w="2369"/>
          </w:tcPr>
          <w:p>
            <w:pPr>
              <w:spacing w:after="0"/>
              <w:jc w:val="left"/>
            </w:pPr>
            <w:r>
              <w:rPr>
                <w:sz w:val="16"/>
              </w:rPr>
              <w:t>Inland Flooding</w:t>
            </w:r>
          </w:p>
        </w:tc>
        <w:tc>
          <w:tcPr>
            <w:tcW w:type="dxa" w:w="2832"/>
          </w:tcPr>
          <w:p>
            <w:pPr>
              <w:spacing w:after="0"/>
              <w:jc w:val="right"/>
            </w:pPr>
            <w:r>
              <w:rPr>
                <w:sz w:val="16"/>
              </w:rPr>
              <w:t>no Public Assistance recorded</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1977-09-06</w:t>
            </w:r>
          </w:p>
        </w:tc>
        <w:tc>
          <w:tcPr>
            <w:tcW w:type="dxa" w:w="1074"/>
          </w:tcPr>
          <w:p>
            <w:pPr>
              <w:spacing w:after="0"/>
              <w:jc w:val="left"/>
            </w:pPr>
            <w:r>
              <w:rPr>
                <w:sz w:val="16"/>
              </w:rPr>
              <w:t>1977-09-06</w:t>
            </w:r>
          </w:p>
        </w:tc>
        <w:tc>
          <w:tcPr>
            <w:tcW w:type="dxa" w:w="1074"/>
          </w:tcPr>
          <w:p>
            <w:pPr>
              <w:spacing w:after="0"/>
              <w:jc w:val="left"/>
            </w:pPr>
            <w:r>
              <w:rPr>
                <w:sz w:val="16"/>
              </w:rPr>
              <w:t>EM-3053-VT</w:t>
            </w:r>
          </w:p>
        </w:tc>
        <w:tc>
          <w:tcPr>
            <w:tcW w:type="dxa" w:w="1444"/>
          </w:tcPr>
          <w:p>
            <w:pPr>
              <w:spacing w:after="0"/>
              <w:jc w:val="left"/>
            </w:pPr>
            <w:r>
              <w:rPr>
                <w:sz w:val="16"/>
              </w:rPr>
              <w:t>Emergency</w:t>
            </w:r>
          </w:p>
        </w:tc>
        <w:tc>
          <w:tcPr>
            <w:tcW w:type="dxa" w:w="2554"/>
          </w:tcPr>
          <w:p>
            <w:pPr>
              <w:spacing w:after="0"/>
              <w:jc w:val="left"/>
            </w:pPr>
            <w:r>
              <w:rPr>
                <w:sz w:val="16"/>
              </w:rPr>
              <w:t>Drought</w:t>
            </w:r>
          </w:p>
        </w:tc>
        <w:tc>
          <w:tcPr>
            <w:tcW w:type="dxa" w:w="2369"/>
          </w:tcPr>
          <w:p>
            <w:pPr>
              <w:spacing w:after="0"/>
              <w:jc w:val="left"/>
            </w:pPr>
            <w:r>
              <w:rPr>
                <w:sz w:val="16"/>
              </w:rPr>
              <w:t>Drought</w:t>
            </w:r>
          </w:p>
        </w:tc>
        <w:tc>
          <w:tcPr>
            <w:tcW w:type="dxa" w:w="2832"/>
          </w:tcPr>
          <w:p>
            <w:pPr>
              <w:spacing w:after="0"/>
              <w:jc w:val="right"/>
            </w:pPr>
            <w:r>
              <w:rPr>
                <w:sz w:val="16"/>
              </w:rPr>
              <w:t>no Public Assistance recorded</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1976-08-05</w:t>
            </w:r>
          </w:p>
        </w:tc>
        <w:tc>
          <w:tcPr>
            <w:tcW w:type="dxa" w:w="1074"/>
          </w:tcPr>
          <w:p>
            <w:pPr>
              <w:spacing w:after="0"/>
              <w:jc w:val="left"/>
            </w:pPr>
            <w:r>
              <w:rPr>
                <w:sz w:val="16"/>
              </w:rPr>
              <w:t>1976-08-05</w:t>
            </w:r>
          </w:p>
        </w:tc>
        <w:tc>
          <w:tcPr>
            <w:tcW w:type="dxa" w:w="1074"/>
          </w:tcPr>
          <w:p>
            <w:pPr>
              <w:spacing w:after="0"/>
              <w:jc w:val="left"/>
            </w:pPr>
            <w:r>
              <w:rPr>
                <w:sz w:val="16"/>
              </w:rPr>
              <w:t>DR-518-VT</w:t>
            </w:r>
          </w:p>
        </w:tc>
        <w:tc>
          <w:tcPr>
            <w:tcW w:type="dxa" w:w="1444"/>
          </w:tcPr>
          <w:p>
            <w:pPr>
              <w:spacing w:after="0"/>
              <w:jc w:val="left"/>
            </w:pPr>
            <w:r>
              <w:rPr>
                <w:sz w:val="16"/>
              </w:rPr>
              <w:t>Major disaster</w:t>
            </w:r>
          </w:p>
        </w:tc>
        <w:tc>
          <w:tcPr>
            <w:tcW w:type="dxa" w:w="2554"/>
          </w:tcPr>
          <w:p>
            <w:pPr>
              <w:spacing w:after="0"/>
              <w:jc w:val="left"/>
            </w:pPr>
            <w:r>
              <w:rPr>
                <w:sz w:val="16"/>
              </w:rPr>
              <w:t>Severe Storms, High Winds &amp; Flooding</w:t>
            </w:r>
          </w:p>
        </w:tc>
        <w:tc>
          <w:tcPr>
            <w:tcW w:type="dxa" w:w="2369"/>
          </w:tcPr>
          <w:p>
            <w:pPr>
              <w:spacing w:after="0"/>
              <w:jc w:val="left"/>
            </w:pPr>
            <w:r>
              <w:rPr>
                <w:sz w:val="16"/>
              </w:rPr>
              <w:t>Inland Flooding (primary); also designated: Strong Wind</w:t>
            </w:r>
          </w:p>
        </w:tc>
        <w:tc>
          <w:tcPr>
            <w:tcW w:type="dxa" w:w="2832"/>
          </w:tcPr>
          <w:p>
            <w:pPr>
              <w:spacing w:after="0"/>
              <w:jc w:val="right"/>
            </w:pPr>
            <w:r>
              <w:rPr>
                <w:sz w:val="16"/>
              </w:rPr>
              <w:t>no Public Assistance recorded</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1973-07-06</w:t>
            </w:r>
          </w:p>
        </w:tc>
        <w:tc>
          <w:tcPr>
            <w:tcW w:type="dxa" w:w="1074"/>
          </w:tcPr>
          <w:p>
            <w:pPr>
              <w:spacing w:after="0"/>
              <w:jc w:val="left"/>
            </w:pPr>
            <w:r>
              <w:rPr>
                <w:sz w:val="16"/>
              </w:rPr>
              <w:t>1973-07-06</w:t>
            </w:r>
          </w:p>
        </w:tc>
        <w:tc>
          <w:tcPr>
            <w:tcW w:type="dxa" w:w="1074"/>
          </w:tcPr>
          <w:p>
            <w:pPr>
              <w:spacing w:after="0"/>
              <w:jc w:val="left"/>
            </w:pPr>
            <w:r>
              <w:rPr>
                <w:sz w:val="16"/>
              </w:rPr>
              <w:t>DR-397-VT</w:t>
            </w:r>
          </w:p>
        </w:tc>
        <w:tc>
          <w:tcPr>
            <w:tcW w:type="dxa" w:w="1444"/>
          </w:tcPr>
          <w:p>
            <w:pPr>
              <w:spacing w:after="0"/>
              <w:jc w:val="left"/>
            </w:pPr>
            <w:r>
              <w:rPr>
                <w:sz w:val="16"/>
              </w:rPr>
              <w:t>Major disaster</w:t>
            </w:r>
          </w:p>
        </w:tc>
        <w:tc>
          <w:tcPr>
            <w:tcW w:type="dxa" w:w="2554"/>
          </w:tcPr>
          <w:p>
            <w:pPr>
              <w:spacing w:after="0"/>
              <w:jc w:val="left"/>
            </w:pPr>
            <w:r>
              <w:rPr>
                <w:sz w:val="16"/>
              </w:rPr>
              <w:t>Severe Storms, Flooding, &amp; Landslides</w:t>
            </w:r>
          </w:p>
        </w:tc>
        <w:tc>
          <w:tcPr>
            <w:tcW w:type="dxa" w:w="2369"/>
          </w:tcPr>
          <w:p>
            <w:pPr>
              <w:spacing w:after="0"/>
              <w:jc w:val="left"/>
            </w:pPr>
            <w:r>
              <w:rPr>
                <w:sz w:val="16"/>
              </w:rPr>
              <w:t>Inland Flooding (primary); also designated: Landslide</w:t>
            </w:r>
          </w:p>
        </w:tc>
        <w:tc>
          <w:tcPr>
            <w:tcW w:type="dxa" w:w="2832"/>
          </w:tcPr>
          <w:p>
            <w:pPr>
              <w:spacing w:after="0"/>
              <w:jc w:val="right"/>
            </w:pPr>
            <w:r>
              <w:rPr>
                <w:sz w:val="16"/>
              </w:rPr>
              <w:t>no Public Assistance recorded</w:t>
            </w:r>
          </w:p>
        </w:tc>
        <w:tc>
          <w:tcPr>
            <w:tcW w:type="dxa" w:w="764"/>
          </w:tcPr>
          <w:p>
            <w:pPr>
              <w:spacing w:after="0"/>
              <w:jc w:val="left"/>
            </w:pPr>
          </w:p>
        </w:tc>
        <w:tc>
          <w:tcPr>
            <w:tcW w:type="dxa" w:w="926"/>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the whole county's applicants, including state agencies FEMA files there (federal share obligated, nominal dollars); statewide rows are on the state page; this town's own matched Public Assistance is in B1-f.</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349"/>
        <w:gridCol w:w="2349"/>
        <w:gridCol w:w="2146"/>
        <w:gridCol w:w="3158"/>
        <w:gridCol w:w="2167"/>
        <w:gridCol w:w="1944"/>
      </w:tblGrid>
      <w:tr>
        <w:trPr>
          <w:cantSplit/>
          <w:tblHeader/>
        </w:trPr>
        <w:tc>
          <w:tcPr>
            <w:tcW w:type="dxa" w:w="2349"/>
            <w:shd w:val="clear" w:color="auto" w:fill="E8E8E8"/>
          </w:tcPr>
          <w:p>
            <w:pPr>
              <w:spacing w:after="0"/>
              <w:jc w:val="left"/>
            </w:pPr>
            <w:r>
              <w:rPr>
                <w:b/>
                <w:sz w:val="16"/>
              </w:rPr>
              <w:t>Declared</w:t>
            </w:r>
          </w:p>
        </w:tc>
        <w:tc>
          <w:tcPr>
            <w:tcW w:type="dxa" w:w="2349"/>
            <w:shd w:val="clear" w:color="auto" w:fill="E8E8E8"/>
          </w:tcPr>
          <w:p>
            <w:pPr>
              <w:spacing w:after="0"/>
              <w:jc w:val="left"/>
            </w:pPr>
            <w:r>
              <w:rPr>
                <w:b/>
                <w:sz w:val="16"/>
              </w:rPr>
              <w:t>Incident began</w:t>
            </w:r>
          </w:p>
        </w:tc>
        <w:tc>
          <w:tcPr>
            <w:tcW w:type="dxa" w:w="2146"/>
            <w:shd w:val="clear" w:color="auto" w:fill="E8E8E8"/>
          </w:tcPr>
          <w:p>
            <w:pPr>
              <w:spacing w:after="0"/>
              <w:jc w:val="left"/>
            </w:pPr>
            <w:r>
              <w:rPr>
                <w:b/>
                <w:sz w:val="16"/>
              </w:rPr>
              <w:t>FEMA number</w:t>
            </w:r>
          </w:p>
        </w:tc>
        <w:tc>
          <w:tcPr>
            <w:tcW w:type="dxa" w:w="3158"/>
            <w:shd w:val="clear" w:color="auto" w:fill="E8E8E8"/>
          </w:tcPr>
          <w:p>
            <w:pPr>
              <w:spacing w:after="0"/>
              <w:jc w:val="left"/>
            </w:pPr>
            <w:r>
              <w:rPr>
                <w:b/>
                <w:sz w:val="16"/>
              </w:rPr>
              <w:t>Type</w:t>
            </w:r>
          </w:p>
        </w:tc>
        <w:tc>
          <w:tcPr>
            <w:tcW w:type="dxa" w:w="2167"/>
            <w:shd w:val="clear" w:color="auto" w:fill="E8E8E8"/>
          </w:tcPr>
          <w:p>
            <w:pPr>
              <w:spacing w:after="0"/>
              <w:jc w:val="left"/>
            </w:pPr>
            <w:r>
              <w:rPr>
                <w:b/>
                <w:sz w:val="16"/>
              </w:rPr>
              <w:t>Title</w:t>
            </w:r>
          </w:p>
        </w:tc>
        <w:tc>
          <w:tcPr>
            <w:tcW w:type="dxa" w:w="1944"/>
            <w:shd w:val="clear" w:color="auto" w:fill="E8E8E8"/>
          </w:tcPr>
          <w:p>
            <w:pPr>
              <w:spacing w:after="0"/>
              <w:jc w:val="left"/>
            </w:pPr>
            <w:r>
              <w:rPr>
                <w:b/>
                <w:sz w:val="16"/>
              </w:rPr>
              <w:t>Mapped hazard</w:t>
            </w:r>
          </w:p>
        </w:tc>
      </w:tr>
      <w:tr>
        <w:trPr>
          <w:cantSplit/>
        </w:trPr>
        <w:tc>
          <w:tcPr>
            <w:tcW w:type="dxa" w:w="2349"/>
          </w:tcPr>
          <w:p>
            <w:pPr>
              <w:spacing w:after="0"/>
              <w:jc w:val="left"/>
            </w:pPr>
            <w:r>
              <w:rPr>
                <w:sz w:val="16"/>
              </w:rPr>
              <w:t>1964-03-17</w:t>
            </w:r>
          </w:p>
        </w:tc>
        <w:tc>
          <w:tcPr>
            <w:tcW w:type="dxa" w:w="2349"/>
          </w:tcPr>
          <w:p>
            <w:pPr>
              <w:spacing w:after="0"/>
              <w:jc w:val="left"/>
            </w:pPr>
            <w:r>
              <w:rPr>
                <w:sz w:val="16"/>
              </w:rPr>
              <w:t>1964-03-17</w:t>
            </w:r>
          </w:p>
        </w:tc>
        <w:tc>
          <w:tcPr>
            <w:tcW w:type="dxa" w:w="2146"/>
          </w:tcPr>
          <w:p>
            <w:pPr>
              <w:spacing w:after="0"/>
              <w:jc w:val="left"/>
            </w:pPr>
            <w:r>
              <w:rPr>
                <w:sz w:val="16"/>
              </w:rPr>
              <w:t>DR-164-VT</w:t>
            </w:r>
          </w:p>
        </w:tc>
        <w:tc>
          <w:tcPr>
            <w:tcW w:type="dxa" w:w="3158"/>
          </w:tcPr>
          <w:p>
            <w:pPr>
              <w:spacing w:after="0"/>
              <w:jc w:val="left"/>
            </w:pPr>
            <w:r>
              <w:rPr>
                <w:sz w:val="16"/>
              </w:rPr>
              <w:t>Major disaster</w:t>
            </w:r>
          </w:p>
        </w:tc>
        <w:tc>
          <w:tcPr>
            <w:tcW w:type="dxa" w:w="2167"/>
          </w:tcPr>
          <w:p>
            <w:pPr>
              <w:spacing w:after="0"/>
              <w:jc w:val="left"/>
            </w:pPr>
            <w:r>
              <w:rPr>
                <w:sz w:val="16"/>
              </w:rPr>
              <w:t>Flooding</w:t>
            </w:r>
          </w:p>
        </w:tc>
        <w:tc>
          <w:tcPr>
            <w:tcW w:type="dxa" w:w="1944"/>
          </w:tcPr>
          <w:p>
            <w:pPr>
              <w:spacing w:after="0"/>
              <w:jc w:val="left"/>
            </w:pPr>
            <w:r>
              <w:rPr>
                <w:sz w:val="16"/>
              </w:rPr>
              <w:t>Inland Flooding</w:t>
            </w:r>
          </w:p>
        </w:tc>
      </w:tr>
      <w:tr>
        <w:trPr>
          <w:cantSplit/>
        </w:trPr>
        <w:tc>
          <w:tcPr>
            <w:tcW w:type="dxa" w:w="2349"/>
          </w:tcPr>
          <w:p>
            <w:pPr>
              <w:spacing w:after="0"/>
              <w:jc w:val="left"/>
            </w:pPr>
            <w:r>
              <w:rPr>
                <w:sz w:val="16"/>
              </w:rPr>
              <w:t>1963-11-27</w:t>
            </w:r>
          </w:p>
        </w:tc>
        <w:tc>
          <w:tcPr>
            <w:tcW w:type="dxa" w:w="2349"/>
          </w:tcPr>
          <w:p>
            <w:pPr>
              <w:spacing w:after="0"/>
              <w:jc w:val="left"/>
            </w:pPr>
            <w:r>
              <w:rPr>
                <w:sz w:val="16"/>
              </w:rPr>
              <w:t>1963-11-27</w:t>
            </w:r>
          </w:p>
        </w:tc>
        <w:tc>
          <w:tcPr>
            <w:tcW w:type="dxa" w:w="2146"/>
          </w:tcPr>
          <w:p>
            <w:pPr>
              <w:spacing w:after="0"/>
              <w:jc w:val="left"/>
            </w:pPr>
            <w:r>
              <w:rPr>
                <w:sz w:val="16"/>
              </w:rPr>
              <w:t>DR-160-VT</w:t>
            </w:r>
          </w:p>
        </w:tc>
        <w:tc>
          <w:tcPr>
            <w:tcW w:type="dxa" w:w="3158"/>
          </w:tcPr>
          <w:p>
            <w:pPr>
              <w:spacing w:after="0"/>
              <w:jc w:val="left"/>
            </w:pPr>
            <w:r>
              <w:rPr>
                <w:sz w:val="16"/>
              </w:rPr>
              <w:t>Major disaster</w:t>
            </w:r>
          </w:p>
        </w:tc>
        <w:tc>
          <w:tcPr>
            <w:tcW w:type="dxa" w:w="2167"/>
          </w:tcPr>
          <w:p>
            <w:pPr>
              <w:spacing w:after="0"/>
              <w:jc w:val="left"/>
            </w:pPr>
            <w:r>
              <w:rPr>
                <w:sz w:val="16"/>
              </w:rPr>
              <w:t>Drought &amp; Impending Freeze</w:t>
            </w:r>
          </w:p>
        </w:tc>
        <w:tc>
          <w:tcPr>
            <w:tcW w:type="dxa" w:w="1944"/>
          </w:tcPr>
          <w:p>
            <w:pPr>
              <w:spacing w:after="0"/>
              <w:jc w:val="left"/>
            </w:pPr>
            <w:r>
              <w:rPr>
                <w:sz w:val="16"/>
              </w:rPr>
              <w:t>Drought</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Cold Wave</w:t>
            </w:r>
          </w:p>
        </w:tc>
        <w:tc>
          <w:tcPr>
            <w:tcW w:type="dxa" w:w="2222"/>
          </w:tcPr>
          <w:p>
            <w:pPr>
              <w:spacing w:after="0"/>
              <w:jc w:val="right"/>
            </w:pPr>
            <w:r>
              <w:rPr>
                <w:sz w:val="16"/>
              </w:rPr>
              <w:t>33</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10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r>
              <w:rPr>
                <w:sz w:val="16"/>
              </w:rPr>
              <w:t>Includes 5 Frost/Freeze records.</w:t>
            </w:r>
          </w:p>
        </w:tc>
      </w:tr>
      <w:tr>
        <w:trPr>
          <w:cantSplit/>
        </w:trPr>
        <w:tc>
          <w:tcPr>
            <w:tcW w:type="dxa" w:w="1037"/>
          </w:tcPr>
          <w:p>
            <w:pPr>
              <w:spacing w:after="0"/>
              <w:jc w:val="left"/>
            </w:pPr>
            <w:r>
              <w:rPr>
                <w:sz w:val="16"/>
              </w:rPr>
              <w:t>Drought</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104</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4</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8</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3</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3 federal declared incidents (see declarations table)</w:t>
            </w:r>
          </w:p>
        </w:tc>
      </w:tr>
      <w:tr>
        <w:trPr>
          <w:cantSplit/>
        </w:trPr>
        <w:tc>
          <w:tcPr>
            <w:tcW w:type="dxa" w:w="1037"/>
          </w:tcPr>
          <w:p>
            <w:pPr>
              <w:spacing w:after="0"/>
              <w:jc w:val="left"/>
            </w:pPr>
            <w:r>
              <w:rPr>
                <w:sz w:val="16"/>
              </w:rPr>
              <w:t>Ice Storm</w:t>
            </w:r>
          </w:p>
        </w:tc>
        <w:tc>
          <w:tcPr>
            <w:tcW w:type="dxa" w:w="2222"/>
          </w:tcPr>
          <w:p>
            <w:pPr>
              <w:spacing w:after="0"/>
              <w:jc w:val="right"/>
            </w:pPr>
            <w:r>
              <w:rPr>
                <w:sz w:val="16"/>
              </w:rPr>
              <w:t>2</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77</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8</w:t>
            </w:r>
          </w:p>
        </w:tc>
        <w:tc>
          <w:tcPr>
            <w:tcW w:type="dxa" w:w="1692"/>
          </w:tcPr>
          <w:p>
            <w:pPr>
              <w:spacing w:after="0"/>
              <w:jc w:val="right"/>
            </w:pPr>
            <w:r>
              <w:rPr>
                <w:sz w:val="16"/>
              </w:rPr>
              <w:t>20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3</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3 federal declared incidents (see declarations table)</w:t>
            </w:r>
          </w:p>
        </w:tc>
      </w:tr>
      <w:tr>
        <w:trPr>
          <w:cantSplit/>
        </w:trPr>
        <w:tc>
          <w:tcPr>
            <w:tcW w:type="dxa" w:w="1037"/>
          </w:tcPr>
          <w:p>
            <w:pPr>
              <w:spacing w:after="0"/>
              <w:jc w:val="left"/>
            </w:pPr>
            <w:r>
              <w:rPr>
                <w:sz w:val="16"/>
              </w:rPr>
              <w:t>Lightning</w:t>
            </w:r>
          </w:p>
        </w:tc>
        <w:tc>
          <w:tcPr>
            <w:tcW w:type="dxa" w:w="2222"/>
          </w:tcPr>
          <w:p>
            <w:pPr>
              <w:spacing w:after="0"/>
              <w:jc w:val="right"/>
            </w:pPr>
            <w:r>
              <w:rPr>
                <w:sz w:val="16"/>
              </w:rPr>
              <w:t>4</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289</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43</w:t>
            </w:r>
          </w:p>
        </w:tc>
        <w:tc>
          <w:tcPr>
            <w:tcW w:type="dxa" w:w="1692"/>
          </w:tcPr>
          <w:p>
            <w:pPr>
              <w:spacing w:after="0"/>
              <w:jc w:val="right"/>
            </w:pPr>
            <w:r>
              <w:rPr>
                <w:sz w:val="16"/>
              </w:rPr>
              <w:t>2</w:t>
            </w:r>
          </w:p>
        </w:tc>
        <w:tc>
          <w:tcPr>
            <w:tcW w:type="dxa" w:w="1372"/>
          </w:tcPr>
          <w:p>
            <w:pPr>
              <w:spacing w:after="0"/>
              <w:jc w:val="right"/>
            </w:pPr>
          </w:p>
        </w:tc>
        <w:tc>
          <w:tcPr>
            <w:tcW w:type="dxa" w:w="1745"/>
          </w:tcPr>
          <w:p>
            <w:pPr>
              <w:spacing w:after="0"/>
              <w:jc w:val="left"/>
            </w:pPr>
            <w:r>
              <w:rPr>
                <w:sz w:val="16"/>
              </w:rPr>
              <w:t>1955 to 2026-06-30</w:t>
            </w:r>
          </w:p>
        </w:tc>
        <w:tc>
          <w:tcPr>
            <w:tcW w:type="dxa" w:w="1983"/>
          </w:tcPr>
          <w:p>
            <w:pPr>
              <w:spacing w:after="0"/>
              <w:jc w:val="left"/>
            </w:pPr>
            <w:r>
              <w:rPr>
                <w:sz w:val="16"/>
              </w:rPr>
              <w:t>Includes 40 High Wind and 45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5</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3</w:t>
            </w:r>
          </w:p>
        </w:tc>
        <w:tc>
          <w:tcPr>
            <w:tcW w:type="dxa" w:w="1692"/>
          </w:tcPr>
          <w:p>
            <w:pPr>
              <w:spacing w:after="0"/>
              <w:jc w:val="right"/>
            </w:pPr>
            <w:r>
              <w:rPr>
                <w:sz w:val="16"/>
              </w:rPr>
              <w:t>1</w:t>
            </w:r>
          </w:p>
        </w:tc>
        <w:tc>
          <w:tcPr>
            <w:tcW w:type="dxa" w:w="1372"/>
          </w:tcPr>
          <w:p>
            <w:pPr>
              <w:spacing w:after="0"/>
              <w:jc w:val="right"/>
            </w:pP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292</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48</w:t>
            </w:r>
          </w:p>
        </w:tc>
        <w:tc>
          <w:tcPr>
            <w:tcW w:type="dxa" w:w="1692"/>
          </w:tcPr>
          <w:p>
            <w:pPr>
              <w:spacing w:after="0"/>
              <w:jc w:val="right"/>
            </w:pPr>
            <w:r>
              <w:rPr>
                <w:sz w:val="16"/>
              </w:rPr>
              <w:t>3</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841"/>
        <w:gridCol w:w="3047"/>
        <w:gridCol w:w="930"/>
        <w:gridCol w:w="2600"/>
        <w:gridCol w:w="709"/>
        <w:gridCol w:w="2734"/>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841"/>
            <w:shd w:val="clear" w:color="auto" w:fill="E8E8E8"/>
          </w:tcPr>
          <w:p>
            <w:pPr>
              <w:spacing w:after="0"/>
              <w:jc w:val="left"/>
            </w:pPr>
            <w:r>
              <w:rPr>
                <w:b/>
                <w:sz w:val="16"/>
              </w:rPr>
              <w:t>Magnitude or extent</w:t>
            </w:r>
          </w:p>
        </w:tc>
        <w:tc>
          <w:tcPr>
            <w:tcW w:type="dxa" w:w="3047"/>
            <w:shd w:val="clear" w:color="auto" w:fill="E8E8E8"/>
          </w:tcPr>
          <w:p>
            <w:pPr>
              <w:spacing w:after="0"/>
              <w:jc w:val="left"/>
            </w:pPr>
            <w:r>
              <w:rPr>
                <w:b/>
                <w:sz w:val="16"/>
              </w:rPr>
              <w:t>Damage</w:t>
            </w:r>
          </w:p>
          <w:p>
            <w:pPr>
              <w:spacing w:after="0"/>
              <w:jc w:val="left"/>
            </w:pPr>
            <w:r>
              <w:rPr>
                <w:i/>
                <w:color w:val="555555"/>
                <w:sz w:val="14"/>
              </w:rPr>
              <w:t>nominal dollars</w:t>
            </w:r>
          </w:p>
        </w:tc>
        <w:tc>
          <w:tcPr>
            <w:tcW w:type="dxa" w:w="930"/>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600"/>
            <w:shd w:val="clear" w:color="auto" w:fill="E8E8E8"/>
          </w:tcPr>
          <w:p>
            <w:pPr>
              <w:spacing w:after="0"/>
              <w:jc w:val="left"/>
            </w:pPr>
            <w:r>
              <w:rPr>
                <w:b/>
                <w:sz w:val="16"/>
              </w:rPr>
              <w:t>Location</w:t>
            </w:r>
          </w:p>
        </w:tc>
        <w:tc>
          <w:tcPr>
            <w:tcW w:type="dxa" w:w="709"/>
            <w:shd w:val="clear" w:color="auto" w:fill="E8E8E8"/>
          </w:tcPr>
          <w:p>
            <w:pPr>
              <w:spacing w:after="0"/>
              <w:jc w:val="left"/>
            </w:pPr>
            <w:r>
              <w:rPr>
                <w:b/>
                <w:sz w:val="16"/>
              </w:rPr>
              <w:t>Flags</w:t>
            </w:r>
          </w:p>
        </w:tc>
        <w:tc>
          <w:tcPr>
            <w:tcW w:type="dxa" w:w="2734"/>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2023-07-13</w:t>
            </w:r>
          </w:p>
        </w:tc>
        <w:tc>
          <w:tcPr>
            <w:tcW w:type="dxa" w:w="1215"/>
          </w:tcPr>
          <w:p>
            <w:pPr>
              <w:spacing w:after="0"/>
              <w:jc w:val="left"/>
            </w:pPr>
            <w:r>
              <w:rPr>
                <w:sz w:val="16"/>
              </w:rPr>
              <w:t>Thunderstorm Wind</w:t>
            </w:r>
          </w:p>
        </w:tc>
        <w:tc>
          <w:tcPr>
            <w:tcW w:type="dxa" w:w="1841"/>
          </w:tcPr>
          <w:p>
            <w:pPr>
              <w:spacing w:after="0"/>
              <w:jc w:val="left"/>
            </w:pPr>
            <w:r>
              <w:rPr>
                <w:sz w:val="16"/>
              </w:rPr>
              <w:t>74 kt (85 mph) estimated gust</w:t>
            </w:r>
          </w:p>
        </w:tc>
        <w:tc>
          <w:tcPr>
            <w:tcW w:type="dxa" w:w="3047"/>
          </w:tcPr>
          <w:p>
            <w:pPr>
              <w:spacing w:after="0"/>
              <w:jc w:val="left"/>
            </w:pPr>
            <w:r>
              <w:rPr>
                <w:sz w:val="16"/>
              </w:rPr>
              <w:t>$50,000 property; $0 crops (2023 dollars)</w:t>
            </w:r>
          </w:p>
        </w:tc>
        <w:tc>
          <w:tcPr>
            <w:tcW w:type="dxa" w:w="930"/>
          </w:tcPr>
          <w:p>
            <w:pPr>
              <w:spacing w:after="0"/>
              <w:jc w:val="right"/>
            </w:pPr>
            <w:r>
              <w:rPr>
                <w:sz w:val="16"/>
              </w:rPr>
              <w:t>0, 1</w:t>
            </w:r>
          </w:p>
        </w:tc>
        <w:tc>
          <w:tcPr>
            <w:tcW w:type="dxa" w:w="2600"/>
          </w:tcPr>
          <w:p>
            <w:pPr>
              <w:spacing w:after="0"/>
              <w:jc w:val="left"/>
            </w:pPr>
            <w:r>
              <w:rPr>
                <w:sz w:val="16"/>
              </w:rPr>
              <w:t>WEST BRIDPORT</w:t>
            </w:r>
          </w:p>
        </w:tc>
        <w:tc>
          <w:tcPr>
            <w:tcW w:type="dxa" w:w="709"/>
          </w:tcPr>
          <w:p>
            <w:pPr>
              <w:spacing w:after="0"/>
              <w:jc w:val="left"/>
            </w:pPr>
            <w:r>
              <w:rPr>
                <w:sz w:val="16"/>
              </w:rPr>
              <w:t>within last 5 years</w:t>
            </w:r>
          </w:p>
        </w:tc>
        <w:tc>
          <w:tcPr>
            <w:tcW w:type="dxa" w:w="2734"/>
          </w:tcPr>
          <w:p>
            <w:pPr>
              <w:spacing w:after="0"/>
              <w:jc w:val="left"/>
            </w:pPr>
            <w:r>
              <w:rPr>
                <w:sz w:val="16"/>
              </w:rPr>
              <w:t>deaths or injuries recorded</w:t>
            </w:r>
          </w:p>
        </w:tc>
      </w:tr>
      <w:tr>
        <w:trPr>
          <w:cantSplit/>
        </w:trPr>
        <w:tc>
          <w:tcPr>
            <w:tcW w:type="dxa" w:w="1037"/>
          </w:tcPr>
          <w:p>
            <w:pPr>
              <w:spacing w:after="0"/>
              <w:jc w:val="left"/>
            </w:pPr>
            <w:r>
              <w:rPr>
                <w:sz w:val="16"/>
              </w:rPr>
              <w:t>2023-05-18</w:t>
            </w:r>
          </w:p>
        </w:tc>
        <w:tc>
          <w:tcPr>
            <w:tcW w:type="dxa" w:w="1215"/>
          </w:tcPr>
          <w:p>
            <w:pPr>
              <w:spacing w:after="0"/>
              <w:jc w:val="left"/>
            </w:pPr>
            <w:r>
              <w:rPr>
                <w:sz w:val="16"/>
              </w:rPr>
              <w:t>Frost/Freeze</w:t>
            </w:r>
          </w:p>
        </w:tc>
        <w:tc>
          <w:tcPr>
            <w:tcW w:type="dxa" w:w="1841"/>
          </w:tcPr>
          <w:p>
            <w:pPr>
              <w:spacing w:after="0"/>
              <w:jc w:val="left"/>
            </w:pPr>
          </w:p>
        </w:tc>
        <w:tc>
          <w:tcPr>
            <w:tcW w:type="dxa" w:w="3047"/>
          </w:tcPr>
          <w:p>
            <w:pPr>
              <w:spacing w:after="0"/>
              <w:jc w:val="left"/>
            </w:pPr>
            <w:r>
              <w:rPr>
                <w:sz w:val="16"/>
              </w:rPr>
              <w:t>$0 property; $1,500,000 crops (zone total, 2023 dollars)</w:t>
            </w:r>
          </w:p>
        </w:tc>
        <w:tc>
          <w:tcPr>
            <w:tcW w:type="dxa" w:w="930"/>
          </w:tcPr>
          <w:p>
            <w:pPr>
              <w:spacing w:after="0"/>
              <w:jc w:val="right"/>
            </w:pPr>
            <w:r>
              <w:rPr>
                <w:sz w:val="16"/>
              </w:rPr>
              <w:t>0, 0</w:t>
            </w:r>
          </w:p>
        </w:tc>
        <w:tc>
          <w:tcPr>
            <w:tcW w:type="dxa" w:w="2600"/>
          </w:tcPr>
          <w:p>
            <w:pPr>
              <w:spacing w:after="0"/>
              <w:jc w:val="left"/>
            </w:pPr>
            <w:r>
              <w:rPr>
                <w:sz w:val="16"/>
              </w:rPr>
              <w:t>NWS zone VTZ009 (WESTERN ADDISON), zone-level</w:t>
            </w:r>
          </w:p>
        </w:tc>
        <w:tc>
          <w:tcPr>
            <w:tcW w:type="dxa" w:w="709"/>
          </w:tcPr>
          <w:p>
            <w:pPr>
              <w:spacing w:after="0"/>
              <w:jc w:val="left"/>
            </w:pPr>
            <w:r>
              <w:rPr>
                <w:sz w:val="16"/>
              </w:rPr>
              <w:t>within last 5 years</w:t>
            </w:r>
          </w:p>
        </w:tc>
        <w:tc>
          <w:tcPr>
            <w:tcW w:type="dxa" w:w="2734"/>
          </w:tcPr>
          <w:p>
            <w:pPr>
              <w:spacing w:after="0"/>
              <w:jc w:val="left"/>
            </w:pPr>
            <w:r>
              <w:rPr>
                <w:sz w:val="16"/>
              </w:rPr>
              <w:t>B1-c worst recorded: Frost/Freeze</w:t>
            </w:r>
          </w:p>
        </w:tc>
      </w:tr>
      <w:tr>
        <w:trPr>
          <w:cantSplit/>
        </w:trPr>
        <w:tc>
          <w:tcPr>
            <w:tcW w:type="dxa" w:w="1037"/>
          </w:tcPr>
          <w:p>
            <w:pPr>
              <w:spacing w:after="0"/>
              <w:jc w:val="left"/>
            </w:pPr>
            <w:r>
              <w:rPr>
                <w:sz w:val="16"/>
              </w:rPr>
              <w:t>2021-03-26</w:t>
            </w:r>
          </w:p>
        </w:tc>
        <w:tc>
          <w:tcPr>
            <w:tcW w:type="dxa" w:w="1215"/>
          </w:tcPr>
          <w:p>
            <w:pPr>
              <w:spacing w:after="0"/>
              <w:jc w:val="left"/>
            </w:pPr>
            <w:r>
              <w:rPr>
                <w:sz w:val="16"/>
              </w:rPr>
              <w:t>Tornado</w:t>
            </w:r>
          </w:p>
        </w:tc>
        <w:tc>
          <w:tcPr>
            <w:tcW w:type="dxa" w:w="1841"/>
          </w:tcPr>
          <w:p>
            <w:pPr>
              <w:spacing w:after="0"/>
              <w:jc w:val="left"/>
            </w:pPr>
            <w:r>
              <w:rPr>
                <w:sz w:val="16"/>
              </w:rPr>
              <w:t>EF1, 0.65 mi within this county, 75 yd wide</w:t>
            </w:r>
          </w:p>
        </w:tc>
        <w:tc>
          <w:tcPr>
            <w:tcW w:type="dxa" w:w="3047"/>
          </w:tcPr>
          <w:p>
            <w:pPr>
              <w:spacing w:after="0"/>
              <w:jc w:val="left"/>
            </w:pPr>
            <w:r>
              <w:rPr>
                <w:sz w:val="16"/>
              </w:rPr>
              <w:t>$75,000 property; $0 crops (2021 dollars)</w:t>
            </w:r>
          </w:p>
        </w:tc>
        <w:tc>
          <w:tcPr>
            <w:tcW w:type="dxa" w:w="930"/>
          </w:tcPr>
          <w:p>
            <w:pPr>
              <w:spacing w:after="0"/>
              <w:jc w:val="right"/>
            </w:pPr>
            <w:r>
              <w:rPr>
                <w:sz w:val="16"/>
              </w:rPr>
              <w:t>0, 2</w:t>
            </w:r>
          </w:p>
        </w:tc>
        <w:tc>
          <w:tcPr>
            <w:tcW w:type="dxa" w:w="2600"/>
          </w:tcPr>
          <w:p>
            <w:pPr>
              <w:spacing w:after="0"/>
              <w:jc w:val="left"/>
            </w:pPr>
            <w:r>
              <w:rPr>
                <w:sz w:val="16"/>
              </w:rPr>
              <w:t>MIDDLEBURY</w:t>
            </w:r>
          </w:p>
        </w:tc>
        <w:tc>
          <w:tcPr>
            <w:tcW w:type="dxa" w:w="709"/>
          </w:tcPr>
          <w:p>
            <w:pPr>
              <w:spacing w:after="0"/>
              <w:jc w:val="left"/>
            </w:pPr>
          </w:p>
        </w:tc>
        <w:tc>
          <w:tcPr>
            <w:tcW w:type="dxa" w:w="2734"/>
          </w:tcPr>
          <w:p>
            <w:pPr>
              <w:spacing w:after="0"/>
              <w:jc w:val="left"/>
            </w:pPr>
            <w:r>
              <w:rPr>
                <w:sz w:val="16"/>
              </w:rPr>
              <w:t>deaths or injuries recorded</w:t>
            </w:r>
          </w:p>
        </w:tc>
      </w:tr>
      <w:tr>
        <w:trPr>
          <w:cantSplit/>
        </w:trPr>
        <w:tc>
          <w:tcPr>
            <w:tcW w:type="dxa" w:w="1037"/>
          </w:tcPr>
          <w:p>
            <w:pPr>
              <w:spacing w:after="0"/>
              <w:jc w:val="left"/>
            </w:pPr>
            <w:r>
              <w:rPr>
                <w:sz w:val="16"/>
              </w:rPr>
              <w:t>2020-06-18</w:t>
            </w:r>
          </w:p>
        </w:tc>
        <w:tc>
          <w:tcPr>
            <w:tcW w:type="dxa" w:w="1215"/>
          </w:tcPr>
          <w:p>
            <w:pPr>
              <w:spacing w:after="0"/>
              <w:jc w:val="left"/>
            </w:pPr>
            <w:r>
              <w:rPr>
                <w:sz w:val="16"/>
              </w:rPr>
              <w:t>Heat</w:t>
            </w:r>
          </w:p>
        </w:tc>
        <w:tc>
          <w:tcPr>
            <w:tcW w:type="dxa" w:w="1841"/>
          </w:tcPr>
          <w:p>
            <w:pPr>
              <w:spacing w:after="0"/>
              <w:jc w:val="left"/>
            </w:pPr>
          </w:p>
        </w:tc>
        <w:tc>
          <w:tcPr>
            <w:tcW w:type="dxa" w:w="3047"/>
          </w:tcPr>
          <w:p>
            <w:pPr>
              <w:spacing w:after="0"/>
              <w:jc w:val="left"/>
            </w:pPr>
            <w:r>
              <w:rPr>
                <w:sz w:val="16"/>
              </w:rPr>
              <w:t>$0 property; $0 crops (zone total, 2020 dollars)</w:t>
            </w:r>
          </w:p>
        </w:tc>
        <w:tc>
          <w:tcPr>
            <w:tcW w:type="dxa" w:w="930"/>
          </w:tcPr>
          <w:p>
            <w:pPr>
              <w:spacing w:after="0"/>
              <w:jc w:val="right"/>
            </w:pPr>
            <w:r>
              <w:rPr>
                <w:sz w:val="16"/>
              </w:rPr>
              <w:t>0, 0</w:t>
            </w:r>
          </w:p>
        </w:tc>
        <w:tc>
          <w:tcPr>
            <w:tcW w:type="dxa" w:w="2600"/>
          </w:tcPr>
          <w:p>
            <w:pPr>
              <w:spacing w:after="0"/>
              <w:jc w:val="left"/>
            </w:pPr>
            <w:r>
              <w:rPr>
                <w:sz w:val="16"/>
              </w:rPr>
              <w:t>NWS zone VTZ009 (WESTERN ADDISON), zone-level</w:t>
            </w:r>
          </w:p>
        </w:tc>
        <w:tc>
          <w:tcPr>
            <w:tcW w:type="dxa" w:w="709"/>
          </w:tcPr>
          <w:p>
            <w:pPr>
              <w:spacing w:after="0"/>
              <w:jc w:val="left"/>
            </w:pPr>
          </w:p>
        </w:tc>
        <w:tc>
          <w:tcPr>
            <w:tcW w:type="dxa" w:w="2734"/>
          </w:tcPr>
          <w:p>
            <w:pPr>
              <w:spacing w:after="0"/>
              <w:jc w:val="left"/>
            </w:pPr>
            <w:r>
              <w:rPr>
                <w:sz w:val="16"/>
              </w:rPr>
              <w:t>B1-c worst recorded: Excessive Heat, Heat</w:t>
            </w:r>
          </w:p>
        </w:tc>
      </w:tr>
      <w:tr>
        <w:trPr>
          <w:cantSplit/>
        </w:trPr>
        <w:tc>
          <w:tcPr>
            <w:tcW w:type="dxa" w:w="1037"/>
          </w:tcPr>
          <w:p>
            <w:pPr>
              <w:spacing w:after="0"/>
              <w:jc w:val="left"/>
            </w:pPr>
            <w:r>
              <w:rPr>
                <w:sz w:val="16"/>
              </w:rPr>
              <w:t>2015-02-01</w:t>
            </w:r>
          </w:p>
        </w:tc>
        <w:tc>
          <w:tcPr>
            <w:tcW w:type="dxa" w:w="1215"/>
          </w:tcPr>
          <w:p>
            <w:pPr>
              <w:spacing w:after="0"/>
              <w:jc w:val="left"/>
            </w:pPr>
            <w:r>
              <w:rPr>
                <w:sz w:val="16"/>
              </w:rPr>
              <w:t>Cold/Wind Chill</w:t>
            </w:r>
          </w:p>
        </w:tc>
        <w:tc>
          <w:tcPr>
            <w:tcW w:type="dxa" w:w="1841"/>
          </w:tcPr>
          <w:p>
            <w:pPr>
              <w:spacing w:after="0"/>
              <w:jc w:val="left"/>
            </w:pPr>
          </w:p>
        </w:tc>
        <w:tc>
          <w:tcPr>
            <w:tcW w:type="dxa" w:w="3047"/>
          </w:tcPr>
          <w:p>
            <w:pPr>
              <w:spacing w:after="0"/>
              <w:jc w:val="left"/>
            </w:pPr>
            <w:r>
              <w:rPr>
                <w:sz w:val="16"/>
              </w:rPr>
              <w:t>$0 property; $0 crops (zone total, 2015 dollars)</w:t>
            </w:r>
          </w:p>
        </w:tc>
        <w:tc>
          <w:tcPr>
            <w:tcW w:type="dxa" w:w="930"/>
          </w:tcPr>
          <w:p>
            <w:pPr>
              <w:spacing w:after="0"/>
              <w:jc w:val="right"/>
            </w:pPr>
            <w:r>
              <w:rPr>
                <w:sz w:val="16"/>
              </w:rPr>
              <w:t>0, 0</w:t>
            </w:r>
          </w:p>
        </w:tc>
        <w:tc>
          <w:tcPr>
            <w:tcW w:type="dxa" w:w="2600"/>
          </w:tcPr>
          <w:p>
            <w:pPr>
              <w:spacing w:after="0"/>
              <w:jc w:val="left"/>
            </w:pPr>
            <w:r>
              <w:rPr>
                <w:sz w:val="16"/>
              </w:rPr>
              <w:t>NWS zone VTZ018 (EASTERN ADDISON), zone-level</w:t>
            </w:r>
          </w:p>
        </w:tc>
        <w:tc>
          <w:tcPr>
            <w:tcW w:type="dxa" w:w="709"/>
          </w:tcPr>
          <w:p>
            <w:pPr>
              <w:spacing w:after="0"/>
              <w:jc w:val="left"/>
            </w:pPr>
          </w:p>
        </w:tc>
        <w:tc>
          <w:tcPr>
            <w:tcW w:type="dxa" w:w="2734"/>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2012-12-21</w:t>
            </w:r>
          </w:p>
        </w:tc>
        <w:tc>
          <w:tcPr>
            <w:tcW w:type="dxa" w:w="1215"/>
          </w:tcPr>
          <w:p>
            <w:pPr>
              <w:spacing w:after="0"/>
              <w:jc w:val="left"/>
            </w:pPr>
            <w:r>
              <w:rPr>
                <w:sz w:val="16"/>
              </w:rPr>
              <w:t>Strong Wind</w:t>
            </w:r>
          </w:p>
        </w:tc>
        <w:tc>
          <w:tcPr>
            <w:tcW w:type="dxa" w:w="1841"/>
          </w:tcPr>
          <w:p>
            <w:pPr>
              <w:spacing w:after="0"/>
              <w:jc w:val="left"/>
            </w:pPr>
            <w:r>
              <w:rPr>
                <w:sz w:val="16"/>
              </w:rPr>
              <w:t>43 kt (49 mph) estimated gust</w:t>
            </w:r>
          </w:p>
        </w:tc>
        <w:tc>
          <w:tcPr>
            <w:tcW w:type="dxa" w:w="3047"/>
          </w:tcPr>
          <w:p>
            <w:pPr>
              <w:spacing w:after="0"/>
              <w:jc w:val="left"/>
            </w:pPr>
            <w:r>
              <w:rPr>
                <w:sz w:val="16"/>
              </w:rPr>
              <w:t>$25,000 property; $0 crops (zone total, 2012 dollars)</w:t>
            </w:r>
          </w:p>
        </w:tc>
        <w:tc>
          <w:tcPr>
            <w:tcW w:type="dxa" w:w="930"/>
          </w:tcPr>
          <w:p>
            <w:pPr>
              <w:spacing w:after="0"/>
              <w:jc w:val="right"/>
            </w:pPr>
            <w:r>
              <w:rPr>
                <w:sz w:val="16"/>
              </w:rPr>
              <w:t>1, 0</w:t>
            </w:r>
          </w:p>
        </w:tc>
        <w:tc>
          <w:tcPr>
            <w:tcW w:type="dxa" w:w="2600"/>
          </w:tcPr>
          <w:p>
            <w:pPr>
              <w:spacing w:after="0"/>
              <w:jc w:val="left"/>
            </w:pPr>
            <w:r>
              <w:rPr>
                <w:sz w:val="16"/>
              </w:rPr>
              <w:t>NWS zone VTZ009 (WESTERN ADDISON), zone-level</w:t>
            </w:r>
          </w:p>
        </w:tc>
        <w:tc>
          <w:tcPr>
            <w:tcW w:type="dxa" w:w="709"/>
          </w:tcPr>
          <w:p>
            <w:pPr>
              <w:spacing w:after="0"/>
              <w:jc w:val="left"/>
            </w:pPr>
          </w:p>
        </w:tc>
        <w:tc>
          <w:tcPr>
            <w:tcW w:type="dxa" w:w="2734"/>
          </w:tcPr>
          <w:p>
            <w:pPr>
              <w:spacing w:after="0"/>
              <w:jc w:val="left"/>
            </w:pPr>
            <w:r>
              <w:rPr>
                <w:sz w:val="16"/>
              </w:rPr>
              <w:t>deaths or injuries recorded</w:t>
            </w:r>
          </w:p>
        </w:tc>
      </w:tr>
      <w:tr>
        <w:trPr>
          <w:cantSplit/>
        </w:trPr>
        <w:tc>
          <w:tcPr>
            <w:tcW w:type="dxa" w:w="1037"/>
          </w:tcPr>
          <w:p>
            <w:pPr>
              <w:spacing w:after="0"/>
              <w:jc w:val="left"/>
            </w:pPr>
            <w:r>
              <w:rPr>
                <w:sz w:val="16"/>
              </w:rPr>
              <w:t>2011-08-28</w:t>
            </w:r>
          </w:p>
        </w:tc>
        <w:tc>
          <w:tcPr>
            <w:tcW w:type="dxa" w:w="1215"/>
          </w:tcPr>
          <w:p>
            <w:pPr>
              <w:spacing w:after="0"/>
              <w:jc w:val="left"/>
            </w:pPr>
            <w:r>
              <w:rPr>
                <w:sz w:val="16"/>
              </w:rPr>
              <w:t>Flash Flood</w:t>
            </w:r>
          </w:p>
        </w:tc>
        <w:tc>
          <w:tcPr>
            <w:tcW w:type="dxa" w:w="1841"/>
          </w:tcPr>
          <w:p>
            <w:pPr>
              <w:spacing w:after="0"/>
              <w:jc w:val="left"/>
            </w:pPr>
          </w:p>
        </w:tc>
        <w:tc>
          <w:tcPr>
            <w:tcW w:type="dxa" w:w="3047"/>
          </w:tcPr>
          <w:p>
            <w:pPr>
              <w:spacing w:after="0"/>
              <w:jc w:val="left"/>
            </w:pPr>
            <w:r>
              <w:rPr>
                <w:sz w:val="16"/>
              </w:rPr>
              <w:t>$20,000,000 property; $1,000,000 crops (2011 dollars)</w:t>
            </w:r>
          </w:p>
        </w:tc>
        <w:tc>
          <w:tcPr>
            <w:tcW w:type="dxa" w:w="930"/>
          </w:tcPr>
          <w:p>
            <w:pPr>
              <w:spacing w:after="0"/>
              <w:jc w:val="right"/>
            </w:pPr>
            <w:r>
              <w:rPr>
                <w:sz w:val="16"/>
              </w:rPr>
              <w:t>0, 0</w:t>
            </w:r>
          </w:p>
        </w:tc>
        <w:tc>
          <w:tcPr>
            <w:tcW w:type="dxa" w:w="2600"/>
          </w:tcPr>
          <w:p>
            <w:pPr>
              <w:spacing w:after="0"/>
              <w:jc w:val="left"/>
            </w:pPr>
            <w:r>
              <w:rPr>
                <w:sz w:val="16"/>
              </w:rPr>
              <w:t>FERRISBURG to MONKTON RIDGE</w:t>
            </w:r>
          </w:p>
        </w:tc>
        <w:tc>
          <w:tcPr>
            <w:tcW w:type="dxa" w:w="709"/>
          </w:tcPr>
          <w:p>
            <w:pPr>
              <w:spacing w:after="0"/>
              <w:jc w:val="left"/>
            </w:pPr>
          </w:p>
        </w:tc>
        <w:tc>
          <w:tcPr>
            <w:tcW w:type="dxa" w:w="2734"/>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2011-02-05</w:t>
            </w:r>
          </w:p>
        </w:tc>
        <w:tc>
          <w:tcPr>
            <w:tcW w:type="dxa" w:w="1215"/>
          </w:tcPr>
          <w:p>
            <w:pPr>
              <w:spacing w:after="0"/>
              <w:jc w:val="left"/>
            </w:pPr>
            <w:r>
              <w:rPr>
                <w:sz w:val="16"/>
              </w:rPr>
              <w:t>Lightning</w:t>
            </w:r>
          </w:p>
        </w:tc>
        <w:tc>
          <w:tcPr>
            <w:tcW w:type="dxa" w:w="1841"/>
          </w:tcPr>
          <w:p>
            <w:pPr>
              <w:spacing w:after="0"/>
              <w:jc w:val="left"/>
            </w:pPr>
          </w:p>
        </w:tc>
        <w:tc>
          <w:tcPr>
            <w:tcW w:type="dxa" w:w="3047"/>
          </w:tcPr>
          <w:p>
            <w:pPr>
              <w:spacing w:after="0"/>
              <w:jc w:val="left"/>
            </w:pPr>
            <w:r>
              <w:rPr>
                <w:sz w:val="16"/>
              </w:rPr>
              <w:t>$100,000 property; $0 crops (2011 dollars)</w:t>
            </w:r>
          </w:p>
        </w:tc>
        <w:tc>
          <w:tcPr>
            <w:tcW w:type="dxa" w:w="930"/>
          </w:tcPr>
          <w:p>
            <w:pPr>
              <w:spacing w:after="0"/>
              <w:jc w:val="right"/>
            </w:pPr>
            <w:r>
              <w:rPr>
                <w:sz w:val="16"/>
              </w:rPr>
              <w:t>0, 0</w:t>
            </w:r>
          </w:p>
        </w:tc>
        <w:tc>
          <w:tcPr>
            <w:tcW w:type="dxa" w:w="2600"/>
          </w:tcPr>
          <w:p>
            <w:pPr>
              <w:spacing w:after="0"/>
              <w:jc w:val="left"/>
            </w:pPr>
            <w:r>
              <w:rPr>
                <w:sz w:val="16"/>
              </w:rPr>
              <w:t>WEST ADDISON</w:t>
            </w:r>
          </w:p>
        </w:tc>
        <w:tc>
          <w:tcPr>
            <w:tcW w:type="dxa" w:w="709"/>
          </w:tcPr>
          <w:p>
            <w:pPr>
              <w:spacing w:after="0"/>
              <w:jc w:val="left"/>
            </w:pPr>
          </w:p>
        </w:tc>
        <w:tc>
          <w:tcPr>
            <w:tcW w:type="dxa" w:w="2734"/>
          </w:tcPr>
          <w:p>
            <w:pPr>
              <w:spacing w:after="0"/>
              <w:jc w:val="left"/>
            </w:pPr>
            <w:r>
              <w:rPr>
                <w:sz w:val="16"/>
              </w:rPr>
              <w:t>B1-c worst recorded: Lightning</w:t>
            </w:r>
          </w:p>
        </w:tc>
      </w:tr>
      <w:tr>
        <w:trPr>
          <w:cantSplit/>
        </w:trPr>
        <w:tc>
          <w:tcPr>
            <w:tcW w:type="dxa" w:w="1037"/>
          </w:tcPr>
          <w:p>
            <w:pPr>
              <w:spacing w:after="0"/>
              <w:jc w:val="left"/>
            </w:pPr>
            <w:r>
              <w:rPr>
                <w:sz w:val="16"/>
              </w:rPr>
              <w:t>2009-12-09</w:t>
            </w:r>
          </w:p>
        </w:tc>
        <w:tc>
          <w:tcPr>
            <w:tcW w:type="dxa" w:w="1215"/>
          </w:tcPr>
          <w:p>
            <w:pPr>
              <w:spacing w:after="0"/>
              <w:jc w:val="left"/>
            </w:pPr>
            <w:r>
              <w:rPr>
                <w:sz w:val="16"/>
              </w:rPr>
              <w:t>High Wind</w:t>
            </w:r>
          </w:p>
        </w:tc>
        <w:tc>
          <w:tcPr>
            <w:tcW w:type="dxa" w:w="1841"/>
          </w:tcPr>
          <w:p>
            <w:pPr>
              <w:spacing w:after="0"/>
              <w:jc w:val="left"/>
            </w:pPr>
            <w:r>
              <w:rPr>
                <w:sz w:val="16"/>
              </w:rPr>
              <w:t>74 kt (85 mph) estimated gust</w:t>
            </w:r>
          </w:p>
        </w:tc>
        <w:tc>
          <w:tcPr>
            <w:tcW w:type="dxa" w:w="3047"/>
          </w:tcPr>
          <w:p>
            <w:pPr>
              <w:spacing w:after="0"/>
              <w:jc w:val="left"/>
            </w:pPr>
            <w:r>
              <w:rPr>
                <w:sz w:val="16"/>
              </w:rPr>
              <w:t>$100,000 property; $0 crops (zone total, 2009 dollars)</w:t>
            </w:r>
          </w:p>
        </w:tc>
        <w:tc>
          <w:tcPr>
            <w:tcW w:type="dxa" w:w="930"/>
          </w:tcPr>
          <w:p>
            <w:pPr>
              <w:spacing w:after="0"/>
              <w:jc w:val="right"/>
            </w:pPr>
            <w:r>
              <w:rPr>
                <w:sz w:val="16"/>
              </w:rPr>
              <w:t>0, 0</w:t>
            </w:r>
          </w:p>
        </w:tc>
        <w:tc>
          <w:tcPr>
            <w:tcW w:type="dxa" w:w="2600"/>
          </w:tcPr>
          <w:p>
            <w:pPr>
              <w:spacing w:after="0"/>
              <w:jc w:val="left"/>
            </w:pPr>
            <w:r>
              <w:rPr>
                <w:sz w:val="16"/>
              </w:rPr>
              <w:t>NWS zone VTZ018 (EASTERN ADDISON), zone-level</w:t>
            </w:r>
          </w:p>
        </w:tc>
        <w:tc>
          <w:tcPr>
            <w:tcW w:type="dxa" w:w="709"/>
          </w:tcPr>
          <w:p>
            <w:pPr>
              <w:spacing w:after="0"/>
              <w:jc w:val="left"/>
            </w:pPr>
          </w:p>
        </w:tc>
        <w:tc>
          <w:tcPr>
            <w:tcW w:type="dxa" w:w="2734"/>
          </w:tcPr>
          <w:p>
            <w:pPr>
              <w:spacing w:after="0"/>
              <w:jc w:val="left"/>
            </w:pPr>
            <w:r>
              <w:rPr>
                <w:sz w:val="16"/>
              </w:rPr>
              <w:t>B1-c worst recorded: High Wind and Strong Wind</w:t>
            </w:r>
          </w:p>
        </w:tc>
      </w:tr>
      <w:tr>
        <w:trPr>
          <w:cantSplit/>
        </w:trPr>
        <w:tc>
          <w:tcPr>
            <w:tcW w:type="dxa" w:w="1037"/>
          </w:tcPr>
          <w:p>
            <w:pPr>
              <w:spacing w:after="0"/>
              <w:jc w:val="left"/>
            </w:pPr>
            <w:r>
              <w:rPr>
                <w:sz w:val="16"/>
              </w:rPr>
              <w:t>2007-02-14</w:t>
            </w:r>
          </w:p>
        </w:tc>
        <w:tc>
          <w:tcPr>
            <w:tcW w:type="dxa" w:w="1215"/>
          </w:tcPr>
          <w:p>
            <w:pPr>
              <w:spacing w:after="0"/>
              <w:jc w:val="left"/>
            </w:pPr>
            <w:r>
              <w:rPr>
                <w:sz w:val="16"/>
              </w:rPr>
              <w:t>Heavy Snow</w:t>
            </w:r>
          </w:p>
        </w:tc>
        <w:tc>
          <w:tcPr>
            <w:tcW w:type="dxa" w:w="1841"/>
          </w:tcPr>
          <w:p>
            <w:pPr>
              <w:spacing w:after="0"/>
              <w:jc w:val="left"/>
            </w:pPr>
          </w:p>
        </w:tc>
        <w:tc>
          <w:tcPr>
            <w:tcW w:type="dxa" w:w="3047"/>
          </w:tcPr>
          <w:p>
            <w:pPr>
              <w:spacing w:after="0"/>
              <w:jc w:val="left"/>
            </w:pPr>
            <w:r>
              <w:rPr>
                <w:sz w:val="16"/>
              </w:rPr>
              <w:t>$300,000 property; $0 crops (zone total, 2007 dollars)</w:t>
            </w:r>
          </w:p>
        </w:tc>
        <w:tc>
          <w:tcPr>
            <w:tcW w:type="dxa" w:w="930"/>
          </w:tcPr>
          <w:p>
            <w:pPr>
              <w:spacing w:after="0"/>
              <w:jc w:val="right"/>
            </w:pPr>
            <w:r>
              <w:rPr>
                <w:sz w:val="16"/>
              </w:rPr>
              <w:t>0, 0</w:t>
            </w:r>
          </w:p>
        </w:tc>
        <w:tc>
          <w:tcPr>
            <w:tcW w:type="dxa" w:w="2600"/>
          </w:tcPr>
          <w:p>
            <w:pPr>
              <w:spacing w:after="0"/>
              <w:jc w:val="left"/>
            </w:pPr>
            <w:r>
              <w:rPr>
                <w:sz w:val="16"/>
              </w:rPr>
              <w:t>NWS zone VTZ009 (WESTERN ADDISON), zone-level</w:t>
            </w:r>
          </w:p>
        </w:tc>
        <w:tc>
          <w:tcPr>
            <w:tcW w:type="dxa" w:w="709"/>
          </w:tcPr>
          <w:p>
            <w:pPr>
              <w:spacing w:after="0"/>
              <w:jc w:val="left"/>
            </w:pPr>
          </w:p>
        </w:tc>
        <w:tc>
          <w:tcPr>
            <w:tcW w:type="dxa" w:w="2734"/>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2003-07-24</w:t>
            </w:r>
          </w:p>
        </w:tc>
        <w:tc>
          <w:tcPr>
            <w:tcW w:type="dxa" w:w="1215"/>
          </w:tcPr>
          <w:p>
            <w:pPr>
              <w:spacing w:after="0"/>
              <w:jc w:val="left"/>
            </w:pPr>
            <w:r>
              <w:rPr>
                <w:sz w:val="16"/>
              </w:rPr>
              <w:t>Thunderstorm Wind</w:t>
            </w:r>
          </w:p>
        </w:tc>
        <w:tc>
          <w:tcPr>
            <w:tcW w:type="dxa" w:w="1841"/>
          </w:tcPr>
          <w:p>
            <w:pPr>
              <w:spacing w:after="0"/>
              <w:jc w:val="left"/>
            </w:pPr>
            <w:r>
              <w:rPr>
                <w:sz w:val="16"/>
              </w:rPr>
              <w:t>80 kt (92 mph) estimated gust</w:t>
            </w:r>
          </w:p>
        </w:tc>
        <w:tc>
          <w:tcPr>
            <w:tcW w:type="dxa" w:w="3047"/>
          </w:tcPr>
          <w:p>
            <w:pPr>
              <w:spacing w:after="0"/>
              <w:jc w:val="left"/>
            </w:pPr>
            <w:r>
              <w:rPr>
                <w:sz w:val="16"/>
              </w:rPr>
              <w:t>$10,000 property; crops not reported (2003 dollars)</w:t>
            </w:r>
          </w:p>
        </w:tc>
        <w:tc>
          <w:tcPr>
            <w:tcW w:type="dxa" w:w="930"/>
          </w:tcPr>
          <w:p>
            <w:pPr>
              <w:spacing w:after="0"/>
              <w:jc w:val="right"/>
            </w:pPr>
            <w:r>
              <w:rPr>
                <w:sz w:val="16"/>
              </w:rPr>
              <w:t>0, 0</w:t>
            </w:r>
          </w:p>
        </w:tc>
        <w:tc>
          <w:tcPr>
            <w:tcW w:type="dxa" w:w="2600"/>
          </w:tcPr>
          <w:p>
            <w:pPr>
              <w:spacing w:after="0"/>
              <w:jc w:val="left"/>
            </w:pPr>
            <w:r>
              <w:rPr>
                <w:sz w:val="16"/>
              </w:rPr>
              <w:t>MIDDLEBURY</w:t>
            </w:r>
          </w:p>
        </w:tc>
        <w:tc>
          <w:tcPr>
            <w:tcW w:type="dxa" w:w="709"/>
          </w:tcPr>
          <w:p>
            <w:pPr>
              <w:spacing w:after="0"/>
              <w:jc w:val="left"/>
            </w:pPr>
          </w:p>
        </w:tc>
        <w:tc>
          <w:tcPr>
            <w:tcW w:type="dxa" w:w="2734"/>
          </w:tcPr>
          <w:p>
            <w:pPr>
              <w:spacing w:after="0"/>
              <w:jc w:val="left"/>
            </w:pPr>
            <w:r>
              <w:rPr>
                <w:sz w:val="16"/>
              </w:rPr>
              <w:t>B1-c worst recorded: Thunderstorm Wind</w:t>
            </w:r>
          </w:p>
        </w:tc>
      </w:tr>
      <w:tr>
        <w:trPr>
          <w:cantSplit/>
        </w:trPr>
        <w:tc>
          <w:tcPr>
            <w:tcW w:type="dxa" w:w="1037"/>
          </w:tcPr>
          <w:p>
            <w:pPr>
              <w:spacing w:after="0"/>
              <w:jc w:val="left"/>
            </w:pPr>
            <w:r>
              <w:rPr>
                <w:sz w:val="16"/>
              </w:rPr>
              <w:t>1998-01-06</w:t>
            </w:r>
          </w:p>
        </w:tc>
        <w:tc>
          <w:tcPr>
            <w:tcW w:type="dxa" w:w="1215"/>
          </w:tcPr>
          <w:p>
            <w:pPr>
              <w:spacing w:after="0"/>
              <w:jc w:val="left"/>
            </w:pPr>
            <w:r>
              <w:rPr>
                <w:sz w:val="16"/>
              </w:rPr>
              <w:t>Ice Storm</w:t>
            </w:r>
          </w:p>
        </w:tc>
        <w:tc>
          <w:tcPr>
            <w:tcW w:type="dxa" w:w="1841"/>
          </w:tcPr>
          <w:p>
            <w:pPr>
              <w:spacing w:after="0"/>
              <w:jc w:val="left"/>
            </w:pPr>
          </w:p>
        </w:tc>
        <w:tc>
          <w:tcPr>
            <w:tcW w:type="dxa" w:w="3047"/>
          </w:tcPr>
          <w:p>
            <w:pPr>
              <w:spacing w:after="0"/>
              <w:jc w:val="left"/>
            </w:pPr>
            <w:r>
              <w:rPr>
                <w:sz w:val="16"/>
              </w:rPr>
              <w:t>$750,000 property; crops not reported (zone total, 1998 dollars)</w:t>
            </w:r>
          </w:p>
        </w:tc>
        <w:tc>
          <w:tcPr>
            <w:tcW w:type="dxa" w:w="930"/>
          </w:tcPr>
          <w:p>
            <w:pPr>
              <w:spacing w:after="0"/>
              <w:jc w:val="right"/>
            </w:pPr>
            <w:r>
              <w:rPr>
                <w:sz w:val="16"/>
              </w:rPr>
              <w:t>0, 0</w:t>
            </w:r>
          </w:p>
        </w:tc>
        <w:tc>
          <w:tcPr>
            <w:tcW w:type="dxa" w:w="2600"/>
          </w:tcPr>
          <w:p>
            <w:pPr>
              <w:spacing w:after="0"/>
              <w:jc w:val="left"/>
            </w:pPr>
            <w:r>
              <w:rPr>
                <w:sz w:val="16"/>
              </w:rPr>
              <w:t>NWS zone VTZ009 (ADDISON), zone-level</w:t>
            </w:r>
          </w:p>
        </w:tc>
        <w:tc>
          <w:tcPr>
            <w:tcW w:type="dxa" w:w="709"/>
          </w:tcPr>
          <w:p>
            <w:pPr>
              <w:spacing w:after="0"/>
              <w:jc w:val="left"/>
            </w:pPr>
          </w:p>
        </w:tc>
        <w:tc>
          <w:tcPr>
            <w:tcW w:type="dxa" w:w="2734"/>
          </w:tcPr>
          <w:p>
            <w:pPr>
              <w:spacing w:after="0"/>
              <w:jc w:val="left"/>
            </w:pPr>
            <w:r>
              <w:rPr>
                <w:sz w:val="16"/>
              </w:rPr>
              <w:t>B1-c worst recorded: Ice Storm</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(814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keepNext/>
        <w:spacing w:after="80" w:before="0"/>
      </w:pPr>
      <w:r>
        <w:rPr>
          <w:i/>
        </w:rPr>
        <w:t>County-level: Addison County.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77"/>
        <w:gridCol w:w="1300"/>
        <w:gridCol w:w="1633"/>
        <w:gridCol w:w="1037"/>
        <w:gridCol w:w="2127"/>
        <w:gridCol w:w="1542"/>
        <w:gridCol w:w="1582"/>
        <w:gridCol w:w="1037"/>
        <w:gridCol w:w="1541"/>
      </w:tblGrid>
      <w:tr>
        <w:trPr>
          <w:cantSplit/>
          <w:tblHeader/>
        </w:trPr>
        <w:tc>
          <w:tcPr>
            <w:tcW w:type="dxa" w:w="1037"/>
            <w:shd w:val="clear" w:color="auto" w:fill="E8E8E8"/>
          </w:tcPr>
          <w:p>
            <w:pPr>
              <w:spacing w:after="0"/>
              <w:jc w:val="left"/>
            </w:pPr>
            <w:r>
              <w:rPr>
                <w:b/>
                <w:sz w:val="16"/>
              </w:rPr>
              <w:t>Hazard</w:t>
            </w:r>
          </w:p>
        </w:tc>
        <w:tc>
          <w:tcPr>
            <w:tcW w:type="dxa" w:w="1277"/>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00"/>
            <w:shd w:val="clear" w:color="auto" w:fill="E8E8E8"/>
          </w:tcPr>
          <w:p>
            <w:pPr>
              <w:spacing w:after="0"/>
              <w:jc w:val="left"/>
            </w:pPr>
            <w:r>
              <w:rPr>
                <w:b/>
                <w:sz w:val="16"/>
              </w:rPr>
              <w:t>Unit</w:t>
            </w:r>
          </w:p>
        </w:tc>
        <w:tc>
          <w:tcPr>
            <w:tcW w:type="dxa" w:w="1633"/>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2127"/>
            <w:shd w:val="clear" w:color="auto" w:fill="E8E8E8"/>
          </w:tcPr>
          <w:p>
            <w:pPr>
              <w:spacing w:after="0"/>
              <w:jc w:val="left"/>
            </w:pPr>
            <w:r>
              <w:rPr>
                <w:b/>
                <w:sz w:val="16"/>
              </w:rPr>
              <w:t>Descriptor basis</w:t>
            </w:r>
          </w:p>
        </w:tc>
        <w:tc>
          <w:tcPr>
            <w:tcW w:type="dxa" w:w="1542"/>
            <w:shd w:val="clear" w:color="auto" w:fill="E8E8E8"/>
          </w:tcPr>
          <w:p>
            <w:pPr>
              <w:spacing w:after="0"/>
              <w:jc w:val="right"/>
            </w:pPr>
            <w:r>
              <w:rPr>
                <w:b/>
                <w:sz w:val="16"/>
              </w:rPr>
              <w:t>NRI events or days in its record period (hail, wind and tornado are area-weighted, so can be fractional)</w:t>
            </w:r>
          </w:p>
        </w:tc>
        <w:tc>
          <w:tcPr>
            <w:tcW w:type="dxa" w:w="1582"/>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54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77"/>
          </w:tcPr>
          <w:p>
            <w:pPr>
              <w:spacing w:after="0"/>
              <w:jc w:val="right"/>
            </w:pPr>
            <w:r>
              <w:rPr>
                <w:sz w:val="16"/>
              </w:rPr>
              <w:t>0.01</w:t>
            </w:r>
          </w:p>
        </w:tc>
        <w:tc>
          <w:tcPr>
            <w:tcW w:type="dxa" w:w="1300"/>
          </w:tcPr>
          <w:p>
            <w:pPr>
              <w:spacing w:after="0"/>
              <w:jc w:val="left"/>
            </w:pPr>
            <w:r>
              <w:rPr>
                <w:sz w:val="16"/>
              </w:rPr>
              <w:t>events per year</w:t>
            </w:r>
          </w:p>
        </w:tc>
        <w:tc>
          <w:tcPr>
            <w:tcW w:type="dxa" w:w="1633"/>
          </w:tcPr>
          <w:p>
            <w:pPr>
              <w:spacing w:after="0"/>
              <w:jc w:val="left"/>
            </w:pPr>
            <w:r>
              <w:rPr>
                <w:sz w:val="16"/>
              </w:rPr>
              <w:t>about 1 in 100 years</w:t>
            </w:r>
          </w:p>
        </w:tc>
        <w:tc>
          <w:tcPr>
            <w:tcW w:type="dxa" w:w="1037"/>
          </w:tcPr>
          <w:p>
            <w:pPr>
              <w:spacing w:after="0"/>
              <w:jc w:val="left"/>
            </w:pPr>
            <w:r>
              <w:rPr>
                <w:sz w:val="16"/>
              </w:rPr>
              <w:t>Possible</w:t>
            </w:r>
          </w:p>
        </w:tc>
        <w:tc>
          <w:tcPr>
            <w:tcW w:type="dxa" w:w="2127"/>
          </w:tcPr>
          <w:p>
            <w:pPr>
              <w:spacing w:after="0"/>
              <w:jc w:val="left"/>
            </w:pPr>
            <w:r>
              <w:rPr>
                <w:sz w:val="16"/>
              </w:rPr>
              <w:t>FEMA annualized frequency (modeled)</w:t>
            </w:r>
          </w:p>
        </w:tc>
        <w:tc>
          <w:tcPr>
            <w:tcW w:type="dxa" w:w="1542"/>
          </w:tcPr>
          <w:p>
            <w:pPr>
              <w:spacing w:after="0"/>
              <w:jc w:val="right"/>
            </w:pPr>
            <w:r>
              <w:rPr>
                <w:sz w:val="16"/>
              </w:rPr>
              <w:t>0</w:t>
            </w:r>
          </w:p>
        </w:tc>
        <w:tc>
          <w:tcPr>
            <w:tcW w:type="dxa" w:w="1582"/>
          </w:tcPr>
          <w:p>
            <w:pPr>
              <w:spacing w:after="0"/>
              <w:jc w:val="left"/>
            </w:pPr>
            <w:r>
              <w:rPr>
                <w:sz w:val="16"/>
              </w:rPr>
              <w:t>1994 to 2023 (30 years)</w:t>
            </w:r>
          </w:p>
        </w:tc>
        <w:tc>
          <w:tcPr>
            <w:tcW w:type="dxa" w:w="1037"/>
          </w:tcPr>
          <w:p>
            <w:pPr>
              <w:spacing w:after="0"/>
              <w:jc w:val="left"/>
            </w:pPr>
            <w:r>
              <w:rPr>
                <w:sz w:val="16"/>
              </w:rPr>
              <w:t>see B1-f</w:t>
            </w:r>
          </w:p>
        </w:tc>
        <w:tc>
          <w:tcPr>
            <w:tcW w:type="dxa" w:w="1541"/>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Cold Wave</w:t>
            </w:r>
          </w:p>
        </w:tc>
        <w:tc>
          <w:tcPr>
            <w:tcW w:type="dxa" w:w="1277"/>
          </w:tcPr>
          <w:p>
            <w:pPr>
              <w:spacing w:after="0"/>
              <w:jc w:val="right"/>
            </w:pPr>
            <w:r>
              <w:rPr>
                <w:sz w:val="16"/>
              </w:rPr>
              <w:t>3.24</w:t>
            </w:r>
          </w:p>
        </w:tc>
        <w:tc>
          <w:tcPr>
            <w:tcW w:type="dxa" w:w="1300"/>
          </w:tcPr>
          <w:p>
            <w:pPr>
              <w:spacing w:after="0"/>
              <w:jc w:val="left"/>
            </w:pPr>
            <w:r>
              <w:rPr>
                <w:sz w:val="16"/>
              </w:rPr>
              <w:t>event-days per year</w:t>
            </w:r>
          </w:p>
        </w:tc>
        <w:tc>
          <w:tcPr>
            <w:tcW w:type="dxa" w:w="1633"/>
          </w:tcPr>
          <w:p>
            <w:pPr>
              <w:spacing w:after="0"/>
              <w:jc w:val="left"/>
            </w:pPr>
            <w:r>
              <w:rPr>
                <w:sz w:val="16"/>
              </w:rPr>
              <w:t>about 3.24 days per year</w:t>
            </w:r>
          </w:p>
        </w:tc>
        <w:tc>
          <w:tcPr>
            <w:tcW w:type="dxa" w:w="1037"/>
          </w:tcPr>
          <w:p>
            <w:pPr>
              <w:spacing w:after="0"/>
              <w:jc w:val="left"/>
            </w:pPr>
            <w:r>
              <w:rPr>
                <w:sz w:val="16"/>
              </w:rPr>
              <w:t>Likely</w:t>
            </w:r>
          </w:p>
        </w:tc>
        <w:tc>
          <w:tcPr>
            <w:tcW w:type="dxa" w:w="2127"/>
          </w:tcPr>
          <w:p>
            <w:pPr>
              <w:spacing w:after="0"/>
              <w:jc w:val="left"/>
            </w:pPr>
            <w:r>
              <w:rPr>
                <w:sz w:val="16"/>
              </w:rPr>
              <w:t>Storm Events event-days in 11 of 30 years, 1996 to 2025 (36.7%)</w:t>
            </w:r>
          </w:p>
        </w:tc>
        <w:tc>
          <w:tcPr>
            <w:tcW w:type="dxa" w:w="1542"/>
          </w:tcPr>
          <w:p>
            <w:pPr>
              <w:spacing w:after="0"/>
              <w:jc w:val="right"/>
            </w:pPr>
            <w:r>
              <w:rPr>
                <w:sz w:val="16"/>
              </w:rPr>
              <w:t>61.1</w:t>
            </w:r>
          </w:p>
        </w:tc>
        <w:tc>
          <w:tcPr>
            <w:tcW w:type="dxa" w:w="1582"/>
          </w:tcPr>
          <w:p>
            <w:pPr>
              <w:spacing w:after="0"/>
              <w:jc w:val="left"/>
            </w:pPr>
            <w:r>
              <w:rPr>
                <w:sz w:val="16"/>
              </w:rPr>
              <w:t>2005-11-12 to 2024-11-12 (19 years)</w:t>
            </w:r>
          </w:p>
        </w:tc>
        <w:tc>
          <w:tcPr>
            <w:tcW w:type="dxa" w:w="1037"/>
          </w:tcPr>
          <w:p>
            <w:pPr>
              <w:spacing w:after="0"/>
              <w:jc w:val="left"/>
            </w:pPr>
            <w:r>
              <w:rPr>
                <w:sz w:val="16"/>
              </w:rPr>
              <w:t>countywide</w:t>
            </w:r>
          </w:p>
        </w:tc>
        <w:tc>
          <w:tcPr>
            <w:tcW w:type="dxa" w:w="1541"/>
          </w:tcPr>
          <w:p>
            <w:pPr>
              <w:spacing w:after="0"/>
              <w:jc w:val="left"/>
            </w:pPr>
          </w:p>
        </w:tc>
      </w:tr>
      <w:tr>
        <w:trPr>
          <w:cantSplit/>
        </w:trPr>
        <w:tc>
          <w:tcPr>
            <w:tcW w:type="dxa" w:w="1037"/>
          </w:tcPr>
          <w:p>
            <w:pPr>
              <w:spacing w:after="0"/>
              <w:jc w:val="left"/>
            </w:pPr>
            <w:r>
              <w:rPr>
                <w:sz w:val="16"/>
              </w:rPr>
              <w:t>Drought</w:t>
            </w:r>
          </w:p>
        </w:tc>
        <w:tc>
          <w:tcPr>
            <w:tcW w:type="dxa" w:w="1277"/>
          </w:tcPr>
          <w:p>
            <w:pPr>
              <w:spacing w:after="0"/>
              <w:jc w:val="right"/>
            </w:pPr>
            <w:r>
              <w:rPr>
                <w:sz w:val="16"/>
              </w:rPr>
              <w:t>0</w:t>
            </w:r>
          </w:p>
        </w:tc>
        <w:tc>
          <w:tcPr>
            <w:tcW w:type="dxa" w:w="1300"/>
          </w:tcPr>
          <w:p>
            <w:pPr>
              <w:spacing w:after="0"/>
              <w:jc w:val="left"/>
            </w:pPr>
            <w:r>
              <w:rPr>
                <w:sz w:val="16"/>
              </w:rPr>
              <w:t>event-days per year</w:t>
            </w:r>
          </w:p>
        </w:tc>
        <w:tc>
          <w:tcPr>
            <w:tcW w:type="dxa" w:w="1633"/>
          </w:tcPr>
          <w:p>
            <w:pPr>
              <w:spacing w:after="0"/>
              <w:jc w:val="left"/>
            </w:pPr>
            <w:r>
              <w:rPr>
                <w:sz w:val="16"/>
              </w:rPr>
              <w:t>none modeled</w:t>
            </w:r>
          </w:p>
        </w:tc>
        <w:tc>
          <w:tcPr>
            <w:tcW w:type="dxa" w:w="1037"/>
          </w:tcPr>
          <w:p>
            <w:pPr>
              <w:spacing w:after="0"/>
              <w:jc w:val="left"/>
            </w:pPr>
          </w:p>
        </w:tc>
        <w:tc>
          <w:tcPr>
            <w:tcW w:type="dxa" w:w="2127"/>
          </w:tcPr>
          <w:p>
            <w:pPr>
              <w:spacing w:after="0"/>
              <w:jc w:val="left"/>
            </w:pPr>
            <w:r>
              <w:rPr>
                <w:sz w:val="16"/>
              </w:rPr>
              <w:t>Storm Events event-days in 0 of 30 years, 1996 to 2025 (0%)</w:t>
            </w:r>
          </w:p>
        </w:tc>
        <w:tc>
          <w:tcPr>
            <w:tcW w:type="dxa" w:w="1542"/>
          </w:tcPr>
          <w:p>
            <w:pPr>
              <w:spacing w:after="0"/>
              <w:jc w:val="right"/>
            </w:pPr>
            <w:r>
              <w:rPr>
                <w:sz w:val="16"/>
              </w:rPr>
              <w:t>0</w:t>
            </w:r>
          </w:p>
        </w:tc>
        <w:tc>
          <w:tcPr>
            <w:tcW w:type="dxa" w:w="1582"/>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541"/>
          </w:tcPr>
          <w:p>
            <w:pPr>
              <w:spacing w:after="0"/>
              <w:jc w:val="left"/>
            </w:pPr>
            <w:r>
              <w:rPr>
                <w:sz w:val="16"/>
              </w:rPr>
              <w:t>No Storm Events drought record, 1996 to 2025</w:t>
            </w:r>
          </w:p>
        </w:tc>
      </w:tr>
      <w:tr>
        <w:trPr>
          <w:cantSplit/>
        </w:trPr>
        <w:tc>
          <w:tcPr>
            <w:tcW w:type="dxa" w:w="1037"/>
          </w:tcPr>
          <w:p>
            <w:pPr>
              <w:spacing w:after="0"/>
              <w:jc w:val="left"/>
            </w:pPr>
            <w:r>
              <w:rPr>
                <w:sz w:val="16"/>
              </w:rPr>
              <w:t>Earthquake</w:t>
            </w:r>
          </w:p>
        </w:tc>
        <w:tc>
          <w:tcPr>
            <w:tcW w:type="dxa" w:w="1277"/>
          </w:tcPr>
          <w:p>
            <w:pPr>
              <w:spacing w:after="0"/>
              <w:jc w:val="right"/>
            </w:pPr>
            <w:r>
              <w:rPr>
                <w:sz w:val="16"/>
              </w:rPr>
              <w:t>0.00241</w:t>
            </w:r>
          </w:p>
        </w:tc>
        <w:tc>
          <w:tcPr>
            <w:tcW w:type="dxa" w:w="1300"/>
          </w:tcPr>
          <w:p>
            <w:pPr>
              <w:spacing w:after="0"/>
              <w:jc w:val="left"/>
            </w:pPr>
            <w:r>
              <w:rPr>
                <w:sz w:val="16"/>
              </w:rPr>
              <w:t>annual probability at a location</w:t>
            </w:r>
          </w:p>
        </w:tc>
        <w:tc>
          <w:tcPr>
            <w:tcW w:type="dxa" w:w="1633"/>
          </w:tcPr>
          <w:p>
            <w:pPr>
              <w:spacing w:after="0"/>
              <w:jc w:val="left"/>
            </w:pPr>
            <w:r>
              <w:rPr>
                <w:sz w:val="16"/>
              </w:rPr>
              <w:t>chance a given location in the county has at least minor-damage shaking in a year: 0.241%</w:t>
            </w:r>
          </w:p>
        </w:tc>
        <w:tc>
          <w:tcPr>
            <w:tcW w:type="dxa" w:w="1037"/>
          </w:tcPr>
          <w:p>
            <w:pPr>
              <w:spacing w:after="0"/>
              <w:jc w:val="left"/>
            </w:pPr>
          </w:p>
        </w:tc>
        <w:tc>
          <w:tcPr>
            <w:tcW w:type="dxa" w:w="2127"/>
          </w:tcPr>
          <w:p>
            <w:pPr>
              <w:spacing w:after="0"/>
              <w:jc w:val="left"/>
            </w:pPr>
          </w:p>
        </w:tc>
        <w:tc>
          <w:tcPr>
            <w:tcW w:type="dxa" w:w="1542"/>
          </w:tcPr>
          <w:p>
            <w:pPr>
              <w:spacing w:after="0"/>
              <w:jc w:val="right"/>
            </w:pPr>
            <w:r>
              <w:rPr>
                <w:sz w:val="16"/>
              </w:rPr>
              <w:t>not shown</w:t>
            </w:r>
          </w:p>
        </w:tc>
        <w:tc>
          <w:tcPr>
            <w:tcW w:type="dxa" w:w="1582"/>
          </w:tcPr>
          <w:p>
            <w:pPr>
              <w:spacing w:after="0"/>
              <w:jc w:val="left"/>
            </w:pPr>
            <w:r>
              <w:rPr>
                <w:sz w:val="16"/>
              </w:rPr>
              <w:t>modeled</w:t>
            </w:r>
          </w:p>
        </w:tc>
        <w:tc>
          <w:tcPr>
            <w:tcW w:type="dxa" w:w="1037"/>
          </w:tcPr>
          <w:p>
            <w:pPr>
              <w:spacing w:after="0"/>
              <w:jc w:val="left"/>
            </w:pPr>
            <w:r>
              <w:rPr>
                <w:sz w:val="16"/>
              </w:rPr>
              <w:t>see B1-f</w:t>
            </w:r>
          </w:p>
        </w:tc>
        <w:tc>
          <w:tcPr>
            <w:tcW w:type="dxa" w:w="1541"/>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77"/>
          </w:tcPr>
          <w:p>
            <w:pPr>
              <w:spacing w:after="0"/>
              <w:jc w:val="right"/>
            </w:pPr>
            <w:r>
              <w:rPr>
                <w:sz w:val="16"/>
              </w:rPr>
              <w:t>1.38</w:t>
            </w:r>
          </w:p>
        </w:tc>
        <w:tc>
          <w:tcPr>
            <w:tcW w:type="dxa" w:w="1300"/>
          </w:tcPr>
          <w:p>
            <w:pPr>
              <w:spacing w:after="0"/>
              <w:jc w:val="left"/>
            </w:pPr>
            <w:r>
              <w:rPr>
                <w:sz w:val="16"/>
              </w:rPr>
              <w:t>events per year</w:t>
            </w:r>
          </w:p>
        </w:tc>
        <w:tc>
          <w:tcPr>
            <w:tcW w:type="dxa" w:w="1633"/>
          </w:tcPr>
          <w:p>
            <w:pPr>
              <w:spacing w:after="0"/>
              <w:jc w:val="left"/>
            </w:pPr>
            <w:r>
              <w:rPr>
                <w:sz w:val="16"/>
              </w:rPr>
              <w:t>about 1.38 per year</w:t>
            </w:r>
          </w:p>
        </w:tc>
        <w:tc>
          <w:tcPr>
            <w:tcW w:type="dxa" w:w="1037"/>
          </w:tcPr>
          <w:p>
            <w:pPr>
              <w:spacing w:after="0"/>
              <w:jc w:val="left"/>
            </w:pPr>
            <w:r>
              <w:rPr>
                <w:sz w:val="16"/>
              </w:rPr>
              <w:t>Highly likely</w:t>
            </w:r>
          </w:p>
        </w:tc>
        <w:tc>
          <w:tcPr>
            <w:tcW w:type="dxa" w:w="2127"/>
          </w:tcPr>
          <w:p>
            <w:pPr>
              <w:spacing w:after="0"/>
              <w:jc w:val="left"/>
            </w:pPr>
            <w:r>
              <w:rPr>
                <w:sz w:val="16"/>
              </w:rPr>
              <w:t>FEMA annualized frequency (modeled)</w:t>
            </w:r>
          </w:p>
        </w:tc>
        <w:tc>
          <w:tcPr>
            <w:tcW w:type="dxa" w:w="1542"/>
          </w:tcPr>
          <w:p>
            <w:pPr>
              <w:spacing w:after="0"/>
              <w:jc w:val="right"/>
            </w:pPr>
            <w:r>
              <w:rPr>
                <w:sz w:val="16"/>
              </w:rPr>
              <w:t>52.4 (modeled)</w:t>
            </w:r>
          </w:p>
        </w:tc>
        <w:tc>
          <w:tcPr>
            <w:tcW w:type="dxa" w:w="1582"/>
          </w:tcPr>
          <w:p>
            <w:pPr>
              <w:spacing w:after="0"/>
              <w:jc w:val="left"/>
            </w:pPr>
            <w:r>
              <w:rPr>
                <w:sz w:val="16"/>
              </w:rPr>
              <w:t>1986 to 2023 (38 years)</w:t>
            </w:r>
          </w:p>
        </w:tc>
        <w:tc>
          <w:tcPr>
            <w:tcW w:type="dxa" w:w="1037"/>
          </w:tcPr>
          <w:p>
            <w:pPr>
              <w:spacing w:after="0"/>
              <w:jc w:val="left"/>
            </w:pPr>
            <w:r>
              <w:rPr>
                <w:sz w:val="16"/>
              </w:rPr>
              <w:t>countywide</w:t>
            </w:r>
          </w:p>
        </w:tc>
        <w:tc>
          <w:tcPr>
            <w:tcW w:type="dxa" w:w="1541"/>
          </w:tcPr>
          <w:p>
            <w:pPr>
              <w:spacing w:after="0"/>
              <w:jc w:val="left"/>
            </w:pPr>
          </w:p>
        </w:tc>
      </w:tr>
      <w:tr>
        <w:trPr>
          <w:cantSplit/>
        </w:trPr>
        <w:tc>
          <w:tcPr>
            <w:tcW w:type="dxa" w:w="1037"/>
          </w:tcPr>
          <w:p>
            <w:pPr>
              <w:spacing w:after="0"/>
              <w:jc w:val="left"/>
            </w:pPr>
            <w:r>
              <w:rPr>
                <w:sz w:val="16"/>
              </w:rPr>
              <w:t>Heat Wave</w:t>
            </w:r>
          </w:p>
        </w:tc>
        <w:tc>
          <w:tcPr>
            <w:tcW w:type="dxa" w:w="1277"/>
          </w:tcPr>
          <w:p>
            <w:pPr>
              <w:spacing w:after="0"/>
              <w:jc w:val="right"/>
            </w:pPr>
            <w:r>
              <w:rPr>
                <w:sz w:val="16"/>
              </w:rPr>
              <w:t>2.19</w:t>
            </w:r>
          </w:p>
        </w:tc>
        <w:tc>
          <w:tcPr>
            <w:tcW w:type="dxa" w:w="1300"/>
          </w:tcPr>
          <w:p>
            <w:pPr>
              <w:spacing w:after="0"/>
              <w:jc w:val="left"/>
            </w:pPr>
            <w:r>
              <w:rPr>
                <w:sz w:val="16"/>
              </w:rPr>
              <w:t>event-days per year</w:t>
            </w:r>
          </w:p>
        </w:tc>
        <w:tc>
          <w:tcPr>
            <w:tcW w:type="dxa" w:w="1633"/>
          </w:tcPr>
          <w:p>
            <w:pPr>
              <w:spacing w:after="0"/>
              <w:jc w:val="left"/>
            </w:pPr>
            <w:r>
              <w:rPr>
                <w:sz w:val="16"/>
              </w:rPr>
              <w:t>about 2.19 days per year</w:t>
            </w:r>
          </w:p>
        </w:tc>
        <w:tc>
          <w:tcPr>
            <w:tcW w:type="dxa" w:w="1037"/>
          </w:tcPr>
          <w:p>
            <w:pPr>
              <w:spacing w:after="0"/>
              <w:jc w:val="left"/>
            </w:pPr>
            <w:r>
              <w:rPr>
                <w:sz w:val="16"/>
              </w:rPr>
              <w:t>Likely</w:t>
            </w:r>
          </w:p>
        </w:tc>
        <w:tc>
          <w:tcPr>
            <w:tcW w:type="dxa" w:w="2127"/>
          </w:tcPr>
          <w:p>
            <w:pPr>
              <w:spacing w:after="0"/>
              <w:jc w:val="left"/>
            </w:pPr>
            <w:r>
              <w:rPr>
                <w:sz w:val="16"/>
              </w:rPr>
              <w:t>Storm Events event-days in 6 of 30 years, 1996 to 2025 (20%)</w:t>
            </w:r>
          </w:p>
        </w:tc>
        <w:tc>
          <w:tcPr>
            <w:tcW w:type="dxa" w:w="1542"/>
          </w:tcPr>
          <w:p>
            <w:pPr>
              <w:spacing w:after="0"/>
              <w:jc w:val="right"/>
            </w:pPr>
            <w:r>
              <w:rPr>
                <w:sz w:val="16"/>
              </w:rPr>
              <w:t>37.9</w:t>
            </w:r>
          </w:p>
        </w:tc>
        <w:tc>
          <w:tcPr>
            <w:tcW w:type="dxa" w:w="1582"/>
          </w:tcPr>
          <w:p>
            <w:pPr>
              <w:spacing w:after="0"/>
              <w:jc w:val="left"/>
            </w:pPr>
            <w:r>
              <w:rPr>
                <w:sz w:val="16"/>
              </w:rPr>
              <w:t>2005-11-12 to 2024-11-12 (19 years)</w:t>
            </w:r>
          </w:p>
        </w:tc>
        <w:tc>
          <w:tcPr>
            <w:tcW w:type="dxa" w:w="1037"/>
          </w:tcPr>
          <w:p>
            <w:pPr>
              <w:spacing w:after="0"/>
              <w:jc w:val="left"/>
            </w:pPr>
            <w:r>
              <w:rPr>
                <w:sz w:val="16"/>
              </w:rPr>
              <w:t>countywide</w:t>
            </w:r>
          </w:p>
        </w:tc>
        <w:tc>
          <w:tcPr>
            <w:tcW w:type="dxa" w:w="1541"/>
          </w:tcPr>
          <w:p>
            <w:pPr>
              <w:spacing w:after="0"/>
              <w:jc w:val="left"/>
            </w:pPr>
          </w:p>
        </w:tc>
      </w:tr>
      <w:tr>
        <w:trPr>
          <w:cantSplit/>
        </w:trPr>
        <w:tc>
          <w:tcPr>
            <w:tcW w:type="dxa" w:w="1037"/>
          </w:tcPr>
          <w:p>
            <w:pPr>
              <w:spacing w:after="0"/>
              <w:jc w:val="left"/>
            </w:pPr>
            <w:r>
              <w:rPr>
                <w:sz w:val="16"/>
              </w:rPr>
              <w:t>Hurricane</w:t>
            </w:r>
          </w:p>
        </w:tc>
        <w:tc>
          <w:tcPr>
            <w:tcW w:type="dxa" w:w="1277"/>
          </w:tcPr>
          <w:p>
            <w:pPr>
              <w:spacing w:after="0"/>
              <w:jc w:val="right"/>
            </w:pPr>
            <w:r>
              <w:rPr>
                <w:sz w:val="16"/>
              </w:rPr>
              <w:t>0.0355</w:t>
            </w:r>
          </w:p>
        </w:tc>
        <w:tc>
          <w:tcPr>
            <w:tcW w:type="dxa" w:w="1300"/>
          </w:tcPr>
          <w:p>
            <w:pPr>
              <w:spacing w:after="0"/>
              <w:jc w:val="left"/>
            </w:pPr>
            <w:r>
              <w:rPr>
                <w:sz w:val="16"/>
              </w:rPr>
              <w:t>events per year</w:t>
            </w:r>
          </w:p>
        </w:tc>
        <w:tc>
          <w:tcPr>
            <w:tcW w:type="dxa" w:w="1633"/>
          </w:tcPr>
          <w:p>
            <w:pPr>
              <w:spacing w:after="0"/>
              <w:jc w:val="left"/>
            </w:pPr>
            <w:r>
              <w:rPr>
                <w:sz w:val="16"/>
              </w:rPr>
              <w:t>about 1 in 28 years</w:t>
            </w:r>
          </w:p>
        </w:tc>
        <w:tc>
          <w:tcPr>
            <w:tcW w:type="dxa" w:w="1037"/>
          </w:tcPr>
          <w:p>
            <w:pPr>
              <w:spacing w:after="0"/>
              <w:jc w:val="left"/>
            </w:pPr>
            <w:r>
              <w:rPr>
                <w:sz w:val="16"/>
              </w:rPr>
              <w:t>Possible</w:t>
            </w:r>
          </w:p>
        </w:tc>
        <w:tc>
          <w:tcPr>
            <w:tcW w:type="dxa" w:w="2127"/>
          </w:tcPr>
          <w:p>
            <w:pPr>
              <w:spacing w:after="0"/>
              <w:jc w:val="left"/>
            </w:pPr>
            <w:r>
              <w:rPr>
                <w:sz w:val="16"/>
              </w:rPr>
              <w:t>FEMA annualized frequency (modeled)</w:t>
            </w:r>
          </w:p>
        </w:tc>
        <w:tc>
          <w:tcPr>
            <w:tcW w:type="dxa" w:w="1542"/>
          </w:tcPr>
          <w:p>
            <w:pPr>
              <w:spacing w:after="0"/>
              <w:jc w:val="right"/>
            </w:pPr>
            <w:r>
              <w:rPr>
                <w:sz w:val="16"/>
              </w:rPr>
              <w:t>10</w:t>
            </w:r>
          </w:p>
        </w:tc>
        <w:tc>
          <w:tcPr>
            <w:tcW w:type="dxa" w:w="1582"/>
          </w:tcPr>
          <w:p>
            <w:pPr>
              <w:spacing w:after="0"/>
              <w:jc w:val="left"/>
            </w:pPr>
            <w:r>
              <w:rPr>
                <w:sz w:val="16"/>
              </w:rPr>
              <w:t>1851 to 2024 (Atlantic)</w:t>
            </w:r>
          </w:p>
        </w:tc>
        <w:tc>
          <w:tcPr>
            <w:tcW w:type="dxa" w:w="1037"/>
          </w:tcPr>
          <w:p>
            <w:pPr>
              <w:spacing w:after="0"/>
              <w:jc w:val="left"/>
            </w:pPr>
            <w:r>
              <w:rPr>
                <w:sz w:val="16"/>
              </w:rPr>
              <w:t>see B1-f</w:t>
            </w:r>
          </w:p>
        </w:tc>
        <w:tc>
          <w:tcPr>
            <w:tcW w:type="dxa" w:w="1541"/>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77"/>
          </w:tcPr>
          <w:p>
            <w:pPr>
              <w:spacing w:after="0"/>
              <w:jc w:val="right"/>
            </w:pPr>
            <w:r>
              <w:rPr>
                <w:sz w:val="16"/>
              </w:rPr>
              <w:t>0.325</w:t>
            </w:r>
          </w:p>
        </w:tc>
        <w:tc>
          <w:tcPr>
            <w:tcW w:type="dxa" w:w="1300"/>
          </w:tcPr>
          <w:p>
            <w:pPr>
              <w:spacing w:after="0"/>
              <w:jc w:val="left"/>
            </w:pPr>
            <w:r>
              <w:rPr>
                <w:sz w:val="16"/>
              </w:rPr>
              <w:t>event-days per year</w:t>
            </w:r>
          </w:p>
        </w:tc>
        <w:tc>
          <w:tcPr>
            <w:tcW w:type="dxa" w:w="1633"/>
          </w:tcPr>
          <w:p>
            <w:pPr>
              <w:spacing w:after="0"/>
              <w:jc w:val="left"/>
            </w:pPr>
            <w:r>
              <w:rPr>
                <w:sz w:val="16"/>
              </w:rPr>
              <w:t>about 0.325 days per year</w:t>
            </w:r>
          </w:p>
        </w:tc>
        <w:tc>
          <w:tcPr>
            <w:tcW w:type="dxa" w:w="1037"/>
          </w:tcPr>
          <w:p>
            <w:pPr>
              <w:spacing w:after="0"/>
              <w:jc w:val="left"/>
            </w:pPr>
            <w:r>
              <w:rPr>
                <w:sz w:val="16"/>
              </w:rPr>
              <w:t>Possible</w:t>
            </w:r>
          </w:p>
        </w:tc>
        <w:tc>
          <w:tcPr>
            <w:tcW w:type="dxa" w:w="2127"/>
          </w:tcPr>
          <w:p>
            <w:pPr>
              <w:spacing w:after="0"/>
              <w:jc w:val="left"/>
            </w:pPr>
            <w:r>
              <w:rPr>
                <w:sz w:val="16"/>
              </w:rPr>
              <w:t>Storm Events event-days in 2 of 30 years, 1996 to 2025 (6.67%)</w:t>
            </w:r>
          </w:p>
        </w:tc>
        <w:tc>
          <w:tcPr>
            <w:tcW w:type="dxa" w:w="1542"/>
          </w:tcPr>
          <w:p>
            <w:pPr>
              <w:spacing w:after="0"/>
              <w:jc w:val="right"/>
            </w:pPr>
            <w:r>
              <w:rPr>
                <w:sz w:val="16"/>
              </w:rPr>
              <w:t>22</w:t>
            </w:r>
          </w:p>
        </w:tc>
        <w:tc>
          <w:tcPr>
            <w:tcW w:type="dxa" w:w="1582"/>
          </w:tcPr>
          <w:p>
            <w:pPr>
              <w:spacing w:after="0"/>
              <w:jc w:val="left"/>
            </w:pPr>
            <w:r>
              <w:rPr>
                <w:sz w:val="16"/>
              </w:rPr>
              <w:t>1946-12-31 to 2014-02-12 (67 years)</w:t>
            </w:r>
          </w:p>
        </w:tc>
        <w:tc>
          <w:tcPr>
            <w:tcW w:type="dxa" w:w="1037"/>
          </w:tcPr>
          <w:p>
            <w:pPr>
              <w:spacing w:after="0"/>
              <w:jc w:val="left"/>
            </w:pPr>
            <w:r>
              <w:rPr>
                <w:sz w:val="16"/>
              </w:rPr>
              <w:t>countywide</w:t>
            </w:r>
          </w:p>
        </w:tc>
        <w:tc>
          <w:tcPr>
            <w:tcW w:type="dxa" w:w="1541"/>
          </w:tcPr>
          <w:p>
            <w:pPr>
              <w:spacing w:after="0"/>
              <w:jc w:val="left"/>
            </w:pPr>
          </w:p>
        </w:tc>
      </w:tr>
      <w:tr>
        <w:trPr>
          <w:cantSplit/>
        </w:trPr>
        <w:tc>
          <w:tcPr>
            <w:tcW w:type="dxa" w:w="1037"/>
          </w:tcPr>
          <w:p>
            <w:pPr>
              <w:spacing w:after="0"/>
              <w:jc w:val="left"/>
            </w:pPr>
            <w:r>
              <w:rPr>
                <w:sz w:val="16"/>
              </w:rPr>
              <w:t>Inland Flooding</w:t>
            </w:r>
          </w:p>
        </w:tc>
        <w:tc>
          <w:tcPr>
            <w:tcW w:type="dxa" w:w="1277"/>
          </w:tcPr>
          <w:p>
            <w:pPr>
              <w:spacing w:after="0"/>
              <w:jc w:val="right"/>
            </w:pPr>
            <w:r>
              <w:rPr>
                <w:sz w:val="16"/>
              </w:rPr>
              <w:t>2.21</w:t>
            </w:r>
          </w:p>
        </w:tc>
        <w:tc>
          <w:tcPr>
            <w:tcW w:type="dxa" w:w="1300"/>
          </w:tcPr>
          <w:p>
            <w:pPr>
              <w:spacing w:after="0"/>
              <w:jc w:val="left"/>
            </w:pPr>
            <w:r>
              <w:rPr>
                <w:sz w:val="16"/>
              </w:rPr>
              <w:t>event-days per year</w:t>
            </w:r>
          </w:p>
        </w:tc>
        <w:tc>
          <w:tcPr>
            <w:tcW w:type="dxa" w:w="1633"/>
          </w:tcPr>
          <w:p>
            <w:pPr>
              <w:spacing w:after="0"/>
              <w:jc w:val="left"/>
            </w:pPr>
            <w:r>
              <w:rPr>
                <w:sz w:val="16"/>
              </w:rPr>
              <w:t>about 2.21 days per year</w:t>
            </w:r>
          </w:p>
        </w:tc>
        <w:tc>
          <w:tcPr>
            <w:tcW w:type="dxa" w:w="1037"/>
          </w:tcPr>
          <w:p>
            <w:pPr>
              <w:spacing w:after="0"/>
              <w:jc w:val="left"/>
            </w:pPr>
            <w:r>
              <w:rPr>
                <w:sz w:val="16"/>
              </w:rPr>
              <w:t>Highly likely</w:t>
            </w:r>
          </w:p>
        </w:tc>
        <w:tc>
          <w:tcPr>
            <w:tcW w:type="dxa" w:w="2127"/>
          </w:tcPr>
          <w:p>
            <w:pPr>
              <w:spacing w:after="0"/>
              <w:jc w:val="left"/>
            </w:pPr>
            <w:r>
              <w:rPr>
                <w:sz w:val="16"/>
              </w:rPr>
              <w:t>Storm Events event-days in 28 of 30 years, 1996 to 2025 (93.3%)</w:t>
            </w:r>
          </w:p>
        </w:tc>
        <w:tc>
          <w:tcPr>
            <w:tcW w:type="dxa" w:w="1542"/>
          </w:tcPr>
          <w:p>
            <w:pPr>
              <w:spacing w:after="0"/>
              <w:jc w:val="right"/>
            </w:pPr>
            <w:r>
              <w:rPr>
                <w:sz w:val="16"/>
              </w:rPr>
              <w:t>62</w:t>
            </w:r>
          </w:p>
        </w:tc>
        <w:tc>
          <w:tcPr>
            <w:tcW w:type="dxa" w:w="1582"/>
          </w:tcPr>
          <w:p>
            <w:pPr>
              <w:spacing w:after="0"/>
              <w:jc w:val="left"/>
            </w:pPr>
            <w:r>
              <w:rPr>
                <w:sz w:val="16"/>
              </w:rPr>
              <w:t>1996 to 2023 (28 years)</w:t>
            </w:r>
          </w:p>
        </w:tc>
        <w:tc>
          <w:tcPr>
            <w:tcW w:type="dxa" w:w="1037"/>
          </w:tcPr>
          <w:p>
            <w:pPr>
              <w:spacing w:after="0"/>
              <w:jc w:val="left"/>
            </w:pPr>
            <w:r>
              <w:rPr>
                <w:sz w:val="16"/>
              </w:rPr>
              <w:t>see B1-f</w:t>
            </w:r>
          </w:p>
        </w:tc>
        <w:tc>
          <w:tcPr>
            <w:tcW w:type="dxa" w:w="1541"/>
          </w:tcPr>
          <w:p>
            <w:pPr>
              <w:spacing w:after="0"/>
              <w:jc w:val="left"/>
            </w:pPr>
          </w:p>
        </w:tc>
      </w:tr>
      <w:tr>
        <w:trPr>
          <w:cantSplit/>
        </w:trPr>
        <w:tc>
          <w:tcPr>
            <w:tcW w:type="dxa" w:w="1037"/>
          </w:tcPr>
          <w:p>
            <w:pPr>
              <w:spacing w:after="0"/>
              <w:jc w:val="left"/>
            </w:pPr>
            <w:r>
              <w:rPr>
                <w:sz w:val="16"/>
              </w:rPr>
              <w:t>Landslide</w:t>
            </w:r>
          </w:p>
        </w:tc>
        <w:tc>
          <w:tcPr>
            <w:tcW w:type="dxa" w:w="1277"/>
          </w:tcPr>
          <w:p>
            <w:pPr>
              <w:spacing w:after="0"/>
              <w:jc w:val="right"/>
            </w:pPr>
            <w:r>
              <w:rPr>
                <w:sz w:val="16"/>
              </w:rPr>
              <w:t>0.853</w:t>
            </w:r>
          </w:p>
        </w:tc>
        <w:tc>
          <w:tcPr>
            <w:tcW w:type="dxa" w:w="1300"/>
          </w:tcPr>
          <w:p>
            <w:pPr>
              <w:spacing w:after="0"/>
              <w:jc w:val="left"/>
            </w:pPr>
            <w:r>
              <w:rPr>
                <w:sz w:val="16"/>
              </w:rPr>
              <w:t>events per year (modeled)</w:t>
            </w:r>
          </w:p>
        </w:tc>
        <w:tc>
          <w:tcPr>
            <w:tcW w:type="dxa" w:w="1633"/>
          </w:tcPr>
          <w:p>
            <w:pPr>
              <w:spacing w:after="0"/>
              <w:jc w:val="left"/>
            </w:pPr>
            <w:r>
              <w:rPr>
                <w:sz w:val="16"/>
              </w:rPr>
              <w:t>about 0.85 per year</w:t>
            </w:r>
          </w:p>
        </w:tc>
        <w:tc>
          <w:tcPr>
            <w:tcW w:type="dxa" w:w="1037"/>
          </w:tcPr>
          <w:p>
            <w:pPr>
              <w:spacing w:after="0"/>
              <w:jc w:val="left"/>
            </w:pPr>
            <w:r>
              <w:rPr>
                <w:sz w:val="16"/>
              </w:rPr>
              <w:t>Likely</w:t>
            </w:r>
          </w:p>
        </w:tc>
        <w:tc>
          <w:tcPr>
            <w:tcW w:type="dxa" w:w="2127"/>
          </w:tcPr>
          <w:p>
            <w:pPr>
              <w:spacing w:after="0"/>
              <w:jc w:val="left"/>
            </w:pPr>
            <w:r>
              <w:rPr>
                <w:sz w:val="16"/>
              </w:rPr>
              <w:t>FEMA annualized frequency (modeled)</w:t>
            </w:r>
          </w:p>
        </w:tc>
        <w:tc>
          <w:tcPr>
            <w:tcW w:type="dxa" w:w="1542"/>
          </w:tcPr>
          <w:p>
            <w:pPr>
              <w:spacing w:after="0"/>
              <w:jc w:val="right"/>
            </w:pPr>
            <w:r>
              <w:rPr>
                <w:sz w:val="16"/>
              </w:rPr>
              <w:t>not shown</w:t>
            </w:r>
          </w:p>
        </w:tc>
        <w:tc>
          <w:tcPr>
            <w:tcW w:type="dxa" w:w="1582"/>
          </w:tcPr>
          <w:p>
            <w:pPr>
              <w:spacing w:after="0"/>
              <w:jc w:val="left"/>
            </w:pPr>
            <w:r>
              <w:rPr>
                <w:sz w:val="16"/>
              </w:rPr>
              <w:t>modeled</w:t>
            </w:r>
          </w:p>
        </w:tc>
        <w:tc>
          <w:tcPr>
            <w:tcW w:type="dxa" w:w="1037"/>
          </w:tcPr>
          <w:p>
            <w:pPr>
              <w:spacing w:after="0"/>
              <w:jc w:val="left"/>
            </w:pPr>
            <w:r>
              <w:rPr>
                <w:sz w:val="16"/>
              </w:rPr>
              <w:t>see B1-f</w:t>
            </w:r>
          </w:p>
        </w:tc>
        <w:tc>
          <w:tcPr>
            <w:tcW w:type="dxa" w:w="1541"/>
          </w:tcPr>
          <w:p>
            <w:pPr>
              <w:spacing w:after="0"/>
              <w:jc w:val="left"/>
            </w:pPr>
          </w:p>
        </w:tc>
      </w:tr>
      <w:tr>
        <w:trPr>
          <w:cantSplit/>
        </w:trPr>
        <w:tc>
          <w:tcPr>
            <w:tcW w:type="dxa" w:w="1037"/>
          </w:tcPr>
          <w:p>
            <w:pPr>
              <w:spacing w:after="0"/>
              <w:jc w:val="left"/>
            </w:pPr>
            <w:r>
              <w:rPr>
                <w:sz w:val="16"/>
              </w:rPr>
              <w:t>Lightning</w:t>
            </w:r>
          </w:p>
        </w:tc>
        <w:tc>
          <w:tcPr>
            <w:tcW w:type="dxa" w:w="1277"/>
          </w:tcPr>
          <w:p>
            <w:pPr>
              <w:spacing w:after="0"/>
              <w:jc w:val="right"/>
            </w:pPr>
            <w:r>
              <w:rPr>
                <w:sz w:val="16"/>
              </w:rPr>
              <w:t>22.9</w:t>
            </w:r>
          </w:p>
        </w:tc>
        <w:tc>
          <w:tcPr>
            <w:tcW w:type="dxa" w:w="1300"/>
          </w:tcPr>
          <w:p>
            <w:pPr>
              <w:spacing w:after="0"/>
              <w:jc w:val="left"/>
            </w:pPr>
            <w:r>
              <w:rPr>
                <w:sz w:val="16"/>
              </w:rPr>
              <w:t>days per year with a strike</w:t>
            </w:r>
          </w:p>
        </w:tc>
        <w:tc>
          <w:tcPr>
            <w:tcW w:type="dxa" w:w="1633"/>
          </w:tcPr>
          <w:p>
            <w:pPr>
              <w:spacing w:after="0"/>
              <w:jc w:val="left"/>
            </w:pPr>
            <w:r>
              <w:rPr>
                <w:sz w:val="16"/>
              </w:rPr>
              <w:t>about 22.9 days per year</w:t>
            </w:r>
          </w:p>
        </w:tc>
        <w:tc>
          <w:tcPr>
            <w:tcW w:type="dxa" w:w="1037"/>
          </w:tcPr>
          <w:p>
            <w:pPr>
              <w:spacing w:after="0"/>
              <w:jc w:val="left"/>
            </w:pPr>
            <w:r>
              <w:rPr>
                <w:sz w:val="16"/>
              </w:rPr>
              <w:t>Highly likely</w:t>
            </w:r>
          </w:p>
        </w:tc>
        <w:tc>
          <w:tcPr>
            <w:tcW w:type="dxa" w:w="2127"/>
          </w:tcPr>
          <w:p>
            <w:pPr>
              <w:spacing w:after="0"/>
              <w:jc w:val="left"/>
            </w:pPr>
            <w:r>
              <w:rPr>
                <w:sz w:val="16"/>
              </w:rPr>
              <w:t>FEMA annualized frequency (modeled)</w:t>
            </w:r>
          </w:p>
        </w:tc>
        <w:tc>
          <w:tcPr>
            <w:tcW w:type="dxa" w:w="1542"/>
          </w:tcPr>
          <w:p>
            <w:pPr>
              <w:spacing w:after="0"/>
              <w:jc w:val="right"/>
            </w:pPr>
            <w:r>
              <w:rPr>
                <w:sz w:val="16"/>
              </w:rPr>
              <w:t>not shown</w:t>
            </w:r>
          </w:p>
        </w:tc>
        <w:tc>
          <w:tcPr>
            <w:tcW w:type="dxa" w:w="1582"/>
          </w:tcPr>
          <w:p>
            <w:pPr>
              <w:spacing w:after="0"/>
              <w:jc w:val="left"/>
            </w:pPr>
            <w:r>
              <w:rPr>
                <w:sz w:val="16"/>
              </w:rPr>
              <w:t>1995 to 2023 (29 years; CONUS)</w:t>
            </w:r>
          </w:p>
        </w:tc>
        <w:tc>
          <w:tcPr>
            <w:tcW w:type="dxa" w:w="1037"/>
          </w:tcPr>
          <w:p>
            <w:pPr>
              <w:spacing w:after="0"/>
              <w:jc w:val="left"/>
            </w:pPr>
            <w:r>
              <w:rPr>
                <w:sz w:val="16"/>
              </w:rPr>
              <w:t>countywide</w:t>
            </w:r>
          </w:p>
        </w:tc>
        <w:tc>
          <w:tcPr>
            <w:tcW w:type="dxa" w:w="1541"/>
          </w:tcPr>
          <w:p>
            <w:pPr>
              <w:spacing w:after="0"/>
              <w:jc w:val="left"/>
            </w:pPr>
          </w:p>
        </w:tc>
      </w:tr>
      <w:tr>
        <w:trPr>
          <w:cantSplit/>
        </w:trPr>
        <w:tc>
          <w:tcPr>
            <w:tcW w:type="dxa" w:w="1037"/>
          </w:tcPr>
          <w:p>
            <w:pPr>
              <w:spacing w:after="0"/>
              <w:jc w:val="left"/>
            </w:pPr>
            <w:r>
              <w:rPr>
                <w:sz w:val="16"/>
              </w:rPr>
              <w:t>Strong Wind</w:t>
            </w:r>
          </w:p>
        </w:tc>
        <w:tc>
          <w:tcPr>
            <w:tcW w:type="dxa" w:w="1277"/>
          </w:tcPr>
          <w:p>
            <w:pPr>
              <w:spacing w:after="0"/>
              <w:jc w:val="right"/>
            </w:pPr>
            <w:r>
              <w:rPr>
                <w:sz w:val="16"/>
              </w:rPr>
              <w:t>0.945</w:t>
            </w:r>
          </w:p>
        </w:tc>
        <w:tc>
          <w:tcPr>
            <w:tcW w:type="dxa" w:w="1300"/>
          </w:tcPr>
          <w:p>
            <w:pPr>
              <w:spacing w:after="0"/>
              <w:jc w:val="left"/>
            </w:pPr>
            <w:r>
              <w:rPr>
                <w:sz w:val="16"/>
              </w:rPr>
              <w:t>events per year</w:t>
            </w:r>
          </w:p>
        </w:tc>
        <w:tc>
          <w:tcPr>
            <w:tcW w:type="dxa" w:w="1633"/>
          </w:tcPr>
          <w:p>
            <w:pPr>
              <w:spacing w:after="0"/>
              <w:jc w:val="left"/>
            </w:pPr>
            <w:r>
              <w:rPr>
                <w:sz w:val="16"/>
              </w:rPr>
              <w:t>about 0.94 per year</w:t>
            </w:r>
          </w:p>
        </w:tc>
        <w:tc>
          <w:tcPr>
            <w:tcW w:type="dxa" w:w="1037"/>
          </w:tcPr>
          <w:p>
            <w:pPr>
              <w:spacing w:after="0"/>
              <w:jc w:val="left"/>
            </w:pPr>
            <w:r>
              <w:rPr>
                <w:sz w:val="16"/>
              </w:rPr>
              <w:t>Likely</w:t>
            </w:r>
          </w:p>
        </w:tc>
        <w:tc>
          <w:tcPr>
            <w:tcW w:type="dxa" w:w="2127"/>
          </w:tcPr>
          <w:p>
            <w:pPr>
              <w:spacing w:after="0"/>
              <w:jc w:val="left"/>
            </w:pPr>
            <w:r>
              <w:rPr>
                <w:sz w:val="16"/>
              </w:rPr>
              <w:t>FEMA annualized frequency (modeled)</w:t>
            </w:r>
          </w:p>
        </w:tc>
        <w:tc>
          <w:tcPr>
            <w:tcW w:type="dxa" w:w="1542"/>
          </w:tcPr>
          <w:p>
            <w:pPr>
              <w:spacing w:after="0"/>
              <w:jc w:val="right"/>
            </w:pPr>
            <w:r>
              <w:rPr>
                <w:sz w:val="16"/>
              </w:rPr>
              <w:t>36</w:t>
            </w:r>
          </w:p>
        </w:tc>
        <w:tc>
          <w:tcPr>
            <w:tcW w:type="dxa" w:w="1582"/>
          </w:tcPr>
          <w:p>
            <w:pPr>
              <w:spacing w:after="0"/>
              <w:jc w:val="left"/>
            </w:pPr>
            <w:r>
              <w:rPr>
                <w:sz w:val="16"/>
              </w:rPr>
              <w:t>1986 to 2023 (38 years)</w:t>
            </w:r>
          </w:p>
        </w:tc>
        <w:tc>
          <w:tcPr>
            <w:tcW w:type="dxa" w:w="1037"/>
          </w:tcPr>
          <w:p>
            <w:pPr>
              <w:spacing w:after="0"/>
              <w:jc w:val="left"/>
            </w:pPr>
            <w:r>
              <w:rPr>
                <w:sz w:val="16"/>
              </w:rPr>
              <w:t>countywide</w:t>
            </w:r>
          </w:p>
        </w:tc>
        <w:tc>
          <w:tcPr>
            <w:tcW w:type="dxa" w:w="1541"/>
          </w:tcPr>
          <w:p>
            <w:pPr>
              <w:spacing w:after="0"/>
              <w:jc w:val="left"/>
            </w:pPr>
          </w:p>
        </w:tc>
      </w:tr>
      <w:tr>
        <w:trPr>
          <w:cantSplit/>
        </w:trPr>
        <w:tc>
          <w:tcPr>
            <w:tcW w:type="dxa" w:w="1037"/>
          </w:tcPr>
          <w:p>
            <w:pPr>
              <w:spacing w:after="0"/>
              <w:jc w:val="left"/>
            </w:pPr>
            <w:r>
              <w:rPr>
                <w:sz w:val="16"/>
              </w:rPr>
              <w:t>Tornado</w:t>
            </w:r>
          </w:p>
        </w:tc>
        <w:tc>
          <w:tcPr>
            <w:tcW w:type="dxa" w:w="1277"/>
          </w:tcPr>
          <w:p>
            <w:pPr>
              <w:spacing w:after="0"/>
              <w:jc w:val="right"/>
            </w:pPr>
            <w:r>
              <w:rPr>
                <w:sz w:val="16"/>
              </w:rPr>
              <w:t>0.0545</w:t>
            </w:r>
          </w:p>
        </w:tc>
        <w:tc>
          <w:tcPr>
            <w:tcW w:type="dxa" w:w="1300"/>
          </w:tcPr>
          <w:p>
            <w:pPr>
              <w:spacing w:after="0"/>
              <w:jc w:val="left"/>
            </w:pPr>
            <w:r>
              <w:rPr>
                <w:sz w:val="16"/>
              </w:rPr>
              <w:t>events per year</w:t>
            </w:r>
          </w:p>
        </w:tc>
        <w:tc>
          <w:tcPr>
            <w:tcW w:type="dxa" w:w="1633"/>
          </w:tcPr>
          <w:p>
            <w:pPr>
              <w:spacing w:after="0"/>
              <w:jc w:val="left"/>
            </w:pPr>
            <w:r>
              <w:rPr>
                <w:sz w:val="16"/>
              </w:rPr>
              <w:t>about 1 in 18 years</w:t>
            </w:r>
          </w:p>
        </w:tc>
        <w:tc>
          <w:tcPr>
            <w:tcW w:type="dxa" w:w="1037"/>
          </w:tcPr>
          <w:p>
            <w:pPr>
              <w:spacing w:after="0"/>
              <w:jc w:val="left"/>
            </w:pPr>
            <w:r>
              <w:rPr>
                <w:sz w:val="16"/>
              </w:rPr>
              <w:t>Possible</w:t>
            </w:r>
          </w:p>
        </w:tc>
        <w:tc>
          <w:tcPr>
            <w:tcW w:type="dxa" w:w="2127"/>
          </w:tcPr>
          <w:p>
            <w:pPr>
              <w:spacing w:after="0"/>
              <w:jc w:val="left"/>
            </w:pPr>
            <w:r>
              <w:rPr>
                <w:sz w:val="16"/>
              </w:rPr>
              <w:t>FEMA annualized frequency (modeled)</w:t>
            </w:r>
          </w:p>
        </w:tc>
        <w:tc>
          <w:tcPr>
            <w:tcW w:type="dxa" w:w="1542"/>
          </w:tcPr>
          <w:p>
            <w:pPr>
              <w:spacing w:after="0"/>
              <w:jc w:val="right"/>
            </w:pPr>
            <w:r>
              <w:rPr>
                <w:sz w:val="16"/>
              </w:rPr>
              <w:t>not shown</w:t>
            </w:r>
          </w:p>
        </w:tc>
        <w:tc>
          <w:tcPr>
            <w:tcW w:type="dxa" w:w="1582"/>
          </w:tcPr>
          <w:p>
            <w:pPr>
              <w:spacing w:after="0"/>
              <w:jc w:val="left"/>
            </w:pPr>
            <w:r>
              <w:rPr>
                <w:sz w:val="16"/>
              </w:rPr>
              <w:t>1950 to 2023 (EF2+); 1986 to 2023 (EF0-1)</w:t>
            </w:r>
          </w:p>
        </w:tc>
        <w:tc>
          <w:tcPr>
            <w:tcW w:type="dxa" w:w="1037"/>
          </w:tcPr>
          <w:p>
            <w:pPr>
              <w:spacing w:after="0"/>
              <w:jc w:val="left"/>
            </w:pPr>
            <w:r>
              <w:rPr>
                <w:sz w:val="16"/>
              </w:rPr>
              <w:t>see B1-f</w:t>
            </w:r>
          </w:p>
        </w:tc>
        <w:tc>
          <w:tcPr>
            <w:tcW w:type="dxa" w:w="1541"/>
          </w:tcPr>
          <w:p>
            <w:pPr>
              <w:spacing w:after="0"/>
              <w:jc w:val="left"/>
            </w:pPr>
          </w:p>
        </w:tc>
      </w:tr>
      <w:tr>
        <w:trPr>
          <w:cantSplit/>
        </w:trPr>
        <w:tc>
          <w:tcPr>
            <w:tcW w:type="dxa" w:w="1037"/>
          </w:tcPr>
          <w:p>
            <w:pPr>
              <w:spacing w:after="0"/>
              <w:jc w:val="left"/>
            </w:pPr>
            <w:r>
              <w:rPr>
                <w:sz w:val="16"/>
              </w:rPr>
              <w:t>Wildfire</w:t>
            </w:r>
          </w:p>
        </w:tc>
        <w:tc>
          <w:tcPr>
            <w:tcW w:type="dxa" w:w="1277"/>
          </w:tcPr>
          <w:p>
            <w:pPr>
              <w:spacing w:after="0"/>
              <w:jc w:val="right"/>
            </w:pPr>
            <w:r>
              <w:rPr>
                <w:sz w:val="16"/>
              </w:rPr>
              <w:t>0.0000964</w:t>
            </w:r>
          </w:p>
        </w:tc>
        <w:tc>
          <w:tcPr>
            <w:tcW w:type="dxa" w:w="1300"/>
          </w:tcPr>
          <w:p>
            <w:pPr>
              <w:spacing w:after="0"/>
              <w:jc w:val="left"/>
            </w:pPr>
            <w:r>
              <w:rPr>
                <w:sz w:val="16"/>
              </w:rPr>
              <w:t>annual probability at a location</w:t>
            </w:r>
          </w:p>
        </w:tc>
        <w:tc>
          <w:tcPr>
            <w:tcW w:type="dxa" w:w="1633"/>
          </w:tcPr>
          <w:p>
            <w:pPr>
              <w:spacing w:after="0"/>
              <w:jc w:val="left"/>
            </w:pPr>
            <w:r>
              <w:rPr>
                <w:sz w:val="16"/>
              </w:rPr>
              <w:t>chance a given location in the county burns in a year: 0.00964%</w:t>
            </w:r>
          </w:p>
        </w:tc>
        <w:tc>
          <w:tcPr>
            <w:tcW w:type="dxa" w:w="1037"/>
          </w:tcPr>
          <w:p>
            <w:pPr>
              <w:spacing w:after="0"/>
              <w:jc w:val="left"/>
            </w:pPr>
          </w:p>
        </w:tc>
        <w:tc>
          <w:tcPr>
            <w:tcW w:type="dxa" w:w="2127"/>
          </w:tcPr>
          <w:p>
            <w:pPr>
              <w:spacing w:after="0"/>
              <w:jc w:val="left"/>
            </w:pPr>
            <w:r>
              <w:rPr>
                <w:sz w:val="16"/>
              </w:rPr>
              <w:t>Storm Events records in 0 of 30 years, 1996 to 2025 (0%)</w:t>
            </w:r>
          </w:p>
        </w:tc>
        <w:tc>
          <w:tcPr>
            <w:tcW w:type="dxa" w:w="1542"/>
          </w:tcPr>
          <w:p>
            <w:pPr>
              <w:spacing w:after="0"/>
              <w:jc w:val="right"/>
            </w:pPr>
            <w:r>
              <w:rPr>
                <w:sz w:val="16"/>
              </w:rPr>
              <w:t>not shown</w:t>
            </w:r>
          </w:p>
        </w:tc>
        <w:tc>
          <w:tcPr>
            <w:tcW w:type="dxa" w:w="1582"/>
          </w:tcPr>
          <w:p>
            <w:pPr>
              <w:spacing w:after="0"/>
              <w:jc w:val="left"/>
            </w:pPr>
            <w:r>
              <w:rPr>
                <w:sz w:val="16"/>
              </w:rPr>
              <w:t>modeled</w:t>
            </w:r>
          </w:p>
        </w:tc>
        <w:tc>
          <w:tcPr>
            <w:tcW w:type="dxa" w:w="1037"/>
          </w:tcPr>
          <w:p>
            <w:pPr>
              <w:spacing w:after="0"/>
              <w:jc w:val="left"/>
            </w:pPr>
            <w:r>
              <w:rPr>
                <w:sz w:val="16"/>
              </w:rPr>
              <w:t>see B1-f</w:t>
            </w:r>
          </w:p>
        </w:tc>
        <w:tc>
          <w:tcPr>
            <w:tcW w:type="dxa" w:w="1541"/>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77"/>
          </w:tcPr>
          <w:p>
            <w:pPr>
              <w:spacing w:after="0"/>
              <w:jc w:val="right"/>
            </w:pPr>
            <w:r>
              <w:rPr>
                <w:sz w:val="16"/>
              </w:rPr>
              <w:t>17.7</w:t>
            </w:r>
          </w:p>
        </w:tc>
        <w:tc>
          <w:tcPr>
            <w:tcW w:type="dxa" w:w="1300"/>
          </w:tcPr>
          <w:p>
            <w:pPr>
              <w:spacing w:after="0"/>
              <w:jc w:val="left"/>
            </w:pPr>
            <w:r>
              <w:rPr>
                <w:sz w:val="16"/>
              </w:rPr>
              <w:t>event-days per year</w:t>
            </w:r>
          </w:p>
        </w:tc>
        <w:tc>
          <w:tcPr>
            <w:tcW w:type="dxa" w:w="1633"/>
          </w:tcPr>
          <w:p>
            <w:pPr>
              <w:spacing w:after="0"/>
              <w:jc w:val="left"/>
            </w:pPr>
            <w:r>
              <w:rPr>
                <w:sz w:val="16"/>
              </w:rPr>
              <w:t>about 17.7 days per year</w:t>
            </w:r>
          </w:p>
        </w:tc>
        <w:tc>
          <w:tcPr>
            <w:tcW w:type="dxa" w:w="1037"/>
          </w:tcPr>
          <w:p>
            <w:pPr>
              <w:spacing w:after="0"/>
              <w:jc w:val="left"/>
            </w:pPr>
            <w:r>
              <w:rPr>
                <w:sz w:val="16"/>
              </w:rPr>
              <w:t>Highly likely</w:t>
            </w:r>
          </w:p>
        </w:tc>
        <w:tc>
          <w:tcPr>
            <w:tcW w:type="dxa" w:w="2127"/>
          </w:tcPr>
          <w:p>
            <w:pPr>
              <w:spacing w:after="0"/>
              <w:jc w:val="left"/>
            </w:pPr>
            <w:r>
              <w:rPr>
                <w:sz w:val="16"/>
              </w:rPr>
              <w:t>Storm Events event-days in 30 of 30 years, 1996 to 2025 (100%)</w:t>
            </w:r>
          </w:p>
        </w:tc>
        <w:tc>
          <w:tcPr>
            <w:tcW w:type="dxa" w:w="1542"/>
          </w:tcPr>
          <w:p>
            <w:pPr>
              <w:spacing w:after="0"/>
              <w:jc w:val="right"/>
            </w:pPr>
            <w:r>
              <w:rPr>
                <w:sz w:val="16"/>
              </w:rPr>
              <w:t>335</w:t>
            </w:r>
          </w:p>
        </w:tc>
        <w:tc>
          <w:tcPr>
            <w:tcW w:type="dxa" w:w="1582"/>
          </w:tcPr>
          <w:p>
            <w:pPr>
              <w:spacing w:after="0"/>
              <w:jc w:val="left"/>
            </w:pPr>
            <w:r>
              <w:rPr>
                <w:sz w:val="16"/>
              </w:rPr>
              <w:t>2005-11-12 to 2024-11-12 (19 years)</w:t>
            </w:r>
          </w:p>
        </w:tc>
        <w:tc>
          <w:tcPr>
            <w:tcW w:type="dxa" w:w="1037"/>
          </w:tcPr>
          <w:p>
            <w:pPr>
              <w:spacing w:after="0"/>
              <w:jc w:val="left"/>
            </w:pPr>
            <w:r>
              <w:rPr>
                <w:sz w:val="16"/>
              </w:rPr>
              <w:t>countywide</w:t>
            </w:r>
          </w:p>
        </w:tc>
        <w:tc>
          <w:tcPr>
            <w:tcW w:type="dxa" w:w="1541"/>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49</w:t>
            </w:r>
          </w:p>
        </w:tc>
        <w:tc>
          <w:tcPr>
            <w:tcW w:type="dxa" w:w="1381"/>
          </w:tcPr>
          <w:p>
            <w:pPr>
              <w:spacing w:after="0"/>
              <w:jc w:val="right"/>
            </w:pPr>
            <w:r>
              <w:rPr>
                <w:sz w:val="16"/>
              </w:rPr>
              <w:t>30</w:t>
            </w:r>
          </w:p>
        </w:tc>
        <w:tc>
          <w:tcPr>
            <w:tcW w:type="dxa" w:w="1381"/>
          </w:tcPr>
          <w:p>
            <w:pPr>
              <w:spacing w:after="0"/>
              <w:jc w:val="right"/>
            </w:pPr>
            <w:r>
              <w:rPr>
                <w:sz w:val="16"/>
              </w:rPr>
              <w:t>1.63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139</w:t>
            </w:r>
          </w:p>
        </w:tc>
        <w:tc>
          <w:tcPr>
            <w:tcW w:type="dxa" w:w="1381"/>
          </w:tcPr>
          <w:p>
            <w:pPr>
              <w:spacing w:after="0"/>
              <w:jc w:val="right"/>
            </w:pPr>
            <w:r>
              <w:rPr>
                <w:sz w:val="16"/>
              </w:rPr>
              <w:t>30</w:t>
            </w:r>
          </w:p>
        </w:tc>
        <w:tc>
          <w:tcPr>
            <w:tcW w:type="dxa" w:w="1381"/>
          </w:tcPr>
          <w:p>
            <w:pPr>
              <w:spacing w:after="0"/>
              <w:jc w:val="right"/>
            </w:pPr>
            <w:r>
              <w:rPr>
                <w:sz w:val="16"/>
              </w:rPr>
              <w:t>4.63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6</w:t>
            </w:r>
          </w:p>
        </w:tc>
        <w:tc>
          <w:tcPr>
            <w:tcW w:type="dxa" w:w="1381"/>
          </w:tcPr>
          <w:p>
            <w:pPr>
              <w:spacing w:after="0"/>
              <w:jc w:val="right"/>
            </w:pPr>
            <w:r>
              <w:rPr>
                <w:sz w:val="16"/>
              </w:rPr>
              <w:t>30</w:t>
            </w:r>
          </w:p>
        </w:tc>
        <w:tc>
          <w:tcPr>
            <w:tcW w:type="dxa" w:w="1381"/>
          </w:tcPr>
          <w:p>
            <w:pPr>
              <w:spacing w:after="0"/>
              <w:jc w:val="right"/>
            </w:pPr>
            <w:r>
              <w:rPr>
                <w:sz w:val="16"/>
              </w:rPr>
              <w:t>0.2</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13</w:t>
            </w:r>
          </w:p>
        </w:tc>
        <w:tc>
          <w:tcPr>
            <w:tcW w:type="dxa" w:w="1381"/>
          </w:tcPr>
          <w:p>
            <w:pPr>
              <w:spacing w:after="0"/>
              <w:jc w:val="right"/>
            </w:pPr>
            <w:r>
              <w:rPr>
                <w:sz w:val="16"/>
              </w:rPr>
              <w:t>30</w:t>
            </w:r>
          </w:p>
        </w:tc>
        <w:tc>
          <w:tcPr>
            <w:tcW w:type="dxa" w:w="1381"/>
          </w:tcPr>
          <w:p>
            <w:pPr>
              <w:spacing w:after="0"/>
              <w:jc w:val="right"/>
            </w:pPr>
            <w:r>
              <w:rPr>
                <w:sz w:val="16"/>
              </w:rPr>
              <w:t>0.433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29"/>
        <w:gridCol w:w="1597"/>
        <w:gridCol w:w="1205"/>
        <w:gridCol w:w="1264"/>
        <w:gridCol w:w="1205"/>
        <w:gridCol w:w="6911"/>
      </w:tblGrid>
      <w:tr>
        <w:trPr>
          <w:cantSplit/>
          <w:tblHeader/>
        </w:trPr>
        <w:tc>
          <w:tcPr>
            <w:tcW w:type="dxa" w:w="1929"/>
            <w:vMerge w:val="restart"/>
            <w:shd w:val="clear" w:color="auto" w:fill="E8E8E8"/>
          </w:tcPr>
          <w:p>
            <w:pPr>
              <w:spacing w:after="0"/>
              <w:jc w:val="left"/>
            </w:pPr>
            <w:r>
              <w:rPr>
                <w:b/>
                <w:sz w:val="16"/>
              </w:rPr>
              <w:t>Hazard</w:t>
            </w:r>
          </w:p>
        </w:tc>
        <w:tc>
          <w:tcPr>
            <w:tcW w:type="dxa" w:w="1597"/>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911"/>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05"/>
            <w:shd w:val="clear" w:color="auto" w:fill="E8E8E8"/>
          </w:tcPr>
          <w:p>
            <w:pPr>
              <w:spacing w:after="0"/>
              <w:jc w:val="right"/>
            </w:pPr>
            <w:r>
              <w:rPr>
                <w:b/>
                <w:sz w:val="16"/>
              </w:rPr>
              <w:t>Min</w:t>
            </w:r>
          </w:p>
        </w:tc>
        <w:tc>
          <w:tcPr>
            <w:tcW w:type="dxa" w:w="1264"/>
            <w:shd w:val="clear" w:color="auto" w:fill="E8E8E8"/>
          </w:tcPr>
          <w:p>
            <w:pPr>
              <w:spacing w:after="0"/>
              <w:jc w:val="right"/>
            </w:pPr>
            <w:r>
              <w:rPr>
                <w:b/>
                <w:sz w:val="16"/>
              </w:rPr>
              <w:t>Median</w:t>
            </w:r>
          </w:p>
        </w:tc>
        <w:tc>
          <w:tcPr>
            <w:tcW w:type="dxa" w:w="1205"/>
            <w:shd w:val="clear" w:color="auto" w:fill="E8E8E8"/>
          </w:tcPr>
          <w:p>
            <w:pPr>
              <w:spacing w:after="0"/>
              <w:jc w:val="right"/>
            </w:pPr>
            <w:r>
              <w:rPr>
                <w:b/>
                <w:sz w:val="16"/>
              </w:rPr>
              <w:t>Max</w:t>
            </w:r>
          </w:p>
        </w:tc>
        <w:tc>
          <w:tcPr>
            <w:tcW w:type="dxa" w:w="2352"/>
            <w:vMerge/>
          </w:tcPr>
          <w:p/>
        </w:tc>
      </w:tr>
      <w:tr>
        <w:trPr>
          <w:cantSplit/>
        </w:trPr>
        <w:tc>
          <w:tcPr>
            <w:tcW w:type="dxa" w:w="1929"/>
          </w:tcPr>
          <w:p>
            <w:pPr>
              <w:spacing w:after="0"/>
              <w:jc w:val="left"/>
            </w:pPr>
            <w:r>
              <w:rPr>
                <w:sz w:val="16"/>
              </w:rPr>
              <w:t>Avalanche</w:t>
            </w:r>
          </w:p>
        </w:tc>
        <w:tc>
          <w:tcPr>
            <w:tcW w:type="dxa" w:w="1597"/>
          </w:tcPr>
          <w:p>
            <w:pPr>
              <w:spacing w:after="0"/>
              <w:jc w:val="right"/>
            </w:pPr>
            <w:r>
              <w:rPr>
                <w:sz w:val="16"/>
              </w:rPr>
              <w:t>6 of 10</w:t>
            </w:r>
          </w:p>
        </w:tc>
        <w:tc>
          <w:tcPr>
            <w:tcW w:type="dxa" w:w="1205"/>
          </w:tcPr>
          <w:p>
            <w:pPr>
              <w:spacing w:after="0"/>
              <w:jc w:val="right"/>
            </w:pPr>
            <w:r>
              <w:rPr>
                <w:sz w:val="16"/>
              </w:rPr>
              <w:t>52.2</w:t>
            </w:r>
          </w:p>
        </w:tc>
        <w:tc>
          <w:tcPr>
            <w:tcW w:type="dxa" w:w="1264"/>
          </w:tcPr>
          <w:p>
            <w:pPr>
              <w:spacing w:after="0"/>
              <w:jc w:val="right"/>
            </w:pPr>
            <w:r>
              <w:rPr>
                <w:sz w:val="16"/>
              </w:rPr>
              <w:t>53.0</w:t>
            </w:r>
          </w:p>
        </w:tc>
        <w:tc>
          <w:tcPr>
            <w:tcW w:type="dxa" w:w="1205"/>
          </w:tcPr>
          <w:p>
            <w:pPr>
              <w:spacing w:after="0"/>
              <w:jc w:val="right"/>
            </w:pPr>
            <w:r>
              <w:rPr>
                <w:sz w:val="16"/>
              </w:rPr>
              <w:t>53.4</w:t>
            </w:r>
          </w:p>
        </w:tc>
        <w:tc>
          <w:tcPr>
            <w:tcW w:type="dxa" w:w="6911"/>
          </w:tcPr>
          <w:p>
            <w:pPr>
              <w:spacing w:after="0"/>
              <w:jc w:val="left"/>
            </w:pPr>
            <w:r>
              <w:rPr>
                <w:sz w:val="16"/>
              </w:rPr>
              <w:t>Very Low 6, Not Applicable 4</w:t>
            </w:r>
          </w:p>
        </w:tc>
      </w:tr>
      <w:tr>
        <w:trPr>
          <w:cantSplit/>
        </w:trPr>
        <w:tc>
          <w:tcPr>
            <w:tcW w:type="dxa" w:w="1929"/>
          </w:tcPr>
          <w:p>
            <w:pPr>
              <w:spacing w:after="0"/>
              <w:jc w:val="left"/>
            </w:pPr>
            <w:r>
              <w:rPr>
                <w:sz w:val="16"/>
              </w:rPr>
              <w:t>Cold Wave</w:t>
            </w:r>
          </w:p>
        </w:tc>
        <w:tc>
          <w:tcPr>
            <w:tcW w:type="dxa" w:w="1597"/>
          </w:tcPr>
          <w:p>
            <w:pPr>
              <w:spacing w:after="0"/>
              <w:jc w:val="right"/>
            </w:pPr>
            <w:r>
              <w:rPr>
                <w:sz w:val="16"/>
              </w:rPr>
              <w:t>10 of 10</w:t>
            </w:r>
          </w:p>
        </w:tc>
        <w:tc>
          <w:tcPr>
            <w:tcW w:type="dxa" w:w="1205"/>
          </w:tcPr>
          <w:p>
            <w:pPr>
              <w:spacing w:after="0"/>
              <w:jc w:val="right"/>
            </w:pPr>
            <w:r>
              <w:rPr>
                <w:sz w:val="16"/>
              </w:rPr>
              <w:t>39.1</w:t>
            </w:r>
          </w:p>
        </w:tc>
        <w:tc>
          <w:tcPr>
            <w:tcW w:type="dxa" w:w="1264"/>
          </w:tcPr>
          <w:p>
            <w:pPr>
              <w:spacing w:after="0"/>
              <w:jc w:val="right"/>
            </w:pPr>
            <w:r>
              <w:rPr>
                <w:sz w:val="16"/>
              </w:rPr>
              <w:t>57.3</w:t>
            </w:r>
          </w:p>
        </w:tc>
        <w:tc>
          <w:tcPr>
            <w:tcW w:type="dxa" w:w="1205"/>
          </w:tcPr>
          <w:p>
            <w:pPr>
              <w:spacing w:after="0"/>
              <w:jc w:val="right"/>
            </w:pPr>
            <w:r>
              <w:rPr>
                <w:sz w:val="16"/>
              </w:rPr>
              <w:t>72.1</w:t>
            </w:r>
          </w:p>
        </w:tc>
        <w:tc>
          <w:tcPr>
            <w:tcW w:type="dxa" w:w="6911"/>
          </w:tcPr>
          <w:p>
            <w:pPr>
              <w:spacing w:after="0"/>
              <w:jc w:val="left"/>
            </w:pPr>
            <w:r>
              <w:rPr>
                <w:sz w:val="16"/>
              </w:rPr>
              <w:t>Relatively Moderate 7, Relatively Low 3</w:t>
            </w:r>
          </w:p>
        </w:tc>
      </w:tr>
      <w:tr>
        <w:trPr>
          <w:cantSplit/>
        </w:trPr>
        <w:tc>
          <w:tcPr>
            <w:tcW w:type="dxa" w:w="1929"/>
          </w:tcPr>
          <w:p>
            <w:pPr>
              <w:spacing w:after="0"/>
              <w:jc w:val="left"/>
            </w:pPr>
            <w:r>
              <w:rPr>
                <w:sz w:val="16"/>
              </w:rPr>
              <w:t>Drought</w:t>
            </w:r>
          </w:p>
        </w:tc>
        <w:tc>
          <w:tcPr>
            <w:tcW w:type="dxa" w:w="1597"/>
          </w:tcPr>
          <w:p>
            <w:pPr>
              <w:spacing w:after="0"/>
              <w:jc w:val="right"/>
            </w:pPr>
            <w:r>
              <w:rPr>
                <w:sz w:val="16"/>
              </w:rPr>
              <w:t>0 of 10</w:t>
            </w:r>
          </w:p>
        </w:tc>
        <w:tc>
          <w:tcPr>
            <w:tcW w:type="dxa" w:w="1205"/>
          </w:tcPr>
          <w:p>
            <w:pPr>
              <w:spacing w:after="0"/>
              <w:jc w:val="right"/>
            </w:pPr>
          </w:p>
        </w:tc>
        <w:tc>
          <w:tcPr>
            <w:tcW w:type="dxa" w:w="1264"/>
          </w:tcPr>
          <w:p>
            <w:pPr>
              <w:spacing w:after="0"/>
              <w:jc w:val="right"/>
            </w:pPr>
          </w:p>
        </w:tc>
        <w:tc>
          <w:tcPr>
            <w:tcW w:type="dxa" w:w="1205"/>
          </w:tcPr>
          <w:p>
            <w:pPr>
              <w:spacing w:after="0"/>
              <w:jc w:val="right"/>
            </w:pPr>
          </w:p>
        </w:tc>
        <w:tc>
          <w:tcPr>
            <w:tcW w:type="dxa" w:w="6911"/>
          </w:tcPr>
          <w:p>
            <w:pPr>
              <w:spacing w:after="0"/>
              <w:jc w:val="left"/>
            </w:pPr>
            <w:r>
              <w:rPr>
                <w:sz w:val="16"/>
              </w:rPr>
              <w:t>No Rating 10</w:t>
            </w:r>
          </w:p>
        </w:tc>
      </w:tr>
      <w:tr>
        <w:trPr>
          <w:cantSplit/>
        </w:trPr>
        <w:tc>
          <w:tcPr>
            <w:tcW w:type="dxa" w:w="1929"/>
          </w:tcPr>
          <w:p>
            <w:pPr>
              <w:spacing w:after="0"/>
              <w:jc w:val="left"/>
            </w:pPr>
            <w:r>
              <w:rPr>
                <w:sz w:val="16"/>
              </w:rPr>
              <w:t>Earthquake</w:t>
            </w:r>
          </w:p>
        </w:tc>
        <w:tc>
          <w:tcPr>
            <w:tcW w:type="dxa" w:w="1597"/>
          </w:tcPr>
          <w:p>
            <w:pPr>
              <w:spacing w:after="0"/>
              <w:jc w:val="right"/>
            </w:pPr>
            <w:r>
              <w:rPr>
                <w:sz w:val="16"/>
              </w:rPr>
              <w:t>10 of 10</w:t>
            </w:r>
          </w:p>
        </w:tc>
        <w:tc>
          <w:tcPr>
            <w:tcW w:type="dxa" w:w="1205"/>
          </w:tcPr>
          <w:p>
            <w:pPr>
              <w:spacing w:after="0"/>
              <w:jc w:val="right"/>
            </w:pPr>
            <w:r>
              <w:rPr>
                <w:sz w:val="16"/>
              </w:rPr>
              <w:t>43.8</w:t>
            </w:r>
          </w:p>
        </w:tc>
        <w:tc>
          <w:tcPr>
            <w:tcW w:type="dxa" w:w="1264"/>
          </w:tcPr>
          <w:p>
            <w:pPr>
              <w:spacing w:after="0"/>
              <w:jc w:val="right"/>
            </w:pPr>
            <w:r>
              <w:rPr>
                <w:sz w:val="16"/>
              </w:rPr>
              <w:t>52.5</w:t>
            </w:r>
          </w:p>
        </w:tc>
        <w:tc>
          <w:tcPr>
            <w:tcW w:type="dxa" w:w="1205"/>
          </w:tcPr>
          <w:p>
            <w:pPr>
              <w:spacing w:after="0"/>
              <w:jc w:val="right"/>
            </w:pPr>
            <w:r>
              <w:rPr>
                <w:sz w:val="16"/>
              </w:rPr>
              <w:t>71.3</w:t>
            </w:r>
          </w:p>
        </w:tc>
        <w:tc>
          <w:tcPr>
            <w:tcW w:type="dxa" w:w="6911"/>
          </w:tcPr>
          <w:p>
            <w:pPr>
              <w:spacing w:after="0"/>
              <w:jc w:val="left"/>
            </w:pPr>
            <w:r>
              <w:rPr>
                <w:sz w:val="16"/>
              </w:rPr>
              <w:t>Relatively Low 10</w:t>
            </w:r>
          </w:p>
        </w:tc>
      </w:tr>
      <w:tr>
        <w:trPr>
          <w:cantSplit/>
        </w:trPr>
        <w:tc>
          <w:tcPr>
            <w:tcW w:type="dxa" w:w="1929"/>
          </w:tcPr>
          <w:p>
            <w:pPr>
              <w:spacing w:after="0"/>
              <w:jc w:val="left"/>
            </w:pPr>
            <w:r>
              <w:rPr>
                <w:sz w:val="16"/>
              </w:rPr>
              <w:t>Hail</w:t>
            </w:r>
          </w:p>
        </w:tc>
        <w:tc>
          <w:tcPr>
            <w:tcW w:type="dxa" w:w="1597"/>
          </w:tcPr>
          <w:p>
            <w:pPr>
              <w:spacing w:after="0"/>
              <w:jc w:val="right"/>
            </w:pPr>
            <w:r>
              <w:rPr>
                <w:sz w:val="16"/>
              </w:rPr>
              <w:t>10 of 10</w:t>
            </w:r>
          </w:p>
        </w:tc>
        <w:tc>
          <w:tcPr>
            <w:tcW w:type="dxa" w:w="1205"/>
          </w:tcPr>
          <w:p>
            <w:pPr>
              <w:spacing w:after="0"/>
              <w:jc w:val="right"/>
            </w:pPr>
            <w:r>
              <w:rPr>
                <w:sz w:val="16"/>
              </w:rPr>
              <w:t>32.3</w:t>
            </w:r>
          </w:p>
        </w:tc>
        <w:tc>
          <w:tcPr>
            <w:tcW w:type="dxa" w:w="1264"/>
          </w:tcPr>
          <w:p>
            <w:pPr>
              <w:spacing w:after="0"/>
              <w:jc w:val="right"/>
            </w:pPr>
            <w:r>
              <w:rPr>
                <w:sz w:val="16"/>
              </w:rPr>
              <w:t>40.3</w:t>
            </w:r>
          </w:p>
        </w:tc>
        <w:tc>
          <w:tcPr>
            <w:tcW w:type="dxa" w:w="1205"/>
          </w:tcPr>
          <w:p>
            <w:pPr>
              <w:spacing w:after="0"/>
              <w:jc w:val="right"/>
            </w:pPr>
            <w:r>
              <w:rPr>
                <w:sz w:val="16"/>
              </w:rPr>
              <w:t>66.6</w:t>
            </w:r>
          </w:p>
        </w:tc>
        <w:tc>
          <w:tcPr>
            <w:tcW w:type="dxa" w:w="6911"/>
          </w:tcPr>
          <w:p>
            <w:pPr>
              <w:spacing w:after="0"/>
              <w:jc w:val="left"/>
            </w:pPr>
            <w:r>
              <w:rPr>
                <w:sz w:val="16"/>
              </w:rPr>
              <w:t>Relatively Low 8, Very Low 2</w:t>
            </w:r>
          </w:p>
        </w:tc>
      </w:tr>
      <w:tr>
        <w:trPr>
          <w:cantSplit/>
        </w:trPr>
        <w:tc>
          <w:tcPr>
            <w:tcW w:type="dxa" w:w="1929"/>
          </w:tcPr>
          <w:p>
            <w:pPr>
              <w:spacing w:after="0"/>
              <w:jc w:val="left"/>
            </w:pPr>
            <w:r>
              <w:rPr>
                <w:sz w:val="16"/>
              </w:rPr>
              <w:t>Heat Wave</w:t>
            </w:r>
          </w:p>
        </w:tc>
        <w:tc>
          <w:tcPr>
            <w:tcW w:type="dxa" w:w="1597"/>
          </w:tcPr>
          <w:p>
            <w:pPr>
              <w:spacing w:after="0"/>
              <w:jc w:val="right"/>
            </w:pPr>
            <w:r>
              <w:rPr>
                <w:sz w:val="16"/>
              </w:rPr>
              <w:t>10 of 10</w:t>
            </w:r>
          </w:p>
        </w:tc>
        <w:tc>
          <w:tcPr>
            <w:tcW w:type="dxa" w:w="1205"/>
          </w:tcPr>
          <w:p>
            <w:pPr>
              <w:spacing w:after="0"/>
              <w:jc w:val="right"/>
            </w:pPr>
            <w:r>
              <w:rPr>
                <w:sz w:val="16"/>
              </w:rPr>
              <w:t>8.3</w:t>
            </w:r>
          </w:p>
        </w:tc>
        <w:tc>
          <w:tcPr>
            <w:tcW w:type="dxa" w:w="1264"/>
          </w:tcPr>
          <w:p>
            <w:pPr>
              <w:spacing w:after="0"/>
              <w:jc w:val="right"/>
            </w:pPr>
            <w:r>
              <w:rPr>
                <w:sz w:val="16"/>
              </w:rPr>
              <w:t>38.6</w:t>
            </w:r>
          </w:p>
        </w:tc>
        <w:tc>
          <w:tcPr>
            <w:tcW w:type="dxa" w:w="1205"/>
          </w:tcPr>
          <w:p>
            <w:pPr>
              <w:spacing w:after="0"/>
              <w:jc w:val="right"/>
            </w:pPr>
            <w:r>
              <w:rPr>
                <w:sz w:val="16"/>
              </w:rPr>
              <w:t>72.6</w:t>
            </w:r>
          </w:p>
        </w:tc>
        <w:tc>
          <w:tcPr>
            <w:tcW w:type="dxa" w:w="6911"/>
          </w:tcPr>
          <w:p>
            <w:pPr>
              <w:spacing w:after="0"/>
              <w:jc w:val="left"/>
            </w:pPr>
            <w:r>
              <w:rPr>
                <w:sz w:val="16"/>
              </w:rPr>
              <w:t>Relatively Moderate 3, Relatively Low 5, Very Low 2</w:t>
            </w:r>
          </w:p>
        </w:tc>
      </w:tr>
      <w:tr>
        <w:trPr>
          <w:cantSplit/>
        </w:trPr>
        <w:tc>
          <w:tcPr>
            <w:tcW w:type="dxa" w:w="1929"/>
          </w:tcPr>
          <w:p>
            <w:pPr>
              <w:spacing w:after="0"/>
              <w:jc w:val="left"/>
            </w:pPr>
            <w:r>
              <w:rPr>
                <w:sz w:val="16"/>
              </w:rPr>
              <w:t>Hurricane</w:t>
            </w:r>
          </w:p>
        </w:tc>
        <w:tc>
          <w:tcPr>
            <w:tcW w:type="dxa" w:w="1597"/>
          </w:tcPr>
          <w:p>
            <w:pPr>
              <w:spacing w:after="0"/>
              <w:jc w:val="right"/>
            </w:pPr>
            <w:r>
              <w:rPr>
                <w:sz w:val="16"/>
              </w:rPr>
              <w:t>10 of 10</w:t>
            </w:r>
          </w:p>
        </w:tc>
        <w:tc>
          <w:tcPr>
            <w:tcW w:type="dxa" w:w="1205"/>
          </w:tcPr>
          <w:p>
            <w:pPr>
              <w:spacing w:after="0"/>
              <w:jc w:val="right"/>
            </w:pPr>
            <w:r>
              <w:rPr>
                <w:sz w:val="16"/>
              </w:rPr>
              <w:t>56.5</w:t>
            </w:r>
          </w:p>
        </w:tc>
        <w:tc>
          <w:tcPr>
            <w:tcW w:type="dxa" w:w="1264"/>
          </w:tcPr>
          <w:p>
            <w:pPr>
              <w:spacing w:after="0"/>
              <w:jc w:val="right"/>
            </w:pPr>
            <w:r>
              <w:rPr>
                <w:sz w:val="16"/>
              </w:rPr>
              <w:t>66.4</w:t>
            </w:r>
          </w:p>
        </w:tc>
        <w:tc>
          <w:tcPr>
            <w:tcW w:type="dxa" w:w="1205"/>
          </w:tcPr>
          <w:p>
            <w:pPr>
              <w:spacing w:after="0"/>
              <w:jc w:val="right"/>
            </w:pPr>
            <w:r>
              <w:rPr>
                <w:sz w:val="16"/>
              </w:rPr>
              <w:t>81.1</w:t>
            </w:r>
          </w:p>
        </w:tc>
        <w:tc>
          <w:tcPr>
            <w:tcW w:type="dxa" w:w="6911"/>
          </w:tcPr>
          <w:p>
            <w:pPr>
              <w:spacing w:after="0"/>
              <w:jc w:val="left"/>
            </w:pPr>
            <w:r>
              <w:rPr>
                <w:sz w:val="16"/>
              </w:rPr>
              <w:t>Relatively Moderate 1, Relatively Low 9</w:t>
            </w:r>
          </w:p>
        </w:tc>
      </w:tr>
      <w:tr>
        <w:trPr>
          <w:cantSplit/>
        </w:trPr>
        <w:tc>
          <w:tcPr>
            <w:tcW w:type="dxa" w:w="1929"/>
          </w:tcPr>
          <w:p>
            <w:pPr>
              <w:spacing w:after="0"/>
              <w:jc w:val="left"/>
            </w:pPr>
            <w:r>
              <w:rPr>
                <w:sz w:val="16"/>
              </w:rPr>
              <w:t>Ice Storm</w:t>
            </w:r>
          </w:p>
        </w:tc>
        <w:tc>
          <w:tcPr>
            <w:tcW w:type="dxa" w:w="1597"/>
          </w:tcPr>
          <w:p>
            <w:pPr>
              <w:spacing w:after="0"/>
              <w:jc w:val="right"/>
            </w:pPr>
            <w:r>
              <w:rPr>
                <w:sz w:val="16"/>
              </w:rPr>
              <w:t>10 of 10</w:t>
            </w:r>
          </w:p>
        </w:tc>
        <w:tc>
          <w:tcPr>
            <w:tcW w:type="dxa" w:w="1205"/>
          </w:tcPr>
          <w:p>
            <w:pPr>
              <w:spacing w:after="0"/>
              <w:jc w:val="right"/>
            </w:pPr>
            <w:r>
              <w:rPr>
                <w:sz w:val="16"/>
              </w:rPr>
              <w:t>57.7</w:t>
            </w:r>
          </w:p>
        </w:tc>
        <w:tc>
          <w:tcPr>
            <w:tcW w:type="dxa" w:w="1264"/>
          </w:tcPr>
          <w:p>
            <w:pPr>
              <w:spacing w:after="0"/>
              <w:jc w:val="right"/>
            </w:pPr>
            <w:r>
              <w:rPr>
                <w:sz w:val="16"/>
              </w:rPr>
              <w:t>68.6</w:t>
            </w:r>
          </w:p>
        </w:tc>
        <w:tc>
          <w:tcPr>
            <w:tcW w:type="dxa" w:w="1205"/>
          </w:tcPr>
          <w:p>
            <w:pPr>
              <w:spacing w:after="0"/>
              <w:jc w:val="right"/>
            </w:pPr>
            <w:r>
              <w:rPr>
                <w:sz w:val="16"/>
              </w:rPr>
              <w:t>84.5</w:t>
            </w:r>
          </w:p>
        </w:tc>
        <w:tc>
          <w:tcPr>
            <w:tcW w:type="dxa" w:w="6911"/>
          </w:tcPr>
          <w:p>
            <w:pPr>
              <w:spacing w:after="0"/>
              <w:jc w:val="left"/>
            </w:pPr>
            <w:r>
              <w:rPr>
                <w:sz w:val="16"/>
              </w:rPr>
              <w:t>Relatively Moderate 5, Relatively Low 5</w:t>
            </w:r>
          </w:p>
        </w:tc>
      </w:tr>
      <w:tr>
        <w:trPr>
          <w:cantSplit/>
        </w:trPr>
        <w:tc>
          <w:tcPr>
            <w:tcW w:type="dxa" w:w="1929"/>
          </w:tcPr>
          <w:p>
            <w:pPr>
              <w:spacing w:after="0"/>
              <w:jc w:val="left"/>
            </w:pPr>
            <w:r>
              <w:rPr>
                <w:sz w:val="16"/>
              </w:rPr>
              <w:t>Inland Flooding</w:t>
            </w:r>
          </w:p>
        </w:tc>
        <w:tc>
          <w:tcPr>
            <w:tcW w:type="dxa" w:w="1597"/>
          </w:tcPr>
          <w:p>
            <w:pPr>
              <w:spacing w:after="0"/>
              <w:jc w:val="right"/>
            </w:pPr>
            <w:r>
              <w:rPr>
                <w:sz w:val="16"/>
              </w:rPr>
              <w:t>10 of 10</w:t>
            </w:r>
          </w:p>
        </w:tc>
        <w:tc>
          <w:tcPr>
            <w:tcW w:type="dxa" w:w="1205"/>
          </w:tcPr>
          <w:p>
            <w:pPr>
              <w:spacing w:after="0"/>
              <w:jc w:val="right"/>
            </w:pPr>
            <w:r>
              <w:rPr>
                <w:sz w:val="16"/>
              </w:rPr>
              <w:t>22.6</w:t>
            </w:r>
          </w:p>
        </w:tc>
        <w:tc>
          <w:tcPr>
            <w:tcW w:type="dxa" w:w="1264"/>
          </w:tcPr>
          <w:p>
            <w:pPr>
              <w:spacing w:after="0"/>
              <w:jc w:val="right"/>
            </w:pPr>
            <w:r>
              <w:rPr>
                <w:sz w:val="16"/>
              </w:rPr>
              <w:t>63.4</w:t>
            </w:r>
          </w:p>
        </w:tc>
        <w:tc>
          <w:tcPr>
            <w:tcW w:type="dxa" w:w="1205"/>
          </w:tcPr>
          <w:p>
            <w:pPr>
              <w:spacing w:after="0"/>
              <w:jc w:val="right"/>
            </w:pPr>
            <w:r>
              <w:rPr>
                <w:sz w:val="16"/>
              </w:rPr>
              <w:t>83.2</w:t>
            </w:r>
          </w:p>
        </w:tc>
        <w:tc>
          <w:tcPr>
            <w:tcW w:type="dxa" w:w="6911"/>
          </w:tcPr>
          <w:p>
            <w:pPr>
              <w:spacing w:after="0"/>
              <w:jc w:val="left"/>
            </w:pPr>
            <w:r>
              <w:rPr>
                <w:sz w:val="16"/>
              </w:rPr>
              <w:t>Relatively High 1, Relatively Moderate 6, Relatively Low 3</w:t>
            </w:r>
          </w:p>
        </w:tc>
      </w:tr>
      <w:tr>
        <w:trPr>
          <w:cantSplit/>
        </w:trPr>
        <w:tc>
          <w:tcPr>
            <w:tcW w:type="dxa" w:w="1929"/>
          </w:tcPr>
          <w:p>
            <w:pPr>
              <w:spacing w:after="0"/>
              <w:jc w:val="left"/>
            </w:pPr>
            <w:r>
              <w:rPr>
                <w:sz w:val="16"/>
              </w:rPr>
              <w:t>Landslide</w:t>
            </w:r>
          </w:p>
        </w:tc>
        <w:tc>
          <w:tcPr>
            <w:tcW w:type="dxa" w:w="1597"/>
          </w:tcPr>
          <w:p>
            <w:pPr>
              <w:spacing w:after="0"/>
              <w:jc w:val="right"/>
            </w:pPr>
            <w:r>
              <w:rPr>
                <w:sz w:val="16"/>
              </w:rPr>
              <w:t>10 of 10</w:t>
            </w:r>
          </w:p>
        </w:tc>
        <w:tc>
          <w:tcPr>
            <w:tcW w:type="dxa" w:w="1205"/>
          </w:tcPr>
          <w:p>
            <w:pPr>
              <w:spacing w:after="0"/>
              <w:jc w:val="right"/>
            </w:pPr>
            <w:r>
              <w:rPr>
                <w:sz w:val="16"/>
              </w:rPr>
              <w:t>40.0</w:t>
            </w:r>
          </w:p>
        </w:tc>
        <w:tc>
          <w:tcPr>
            <w:tcW w:type="dxa" w:w="1264"/>
          </w:tcPr>
          <w:p>
            <w:pPr>
              <w:spacing w:after="0"/>
              <w:jc w:val="right"/>
            </w:pPr>
            <w:r>
              <w:rPr>
                <w:sz w:val="16"/>
              </w:rPr>
              <w:t>87.3</w:t>
            </w:r>
          </w:p>
        </w:tc>
        <w:tc>
          <w:tcPr>
            <w:tcW w:type="dxa" w:w="1205"/>
          </w:tcPr>
          <w:p>
            <w:pPr>
              <w:spacing w:after="0"/>
              <w:jc w:val="right"/>
            </w:pPr>
            <w:r>
              <w:rPr>
                <w:sz w:val="16"/>
              </w:rPr>
              <w:t>96.6</w:t>
            </w:r>
          </w:p>
        </w:tc>
        <w:tc>
          <w:tcPr>
            <w:tcW w:type="dxa" w:w="6911"/>
          </w:tcPr>
          <w:p>
            <w:pPr>
              <w:spacing w:after="0"/>
              <w:jc w:val="left"/>
            </w:pPr>
            <w:r>
              <w:rPr>
                <w:sz w:val="16"/>
              </w:rPr>
              <w:t>Relatively Moderate 1, Relatively Low 6, Very Low 3</w:t>
            </w:r>
          </w:p>
        </w:tc>
      </w:tr>
      <w:tr>
        <w:trPr>
          <w:cantSplit/>
        </w:trPr>
        <w:tc>
          <w:tcPr>
            <w:tcW w:type="dxa" w:w="1929"/>
          </w:tcPr>
          <w:p>
            <w:pPr>
              <w:spacing w:after="0"/>
              <w:jc w:val="left"/>
            </w:pPr>
            <w:r>
              <w:rPr>
                <w:sz w:val="16"/>
              </w:rPr>
              <w:t>Lightning</w:t>
            </w:r>
          </w:p>
        </w:tc>
        <w:tc>
          <w:tcPr>
            <w:tcW w:type="dxa" w:w="1597"/>
          </w:tcPr>
          <w:p>
            <w:pPr>
              <w:spacing w:after="0"/>
              <w:jc w:val="right"/>
            </w:pPr>
            <w:r>
              <w:rPr>
                <w:sz w:val="16"/>
              </w:rPr>
              <w:t>10 of 10</w:t>
            </w:r>
          </w:p>
        </w:tc>
        <w:tc>
          <w:tcPr>
            <w:tcW w:type="dxa" w:w="1205"/>
          </w:tcPr>
          <w:p>
            <w:pPr>
              <w:spacing w:after="0"/>
              <w:jc w:val="right"/>
            </w:pPr>
            <w:r>
              <w:rPr>
                <w:sz w:val="16"/>
              </w:rPr>
              <w:t>61.2</w:t>
            </w:r>
          </w:p>
        </w:tc>
        <w:tc>
          <w:tcPr>
            <w:tcW w:type="dxa" w:w="1264"/>
          </w:tcPr>
          <w:p>
            <w:pPr>
              <w:spacing w:after="0"/>
              <w:jc w:val="right"/>
            </w:pPr>
            <w:r>
              <w:rPr>
                <w:sz w:val="16"/>
              </w:rPr>
              <w:t>81.9</w:t>
            </w:r>
          </w:p>
        </w:tc>
        <w:tc>
          <w:tcPr>
            <w:tcW w:type="dxa" w:w="1205"/>
          </w:tcPr>
          <w:p>
            <w:pPr>
              <w:spacing w:after="0"/>
              <w:jc w:val="right"/>
            </w:pPr>
            <w:r>
              <w:rPr>
                <w:sz w:val="16"/>
              </w:rPr>
              <w:t>93.2</w:t>
            </w:r>
          </w:p>
        </w:tc>
        <w:tc>
          <w:tcPr>
            <w:tcW w:type="dxa" w:w="6911"/>
          </w:tcPr>
          <w:p>
            <w:pPr>
              <w:spacing w:after="0"/>
              <w:jc w:val="left"/>
            </w:pPr>
            <w:r>
              <w:rPr>
                <w:sz w:val="16"/>
              </w:rPr>
              <w:t>Relatively High 6, Relatively Moderate 4</w:t>
            </w:r>
          </w:p>
        </w:tc>
      </w:tr>
      <w:tr>
        <w:trPr>
          <w:cantSplit/>
        </w:trPr>
        <w:tc>
          <w:tcPr>
            <w:tcW w:type="dxa" w:w="1929"/>
          </w:tcPr>
          <w:p>
            <w:pPr>
              <w:spacing w:after="0"/>
              <w:jc w:val="left"/>
            </w:pPr>
            <w:r>
              <w:rPr>
                <w:sz w:val="16"/>
              </w:rPr>
              <w:t>Strong Wind</w:t>
            </w:r>
          </w:p>
        </w:tc>
        <w:tc>
          <w:tcPr>
            <w:tcW w:type="dxa" w:w="1597"/>
          </w:tcPr>
          <w:p>
            <w:pPr>
              <w:spacing w:after="0"/>
              <w:jc w:val="right"/>
            </w:pPr>
            <w:r>
              <w:rPr>
                <w:sz w:val="16"/>
              </w:rPr>
              <w:t>10 of 10</w:t>
            </w:r>
          </w:p>
        </w:tc>
        <w:tc>
          <w:tcPr>
            <w:tcW w:type="dxa" w:w="1205"/>
          </w:tcPr>
          <w:p>
            <w:pPr>
              <w:spacing w:after="0"/>
              <w:jc w:val="right"/>
            </w:pPr>
            <w:r>
              <w:rPr>
                <w:sz w:val="16"/>
              </w:rPr>
              <w:t>52.9</w:t>
            </w:r>
          </w:p>
        </w:tc>
        <w:tc>
          <w:tcPr>
            <w:tcW w:type="dxa" w:w="1264"/>
          </w:tcPr>
          <w:p>
            <w:pPr>
              <w:spacing w:after="0"/>
              <w:jc w:val="right"/>
            </w:pPr>
            <w:r>
              <w:rPr>
                <w:sz w:val="16"/>
              </w:rPr>
              <w:t>69.0</w:t>
            </w:r>
          </w:p>
        </w:tc>
        <w:tc>
          <w:tcPr>
            <w:tcW w:type="dxa" w:w="1205"/>
          </w:tcPr>
          <w:p>
            <w:pPr>
              <w:spacing w:after="0"/>
              <w:jc w:val="right"/>
            </w:pPr>
            <w:r>
              <w:rPr>
                <w:sz w:val="16"/>
              </w:rPr>
              <w:t>84.0</w:t>
            </w:r>
          </w:p>
        </w:tc>
        <w:tc>
          <w:tcPr>
            <w:tcW w:type="dxa" w:w="6911"/>
          </w:tcPr>
          <w:p>
            <w:pPr>
              <w:spacing w:after="0"/>
              <w:jc w:val="left"/>
            </w:pPr>
            <w:r>
              <w:rPr>
                <w:sz w:val="16"/>
              </w:rPr>
              <w:t>Relatively High 1, Relatively Moderate 8, Relatively Low 1</w:t>
            </w:r>
          </w:p>
        </w:tc>
      </w:tr>
      <w:tr>
        <w:trPr>
          <w:cantSplit/>
        </w:trPr>
        <w:tc>
          <w:tcPr>
            <w:tcW w:type="dxa" w:w="1929"/>
          </w:tcPr>
          <w:p>
            <w:pPr>
              <w:spacing w:after="0"/>
              <w:jc w:val="left"/>
            </w:pPr>
            <w:r>
              <w:rPr>
                <w:sz w:val="16"/>
              </w:rPr>
              <w:t>Tornado</w:t>
            </w:r>
          </w:p>
        </w:tc>
        <w:tc>
          <w:tcPr>
            <w:tcW w:type="dxa" w:w="1597"/>
          </w:tcPr>
          <w:p>
            <w:pPr>
              <w:spacing w:after="0"/>
              <w:jc w:val="right"/>
            </w:pPr>
            <w:r>
              <w:rPr>
                <w:sz w:val="16"/>
              </w:rPr>
              <w:t>10 of 10</w:t>
            </w:r>
          </w:p>
        </w:tc>
        <w:tc>
          <w:tcPr>
            <w:tcW w:type="dxa" w:w="1205"/>
          </w:tcPr>
          <w:p>
            <w:pPr>
              <w:spacing w:after="0"/>
              <w:jc w:val="right"/>
            </w:pPr>
            <w:r>
              <w:rPr>
                <w:sz w:val="16"/>
              </w:rPr>
              <w:t>25.7</w:t>
            </w:r>
          </w:p>
        </w:tc>
        <w:tc>
          <w:tcPr>
            <w:tcW w:type="dxa" w:w="1264"/>
          </w:tcPr>
          <w:p>
            <w:pPr>
              <w:spacing w:after="0"/>
              <w:jc w:val="right"/>
            </w:pPr>
            <w:r>
              <w:rPr>
                <w:sz w:val="16"/>
              </w:rPr>
              <w:t>34.5</w:t>
            </w:r>
          </w:p>
        </w:tc>
        <w:tc>
          <w:tcPr>
            <w:tcW w:type="dxa" w:w="1205"/>
          </w:tcPr>
          <w:p>
            <w:pPr>
              <w:spacing w:after="0"/>
              <w:jc w:val="right"/>
            </w:pPr>
            <w:r>
              <w:rPr>
                <w:sz w:val="16"/>
              </w:rPr>
              <w:t>48.3</w:t>
            </w:r>
          </w:p>
        </w:tc>
        <w:tc>
          <w:tcPr>
            <w:tcW w:type="dxa" w:w="6911"/>
          </w:tcPr>
          <w:p>
            <w:pPr>
              <w:spacing w:after="0"/>
              <w:jc w:val="left"/>
            </w:pPr>
            <w:r>
              <w:rPr>
                <w:sz w:val="16"/>
              </w:rPr>
              <w:t>Relatively Low 8, Very Low 2</w:t>
            </w:r>
          </w:p>
        </w:tc>
      </w:tr>
      <w:tr>
        <w:trPr>
          <w:cantSplit/>
        </w:trPr>
        <w:tc>
          <w:tcPr>
            <w:tcW w:type="dxa" w:w="1929"/>
          </w:tcPr>
          <w:p>
            <w:pPr>
              <w:spacing w:after="0"/>
              <w:jc w:val="left"/>
            </w:pPr>
            <w:r>
              <w:rPr>
                <w:sz w:val="16"/>
              </w:rPr>
              <w:t>Wildfire</w:t>
            </w:r>
          </w:p>
        </w:tc>
        <w:tc>
          <w:tcPr>
            <w:tcW w:type="dxa" w:w="1597"/>
          </w:tcPr>
          <w:p>
            <w:pPr>
              <w:spacing w:after="0"/>
              <w:jc w:val="right"/>
            </w:pPr>
            <w:r>
              <w:rPr>
                <w:sz w:val="16"/>
              </w:rPr>
              <w:t>10 of 10</w:t>
            </w:r>
          </w:p>
        </w:tc>
        <w:tc>
          <w:tcPr>
            <w:tcW w:type="dxa" w:w="1205"/>
          </w:tcPr>
          <w:p>
            <w:pPr>
              <w:spacing w:after="0"/>
              <w:jc w:val="right"/>
            </w:pPr>
            <w:r>
              <w:rPr>
                <w:sz w:val="16"/>
              </w:rPr>
              <w:t>56.5</w:t>
            </w:r>
          </w:p>
        </w:tc>
        <w:tc>
          <w:tcPr>
            <w:tcW w:type="dxa" w:w="1264"/>
          </w:tcPr>
          <w:p>
            <w:pPr>
              <w:spacing w:after="0"/>
              <w:jc w:val="right"/>
            </w:pPr>
            <w:r>
              <w:rPr>
                <w:sz w:val="16"/>
              </w:rPr>
              <w:t>64.0</w:t>
            </w:r>
          </w:p>
        </w:tc>
        <w:tc>
          <w:tcPr>
            <w:tcW w:type="dxa" w:w="1205"/>
          </w:tcPr>
          <w:p>
            <w:pPr>
              <w:spacing w:after="0"/>
              <w:jc w:val="right"/>
            </w:pPr>
            <w:r>
              <w:rPr>
                <w:sz w:val="16"/>
              </w:rPr>
              <w:t>74.1</w:t>
            </w:r>
          </w:p>
        </w:tc>
        <w:tc>
          <w:tcPr>
            <w:tcW w:type="dxa" w:w="6911"/>
          </w:tcPr>
          <w:p>
            <w:pPr>
              <w:spacing w:after="0"/>
              <w:jc w:val="left"/>
            </w:pPr>
            <w:r>
              <w:rPr>
                <w:sz w:val="16"/>
              </w:rPr>
              <w:t>Relatively Low 3, Very Low 7</w:t>
            </w:r>
          </w:p>
        </w:tc>
      </w:tr>
      <w:tr>
        <w:trPr>
          <w:cantSplit/>
        </w:trPr>
        <w:tc>
          <w:tcPr>
            <w:tcW w:type="dxa" w:w="1929"/>
          </w:tcPr>
          <w:p>
            <w:pPr>
              <w:spacing w:after="0"/>
              <w:jc w:val="left"/>
            </w:pPr>
            <w:r>
              <w:rPr>
                <w:sz w:val="16"/>
              </w:rPr>
              <w:t>Winter Weather</w:t>
            </w:r>
          </w:p>
        </w:tc>
        <w:tc>
          <w:tcPr>
            <w:tcW w:type="dxa" w:w="1597"/>
          </w:tcPr>
          <w:p>
            <w:pPr>
              <w:spacing w:after="0"/>
              <w:jc w:val="right"/>
            </w:pPr>
            <w:r>
              <w:rPr>
                <w:sz w:val="16"/>
              </w:rPr>
              <w:t>10 of 10</w:t>
            </w:r>
          </w:p>
        </w:tc>
        <w:tc>
          <w:tcPr>
            <w:tcW w:type="dxa" w:w="1205"/>
          </w:tcPr>
          <w:p>
            <w:pPr>
              <w:spacing w:after="0"/>
              <w:jc w:val="right"/>
            </w:pPr>
            <w:r>
              <w:rPr>
                <w:sz w:val="16"/>
              </w:rPr>
              <w:t>62.4</w:t>
            </w:r>
          </w:p>
        </w:tc>
        <w:tc>
          <w:tcPr>
            <w:tcW w:type="dxa" w:w="1264"/>
          </w:tcPr>
          <w:p>
            <w:pPr>
              <w:spacing w:after="0"/>
              <w:jc w:val="right"/>
            </w:pPr>
            <w:r>
              <w:rPr>
                <w:sz w:val="16"/>
              </w:rPr>
              <w:t>79.2</w:t>
            </w:r>
          </w:p>
        </w:tc>
        <w:tc>
          <w:tcPr>
            <w:tcW w:type="dxa" w:w="1205"/>
          </w:tcPr>
          <w:p>
            <w:pPr>
              <w:spacing w:after="0"/>
              <w:jc w:val="right"/>
            </w:pPr>
            <w:r>
              <w:rPr>
                <w:sz w:val="16"/>
              </w:rPr>
              <w:t>87.7</w:t>
            </w:r>
          </w:p>
        </w:tc>
        <w:tc>
          <w:tcPr>
            <w:tcW w:type="dxa" w:w="6911"/>
          </w:tcPr>
          <w:p>
            <w:pPr>
              <w:spacing w:after="0"/>
              <w:jc w:val="left"/>
            </w:pPr>
            <w:r>
              <w:rPr>
                <w:sz w:val="16"/>
              </w:rPr>
              <w:t>Relatively High 6, Relatively Moderate 4</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Addison County's 10 census tracts; NRI rates census tracts, not towns.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hail, heat wave, ice storm, lightning, strong wind and winter weather are county-wide or coarse (49 km grid or NWS zone), the same for every jurisdiction; the tract range mostly reflects where buildings and people are.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2016"/>
        <w:gridCol w:w="2016"/>
        <w:gridCol w:w="2016"/>
        <w:gridCol w:w="2016"/>
        <w:gridCol w:w="2016"/>
        <w:gridCol w:w="2016"/>
        <w:gridCol w:w="2016"/>
      </w:tblGrid>
      <w:tr>
        <w:trPr>
          <w:cantSplit/>
          <w:tblHeader/>
        </w:trPr>
        <w:tc>
          <w:tcPr>
            <w:tcW w:type="dxa" w:w="2016"/>
            <w:shd w:val="clear" w:color="auto" w:fill="E8E8E8"/>
          </w:tcPr>
          <w:p>
            <w:pPr>
              <w:spacing w:after="0"/>
              <w:jc w:val="left"/>
            </w:pPr>
            <w:r>
              <w:rPr>
                <w:b/>
                <w:sz w:val="16"/>
              </w:rPr>
              <w:t>Jurisdiction</w:t>
            </w:r>
          </w:p>
        </w:tc>
        <w:tc>
          <w:tcPr>
            <w:tcW w:type="dxa" w:w="2016"/>
            <w:shd w:val="clear" w:color="auto" w:fill="E8E8E8"/>
          </w:tcPr>
          <w:p>
            <w:pPr>
              <w:spacing w:after="0"/>
              <w:jc w:val="left"/>
            </w:pPr>
            <w:r>
              <w:rPr>
                <w:b/>
                <w:sz w:val="16"/>
              </w:rPr>
              <w:t>Type</w:t>
            </w:r>
          </w:p>
        </w:tc>
        <w:tc>
          <w:tcPr>
            <w:tcW w:type="dxa" w:w="2016"/>
            <w:shd w:val="clear" w:color="auto" w:fill="E8E8E8"/>
          </w:tcPr>
          <w:p>
            <w:pPr>
              <w:spacing w:after="0"/>
              <w:jc w:val="left"/>
            </w:pPr>
            <w:r>
              <w:rPr>
                <w:b/>
                <w:sz w:val="16"/>
              </w:rPr>
              <w:t>Plan status</w:t>
            </w:r>
          </w:p>
        </w:tc>
        <w:tc>
          <w:tcPr>
            <w:tcW w:type="dxa" w:w="2016"/>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016"/>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016"/>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016"/>
            <w:shd w:val="clear" w:color="auto" w:fill="E8E8E8"/>
          </w:tcPr>
          <w:p>
            <w:pPr>
              <w:spacing w:after="0"/>
              <w:jc w:val="left"/>
            </w:pPr>
            <w:r>
              <w:rPr>
                <w:b/>
                <w:sz w:val="16"/>
              </w:rPr>
              <w:t>Notes</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No plan row in FEMA data, so no NFIP community ID or Public Assistance applicant match is available for this town.</w:t>
      </w:r>
    </w:p>
    <w:p>
      <w:pPr>
        <w:spacing w:after="80" w:before="0"/>
      </w:pPr>
    </w:p>
    <w:p>
      <w:pPr>
        <w:pStyle w:val="Heading2"/>
        <w:keepNext/>
        <w:spacing w:after="80"/>
      </w:pPr>
      <w:r>
        <w:rPr/>
        <w:t>Supports FEMA checklist items B2-a and B2-b: vulnerability and potential impacts</w:t>
      </w:r>
    </w:p>
    <w:p>
      <w:pPr>
        <w:keepNext/>
        <w:spacing w:after="80" w:before="0"/>
      </w:pPr>
      <w:r>
        <w:rPr>
          <w:i/>
        </w:rPr>
        <w:t>County-level: Addison County (National Risk Index exposure and expected annual loss; since-plan counts use Vergennes city's approval date).</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keepNext/>
        <w:spacing w:after="80" w:before="0"/>
      </w:pPr>
      <w:r>
        <w:rPr/>
        <w:t>No plan row in FEMA data, so there is no approval date to count from.</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pStyle w:val="ListBullet"/>
        <w:spacing w:after="20"/>
      </w:pPr>
      <w:r>
        <w:rPr/>
        <w:t>Vermont Flood Ready Atlas and Agency of Natural Resources (ANR) river corridors for town flood and erosion locations.</w:t>
      </w:r>
    </w:p>
    <w:p>
      <w:pPr>
        <w:pStyle w:val="ListBullet"/>
        <w:spacing w:after="20"/>
      </w:pPr>
      <w:r>
        <w:rPr/>
        <w:t>The Emergency Relief and Assistance Fund (ERAF) Flood Hazard Summary gives E911 building counts in the Special Flood Hazard Area (SFHA) per town.</w:t>
      </w:r>
    </w:p>
    <w:p>
      <w:pPr>
        <w:pStyle w:val="ListBullet"/>
        <w:spacing w:after="20"/>
      </w:pPr>
      <w:r>
        <w:rPr/>
        <w:t>Vermont Dam Inventory for dams in and upstream of the town.</w:t>
      </w:r>
    </w:p>
    <w:p>
      <w:pPr>
        <w:pStyle w:val="ListBullet"/>
        <w:spacing w:after="20"/>
      </w:pPr>
      <w:r>
        <w:rPr/>
        <w:t xml:space="preserve">Vermont Emergency Management (VEM) hazard mitigation planning resources and the 2023 Vermont State Hazard Mitigation Plan. </w:t>
      </w:r>
      <w:hyperlink r:id="rId14">
        <w:r>
          <w:rPr>
            <w:color w:val="1F4E99"/>
            <w:u w:val="single"/>
          </w:rPr>
          <w:t>https://vem.vermont.gov/hm-planning-resources</w:t>
        </w:r>
      </w:hyperlink>
    </w:p>
    <w:p>
      <w:pPr>
        <w:spacing w:after="40" w:before="0"/>
      </w:pPr>
    </w:p>
    <w:p>
      <w:pPr>
        <w:pStyle w:val="Heading3"/>
        <w:keepNext/>
        <w:spacing w:after="80"/>
      </w:pPr>
      <w:r>
        <w:rPr/>
        <w:t>County-level starter: exposure, expected annual loss and damage since the plan (Addison County, county-level)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Addison County, county-level)"/>
        <w:tblDescription w:val="Hazard Plain table b2ab"/>
      </w:tblPr>
      <w:tblGrid>
        <w:gridCol w:w="1037"/>
        <w:gridCol w:w="1483"/>
        <w:gridCol w:w="1215"/>
        <w:gridCol w:w="1046"/>
        <w:gridCol w:w="1037"/>
        <w:gridCol w:w="1126"/>
        <w:gridCol w:w="1013"/>
        <w:gridCol w:w="1063"/>
        <w:gridCol w:w="1190"/>
        <w:gridCol w:w="1114"/>
        <w:gridCol w:w="1114"/>
        <w:gridCol w:w="1674"/>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6"/>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13"/>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063"/>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90"/>
            <w:shd w:val="clear" w:color="auto" w:fill="E8E8E8"/>
          </w:tcPr>
          <w:p>
            <w:pPr>
              <w:spacing w:after="0"/>
              <w:jc w:val="right"/>
            </w:pPr>
            <w:r>
              <w:rPr>
                <w:b/>
                <w:sz w:val="16"/>
              </w:rPr>
              <w:t>Storm Events damage since plan</w:t>
            </w:r>
          </w:p>
          <w:p>
            <w:pPr>
              <w:spacing w:after="0"/>
              <w:jc w:val="right"/>
            </w:pPr>
            <w:r>
              <w:rPr>
                <w:i/>
                <w:color w:val="555555"/>
                <w:sz w:val="14"/>
              </w:rPr>
              <w:t>county-coded records, property plus crops, nominal dollars</w:t>
            </w:r>
          </w:p>
        </w:tc>
        <w:tc>
          <w:tcPr>
            <w:tcW w:type="dxa" w:w="1114"/>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14"/>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674"/>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r>
              <w:rPr>
                <w:sz w:val="16"/>
              </w:rPr>
              <w:t>$1,016,064</w:t>
            </w:r>
          </w:p>
        </w:tc>
        <w:tc>
          <w:tcPr>
            <w:tcW w:type="dxa" w:w="1215"/>
          </w:tcPr>
          <w:p>
            <w:pPr>
              <w:spacing w:after="0"/>
              <w:jc w:val="right"/>
            </w:pPr>
            <w:r>
              <w:rPr>
                <w:sz w:val="16"/>
              </w:rPr>
              <w:t>n/a</w:t>
            </w:r>
          </w:p>
        </w:tc>
        <w:tc>
          <w:tcPr>
            <w:tcW w:type="dxa" w:w="1046"/>
          </w:tcPr>
          <w:p>
            <w:pPr>
              <w:spacing w:after="0"/>
              <w:jc w:val="right"/>
            </w:pPr>
            <w:r>
              <w:rPr>
                <w:sz w:val="16"/>
              </w:rPr>
              <w:t>under 1</w:t>
            </w:r>
          </w:p>
        </w:tc>
        <w:tc>
          <w:tcPr>
            <w:tcW w:type="dxa" w:w="1037"/>
          </w:tcPr>
          <w:p>
            <w:pPr>
              <w:spacing w:after="0"/>
              <w:jc w:val="right"/>
            </w:pPr>
            <w:r>
              <w:rPr>
                <w:sz w:val="16"/>
              </w:rPr>
              <w:t>under $1</w:t>
            </w:r>
          </w:p>
        </w:tc>
        <w:tc>
          <w:tcPr>
            <w:tcW w:type="dxa" w:w="1126"/>
          </w:tcPr>
          <w:p>
            <w:pPr>
              <w:spacing w:after="0"/>
              <w:jc w:val="right"/>
            </w:pPr>
            <w:r>
              <w:rPr>
                <w:sz w:val="16"/>
              </w:rPr>
              <w:t>n/a</w:t>
            </w:r>
          </w:p>
        </w:tc>
        <w:tc>
          <w:tcPr>
            <w:tcW w:type="dxa" w:w="1013"/>
          </w:tcPr>
          <w:p>
            <w:pPr>
              <w:spacing w:after="0"/>
              <w:jc w:val="right"/>
            </w:pPr>
            <w:r>
              <w:rPr>
                <w:sz w:val="16"/>
              </w:rPr>
              <w:t>$2,014</w:t>
            </w:r>
          </w:p>
        </w:tc>
        <w:tc>
          <w:tcPr>
            <w:tcW w:type="dxa" w:w="1063"/>
          </w:tcPr>
          <w:p>
            <w:pPr>
              <w:spacing w:after="0"/>
              <w:jc w:val="right"/>
            </w:pPr>
            <w:r>
              <w:rPr>
                <w:sz w:val="16"/>
              </w:rPr>
              <w:t>under 0.0001%</w:t>
            </w:r>
          </w:p>
        </w:tc>
        <w:tc>
          <w:tcPr>
            <w:tcW w:type="dxa" w:w="1190"/>
          </w:tcPr>
          <w:p>
            <w:pPr>
              <w:spacing w:after="0"/>
              <w:jc w:val="right"/>
            </w:pPr>
          </w:p>
        </w:tc>
        <w:tc>
          <w:tcPr>
            <w:tcW w:type="dxa" w:w="1114"/>
          </w:tcPr>
          <w:p>
            <w:pPr>
              <w:spacing w:after="0"/>
              <w:jc w:val="right"/>
            </w:pPr>
          </w:p>
        </w:tc>
        <w:tc>
          <w:tcPr>
            <w:tcW w:type="dxa" w:w="1114"/>
          </w:tcPr>
          <w:p>
            <w:pPr>
              <w:spacing w:after="0"/>
              <w:jc w:val="right"/>
            </w:pPr>
          </w:p>
        </w:tc>
        <w:tc>
          <w:tcPr>
            <w:tcW w:type="dxa" w:w="1674"/>
          </w:tcPr>
          <w:p>
            <w:pPr>
              <w:spacing w:after="0"/>
              <w:jc w:val="left"/>
            </w:pPr>
          </w:p>
        </w:tc>
      </w:tr>
      <w:tr>
        <w:trPr>
          <w:cantSplit/>
        </w:trPr>
        <w:tc>
          <w:tcPr>
            <w:tcW w:type="dxa" w:w="1037"/>
          </w:tcPr>
          <w:p>
            <w:pPr>
              <w:spacing w:after="0"/>
              <w:jc w:val="left"/>
            </w:pPr>
            <w:r>
              <w:rPr>
                <w:sz w:val="16"/>
              </w:rPr>
              <w:t>Cold Wave</w:t>
            </w:r>
          </w:p>
        </w:tc>
        <w:tc>
          <w:tcPr>
            <w:tcW w:type="dxa" w:w="1483"/>
          </w:tcPr>
          <w:p>
            <w:pPr>
              <w:spacing w:after="0"/>
              <w:jc w:val="right"/>
            </w:pPr>
            <w:r>
              <w:rPr>
                <w:sz w:val="16"/>
              </w:rPr>
              <w:t>$11,124,310,582</w:t>
            </w:r>
          </w:p>
        </w:tc>
        <w:tc>
          <w:tcPr>
            <w:tcW w:type="dxa" w:w="1215"/>
          </w:tcPr>
          <w:p>
            <w:pPr>
              <w:spacing w:after="0"/>
              <w:jc w:val="right"/>
            </w:pPr>
            <w:r>
              <w:rPr>
                <w:sz w:val="16"/>
              </w:rPr>
              <w:t>$223,345,643</w:t>
            </w:r>
          </w:p>
        </w:tc>
        <w:tc>
          <w:tcPr>
            <w:tcW w:type="dxa" w:w="1046"/>
          </w:tcPr>
          <w:p>
            <w:pPr>
              <w:spacing w:after="0"/>
              <w:jc w:val="right"/>
            </w:pPr>
            <w:r>
              <w:rPr>
                <w:sz w:val="16"/>
              </w:rPr>
              <w:t>37,314</w:t>
            </w:r>
          </w:p>
        </w:tc>
        <w:tc>
          <w:tcPr>
            <w:tcW w:type="dxa" w:w="1037"/>
          </w:tcPr>
          <w:p>
            <w:pPr>
              <w:spacing w:after="0"/>
              <w:jc w:val="right"/>
            </w:pPr>
            <w:r>
              <w:rPr>
                <w:sz w:val="16"/>
              </w:rPr>
              <w:t>$197</w:t>
            </w:r>
          </w:p>
        </w:tc>
        <w:tc>
          <w:tcPr>
            <w:tcW w:type="dxa" w:w="1126"/>
          </w:tcPr>
          <w:p>
            <w:pPr>
              <w:spacing w:after="0"/>
              <w:jc w:val="right"/>
            </w:pPr>
            <w:r>
              <w:rPr>
                <w:sz w:val="16"/>
              </w:rPr>
              <w:t>$102,611</w:t>
            </w:r>
          </w:p>
        </w:tc>
        <w:tc>
          <w:tcPr>
            <w:tcW w:type="dxa" w:w="1013"/>
          </w:tcPr>
          <w:p>
            <w:pPr>
              <w:spacing w:after="0"/>
              <w:jc w:val="right"/>
            </w:pPr>
            <w:r>
              <w:rPr>
                <w:sz w:val="16"/>
              </w:rPr>
              <w:t>$614,167</w:t>
            </w:r>
          </w:p>
        </w:tc>
        <w:tc>
          <w:tcPr>
            <w:tcW w:type="dxa" w:w="1063"/>
          </w:tcPr>
          <w:p>
            <w:pPr>
              <w:spacing w:after="0"/>
              <w:jc w:val="right"/>
            </w:pPr>
            <w:r>
              <w:rPr>
                <w:sz w:val="16"/>
              </w:rPr>
              <w:t>under 0.0001%</w:t>
            </w:r>
          </w:p>
        </w:tc>
        <w:tc>
          <w:tcPr>
            <w:tcW w:type="dxa" w:w="1190"/>
          </w:tcPr>
          <w:p>
            <w:pPr>
              <w:spacing w:after="0"/>
              <w:jc w:val="right"/>
            </w:pPr>
          </w:p>
        </w:tc>
        <w:tc>
          <w:tcPr>
            <w:tcW w:type="dxa" w:w="1114"/>
          </w:tcPr>
          <w:p>
            <w:pPr>
              <w:spacing w:after="0"/>
              <w:jc w:val="right"/>
            </w:pPr>
          </w:p>
        </w:tc>
        <w:tc>
          <w:tcPr>
            <w:tcW w:type="dxa" w:w="1114"/>
          </w:tcPr>
          <w:p>
            <w:pPr>
              <w:spacing w:after="0"/>
              <w:jc w:val="right"/>
            </w:pPr>
          </w:p>
        </w:tc>
        <w:tc>
          <w:tcPr>
            <w:tcW w:type="dxa" w:w="1674"/>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215"/>
          </w:tcPr>
          <w:p>
            <w:pPr>
              <w:spacing w:after="0"/>
              <w:jc w:val="right"/>
            </w:pPr>
            <w:r>
              <w:rPr>
                <w:sz w:val="16"/>
              </w:rPr>
              <w:t>$0</w:t>
            </w:r>
          </w:p>
        </w:tc>
        <w:tc>
          <w:tcPr>
            <w:tcW w:type="dxa" w:w="1046"/>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$0</w:t>
            </w:r>
          </w:p>
        </w:tc>
        <w:tc>
          <w:tcPr>
            <w:tcW w:type="dxa" w:w="1013"/>
          </w:tcPr>
          <w:p>
            <w:pPr>
              <w:spacing w:after="0"/>
              <w:jc w:val="right"/>
            </w:pPr>
            <w:r>
              <w:rPr>
                <w:sz w:val="16"/>
              </w:rPr>
              <w:t>n/a</w:t>
            </w:r>
          </w:p>
        </w:tc>
        <w:tc>
          <w:tcPr>
            <w:tcW w:type="dxa" w:w="1063"/>
          </w:tcPr>
          <w:p>
            <w:pPr>
              <w:spacing w:after="0"/>
              <w:jc w:val="right"/>
            </w:pPr>
          </w:p>
        </w:tc>
        <w:tc>
          <w:tcPr>
            <w:tcW w:type="dxa" w:w="1190"/>
          </w:tcPr>
          <w:p>
            <w:pPr>
              <w:spacing w:after="0"/>
              <w:jc w:val="right"/>
            </w:pPr>
          </w:p>
        </w:tc>
        <w:tc>
          <w:tcPr>
            <w:tcW w:type="dxa" w:w="1114"/>
          </w:tcPr>
          <w:p>
            <w:pPr>
              <w:spacing w:after="0"/>
              <w:jc w:val="right"/>
            </w:pPr>
          </w:p>
        </w:tc>
        <w:tc>
          <w:tcPr>
            <w:tcW w:type="dxa" w:w="1114"/>
          </w:tcPr>
          <w:p>
            <w:pPr>
              <w:spacing w:after="0"/>
              <w:jc w:val="right"/>
            </w:pPr>
          </w:p>
        </w:tc>
        <w:tc>
          <w:tcPr>
            <w:tcW w:type="dxa" w:w="1674"/>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$18,931,200,218</w:t>
            </w:r>
          </w:p>
        </w:tc>
        <w:tc>
          <w:tcPr>
            <w:tcW w:type="dxa" w:w="1215"/>
          </w:tcPr>
          <w:p>
            <w:pPr>
              <w:spacing w:after="0"/>
              <w:jc w:val="right"/>
            </w:pPr>
            <w:r>
              <w:rPr>
                <w:sz w:val="16"/>
              </w:rPr>
              <w:t>n/a</w:t>
            </w:r>
          </w:p>
        </w:tc>
        <w:tc>
          <w:tcPr>
            <w:tcW w:type="dxa" w:w="1046"/>
          </w:tcPr>
          <w:p>
            <w:pPr>
              <w:spacing w:after="0"/>
              <w:jc w:val="right"/>
            </w:pPr>
            <w:r>
              <w:rPr>
                <w:sz w:val="16"/>
              </w:rPr>
              <w:t>37,363</w:t>
            </w:r>
          </w:p>
        </w:tc>
        <w:tc>
          <w:tcPr>
            <w:tcW w:type="dxa" w:w="1037"/>
          </w:tcPr>
          <w:p>
            <w:pPr>
              <w:spacing w:after="0"/>
              <w:jc w:val="right"/>
            </w:pPr>
            <w:r>
              <w:rPr>
                <w:sz w:val="16"/>
              </w:rPr>
              <w:t>$419,010</w:t>
            </w:r>
          </w:p>
        </w:tc>
        <w:tc>
          <w:tcPr>
            <w:tcW w:type="dxa" w:w="1126"/>
          </w:tcPr>
          <w:p>
            <w:pPr>
              <w:spacing w:after="0"/>
              <w:jc w:val="right"/>
            </w:pPr>
            <w:r>
              <w:rPr>
                <w:sz w:val="16"/>
              </w:rPr>
              <w:t>n/a</w:t>
            </w:r>
          </w:p>
        </w:tc>
        <w:tc>
          <w:tcPr>
            <w:tcW w:type="dxa" w:w="1013"/>
          </w:tcPr>
          <w:p>
            <w:pPr>
              <w:spacing w:after="0"/>
              <w:jc w:val="right"/>
            </w:pPr>
            <w:r>
              <w:rPr>
                <w:sz w:val="16"/>
              </w:rPr>
              <w:t>$55,018</w:t>
            </w:r>
          </w:p>
        </w:tc>
        <w:tc>
          <w:tcPr>
            <w:tcW w:type="dxa" w:w="1063"/>
          </w:tcPr>
          <w:p>
            <w:pPr>
              <w:spacing w:after="0"/>
              <w:jc w:val="right"/>
            </w:pPr>
            <w:r>
              <w:rPr>
                <w:sz w:val="16"/>
              </w:rPr>
              <w:t>0.00221%</w:t>
            </w:r>
          </w:p>
        </w:tc>
        <w:tc>
          <w:tcPr>
            <w:tcW w:type="dxa" w:w="1190"/>
          </w:tcPr>
          <w:p>
            <w:pPr>
              <w:spacing w:after="0"/>
              <w:jc w:val="right"/>
            </w:pPr>
          </w:p>
        </w:tc>
        <w:tc>
          <w:tcPr>
            <w:tcW w:type="dxa" w:w="1114"/>
          </w:tcPr>
          <w:p>
            <w:pPr>
              <w:spacing w:after="0"/>
              <w:jc w:val="right"/>
            </w:pPr>
          </w:p>
        </w:tc>
        <w:tc>
          <w:tcPr>
            <w:tcW w:type="dxa" w:w="1114"/>
          </w:tcPr>
          <w:p>
            <w:pPr>
              <w:spacing w:after="0"/>
              <w:jc w:val="right"/>
            </w:pPr>
          </w:p>
        </w:tc>
        <w:tc>
          <w:tcPr>
            <w:tcW w:type="dxa" w:w="1674"/>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$11,124,310,582</w:t>
            </w:r>
          </w:p>
        </w:tc>
        <w:tc>
          <w:tcPr>
            <w:tcW w:type="dxa" w:w="1215"/>
          </w:tcPr>
          <w:p>
            <w:pPr>
              <w:spacing w:after="0"/>
              <w:jc w:val="right"/>
            </w:pPr>
            <w:r>
              <w:rPr>
                <w:sz w:val="16"/>
              </w:rPr>
              <w:t>$223,345,643</w:t>
            </w:r>
          </w:p>
        </w:tc>
        <w:tc>
          <w:tcPr>
            <w:tcW w:type="dxa" w:w="1046"/>
          </w:tcPr>
          <w:p>
            <w:pPr>
              <w:spacing w:after="0"/>
              <w:jc w:val="right"/>
            </w:pPr>
            <w:r>
              <w:rPr>
                <w:sz w:val="16"/>
              </w:rPr>
              <w:t>37,314</w:t>
            </w:r>
          </w:p>
        </w:tc>
        <w:tc>
          <w:tcPr>
            <w:tcW w:type="dxa" w:w="1037"/>
          </w:tcPr>
          <w:p>
            <w:pPr>
              <w:spacing w:after="0"/>
              <w:jc w:val="right"/>
            </w:pPr>
            <w:r>
              <w:rPr>
                <w:sz w:val="16"/>
              </w:rPr>
              <w:t>$3,195</w:t>
            </w:r>
          </w:p>
        </w:tc>
        <w:tc>
          <w:tcPr>
            <w:tcW w:type="dxa" w:w="1126"/>
          </w:tcPr>
          <w:p>
            <w:pPr>
              <w:spacing w:after="0"/>
              <w:jc w:val="right"/>
            </w:pPr>
            <w:r>
              <w:rPr>
                <w:sz w:val="16"/>
              </w:rPr>
              <w:t>$25,097</w:t>
            </w:r>
          </w:p>
        </w:tc>
        <w:tc>
          <w:tcPr>
            <w:tcW w:type="dxa" w:w="1013"/>
          </w:tcPr>
          <w:p>
            <w:pPr>
              <w:spacing w:after="0"/>
              <w:jc w:val="right"/>
            </w:pPr>
            <w:r>
              <w:rPr>
                <w:sz w:val="16"/>
              </w:rPr>
              <w:t>$34,843</w:t>
            </w:r>
          </w:p>
        </w:tc>
        <w:tc>
          <w:tcPr>
            <w:tcW w:type="dxa" w:w="1063"/>
          </w:tcPr>
          <w:p>
            <w:pPr>
              <w:spacing w:after="0"/>
              <w:jc w:val="right"/>
            </w:pPr>
            <w:r>
              <w:rPr>
                <w:sz w:val="16"/>
              </w:rPr>
              <w:t>under 0.0001%</w:t>
            </w:r>
          </w:p>
        </w:tc>
        <w:tc>
          <w:tcPr>
            <w:tcW w:type="dxa" w:w="1190"/>
          </w:tcPr>
          <w:p>
            <w:pPr>
              <w:spacing w:after="0"/>
              <w:jc w:val="right"/>
            </w:pPr>
          </w:p>
        </w:tc>
        <w:tc>
          <w:tcPr>
            <w:tcW w:type="dxa" w:w="1114"/>
          </w:tcPr>
          <w:p>
            <w:pPr>
              <w:spacing w:after="0"/>
              <w:jc w:val="right"/>
            </w:pPr>
          </w:p>
        </w:tc>
        <w:tc>
          <w:tcPr>
            <w:tcW w:type="dxa" w:w="1114"/>
          </w:tcPr>
          <w:p>
            <w:pPr>
              <w:spacing w:after="0"/>
              <w:jc w:val="right"/>
            </w:pPr>
          </w:p>
        </w:tc>
        <w:tc>
          <w:tcPr>
            <w:tcW w:type="dxa" w:w="1674"/>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$11,124,310,582</w:t>
            </w:r>
          </w:p>
        </w:tc>
        <w:tc>
          <w:tcPr>
            <w:tcW w:type="dxa" w:w="1215"/>
          </w:tcPr>
          <w:p>
            <w:pPr>
              <w:spacing w:after="0"/>
              <w:jc w:val="right"/>
            </w:pPr>
            <w:r>
              <w:rPr>
                <w:sz w:val="16"/>
              </w:rPr>
              <w:t>$223,345,643</w:t>
            </w:r>
          </w:p>
        </w:tc>
        <w:tc>
          <w:tcPr>
            <w:tcW w:type="dxa" w:w="1046"/>
          </w:tcPr>
          <w:p>
            <w:pPr>
              <w:spacing w:after="0"/>
              <w:jc w:val="right"/>
            </w:pPr>
            <w:r>
              <w:rPr>
                <w:sz w:val="16"/>
              </w:rPr>
              <w:t>37,314</w:t>
            </w:r>
          </w:p>
        </w:tc>
        <w:tc>
          <w:tcPr>
            <w:tcW w:type="dxa" w:w="1037"/>
          </w:tcPr>
          <w:p>
            <w:pPr>
              <w:spacing w:after="0"/>
              <w:jc w:val="right"/>
            </w:pPr>
            <w:r>
              <w:rPr>
                <w:sz w:val="16"/>
              </w:rPr>
              <w:t>under $1</w:t>
            </w:r>
          </w:p>
        </w:tc>
        <w:tc>
          <w:tcPr>
            <w:tcW w:type="dxa" w:w="1126"/>
          </w:tcPr>
          <w:p>
            <w:pPr>
              <w:spacing w:after="0"/>
              <w:jc w:val="right"/>
            </w:pPr>
            <w:r>
              <w:rPr>
                <w:sz w:val="16"/>
              </w:rPr>
              <w:t>$37,686</w:t>
            </w:r>
          </w:p>
        </w:tc>
        <w:tc>
          <w:tcPr>
            <w:tcW w:type="dxa" w:w="1013"/>
          </w:tcPr>
          <w:p>
            <w:pPr>
              <w:spacing w:after="0"/>
              <w:jc w:val="right"/>
            </w:pPr>
            <w:r>
              <w:rPr>
                <w:sz w:val="16"/>
              </w:rPr>
              <w:t>$342,908</w:t>
            </w:r>
          </w:p>
        </w:tc>
        <w:tc>
          <w:tcPr>
            <w:tcW w:type="dxa" w:w="1063"/>
          </w:tcPr>
          <w:p>
            <w:pPr>
              <w:spacing w:after="0"/>
              <w:jc w:val="right"/>
            </w:pPr>
            <w:r>
              <w:rPr>
                <w:sz w:val="16"/>
              </w:rPr>
              <w:t>under 0.0001%</w:t>
            </w:r>
          </w:p>
        </w:tc>
        <w:tc>
          <w:tcPr>
            <w:tcW w:type="dxa" w:w="1190"/>
          </w:tcPr>
          <w:p>
            <w:pPr>
              <w:spacing w:after="0"/>
              <w:jc w:val="right"/>
            </w:pPr>
          </w:p>
        </w:tc>
        <w:tc>
          <w:tcPr>
            <w:tcW w:type="dxa" w:w="1114"/>
          </w:tcPr>
          <w:p>
            <w:pPr>
              <w:spacing w:after="0"/>
              <w:jc w:val="right"/>
            </w:pPr>
          </w:p>
        </w:tc>
        <w:tc>
          <w:tcPr>
            <w:tcW w:type="dxa" w:w="1114"/>
          </w:tcPr>
          <w:p>
            <w:pPr>
              <w:spacing w:after="0"/>
              <w:jc w:val="right"/>
            </w:pPr>
          </w:p>
        </w:tc>
        <w:tc>
          <w:tcPr>
            <w:tcW w:type="dxa" w:w="1674"/>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$11,124,310,582</w:t>
            </w:r>
          </w:p>
        </w:tc>
        <w:tc>
          <w:tcPr>
            <w:tcW w:type="dxa" w:w="1215"/>
          </w:tcPr>
          <w:p>
            <w:pPr>
              <w:spacing w:after="0"/>
              <w:jc w:val="right"/>
            </w:pPr>
            <w:r>
              <w:rPr>
                <w:sz w:val="16"/>
              </w:rPr>
              <w:t>$223,193,648</w:t>
            </w:r>
          </w:p>
        </w:tc>
        <w:tc>
          <w:tcPr>
            <w:tcW w:type="dxa" w:w="1046"/>
          </w:tcPr>
          <w:p>
            <w:pPr>
              <w:spacing w:after="0"/>
              <w:jc w:val="right"/>
            </w:pPr>
            <w:r>
              <w:rPr>
                <w:sz w:val="16"/>
              </w:rPr>
              <w:t>37,314</w:t>
            </w:r>
          </w:p>
        </w:tc>
        <w:tc>
          <w:tcPr>
            <w:tcW w:type="dxa" w:w="1037"/>
          </w:tcPr>
          <w:p>
            <w:pPr>
              <w:spacing w:after="0"/>
              <w:jc w:val="right"/>
            </w:pPr>
            <w:r>
              <w:rPr>
                <w:sz w:val="16"/>
              </w:rPr>
              <w:t>$450,074</w:t>
            </w:r>
          </w:p>
        </w:tc>
        <w:tc>
          <w:tcPr>
            <w:tcW w:type="dxa" w:w="1126"/>
          </w:tcPr>
          <w:p>
            <w:pPr>
              <w:spacing w:after="0"/>
              <w:jc w:val="right"/>
            </w:pPr>
            <w:r>
              <w:rPr>
                <w:sz w:val="16"/>
              </w:rPr>
              <w:t>$134,535</w:t>
            </w:r>
          </w:p>
        </w:tc>
        <w:tc>
          <w:tcPr>
            <w:tcW w:type="dxa" w:w="1013"/>
          </w:tcPr>
          <w:p>
            <w:pPr>
              <w:spacing w:after="0"/>
              <w:jc w:val="right"/>
            </w:pPr>
            <w:r>
              <w:rPr>
                <w:sz w:val="16"/>
              </w:rPr>
              <w:t>$10,633</w:t>
            </w:r>
          </w:p>
        </w:tc>
        <w:tc>
          <w:tcPr>
            <w:tcW w:type="dxa" w:w="1063"/>
          </w:tcPr>
          <w:p>
            <w:pPr>
              <w:spacing w:after="0"/>
              <w:jc w:val="right"/>
            </w:pPr>
            <w:r>
              <w:rPr>
                <w:sz w:val="16"/>
              </w:rPr>
              <w:t>0.00405%</w:t>
            </w:r>
          </w:p>
        </w:tc>
        <w:tc>
          <w:tcPr>
            <w:tcW w:type="dxa" w:w="1190"/>
          </w:tcPr>
          <w:p>
            <w:pPr>
              <w:spacing w:after="0"/>
              <w:jc w:val="right"/>
            </w:pPr>
          </w:p>
        </w:tc>
        <w:tc>
          <w:tcPr>
            <w:tcW w:type="dxa" w:w="1114"/>
          </w:tcPr>
          <w:p>
            <w:pPr>
              <w:spacing w:after="0"/>
              <w:jc w:val="right"/>
            </w:pPr>
          </w:p>
        </w:tc>
        <w:tc>
          <w:tcPr>
            <w:tcW w:type="dxa" w:w="1114"/>
          </w:tcPr>
          <w:p>
            <w:pPr>
              <w:spacing w:after="0"/>
              <w:jc w:val="right"/>
            </w:pPr>
          </w:p>
        </w:tc>
        <w:tc>
          <w:tcPr>
            <w:tcW w:type="dxa" w:w="1674"/>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$11,124,139,993</w:t>
            </w:r>
          </w:p>
        </w:tc>
        <w:tc>
          <w:tcPr>
            <w:tcW w:type="dxa" w:w="1215"/>
          </w:tcPr>
          <w:p>
            <w:pPr>
              <w:spacing w:after="0"/>
              <w:jc w:val="right"/>
            </w:pPr>
            <w:r>
              <w:rPr>
                <w:sz w:val="16"/>
              </w:rPr>
              <w:t>n/a</w:t>
            </w:r>
          </w:p>
        </w:tc>
        <w:tc>
          <w:tcPr>
            <w:tcW w:type="dxa" w:w="1046"/>
          </w:tcPr>
          <w:p>
            <w:pPr>
              <w:spacing w:after="0"/>
              <w:jc w:val="right"/>
            </w:pPr>
            <w:r>
              <w:rPr>
                <w:sz w:val="16"/>
              </w:rPr>
              <w:t>37,313</w:t>
            </w:r>
          </w:p>
        </w:tc>
        <w:tc>
          <w:tcPr>
            <w:tcW w:type="dxa" w:w="1037"/>
          </w:tcPr>
          <w:p>
            <w:pPr>
              <w:spacing w:after="0"/>
              <w:jc w:val="right"/>
            </w:pPr>
            <w:r>
              <w:rPr>
                <w:sz w:val="16"/>
              </w:rPr>
              <w:t>$109,132</w:t>
            </w:r>
          </w:p>
        </w:tc>
        <w:tc>
          <w:tcPr>
            <w:tcW w:type="dxa" w:w="1126"/>
          </w:tcPr>
          <w:p>
            <w:pPr>
              <w:spacing w:after="0"/>
              <w:jc w:val="right"/>
            </w:pPr>
            <w:r>
              <w:rPr>
                <w:sz w:val="16"/>
              </w:rPr>
              <w:t>n/a</w:t>
            </w:r>
          </w:p>
        </w:tc>
        <w:tc>
          <w:tcPr>
            <w:tcW w:type="dxa" w:w="1013"/>
          </w:tcPr>
          <w:p>
            <w:pPr>
              <w:spacing w:after="0"/>
              <w:jc w:val="right"/>
            </w:pPr>
            <w:r>
              <w:rPr>
                <w:sz w:val="16"/>
              </w:rPr>
              <w:t>$13,142</w:t>
            </w:r>
          </w:p>
        </w:tc>
        <w:tc>
          <w:tcPr>
            <w:tcW w:type="dxa" w:w="1063"/>
          </w:tcPr>
          <w:p>
            <w:pPr>
              <w:spacing w:after="0"/>
              <w:jc w:val="right"/>
            </w:pPr>
            <w:r>
              <w:rPr>
                <w:sz w:val="16"/>
              </w:rPr>
              <w:t>0.000981%</w:t>
            </w:r>
          </w:p>
        </w:tc>
        <w:tc>
          <w:tcPr>
            <w:tcW w:type="dxa" w:w="1190"/>
          </w:tcPr>
          <w:p>
            <w:pPr>
              <w:spacing w:after="0"/>
              <w:jc w:val="right"/>
            </w:pPr>
          </w:p>
        </w:tc>
        <w:tc>
          <w:tcPr>
            <w:tcW w:type="dxa" w:w="1114"/>
          </w:tcPr>
          <w:p>
            <w:pPr>
              <w:spacing w:after="0"/>
              <w:jc w:val="right"/>
            </w:pPr>
          </w:p>
        </w:tc>
        <w:tc>
          <w:tcPr>
            <w:tcW w:type="dxa" w:w="1114"/>
          </w:tcPr>
          <w:p>
            <w:pPr>
              <w:spacing w:after="0"/>
              <w:jc w:val="right"/>
            </w:pPr>
          </w:p>
        </w:tc>
        <w:tc>
          <w:tcPr>
            <w:tcW w:type="dxa" w:w="1674"/>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$11,099,493,966</w:t>
            </w:r>
          </w:p>
        </w:tc>
        <w:tc>
          <w:tcPr>
            <w:tcW w:type="dxa" w:w="1215"/>
          </w:tcPr>
          <w:p>
            <w:pPr>
              <w:spacing w:after="0"/>
              <w:jc w:val="right"/>
            </w:pPr>
            <w:r>
              <w:rPr>
                <w:sz w:val="16"/>
              </w:rPr>
              <w:t>$11,829,128</w:t>
            </w:r>
          </w:p>
        </w:tc>
        <w:tc>
          <w:tcPr>
            <w:tcW w:type="dxa" w:w="1046"/>
          </w:tcPr>
          <w:p>
            <w:pPr>
              <w:spacing w:after="0"/>
              <w:jc w:val="right"/>
            </w:pPr>
            <w:r>
              <w:rPr>
                <w:sz w:val="16"/>
              </w:rPr>
              <w:t>656</w:t>
            </w:r>
          </w:p>
        </w:tc>
        <w:tc>
          <w:tcPr>
            <w:tcW w:type="dxa" w:w="1037"/>
          </w:tcPr>
          <w:p>
            <w:pPr>
              <w:spacing w:after="0"/>
              <w:jc w:val="right"/>
            </w:pPr>
            <w:r>
              <w:rPr>
                <w:sz w:val="16"/>
              </w:rPr>
              <w:t>$7,702,083</w:t>
            </w:r>
          </w:p>
        </w:tc>
        <w:tc>
          <w:tcPr>
            <w:tcW w:type="dxa" w:w="1126"/>
          </w:tcPr>
          <w:p>
            <w:pPr>
              <w:spacing w:after="0"/>
              <w:jc w:val="right"/>
            </w:pPr>
            <w:r>
              <w:rPr>
                <w:sz w:val="16"/>
              </w:rPr>
              <w:t>$38,650</w:t>
            </w:r>
          </w:p>
        </w:tc>
        <w:tc>
          <w:tcPr>
            <w:tcW w:type="dxa" w:w="1013"/>
          </w:tcPr>
          <w:p>
            <w:pPr>
              <w:spacing w:after="0"/>
              <w:jc w:val="right"/>
            </w:pPr>
            <w:r>
              <w:rPr>
                <w:sz w:val="16"/>
              </w:rPr>
              <w:t>$36,679</w:t>
            </w:r>
          </w:p>
        </w:tc>
        <w:tc>
          <w:tcPr>
            <w:tcW w:type="dxa" w:w="1063"/>
          </w:tcPr>
          <w:p>
            <w:pPr>
              <w:spacing w:after="0"/>
              <w:jc w:val="right"/>
            </w:pPr>
            <w:r>
              <w:rPr>
                <w:sz w:val="16"/>
              </w:rPr>
              <w:t>n/a (see note)</w:t>
            </w:r>
          </w:p>
        </w:tc>
        <w:tc>
          <w:tcPr>
            <w:tcW w:type="dxa" w:w="1190"/>
          </w:tcPr>
          <w:p>
            <w:pPr>
              <w:spacing w:after="0"/>
              <w:jc w:val="right"/>
            </w:pPr>
          </w:p>
        </w:tc>
        <w:tc>
          <w:tcPr>
            <w:tcW w:type="dxa" w:w="1114"/>
          </w:tcPr>
          <w:p>
            <w:pPr>
              <w:spacing w:after="0"/>
              <w:jc w:val="right"/>
            </w:pPr>
          </w:p>
        </w:tc>
        <w:tc>
          <w:tcPr>
            <w:tcW w:type="dxa" w:w="1114"/>
          </w:tcPr>
          <w:p>
            <w:pPr>
              <w:spacing w:after="0"/>
              <w:jc w:val="right"/>
            </w:pPr>
          </w:p>
        </w:tc>
        <w:tc>
          <w:tcPr>
            <w:tcW w:type="dxa" w:w="1674"/>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$485,800,412</w:t>
            </w:r>
          </w:p>
        </w:tc>
        <w:tc>
          <w:tcPr>
            <w:tcW w:type="dxa" w:w="1215"/>
          </w:tcPr>
          <w:p>
            <w:pPr>
              <w:spacing w:after="0"/>
              <w:jc w:val="right"/>
            </w:pPr>
            <w:r>
              <w:rPr>
                <w:sz w:val="16"/>
              </w:rPr>
              <w:t>n/a</w:t>
            </w:r>
          </w:p>
        </w:tc>
        <w:tc>
          <w:tcPr>
            <w:tcW w:type="dxa" w:w="1046"/>
          </w:tcPr>
          <w:p>
            <w:pPr>
              <w:spacing w:after="0"/>
              <w:jc w:val="right"/>
            </w:pPr>
            <w:r>
              <w:rPr>
                <w:sz w:val="16"/>
              </w:rPr>
              <w:t>1,736</w:t>
            </w:r>
          </w:p>
        </w:tc>
        <w:tc>
          <w:tcPr>
            <w:tcW w:type="dxa" w:w="1037"/>
          </w:tcPr>
          <w:p>
            <w:pPr>
              <w:spacing w:after="0"/>
              <w:jc w:val="right"/>
            </w:pPr>
            <w:r>
              <w:rPr>
                <w:sz w:val="16"/>
              </w:rPr>
              <w:t>$4,506</w:t>
            </w:r>
          </w:p>
        </w:tc>
        <w:tc>
          <w:tcPr>
            <w:tcW w:type="dxa" w:w="1126"/>
          </w:tcPr>
          <w:p>
            <w:pPr>
              <w:spacing w:after="0"/>
              <w:jc w:val="right"/>
            </w:pPr>
            <w:r>
              <w:rPr>
                <w:sz w:val="16"/>
              </w:rPr>
              <w:t>n/a</w:t>
            </w:r>
          </w:p>
        </w:tc>
        <w:tc>
          <w:tcPr>
            <w:tcW w:type="dxa" w:w="1013"/>
          </w:tcPr>
          <w:p>
            <w:pPr>
              <w:spacing w:after="0"/>
              <w:jc w:val="right"/>
            </w:pPr>
            <w:r>
              <w:rPr>
                <w:sz w:val="16"/>
              </w:rPr>
              <w:t>$4,709</w:t>
            </w:r>
          </w:p>
        </w:tc>
        <w:tc>
          <w:tcPr>
            <w:tcW w:type="dxa" w:w="1063"/>
          </w:tcPr>
          <w:p>
            <w:pPr>
              <w:spacing w:after="0"/>
              <w:jc w:val="right"/>
            </w:pPr>
            <w:r>
              <w:rPr>
                <w:sz w:val="16"/>
              </w:rPr>
              <w:t>0.000927%</w:t>
            </w:r>
          </w:p>
        </w:tc>
        <w:tc>
          <w:tcPr>
            <w:tcW w:type="dxa" w:w="1190"/>
          </w:tcPr>
          <w:p>
            <w:pPr>
              <w:spacing w:after="0"/>
              <w:jc w:val="right"/>
            </w:pPr>
          </w:p>
        </w:tc>
        <w:tc>
          <w:tcPr>
            <w:tcW w:type="dxa" w:w="1114"/>
          </w:tcPr>
          <w:p>
            <w:pPr>
              <w:spacing w:after="0"/>
              <w:jc w:val="right"/>
            </w:pPr>
          </w:p>
        </w:tc>
        <w:tc>
          <w:tcPr>
            <w:tcW w:type="dxa" w:w="1114"/>
          </w:tcPr>
          <w:p>
            <w:pPr>
              <w:spacing w:after="0"/>
              <w:jc w:val="right"/>
            </w:pPr>
          </w:p>
        </w:tc>
        <w:tc>
          <w:tcPr>
            <w:tcW w:type="dxa" w:w="1674"/>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$11,124,310,582</w:t>
            </w:r>
          </w:p>
        </w:tc>
        <w:tc>
          <w:tcPr>
            <w:tcW w:type="dxa" w:w="1215"/>
          </w:tcPr>
          <w:p>
            <w:pPr>
              <w:spacing w:after="0"/>
              <w:jc w:val="right"/>
            </w:pPr>
            <w:r>
              <w:rPr>
                <w:sz w:val="16"/>
              </w:rPr>
              <w:t>n/a</w:t>
            </w:r>
          </w:p>
        </w:tc>
        <w:tc>
          <w:tcPr>
            <w:tcW w:type="dxa" w:w="1046"/>
          </w:tcPr>
          <w:p>
            <w:pPr>
              <w:spacing w:after="0"/>
              <w:jc w:val="right"/>
            </w:pPr>
            <w:r>
              <w:rPr>
                <w:sz w:val="16"/>
              </w:rPr>
              <w:t>37,314</w:t>
            </w:r>
          </w:p>
        </w:tc>
        <w:tc>
          <w:tcPr>
            <w:tcW w:type="dxa" w:w="1037"/>
          </w:tcPr>
          <w:p>
            <w:pPr>
              <w:spacing w:after="0"/>
              <w:jc w:val="right"/>
            </w:pPr>
            <w:r>
              <w:rPr>
                <w:sz w:val="16"/>
              </w:rPr>
              <w:t>$29,867</w:t>
            </w:r>
          </w:p>
        </w:tc>
        <w:tc>
          <w:tcPr>
            <w:tcW w:type="dxa" w:w="1126"/>
          </w:tcPr>
          <w:p>
            <w:pPr>
              <w:spacing w:after="0"/>
              <w:jc w:val="right"/>
            </w:pPr>
            <w:r>
              <w:rPr>
                <w:sz w:val="16"/>
              </w:rPr>
              <w:t>n/a</w:t>
            </w:r>
          </w:p>
        </w:tc>
        <w:tc>
          <w:tcPr>
            <w:tcW w:type="dxa" w:w="1013"/>
          </w:tcPr>
          <w:p>
            <w:pPr>
              <w:spacing w:after="0"/>
              <w:jc w:val="right"/>
            </w:pPr>
            <w:r>
              <w:rPr>
                <w:sz w:val="16"/>
              </w:rPr>
              <w:t>$315,455</w:t>
            </w:r>
          </w:p>
        </w:tc>
        <w:tc>
          <w:tcPr>
            <w:tcW w:type="dxa" w:w="1063"/>
          </w:tcPr>
          <w:p>
            <w:pPr>
              <w:spacing w:after="0"/>
              <w:jc w:val="right"/>
            </w:pPr>
            <w:r>
              <w:rPr>
                <w:sz w:val="16"/>
              </w:rPr>
              <w:t>0.000268%</w:t>
            </w:r>
          </w:p>
        </w:tc>
        <w:tc>
          <w:tcPr>
            <w:tcW w:type="dxa" w:w="1190"/>
          </w:tcPr>
          <w:p>
            <w:pPr>
              <w:spacing w:after="0"/>
              <w:jc w:val="right"/>
            </w:pPr>
          </w:p>
        </w:tc>
        <w:tc>
          <w:tcPr>
            <w:tcW w:type="dxa" w:w="1114"/>
          </w:tcPr>
          <w:p>
            <w:pPr>
              <w:spacing w:after="0"/>
              <w:jc w:val="right"/>
            </w:pPr>
          </w:p>
        </w:tc>
        <w:tc>
          <w:tcPr>
            <w:tcW w:type="dxa" w:w="1114"/>
          </w:tcPr>
          <w:p>
            <w:pPr>
              <w:spacing w:after="0"/>
              <w:jc w:val="right"/>
            </w:pPr>
          </w:p>
        </w:tc>
        <w:tc>
          <w:tcPr>
            <w:tcW w:type="dxa" w:w="1674"/>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$11,124,310,582</w:t>
            </w:r>
          </w:p>
        </w:tc>
        <w:tc>
          <w:tcPr>
            <w:tcW w:type="dxa" w:w="1215"/>
          </w:tcPr>
          <w:p>
            <w:pPr>
              <w:spacing w:after="0"/>
              <w:jc w:val="right"/>
            </w:pPr>
            <w:r>
              <w:rPr>
                <w:sz w:val="16"/>
              </w:rPr>
              <w:t>$223,345,643</w:t>
            </w:r>
          </w:p>
        </w:tc>
        <w:tc>
          <w:tcPr>
            <w:tcW w:type="dxa" w:w="1046"/>
          </w:tcPr>
          <w:p>
            <w:pPr>
              <w:spacing w:after="0"/>
              <w:jc w:val="right"/>
            </w:pPr>
            <w:r>
              <w:rPr>
                <w:sz w:val="16"/>
              </w:rPr>
              <w:t>37,314</w:t>
            </w:r>
          </w:p>
        </w:tc>
        <w:tc>
          <w:tcPr>
            <w:tcW w:type="dxa" w:w="1037"/>
          </w:tcPr>
          <w:p>
            <w:pPr>
              <w:spacing w:after="0"/>
              <w:jc w:val="right"/>
            </w:pPr>
            <w:r>
              <w:rPr>
                <w:sz w:val="16"/>
              </w:rPr>
              <w:t>$181,296</w:t>
            </w:r>
          </w:p>
        </w:tc>
        <w:tc>
          <w:tcPr>
            <w:tcW w:type="dxa" w:w="1126"/>
          </w:tcPr>
          <w:p>
            <w:pPr>
              <w:spacing w:after="0"/>
              <w:jc w:val="right"/>
            </w:pPr>
            <w:r>
              <w:rPr>
                <w:sz w:val="16"/>
              </w:rPr>
              <w:t>$8,380</w:t>
            </w:r>
          </w:p>
        </w:tc>
        <w:tc>
          <w:tcPr>
            <w:tcW w:type="dxa" w:w="1013"/>
          </w:tcPr>
          <w:p>
            <w:pPr>
              <w:spacing w:after="0"/>
              <w:jc w:val="right"/>
            </w:pPr>
            <w:r>
              <w:rPr>
                <w:sz w:val="16"/>
              </w:rPr>
              <w:t>$201,028</w:t>
            </w:r>
          </w:p>
        </w:tc>
        <w:tc>
          <w:tcPr>
            <w:tcW w:type="dxa" w:w="1063"/>
          </w:tcPr>
          <w:p>
            <w:pPr>
              <w:spacing w:after="0"/>
              <w:jc w:val="right"/>
            </w:pPr>
            <w:r>
              <w:rPr>
                <w:sz w:val="16"/>
              </w:rPr>
              <w:t>0.00163%</w:t>
            </w:r>
          </w:p>
        </w:tc>
        <w:tc>
          <w:tcPr>
            <w:tcW w:type="dxa" w:w="1190"/>
          </w:tcPr>
          <w:p>
            <w:pPr>
              <w:spacing w:after="0"/>
              <w:jc w:val="right"/>
            </w:pPr>
          </w:p>
        </w:tc>
        <w:tc>
          <w:tcPr>
            <w:tcW w:type="dxa" w:w="1114"/>
          </w:tcPr>
          <w:p>
            <w:pPr>
              <w:spacing w:after="0"/>
              <w:jc w:val="right"/>
            </w:pPr>
          </w:p>
        </w:tc>
        <w:tc>
          <w:tcPr>
            <w:tcW w:type="dxa" w:w="1114"/>
          </w:tcPr>
          <w:p>
            <w:pPr>
              <w:spacing w:after="0"/>
              <w:jc w:val="right"/>
            </w:pPr>
          </w:p>
        </w:tc>
        <w:tc>
          <w:tcPr>
            <w:tcW w:type="dxa" w:w="1674"/>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$11,124,310,582</w:t>
            </w:r>
          </w:p>
        </w:tc>
        <w:tc>
          <w:tcPr>
            <w:tcW w:type="dxa" w:w="1215"/>
          </w:tcPr>
          <w:p>
            <w:pPr>
              <w:spacing w:after="0"/>
              <w:jc w:val="right"/>
            </w:pPr>
            <w:r>
              <w:rPr>
                <w:sz w:val="16"/>
              </w:rPr>
              <w:t>$223,345,643</w:t>
            </w:r>
          </w:p>
        </w:tc>
        <w:tc>
          <w:tcPr>
            <w:tcW w:type="dxa" w:w="1046"/>
          </w:tcPr>
          <w:p>
            <w:pPr>
              <w:spacing w:after="0"/>
              <w:jc w:val="right"/>
            </w:pPr>
            <w:r>
              <w:rPr>
                <w:sz w:val="16"/>
              </w:rPr>
              <w:t>37,314</w:t>
            </w:r>
          </w:p>
        </w:tc>
        <w:tc>
          <w:tcPr>
            <w:tcW w:type="dxa" w:w="1037"/>
          </w:tcPr>
          <w:p>
            <w:pPr>
              <w:spacing w:after="0"/>
              <w:jc w:val="right"/>
            </w:pPr>
            <w:r>
              <w:rPr>
                <w:sz w:val="16"/>
              </w:rPr>
              <w:t>$96,853</w:t>
            </w:r>
          </w:p>
        </w:tc>
        <w:tc>
          <w:tcPr>
            <w:tcW w:type="dxa" w:w="1126"/>
          </w:tcPr>
          <w:p>
            <w:pPr>
              <w:spacing w:after="0"/>
              <w:jc w:val="right"/>
            </w:pPr>
            <w:r>
              <w:rPr>
                <w:sz w:val="16"/>
              </w:rPr>
              <w:t>$514</w:t>
            </w:r>
          </w:p>
        </w:tc>
        <w:tc>
          <w:tcPr>
            <w:tcW w:type="dxa" w:w="1013"/>
          </w:tcPr>
          <w:p>
            <w:pPr>
              <w:spacing w:after="0"/>
              <w:jc w:val="right"/>
            </w:pPr>
            <w:r>
              <w:rPr>
                <w:sz w:val="16"/>
              </w:rPr>
              <w:t>$206,735</w:t>
            </w:r>
          </w:p>
        </w:tc>
        <w:tc>
          <w:tcPr>
            <w:tcW w:type="dxa" w:w="1063"/>
          </w:tcPr>
          <w:p>
            <w:pPr>
              <w:spacing w:after="0"/>
              <w:jc w:val="right"/>
            </w:pPr>
            <w:r>
              <w:rPr>
                <w:sz w:val="16"/>
              </w:rPr>
              <w:t>0.000871%</w:t>
            </w:r>
          </w:p>
        </w:tc>
        <w:tc>
          <w:tcPr>
            <w:tcW w:type="dxa" w:w="1190"/>
          </w:tcPr>
          <w:p>
            <w:pPr>
              <w:spacing w:after="0"/>
              <w:jc w:val="right"/>
            </w:pPr>
          </w:p>
        </w:tc>
        <w:tc>
          <w:tcPr>
            <w:tcW w:type="dxa" w:w="1114"/>
          </w:tcPr>
          <w:p>
            <w:pPr>
              <w:spacing w:after="0"/>
              <w:jc w:val="right"/>
            </w:pPr>
          </w:p>
        </w:tc>
        <w:tc>
          <w:tcPr>
            <w:tcW w:type="dxa" w:w="1114"/>
          </w:tcPr>
          <w:p>
            <w:pPr>
              <w:spacing w:after="0"/>
              <w:jc w:val="right"/>
            </w:pPr>
          </w:p>
        </w:tc>
        <w:tc>
          <w:tcPr>
            <w:tcW w:type="dxa" w:w="1674"/>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$1,800,275,939</w:t>
            </w:r>
          </w:p>
        </w:tc>
        <w:tc>
          <w:tcPr>
            <w:tcW w:type="dxa" w:w="1215"/>
          </w:tcPr>
          <w:p>
            <w:pPr>
              <w:spacing w:after="0"/>
              <w:jc w:val="right"/>
            </w:pPr>
            <w:r>
              <w:rPr>
                <w:sz w:val="16"/>
              </w:rPr>
              <w:t>$48,956,282</w:t>
            </w:r>
          </w:p>
        </w:tc>
        <w:tc>
          <w:tcPr>
            <w:tcW w:type="dxa" w:w="1046"/>
          </w:tcPr>
          <w:p>
            <w:pPr>
              <w:spacing w:after="0"/>
              <w:jc w:val="right"/>
            </w:pPr>
            <w:r>
              <w:rPr>
                <w:sz w:val="16"/>
              </w:rPr>
              <w:t>8,577</w:t>
            </w:r>
          </w:p>
        </w:tc>
        <w:tc>
          <w:tcPr>
            <w:tcW w:type="dxa" w:w="1037"/>
          </w:tcPr>
          <w:p>
            <w:pPr>
              <w:spacing w:after="0"/>
              <w:jc w:val="right"/>
            </w:pPr>
            <w:r>
              <w:rPr>
                <w:sz w:val="16"/>
              </w:rPr>
              <w:t>$9,624</w:t>
            </w:r>
          </w:p>
        </w:tc>
        <w:tc>
          <w:tcPr>
            <w:tcW w:type="dxa" w:w="1126"/>
          </w:tcPr>
          <w:p>
            <w:pPr>
              <w:spacing w:after="0"/>
              <w:jc w:val="right"/>
            </w:pPr>
            <w:r>
              <w:rPr>
                <w:sz w:val="16"/>
              </w:rPr>
              <w:t>$35</w:t>
            </w:r>
          </w:p>
        </w:tc>
        <w:tc>
          <w:tcPr>
            <w:tcW w:type="dxa" w:w="1013"/>
          </w:tcPr>
          <w:p>
            <w:pPr>
              <w:spacing w:after="0"/>
              <w:jc w:val="right"/>
            </w:pPr>
            <w:r>
              <w:rPr>
                <w:sz w:val="16"/>
              </w:rPr>
              <w:t>$1,082</w:t>
            </w:r>
          </w:p>
        </w:tc>
        <w:tc>
          <w:tcPr>
            <w:tcW w:type="dxa" w:w="1063"/>
          </w:tcPr>
          <w:p>
            <w:pPr>
              <w:spacing w:after="0"/>
              <w:jc w:val="right"/>
            </w:pPr>
            <w:r>
              <w:rPr>
                <w:sz w:val="16"/>
              </w:rPr>
              <w:t>0.000535%</w:t>
            </w:r>
          </w:p>
        </w:tc>
        <w:tc>
          <w:tcPr>
            <w:tcW w:type="dxa" w:w="1190"/>
          </w:tcPr>
          <w:p>
            <w:pPr>
              <w:spacing w:after="0"/>
              <w:jc w:val="right"/>
            </w:pPr>
          </w:p>
        </w:tc>
        <w:tc>
          <w:tcPr>
            <w:tcW w:type="dxa" w:w="1114"/>
          </w:tcPr>
          <w:p>
            <w:pPr>
              <w:spacing w:after="0"/>
              <w:jc w:val="right"/>
            </w:pPr>
          </w:p>
        </w:tc>
        <w:tc>
          <w:tcPr>
            <w:tcW w:type="dxa" w:w="1114"/>
          </w:tcPr>
          <w:p>
            <w:pPr>
              <w:spacing w:after="0"/>
              <w:jc w:val="right"/>
            </w:pPr>
          </w:p>
        </w:tc>
        <w:tc>
          <w:tcPr>
            <w:tcW w:type="dxa" w:w="1674"/>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$11,124,310,582</w:t>
            </w:r>
          </w:p>
        </w:tc>
        <w:tc>
          <w:tcPr>
            <w:tcW w:type="dxa" w:w="1215"/>
          </w:tcPr>
          <w:p>
            <w:pPr>
              <w:spacing w:after="0"/>
              <w:jc w:val="right"/>
            </w:pPr>
            <w:r>
              <w:rPr>
                <w:sz w:val="16"/>
              </w:rPr>
              <w:t>$223,345,643</w:t>
            </w:r>
          </w:p>
        </w:tc>
        <w:tc>
          <w:tcPr>
            <w:tcW w:type="dxa" w:w="1046"/>
          </w:tcPr>
          <w:p>
            <w:pPr>
              <w:spacing w:after="0"/>
              <w:jc w:val="right"/>
            </w:pPr>
            <w:r>
              <w:rPr>
                <w:sz w:val="16"/>
              </w:rPr>
              <w:t>37,314</w:t>
            </w:r>
          </w:p>
        </w:tc>
        <w:tc>
          <w:tcPr>
            <w:tcW w:type="dxa" w:w="1037"/>
          </w:tcPr>
          <w:p>
            <w:pPr>
              <w:spacing w:after="0"/>
              <w:jc w:val="right"/>
            </w:pPr>
            <w:r>
              <w:rPr>
                <w:sz w:val="16"/>
              </w:rPr>
              <w:t>$69,495</w:t>
            </w:r>
          </w:p>
        </w:tc>
        <w:tc>
          <w:tcPr>
            <w:tcW w:type="dxa" w:w="1126"/>
          </w:tcPr>
          <w:p>
            <w:pPr>
              <w:spacing w:after="0"/>
              <w:jc w:val="right"/>
            </w:pPr>
            <w:r>
              <w:rPr>
                <w:sz w:val="16"/>
              </w:rPr>
              <w:t>$220</w:t>
            </w:r>
          </w:p>
        </w:tc>
        <w:tc>
          <w:tcPr>
            <w:tcW w:type="dxa" w:w="1013"/>
          </w:tcPr>
          <w:p>
            <w:pPr>
              <w:spacing w:after="0"/>
              <w:jc w:val="right"/>
            </w:pPr>
            <w:r>
              <w:rPr>
                <w:sz w:val="16"/>
              </w:rPr>
              <w:t>$24,854</w:t>
            </w:r>
          </w:p>
        </w:tc>
        <w:tc>
          <w:tcPr>
            <w:tcW w:type="dxa" w:w="1063"/>
          </w:tcPr>
          <w:p>
            <w:pPr>
              <w:spacing w:after="0"/>
              <w:jc w:val="right"/>
            </w:pPr>
            <w:r>
              <w:rPr>
                <w:sz w:val="16"/>
              </w:rPr>
              <w:t>0.000625%</w:t>
            </w:r>
          </w:p>
        </w:tc>
        <w:tc>
          <w:tcPr>
            <w:tcW w:type="dxa" w:w="1190"/>
          </w:tcPr>
          <w:p>
            <w:pPr>
              <w:spacing w:after="0"/>
              <w:jc w:val="right"/>
            </w:pPr>
          </w:p>
        </w:tc>
        <w:tc>
          <w:tcPr>
            <w:tcW w:type="dxa" w:w="1114"/>
          </w:tcPr>
          <w:p>
            <w:pPr>
              <w:spacing w:after="0"/>
              <w:jc w:val="right"/>
            </w:pPr>
          </w:p>
        </w:tc>
        <w:tc>
          <w:tcPr>
            <w:tcW w:type="dxa" w:w="1114"/>
          </w:tcPr>
          <w:p>
            <w:pPr>
              <w:spacing w:after="0"/>
              <w:jc w:val="right"/>
            </w:pPr>
          </w:p>
        </w:tc>
        <w:tc>
          <w:tcPr>
            <w:tcW w:type="dxa" w:w="1674"/>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the plan: not available. No plan row in FEMA data, so there is no approval date to count from.</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keepNext/>
        <w:spacing w:after="80" w:before="0"/>
      </w:pPr>
      <w:r>
        <w:rPr>
          <w:i/>
        </w:rPr>
        <w:t>County-level: Addison County.</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37,314</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$11,124,310,582</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$223,345,643</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Very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$9,423,060</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$1,863,266</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Very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Very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Addison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Addison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2</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3</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3575"/>
        <w:gridCol w:w="1481"/>
        <w:gridCol w:w="1481"/>
        <w:gridCol w:w="1481"/>
        <w:gridCol w:w="1481"/>
        <w:gridCol w:w="1481"/>
        <w:gridCol w:w="1481"/>
        <w:gridCol w:w="1649"/>
      </w:tblGrid>
      <w:tr>
        <w:trPr>
          <w:cantSplit/>
          <w:tblHeader/>
        </w:trPr>
        <w:tc>
          <w:tcPr>
            <w:tcW w:type="dxa" w:w="3575"/>
            <w:shd w:val="clear" w:color="auto" w:fill="E8E8E8"/>
          </w:tcPr>
          <w:p>
            <w:pPr>
              <w:spacing w:after="0"/>
              <w:jc w:val="left"/>
            </w:pPr>
            <w:r>
              <w:rPr>
                <w:b/>
                <w:sz w:val="16"/>
              </w:rPr>
              <w:t>Scope</w:t>
            </w:r>
          </w:p>
        </w:tc>
        <w:tc>
          <w:tcPr>
            <w:tcW w:type="dxa" w:w="1481"/>
            <w:shd w:val="clear" w:color="auto" w:fill="E8E8E8"/>
          </w:tcPr>
          <w:p>
            <w:pPr>
              <w:spacing w:after="0"/>
              <w:jc w:val="right"/>
            </w:pPr>
            <w:r>
              <w:rPr>
                <w:b/>
                <w:sz w:val="16"/>
              </w:rPr>
              <w:t>RL, FMA</w:t>
            </w:r>
          </w:p>
          <w:p>
            <w:pPr>
              <w:spacing w:after="0"/>
              <w:jc w:val="right"/>
            </w:pPr>
            <w:r>
              <w:rPr>
                <w:i/>
                <w:color w:val="555555"/>
                <w:sz w:val="14"/>
              </w:rPr>
              <w:t>properties</w:t>
            </w:r>
          </w:p>
        </w:tc>
        <w:tc>
          <w:tcPr>
            <w:tcW w:type="dxa" w:w="1481"/>
            <w:shd w:val="clear" w:color="auto" w:fill="E8E8E8"/>
          </w:tcPr>
          <w:p>
            <w:pPr>
              <w:spacing w:after="0"/>
              <w:jc w:val="right"/>
            </w:pPr>
            <w:r>
              <w:rPr>
                <w:b/>
                <w:sz w:val="16"/>
              </w:rPr>
              <w:t>SRL, FMA</w:t>
            </w:r>
          </w:p>
          <w:p>
            <w:pPr>
              <w:spacing w:after="0"/>
              <w:jc w:val="right"/>
            </w:pPr>
            <w:r>
              <w:rPr>
                <w:i/>
                <w:color w:val="555555"/>
                <w:sz w:val="14"/>
              </w:rPr>
              <w:t>properties</w:t>
            </w:r>
          </w:p>
        </w:tc>
        <w:tc>
          <w:tcPr>
            <w:tcW w:type="dxa" w:w="1481"/>
            <w:shd w:val="clear" w:color="auto" w:fill="E8E8E8"/>
          </w:tcPr>
          <w:p>
            <w:pPr>
              <w:spacing w:after="0"/>
              <w:jc w:val="right"/>
            </w:pPr>
            <w:r>
              <w:rPr>
                <w:b/>
                <w:sz w:val="16"/>
              </w:rPr>
              <w:t>RL, NFIP</w:t>
            </w:r>
          </w:p>
          <w:p>
            <w:pPr>
              <w:spacing w:after="0"/>
              <w:jc w:val="right"/>
            </w:pPr>
            <w:r>
              <w:rPr>
                <w:i/>
                <w:color w:val="555555"/>
                <w:sz w:val="14"/>
              </w:rPr>
              <w:t>properties</w:t>
            </w:r>
          </w:p>
        </w:tc>
        <w:tc>
          <w:tcPr>
            <w:tcW w:type="dxa" w:w="1481"/>
            <w:shd w:val="clear" w:color="auto" w:fill="E8E8E8"/>
          </w:tcPr>
          <w:p>
            <w:pPr>
              <w:spacing w:after="0"/>
              <w:jc w:val="right"/>
            </w:pPr>
            <w:r>
              <w:rPr>
                <w:b/>
                <w:sz w:val="16"/>
              </w:rPr>
              <w:t>SRL, NFIP</w:t>
            </w:r>
          </w:p>
          <w:p>
            <w:pPr>
              <w:spacing w:after="0"/>
              <w:jc w:val="right"/>
            </w:pPr>
            <w:r>
              <w:rPr>
                <w:i/>
                <w:color w:val="555555"/>
                <w:sz w:val="14"/>
              </w:rPr>
              <w:t>properties</w:t>
            </w:r>
          </w:p>
        </w:tc>
        <w:tc>
          <w:tcPr>
            <w:tcW w:type="dxa" w:w="148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81"/>
            <w:shd w:val="clear" w:color="auto" w:fill="E8E8E8"/>
          </w:tcPr>
          <w:p>
            <w:pPr>
              <w:spacing w:after="0"/>
              <w:jc w:val="right"/>
            </w:pPr>
            <w:r>
              <w:rPr>
                <w:b/>
                <w:sz w:val="16"/>
              </w:rPr>
              <w:t>Mitigated</w:t>
            </w:r>
          </w:p>
          <w:p>
            <w:pPr>
              <w:spacing w:after="0"/>
              <w:jc w:val="right"/>
            </w:pPr>
            <w:r>
              <w:rPr>
                <w:i/>
                <w:color w:val="555555"/>
                <w:sz w:val="14"/>
              </w:rPr>
              <w:t>properties</w:t>
            </w:r>
          </w:p>
        </w:tc>
        <w:tc>
          <w:tcPr>
            <w:tcW w:type="dxa" w:w="16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575"/>
          </w:tcPr>
          <w:p>
            <w:pPr>
              <w:spacing w:after="0"/>
              <w:jc w:val="left"/>
            </w:pPr>
            <w:r>
              <w:rPr>
                <w:sz w:val="16"/>
              </w:rPr>
              <w:t>County total</w:t>
            </w:r>
          </w:p>
        </w:tc>
        <w:tc>
          <w:tcPr>
            <w:tcW w:type="dxa" w:w="1481"/>
          </w:tcPr>
          <w:p>
            <w:pPr>
              <w:spacing w:after="0"/>
              <w:jc w:val="right"/>
            </w:pPr>
            <w:r>
              <w:rPr>
                <w:sz w:val="16"/>
              </w:rPr>
              <w:t>1</w:t>
            </w:r>
          </w:p>
        </w:tc>
        <w:tc>
          <w:tcPr>
            <w:tcW w:type="dxa" w:w="1481"/>
          </w:tcPr>
          <w:p>
            <w:pPr>
              <w:spacing w:after="0"/>
              <w:jc w:val="right"/>
            </w:pPr>
            <w:r>
              <w:rPr>
                <w:sz w:val="16"/>
              </w:rPr>
              <w:t>2</w:t>
            </w:r>
          </w:p>
        </w:tc>
        <w:tc>
          <w:tcPr>
            <w:tcW w:type="dxa" w:w="1481"/>
          </w:tcPr>
          <w:p>
            <w:pPr>
              <w:spacing w:after="0"/>
              <w:jc w:val="right"/>
            </w:pPr>
            <w:r>
              <w:rPr>
                <w:sz w:val="16"/>
              </w:rPr>
              <w:t>3</w:t>
            </w:r>
          </w:p>
        </w:tc>
        <w:tc>
          <w:tcPr>
            <w:tcW w:type="dxa" w:w="1481"/>
          </w:tcPr>
          <w:p>
            <w:pPr>
              <w:spacing w:after="0"/>
              <w:jc w:val="right"/>
            </w:pPr>
            <w:r>
              <w:rPr>
                <w:sz w:val="16"/>
              </w:rPr>
              <w:t>0</w:t>
            </w:r>
          </w:p>
        </w:tc>
        <w:tc>
          <w:tcPr>
            <w:tcW w:type="dxa" w:w="1481"/>
          </w:tcPr>
          <w:p>
            <w:pPr>
              <w:spacing w:after="0"/>
              <w:jc w:val="right"/>
            </w:pPr>
            <w:r>
              <w:rPr>
                <w:sz w:val="16"/>
              </w:rPr>
              <w:t>5</w:t>
            </w:r>
          </w:p>
        </w:tc>
        <w:tc>
          <w:tcPr>
            <w:tcW w:type="dxa" w:w="1481"/>
          </w:tcPr>
          <w:p>
            <w:pPr>
              <w:spacing w:after="0"/>
              <w:jc w:val="right"/>
            </w:pPr>
            <w:r>
              <w:rPr>
                <w:sz w:val="16"/>
              </w:rPr>
              <w:t>0</w:t>
            </w:r>
          </w:p>
        </w:tc>
        <w:tc>
          <w:tcPr>
            <w:tcW w:type="dxa" w:w="1649"/>
          </w:tcPr>
          <w:p>
            <w:pPr>
              <w:spacing w:after="0"/>
              <w:jc w:val="right"/>
            </w:pPr>
            <w:r>
              <w:rPr>
                <w:sz w:val="16"/>
              </w:rPr>
              <w:t>2</w:t>
            </w:r>
          </w:p>
        </w:tc>
      </w:tr>
      <w:tr>
        <w:trPr>
          <w:cantSplit/>
        </w:trPr>
        <w:tc>
          <w:tcPr>
            <w:tcW w:type="dxa" w:w="3575"/>
          </w:tcPr>
          <w:p>
            <w:pPr>
              <w:spacing w:after="0"/>
              <w:jc w:val="left"/>
            </w:pPr>
            <w:r>
              <w:rPr>
                <w:sz w:val="16"/>
              </w:rPr>
              <w:t>of which: Granville town</w:t>
            </w:r>
          </w:p>
        </w:tc>
        <w:tc>
          <w:tcPr>
            <w:tcW w:type="dxa" w:w="1481"/>
          </w:tcPr>
          <w:p>
            <w:pPr>
              <w:spacing w:after="0"/>
              <w:jc w:val="right"/>
            </w:pPr>
            <w:r>
              <w:rPr>
                <w:sz w:val="16"/>
              </w:rPr>
              <w:t>1</w:t>
            </w:r>
          </w:p>
        </w:tc>
        <w:tc>
          <w:tcPr>
            <w:tcW w:type="dxa" w:w="1481"/>
          </w:tcPr>
          <w:p>
            <w:pPr>
              <w:spacing w:after="0"/>
              <w:jc w:val="right"/>
            </w:pPr>
            <w:r>
              <w:rPr>
                <w:sz w:val="16"/>
              </w:rPr>
              <w:t>2</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2</w:t>
            </w:r>
          </w:p>
        </w:tc>
        <w:tc>
          <w:tcPr>
            <w:tcW w:type="dxa" w:w="1481"/>
          </w:tcPr>
          <w:p>
            <w:pPr>
              <w:spacing w:after="0"/>
              <w:jc w:val="right"/>
            </w:pPr>
            <w:r>
              <w:rPr>
                <w:sz w:val="16"/>
              </w:rPr>
              <w:t>0</w:t>
            </w:r>
          </w:p>
        </w:tc>
        <w:tc>
          <w:tcPr>
            <w:tcW w:type="dxa" w:w="1649"/>
          </w:tcPr>
          <w:p>
            <w:pPr>
              <w:spacing w:after="0"/>
              <w:jc w:val="right"/>
            </w:pPr>
            <w:r>
              <w:rPr>
                <w:sz w:val="16"/>
              </w:rPr>
              <w:t>0</w:t>
            </w:r>
          </w:p>
        </w:tc>
      </w:tr>
      <w:tr>
        <w:trPr>
          <w:cantSplit/>
        </w:trPr>
        <w:tc>
          <w:tcPr>
            <w:tcW w:type="dxa" w:w="3575"/>
          </w:tcPr>
          <w:p>
            <w:pPr>
              <w:spacing w:after="0"/>
              <w:jc w:val="left"/>
            </w:pPr>
            <w:r>
              <w:rPr>
                <w:sz w:val="16"/>
              </w:rPr>
              <w:t>of which: Hancock town</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649"/>
          </w:tcPr>
          <w:p>
            <w:pPr>
              <w:spacing w:after="0"/>
              <w:jc w:val="right"/>
            </w:pPr>
            <w:r>
              <w:rPr>
                <w:sz w:val="16"/>
              </w:rPr>
              <w:t>1</w:t>
            </w:r>
          </w:p>
        </w:tc>
      </w:tr>
      <w:tr>
        <w:trPr>
          <w:cantSplit/>
        </w:trPr>
        <w:tc>
          <w:tcPr>
            <w:tcW w:type="dxa" w:w="3575"/>
          </w:tcPr>
          <w:p>
            <w:pPr>
              <w:spacing w:after="0"/>
              <w:jc w:val="left"/>
            </w:pPr>
            <w:r>
              <w:rPr>
                <w:sz w:val="16"/>
              </w:rPr>
              <w:t>of which: New Haven town</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649"/>
          </w:tcPr>
          <w:p>
            <w:pPr>
              <w:spacing w:after="0"/>
              <w:jc w:val="right"/>
            </w:pPr>
            <w:r>
              <w:rPr>
                <w:sz w:val="16"/>
              </w:rPr>
              <w:t>1</w:t>
            </w:r>
          </w:p>
        </w:tc>
      </w:tr>
      <w:tr>
        <w:trPr>
          <w:cantSplit/>
        </w:trPr>
        <w:tc>
          <w:tcPr>
            <w:tcW w:type="dxa" w:w="3575"/>
          </w:tcPr>
          <w:p>
            <w:pPr>
              <w:spacing w:after="0"/>
              <w:jc w:val="left"/>
            </w:pPr>
            <w:r>
              <w:rPr>
                <w:sz w:val="16"/>
              </w:rPr>
              <w:t>of which: Starksboro town</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649"/>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w:t>
            </w:r>
          </w:p>
        </w:tc>
        <w:tc>
          <w:tcPr>
            <w:tcW w:type="dxa" w:w="1496"/>
          </w:tcPr>
          <w:p>
            <w:pPr>
              <w:spacing w:after="0"/>
              <w:jc w:val="right"/>
            </w:pPr>
            <w:r>
              <w:rPr>
                <w:sz w:val="16"/>
              </w:rPr>
              <w:t>2</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1 property is FMA repetitive loss but not NFIP repetitive loss, and 3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5">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Vergennes city, VT: risk-assessment baseline packet, release 2026-10 (data as of 2026-09-30; Town FIPS 5000174650). Automated baseline. </w:t>
      </w:r>
      <w:hyperlink r:id="rId16">
        <w:r>
          <w:rPr>
            <w:color w:val="1F4E99"/>
            <w:sz w:val="17"/>
            <w:u w:val="single"/>
          </w:rPr>
          <w:t>https://hazardplain.org/vt/5000174650/</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7">
        <w:r>
          <w:rPr>
            <w:color w:val="1F4E99"/>
            <w:sz w:val="17"/>
            <w:u w:val="single"/>
          </w:rPr>
          <w:t>OpenFEMA HazardMitigationPlanStatuses v1</w:t>
        </w:r>
      </w:hyperlink>
      <w:r>
        <w:rPr>
          <w:sz w:val="17"/>
        </w:rPr>
        <w:t xml:space="preserve">, version 2026-09-29T134039Z, pulled 2026-09-30, </w:t>
      </w:r>
      <w:hyperlink r:id="rId18">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9">
        <w:r>
          <w:rPr>
            <w:color w:val="1F4E99"/>
            <w:sz w:val="17"/>
            <w:u w:val="single"/>
          </w:rPr>
          <w:t>OpenFEMA DisasterDeclarationsSummaries v2</w:t>
        </w:r>
      </w:hyperlink>
      <w:r>
        <w:rPr>
          <w:sz w:val="17"/>
        </w:rPr>
        <w:t xml:space="preserve">, version 2026-09-29T162832Z, pulled 2026-09-30, </w:t>
      </w:r>
      <w:hyperlink r:id="rId20">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1">
        <w:r>
          <w:rPr>
            <w:color w:val="1F4E99"/>
            <w:sz w:val="17"/>
            <w:u w:val="single"/>
          </w:rPr>
          <w:t>OpenFEMA PublicAssistanceFundedProjectsSummaries v1</w:t>
        </w:r>
      </w:hyperlink>
      <w:r>
        <w:rPr>
          <w:sz w:val="17"/>
        </w:rPr>
        <w:t xml:space="preserve">, version 2026-09-29T150754Z, pulled 2026-09-30, </w:t>
      </w:r>
      <w:hyperlink r:id="rId22">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3">
        <w:r>
          <w:rPr>
            <w:color w:val="1F4E99"/>
            <w:sz w:val="17"/>
            <w:u w:val="single"/>
          </w:rPr>
          <w:t>OpenFEMA NfipMultipleLossProperties v1</w:t>
        </w:r>
      </w:hyperlink>
      <w:r>
        <w:rPr>
          <w:sz w:val="17"/>
        </w:rPr>
        <w:t xml:space="preserve">, version 2026-08-04T164045Z, pulled 2026-09-30, </w:t>
      </w:r>
      <w:hyperlink r:id="rId24">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5">
        <w:r>
          <w:rPr>
            <w:color w:val="1F4E99"/>
            <w:sz w:val="17"/>
            <w:u w:val="single"/>
          </w:rPr>
          <w:t>https://www.fema.gov/about/reports-and-data/openfema/nri/v120/NRI_Table_Counties.zip</w:t>
        </w:r>
      </w:hyperlink>
      <w:r>
        <w:rPr>
          <w:sz w:val="17"/>
        </w:rPr>
        <w:t xml:space="preserve"> (download, 25 MB)</w:t>
      </w:r>
      <w:r>
        <w:rPr>
          <w:sz w:val="17"/>
        </w:rPr>
        <w:t xml:space="preserve">, </w:t>
      </w:r>
      <w:hyperlink r:id="rId26">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7">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8">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9">
        <w:r>
          <w:rPr>
            <w:color w:val="1F4E99"/>
            <w:sz w:val="17"/>
            <w:u w:val="single"/>
          </w:rPr>
          <w:t>https://www2.census.gov/geo/docs/maps-data/data/gazetteer/2024_Gazetteer/2024_Gaz_counties_national.zip</w:t>
        </w:r>
      </w:hyperlink>
      <w:r>
        <w:rPr>
          <w:sz w:val="17"/>
        </w:rPr>
        <w:t xml:space="preserve">, </w:t>
      </w:r>
      <w:hyperlink r:id="rId30">
        <w:r>
          <w:rPr>
            <w:color w:val="1F4E99"/>
            <w:sz w:val="17"/>
            <w:u w:val="single"/>
          </w:rPr>
          <w:t>https://www2.census.gov/geo/docs/maps-data/data/gazetteer/2024_Gazetteer/2024_Gaz_cousubs_national.zip</w:t>
        </w:r>
      </w:hyperlink>
      <w:r>
        <w:rPr>
          <w:sz w:val="17"/>
        </w:rPr>
        <w:t xml:space="preserve">, </w:t>
      </w:r>
      <w:hyperlink r:id="rId31">
        <w:r>
          <w:rPr>
            <w:color w:val="1F4E99"/>
            <w:sz w:val="17"/>
            <w:u w:val="single"/>
          </w:rPr>
          <w:t>https://www2.census.gov/geo/docs/maps-data/data/gazetteer/2024_Gazetteer/2024_Gaz_place_national.zip</w:t>
        </w:r>
      </w:hyperlink>
      <w:r>
        <w:rPr>
          <w:sz w:val="17"/>
        </w:rPr>
        <w:t xml:space="preserve">, </w:t>
      </w:r>
      <w:hyperlink r:id="rId32">
        <w:r>
          <w:rPr>
            <w:color w:val="1F4E99"/>
            <w:sz w:val="17"/>
            <w:u w:val="single"/>
          </w:rPr>
          <w:t>https://www2.census.gov/geo/docs/maps-data/data/gazetteer/2024_Gazetteer/2024_Gaz_unsd_national.zip</w:t>
        </w:r>
      </w:hyperlink>
      <w:r>
        <w:rPr>
          <w:sz w:val="17"/>
        </w:rPr>
        <w:t xml:space="preserve">, </w:t>
      </w:r>
      <w:hyperlink r:id="rId33">
        <w:r>
          <w:rPr>
            <w:color w:val="1F4E99"/>
            <w:sz w:val="17"/>
            <w:u w:val="single"/>
          </w:rPr>
          <w:t>https://www2.census.gov/geo/docs/maps-data/data/gazetteer/2024_Gazetteer/2024_Gaz_elsd_national.zip</w:t>
        </w:r>
      </w:hyperlink>
      <w:r>
        <w:rPr>
          <w:sz w:val="17"/>
        </w:rPr>
        <w:t xml:space="preserve">, </w:t>
      </w:r>
      <w:hyperlink r:id="rId34">
        <w:r>
          <w:rPr>
            <w:color w:val="1F4E99"/>
            <w:sz w:val="17"/>
            <w:u w:val="single"/>
          </w:rPr>
          <w:t>https://www2.census.gov/geo/docs/maps-data/data/gazetteer/2024_Gazetteer/2024_Gaz_scsd_national.zip</w:t>
        </w:r>
      </w:hyperlink>
      <w:r>
        <w:rPr>
          <w:sz w:val="17"/>
        </w:rPr>
        <w:t xml:space="preserve">, </w:t>
      </w:r>
      <w:hyperlink r:id="rId35">
        <w:r>
          <w:rPr>
            <w:color w:val="1F4E99"/>
            <w:sz w:val="17"/>
            <w:u w:val="single"/>
          </w:rPr>
          <w:t>https://www2.census.gov/geo/docs/reference/codes2020/national_place_by_county2020.txt</w:t>
        </w:r>
      </w:hyperlink>
      <w:r>
        <w:rPr>
          <w:sz w:val="17"/>
        </w:rPr>
        <w:t xml:space="preserve">, </w:t>
      </w:r>
      <w:hyperlink r:id="rId36">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hazard-plain_2026-10_VT_5000174650.docx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Vergennes city, VT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vem.vermont.gov/hm-planning-resources" TargetMode="External"/><Relationship Id="rId15" Type="http://schemas.openxmlformats.org/officeDocument/2006/relationships/hyperlink" Target="https://creativecommons.org/licenses/by/4.0/" TargetMode="External"/><Relationship Id="rId16" Type="http://schemas.openxmlformats.org/officeDocument/2006/relationships/hyperlink" Target="https://hazardplain.org/vt/5000174650/" TargetMode="External"/><Relationship Id="rId17" Type="http://schemas.openxmlformats.org/officeDocument/2006/relationships/hyperlink" Target="https://www.fema.gov/openfema-data-page/hazard-mitigation-plan-statuses-v1" TargetMode="External"/><Relationship Id="rId18" Type="http://schemas.openxmlformats.org/officeDocument/2006/relationships/hyperlink" Target="https://www.fema.gov/api/open/v1/HazardMitigationPlanStatuses" TargetMode="External"/><Relationship Id="rId19" Type="http://schemas.openxmlformats.org/officeDocument/2006/relationships/hyperlink" Target="https://www.fema.gov/openfema-data-page/disaster-declarations-summaries-v2" TargetMode="External"/><Relationship Id="rId20" Type="http://schemas.openxmlformats.org/officeDocument/2006/relationships/hyperlink" Target="https://www.fema.gov/api/open/v2/DisasterDeclarationsSummaries" TargetMode="External"/><Relationship Id="rId21" Type="http://schemas.openxmlformats.org/officeDocument/2006/relationships/hyperlink" Target="https://www.fema.gov/openfema-data-page/public-assistance-funded-project-summaries-v1" TargetMode="External"/><Relationship Id="rId22" Type="http://schemas.openxmlformats.org/officeDocument/2006/relationships/hyperlink" Target="https://www.fema.gov/api/open/v1/PublicAssistanceFundedProjectsSummaries" TargetMode="External"/><Relationship Id="rId23" Type="http://schemas.openxmlformats.org/officeDocument/2006/relationships/hyperlink" Target="https://www.fema.gov/openfema-data-page/nfip-multiple-loss-properties-v1" TargetMode="External"/><Relationship Id="rId24" Type="http://schemas.openxmlformats.org/officeDocument/2006/relationships/hyperlink" Target="https://www.fema.gov/api/open/v1/NfipMultipleLossProperties" TargetMode="External"/><Relationship Id="rId25" Type="http://schemas.openxmlformats.org/officeDocument/2006/relationships/hyperlink" Target="https://www.fema.gov/about/reports-and-data/openfema/nri/v120/NRI_Table_Counties.zip" TargetMode="External"/><Relationship Id="rId26" Type="http://schemas.openxmlformats.org/officeDocument/2006/relationships/hyperlink" Target="https://www.fema.gov/about/reports-and-data/openfema/nri/v120/NRI_Table_CensusTracts.zip" TargetMode="External"/><Relationship Id="rId27" Type="http://schemas.openxmlformats.org/officeDocument/2006/relationships/hyperlink" Target="https://www.ncei.noaa.gov/pub/data/swdi/stormevents/csvfiles/" TargetMode="External"/><Relationship Id="rId28" Type="http://schemas.openxmlformats.org/officeDocument/2006/relationships/hyperlink" Target="https://www.weather.gov/gis/ZoneCounty" TargetMode="External"/><Relationship Id="rId29" Type="http://schemas.openxmlformats.org/officeDocument/2006/relationships/hyperlink" Target="https://www2.census.gov/geo/docs/maps-data/data/gazetteer/2024_Gazetteer/2024_Gaz_counties_national.zip" TargetMode="External"/><Relationship Id="rId30" Type="http://schemas.openxmlformats.org/officeDocument/2006/relationships/hyperlink" Target="https://www2.census.gov/geo/docs/maps-data/data/gazetteer/2024_Gazetteer/2024_Gaz_cousubs_national.zip" TargetMode="External"/><Relationship Id="rId31" Type="http://schemas.openxmlformats.org/officeDocument/2006/relationships/hyperlink" Target="https://www2.census.gov/geo/docs/maps-data/data/gazetteer/2024_Gazetteer/2024_Gaz_place_national.zip" TargetMode="External"/><Relationship Id="rId32" Type="http://schemas.openxmlformats.org/officeDocument/2006/relationships/hyperlink" Target="https://www2.census.gov/geo/docs/maps-data/data/gazetteer/2024_Gazetteer/2024_Gaz_unsd_national.zip" TargetMode="External"/><Relationship Id="rId33" Type="http://schemas.openxmlformats.org/officeDocument/2006/relationships/hyperlink" Target="https://www2.census.gov/geo/docs/maps-data/data/gazetteer/2024_Gazetteer/2024_Gaz_elsd_national.zip" TargetMode="External"/><Relationship Id="rId34" Type="http://schemas.openxmlformats.org/officeDocument/2006/relationships/hyperlink" Target="https://www2.census.gov/geo/docs/maps-data/data/gazetteer/2024_Gazetteer/2024_Gaz_scsd_national.zip" TargetMode="External"/><Relationship Id="rId35" Type="http://schemas.openxmlformats.org/officeDocument/2006/relationships/hyperlink" Target="https://www2.census.gov/geo/docs/reference/codes2020/national_place_by_county2020.txt" TargetMode="External"/><Relationship Id="rId36"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Vergennes city, VT: Risk-assessment baseline packet</dc:title>
  <dc:subject>Hazard Plain release 2026-10, as of 2026-09-30. Automated baseline</dc:subject>
  <dc:creator>Hazard Plain</dc:creator>
  <cp:keywords>Hazard Plain; hazard mitigation; risk assessment; 5000174650</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