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Shoreham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5000165050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Shoreham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5000165050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Shoreham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Shoreham town, VT: risk-assessment baseline packet, release 2026-10 (data as of 2026-09-30; Town FIPS 5000165050). Automated baseline. </w:t>
      </w:r>
      <w:hyperlink r:id="rId16">
        <w:r>
          <w:rPr>
            <w:color w:val="1F4E99"/>
            <w:sz w:val="17"/>
            <w:u w:val="single"/>
          </w:rPr>
          <w:t>https://hazardplain.org/vt/5000165050/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hazard-plain_2026-10_VT_5000165050.docx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Shoreham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650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Shoreham town, VT: Risk-assessment baseline packet</dc:title>
  <dc:subject>Hazard Plain release 2026-10, as of 2026-09-30. Automated baseline</dc:subject>
  <dc:creator>Hazard Plain</dc:creator>
  <cp:keywords>Hazard Plain; hazard mitigation; risk assessment; 5000165050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