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Franklin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51620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($1,210,177 a year), Inland Flooding ($1,142,713) and Tornado ($174,517).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51620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7"/>
        <w:gridCol w:w="648"/>
        <w:gridCol w:w="2148"/>
        <w:gridCol w:w="1696"/>
        <w:gridCol w:w="1037"/>
        <w:gridCol w:w="1037"/>
        <w:gridCol w:w="861"/>
        <w:gridCol w:w="2649"/>
        <w:gridCol w:w="2759"/>
      </w:tblGrid>
      <w:tr>
        <w:trPr>
          <w:cantSplit/>
          <w:tblHeader/>
        </w:trPr>
        <w:tc>
          <w:tcPr>
            <w:tcW w:type="dxa" w:w="1277"/>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48"/>
            <w:shd w:val="clear" w:color="auto" w:fill="E8E8E8"/>
          </w:tcPr>
          <w:p>
            <w:pPr>
              <w:spacing w:after="0"/>
              <w:jc w:val="left"/>
            </w:pPr>
            <w:r>
              <w:rPr>
                <w:b/>
                <w:sz w:val="16"/>
              </w:rPr>
              <w:t>Status</w:t>
            </w:r>
          </w:p>
        </w:tc>
        <w:tc>
          <w:tcPr>
            <w:tcW w:type="dxa" w:w="169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49"/>
            <w:shd w:val="clear" w:color="auto" w:fill="E8E8E8"/>
          </w:tcPr>
          <w:p>
            <w:pPr>
              <w:spacing w:after="0"/>
              <w:jc w:val="left"/>
            </w:pPr>
            <w:r>
              <w:rPr>
                <w:b/>
                <w:sz w:val="16"/>
              </w:rPr>
              <w:t>Update underway</w:t>
            </w:r>
          </w:p>
        </w:tc>
        <w:tc>
          <w:tcPr>
            <w:tcW w:type="dxa" w:w="2759"/>
            <w:shd w:val="clear" w:color="auto" w:fill="E8E8E8"/>
          </w:tcPr>
          <w:p>
            <w:pPr>
              <w:spacing w:after="0"/>
              <w:jc w:val="left"/>
            </w:pPr>
            <w:r>
              <w:rPr>
                <w:b/>
                <w:sz w:val="16"/>
              </w:rPr>
              <w:t>Notes</w:t>
            </w:r>
          </w:p>
        </w:tc>
      </w:tr>
      <w:tr>
        <w:trPr>
          <w:cantSplit/>
        </w:trPr>
        <w:tc>
          <w:tcPr>
            <w:tcW w:type="dxa" w:w="1277"/>
          </w:tcPr>
          <w:p>
            <w:pPr>
              <w:spacing w:after="0"/>
              <w:jc w:val="left"/>
            </w:pPr>
            <w:r>
              <w:rPr>
                <w:sz w:val="16"/>
              </w:rPr>
              <w:t>Franklin city</w:t>
            </w:r>
          </w:p>
        </w:tc>
        <w:tc>
          <w:tcPr>
            <w:tcW w:type="dxa" w:w="648"/>
          </w:tcPr>
          <w:p>
            <w:pPr>
              <w:spacing w:after="0"/>
              <w:jc w:val="left"/>
            </w:pPr>
            <w:r>
              <w:rPr>
                <w:sz w:val="16"/>
              </w:rPr>
              <w:t>City</w:t>
            </w:r>
          </w:p>
        </w:tc>
        <w:tc>
          <w:tcPr>
            <w:tcW w:type="dxa" w:w="2148"/>
          </w:tcPr>
          <w:p>
            <w:pPr>
              <w:spacing w:after="0"/>
              <w:jc w:val="left"/>
            </w:pPr>
            <w:r>
              <w:rPr>
                <w:sz w:val="16"/>
              </w:rPr>
              <w:t>Approved, expires 2027-06-07</w:t>
            </w:r>
          </w:p>
        </w:tc>
        <w:tc>
          <w:tcPr>
            <w:tcW w:type="dxa" w:w="1696"/>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1"/>
          </w:tcPr>
          <w:p>
            <w:pPr>
              <w:spacing w:after="0"/>
              <w:jc w:val="right"/>
            </w:pPr>
            <w:r>
              <w:rPr>
                <w:sz w:val="16"/>
              </w:rPr>
              <w:t>250</w:t>
            </w:r>
          </w:p>
        </w:tc>
        <w:tc>
          <w:tcPr>
            <w:tcW w:type="dxa" w:w="2649"/>
          </w:tcPr>
          <w:p>
            <w:pPr>
              <w:spacing w:after="0"/>
              <w:jc w:val="left"/>
            </w:pPr>
            <w:r>
              <w:rPr>
                <w:sz w:val="16"/>
              </w:rPr>
              <w:t>FEMA tracker shows a plan in progress</w:t>
            </w:r>
          </w:p>
        </w:tc>
        <w:tc>
          <w:tcPr>
            <w:tcW w:type="dxa" w:w="2759"/>
          </w:tcPr>
          <w:p>
            <w:pPr>
              <w:spacing w:after="0"/>
              <w:jc w:val="left"/>
            </w:pPr>
            <w:r>
              <w:rPr>
                <w:sz w:val="16"/>
              </w:rPr>
              <w:t>this jurisdiction approved 2022-06-27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108315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Hurricane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$1,180,797</w:t>
            </w:r>
          </w:p>
        </w:tc>
        <w:tc>
          <w:tcPr>
            <w:tcW w:type="dxa" w:w="1146"/>
          </w:tcPr>
          <w:p>
            <w:pPr>
              <w:spacing w:after="0"/>
              <w:jc w:val="right"/>
            </w:pPr>
            <w:r>
              <w:rPr>
                <w:sz w:val="16"/>
              </w:rPr>
              <w:t>$0</w:t>
            </w:r>
          </w:p>
        </w:tc>
        <w:tc>
          <w:tcPr>
            <w:tcW w:type="dxa" w:w="2109"/>
          </w:tcPr>
          <w:p>
            <w:pPr>
              <w:spacing w:after="0"/>
              <w:jc w:val="right"/>
            </w:pPr>
            <w:r>
              <w:rPr>
                <w:sz w:val="16"/>
              </w:rPr>
              <w:t>$29,380</w:t>
            </w:r>
          </w:p>
        </w:tc>
        <w:tc>
          <w:tcPr>
            <w:tcW w:type="dxa" w:w="1237"/>
          </w:tcPr>
          <w:p>
            <w:pPr>
              <w:spacing w:after="0"/>
              <w:jc w:val="right"/>
            </w:pPr>
            <w:r>
              <w:rPr>
                <w:sz w:val="16"/>
              </w:rPr>
              <w:t>$1,210,177</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$1,139,998</w:t>
            </w:r>
          </w:p>
        </w:tc>
        <w:tc>
          <w:tcPr>
            <w:tcW w:type="dxa" w:w="1146"/>
          </w:tcPr>
          <w:p>
            <w:pPr>
              <w:spacing w:after="0"/>
              <w:jc w:val="right"/>
            </w:pPr>
            <w:r>
              <w:rPr>
                <w:sz w:val="16"/>
              </w:rPr>
              <w:t>$0</w:t>
            </w:r>
          </w:p>
        </w:tc>
        <w:tc>
          <w:tcPr>
            <w:tcW w:type="dxa" w:w="2109"/>
          </w:tcPr>
          <w:p>
            <w:pPr>
              <w:spacing w:after="0"/>
              <w:jc w:val="right"/>
            </w:pPr>
            <w:r>
              <w:rPr>
                <w:sz w:val="16"/>
              </w:rPr>
              <w:t>$2,716</w:t>
            </w:r>
          </w:p>
        </w:tc>
        <w:tc>
          <w:tcPr>
            <w:tcW w:type="dxa" w:w="1237"/>
          </w:tcPr>
          <w:p>
            <w:pPr>
              <w:spacing w:after="0"/>
              <w:jc w:val="right"/>
            </w:pPr>
            <w:r>
              <w:rPr>
                <w:sz w:val="16"/>
              </w:rPr>
              <w:t>$1,142,713</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$83,248</w:t>
            </w:r>
          </w:p>
        </w:tc>
        <w:tc>
          <w:tcPr>
            <w:tcW w:type="dxa" w:w="1146"/>
          </w:tcPr>
          <w:p>
            <w:pPr>
              <w:spacing w:after="0"/>
              <w:jc w:val="right"/>
            </w:pPr>
            <w:r>
              <w:rPr>
                <w:sz w:val="16"/>
              </w:rPr>
              <w:t>$0</w:t>
            </w:r>
          </w:p>
        </w:tc>
        <w:tc>
          <w:tcPr>
            <w:tcW w:type="dxa" w:w="2109"/>
          </w:tcPr>
          <w:p>
            <w:pPr>
              <w:spacing w:after="0"/>
              <w:jc w:val="right"/>
            </w:pPr>
            <w:r>
              <w:rPr>
                <w:sz w:val="16"/>
              </w:rPr>
              <w:t>$91,269</w:t>
            </w:r>
          </w:p>
        </w:tc>
        <w:tc>
          <w:tcPr>
            <w:tcW w:type="dxa" w:w="1237"/>
          </w:tcPr>
          <w:p>
            <w:pPr>
              <w:spacing w:after="0"/>
              <w:jc w:val="right"/>
            </w:pPr>
            <w:r>
              <w:rPr>
                <w:sz w:val="16"/>
              </w:rPr>
              <w:t>$174,517</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4</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w:t>
            </w:r>
          </w:p>
        </w:tc>
        <w:tc>
          <w:tcPr>
            <w:tcW w:type="dxa" w:w="1146"/>
          </w:tcPr>
          <w:p>
            <w:pPr>
              <w:spacing w:after="0"/>
              <w:jc w:val="right"/>
            </w:pPr>
            <w:r>
              <w:rPr>
                <w:sz w:val="16"/>
              </w:rPr>
              <w:t>$0</w:t>
            </w:r>
          </w:p>
        </w:tc>
        <w:tc>
          <w:tcPr>
            <w:tcW w:type="dxa" w:w="2109"/>
          </w:tcPr>
          <w:p>
            <w:pPr>
              <w:spacing w:after="0"/>
              <w:jc w:val="right"/>
            </w:pPr>
            <w:r>
              <w:rPr>
                <w:sz w:val="16"/>
              </w:rPr>
              <w:t>$130,880</w:t>
            </w:r>
          </w:p>
        </w:tc>
        <w:tc>
          <w:tcPr>
            <w:tcW w:type="dxa" w:w="1237"/>
          </w:tcPr>
          <w:p>
            <w:pPr>
              <w:spacing w:after="0"/>
              <w:jc w:val="right"/>
            </w:pPr>
            <w:r>
              <w:rPr>
                <w:sz w:val="16"/>
              </w:rPr>
              <w:t>$130,888</w:t>
            </w:r>
          </w:p>
        </w:tc>
        <w:tc>
          <w:tcPr>
            <w:tcW w:type="dxa" w:w="2327"/>
          </w:tcPr>
          <w:p>
            <w:pPr>
              <w:spacing w:after="0"/>
              <w:jc w:val="right"/>
            </w:pPr>
            <w:r>
              <w:rPr>
                <w:sz w:val="16"/>
              </w:rPr>
              <w:t>5</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$66,236</w:t>
            </w:r>
          </w:p>
        </w:tc>
        <w:tc>
          <w:tcPr>
            <w:tcW w:type="dxa" w:w="1146"/>
          </w:tcPr>
          <w:p>
            <w:pPr>
              <w:spacing w:after="0"/>
              <w:jc w:val="right"/>
            </w:pPr>
            <w:r>
              <w:rPr>
                <w:sz w:val="16"/>
              </w:rPr>
              <w:t>n/a</w:t>
            </w:r>
          </w:p>
        </w:tc>
        <w:tc>
          <w:tcPr>
            <w:tcW w:type="dxa" w:w="2109"/>
          </w:tcPr>
          <w:p>
            <w:pPr>
              <w:spacing w:after="0"/>
              <w:jc w:val="right"/>
            </w:pPr>
            <w:r>
              <w:rPr>
                <w:sz w:val="16"/>
              </w:rPr>
              <w:t>$27,042</w:t>
            </w:r>
          </w:p>
        </w:tc>
        <w:tc>
          <w:tcPr>
            <w:tcW w:type="dxa" w:w="1237"/>
          </w:tcPr>
          <w:p>
            <w:pPr>
              <w:spacing w:after="0"/>
              <w:jc w:val="right"/>
            </w:pPr>
            <w:r>
              <w:rPr>
                <w:sz w:val="16"/>
              </w:rPr>
              <w:t>$93,279</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6</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$8,292</w:t>
            </w:r>
          </w:p>
        </w:tc>
        <w:tc>
          <w:tcPr>
            <w:tcW w:type="dxa" w:w="1146"/>
          </w:tcPr>
          <w:p>
            <w:pPr>
              <w:spacing w:after="0"/>
              <w:jc w:val="right"/>
            </w:pPr>
            <w:r>
              <w:rPr>
                <w:sz w:val="16"/>
              </w:rPr>
              <w:t>$0</w:t>
            </w:r>
          </w:p>
        </w:tc>
        <w:tc>
          <w:tcPr>
            <w:tcW w:type="dxa" w:w="2109"/>
          </w:tcPr>
          <w:p>
            <w:pPr>
              <w:spacing w:after="0"/>
              <w:jc w:val="right"/>
            </w:pPr>
            <w:r>
              <w:rPr>
                <w:sz w:val="16"/>
              </w:rPr>
              <w:t>$78,251</w:t>
            </w:r>
          </w:p>
        </w:tc>
        <w:tc>
          <w:tcPr>
            <w:tcW w:type="dxa" w:w="1237"/>
          </w:tcPr>
          <w:p>
            <w:pPr>
              <w:spacing w:after="0"/>
              <w:jc w:val="right"/>
            </w:pPr>
            <w:r>
              <w:rPr>
                <w:sz w:val="16"/>
              </w:rPr>
              <w:t>$86,544</w:t>
            </w:r>
          </w:p>
        </w:tc>
        <w:tc>
          <w:tcPr>
            <w:tcW w:type="dxa" w:w="2327"/>
          </w:tcPr>
          <w:p>
            <w:pPr>
              <w:spacing w:after="0"/>
              <w:jc w:val="right"/>
            </w:pPr>
            <w:r>
              <w:rPr>
                <w:sz w:val="16"/>
              </w:rPr>
              <w:t>31</w:t>
            </w:r>
          </w:p>
        </w:tc>
        <w:tc>
          <w:tcPr>
            <w:tcW w:type="dxa" w:w="2327"/>
          </w:tcPr>
          <w:p>
            <w:pPr>
              <w:spacing w:after="0"/>
              <w:jc w:val="left"/>
            </w:pPr>
            <w:r>
              <w:rPr>
                <w:sz w:val="16"/>
              </w:rPr>
              <w:t>Includes 2 High Wind and 3 Strong Wind records (NOAA non-thunderstorm wind types, outside NRI's Strong Wind definition).</w:t>
            </w:r>
          </w:p>
        </w:tc>
      </w:tr>
      <w:tr>
        <w:trPr>
          <w:cantSplit/>
        </w:trPr>
        <w:tc>
          <w:tcPr>
            <w:tcW w:type="dxa" w:w="746"/>
          </w:tcPr>
          <w:p>
            <w:pPr>
              <w:spacing w:after="0"/>
              <w:jc w:val="right"/>
            </w:pPr>
            <w:r>
              <w:rPr>
                <w:sz w:val="16"/>
              </w:rPr>
              <w:t>7</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$581</w:t>
            </w:r>
          </w:p>
        </w:tc>
        <w:tc>
          <w:tcPr>
            <w:tcW w:type="dxa" w:w="1146"/>
          </w:tcPr>
          <w:p>
            <w:pPr>
              <w:spacing w:after="0"/>
              <w:jc w:val="right"/>
            </w:pPr>
            <w:r>
              <w:rPr>
                <w:sz w:val="16"/>
              </w:rPr>
              <w:t>$0</w:t>
            </w:r>
          </w:p>
        </w:tc>
        <w:tc>
          <w:tcPr>
            <w:tcW w:type="dxa" w:w="2109"/>
          </w:tcPr>
          <w:p>
            <w:pPr>
              <w:spacing w:after="0"/>
              <w:jc w:val="right"/>
            </w:pPr>
            <w:r>
              <w:rPr>
                <w:sz w:val="16"/>
              </w:rPr>
              <w:t>$76,840</w:t>
            </w:r>
          </w:p>
        </w:tc>
        <w:tc>
          <w:tcPr>
            <w:tcW w:type="dxa" w:w="1237"/>
          </w:tcPr>
          <w:p>
            <w:pPr>
              <w:spacing w:after="0"/>
              <w:jc w:val="right"/>
            </w:pPr>
            <w:r>
              <w:rPr>
                <w:sz w:val="16"/>
              </w:rPr>
              <w:t>$77,422</w:t>
            </w:r>
          </w:p>
        </w:tc>
        <w:tc>
          <w:tcPr>
            <w:tcW w:type="dxa" w:w="2327"/>
          </w:tcPr>
          <w:p>
            <w:pPr>
              <w:spacing w:after="0"/>
              <w:jc w:val="right"/>
            </w:pPr>
            <w:r>
              <w:rPr>
                <w:sz w:val="16"/>
              </w:rPr>
              <w:t>3</w:t>
            </w:r>
          </w:p>
        </w:tc>
        <w:tc>
          <w:tcPr>
            <w:tcW w:type="dxa" w:w="2327"/>
          </w:tcPr>
          <w:p>
            <w:pPr>
              <w:spacing w:after="0"/>
              <w:jc w:val="left"/>
            </w:pPr>
            <w:r>
              <w:rPr>
                <w:sz w:val="16"/>
              </w:rPr>
              <w:t>Includes 3 Frost/Freeze records (outside NRI's Cold Wave definition; counted in this table and in B1-d, not in the B1-e descriptor).</w:t>
            </w:r>
          </w:p>
        </w:tc>
      </w:tr>
      <w:tr>
        <w:trPr>
          <w:cantSplit/>
        </w:trPr>
        <w:tc>
          <w:tcPr>
            <w:tcW w:type="dxa" w:w="746"/>
          </w:tcPr>
          <w:p>
            <w:pPr>
              <w:spacing w:after="0"/>
              <w:jc w:val="right"/>
            </w:pPr>
            <w:r>
              <w:rPr>
                <w:sz w:val="16"/>
              </w:rPr>
              <w:t>8</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$1,309</w:t>
            </w:r>
          </w:p>
        </w:tc>
        <w:tc>
          <w:tcPr>
            <w:tcW w:type="dxa" w:w="1146"/>
          </w:tcPr>
          <w:p>
            <w:pPr>
              <w:spacing w:after="0"/>
              <w:jc w:val="right"/>
            </w:pPr>
            <w:r>
              <w:rPr>
                <w:sz w:val="16"/>
              </w:rPr>
              <w:t>n/a</w:t>
            </w:r>
          </w:p>
        </w:tc>
        <w:tc>
          <w:tcPr>
            <w:tcW w:type="dxa" w:w="2109"/>
          </w:tcPr>
          <w:p>
            <w:pPr>
              <w:spacing w:after="0"/>
              <w:jc w:val="right"/>
            </w:pPr>
            <w:r>
              <w:rPr>
                <w:sz w:val="16"/>
              </w:rPr>
              <w:t>$34,021</w:t>
            </w:r>
          </w:p>
        </w:tc>
        <w:tc>
          <w:tcPr>
            <w:tcW w:type="dxa" w:w="1237"/>
          </w:tcPr>
          <w:p>
            <w:pPr>
              <w:spacing w:after="0"/>
              <w:jc w:val="right"/>
            </w:pPr>
            <w:r>
              <w:rPr>
                <w:sz w:val="16"/>
              </w:rPr>
              <w:t>$35,330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9</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$2,997</w:t>
            </w:r>
          </w:p>
        </w:tc>
        <w:tc>
          <w:tcPr>
            <w:tcW w:type="dxa" w:w="1146"/>
          </w:tcPr>
          <w:p>
            <w:pPr>
              <w:spacing w:after="0"/>
              <w:jc w:val="right"/>
            </w:pPr>
            <w:r>
              <w:rPr>
                <w:sz w:val="16"/>
              </w:rPr>
              <w:t>$0</w:t>
            </w:r>
          </w:p>
        </w:tc>
        <w:tc>
          <w:tcPr>
            <w:tcW w:type="dxa" w:w="2109"/>
          </w:tcPr>
          <w:p>
            <w:pPr>
              <w:spacing w:after="0"/>
              <w:jc w:val="right"/>
            </w:pPr>
            <w:r>
              <w:rPr>
                <w:sz w:val="16"/>
              </w:rPr>
              <w:t>$32,257</w:t>
            </w:r>
          </w:p>
        </w:tc>
        <w:tc>
          <w:tcPr>
            <w:tcW w:type="dxa" w:w="1237"/>
          </w:tcPr>
          <w:p>
            <w:pPr>
              <w:spacing w:after="0"/>
              <w:jc w:val="right"/>
            </w:pPr>
            <w:r>
              <w:rPr>
                <w:sz w:val="16"/>
              </w:rPr>
              <w:t>$35,254</w:t>
            </w:r>
          </w:p>
        </w:tc>
        <w:tc>
          <w:tcPr>
            <w:tcW w:type="dxa" w:w="2327"/>
          </w:tcPr>
          <w:p>
            <w:pPr>
              <w:spacing w:after="0"/>
              <w:jc w:val="right"/>
            </w:pPr>
            <w:r>
              <w:rPr>
                <w:sz w:val="16"/>
              </w:rPr>
              <w:t>62</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$18,432</w:t>
            </w:r>
          </w:p>
        </w:tc>
        <w:tc>
          <w:tcPr>
            <w:tcW w:type="dxa" w:w="1146"/>
          </w:tcPr>
          <w:p>
            <w:pPr>
              <w:spacing w:after="0"/>
              <w:jc w:val="right"/>
            </w:pPr>
            <w:r>
              <w:rPr>
                <w:sz w:val="16"/>
              </w:rPr>
              <w:t>n/a</w:t>
            </w:r>
          </w:p>
        </w:tc>
        <w:tc>
          <w:tcPr>
            <w:tcW w:type="dxa" w:w="2109"/>
          </w:tcPr>
          <w:p>
            <w:pPr>
              <w:spacing w:after="0"/>
              <w:jc w:val="right"/>
            </w:pPr>
            <w:r>
              <w:rPr>
                <w:sz w:val="16"/>
              </w:rPr>
              <w:t>$26</w:t>
            </w:r>
          </w:p>
        </w:tc>
        <w:tc>
          <w:tcPr>
            <w:tcW w:type="dxa" w:w="1237"/>
          </w:tcPr>
          <w:p>
            <w:pPr>
              <w:spacing w:after="0"/>
              <w:jc w:val="right"/>
            </w:pPr>
            <w:r>
              <w:rPr>
                <w:sz w:val="16"/>
              </w:rPr>
              <w:t>$18,459</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$11,727</w:t>
            </w:r>
          </w:p>
        </w:tc>
        <w:tc>
          <w:tcPr>
            <w:tcW w:type="dxa" w:w="1146"/>
          </w:tcPr>
          <w:p>
            <w:pPr>
              <w:spacing w:after="0"/>
              <w:jc w:val="right"/>
            </w:pPr>
            <w:r>
              <w:rPr>
                <w:sz w:val="16"/>
              </w:rPr>
              <w:t>$0</w:t>
            </w:r>
          </w:p>
        </w:tc>
        <w:tc>
          <w:tcPr>
            <w:tcW w:type="dxa" w:w="2109"/>
          </w:tcPr>
          <w:p>
            <w:pPr>
              <w:spacing w:after="0"/>
              <w:jc w:val="right"/>
            </w:pPr>
            <w:r>
              <w:rPr>
                <w:sz w:val="16"/>
              </w:rPr>
              <w:t>$5,782</w:t>
            </w:r>
          </w:p>
        </w:tc>
        <w:tc>
          <w:tcPr>
            <w:tcW w:type="dxa" w:w="1237"/>
          </w:tcPr>
          <w:p>
            <w:pPr>
              <w:spacing w:after="0"/>
              <w:jc w:val="right"/>
            </w:pPr>
            <w:r>
              <w:rPr>
                <w:sz w:val="16"/>
              </w:rPr>
              <w:t>$17,509</w:t>
            </w:r>
          </w:p>
        </w:tc>
        <w:tc>
          <w:tcPr>
            <w:tcW w:type="dxa" w:w="2327"/>
          </w:tcPr>
          <w:p>
            <w:pPr>
              <w:spacing w:after="0"/>
              <w:jc w:val="right"/>
            </w:pPr>
            <w:r>
              <w:rPr>
                <w:sz w:val="16"/>
              </w:rPr>
              <w:t>13</w:t>
            </w:r>
          </w:p>
        </w:tc>
        <w:tc>
          <w:tcPr>
            <w:tcW w:type="dxa" w:w="2327"/>
          </w:tcPr>
          <w:p>
            <w:pPr>
              <w:spacing w:after="0"/>
              <w:jc w:val="left"/>
            </w:pPr>
          </w:p>
        </w:tc>
      </w:tr>
      <w:tr>
        <w:trPr>
          <w:cantSplit/>
        </w:trPr>
        <w:tc>
          <w:tcPr>
            <w:tcW w:type="dxa" w:w="746"/>
          </w:tcPr>
          <w:p>
            <w:pPr>
              <w:spacing w:after="0"/>
              <w:jc w:val="right"/>
            </w:pPr>
            <w:r>
              <w:rPr>
                <w:sz w:val="16"/>
              </w:rPr>
              <w:t>12</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$483</w:t>
            </w:r>
          </w:p>
        </w:tc>
        <w:tc>
          <w:tcPr>
            <w:tcW w:type="dxa" w:w="1146"/>
          </w:tcPr>
          <w:p>
            <w:pPr>
              <w:spacing w:after="0"/>
              <w:jc w:val="right"/>
            </w:pPr>
            <w:r>
              <w:rPr>
                <w:sz w:val="16"/>
              </w:rPr>
              <w:t>$0</w:t>
            </w:r>
          </w:p>
        </w:tc>
        <w:tc>
          <w:tcPr>
            <w:tcW w:type="dxa" w:w="2109"/>
          </w:tcPr>
          <w:p>
            <w:pPr>
              <w:spacing w:after="0"/>
              <w:jc w:val="right"/>
            </w:pPr>
            <w:r>
              <w:rPr>
                <w:sz w:val="16"/>
              </w:rPr>
              <w:t>$122</w:t>
            </w:r>
          </w:p>
        </w:tc>
        <w:tc>
          <w:tcPr>
            <w:tcW w:type="dxa" w:w="1237"/>
          </w:tcPr>
          <w:p>
            <w:pPr>
              <w:spacing w:after="0"/>
              <w:jc w:val="right"/>
            </w:pPr>
            <w:r>
              <w:rPr>
                <w:sz w:val="16"/>
              </w:rPr>
              <w:t>$605</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13</w:t>
            </w:r>
          </w:p>
        </w:tc>
        <w:tc>
          <w:tcPr>
            <w:tcW w:type="dxa" w:w="1055"/>
          </w:tcPr>
          <w:p>
            <w:pPr>
              <w:spacing w:after="0"/>
              <w:jc w:val="left"/>
            </w:pPr>
            <w:r>
              <w:rPr>
                <w:sz w:val="16"/>
              </w:rPr>
              <w:t>Coastal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w:t>
            </w:r>
          </w:p>
        </w:tc>
        <w:tc>
          <w:tcPr>
            <w:tcW w:type="dxa" w:w="1146"/>
          </w:tcPr>
          <w:p>
            <w:pPr>
              <w:spacing w:after="0"/>
              <w:jc w:val="right"/>
            </w:pPr>
            <w:r>
              <w:rPr>
                <w:sz w:val="16"/>
              </w:rPr>
              <w:t>n/a</w:t>
            </w:r>
          </w:p>
        </w:tc>
        <w:tc>
          <w:tcPr>
            <w:tcW w:type="dxa" w:w="2109"/>
          </w:tcPr>
          <w:p>
            <w:pPr>
              <w:spacing w:after="0"/>
              <w:jc w:val="right"/>
            </w:pPr>
            <w:r>
              <w:rPr>
                <w:sz w:val="16"/>
              </w:rPr>
              <w:t>under $1</w:t>
            </w:r>
          </w:p>
        </w:tc>
        <w:tc>
          <w:tcPr>
            <w:tcW w:type="dxa" w:w="1237"/>
          </w:tcPr>
          <w:p>
            <w:pPr>
              <w:spacing w:after="0"/>
              <w:jc w:val="right"/>
            </w:pPr>
            <w:r>
              <w:rPr>
                <w:sz w:val="16"/>
              </w:rPr>
              <w:t>$2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n/a</w:t>
            </w:r>
          </w:p>
        </w:tc>
        <w:tc>
          <w:tcPr>
            <w:tcW w:type="dxa" w:w="2109"/>
          </w:tcPr>
          <w:p>
            <w:pPr>
              <w:spacing w:after="0"/>
              <w:jc w:val="right"/>
            </w:pPr>
            <w:r>
              <w:rPr>
                <w:sz w:val="16"/>
              </w:rPr>
              <w:t>under $1</w:t>
            </w:r>
          </w:p>
        </w:tc>
        <w:tc>
          <w:tcPr>
            <w:tcW w:type="dxa" w:w="1237"/>
          </w:tcPr>
          <w:p>
            <w:pPr>
              <w:spacing w:after="0"/>
              <w:jc w:val="right"/>
            </w:pPr>
            <w:r>
              <w:rPr>
                <w:sz w:val="16"/>
              </w:rPr>
              <w:t>$1</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901 (Relatively Low, 67.1); tract 902 (Relatively Low, 54.9)</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901 (Relatively High, 93.7); tract 902 (Relatively High, 90.7)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901 (Very Low, 31.2); tract 902 (Very Low, 22.4)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901 (Relatively Moderate, 60.6); tract 902 (Relatively Moderate, 58.0)</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901 (Very Low, 61.3); tract 902 (Very Low, 24.7)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901 is Census Tract 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0"/>
        <w:gridCol w:w="1960"/>
        <w:gridCol w:w="1853"/>
        <w:gridCol w:w="1451"/>
        <w:gridCol w:w="1566"/>
        <w:gridCol w:w="1628"/>
        <w:gridCol w:w="2039"/>
        <w:gridCol w:w="1646"/>
      </w:tblGrid>
      <w:tr>
        <w:trPr>
          <w:cantSplit/>
          <w:tblHeader/>
        </w:trPr>
        <w:tc>
          <w:tcPr>
            <w:tcW w:type="dxa" w:w="1970"/>
            <w:shd w:val="clear" w:color="auto" w:fill="E8E8E8"/>
          </w:tcPr>
          <w:p>
            <w:pPr>
              <w:spacing w:after="0"/>
              <w:jc w:val="left"/>
            </w:pPr>
            <w:r>
              <w:rPr>
                <w:b/>
                <w:sz w:val="16"/>
              </w:rPr>
              <w:t>Hazard</w:t>
            </w:r>
          </w:p>
        </w:tc>
        <w:tc>
          <w:tcPr>
            <w:tcW w:type="dxa" w:w="1960"/>
            <w:shd w:val="clear" w:color="auto" w:fill="E8E8E8"/>
          </w:tcPr>
          <w:p>
            <w:pPr>
              <w:spacing w:after="0"/>
              <w:jc w:val="left"/>
            </w:pPr>
            <w:r>
              <w:rPr>
                <w:b/>
                <w:sz w:val="16"/>
              </w:rPr>
              <w:t>Scale</w:t>
            </w:r>
          </w:p>
        </w:tc>
        <w:tc>
          <w:tcPr>
            <w:tcW w:type="dxa" w:w="18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1"/>
            <w:shd w:val="clear" w:color="auto" w:fill="E8E8E8"/>
          </w:tcPr>
          <w:p>
            <w:pPr>
              <w:spacing w:after="0"/>
              <w:jc w:val="left"/>
            </w:pPr>
            <w:r>
              <w:rPr>
                <w:b/>
                <w:sz w:val="16"/>
              </w:rPr>
              <w:t>Observed range</w:t>
            </w:r>
          </w:p>
        </w:tc>
        <w:tc>
          <w:tcPr>
            <w:tcW w:type="dxa" w:w="1566"/>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2039"/>
            <w:shd w:val="clear" w:color="auto" w:fill="E8E8E8"/>
          </w:tcPr>
          <w:p>
            <w:pPr>
              <w:spacing w:after="0"/>
              <w:jc w:val="left"/>
            </w:pPr>
            <w:r>
              <w:rPr>
                <w:b/>
                <w:sz w:val="16"/>
              </w:rPr>
              <w:t>How it applies to jurisdictions</w:t>
            </w:r>
          </w:p>
        </w:tc>
        <w:tc>
          <w:tcPr>
            <w:tcW w:type="dxa" w:w="1646"/>
            <w:shd w:val="clear" w:color="auto" w:fill="E8E8E8"/>
          </w:tcPr>
          <w:p>
            <w:pPr>
              <w:spacing w:after="0"/>
              <w:jc w:val="left"/>
            </w:pPr>
            <w:r>
              <w:rPr>
                <w:b/>
                <w:sz w:val="16"/>
              </w:rPr>
              <w:t>Note</w:t>
            </w:r>
          </w:p>
        </w:tc>
      </w:tr>
      <w:tr>
        <w:trPr>
          <w:cantSplit/>
        </w:trPr>
        <w:tc>
          <w:tcPr>
            <w:tcW w:type="dxa" w:w="1970"/>
          </w:tcPr>
          <w:p>
            <w:pPr>
              <w:spacing w:after="0"/>
              <w:jc w:val="left"/>
            </w:pPr>
            <w:r>
              <w:rPr>
                <w:sz w:val="16"/>
              </w:rPr>
              <w:t>Coastal Flood, Storm Surge/Tide</w:t>
            </w:r>
          </w:p>
        </w:tc>
        <w:tc>
          <w:tcPr>
            <w:tcW w:type="dxa" w:w="1960"/>
          </w:tcPr>
          <w:p>
            <w:pPr>
              <w:spacing w:after="0"/>
              <w:jc w:val="left"/>
            </w:pPr>
            <w:r>
              <w:rPr>
                <w:sz w:val="16"/>
              </w:rPr>
              <w:t>none in data (flood depth: FIRM)</w:t>
            </w:r>
          </w:p>
        </w:tc>
        <w:tc>
          <w:tcPr>
            <w:tcW w:type="dxa" w:w="1853"/>
          </w:tcPr>
          <w:p>
            <w:pPr>
              <w:spacing w:after="0"/>
              <w:jc w:val="right"/>
            </w:pPr>
            <w:r>
              <w:rPr>
                <w:sz w:val="16"/>
              </w:rPr>
              <w:t>0</w:t>
            </w:r>
          </w:p>
        </w:tc>
        <w:tc>
          <w:tcPr>
            <w:tcW w:type="dxa" w:w="1451"/>
          </w:tcPr>
          <w:p>
            <w:pPr>
              <w:spacing w:after="0"/>
              <w:jc w:val="left"/>
            </w:pPr>
          </w:p>
        </w:tc>
        <w:tc>
          <w:tcPr>
            <w:tcW w:type="dxa" w:w="1566"/>
          </w:tcPr>
          <w:p>
            <w:pPr>
              <w:spacing w:after="0"/>
              <w:jc w:val="left"/>
            </w:pPr>
          </w:p>
        </w:tc>
        <w:tc>
          <w:tcPr>
            <w:tcW w:type="dxa" w:w="1628"/>
          </w:tcPr>
          <w:p>
            <w:pPr>
              <w:spacing w:after="0"/>
              <w:jc w:val="left"/>
            </w:pPr>
          </w:p>
        </w:tc>
        <w:tc>
          <w:tcPr>
            <w:tcW w:type="dxa" w:w="2039"/>
          </w:tcPr>
          <w:p>
            <w:pPr>
              <w:spacing w:after="0"/>
              <w:jc w:val="left"/>
            </w:pPr>
          </w:p>
        </w:tc>
        <w:tc>
          <w:tcPr>
            <w:tcW w:type="dxa" w:w="1646"/>
          </w:tcPr>
          <w:p>
            <w:pPr>
              <w:spacing w:after="0"/>
              <w:jc w:val="left"/>
            </w:pPr>
            <w:r>
              <w:rPr>
                <w:sz w:val="16"/>
              </w:rPr>
              <w:t>Flood depth: see the FEMA Flood Insurance Rate Map.</w:t>
            </w:r>
          </w:p>
        </w:tc>
      </w:tr>
      <w:tr>
        <w:trPr>
          <w:cantSplit/>
        </w:trPr>
        <w:tc>
          <w:tcPr>
            <w:tcW w:type="dxa" w:w="1970"/>
          </w:tcPr>
          <w:p>
            <w:pPr>
              <w:spacing w:after="0"/>
              <w:jc w:val="left"/>
            </w:pPr>
            <w:r>
              <w:rPr>
                <w:sz w:val="16"/>
              </w:rPr>
              <w:t>Cold/Wind Chill, Extreme Cold/Wind Chill</w:t>
            </w:r>
          </w:p>
        </w:tc>
        <w:tc>
          <w:tcPr>
            <w:tcW w:type="dxa" w:w="1960"/>
          </w:tcPr>
          <w:p>
            <w:pPr>
              <w:spacing w:after="0"/>
              <w:jc w:val="left"/>
            </w:pPr>
            <w:r>
              <w:rPr>
                <w:sz w:val="16"/>
              </w:rPr>
              <w:t>wind chill</w:t>
            </w:r>
          </w:p>
        </w:tc>
        <w:tc>
          <w:tcPr>
            <w:tcW w:type="dxa" w:w="1853"/>
          </w:tcPr>
          <w:p>
            <w:pPr>
              <w:spacing w:after="0"/>
              <w:jc w:val="right"/>
            </w:pPr>
            <w:r>
              <w:rPr>
                <w:sz w:val="16"/>
              </w:rPr>
              <w:t>0</w:t>
            </w:r>
          </w:p>
        </w:tc>
        <w:tc>
          <w:tcPr>
            <w:tcW w:type="dxa" w:w="1451"/>
          </w:tcPr>
          <w:p>
            <w:pPr>
              <w:spacing w:after="0"/>
              <w:jc w:val="left"/>
            </w:pPr>
          </w:p>
        </w:tc>
        <w:tc>
          <w:tcPr>
            <w:tcW w:type="dxa" w:w="1566"/>
          </w:tcPr>
          <w:p>
            <w:pPr>
              <w:spacing w:after="0"/>
              <w:jc w:val="left"/>
            </w:pPr>
          </w:p>
        </w:tc>
        <w:tc>
          <w:tcPr>
            <w:tcW w:type="dxa" w:w="1628"/>
          </w:tcPr>
          <w:p>
            <w:pPr>
              <w:spacing w:after="0"/>
              <w:jc w:val="left"/>
            </w:pPr>
          </w:p>
        </w:tc>
        <w:tc>
          <w:tcPr>
            <w:tcW w:type="dxa" w:w="2039"/>
          </w:tcPr>
          <w:p>
            <w:pPr>
              <w:spacing w:after="0"/>
              <w:jc w:val="left"/>
            </w:pPr>
          </w:p>
        </w:tc>
        <w:tc>
          <w:tcPr>
            <w:tcW w:type="dxa" w:w="1646"/>
          </w:tcPr>
          <w:p>
            <w:pPr>
              <w:spacing w:after="0"/>
              <w:jc w:val="left"/>
            </w:pPr>
          </w:p>
        </w:tc>
      </w:tr>
      <w:tr>
        <w:trPr>
          <w:cantSplit/>
        </w:trPr>
        <w:tc>
          <w:tcPr>
            <w:tcW w:type="dxa" w:w="1970"/>
          </w:tcPr>
          <w:p>
            <w:pPr>
              <w:spacing w:after="0"/>
              <w:jc w:val="left"/>
            </w:pPr>
            <w:r>
              <w:rPr>
                <w:sz w:val="16"/>
              </w:rPr>
              <w:t>Frost/Freeze (outside NRI's Cold Wave definition)</w:t>
            </w:r>
          </w:p>
        </w:tc>
        <w:tc>
          <w:tcPr>
            <w:tcW w:type="dxa" w:w="1960"/>
          </w:tcPr>
          <w:p>
            <w:pPr>
              <w:spacing w:after="0"/>
              <w:jc w:val="left"/>
            </w:pPr>
            <w:r>
              <w:rPr>
                <w:sz w:val="16"/>
              </w:rPr>
              <w:t>crop damage</w:t>
            </w:r>
          </w:p>
        </w:tc>
        <w:tc>
          <w:tcPr>
            <w:tcW w:type="dxa" w:w="1853"/>
          </w:tcPr>
          <w:p>
            <w:pPr>
              <w:spacing w:after="0"/>
              <w:jc w:val="right"/>
            </w:pPr>
            <w:r>
              <w:rPr>
                <w:sz w:val="16"/>
              </w:rPr>
              <w:t>3 records, 2003 to 2016 (3 zone-level)</w:t>
            </w:r>
          </w:p>
        </w:tc>
        <w:tc>
          <w:tcPr>
            <w:tcW w:type="dxa" w:w="1451"/>
          </w:tcPr>
          <w:p>
            <w:pPr>
              <w:spacing w:after="0"/>
              <w:jc w:val="left"/>
            </w:pPr>
          </w:p>
        </w:tc>
        <w:tc>
          <w:tcPr>
            <w:tcW w:type="dxa" w:w="1566"/>
          </w:tcPr>
          <w:p>
            <w:pPr>
              <w:spacing w:after="0"/>
              <w:jc w:val="left"/>
            </w:pPr>
            <w:r>
              <w:rPr>
                <w:sz w:val="16"/>
              </w:rPr>
              <w:t>No crop damage reported in 3 records.</w:t>
            </w:r>
          </w:p>
        </w:tc>
        <w:tc>
          <w:tcPr>
            <w:tcW w:type="dxa" w:w="1628"/>
          </w:tcPr>
          <w:p>
            <w:pPr>
              <w:spacing w:after="0"/>
              <w:jc w:val="left"/>
            </w:pPr>
          </w:p>
        </w:tc>
        <w:tc>
          <w:tcPr>
            <w:tcW w:type="dxa" w:w="2039"/>
          </w:tcPr>
          <w:p>
            <w:pPr>
              <w:spacing w:after="0"/>
              <w:jc w:val="left"/>
            </w:pPr>
            <w:r>
              <w:rPr>
                <w:sz w:val="16"/>
              </w:rPr>
              <w:t>Countywide (zone-level records).</w:t>
            </w:r>
          </w:p>
        </w:tc>
        <w:tc>
          <w:tcPr>
            <w:tcW w:type="dxa" w:w="1646"/>
          </w:tcPr>
          <w:p>
            <w:pPr>
              <w:spacing w:after="0"/>
              <w:jc w:val="left"/>
            </w:pPr>
          </w:p>
        </w:tc>
      </w:tr>
      <w:tr>
        <w:trPr>
          <w:cantSplit/>
        </w:trPr>
        <w:tc>
          <w:tcPr>
            <w:tcW w:type="dxa" w:w="1970"/>
          </w:tcPr>
          <w:p>
            <w:pPr>
              <w:spacing w:after="0"/>
              <w:jc w:val="left"/>
            </w:pPr>
            <w:r>
              <w:rPr>
                <w:sz w:val="16"/>
              </w:rPr>
              <w:t>Drought</w:t>
            </w:r>
          </w:p>
        </w:tc>
        <w:tc>
          <w:tcPr>
            <w:tcW w:type="dxa" w:w="1960"/>
          </w:tcPr>
          <w:p>
            <w:pPr>
              <w:spacing w:after="0"/>
              <w:jc w:val="left"/>
            </w:pPr>
            <w:r>
              <w:rPr>
                <w:sz w:val="16"/>
              </w:rPr>
              <w:t>U.S. Drought Monitor scale (D0 to D4)</w:t>
            </w:r>
          </w:p>
        </w:tc>
        <w:tc>
          <w:tcPr>
            <w:tcW w:type="dxa" w:w="1853"/>
          </w:tcPr>
          <w:p>
            <w:pPr>
              <w:spacing w:after="0"/>
              <w:jc w:val="right"/>
            </w:pPr>
            <w:r>
              <w:rPr>
                <w:sz w:val="16"/>
              </w:rPr>
              <w:t>0</w:t>
            </w:r>
          </w:p>
        </w:tc>
        <w:tc>
          <w:tcPr>
            <w:tcW w:type="dxa" w:w="1451"/>
          </w:tcPr>
          <w:p>
            <w:pPr>
              <w:spacing w:after="0"/>
              <w:jc w:val="left"/>
            </w:pPr>
          </w:p>
        </w:tc>
        <w:tc>
          <w:tcPr>
            <w:tcW w:type="dxa" w:w="1566"/>
          </w:tcPr>
          <w:p>
            <w:pPr>
              <w:spacing w:after="0"/>
              <w:jc w:val="left"/>
            </w:pPr>
          </w:p>
        </w:tc>
        <w:tc>
          <w:tcPr>
            <w:tcW w:type="dxa" w:w="1628"/>
          </w:tcPr>
          <w:p>
            <w:pPr>
              <w:spacing w:after="0"/>
              <w:jc w:val="left"/>
            </w:pPr>
          </w:p>
        </w:tc>
        <w:tc>
          <w:tcPr>
            <w:tcW w:type="dxa" w:w="2039"/>
          </w:tcPr>
          <w:p>
            <w:pPr>
              <w:spacing w:after="0"/>
              <w:jc w:val="left"/>
            </w:pPr>
          </w:p>
        </w:tc>
        <w:tc>
          <w:tcPr>
            <w:tcW w:type="dxa" w:w="16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0"/>
          </w:tcPr>
          <w:p>
            <w:pPr>
              <w:spacing w:after="0"/>
              <w:jc w:val="left"/>
            </w:pPr>
            <w:r>
              <w:rPr>
                <w:sz w:val="16"/>
              </w:rPr>
              <w:t>Earthquake</w:t>
            </w:r>
          </w:p>
        </w:tc>
        <w:tc>
          <w:tcPr>
            <w:tcW w:type="dxa" w:w="1960"/>
          </w:tcPr>
          <w:p>
            <w:pPr>
              <w:spacing w:after="0"/>
              <w:jc w:val="left"/>
            </w:pPr>
            <w:r>
              <w:rPr>
                <w:sz w:val="16"/>
              </w:rPr>
              <w:t>Modified Mercalli (local data)</w:t>
            </w:r>
          </w:p>
        </w:tc>
        <w:tc>
          <w:tcPr>
            <w:tcW w:type="dxa" w:w="1853"/>
          </w:tcPr>
          <w:p>
            <w:pPr>
              <w:spacing w:after="0"/>
              <w:jc w:val="right"/>
            </w:pPr>
            <w:r>
              <w:rPr>
                <w:sz w:val="16"/>
              </w:rPr>
              <w:t>0</w:t>
            </w:r>
          </w:p>
        </w:tc>
        <w:tc>
          <w:tcPr>
            <w:tcW w:type="dxa" w:w="1451"/>
          </w:tcPr>
          <w:p>
            <w:pPr>
              <w:spacing w:after="0"/>
              <w:jc w:val="left"/>
            </w:pPr>
          </w:p>
        </w:tc>
        <w:tc>
          <w:tcPr>
            <w:tcW w:type="dxa" w:w="1566"/>
          </w:tcPr>
          <w:p>
            <w:pPr>
              <w:spacing w:after="0"/>
              <w:jc w:val="left"/>
            </w:pPr>
          </w:p>
        </w:tc>
        <w:tc>
          <w:tcPr>
            <w:tcW w:type="dxa" w:w="1628"/>
          </w:tcPr>
          <w:p>
            <w:pPr>
              <w:spacing w:after="0"/>
              <w:jc w:val="left"/>
            </w:pPr>
          </w:p>
        </w:tc>
        <w:tc>
          <w:tcPr>
            <w:tcW w:type="dxa" w:w="2039"/>
          </w:tcPr>
          <w:p>
            <w:pPr>
              <w:spacing w:after="0"/>
              <w:jc w:val="left"/>
            </w:pPr>
          </w:p>
        </w:tc>
        <w:tc>
          <w:tcPr>
            <w:tcW w:type="dxa" w:w="1646"/>
          </w:tcPr>
          <w:p>
            <w:pPr>
              <w:spacing w:after="0"/>
              <w:jc w:val="left"/>
            </w:pPr>
            <w:r>
              <w:rPr>
                <w:sz w:val="16"/>
              </w:rPr>
              <w:t>Storm Events does not record earthquakes; the USGS earthquake catalog is the source.</w:t>
            </w:r>
          </w:p>
        </w:tc>
      </w:tr>
      <w:tr>
        <w:trPr>
          <w:cantSplit/>
        </w:trPr>
        <w:tc>
          <w:tcPr>
            <w:tcW w:type="dxa" w:w="1970"/>
          </w:tcPr>
          <w:p>
            <w:pPr>
              <w:spacing w:after="0"/>
              <w:jc w:val="left"/>
            </w:pPr>
            <w:r>
              <w:rPr>
                <w:sz w:val="16"/>
              </w:rPr>
              <w:t>Hail</w:t>
            </w:r>
          </w:p>
        </w:tc>
        <w:tc>
          <w:tcPr>
            <w:tcW w:type="dxa" w:w="1960"/>
          </w:tcPr>
          <w:p>
            <w:pPr>
              <w:spacing w:after="0"/>
              <w:jc w:val="left"/>
            </w:pPr>
            <w:r>
              <w:rPr>
                <w:sz w:val="16"/>
              </w:rPr>
              <w:t>hail size (inches)</w:t>
            </w:r>
          </w:p>
        </w:tc>
        <w:tc>
          <w:tcPr>
            <w:tcW w:type="dxa" w:w="1853"/>
          </w:tcPr>
          <w:p>
            <w:pPr>
              <w:spacing w:after="0"/>
              <w:jc w:val="right"/>
            </w:pPr>
            <w:r>
              <w:rPr>
                <w:sz w:val="16"/>
              </w:rPr>
              <w:t>13 records, 1997 to 2025</w:t>
            </w:r>
          </w:p>
        </w:tc>
        <w:tc>
          <w:tcPr>
            <w:tcW w:type="dxa" w:w="1451"/>
          </w:tcPr>
          <w:p>
            <w:pPr>
              <w:spacing w:after="0"/>
              <w:jc w:val="left"/>
            </w:pPr>
            <w:r>
              <w:rPr>
                <w:sz w:val="16"/>
              </w:rPr>
              <w:t>0.75 in to 1.75 in (median 1 in); 13 with a recorded value</w:t>
            </w:r>
          </w:p>
        </w:tc>
        <w:tc>
          <w:tcPr>
            <w:tcW w:type="dxa" w:w="1566"/>
          </w:tcPr>
          <w:p>
            <w:pPr>
              <w:spacing w:after="0"/>
              <w:jc w:val="left"/>
            </w:pPr>
            <w:r>
              <w:rPr>
                <w:sz w:val="16"/>
              </w:rPr>
              <w:t>1.75 in hail, 2025-05-22; same size also recorded on 2014-07-10, 2019-05-31</w:t>
            </w:r>
          </w:p>
        </w:tc>
        <w:tc>
          <w:tcPr>
            <w:tcW w:type="dxa" w:w="1628"/>
          </w:tcPr>
          <w:p>
            <w:pPr>
              <w:spacing w:after="0"/>
              <w:jc w:val="left"/>
            </w:pPr>
          </w:p>
        </w:tc>
        <w:tc>
          <w:tcPr>
            <w:tcW w:type="dxa" w:w="2039"/>
          </w:tcPr>
          <w:p>
            <w:pPr>
              <w:spacing w:after="0"/>
              <w:jc w:val="left"/>
            </w:pPr>
            <w:r>
              <w:rPr>
                <w:sz w:val="16"/>
              </w:rPr>
              <w:t>Event records naming jurisdictions in the plan: Franklin city (13 records).</w:t>
            </w:r>
          </w:p>
        </w:tc>
        <w:tc>
          <w:tcPr>
            <w:tcW w:type="dxa" w:w="1646"/>
          </w:tcPr>
          <w:p>
            <w:pPr>
              <w:spacing w:after="0"/>
              <w:jc w:val="left"/>
            </w:pPr>
          </w:p>
        </w:tc>
      </w:tr>
      <w:tr>
        <w:trPr>
          <w:cantSplit/>
        </w:trPr>
        <w:tc>
          <w:tcPr>
            <w:tcW w:type="dxa" w:w="1970"/>
          </w:tcPr>
          <w:p>
            <w:pPr>
              <w:spacing w:after="0"/>
              <w:jc w:val="left"/>
            </w:pPr>
            <w:r>
              <w:rPr>
                <w:sz w:val="16"/>
              </w:rPr>
              <w:t>Excessive Heat, Heat</w:t>
            </w:r>
          </w:p>
        </w:tc>
        <w:tc>
          <w:tcPr>
            <w:tcW w:type="dxa" w:w="1960"/>
          </w:tcPr>
          <w:p>
            <w:pPr>
              <w:spacing w:after="0"/>
              <w:jc w:val="left"/>
            </w:pPr>
            <w:r>
              <w:rPr>
                <w:sz w:val="16"/>
              </w:rPr>
              <w:t>heat index (in event narratives)</w:t>
            </w:r>
          </w:p>
        </w:tc>
        <w:tc>
          <w:tcPr>
            <w:tcW w:type="dxa" w:w="1853"/>
          </w:tcPr>
          <w:p>
            <w:pPr>
              <w:spacing w:after="0"/>
              <w:jc w:val="right"/>
            </w:pPr>
            <w:r>
              <w:rPr>
                <w:sz w:val="16"/>
              </w:rPr>
              <w:t>5 records, 1996 to 2025 (5 zone-level)</w:t>
            </w:r>
          </w:p>
        </w:tc>
        <w:tc>
          <w:tcPr>
            <w:tcW w:type="dxa" w:w="1451"/>
          </w:tcPr>
          <w:p>
            <w:pPr>
              <w:spacing w:after="0"/>
              <w:jc w:val="left"/>
            </w:pPr>
            <w:r>
              <w:rPr>
                <w:sz w:val="16"/>
              </w:rPr>
              <w:t>1 day to 4 days (median 3 days); 5 with a recorded value</w:t>
            </w:r>
          </w:p>
        </w:tc>
        <w:tc>
          <w:tcPr>
            <w:tcW w:type="dxa" w:w="1566"/>
          </w:tcPr>
          <w:p>
            <w:pPr>
              <w:spacing w:after="0"/>
              <w:jc w:val="left"/>
            </w:pPr>
            <w:r>
              <w:rPr>
                <w:sz w:val="16"/>
              </w:rPr>
              <w:t>4 consecutive days, 2012-07-05 to 2012-07-08, zone-level</w:t>
            </w:r>
          </w:p>
        </w:tc>
        <w:tc>
          <w:tcPr>
            <w:tcW w:type="dxa" w:w="1628"/>
          </w:tcPr>
          <w:p>
            <w:pPr>
              <w:spacing w:after="0"/>
              <w:jc w:val="left"/>
            </w:pPr>
          </w:p>
        </w:tc>
        <w:tc>
          <w:tcPr>
            <w:tcW w:type="dxa" w:w="2039"/>
          </w:tcPr>
          <w:p>
            <w:pPr>
              <w:spacing w:after="0"/>
              <w:jc w:val="left"/>
            </w:pPr>
            <w:r>
              <w:rPr>
                <w:sz w:val="16"/>
              </w:rPr>
              <w:t>Countywide (zone-level records).</w:t>
            </w:r>
          </w:p>
        </w:tc>
        <w:tc>
          <w:tcPr>
            <w:tcW w:type="dxa" w:w="1646"/>
          </w:tcPr>
          <w:p>
            <w:pPr>
              <w:spacing w:after="0"/>
              <w:jc w:val="left"/>
            </w:pPr>
          </w:p>
        </w:tc>
      </w:tr>
      <w:tr>
        <w:trPr>
          <w:cantSplit/>
        </w:trPr>
        <w:tc>
          <w:tcPr>
            <w:tcW w:type="dxa" w:w="1970"/>
          </w:tcPr>
          <w:p>
            <w:pPr>
              <w:spacing w:after="0"/>
              <w:jc w:val="left"/>
            </w:pPr>
            <w:r>
              <w:rPr>
                <w:sz w:val="16"/>
              </w:rPr>
              <w:t>Hurricane, Tropical Storm, Tropical Depression</w:t>
            </w:r>
          </w:p>
        </w:tc>
        <w:tc>
          <w:tcPr>
            <w:tcW w:type="dxa" w:w="1960"/>
          </w:tcPr>
          <w:p>
            <w:pPr>
              <w:spacing w:after="0"/>
              <w:jc w:val="left"/>
            </w:pPr>
            <w:r>
              <w:rPr>
                <w:sz w:val="16"/>
              </w:rPr>
              <w:t>Saffir-Simpson</w:t>
            </w:r>
          </w:p>
        </w:tc>
        <w:tc>
          <w:tcPr>
            <w:tcW w:type="dxa" w:w="1853"/>
          </w:tcPr>
          <w:p>
            <w:pPr>
              <w:spacing w:after="0"/>
              <w:jc w:val="right"/>
            </w:pPr>
            <w:r>
              <w:rPr>
                <w:sz w:val="16"/>
              </w:rPr>
              <w:t>4 records, 2003 to 2023 (4 zone-level)</w:t>
            </w:r>
          </w:p>
        </w:tc>
        <w:tc>
          <w:tcPr>
            <w:tcW w:type="dxa" w:w="1451"/>
          </w:tcPr>
          <w:p>
            <w:pPr>
              <w:spacing w:after="0"/>
              <w:jc w:val="left"/>
            </w:pPr>
          </w:p>
        </w:tc>
        <w:tc>
          <w:tcPr>
            <w:tcW w:type="dxa" w:w="1566"/>
          </w:tcPr>
          <w:p>
            <w:pPr>
              <w:spacing w:after="0"/>
              <w:jc w:val="left"/>
            </w:pPr>
            <w:r>
              <w:rPr>
                <w:sz w:val="16"/>
              </w:rPr>
              <w:t>Strongest recorded: Tropical Storm record, 2011-08-27 to 2011-08-28, $100,000 property; $7,000,000 crops (2011 dollars); NWS zone VAZ092</w:t>
            </w:r>
          </w:p>
        </w:tc>
        <w:tc>
          <w:tcPr>
            <w:tcW w:type="dxa" w:w="1628"/>
          </w:tcPr>
          <w:p>
            <w:pPr>
              <w:spacing w:after="0"/>
              <w:jc w:val="left"/>
            </w:pPr>
          </w:p>
        </w:tc>
        <w:tc>
          <w:tcPr>
            <w:tcW w:type="dxa" w:w="2039"/>
          </w:tcPr>
          <w:p>
            <w:pPr>
              <w:spacing w:after="0"/>
              <w:jc w:val="left"/>
            </w:pPr>
            <w:r>
              <w:rPr>
                <w:sz w:val="16"/>
              </w:rPr>
              <w:t>Countywide (zone-level records).</w:t>
            </w:r>
          </w:p>
        </w:tc>
        <w:tc>
          <w:tcPr>
            <w:tcW w:type="dxa" w:w="16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0"/>
          </w:tcPr>
          <w:p>
            <w:pPr>
              <w:spacing w:after="0"/>
              <w:jc w:val="left"/>
            </w:pPr>
            <w:r>
              <w:rPr>
                <w:sz w:val="16"/>
              </w:rPr>
              <w:t>Ice Storm</w:t>
            </w:r>
          </w:p>
        </w:tc>
        <w:tc>
          <w:tcPr>
            <w:tcW w:type="dxa" w:w="1960"/>
          </w:tcPr>
          <w:p>
            <w:pPr>
              <w:spacing w:after="0"/>
              <w:jc w:val="left"/>
            </w:pPr>
            <w:r>
              <w:rPr>
                <w:sz w:val="16"/>
              </w:rPr>
              <w:t>Sperry-Piltz ice scale (local data)</w:t>
            </w:r>
          </w:p>
        </w:tc>
        <w:tc>
          <w:tcPr>
            <w:tcW w:type="dxa" w:w="1853"/>
          </w:tcPr>
          <w:p>
            <w:pPr>
              <w:spacing w:after="0"/>
              <w:jc w:val="right"/>
            </w:pPr>
            <w:r>
              <w:rPr>
                <w:sz w:val="16"/>
              </w:rPr>
              <w:t>1 record, 1998 (1 zone-level)</w:t>
            </w:r>
          </w:p>
        </w:tc>
        <w:tc>
          <w:tcPr>
            <w:tcW w:type="dxa" w:w="1451"/>
          </w:tcPr>
          <w:p>
            <w:pPr>
              <w:spacing w:after="0"/>
              <w:jc w:val="left"/>
            </w:pPr>
          </w:p>
        </w:tc>
        <w:tc>
          <w:tcPr>
            <w:tcW w:type="dxa" w:w="1566"/>
          </w:tcPr>
          <w:p>
            <w:pPr>
              <w:spacing w:after="0"/>
              <w:jc w:val="left"/>
            </w:pPr>
            <w:r>
              <w:rPr>
                <w:sz w:val="16"/>
              </w:rPr>
              <w:t>No damage reported in 1 record.</w:t>
            </w:r>
          </w:p>
        </w:tc>
        <w:tc>
          <w:tcPr>
            <w:tcW w:type="dxa" w:w="1628"/>
          </w:tcPr>
          <w:p>
            <w:pPr>
              <w:spacing w:after="0"/>
              <w:jc w:val="left"/>
            </w:pPr>
          </w:p>
        </w:tc>
        <w:tc>
          <w:tcPr>
            <w:tcW w:type="dxa" w:w="2039"/>
          </w:tcPr>
          <w:p>
            <w:pPr>
              <w:spacing w:after="0"/>
              <w:jc w:val="left"/>
            </w:pPr>
            <w:r>
              <w:rPr>
                <w:sz w:val="16"/>
              </w:rPr>
              <w:t>Countywide (zone-level records).</w:t>
            </w:r>
          </w:p>
        </w:tc>
        <w:tc>
          <w:tcPr>
            <w:tcW w:type="dxa" w:w="1646"/>
          </w:tcPr>
          <w:p>
            <w:pPr>
              <w:spacing w:after="0"/>
              <w:jc w:val="left"/>
            </w:pPr>
          </w:p>
        </w:tc>
      </w:tr>
      <w:tr>
        <w:trPr>
          <w:cantSplit/>
        </w:trPr>
        <w:tc>
          <w:tcPr>
            <w:tcW w:type="dxa" w:w="1970"/>
          </w:tcPr>
          <w:p>
            <w:pPr>
              <w:spacing w:after="0"/>
              <w:jc w:val="left"/>
            </w:pPr>
            <w:r>
              <w:rPr>
                <w:sz w:val="16"/>
              </w:rPr>
              <w:t>Flash Flood, Flood, Lakeshore Flood</w:t>
            </w:r>
          </w:p>
        </w:tc>
        <w:tc>
          <w:tcPr>
            <w:tcW w:type="dxa" w:w="1960"/>
          </w:tcPr>
          <w:p>
            <w:pPr>
              <w:spacing w:after="0"/>
              <w:jc w:val="left"/>
            </w:pPr>
            <w:r>
              <w:rPr>
                <w:sz w:val="16"/>
              </w:rPr>
              <w:t>damage and flood days (flood depth: FIRM)</w:t>
            </w:r>
          </w:p>
        </w:tc>
        <w:tc>
          <w:tcPr>
            <w:tcW w:type="dxa" w:w="1853"/>
          </w:tcPr>
          <w:p>
            <w:pPr>
              <w:spacing w:after="0"/>
              <w:jc w:val="right"/>
            </w:pPr>
            <w:r>
              <w:rPr>
                <w:sz w:val="16"/>
              </w:rPr>
              <w:t>10 records, 1999 to 2020 (1 zone-level)</w:t>
            </w:r>
          </w:p>
        </w:tc>
        <w:tc>
          <w:tcPr>
            <w:tcW w:type="dxa" w:w="1451"/>
          </w:tcPr>
          <w:p>
            <w:pPr>
              <w:spacing w:after="0"/>
              <w:jc w:val="left"/>
            </w:pPr>
          </w:p>
        </w:tc>
        <w:tc>
          <w:tcPr>
            <w:tcW w:type="dxa" w:w="1566"/>
          </w:tcPr>
          <w:p>
            <w:pPr>
              <w:spacing w:after="0"/>
              <w:jc w:val="left"/>
            </w:pPr>
            <w:r>
              <w:rPr>
                <w:sz w:val="16"/>
              </w:rPr>
              <w:t>Flash Flood, 2006-10-07, $4,000,000 property; $700,000 crops (2006 dollars)</w:t>
            </w:r>
          </w:p>
        </w:tc>
        <w:tc>
          <w:tcPr>
            <w:tcW w:type="dxa" w:w="1628"/>
          </w:tcPr>
          <w:p>
            <w:pPr>
              <w:spacing w:after="0"/>
              <w:jc w:val="left"/>
            </w:pPr>
          </w:p>
        </w:tc>
        <w:tc>
          <w:tcPr>
            <w:tcW w:type="dxa" w:w="2039"/>
          </w:tcPr>
          <w:p>
            <w:pPr>
              <w:spacing w:after="0"/>
              <w:jc w:val="left"/>
            </w:pPr>
            <w:r>
              <w:rPr>
                <w:sz w:val="16"/>
              </w:rPr>
              <w:t>Event records naming jurisdictions in the plan: Franklin city (9 records). Zone-level records (1) apply countywide.</w:t>
            </w:r>
          </w:p>
        </w:tc>
        <w:tc>
          <w:tcPr>
            <w:tcW w:type="dxa" w:w="16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0"/>
          </w:tcPr>
          <w:p>
            <w:pPr>
              <w:spacing w:after="0"/>
              <w:jc w:val="left"/>
            </w:pPr>
            <w:r>
              <w:rPr>
                <w:sz w:val="16"/>
              </w:rPr>
              <w:t>Debris Flow</w:t>
            </w:r>
          </w:p>
        </w:tc>
        <w:tc>
          <w:tcPr>
            <w:tcW w:type="dxa" w:w="1960"/>
          </w:tcPr>
          <w:p>
            <w:pPr>
              <w:spacing w:after="0"/>
              <w:jc w:val="left"/>
            </w:pPr>
            <w:r>
              <w:rPr>
                <w:sz w:val="16"/>
              </w:rPr>
              <w:t>none (count and damage only)</w:t>
            </w:r>
          </w:p>
        </w:tc>
        <w:tc>
          <w:tcPr>
            <w:tcW w:type="dxa" w:w="1853"/>
          </w:tcPr>
          <w:p>
            <w:pPr>
              <w:spacing w:after="0"/>
              <w:jc w:val="right"/>
            </w:pPr>
            <w:r>
              <w:rPr>
                <w:sz w:val="16"/>
              </w:rPr>
              <w:t>0</w:t>
            </w:r>
          </w:p>
        </w:tc>
        <w:tc>
          <w:tcPr>
            <w:tcW w:type="dxa" w:w="1451"/>
          </w:tcPr>
          <w:p>
            <w:pPr>
              <w:spacing w:after="0"/>
              <w:jc w:val="left"/>
            </w:pPr>
          </w:p>
        </w:tc>
        <w:tc>
          <w:tcPr>
            <w:tcW w:type="dxa" w:w="1566"/>
          </w:tcPr>
          <w:p>
            <w:pPr>
              <w:spacing w:after="0"/>
              <w:jc w:val="left"/>
            </w:pPr>
          </w:p>
        </w:tc>
        <w:tc>
          <w:tcPr>
            <w:tcW w:type="dxa" w:w="1628"/>
          </w:tcPr>
          <w:p>
            <w:pPr>
              <w:spacing w:after="0"/>
              <w:jc w:val="left"/>
            </w:pPr>
          </w:p>
        </w:tc>
        <w:tc>
          <w:tcPr>
            <w:tcW w:type="dxa" w:w="2039"/>
          </w:tcPr>
          <w:p>
            <w:pPr>
              <w:spacing w:after="0"/>
              <w:jc w:val="left"/>
            </w:pPr>
          </w:p>
        </w:tc>
        <w:tc>
          <w:tcPr>
            <w:tcW w:type="dxa" w:w="1646"/>
          </w:tcPr>
          <w:p>
            <w:pPr>
              <w:spacing w:after="0"/>
              <w:jc w:val="left"/>
            </w:pPr>
          </w:p>
        </w:tc>
      </w:tr>
      <w:tr>
        <w:trPr>
          <w:cantSplit/>
        </w:trPr>
        <w:tc>
          <w:tcPr>
            <w:tcW w:type="dxa" w:w="1970"/>
          </w:tcPr>
          <w:p>
            <w:pPr>
              <w:spacing w:after="0"/>
              <w:jc w:val="left"/>
            </w:pPr>
            <w:r>
              <w:rPr>
                <w:sz w:val="16"/>
              </w:rPr>
              <w:t>Lightning</w:t>
            </w:r>
          </w:p>
        </w:tc>
        <w:tc>
          <w:tcPr>
            <w:tcW w:type="dxa" w:w="1960"/>
          </w:tcPr>
          <w:p>
            <w:pPr>
              <w:spacing w:after="0"/>
              <w:jc w:val="left"/>
            </w:pPr>
            <w:r>
              <w:rPr>
                <w:sz w:val="16"/>
              </w:rPr>
              <w:t>annualized frequency (the measure FEMA's Local Mitigation Planning Handbook names)</w:t>
            </w:r>
          </w:p>
        </w:tc>
        <w:tc>
          <w:tcPr>
            <w:tcW w:type="dxa" w:w="1853"/>
          </w:tcPr>
          <w:p>
            <w:pPr>
              <w:spacing w:after="0"/>
              <w:jc w:val="right"/>
            </w:pPr>
            <w:r>
              <w:rPr>
                <w:sz w:val="16"/>
              </w:rPr>
              <w:t>0</w:t>
            </w:r>
          </w:p>
        </w:tc>
        <w:tc>
          <w:tcPr>
            <w:tcW w:type="dxa" w:w="1451"/>
          </w:tcPr>
          <w:p>
            <w:pPr>
              <w:spacing w:after="0"/>
              <w:jc w:val="left"/>
            </w:pPr>
          </w:p>
        </w:tc>
        <w:tc>
          <w:tcPr>
            <w:tcW w:type="dxa" w:w="1566"/>
          </w:tcPr>
          <w:p>
            <w:pPr>
              <w:spacing w:after="0"/>
              <w:jc w:val="left"/>
            </w:pPr>
          </w:p>
        </w:tc>
        <w:tc>
          <w:tcPr>
            <w:tcW w:type="dxa" w:w="1628"/>
          </w:tcPr>
          <w:p>
            <w:pPr>
              <w:spacing w:after="0"/>
              <w:jc w:val="left"/>
            </w:pPr>
          </w:p>
        </w:tc>
        <w:tc>
          <w:tcPr>
            <w:tcW w:type="dxa" w:w="2039"/>
          </w:tcPr>
          <w:p>
            <w:pPr>
              <w:spacing w:after="0"/>
              <w:jc w:val="left"/>
            </w:pPr>
          </w:p>
        </w:tc>
        <w:tc>
          <w:tcPr>
            <w:tcW w:type="dxa" w:w="1646"/>
          </w:tcPr>
          <w:p>
            <w:pPr>
              <w:spacing w:after="0"/>
              <w:jc w:val="left"/>
            </w:pPr>
            <w:r>
              <w:rPr>
                <w:sz w:val="16"/>
              </w:rPr>
              <w:t>Storm Events lists lightning with damage or casualties.</w:t>
            </w:r>
          </w:p>
        </w:tc>
      </w:tr>
      <w:tr>
        <w:trPr>
          <w:cantSplit/>
        </w:trPr>
        <w:tc>
          <w:tcPr>
            <w:tcW w:type="dxa" w:w="1970"/>
          </w:tcPr>
          <w:p>
            <w:pPr>
              <w:spacing w:after="0"/>
              <w:jc w:val="left"/>
            </w:pPr>
            <w:r>
              <w:rPr>
                <w:sz w:val="16"/>
              </w:rPr>
              <w:t>High Wind and Strong Wind (outside NRI's Strong Wind definition)</w:t>
            </w:r>
          </w:p>
        </w:tc>
        <w:tc>
          <w:tcPr>
            <w:tcW w:type="dxa" w:w="1960"/>
          </w:tcPr>
          <w:p>
            <w:pPr>
              <w:spacing w:after="0"/>
              <w:jc w:val="left"/>
            </w:pPr>
            <w:r>
              <w:rPr>
                <w:sz w:val="16"/>
              </w:rPr>
              <w:t>wind speed (kt and mph)</w:t>
            </w:r>
          </w:p>
        </w:tc>
        <w:tc>
          <w:tcPr>
            <w:tcW w:type="dxa" w:w="1853"/>
          </w:tcPr>
          <w:p>
            <w:pPr>
              <w:spacing w:after="0"/>
              <w:jc w:val="right"/>
            </w:pPr>
            <w:r>
              <w:rPr>
                <w:sz w:val="16"/>
              </w:rPr>
              <w:t>5 records, 1999 to 2010 (5 zone-level)</w:t>
            </w:r>
          </w:p>
        </w:tc>
        <w:tc>
          <w:tcPr>
            <w:tcW w:type="dxa" w:w="1451"/>
          </w:tcPr>
          <w:p>
            <w:pPr>
              <w:spacing w:after="0"/>
              <w:jc w:val="left"/>
            </w:pPr>
            <w:r>
              <w:rPr>
                <w:sz w:val="16"/>
              </w:rPr>
              <w:t>38 kt (44 mph) to 50 kt (58 mph) (median 44 kt (51 mph)); 4 with a recorded value</w:t>
            </w:r>
          </w:p>
        </w:tc>
        <w:tc>
          <w:tcPr>
            <w:tcW w:type="dxa" w:w="1566"/>
          </w:tcPr>
          <w:p>
            <w:pPr>
              <w:spacing w:after="0"/>
              <w:jc w:val="left"/>
            </w:pPr>
            <w:r>
              <w:rPr>
                <w:sz w:val="16"/>
              </w:rPr>
              <w:t>50 kt (58 mph) measured, High Wind, 2000-04-08; NWS zone VAZ092</w:t>
            </w:r>
          </w:p>
        </w:tc>
        <w:tc>
          <w:tcPr>
            <w:tcW w:type="dxa" w:w="1628"/>
          </w:tcPr>
          <w:p>
            <w:pPr>
              <w:spacing w:after="0"/>
              <w:jc w:val="left"/>
            </w:pPr>
            <w:r>
              <w:rPr>
                <w:sz w:val="16"/>
              </w:rPr>
              <w:t>Strong Wind, 2010-01-25, $20,000 property; $0 crops (zone total, 2010 dollars)</w:t>
            </w:r>
          </w:p>
        </w:tc>
        <w:tc>
          <w:tcPr>
            <w:tcW w:type="dxa" w:w="2039"/>
          </w:tcPr>
          <w:p>
            <w:pPr>
              <w:spacing w:after="0"/>
              <w:jc w:val="left"/>
            </w:pPr>
            <w:r>
              <w:rPr>
                <w:sz w:val="16"/>
              </w:rPr>
              <w:t>Countywide (zone-level records).</w:t>
            </w:r>
          </w:p>
        </w:tc>
        <w:tc>
          <w:tcPr>
            <w:tcW w:type="dxa" w:w="1646"/>
          </w:tcPr>
          <w:p>
            <w:pPr>
              <w:spacing w:after="0"/>
              <w:jc w:val="left"/>
            </w:pPr>
          </w:p>
        </w:tc>
      </w:tr>
      <w:tr>
        <w:trPr>
          <w:cantSplit/>
        </w:trPr>
        <w:tc>
          <w:tcPr>
            <w:tcW w:type="dxa" w:w="1970"/>
          </w:tcPr>
          <w:p>
            <w:pPr>
              <w:spacing w:after="0"/>
              <w:jc w:val="left"/>
            </w:pPr>
            <w:r>
              <w:rPr>
                <w:sz w:val="16"/>
              </w:rPr>
              <w:t>Thunderstorm Wind</w:t>
            </w:r>
          </w:p>
        </w:tc>
        <w:tc>
          <w:tcPr>
            <w:tcW w:type="dxa" w:w="1960"/>
          </w:tcPr>
          <w:p>
            <w:pPr>
              <w:spacing w:after="0"/>
              <w:jc w:val="left"/>
            </w:pPr>
            <w:r>
              <w:rPr>
                <w:sz w:val="16"/>
              </w:rPr>
              <w:t>wind speed (kt and mph)</w:t>
            </w:r>
          </w:p>
        </w:tc>
        <w:tc>
          <w:tcPr>
            <w:tcW w:type="dxa" w:w="1853"/>
          </w:tcPr>
          <w:p>
            <w:pPr>
              <w:spacing w:after="0"/>
              <w:jc w:val="right"/>
            </w:pPr>
            <w:r>
              <w:rPr>
                <w:sz w:val="16"/>
              </w:rPr>
              <w:t>27 records, 1984 to 2024</w:t>
            </w:r>
          </w:p>
        </w:tc>
        <w:tc>
          <w:tcPr>
            <w:tcW w:type="dxa" w:w="1451"/>
          </w:tcPr>
          <w:p>
            <w:pPr>
              <w:spacing w:after="0"/>
              <w:jc w:val="left"/>
            </w:pPr>
            <w:r>
              <w:rPr>
                <w:sz w:val="16"/>
              </w:rPr>
              <w:t>50 kt (58 mph) to 62 kt (71 mph) (median 50 kt (58 mph)); 22 with a recorded value</w:t>
            </w:r>
          </w:p>
        </w:tc>
        <w:tc>
          <w:tcPr>
            <w:tcW w:type="dxa" w:w="1566"/>
          </w:tcPr>
          <w:p>
            <w:pPr>
              <w:spacing w:after="0"/>
              <w:jc w:val="left"/>
            </w:pPr>
            <w:r>
              <w:rPr>
                <w:sz w:val="16"/>
              </w:rPr>
              <w:t>62 kt (71 mph) measured gust, Thunderstorm Wind, 2012-06-29</w:t>
            </w:r>
          </w:p>
        </w:tc>
        <w:tc>
          <w:tcPr>
            <w:tcW w:type="dxa" w:w="1628"/>
          </w:tcPr>
          <w:p>
            <w:pPr>
              <w:spacing w:after="0"/>
              <w:jc w:val="left"/>
            </w:pPr>
            <w:r>
              <w:rPr>
                <w:sz w:val="16"/>
              </w:rPr>
              <w:t>Thunderstorm Wind, 2019-08-20, $100,000 property; $0 crops (2019 dollars)</w:t>
            </w:r>
          </w:p>
        </w:tc>
        <w:tc>
          <w:tcPr>
            <w:tcW w:type="dxa" w:w="2039"/>
          </w:tcPr>
          <w:p>
            <w:pPr>
              <w:spacing w:after="0"/>
              <w:jc w:val="left"/>
            </w:pPr>
            <w:r>
              <w:rPr>
                <w:sz w:val="16"/>
              </w:rPr>
              <w:t>Event records naming jurisdictions in the plan: Franklin city (23 records).</w:t>
            </w:r>
          </w:p>
        </w:tc>
        <w:tc>
          <w:tcPr>
            <w:tcW w:type="dxa" w:w="1646"/>
          </w:tcPr>
          <w:p>
            <w:pPr>
              <w:spacing w:after="0"/>
              <w:jc w:val="left"/>
            </w:pPr>
          </w:p>
        </w:tc>
      </w:tr>
      <w:tr>
        <w:trPr>
          <w:cantSplit/>
        </w:trPr>
        <w:tc>
          <w:tcPr>
            <w:tcW w:type="dxa" w:w="1970"/>
          </w:tcPr>
          <w:p>
            <w:pPr>
              <w:spacing w:after="0"/>
              <w:jc w:val="left"/>
            </w:pPr>
            <w:r>
              <w:rPr>
                <w:sz w:val="16"/>
              </w:rPr>
              <w:t>Tornado</w:t>
            </w:r>
          </w:p>
        </w:tc>
        <w:tc>
          <w:tcPr>
            <w:tcW w:type="dxa" w:w="1960"/>
          </w:tcPr>
          <w:p>
            <w:pPr>
              <w:spacing w:after="0"/>
              <w:jc w:val="left"/>
            </w:pPr>
            <w:r>
              <w:rPr>
                <w:sz w:val="16"/>
              </w:rPr>
              <w:t>Enhanced Fujita (Fujita before Feb 2007)</w:t>
            </w:r>
          </w:p>
        </w:tc>
        <w:tc>
          <w:tcPr>
            <w:tcW w:type="dxa" w:w="1853"/>
          </w:tcPr>
          <w:p>
            <w:pPr>
              <w:spacing w:after="0"/>
              <w:jc w:val="right"/>
            </w:pPr>
            <w:r>
              <w:rPr>
                <w:sz w:val="16"/>
              </w:rPr>
              <w:t>1 record, 2008</w:t>
            </w:r>
          </w:p>
        </w:tc>
        <w:tc>
          <w:tcPr>
            <w:tcW w:type="dxa" w:w="1451"/>
          </w:tcPr>
          <w:p>
            <w:pPr>
              <w:spacing w:after="0"/>
              <w:jc w:val="left"/>
            </w:pPr>
            <w:r>
              <w:rPr>
                <w:sz w:val="16"/>
              </w:rPr>
              <w:t>F/EF0; 1 with a recorded value</w:t>
            </w:r>
          </w:p>
        </w:tc>
        <w:tc>
          <w:tcPr>
            <w:tcW w:type="dxa" w:w="1566"/>
          </w:tcPr>
          <w:p>
            <w:pPr>
              <w:spacing w:after="0"/>
              <w:jc w:val="left"/>
            </w:pPr>
            <w:r>
              <w:rPr>
                <w:sz w:val="16"/>
              </w:rPr>
              <w:t>EF0 tornado, 2008-09-26, 0.1 mi within this county, 20 yd wide, $0 property; $0 crops (2008 dollars)</w:t>
            </w:r>
          </w:p>
        </w:tc>
        <w:tc>
          <w:tcPr>
            <w:tcW w:type="dxa" w:w="1628"/>
          </w:tcPr>
          <w:p>
            <w:pPr>
              <w:spacing w:after="0"/>
              <w:jc w:val="left"/>
            </w:pPr>
          </w:p>
        </w:tc>
        <w:tc>
          <w:tcPr>
            <w:tcW w:type="dxa" w:w="2039"/>
          </w:tcPr>
          <w:p>
            <w:pPr>
              <w:spacing w:after="0"/>
              <w:jc w:val="left"/>
            </w:pPr>
            <w:r>
              <w:rPr>
                <w:sz w:val="16"/>
              </w:rPr>
              <w:t>Event records naming jurisdictions in the plan: Franklin city (1 record).</w:t>
            </w:r>
          </w:p>
        </w:tc>
        <w:tc>
          <w:tcPr>
            <w:tcW w:type="dxa" w:w="16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0"/>
          </w:tcPr>
          <w:p>
            <w:pPr>
              <w:spacing w:after="0"/>
              <w:jc w:val="left"/>
            </w:pPr>
            <w:r>
              <w:rPr>
                <w:sz w:val="16"/>
              </w:rPr>
              <w:t>Wildfire</w:t>
            </w:r>
          </w:p>
        </w:tc>
        <w:tc>
          <w:tcPr>
            <w:tcW w:type="dxa" w:w="1960"/>
          </w:tcPr>
          <w:p>
            <w:pPr>
              <w:spacing w:after="0"/>
              <w:jc w:val="left"/>
            </w:pPr>
            <w:r>
              <w:rPr>
                <w:sz w:val="16"/>
              </w:rPr>
              <w:t>acres burned (local data)</w:t>
            </w:r>
          </w:p>
        </w:tc>
        <w:tc>
          <w:tcPr>
            <w:tcW w:type="dxa" w:w="1853"/>
          </w:tcPr>
          <w:p>
            <w:pPr>
              <w:spacing w:after="0"/>
              <w:jc w:val="right"/>
            </w:pPr>
            <w:r>
              <w:rPr>
                <w:sz w:val="16"/>
              </w:rPr>
              <w:t>0</w:t>
            </w:r>
          </w:p>
        </w:tc>
        <w:tc>
          <w:tcPr>
            <w:tcW w:type="dxa" w:w="1451"/>
          </w:tcPr>
          <w:p>
            <w:pPr>
              <w:spacing w:after="0"/>
              <w:jc w:val="left"/>
            </w:pPr>
          </w:p>
        </w:tc>
        <w:tc>
          <w:tcPr>
            <w:tcW w:type="dxa" w:w="1566"/>
          </w:tcPr>
          <w:p>
            <w:pPr>
              <w:spacing w:after="0"/>
              <w:jc w:val="left"/>
            </w:pPr>
          </w:p>
        </w:tc>
        <w:tc>
          <w:tcPr>
            <w:tcW w:type="dxa" w:w="1628"/>
          </w:tcPr>
          <w:p>
            <w:pPr>
              <w:spacing w:after="0"/>
              <w:jc w:val="left"/>
            </w:pPr>
          </w:p>
        </w:tc>
        <w:tc>
          <w:tcPr>
            <w:tcW w:type="dxa" w:w="2039"/>
          </w:tcPr>
          <w:p>
            <w:pPr>
              <w:spacing w:after="0"/>
              <w:jc w:val="left"/>
            </w:pPr>
          </w:p>
        </w:tc>
        <w:tc>
          <w:tcPr>
            <w:tcW w:type="dxa" w:w="1646"/>
          </w:tcPr>
          <w:p>
            <w:pPr>
              <w:spacing w:after="0"/>
              <w:jc w:val="left"/>
            </w:pPr>
          </w:p>
        </w:tc>
      </w:tr>
      <w:tr>
        <w:trPr>
          <w:cantSplit/>
        </w:trPr>
        <w:tc>
          <w:tcPr>
            <w:tcW w:type="dxa" w:w="1970"/>
          </w:tcPr>
          <w:p>
            <w:pPr>
              <w:spacing w:after="0"/>
              <w:jc w:val="left"/>
            </w:pPr>
            <w:r>
              <w:rPr>
                <w:sz w:val="16"/>
              </w:rPr>
              <w:t>Winter Storm, Heavy Snow, Blizzard, Lake-Effect Snow, Winter Weather, Sleet</w:t>
            </w:r>
          </w:p>
        </w:tc>
        <w:tc>
          <w:tcPr>
            <w:tcW w:type="dxa" w:w="1960"/>
          </w:tcPr>
          <w:p>
            <w:pPr>
              <w:spacing w:after="0"/>
              <w:jc w:val="left"/>
            </w:pPr>
            <w:r>
              <w:rPr>
                <w:sz w:val="16"/>
              </w:rPr>
              <w:t>none in data (snowfall: local data)</w:t>
            </w:r>
          </w:p>
        </w:tc>
        <w:tc>
          <w:tcPr>
            <w:tcW w:type="dxa" w:w="1853"/>
          </w:tcPr>
          <w:p>
            <w:pPr>
              <w:spacing w:after="0"/>
              <w:jc w:val="right"/>
            </w:pPr>
            <w:r>
              <w:rPr>
                <w:sz w:val="16"/>
              </w:rPr>
              <w:t>62 records, 1996 to 2026 (62 zone-level)</w:t>
            </w:r>
          </w:p>
        </w:tc>
        <w:tc>
          <w:tcPr>
            <w:tcW w:type="dxa" w:w="1451"/>
          </w:tcPr>
          <w:p>
            <w:pPr>
              <w:spacing w:after="0"/>
              <w:jc w:val="left"/>
            </w:pPr>
          </w:p>
        </w:tc>
        <w:tc>
          <w:tcPr>
            <w:tcW w:type="dxa" w:w="1566"/>
          </w:tcPr>
          <w:p>
            <w:pPr>
              <w:spacing w:after="0"/>
              <w:jc w:val="left"/>
            </w:pPr>
            <w:r>
              <w:rPr>
                <w:sz w:val="16"/>
              </w:rPr>
              <w:t>Winter Weather, 2021-02-13, $20,000 property; $0 crops (2021 dollars); NWS zone VAZ092</w:t>
            </w:r>
          </w:p>
        </w:tc>
        <w:tc>
          <w:tcPr>
            <w:tcW w:type="dxa" w:w="1628"/>
          </w:tcPr>
          <w:p>
            <w:pPr>
              <w:spacing w:after="0"/>
              <w:jc w:val="left"/>
            </w:pPr>
          </w:p>
        </w:tc>
        <w:tc>
          <w:tcPr>
            <w:tcW w:type="dxa" w:w="2039"/>
          </w:tcPr>
          <w:p>
            <w:pPr>
              <w:spacing w:after="0"/>
              <w:jc w:val="left"/>
            </w:pPr>
            <w:r>
              <w:rPr>
                <w:sz w:val="16"/>
              </w:rPr>
              <w:t>Countywide (zone-level records).</w:t>
            </w:r>
          </w:p>
        </w:tc>
        <w:tc>
          <w:tcPr>
            <w:tcW w:type="dxa" w:w="16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48"/>
        <w:gridCol w:w="2829"/>
        <w:gridCol w:w="1443"/>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2026-01-23</w:t>
            </w:r>
          </w:p>
        </w:tc>
        <w:tc>
          <w:tcPr>
            <w:tcW w:type="dxa" w:w="1073"/>
          </w:tcPr>
          <w:p>
            <w:pPr>
              <w:spacing w:after="0"/>
              <w:jc w:val="left"/>
            </w:pPr>
            <w:r>
              <w:rPr>
                <w:sz w:val="16"/>
              </w:rPr>
              <w:t>2026-01-22</w:t>
            </w:r>
          </w:p>
        </w:tc>
        <w:tc>
          <w:tcPr>
            <w:tcW w:type="dxa" w:w="1073"/>
          </w:tcPr>
          <w:p>
            <w:pPr>
              <w:spacing w:after="0"/>
              <w:jc w:val="left"/>
            </w:pPr>
            <w:r>
              <w:rPr>
                <w:sz w:val="16"/>
              </w:rPr>
              <w:t>EM-3631-VA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2020-04-02</w:t>
            </w:r>
          </w:p>
        </w:tc>
        <w:tc>
          <w:tcPr>
            <w:tcW w:type="dxa" w:w="1073"/>
          </w:tcPr>
          <w:p>
            <w:pPr>
              <w:spacing w:after="0"/>
              <w:jc w:val="left"/>
            </w:pPr>
            <w:r>
              <w:rPr>
                <w:sz w:val="16"/>
              </w:rPr>
              <w:t>2020-01-20</w:t>
            </w:r>
          </w:p>
        </w:tc>
        <w:tc>
          <w:tcPr>
            <w:tcW w:type="dxa" w:w="1073"/>
          </w:tcPr>
          <w:p>
            <w:pPr>
              <w:spacing w:after="0"/>
              <w:jc w:val="left"/>
            </w:pPr>
            <w:r>
              <w:rPr>
                <w:sz w:val="16"/>
              </w:rPr>
              <w:t>DR-4512-VA</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EM-3448-VA</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DR-4512</w:t>
            </w:r>
          </w:p>
        </w:tc>
      </w:tr>
      <w:tr>
        <w:trPr>
          <w:cantSplit/>
        </w:trPr>
        <w:tc>
          <w:tcPr>
            <w:tcW w:type="dxa" w:w="1073"/>
          </w:tcPr>
          <w:p>
            <w:pPr>
              <w:spacing w:after="0"/>
              <w:jc w:val="left"/>
            </w:pPr>
            <w:r>
              <w:rPr>
                <w:sz w:val="16"/>
              </w:rPr>
              <w:t>2018-10-15</w:t>
            </w:r>
          </w:p>
        </w:tc>
        <w:tc>
          <w:tcPr>
            <w:tcW w:type="dxa" w:w="1073"/>
          </w:tcPr>
          <w:p>
            <w:pPr>
              <w:spacing w:after="0"/>
              <w:jc w:val="left"/>
            </w:pPr>
            <w:r>
              <w:rPr>
                <w:sz w:val="16"/>
              </w:rPr>
              <w:t>2018-09-08</w:t>
            </w:r>
          </w:p>
        </w:tc>
        <w:tc>
          <w:tcPr>
            <w:tcW w:type="dxa" w:w="1073"/>
          </w:tcPr>
          <w:p>
            <w:pPr>
              <w:spacing w:after="0"/>
              <w:jc w:val="left"/>
            </w:pPr>
            <w:r>
              <w:rPr>
                <w:sz w:val="16"/>
              </w:rPr>
              <w:t>DR-4401-VA</w:t>
            </w:r>
          </w:p>
        </w:tc>
        <w:tc>
          <w:tcPr>
            <w:tcW w:type="dxa" w:w="1443"/>
          </w:tcPr>
          <w:p>
            <w:pPr>
              <w:spacing w:after="0"/>
              <w:jc w:val="left"/>
            </w:pPr>
            <w:r>
              <w:rPr>
                <w:sz w:val="16"/>
              </w:rPr>
              <w:t>Major disaster</w:t>
            </w:r>
          </w:p>
        </w:tc>
        <w:tc>
          <w:tcPr>
            <w:tcW w:type="dxa" w:w="1905"/>
          </w:tcPr>
          <w:p>
            <w:pPr>
              <w:spacing w:after="0"/>
              <w:jc w:val="left"/>
            </w:pPr>
            <w:r>
              <w:rPr>
                <w:sz w:val="16"/>
              </w:rPr>
              <w:t>Hurricane Florence</w:t>
            </w:r>
          </w:p>
        </w:tc>
        <w:tc>
          <w:tcPr>
            <w:tcW w:type="dxa" w:w="2348"/>
          </w:tcPr>
          <w:p>
            <w:pPr>
              <w:spacing w:after="0"/>
              <w:jc w:val="left"/>
            </w:pPr>
            <w:r>
              <w:rPr>
                <w:sz w:val="16"/>
              </w:rPr>
              <w:t>Hurricane</w:t>
            </w:r>
          </w:p>
        </w:tc>
        <w:tc>
          <w:tcPr>
            <w:tcW w:type="dxa" w:w="2829"/>
          </w:tcPr>
          <w:p>
            <w:pPr>
              <w:spacing w:after="0"/>
              <w:jc w:val="right"/>
            </w:pPr>
            <w:r>
              <w:rPr>
                <w:sz w:val="16"/>
              </w:rPr>
              <w:t>$13,440.82</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2018-09-11</w:t>
            </w:r>
          </w:p>
        </w:tc>
        <w:tc>
          <w:tcPr>
            <w:tcW w:type="dxa" w:w="1073"/>
          </w:tcPr>
          <w:p>
            <w:pPr>
              <w:spacing w:after="0"/>
              <w:jc w:val="left"/>
            </w:pPr>
            <w:r>
              <w:rPr>
                <w:sz w:val="16"/>
              </w:rPr>
              <w:t>2018-09-13</w:t>
            </w:r>
          </w:p>
        </w:tc>
        <w:tc>
          <w:tcPr>
            <w:tcW w:type="dxa" w:w="1073"/>
          </w:tcPr>
          <w:p>
            <w:pPr>
              <w:spacing w:after="0"/>
              <w:jc w:val="left"/>
            </w:pPr>
            <w:r>
              <w:rPr>
                <w:sz w:val="16"/>
              </w:rPr>
              <w:t>EM-3403-VA</w:t>
            </w:r>
          </w:p>
        </w:tc>
        <w:tc>
          <w:tcPr>
            <w:tcW w:type="dxa" w:w="1443"/>
          </w:tcPr>
          <w:p>
            <w:pPr>
              <w:spacing w:after="0"/>
              <w:jc w:val="left"/>
            </w:pPr>
            <w:r>
              <w:rPr>
                <w:sz w:val="16"/>
              </w:rPr>
              <w:t>Emergency</w:t>
            </w:r>
          </w:p>
        </w:tc>
        <w:tc>
          <w:tcPr>
            <w:tcW w:type="dxa" w:w="1905"/>
          </w:tcPr>
          <w:p>
            <w:pPr>
              <w:spacing w:after="0"/>
              <w:jc w:val="left"/>
            </w:pPr>
            <w:r>
              <w:rPr>
                <w:sz w:val="16"/>
              </w:rPr>
              <w:t>Hurricane Florence</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DR-4401</w:t>
            </w:r>
          </w:p>
        </w:tc>
      </w:tr>
      <w:tr>
        <w:trPr>
          <w:cantSplit/>
        </w:trPr>
        <w:tc>
          <w:tcPr>
            <w:tcW w:type="dxa" w:w="1073"/>
          </w:tcPr>
          <w:p>
            <w:pPr>
              <w:spacing w:after="0"/>
              <w:jc w:val="left"/>
            </w:pPr>
            <w:r>
              <w:rPr>
                <w:sz w:val="16"/>
              </w:rPr>
              <w:t>2016-11-02</w:t>
            </w:r>
          </w:p>
        </w:tc>
        <w:tc>
          <w:tcPr>
            <w:tcW w:type="dxa" w:w="1073"/>
          </w:tcPr>
          <w:p>
            <w:pPr>
              <w:spacing w:after="0"/>
              <w:jc w:val="left"/>
            </w:pPr>
            <w:r>
              <w:rPr>
                <w:sz w:val="16"/>
              </w:rPr>
              <w:t>2016-10-07</w:t>
            </w:r>
          </w:p>
        </w:tc>
        <w:tc>
          <w:tcPr>
            <w:tcW w:type="dxa" w:w="1073"/>
          </w:tcPr>
          <w:p>
            <w:pPr>
              <w:spacing w:after="0"/>
              <w:jc w:val="left"/>
            </w:pPr>
            <w:r>
              <w:rPr>
                <w:sz w:val="16"/>
              </w:rPr>
              <w:t>DR-4291-VA</w:t>
            </w:r>
          </w:p>
        </w:tc>
        <w:tc>
          <w:tcPr>
            <w:tcW w:type="dxa" w:w="1443"/>
          </w:tcPr>
          <w:p>
            <w:pPr>
              <w:spacing w:after="0"/>
              <w:jc w:val="left"/>
            </w:pPr>
            <w:r>
              <w:rPr>
                <w:sz w:val="16"/>
              </w:rPr>
              <w:t>Major disaster</w:t>
            </w:r>
          </w:p>
        </w:tc>
        <w:tc>
          <w:tcPr>
            <w:tcW w:type="dxa" w:w="1905"/>
          </w:tcPr>
          <w:p>
            <w:pPr>
              <w:spacing w:after="0"/>
              <w:jc w:val="left"/>
            </w:pPr>
            <w:r>
              <w:rPr>
                <w:sz w:val="16"/>
              </w:rPr>
              <w:t>Hurricane Matthew</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2012-10-29</w:t>
            </w:r>
          </w:p>
        </w:tc>
        <w:tc>
          <w:tcPr>
            <w:tcW w:type="dxa" w:w="1073"/>
          </w:tcPr>
          <w:p>
            <w:pPr>
              <w:spacing w:after="0"/>
              <w:jc w:val="left"/>
            </w:pPr>
            <w:r>
              <w:rPr>
                <w:sz w:val="16"/>
              </w:rPr>
              <w:t>2012-10-26</w:t>
            </w:r>
          </w:p>
        </w:tc>
        <w:tc>
          <w:tcPr>
            <w:tcW w:type="dxa" w:w="1073"/>
          </w:tcPr>
          <w:p>
            <w:pPr>
              <w:spacing w:after="0"/>
              <w:jc w:val="left"/>
            </w:pPr>
            <w:r>
              <w:rPr>
                <w:sz w:val="16"/>
              </w:rPr>
              <w:t>EM-3359-VA</w:t>
            </w:r>
          </w:p>
        </w:tc>
        <w:tc>
          <w:tcPr>
            <w:tcW w:type="dxa" w:w="1443"/>
          </w:tcPr>
          <w:p>
            <w:pPr>
              <w:spacing w:after="0"/>
              <w:jc w:val="left"/>
            </w:pPr>
            <w:r>
              <w:rPr>
                <w:sz w:val="16"/>
              </w:rPr>
              <w:t>Emergency</w:t>
            </w:r>
          </w:p>
        </w:tc>
        <w:tc>
          <w:tcPr>
            <w:tcW w:type="dxa" w:w="1905"/>
          </w:tcPr>
          <w:p>
            <w:pPr>
              <w:spacing w:after="0"/>
              <w:jc w:val="left"/>
            </w:pPr>
            <w:r>
              <w:rPr>
                <w:sz w:val="16"/>
              </w:rPr>
              <w:t>Hurricane Sandy</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2011-09-03</w:t>
            </w:r>
          </w:p>
        </w:tc>
        <w:tc>
          <w:tcPr>
            <w:tcW w:type="dxa" w:w="1073"/>
          </w:tcPr>
          <w:p>
            <w:pPr>
              <w:spacing w:after="0"/>
              <w:jc w:val="left"/>
            </w:pPr>
            <w:r>
              <w:rPr>
                <w:sz w:val="16"/>
              </w:rPr>
              <w:t>2011-08-26</w:t>
            </w:r>
          </w:p>
        </w:tc>
        <w:tc>
          <w:tcPr>
            <w:tcW w:type="dxa" w:w="1073"/>
          </w:tcPr>
          <w:p>
            <w:pPr>
              <w:spacing w:after="0"/>
              <w:jc w:val="left"/>
            </w:pPr>
            <w:r>
              <w:rPr>
                <w:sz w:val="16"/>
              </w:rPr>
              <w:t>DR-4024-VA</w:t>
            </w:r>
          </w:p>
        </w:tc>
        <w:tc>
          <w:tcPr>
            <w:tcW w:type="dxa" w:w="1443"/>
          </w:tcPr>
          <w:p>
            <w:pPr>
              <w:spacing w:after="0"/>
              <w:jc w:val="left"/>
            </w:pPr>
            <w:r>
              <w:rPr>
                <w:sz w:val="16"/>
              </w:rPr>
              <w:t>Major disaster</w:t>
            </w:r>
          </w:p>
        </w:tc>
        <w:tc>
          <w:tcPr>
            <w:tcW w:type="dxa" w:w="1905"/>
          </w:tcPr>
          <w:p>
            <w:pPr>
              <w:spacing w:after="0"/>
              <w:jc w:val="left"/>
            </w:pPr>
            <w:r>
              <w:rPr>
                <w:sz w:val="16"/>
              </w:rPr>
              <w:t>Hurricane Irene</w:t>
            </w:r>
          </w:p>
        </w:tc>
        <w:tc>
          <w:tcPr>
            <w:tcW w:type="dxa" w:w="2348"/>
          </w:tcPr>
          <w:p>
            <w:pPr>
              <w:spacing w:after="0"/>
              <w:jc w:val="left"/>
            </w:pPr>
            <w:r>
              <w:rPr>
                <w:sz w:val="16"/>
              </w:rPr>
              <w:t>Hurricane</w:t>
            </w:r>
          </w:p>
        </w:tc>
        <w:tc>
          <w:tcPr>
            <w:tcW w:type="dxa" w:w="2829"/>
          </w:tcPr>
          <w:p>
            <w:pPr>
              <w:spacing w:after="0"/>
              <w:jc w:val="right"/>
            </w:pPr>
            <w:r>
              <w:rPr>
                <w:sz w:val="16"/>
              </w:rPr>
              <w:t>$282,100.46</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2005-09-12</w:t>
            </w:r>
          </w:p>
        </w:tc>
        <w:tc>
          <w:tcPr>
            <w:tcW w:type="dxa" w:w="1073"/>
          </w:tcPr>
          <w:p>
            <w:pPr>
              <w:spacing w:after="0"/>
              <w:jc w:val="left"/>
            </w:pPr>
            <w:r>
              <w:rPr>
                <w:sz w:val="16"/>
              </w:rPr>
              <w:t>2005-08-29</w:t>
            </w:r>
          </w:p>
        </w:tc>
        <w:tc>
          <w:tcPr>
            <w:tcW w:type="dxa" w:w="1073"/>
          </w:tcPr>
          <w:p>
            <w:pPr>
              <w:spacing w:after="0"/>
              <w:jc w:val="left"/>
            </w:pPr>
            <w:r>
              <w:rPr>
                <w:sz w:val="16"/>
              </w:rPr>
              <w:t>EM-3240-VA</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2003-09-18</w:t>
            </w:r>
          </w:p>
        </w:tc>
        <w:tc>
          <w:tcPr>
            <w:tcW w:type="dxa" w:w="1073"/>
          </w:tcPr>
          <w:p>
            <w:pPr>
              <w:spacing w:after="0"/>
              <w:jc w:val="left"/>
            </w:pPr>
            <w:r>
              <w:rPr>
                <w:sz w:val="16"/>
              </w:rPr>
              <w:t>2003-09-18</w:t>
            </w:r>
          </w:p>
        </w:tc>
        <w:tc>
          <w:tcPr>
            <w:tcW w:type="dxa" w:w="1073"/>
          </w:tcPr>
          <w:p>
            <w:pPr>
              <w:spacing w:after="0"/>
              <w:jc w:val="left"/>
            </w:pPr>
            <w:r>
              <w:rPr>
                <w:sz w:val="16"/>
              </w:rPr>
              <w:t>DR-1491-VA</w:t>
            </w:r>
          </w:p>
        </w:tc>
        <w:tc>
          <w:tcPr>
            <w:tcW w:type="dxa" w:w="1443"/>
          </w:tcPr>
          <w:p>
            <w:pPr>
              <w:spacing w:after="0"/>
              <w:jc w:val="left"/>
            </w:pPr>
            <w:r>
              <w:rPr>
                <w:sz w:val="16"/>
              </w:rPr>
              <w:t>Major disaster</w:t>
            </w:r>
          </w:p>
        </w:tc>
        <w:tc>
          <w:tcPr>
            <w:tcW w:type="dxa" w:w="1905"/>
          </w:tcPr>
          <w:p>
            <w:pPr>
              <w:spacing w:after="0"/>
              <w:jc w:val="left"/>
            </w:pPr>
            <w:r>
              <w:rPr>
                <w:sz w:val="16"/>
              </w:rPr>
              <w:t>Hurricane Isabel</w:t>
            </w:r>
          </w:p>
        </w:tc>
        <w:tc>
          <w:tcPr>
            <w:tcW w:type="dxa" w:w="2348"/>
          </w:tcPr>
          <w:p>
            <w:pPr>
              <w:spacing w:after="0"/>
              <w:jc w:val="left"/>
            </w:pPr>
            <w:r>
              <w:rPr>
                <w:sz w:val="16"/>
              </w:rPr>
              <w:t>Hurricane</w:t>
            </w:r>
          </w:p>
        </w:tc>
        <w:tc>
          <w:tcPr>
            <w:tcW w:type="dxa" w:w="2829"/>
          </w:tcPr>
          <w:p>
            <w:pPr>
              <w:spacing w:after="0"/>
              <w:jc w:val="right"/>
            </w:pPr>
            <w:r>
              <w:rPr>
                <w:sz w:val="16"/>
              </w:rPr>
              <w:t>$1,801,953.47</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2000-02-28</w:t>
            </w:r>
          </w:p>
        </w:tc>
        <w:tc>
          <w:tcPr>
            <w:tcW w:type="dxa" w:w="1073"/>
          </w:tcPr>
          <w:p>
            <w:pPr>
              <w:spacing w:after="0"/>
              <w:jc w:val="left"/>
            </w:pPr>
            <w:r>
              <w:rPr>
                <w:sz w:val="16"/>
              </w:rPr>
              <w:t>2000-01-25</w:t>
            </w:r>
          </w:p>
        </w:tc>
        <w:tc>
          <w:tcPr>
            <w:tcW w:type="dxa" w:w="1073"/>
          </w:tcPr>
          <w:p>
            <w:pPr>
              <w:spacing w:after="0"/>
              <w:jc w:val="left"/>
            </w:pPr>
            <w:r>
              <w:rPr>
                <w:sz w:val="16"/>
              </w:rPr>
              <w:t>DR-1318-VA</w:t>
            </w:r>
          </w:p>
        </w:tc>
        <w:tc>
          <w:tcPr>
            <w:tcW w:type="dxa" w:w="1443"/>
          </w:tcPr>
          <w:p>
            <w:pPr>
              <w:spacing w:after="0"/>
              <w:jc w:val="left"/>
            </w:pPr>
            <w:r>
              <w:rPr>
                <w:sz w:val="16"/>
              </w:rPr>
              <w:t>Major disaster</w:t>
            </w:r>
          </w:p>
        </w:tc>
        <w:tc>
          <w:tcPr>
            <w:tcW w:type="dxa" w:w="1905"/>
          </w:tcPr>
          <w:p>
            <w:pPr>
              <w:spacing w:after="0"/>
              <w:jc w:val="left"/>
            </w:pPr>
            <w:r>
              <w:rPr>
                <w:sz w:val="16"/>
              </w:rPr>
              <w:t>Severe Winter Storms</w:t>
            </w:r>
          </w:p>
        </w:tc>
        <w:tc>
          <w:tcPr>
            <w:tcW w:type="dxa" w:w="2348"/>
          </w:tcPr>
          <w:p>
            <w:pPr>
              <w:spacing w:after="0"/>
              <w:jc w:val="left"/>
            </w:pPr>
            <w:r>
              <w:rPr>
                <w:sz w:val="16"/>
              </w:rPr>
              <w:t>Winter Weather</w:t>
            </w:r>
          </w:p>
        </w:tc>
        <w:tc>
          <w:tcPr>
            <w:tcW w:type="dxa" w:w="2829"/>
          </w:tcPr>
          <w:p>
            <w:pPr>
              <w:spacing w:after="0"/>
              <w:jc w:val="right"/>
            </w:pPr>
            <w:r>
              <w:rPr>
                <w:sz w:val="16"/>
              </w:rPr>
              <w:t>$30,001.99</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1999-09-18</w:t>
            </w:r>
          </w:p>
        </w:tc>
        <w:tc>
          <w:tcPr>
            <w:tcW w:type="dxa" w:w="1073"/>
          </w:tcPr>
          <w:p>
            <w:pPr>
              <w:spacing w:after="0"/>
              <w:jc w:val="left"/>
            </w:pPr>
            <w:r>
              <w:rPr>
                <w:sz w:val="16"/>
              </w:rPr>
              <w:t>1999-09-13</w:t>
            </w:r>
          </w:p>
        </w:tc>
        <w:tc>
          <w:tcPr>
            <w:tcW w:type="dxa" w:w="1073"/>
          </w:tcPr>
          <w:p>
            <w:pPr>
              <w:spacing w:after="0"/>
              <w:jc w:val="left"/>
            </w:pPr>
            <w:r>
              <w:rPr>
                <w:sz w:val="16"/>
              </w:rPr>
              <w:t>DR-1293-VA</w:t>
            </w:r>
          </w:p>
        </w:tc>
        <w:tc>
          <w:tcPr>
            <w:tcW w:type="dxa" w:w="1443"/>
          </w:tcPr>
          <w:p>
            <w:pPr>
              <w:spacing w:after="0"/>
              <w:jc w:val="left"/>
            </w:pPr>
            <w:r>
              <w:rPr>
                <w:sz w:val="16"/>
              </w:rPr>
              <w:t>Major disaster</w:t>
            </w:r>
          </w:p>
        </w:tc>
        <w:tc>
          <w:tcPr>
            <w:tcW w:type="dxa" w:w="1905"/>
          </w:tcPr>
          <w:p>
            <w:pPr>
              <w:spacing w:after="0"/>
              <w:jc w:val="left"/>
            </w:pPr>
            <w:r>
              <w:rPr>
                <w:sz w:val="16"/>
              </w:rPr>
              <w:t>Hurricane Floyd Major Disaster Declarations</w:t>
            </w:r>
          </w:p>
        </w:tc>
        <w:tc>
          <w:tcPr>
            <w:tcW w:type="dxa" w:w="2348"/>
          </w:tcPr>
          <w:p>
            <w:pPr>
              <w:spacing w:after="0"/>
              <w:jc w:val="left"/>
            </w:pPr>
            <w:r>
              <w:rPr>
                <w:sz w:val="16"/>
              </w:rPr>
              <w:t>Hurricane</w:t>
            </w:r>
          </w:p>
        </w:tc>
        <w:tc>
          <w:tcPr>
            <w:tcW w:type="dxa" w:w="2829"/>
          </w:tcPr>
          <w:p>
            <w:pPr>
              <w:spacing w:after="0"/>
              <w:jc w:val="right"/>
            </w:pPr>
            <w:r>
              <w:rPr>
                <w:sz w:val="16"/>
              </w:rPr>
              <w:t>$3,788,962.50</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1996-01-13</w:t>
            </w:r>
          </w:p>
        </w:tc>
        <w:tc>
          <w:tcPr>
            <w:tcW w:type="dxa" w:w="1073"/>
          </w:tcPr>
          <w:p>
            <w:pPr>
              <w:spacing w:after="0"/>
              <w:jc w:val="left"/>
            </w:pPr>
            <w:r>
              <w:rPr>
                <w:sz w:val="16"/>
              </w:rPr>
              <w:t>1996-01-06</w:t>
            </w:r>
          </w:p>
        </w:tc>
        <w:tc>
          <w:tcPr>
            <w:tcW w:type="dxa" w:w="1073"/>
          </w:tcPr>
          <w:p>
            <w:pPr>
              <w:spacing w:after="0"/>
              <w:jc w:val="left"/>
            </w:pPr>
            <w:r>
              <w:rPr>
                <w:sz w:val="16"/>
              </w:rPr>
              <w:t>DR-1086-VA</w:t>
            </w:r>
          </w:p>
        </w:tc>
        <w:tc>
          <w:tcPr>
            <w:tcW w:type="dxa" w:w="1443"/>
          </w:tcPr>
          <w:p>
            <w:pPr>
              <w:spacing w:after="0"/>
              <w:jc w:val="left"/>
            </w:pPr>
            <w:r>
              <w:rPr>
                <w:sz w:val="16"/>
              </w:rPr>
              <w:t>Major disaster</w:t>
            </w:r>
          </w:p>
        </w:tc>
        <w:tc>
          <w:tcPr>
            <w:tcW w:type="dxa" w:w="1905"/>
          </w:tcPr>
          <w:p>
            <w:pPr>
              <w:spacing w:after="0"/>
              <w:jc w:val="left"/>
            </w:pPr>
            <w:r>
              <w:rPr>
                <w:sz w:val="16"/>
              </w:rPr>
              <w:t>Blizzard of 96 (Severe Snow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1993-03-25</w:t>
            </w:r>
          </w:p>
        </w:tc>
        <w:tc>
          <w:tcPr>
            <w:tcW w:type="dxa" w:w="1073"/>
          </w:tcPr>
          <w:p>
            <w:pPr>
              <w:spacing w:after="0"/>
              <w:jc w:val="left"/>
            </w:pPr>
            <w:r>
              <w:rPr>
                <w:sz w:val="16"/>
              </w:rPr>
              <w:t>1993-03-13</w:t>
            </w:r>
          </w:p>
        </w:tc>
        <w:tc>
          <w:tcPr>
            <w:tcW w:type="dxa" w:w="1073"/>
          </w:tcPr>
          <w:p>
            <w:pPr>
              <w:spacing w:after="0"/>
              <w:jc w:val="left"/>
            </w:pPr>
            <w:r>
              <w:rPr>
                <w:sz w:val="16"/>
              </w:rPr>
              <w:t>EM-3112-VA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32</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62</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775"/>
        <w:gridCol w:w="2778"/>
        <w:gridCol w:w="928"/>
        <w:gridCol w:w="2569"/>
        <w:gridCol w:w="1028"/>
        <w:gridCol w:w="2695"/>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775"/>
            <w:shd w:val="clear" w:color="auto" w:fill="E8E8E8"/>
          </w:tcPr>
          <w:p>
            <w:pPr>
              <w:spacing w:after="0"/>
              <w:jc w:val="left"/>
            </w:pPr>
            <w:r>
              <w:rPr>
                <w:b/>
                <w:sz w:val="16"/>
              </w:rPr>
              <w:t>Magnitude or extent</w:t>
            </w:r>
          </w:p>
        </w:tc>
        <w:tc>
          <w:tcPr>
            <w:tcW w:type="dxa" w:w="2778"/>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9"/>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2025-05-22</w:t>
            </w:r>
          </w:p>
        </w:tc>
        <w:tc>
          <w:tcPr>
            <w:tcW w:type="dxa" w:w="1302"/>
          </w:tcPr>
          <w:p>
            <w:pPr>
              <w:spacing w:after="0"/>
              <w:jc w:val="left"/>
            </w:pPr>
            <w:r>
              <w:rPr>
                <w:sz w:val="16"/>
              </w:rPr>
              <w:t>Hail</w:t>
            </w:r>
          </w:p>
        </w:tc>
        <w:tc>
          <w:tcPr>
            <w:tcW w:type="dxa" w:w="1775"/>
          </w:tcPr>
          <w:p>
            <w:pPr>
              <w:spacing w:after="0"/>
              <w:jc w:val="left"/>
            </w:pPr>
            <w:r>
              <w:rPr>
                <w:sz w:val="16"/>
              </w:rPr>
              <w:t>1.75 in</w:t>
            </w:r>
          </w:p>
        </w:tc>
        <w:tc>
          <w:tcPr>
            <w:tcW w:type="dxa" w:w="2778"/>
          </w:tcPr>
          <w:p>
            <w:pPr>
              <w:spacing w:after="0"/>
              <w:jc w:val="left"/>
            </w:pPr>
            <w:r>
              <w:rPr>
                <w:sz w:val="16"/>
              </w:rPr>
              <w:t>$10,000 property; $0 crops (2025 dollars)</w:t>
            </w:r>
          </w:p>
        </w:tc>
        <w:tc>
          <w:tcPr>
            <w:tcW w:type="dxa" w:w="928"/>
          </w:tcPr>
          <w:p>
            <w:pPr>
              <w:spacing w:after="0"/>
              <w:jc w:val="right"/>
            </w:pPr>
            <w:r>
              <w:rPr>
                <w:sz w:val="16"/>
              </w:rPr>
              <w:t>0, 0</w:t>
            </w:r>
          </w:p>
        </w:tc>
        <w:tc>
          <w:tcPr>
            <w:tcW w:type="dxa" w:w="2569"/>
          </w:tcPr>
          <w:p>
            <w:pPr>
              <w:spacing w:after="0"/>
              <w:jc w:val="left"/>
            </w:pPr>
            <w:r>
              <w:rPr>
                <w:sz w:val="16"/>
              </w:rPr>
              <w:t>FRANKLIN</w:t>
            </w:r>
          </w:p>
        </w:tc>
        <w:tc>
          <w:tcPr>
            <w:tcW w:type="dxa" w:w="1028"/>
          </w:tcPr>
          <w:p>
            <w:pPr>
              <w:spacing w:after="0"/>
              <w:jc w:val="left"/>
            </w:pPr>
            <w:r>
              <w:rPr>
                <w:sz w:val="16"/>
              </w:rPr>
              <w:t>new since last plan; within last 5 years</w:t>
            </w:r>
          </w:p>
        </w:tc>
        <w:tc>
          <w:tcPr>
            <w:tcW w:type="dxa" w:w="2695"/>
          </w:tcPr>
          <w:p>
            <w:pPr>
              <w:spacing w:after="0"/>
              <w:jc w:val="left"/>
            </w:pPr>
            <w:r>
              <w:rPr>
                <w:sz w:val="16"/>
              </w:rPr>
              <w:t>B1-c worst recorded: Hail</w:t>
            </w:r>
          </w:p>
        </w:tc>
      </w:tr>
      <w:tr>
        <w:trPr>
          <w:cantSplit/>
        </w:trPr>
        <w:tc>
          <w:tcPr>
            <w:tcW w:type="dxa" w:w="1037"/>
          </w:tcPr>
          <w:p>
            <w:pPr>
              <w:spacing w:after="0"/>
              <w:jc w:val="left"/>
            </w:pPr>
            <w:r>
              <w:rPr>
                <w:sz w:val="16"/>
              </w:rPr>
              <w:t>2021-02-13</w:t>
            </w:r>
          </w:p>
        </w:tc>
        <w:tc>
          <w:tcPr>
            <w:tcW w:type="dxa" w:w="1302"/>
          </w:tcPr>
          <w:p>
            <w:pPr>
              <w:spacing w:after="0"/>
              <w:jc w:val="left"/>
            </w:pPr>
            <w:r>
              <w:rPr>
                <w:sz w:val="16"/>
              </w:rPr>
              <w:t>Winter Weather</w:t>
            </w:r>
          </w:p>
        </w:tc>
        <w:tc>
          <w:tcPr>
            <w:tcW w:type="dxa" w:w="1775"/>
          </w:tcPr>
          <w:p>
            <w:pPr>
              <w:spacing w:after="0"/>
              <w:jc w:val="left"/>
            </w:pPr>
          </w:p>
        </w:tc>
        <w:tc>
          <w:tcPr>
            <w:tcW w:type="dxa" w:w="2778"/>
          </w:tcPr>
          <w:p>
            <w:pPr>
              <w:spacing w:after="0"/>
              <w:jc w:val="left"/>
            </w:pPr>
            <w:r>
              <w:rPr>
                <w:sz w:val="16"/>
              </w:rPr>
              <w:t>$20,000 property; $0 crops (zone total, 2021 dollars)</w:t>
            </w:r>
          </w:p>
        </w:tc>
        <w:tc>
          <w:tcPr>
            <w:tcW w:type="dxa" w:w="928"/>
          </w:tcPr>
          <w:p>
            <w:pPr>
              <w:spacing w:after="0"/>
              <w:jc w:val="right"/>
            </w:pPr>
            <w:r>
              <w:rPr>
                <w:sz w:val="16"/>
              </w:rPr>
              <w:t>0, 0</w:t>
            </w:r>
          </w:p>
        </w:tc>
        <w:tc>
          <w:tcPr>
            <w:tcW w:type="dxa" w:w="2569"/>
          </w:tcPr>
          <w:p>
            <w:pPr>
              <w:spacing w:after="0"/>
              <w:jc w:val="left"/>
            </w:pPr>
            <w:r>
              <w:rPr>
                <w:sz w:val="16"/>
              </w:rPr>
              <w:t>NWS zone VAZ092 (SOUTHAMPTON), zone-level</w:t>
            </w:r>
          </w:p>
        </w:tc>
        <w:tc>
          <w:tcPr>
            <w:tcW w:type="dxa" w:w="1028"/>
          </w:tcPr>
          <w:p>
            <w:pPr>
              <w:spacing w:after="0"/>
              <w:jc w:val="left"/>
            </w:pPr>
          </w:p>
        </w:tc>
        <w:tc>
          <w:tcPr>
            <w:tcW w:type="dxa" w:w="26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2020-02-06</w:t>
            </w:r>
          </w:p>
        </w:tc>
        <w:tc>
          <w:tcPr>
            <w:tcW w:type="dxa" w:w="1302"/>
          </w:tcPr>
          <w:p>
            <w:pPr>
              <w:spacing w:after="0"/>
              <w:jc w:val="left"/>
            </w:pPr>
            <w:r>
              <w:rPr>
                <w:sz w:val="16"/>
              </w:rPr>
              <w:t>Thunderstorm Wind</w:t>
            </w:r>
          </w:p>
        </w:tc>
        <w:tc>
          <w:tcPr>
            <w:tcW w:type="dxa" w:w="1775"/>
          </w:tcPr>
          <w:p>
            <w:pPr>
              <w:spacing w:after="0"/>
              <w:jc w:val="left"/>
            </w:pPr>
            <w:r>
              <w:rPr>
                <w:sz w:val="16"/>
              </w:rPr>
              <w:t>50 kt (58 mph) estimated gust</w:t>
            </w:r>
          </w:p>
        </w:tc>
        <w:tc>
          <w:tcPr>
            <w:tcW w:type="dxa" w:w="2778"/>
          </w:tcPr>
          <w:p>
            <w:pPr>
              <w:spacing w:after="0"/>
              <w:jc w:val="left"/>
            </w:pPr>
            <w:r>
              <w:rPr>
                <w:sz w:val="16"/>
              </w:rPr>
              <w:t>$10,000 property; $0 crops (2020 dollars)</w:t>
            </w:r>
          </w:p>
        </w:tc>
        <w:tc>
          <w:tcPr>
            <w:tcW w:type="dxa" w:w="928"/>
          </w:tcPr>
          <w:p>
            <w:pPr>
              <w:spacing w:after="0"/>
              <w:jc w:val="right"/>
            </w:pPr>
            <w:r>
              <w:rPr>
                <w:sz w:val="16"/>
              </w:rPr>
              <w:t>0, 0</w:t>
            </w:r>
          </w:p>
        </w:tc>
        <w:tc>
          <w:tcPr>
            <w:tcW w:type="dxa" w:w="2569"/>
          </w:tcPr>
          <w:p>
            <w:pPr>
              <w:spacing w:after="0"/>
              <w:jc w:val="left"/>
            </w:pPr>
            <w:r>
              <w:rPr>
                <w:sz w:val="16"/>
              </w:rPr>
              <w:t>SAGO</w:t>
            </w:r>
          </w:p>
        </w:tc>
        <w:tc>
          <w:tcPr>
            <w:tcW w:type="dxa" w:w="1028"/>
          </w:tcPr>
          <w:p>
            <w:pPr>
              <w:spacing w:after="0"/>
              <w:jc w:val="left"/>
            </w:pPr>
          </w:p>
        </w:tc>
        <w:tc>
          <w:tcPr>
            <w:tcW w:type="dxa" w:w="2695"/>
          </w:tcPr>
          <w:p>
            <w:pPr>
              <w:spacing w:after="0"/>
              <w:jc w:val="left"/>
            </w:pPr>
            <w:r>
              <w:rPr>
                <w:sz w:val="16"/>
              </w:rPr>
              <w:t>large reported damage</w:t>
            </w:r>
          </w:p>
        </w:tc>
      </w:tr>
      <w:tr>
        <w:trPr>
          <w:cantSplit/>
        </w:trPr>
        <w:tc>
          <w:tcPr>
            <w:tcW w:type="dxa" w:w="1037"/>
          </w:tcPr>
          <w:p>
            <w:pPr>
              <w:spacing w:after="0"/>
              <w:jc w:val="left"/>
            </w:pPr>
            <w:r>
              <w:rPr>
                <w:sz w:val="16"/>
              </w:rPr>
              <w:t>2019-08-20</w:t>
            </w:r>
          </w:p>
        </w:tc>
        <w:tc>
          <w:tcPr>
            <w:tcW w:type="dxa" w:w="1302"/>
          </w:tcPr>
          <w:p>
            <w:pPr>
              <w:spacing w:after="0"/>
              <w:jc w:val="left"/>
            </w:pPr>
            <w:r>
              <w:rPr>
                <w:sz w:val="16"/>
              </w:rPr>
              <w:t>Thunderstorm Wind</w:t>
            </w:r>
          </w:p>
        </w:tc>
        <w:tc>
          <w:tcPr>
            <w:tcW w:type="dxa" w:w="1775"/>
          </w:tcPr>
          <w:p>
            <w:pPr>
              <w:spacing w:after="0"/>
              <w:jc w:val="left"/>
            </w:pPr>
            <w:r>
              <w:rPr>
                <w:sz w:val="16"/>
              </w:rPr>
              <w:t>50 kt (58 mph) estimated gust</w:t>
            </w:r>
          </w:p>
        </w:tc>
        <w:tc>
          <w:tcPr>
            <w:tcW w:type="dxa" w:w="2778"/>
          </w:tcPr>
          <w:p>
            <w:pPr>
              <w:spacing w:after="0"/>
              <w:jc w:val="left"/>
            </w:pPr>
            <w:r>
              <w:rPr>
                <w:sz w:val="16"/>
              </w:rPr>
              <w:t>$100,000 property; $0 crops (2019 dollars)</w:t>
            </w:r>
          </w:p>
        </w:tc>
        <w:tc>
          <w:tcPr>
            <w:tcW w:type="dxa" w:w="928"/>
          </w:tcPr>
          <w:p>
            <w:pPr>
              <w:spacing w:after="0"/>
              <w:jc w:val="right"/>
            </w:pPr>
            <w:r>
              <w:rPr>
                <w:sz w:val="16"/>
              </w:rPr>
              <w:t>0, 0</w:t>
            </w:r>
          </w:p>
        </w:tc>
        <w:tc>
          <w:tcPr>
            <w:tcW w:type="dxa" w:w="2569"/>
          </w:tcPr>
          <w:p>
            <w:pPr>
              <w:spacing w:after="0"/>
              <w:jc w:val="left"/>
            </w:pPr>
            <w:r>
              <w:rPr>
                <w:sz w:val="16"/>
              </w:rPr>
              <w:t>FRANKLIN</w:t>
            </w:r>
          </w:p>
        </w:tc>
        <w:tc>
          <w:tcPr>
            <w:tcW w:type="dxa" w:w="1028"/>
          </w:tcPr>
          <w:p>
            <w:pPr>
              <w:spacing w:after="0"/>
              <w:jc w:val="left"/>
            </w:pPr>
          </w:p>
        </w:tc>
        <w:tc>
          <w:tcPr>
            <w:tcW w:type="dxa" w:w="2695"/>
          </w:tcPr>
          <w:p>
            <w:pPr>
              <w:spacing w:after="0"/>
              <w:jc w:val="left"/>
            </w:pPr>
            <w:r>
              <w:rPr>
                <w:sz w:val="16"/>
              </w:rPr>
              <w:t>B1-c most damaging: Thunderstorm Wind</w:t>
            </w:r>
          </w:p>
        </w:tc>
      </w:tr>
      <w:tr>
        <w:trPr>
          <w:cantSplit/>
        </w:trPr>
        <w:tc>
          <w:tcPr>
            <w:tcW w:type="dxa" w:w="1037"/>
          </w:tcPr>
          <w:p>
            <w:pPr>
              <w:spacing w:after="0"/>
              <w:jc w:val="left"/>
            </w:pPr>
            <w:r>
              <w:rPr>
                <w:sz w:val="16"/>
              </w:rPr>
              <w:t>2016-10-08</w:t>
            </w:r>
          </w:p>
        </w:tc>
        <w:tc>
          <w:tcPr>
            <w:tcW w:type="dxa" w:w="1302"/>
          </w:tcPr>
          <w:p>
            <w:pPr>
              <w:spacing w:after="0"/>
              <w:jc w:val="left"/>
            </w:pPr>
            <w:r>
              <w:rPr>
                <w:sz w:val="16"/>
              </w:rPr>
              <w:t>Flood</w:t>
            </w:r>
          </w:p>
        </w:tc>
        <w:tc>
          <w:tcPr>
            <w:tcW w:type="dxa" w:w="1775"/>
          </w:tcPr>
          <w:p>
            <w:pPr>
              <w:spacing w:after="0"/>
              <w:jc w:val="left"/>
            </w:pPr>
          </w:p>
        </w:tc>
        <w:tc>
          <w:tcPr>
            <w:tcW w:type="dxa" w:w="2778"/>
          </w:tcPr>
          <w:p>
            <w:pPr>
              <w:spacing w:after="0"/>
              <w:jc w:val="left"/>
            </w:pPr>
            <w:r>
              <w:rPr>
                <w:sz w:val="16"/>
              </w:rPr>
              <w:t>$450,000 property; $0 crops (2016 dollars)</w:t>
            </w:r>
          </w:p>
        </w:tc>
        <w:tc>
          <w:tcPr>
            <w:tcW w:type="dxa" w:w="928"/>
          </w:tcPr>
          <w:p>
            <w:pPr>
              <w:spacing w:after="0"/>
              <w:jc w:val="right"/>
            </w:pPr>
            <w:r>
              <w:rPr>
                <w:sz w:val="16"/>
              </w:rPr>
              <w:t>0, 0</w:t>
            </w:r>
          </w:p>
        </w:tc>
        <w:tc>
          <w:tcPr>
            <w:tcW w:type="dxa" w:w="2569"/>
          </w:tcPr>
          <w:p>
            <w:pPr>
              <w:spacing w:after="0"/>
              <w:jc w:val="left"/>
            </w:pPr>
            <w:r>
              <w:rPr>
                <w:sz w:val="16"/>
              </w:rPr>
              <w:t>FRANKLIN</w:t>
            </w:r>
          </w:p>
        </w:tc>
        <w:tc>
          <w:tcPr>
            <w:tcW w:type="dxa" w:w="1028"/>
          </w:tcPr>
          <w:p>
            <w:pPr>
              <w:spacing w:after="0"/>
              <w:jc w:val="left"/>
            </w:pPr>
          </w:p>
        </w:tc>
        <w:tc>
          <w:tcPr>
            <w:tcW w:type="dxa" w:w="2695"/>
          </w:tcPr>
          <w:p>
            <w:pPr>
              <w:spacing w:after="0"/>
              <w:jc w:val="left"/>
            </w:pPr>
            <w:r>
              <w:rPr>
                <w:sz w:val="16"/>
              </w:rPr>
              <w:t>large reported damage</w:t>
            </w:r>
          </w:p>
        </w:tc>
      </w:tr>
      <w:tr>
        <w:trPr>
          <w:cantSplit/>
        </w:trPr>
        <w:tc>
          <w:tcPr>
            <w:tcW w:type="dxa" w:w="1037"/>
          </w:tcPr>
          <w:p>
            <w:pPr>
              <w:spacing w:after="0"/>
              <w:jc w:val="left"/>
            </w:pPr>
            <w:r>
              <w:rPr>
                <w:sz w:val="16"/>
              </w:rPr>
              <w:t>2012-07-05</w:t>
            </w:r>
          </w:p>
        </w:tc>
        <w:tc>
          <w:tcPr>
            <w:tcW w:type="dxa" w:w="1302"/>
          </w:tcPr>
          <w:p>
            <w:pPr>
              <w:spacing w:after="0"/>
              <w:jc w:val="left"/>
            </w:pPr>
            <w:r>
              <w:rPr>
                <w:sz w:val="16"/>
              </w:rPr>
              <w:t>Heat</w:t>
            </w:r>
          </w:p>
        </w:tc>
        <w:tc>
          <w:tcPr>
            <w:tcW w:type="dxa" w:w="1775"/>
          </w:tcPr>
          <w:p>
            <w:pPr>
              <w:spacing w:after="0"/>
              <w:jc w:val="left"/>
            </w:pPr>
          </w:p>
        </w:tc>
        <w:tc>
          <w:tcPr>
            <w:tcW w:type="dxa" w:w="2778"/>
          </w:tcPr>
          <w:p>
            <w:pPr>
              <w:spacing w:after="0"/>
              <w:jc w:val="left"/>
            </w:pPr>
            <w:r>
              <w:rPr>
                <w:sz w:val="16"/>
              </w:rPr>
              <w:t>$0 property; $0 crops (zone total, 2012 dollars)</w:t>
            </w:r>
          </w:p>
        </w:tc>
        <w:tc>
          <w:tcPr>
            <w:tcW w:type="dxa" w:w="928"/>
          </w:tcPr>
          <w:p>
            <w:pPr>
              <w:spacing w:after="0"/>
              <w:jc w:val="right"/>
            </w:pPr>
            <w:r>
              <w:rPr>
                <w:sz w:val="16"/>
              </w:rPr>
              <w:t>0, 0</w:t>
            </w:r>
          </w:p>
        </w:tc>
        <w:tc>
          <w:tcPr>
            <w:tcW w:type="dxa" w:w="2569"/>
          </w:tcPr>
          <w:p>
            <w:pPr>
              <w:spacing w:after="0"/>
              <w:jc w:val="left"/>
            </w:pPr>
            <w:r>
              <w:rPr>
                <w:sz w:val="16"/>
              </w:rPr>
              <w:t>NWS zone VAZ092 (SOUTHAMPTON), zone-level</w:t>
            </w:r>
          </w:p>
        </w:tc>
        <w:tc>
          <w:tcPr>
            <w:tcW w:type="dxa" w:w="1028"/>
          </w:tcPr>
          <w:p>
            <w:pPr>
              <w:spacing w:after="0"/>
              <w:jc w:val="left"/>
            </w:pPr>
          </w:p>
        </w:tc>
        <w:tc>
          <w:tcPr>
            <w:tcW w:type="dxa" w:w="2695"/>
          </w:tcPr>
          <w:p>
            <w:pPr>
              <w:spacing w:after="0"/>
              <w:jc w:val="left"/>
            </w:pPr>
            <w:r>
              <w:rPr>
                <w:sz w:val="16"/>
              </w:rPr>
              <w:t>B1-c worst recorded: Excessive Heat, Heat</w:t>
            </w:r>
          </w:p>
        </w:tc>
      </w:tr>
      <w:tr>
        <w:trPr>
          <w:cantSplit/>
        </w:trPr>
        <w:tc>
          <w:tcPr>
            <w:tcW w:type="dxa" w:w="1037"/>
          </w:tcPr>
          <w:p>
            <w:pPr>
              <w:spacing w:after="0"/>
              <w:jc w:val="left"/>
            </w:pPr>
            <w:r>
              <w:rPr>
                <w:sz w:val="16"/>
              </w:rPr>
              <w:t>2012-06-29</w:t>
            </w:r>
          </w:p>
        </w:tc>
        <w:tc>
          <w:tcPr>
            <w:tcW w:type="dxa" w:w="1302"/>
          </w:tcPr>
          <w:p>
            <w:pPr>
              <w:spacing w:after="0"/>
              <w:jc w:val="left"/>
            </w:pPr>
            <w:r>
              <w:rPr>
                <w:sz w:val="16"/>
              </w:rPr>
              <w:t>Thunderstorm Wind</w:t>
            </w:r>
          </w:p>
        </w:tc>
        <w:tc>
          <w:tcPr>
            <w:tcW w:type="dxa" w:w="1775"/>
          </w:tcPr>
          <w:p>
            <w:pPr>
              <w:spacing w:after="0"/>
              <w:jc w:val="left"/>
            </w:pPr>
            <w:r>
              <w:rPr>
                <w:sz w:val="16"/>
              </w:rPr>
              <w:t>62 kt (71 mph) measured gust</w:t>
            </w:r>
          </w:p>
        </w:tc>
        <w:tc>
          <w:tcPr>
            <w:tcW w:type="dxa" w:w="2778"/>
          </w:tcPr>
          <w:p>
            <w:pPr>
              <w:spacing w:after="0"/>
              <w:jc w:val="left"/>
            </w:pPr>
            <w:r>
              <w:rPr>
                <w:sz w:val="16"/>
              </w:rPr>
              <w:t>$1,000 property; $0 crops (2012 dollars)</w:t>
            </w:r>
          </w:p>
        </w:tc>
        <w:tc>
          <w:tcPr>
            <w:tcW w:type="dxa" w:w="928"/>
          </w:tcPr>
          <w:p>
            <w:pPr>
              <w:spacing w:after="0"/>
              <w:jc w:val="right"/>
            </w:pPr>
            <w:r>
              <w:rPr>
                <w:sz w:val="16"/>
              </w:rPr>
              <w:t>0, 0</w:t>
            </w:r>
          </w:p>
        </w:tc>
        <w:tc>
          <w:tcPr>
            <w:tcW w:type="dxa" w:w="2569"/>
          </w:tcPr>
          <w:p>
            <w:pPr>
              <w:spacing w:after="0"/>
              <w:jc w:val="left"/>
            </w:pPr>
            <w:r>
              <w:rPr>
                <w:sz w:val="16"/>
              </w:rPr>
              <w:t>FRANKLIN</w:t>
            </w:r>
          </w:p>
        </w:tc>
        <w:tc>
          <w:tcPr>
            <w:tcW w:type="dxa" w:w="1028"/>
          </w:tcPr>
          <w:p>
            <w:pPr>
              <w:spacing w:after="0"/>
              <w:jc w:val="left"/>
            </w:pPr>
          </w:p>
        </w:tc>
        <w:tc>
          <w:tcPr>
            <w:tcW w:type="dxa" w:w="2695"/>
          </w:tcPr>
          <w:p>
            <w:pPr>
              <w:spacing w:after="0"/>
              <w:jc w:val="left"/>
            </w:pPr>
            <w:r>
              <w:rPr>
                <w:sz w:val="16"/>
              </w:rPr>
              <w:t>B1-c worst recorded: Thunderstorm Wind</w:t>
            </w:r>
          </w:p>
        </w:tc>
      </w:tr>
      <w:tr>
        <w:trPr>
          <w:cantSplit/>
        </w:trPr>
        <w:tc>
          <w:tcPr>
            <w:tcW w:type="dxa" w:w="1037"/>
          </w:tcPr>
          <w:p>
            <w:pPr>
              <w:spacing w:after="0"/>
              <w:jc w:val="left"/>
            </w:pPr>
            <w:r>
              <w:rPr>
                <w:sz w:val="16"/>
              </w:rPr>
              <w:t>2011-08-27</w:t>
            </w:r>
          </w:p>
        </w:tc>
        <w:tc>
          <w:tcPr>
            <w:tcW w:type="dxa" w:w="1302"/>
          </w:tcPr>
          <w:p>
            <w:pPr>
              <w:spacing w:after="0"/>
              <w:jc w:val="left"/>
            </w:pPr>
            <w:r>
              <w:rPr>
                <w:sz w:val="16"/>
              </w:rPr>
              <w:t>Tropical Storm</w:t>
            </w:r>
          </w:p>
        </w:tc>
        <w:tc>
          <w:tcPr>
            <w:tcW w:type="dxa" w:w="1775"/>
          </w:tcPr>
          <w:p>
            <w:pPr>
              <w:spacing w:after="0"/>
              <w:jc w:val="left"/>
            </w:pPr>
          </w:p>
        </w:tc>
        <w:tc>
          <w:tcPr>
            <w:tcW w:type="dxa" w:w="2778"/>
          </w:tcPr>
          <w:p>
            <w:pPr>
              <w:spacing w:after="0"/>
              <w:jc w:val="left"/>
            </w:pPr>
            <w:r>
              <w:rPr>
                <w:sz w:val="16"/>
              </w:rPr>
              <w:t>$100,000 property; $7,000,000 crops (zone total, 2011 dollars)</w:t>
            </w:r>
          </w:p>
        </w:tc>
        <w:tc>
          <w:tcPr>
            <w:tcW w:type="dxa" w:w="928"/>
          </w:tcPr>
          <w:p>
            <w:pPr>
              <w:spacing w:after="0"/>
              <w:jc w:val="right"/>
            </w:pPr>
            <w:r>
              <w:rPr>
                <w:sz w:val="16"/>
              </w:rPr>
              <w:t>0, 0</w:t>
            </w:r>
          </w:p>
        </w:tc>
        <w:tc>
          <w:tcPr>
            <w:tcW w:type="dxa" w:w="2569"/>
          </w:tcPr>
          <w:p>
            <w:pPr>
              <w:spacing w:after="0"/>
              <w:jc w:val="left"/>
            </w:pPr>
            <w:r>
              <w:rPr>
                <w:sz w:val="16"/>
              </w:rPr>
              <w:t>NWS zone VAZ092 (SOUTHAMPTON), zone-level</w:t>
            </w:r>
          </w:p>
        </w:tc>
        <w:tc>
          <w:tcPr>
            <w:tcW w:type="dxa" w:w="1028"/>
          </w:tcPr>
          <w:p>
            <w:pPr>
              <w:spacing w:after="0"/>
              <w:jc w:val="left"/>
            </w:pPr>
          </w:p>
        </w:tc>
        <w:tc>
          <w:tcPr>
            <w:tcW w:type="dxa" w:w="269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2010-01-25</w:t>
            </w:r>
          </w:p>
        </w:tc>
        <w:tc>
          <w:tcPr>
            <w:tcW w:type="dxa" w:w="1302"/>
          </w:tcPr>
          <w:p>
            <w:pPr>
              <w:spacing w:after="0"/>
              <w:jc w:val="left"/>
            </w:pPr>
            <w:r>
              <w:rPr>
                <w:sz w:val="16"/>
              </w:rPr>
              <w:t>Strong Wind</w:t>
            </w:r>
          </w:p>
        </w:tc>
        <w:tc>
          <w:tcPr>
            <w:tcW w:type="dxa" w:w="1775"/>
          </w:tcPr>
          <w:p>
            <w:pPr>
              <w:spacing w:after="0"/>
              <w:jc w:val="left"/>
            </w:pPr>
            <w:r>
              <w:rPr>
                <w:sz w:val="16"/>
              </w:rPr>
              <w:t>38 kt (44 mph) measured gust</w:t>
            </w:r>
          </w:p>
        </w:tc>
        <w:tc>
          <w:tcPr>
            <w:tcW w:type="dxa" w:w="2778"/>
          </w:tcPr>
          <w:p>
            <w:pPr>
              <w:spacing w:after="0"/>
              <w:jc w:val="left"/>
            </w:pPr>
            <w:r>
              <w:rPr>
                <w:sz w:val="16"/>
              </w:rPr>
              <w:t>$20,000 property; $0 crops (zone total, 2010 dollars)</w:t>
            </w:r>
          </w:p>
        </w:tc>
        <w:tc>
          <w:tcPr>
            <w:tcW w:type="dxa" w:w="928"/>
          </w:tcPr>
          <w:p>
            <w:pPr>
              <w:spacing w:after="0"/>
              <w:jc w:val="right"/>
            </w:pPr>
            <w:r>
              <w:rPr>
                <w:sz w:val="16"/>
              </w:rPr>
              <w:t>0, 0</w:t>
            </w:r>
          </w:p>
        </w:tc>
        <w:tc>
          <w:tcPr>
            <w:tcW w:type="dxa" w:w="2569"/>
          </w:tcPr>
          <w:p>
            <w:pPr>
              <w:spacing w:after="0"/>
              <w:jc w:val="left"/>
            </w:pPr>
            <w:r>
              <w:rPr>
                <w:sz w:val="16"/>
              </w:rPr>
              <w:t>NWS zone VAZ092 (SOUTHAMPTON), zone-level</w:t>
            </w:r>
          </w:p>
        </w:tc>
        <w:tc>
          <w:tcPr>
            <w:tcW w:type="dxa" w:w="1028"/>
          </w:tcPr>
          <w:p>
            <w:pPr>
              <w:spacing w:after="0"/>
              <w:jc w:val="left"/>
            </w:pPr>
          </w:p>
        </w:tc>
        <w:tc>
          <w:tcPr>
            <w:tcW w:type="dxa" w:w="2695"/>
          </w:tcPr>
          <w:p>
            <w:pPr>
              <w:spacing w:after="0"/>
              <w:jc w:val="left"/>
            </w:pPr>
            <w:r>
              <w:rPr>
                <w:sz w:val="16"/>
              </w:rPr>
              <w:t>B1-c most damaging: High Wind and Strong Wind</w:t>
            </w:r>
          </w:p>
        </w:tc>
      </w:tr>
      <w:tr>
        <w:trPr>
          <w:cantSplit/>
        </w:trPr>
        <w:tc>
          <w:tcPr>
            <w:tcW w:type="dxa" w:w="1037"/>
          </w:tcPr>
          <w:p>
            <w:pPr>
              <w:spacing w:after="0"/>
              <w:jc w:val="left"/>
            </w:pPr>
            <w:r>
              <w:rPr>
                <w:sz w:val="16"/>
              </w:rPr>
              <w:t>2008-09-26</w:t>
            </w:r>
          </w:p>
        </w:tc>
        <w:tc>
          <w:tcPr>
            <w:tcW w:type="dxa" w:w="1302"/>
          </w:tcPr>
          <w:p>
            <w:pPr>
              <w:spacing w:after="0"/>
              <w:jc w:val="left"/>
            </w:pPr>
            <w:r>
              <w:rPr>
                <w:sz w:val="16"/>
              </w:rPr>
              <w:t>Tornado</w:t>
            </w:r>
          </w:p>
        </w:tc>
        <w:tc>
          <w:tcPr>
            <w:tcW w:type="dxa" w:w="1775"/>
          </w:tcPr>
          <w:p>
            <w:pPr>
              <w:spacing w:after="0"/>
              <w:jc w:val="left"/>
            </w:pPr>
            <w:r>
              <w:rPr>
                <w:sz w:val="16"/>
              </w:rPr>
              <w:t>EF0, 0.1 mi within this county, 20 yd wide</w:t>
            </w:r>
          </w:p>
        </w:tc>
        <w:tc>
          <w:tcPr>
            <w:tcW w:type="dxa" w:w="2778"/>
          </w:tcPr>
          <w:p>
            <w:pPr>
              <w:spacing w:after="0"/>
              <w:jc w:val="left"/>
            </w:pPr>
            <w:r>
              <w:rPr>
                <w:sz w:val="16"/>
              </w:rPr>
              <w:t>$0 property; $0 crops (2008 dollars)</w:t>
            </w:r>
          </w:p>
        </w:tc>
        <w:tc>
          <w:tcPr>
            <w:tcW w:type="dxa" w:w="928"/>
          </w:tcPr>
          <w:p>
            <w:pPr>
              <w:spacing w:after="0"/>
              <w:jc w:val="right"/>
            </w:pPr>
            <w:r>
              <w:rPr>
                <w:sz w:val="16"/>
              </w:rPr>
              <w:t>0, 0</w:t>
            </w:r>
          </w:p>
        </w:tc>
        <w:tc>
          <w:tcPr>
            <w:tcW w:type="dxa" w:w="2569"/>
          </w:tcPr>
          <w:p>
            <w:pPr>
              <w:spacing w:after="0"/>
              <w:jc w:val="left"/>
            </w:pPr>
            <w:r>
              <w:rPr>
                <w:sz w:val="16"/>
              </w:rPr>
              <w:t>FRANKLIN</w:t>
            </w:r>
          </w:p>
        </w:tc>
        <w:tc>
          <w:tcPr>
            <w:tcW w:type="dxa" w:w="1028"/>
          </w:tcPr>
          <w:p>
            <w:pPr>
              <w:spacing w:after="0"/>
              <w:jc w:val="left"/>
            </w:pPr>
          </w:p>
        </w:tc>
        <w:tc>
          <w:tcPr>
            <w:tcW w:type="dxa" w:w="2695"/>
          </w:tcPr>
          <w:p>
            <w:pPr>
              <w:spacing w:after="0"/>
              <w:jc w:val="left"/>
            </w:pPr>
            <w:r>
              <w:rPr>
                <w:sz w:val="16"/>
              </w:rPr>
              <w:t>B1-c worst recorded: Tornado</w:t>
            </w:r>
          </w:p>
        </w:tc>
      </w:tr>
      <w:tr>
        <w:trPr>
          <w:cantSplit/>
        </w:trPr>
        <w:tc>
          <w:tcPr>
            <w:tcW w:type="dxa" w:w="1037"/>
          </w:tcPr>
          <w:p>
            <w:pPr>
              <w:spacing w:after="0"/>
              <w:jc w:val="left"/>
            </w:pPr>
            <w:r>
              <w:rPr>
                <w:sz w:val="16"/>
              </w:rPr>
              <w:t>2006-10-07</w:t>
            </w:r>
          </w:p>
        </w:tc>
        <w:tc>
          <w:tcPr>
            <w:tcW w:type="dxa" w:w="1302"/>
          </w:tcPr>
          <w:p>
            <w:pPr>
              <w:spacing w:after="0"/>
              <w:jc w:val="left"/>
            </w:pPr>
            <w:r>
              <w:rPr>
                <w:sz w:val="16"/>
              </w:rPr>
              <w:t>Flash Flood</w:t>
            </w:r>
          </w:p>
        </w:tc>
        <w:tc>
          <w:tcPr>
            <w:tcW w:type="dxa" w:w="1775"/>
          </w:tcPr>
          <w:p>
            <w:pPr>
              <w:spacing w:after="0"/>
              <w:jc w:val="left"/>
            </w:pPr>
          </w:p>
        </w:tc>
        <w:tc>
          <w:tcPr>
            <w:tcW w:type="dxa" w:w="2778"/>
          </w:tcPr>
          <w:p>
            <w:pPr>
              <w:spacing w:after="0"/>
              <w:jc w:val="left"/>
            </w:pPr>
            <w:r>
              <w:rPr>
                <w:sz w:val="16"/>
              </w:rPr>
              <w:t>$4,000,000 property; $700,000 crops (2006 dollars)</w:t>
            </w:r>
          </w:p>
        </w:tc>
        <w:tc>
          <w:tcPr>
            <w:tcW w:type="dxa" w:w="928"/>
          </w:tcPr>
          <w:p>
            <w:pPr>
              <w:spacing w:after="0"/>
              <w:jc w:val="right"/>
            </w:pPr>
            <w:r>
              <w:rPr>
                <w:sz w:val="16"/>
              </w:rPr>
              <w:t>0, 0</w:t>
            </w:r>
          </w:p>
        </w:tc>
        <w:tc>
          <w:tcPr>
            <w:tcW w:type="dxa" w:w="2569"/>
          </w:tcPr>
          <w:p>
            <w:pPr>
              <w:spacing w:after="0"/>
              <w:jc w:val="left"/>
            </w:pPr>
            <w:r>
              <w:rPr>
                <w:sz w:val="16"/>
              </w:rPr>
              <w:t>FRANKLIN</w:t>
            </w:r>
          </w:p>
        </w:tc>
        <w:tc>
          <w:tcPr>
            <w:tcW w:type="dxa" w:w="1028"/>
          </w:tcPr>
          <w:p>
            <w:pPr>
              <w:spacing w:after="0"/>
              <w:jc w:val="left"/>
            </w:pPr>
          </w:p>
        </w:tc>
        <w:tc>
          <w:tcPr>
            <w:tcW w:type="dxa" w:w="26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2000-04-08</w:t>
            </w:r>
          </w:p>
        </w:tc>
        <w:tc>
          <w:tcPr>
            <w:tcW w:type="dxa" w:w="1302"/>
          </w:tcPr>
          <w:p>
            <w:pPr>
              <w:spacing w:after="0"/>
              <w:jc w:val="left"/>
            </w:pPr>
            <w:r>
              <w:rPr>
                <w:sz w:val="16"/>
              </w:rPr>
              <w:t>High Wind</w:t>
            </w:r>
          </w:p>
        </w:tc>
        <w:tc>
          <w:tcPr>
            <w:tcW w:type="dxa" w:w="1775"/>
          </w:tcPr>
          <w:p>
            <w:pPr>
              <w:spacing w:after="0"/>
              <w:jc w:val="left"/>
            </w:pPr>
            <w:r>
              <w:rPr>
                <w:sz w:val="16"/>
              </w:rPr>
              <w:t>50 kt (58 mph) measured</w:t>
            </w:r>
          </w:p>
        </w:tc>
        <w:tc>
          <w:tcPr>
            <w:tcW w:type="dxa" w:w="2778"/>
          </w:tcPr>
          <w:p>
            <w:pPr>
              <w:spacing w:after="0"/>
              <w:jc w:val="left"/>
            </w:pPr>
            <w:r>
              <w:rPr>
                <w:sz w:val="16"/>
              </w:rPr>
              <w:t>damage not reported</w:t>
            </w:r>
          </w:p>
        </w:tc>
        <w:tc>
          <w:tcPr>
            <w:tcW w:type="dxa" w:w="928"/>
          </w:tcPr>
          <w:p>
            <w:pPr>
              <w:spacing w:after="0"/>
              <w:jc w:val="right"/>
            </w:pPr>
            <w:r>
              <w:rPr>
                <w:sz w:val="16"/>
              </w:rPr>
              <w:t>0, 0</w:t>
            </w:r>
          </w:p>
        </w:tc>
        <w:tc>
          <w:tcPr>
            <w:tcW w:type="dxa" w:w="2569"/>
          </w:tcPr>
          <w:p>
            <w:pPr>
              <w:spacing w:after="0"/>
              <w:jc w:val="left"/>
            </w:pPr>
            <w:r>
              <w:rPr>
                <w:sz w:val="16"/>
              </w:rPr>
              <w:t>NWS zone VAZ092 (SOUTHAMPTON / FRANKLIN), zone-level</w:t>
            </w:r>
          </w:p>
        </w:tc>
        <w:tc>
          <w:tcPr>
            <w:tcW w:type="dxa" w:w="1028"/>
          </w:tcPr>
          <w:p>
            <w:pPr>
              <w:spacing w:after="0"/>
              <w:jc w:val="left"/>
            </w:pPr>
          </w:p>
        </w:tc>
        <w:tc>
          <w:tcPr>
            <w:tcW w:type="dxa" w:w="2695"/>
          </w:tcPr>
          <w:p>
            <w:pPr>
              <w:spacing w:after="0"/>
              <w:jc w:val="left"/>
            </w:pPr>
            <w:r>
              <w:rPr>
                <w:sz w:val="16"/>
              </w:rPr>
              <w:t>B1-c worst recorded: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377"/>
        <w:gridCol w:w="1559"/>
        <w:gridCol w:w="1037"/>
        <w:gridCol w:w="1916"/>
        <w:gridCol w:w="1516"/>
        <w:gridCol w:w="1485"/>
        <w:gridCol w:w="1037"/>
        <w:gridCol w:w="1915"/>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w:t>
            </w:r>
          </w:p>
        </w:tc>
        <w:tc>
          <w:tcPr>
            <w:tcW w:type="dxa" w:w="1377"/>
          </w:tcPr>
          <w:p>
            <w:pPr>
              <w:spacing w:after="0"/>
              <w:jc w:val="left"/>
            </w:pPr>
            <w:r>
              <w:rPr>
                <w:sz w:val="16"/>
              </w:rPr>
              <w:t>events per year at a location (modeled)</w:t>
            </w:r>
          </w:p>
        </w:tc>
        <w:tc>
          <w:tcPr>
            <w:tcW w:type="dxa" w:w="1559"/>
          </w:tcPr>
          <w:p>
            <w:pPr>
              <w:spacing w:after="0"/>
              <w:jc w:val="left"/>
            </w:pPr>
            <w:r>
              <w:rPr>
                <w:sz w:val="16"/>
              </w:rPr>
              <w:t>about 0.01 per year at a given location in the county</w:t>
            </w:r>
          </w:p>
        </w:tc>
        <w:tc>
          <w:tcPr>
            <w:tcW w:type="dxa" w:w="1037"/>
          </w:tcPr>
          <w:p>
            <w:pPr>
              <w:spacing w:after="0"/>
              <w:jc w:val="left"/>
            </w:pPr>
          </w:p>
        </w:tc>
        <w:tc>
          <w:tcPr>
            <w:tcW w:type="dxa" w:w="191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0.47</w:t>
            </w:r>
          </w:p>
        </w:tc>
        <w:tc>
          <w:tcPr>
            <w:tcW w:type="dxa" w:w="1377"/>
          </w:tcPr>
          <w:p>
            <w:pPr>
              <w:spacing w:after="0"/>
              <w:jc w:val="left"/>
            </w:pPr>
            <w:r>
              <w:rPr>
                <w:sz w:val="16"/>
              </w:rPr>
              <w:t>event-days per year</w:t>
            </w:r>
          </w:p>
        </w:tc>
        <w:tc>
          <w:tcPr>
            <w:tcW w:type="dxa" w:w="1559"/>
          </w:tcPr>
          <w:p>
            <w:pPr>
              <w:spacing w:after="0"/>
              <w:jc w:val="left"/>
            </w:pPr>
            <w:r>
              <w:rPr>
                <w:sz w:val="16"/>
              </w:rPr>
              <w:t>about 0.47 days per year</w:t>
            </w:r>
          </w:p>
        </w:tc>
        <w:tc>
          <w:tcPr>
            <w:tcW w:type="dxa" w:w="1037"/>
          </w:tcPr>
          <w:p>
            <w:pPr>
              <w:spacing w:after="0"/>
              <w:jc w:val="left"/>
            </w:pPr>
          </w:p>
        </w:tc>
        <w:tc>
          <w:tcPr>
            <w:tcW w:type="dxa" w:w="1916"/>
          </w:tcPr>
          <w:p>
            <w:pPr>
              <w:spacing w:after="0"/>
              <w:jc w:val="left"/>
            </w:pPr>
            <w:r>
              <w:rPr>
                <w:sz w:val="16"/>
              </w:rPr>
              <w:t>Storm Events event-days in 0 of 30 years, 1996 to 2025 (0%)</w:t>
            </w:r>
          </w:p>
        </w:tc>
        <w:tc>
          <w:tcPr>
            <w:tcW w:type="dxa" w:w="1516"/>
          </w:tcPr>
          <w:p>
            <w:pPr>
              <w:spacing w:after="0"/>
              <w:jc w:val="right"/>
            </w:pPr>
            <w:r>
              <w:rPr>
                <w:sz w:val="16"/>
              </w:rPr>
              <w:t>8.92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4"/>
          </w:tcPr>
          <w:p>
            <w:pPr>
              <w:spacing w:after="0"/>
              <w:jc w:val="right"/>
            </w:pPr>
            <w:r>
              <w:rPr>
                <w:sz w:val="16"/>
              </w:rPr>
              <w:t>2.22</w:t>
            </w:r>
          </w:p>
        </w:tc>
        <w:tc>
          <w:tcPr>
            <w:tcW w:type="dxa" w:w="1377"/>
          </w:tcPr>
          <w:p>
            <w:pPr>
              <w:spacing w:after="0"/>
              <w:jc w:val="left"/>
            </w:pPr>
            <w:r>
              <w:rPr>
                <w:sz w:val="16"/>
              </w:rPr>
              <w:t>event-days per year</w:t>
            </w:r>
          </w:p>
        </w:tc>
        <w:tc>
          <w:tcPr>
            <w:tcW w:type="dxa" w:w="1559"/>
          </w:tcPr>
          <w:p>
            <w:pPr>
              <w:spacing w:after="0"/>
              <w:jc w:val="left"/>
            </w:pPr>
            <w:r>
              <w:rPr>
                <w:sz w:val="16"/>
              </w:rPr>
              <w:t>about 2.22 days per year</w:t>
            </w:r>
          </w:p>
        </w:tc>
        <w:tc>
          <w:tcPr>
            <w:tcW w:type="dxa" w:w="1037"/>
          </w:tcPr>
          <w:p>
            <w:pPr>
              <w:spacing w:after="0"/>
              <w:jc w:val="left"/>
            </w:pPr>
          </w:p>
        </w:tc>
        <w:tc>
          <w:tcPr>
            <w:tcW w:type="dxa" w:w="1916"/>
          </w:tcPr>
          <w:p>
            <w:pPr>
              <w:spacing w:after="0"/>
              <w:jc w:val="left"/>
            </w:pPr>
            <w:r>
              <w:rPr>
                <w:sz w:val="16"/>
              </w:rPr>
              <w:t>Storm Events event-days in 0 of 30 years, 1996 to 2025 (0%)</w:t>
            </w:r>
          </w:p>
        </w:tc>
        <w:tc>
          <w:tcPr>
            <w:tcW w:type="dxa" w:w="1516"/>
          </w:tcPr>
          <w:p>
            <w:pPr>
              <w:spacing w:after="0"/>
              <w:jc w:val="right"/>
            </w:pPr>
            <w:r>
              <w:rPr>
                <w:sz w:val="16"/>
              </w:rPr>
              <w:t>56</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0.00103</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91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2.06</w:t>
            </w:r>
          </w:p>
        </w:tc>
        <w:tc>
          <w:tcPr>
            <w:tcW w:type="dxa" w:w="1377"/>
          </w:tcPr>
          <w:p>
            <w:pPr>
              <w:spacing w:after="0"/>
              <w:jc w:val="left"/>
            </w:pPr>
            <w:r>
              <w:rPr>
                <w:sz w:val="16"/>
              </w:rPr>
              <w:t>events per year</w:t>
            </w:r>
          </w:p>
        </w:tc>
        <w:tc>
          <w:tcPr>
            <w:tcW w:type="dxa" w:w="1559"/>
          </w:tcPr>
          <w:p>
            <w:pPr>
              <w:spacing w:after="0"/>
              <w:jc w:val="left"/>
            </w:pPr>
            <w:r>
              <w:rPr>
                <w:sz w:val="16"/>
              </w:rPr>
              <w:t>about 2.06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78.2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6.58</w:t>
            </w:r>
          </w:p>
        </w:tc>
        <w:tc>
          <w:tcPr>
            <w:tcW w:type="dxa" w:w="1377"/>
          </w:tcPr>
          <w:p>
            <w:pPr>
              <w:spacing w:after="0"/>
              <w:jc w:val="left"/>
            </w:pPr>
            <w:r>
              <w:rPr>
                <w:sz w:val="16"/>
              </w:rPr>
              <w:t>event-days per year</w:t>
            </w:r>
          </w:p>
        </w:tc>
        <w:tc>
          <w:tcPr>
            <w:tcW w:type="dxa" w:w="1559"/>
          </w:tcPr>
          <w:p>
            <w:pPr>
              <w:spacing w:after="0"/>
              <w:jc w:val="left"/>
            </w:pPr>
            <w:r>
              <w:rPr>
                <w:sz w:val="16"/>
              </w:rPr>
              <w:t>about 6.58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4 of 30 years, 1996 to 2025 (13.3%)</w:t>
            </w:r>
          </w:p>
        </w:tc>
        <w:tc>
          <w:tcPr>
            <w:tcW w:type="dxa" w:w="1516"/>
          </w:tcPr>
          <w:p>
            <w:pPr>
              <w:spacing w:after="0"/>
              <w:jc w:val="right"/>
            </w:pPr>
            <w:r>
              <w:rPr>
                <w:sz w:val="16"/>
              </w:rPr>
              <w:t>101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0.247</w:t>
            </w:r>
          </w:p>
        </w:tc>
        <w:tc>
          <w:tcPr>
            <w:tcW w:type="dxa" w:w="1377"/>
          </w:tcPr>
          <w:p>
            <w:pPr>
              <w:spacing w:after="0"/>
              <w:jc w:val="left"/>
            </w:pPr>
            <w:r>
              <w:rPr>
                <w:sz w:val="16"/>
              </w:rPr>
              <w:t>events per year</w:t>
            </w:r>
          </w:p>
        </w:tc>
        <w:tc>
          <w:tcPr>
            <w:tcW w:type="dxa" w:w="1559"/>
          </w:tcPr>
          <w:p>
            <w:pPr>
              <w:spacing w:after="0"/>
              <w:jc w:val="left"/>
            </w:pPr>
            <w:r>
              <w:rPr>
                <w:sz w:val="16"/>
              </w:rPr>
              <w:t>about 1 in 4 years</w:t>
            </w:r>
          </w:p>
        </w:tc>
        <w:tc>
          <w:tcPr>
            <w:tcW w:type="dxa" w:w="1037"/>
          </w:tcPr>
          <w:p>
            <w:pPr>
              <w:spacing w:after="0"/>
              <w:jc w:val="left"/>
            </w:pPr>
            <w:r>
              <w:rPr>
                <w:sz w:val="16"/>
              </w:rPr>
              <w:t>Likely</w:t>
            </w:r>
          </w:p>
        </w:tc>
        <w:tc>
          <w:tcPr>
            <w:tcW w:type="dxa" w:w="1916"/>
          </w:tcPr>
          <w:p>
            <w:pPr>
              <w:spacing w:after="0"/>
              <w:jc w:val="left"/>
            </w:pPr>
            <w:r>
              <w:rPr>
                <w:sz w:val="16"/>
              </w:rPr>
              <w:t>FEMA annualized frequency (modeled)</w:t>
            </w:r>
          </w:p>
        </w:tc>
        <w:tc>
          <w:tcPr>
            <w:tcW w:type="dxa" w:w="1516"/>
          </w:tcPr>
          <w:p>
            <w:pPr>
              <w:spacing w:after="0"/>
              <w:jc w:val="right"/>
            </w:pPr>
            <w:r>
              <w:rPr>
                <w:sz w:val="16"/>
              </w:rPr>
              <w:t>40</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19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0.893</w:t>
            </w:r>
          </w:p>
        </w:tc>
        <w:tc>
          <w:tcPr>
            <w:tcW w:type="dxa" w:w="1377"/>
          </w:tcPr>
          <w:p>
            <w:pPr>
              <w:spacing w:after="0"/>
              <w:jc w:val="left"/>
            </w:pPr>
            <w:r>
              <w:rPr>
                <w:sz w:val="16"/>
              </w:rPr>
              <w:t>event-days per year</w:t>
            </w:r>
          </w:p>
        </w:tc>
        <w:tc>
          <w:tcPr>
            <w:tcW w:type="dxa" w:w="1559"/>
          </w:tcPr>
          <w:p>
            <w:pPr>
              <w:spacing w:after="0"/>
              <w:jc w:val="left"/>
            </w:pPr>
            <w:r>
              <w:rPr>
                <w:sz w:val="16"/>
              </w:rPr>
              <w:t>about 0.893 days per year</w:t>
            </w:r>
          </w:p>
        </w:tc>
        <w:tc>
          <w:tcPr>
            <w:tcW w:type="dxa" w:w="1037"/>
          </w:tcPr>
          <w:p>
            <w:pPr>
              <w:spacing w:after="0"/>
              <w:jc w:val="left"/>
            </w:pPr>
            <w:r>
              <w:rPr>
                <w:sz w:val="16"/>
              </w:rPr>
              <w:t>Possible</w:t>
            </w:r>
          </w:p>
        </w:tc>
        <w:tc>
          <w:tcPr>
            <w:tcW w:type="dxa" w:w="1916"/>
          </w:tcPr>
          <w:p>
            <w:pPr>
              <w:spacing w:after="0"/>
              <w:jc w:val="left"/>
            </w:pPr>
            <w:r>
              <w:rPr>
                <w:sz w:val="16"/>
              </w:rPr>
              <w:t>Storm Events event-days in 1 of 30 years, 1996 to 2025 (3.33%)</w:t>
            </w:r>
          </w:p>
        </w:tc>
        <w:tc>
          <w:tcPr>
            <w:tcW w:type="dxa" w:w="1516"/>
          </w:tcPr>
          <w:p>
            <w:pPr>
              <w:spacing w:after="0"/>
              <w:jc w:val="right"/>
            </w:pPr>
            <w:r>
              <w:rPr>
                <w:sz w:val="16"/>
              </w:rPr>
              <w:t>60</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0.321</w:t>
            </w:r>
          </w:p>
        </w:tc>
        <w:tc>
          <w:tcPr>
            <w:tcW w:type="dxa" w:w="1377"/>
          </w:tcPr>
          <w:p>
            <w:pPr>
              <w:spacing w:after="0"/>
              <w:jc w:val="left"/>
            </w:pPr>
            <w:r>
              <w:rPr>
                <w:sz w:val="16"/>
              </w:rPr>
              <w:t>event-days per year</w:t>
            </w:r>
          </w:p>
        </w:tc>
        <w:tc>
          <w:tcPr>
            <w:tcW w:type="dxa" w:w="1559"/>
          </w:tcPr>
          <w:p>
            <w:pPr>
              <w:spacing w:after="0"/>
              <w:jc w:val="left"/>
            </w:pPr>
            <w:r>
              <w:rPr>
                <w:sz w:val="16"/>
              </w:rPr>
              <w:t>about 0.321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6 of 30 years, 1996 to 2025 (20%)</w:t>
            </w:r>
          </w:p>
        </w:tc>
        <w:tc>
          <w:tcPr>
            <w:tcW w:type="dxa" w:w="1516"/>
          </w:tcPr>
          <w:p>
            <w:pPr>
              <w:spacing w:after="0"/>
              <w:jc w:val="right"/>
            </w:pPr>
            <w:r>
              <w:rPr>
                <w:sz w:val="16"/>
              </w:rPr>
              <w:t>9</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0.00166</w:t>
            </w:r>
          </w:p>
        </w:tc>
        <w:tc>
          <w:tcPr>
            <w:tcW w:type="dxa" w:w="1377"/>
          </w:tcPr>
          <w:p>
            <w:pPr>
              <w:spacing w:after="0"/>
              <w:jc w:val="left"/>
            </w:pPr>
            <w:r>
              <w:rPr>
                <w:sz w:val="16"/>
              </w:rPr>
              <w:t>events per year (modeled)</w:t>
            </w:r>
          </w:p>
        </w:tc>
        <w:tc>
          <w:tcPr>
            <w:tcW w:type="dxa" w:w="1559"/>
          </w:tcPr>
          <w:p>
            <w:pPr>
              <w:spacing w:after="0"/>
              <w:jc w:val="left"/>
            </w:pPr>
            <w:r>
              <w:rPr>
                <w:sz w:val="16"/>
              </w:rPr>
              <w:t>about 1 in 601 years</w:t>
            </w:r>
          </w:p>
        </w:tc>
        <w:tc>
          <w:tcPr>
            <w:tcW w:type="dxa" w:w="1037"/>
          </w:tcPr>
          <w:p>
            <w:pPr>
              <w:spacing w:after="0"/>
              <w:jc w:val="left"/>
            </w:pPr>
            <w:r>
              <w:rPr>
                <w:sz w:val="16"/>
              </w:rPr>
              <w:t>Unlikely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46.4</w:t>
            </w:r>
          </w:p>
        </w:tc>
        <w:tc>
          <w:tcPr>
            <w:tcW w:type="dxa" w:w="1377"/>
          </w:tcPr>
          <w:p>
            <w:pPr>
              <w:spacing w:after="0"/>
              <w:jc w:val="left"/>
            </w:pPr>
            <w:r>
              <w:rPr>
                <w:sz w:val="16"/>
              </w:rPr>
              <w:t>days per year with a strike</w:t>
            </w:r>
          </w:p>
        </w:tc>
        <w:tc>
          <w:tcPr>
            <w:tcW w:type="dxa" w:w="1559"/>
          </w:tcPr>
          <w:p>
            <w:pPr>
              <w:spacing w:after="0"/>
              <w:jc w:val="left"/>
            </w:pPr>
            <w:r>
              <w:rPr>
                <w:sz w:val="16"/>
              </w:rPr>
              <w:t>about 46.4 days per year</w:t>
            </w:r>
          </w:p>
        </w:tc>
        <w:tc>
          <w:tcPr>
            <w:tcW w:type="dxa" w:w="1037"/>
          </w:tcPr>
          <w:p>
            <w:pPr>
              <w:spacing w:after="0"/>
              <w:jc w:val="left"/>
            </w:pPr>
            <w:r>
              <w:rPr>
                <w:sz w:val="16"/>
              </w:rPr>
              <w:t>Highly 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0.664</w:t>
            </w:r>
          </w:p>
        </w:tc>
        <w:tc>
          <w:tcPr>
            <w:tcW w:type="dxa" w:w="1377"/>
          </w:tcPr>
          <w:p>
            <w:pPr>
              <w:spacing w:after="0"/>
              <w:jc w:val="left"/>
            </w:pPr>
            <w:r>
              <w:rPr>
                <w:sz w:val="16"/>
              </w:rPr>
              <w:t>events per year</w:t>
            </w:r>
          </w:p>
        </w:tc>
        <w:tc>
          <w:tcPr>
            <w:tcW w:type="dxa" w:w="1559"/>
          </w:tcPr>
          <w:p>
            <w:pPr>
              <w:spacing w:after="0"/>
              <w:jc w:val="left"/>
            </w:pPr>
            <w:r>
              <w:rPr>
                <w:sz w:val="16"/>
              </w:rPr>
              <w:t>about 0.66 per year</w:t>
            </w:r>
          </w:p>
        </w:tc>
        <w:tc>
          <w:tcPr>
            <w:tcW w:type="dxa" w:w="1037"/>
          </w:tcPr>
          <w:p>
            <w:pPr>
              <w:spacing w:after="0"/>
              <w:jc w:val="left"/>
            </w:pPr>
            <w:r>
              <w:rPr>
                <w:sz w:val="16"/>
              </w:rPr>
              <w:t>Likely</w:t>
            </w:r>
          </w:p>
        </w:tc>
        <w:tc>
          <w:tcPr>
            <w:tcW w:type="dxa" w:w="1916"/>
          </w:tcPr>
          <w:p>
            <w:pPr>
              <w:spacing w:after="0"/>
              <w:jc w:val="left"/>
            </w:pPr>
            <w:r>
              <w:rPr>
                <w:sz w:val="16"/>
              </w:rPr>
              <w:t>FEMA annualized frequency (modeled)</w:t>
            </w:r>
          </w:p>
        </w:tc>
        <w:tc>
          <w:tcPr>
            <w:tcW w:type="dxa" w:w="1516"/>
          </w:tcPr>
          <w:p>
            <w:pPr>
              <w:spacing w:after="0"/>
              <w:jc w:val="right"/>
            </w:pPr>
            <w:r>
              <w:rPr>
                <w:sz w:val="16"/>
              </w:rPr>
              <w:t>26</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1915"/>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0.00478</w:t>
            </w:r>
          </w:p>
        </w:tc>
        <w:tc>
          <w:tcPr>
            <w:tcW w:type="dxa" w:w="1377"/>
          </w:tcPr>
          <w:p>
            <w:pPr>
              <w:spacing w:after="0"/>
              <w:jc w:val="left"/>
            </w:pPr>
            <w:r>
              <w:rPr>
                <w:sz w:val="16"/>
              </w:rPr>
              <w:t>events per year</w:t>
            </w:r>
          </w:p>
        </w:tc>
        <w:tc>
          <w:tcPr>
            <w:tcW w:type="dxa" w:w="1559"/>
          </w:tcPr>
          <w:p>
            <w:pPr>
              <w:spacing w:after="0"/>
              <w:jc w:val="left"/>
            </w:pPr>
            <w:r>
              <w:rPr>
                <w:sz w:val="16"/>
              </w:rPr>
              <w:t>about 1 in 209 years</w:t>
            </w:r>
          </w:p>
        </w:tc>
        <w:tc>
          <w:tcPr>
            <w:tcW w:type="dxa" w:w="1037"/>
          </w:tcPr>
          <w:p>
            <w:pPr>
              <w:spacing w:after="0"/>
              <w:jc w:val="left"/>
            </w:pPr>
            <w:r>
              <w:rPr>
                <w:sz w:val="16"/>
              </w:rPr>
              <w:t>Unlikely</w:t>
            </w:r>
          </w:p>
        </w:tc>
        <w:tc>
          <w:tcPr>
            <w:tcW w:type="dxa" w:w="191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1915"/>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0.000186</w:t>
            </w:r>
          </w:p>
        </w:tc>
        <w:tc>
          <w:tcPr>
            <w:tcW w:type="dxa" w:w="1377"/>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0.0186%</w:t>
            </w:r>
          </w:p>
        </w:tc>
        <w:tc>
          <w:tcPr>
            <w:tcW w:type="dxa" w:w="1037"/>
          </w:tcPr>
          <w:p>
            <w:pPr>
              <w:spacing w:after="0"/>
              <w:jc w:val="left"/>
            </w:pPr>
          </w:p>
        </w:tc>
        <w:tc>
          <w:tcPr>
            <w:tcW w:type="dxa" w:w="191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191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4.39</w:t>
            </w:r>
          </w:p>
        </w:tc>
        <w:tc>
          <w:tcPr>
            <w:tcW w:type="dxa" w:w="1377"/>
          </w:tcPr>
          <w:p>
            <w:pPr>
              <w:spacing w:after="0"/>
              <w:jc w:val="left"/>
            </w:pPr>
            <w:r>
              <w:rPr>
                <w:sz w:val="16"/>
              </w:rPr>
              <w:t>event-days per year</w:t>
            </w:r>
          </w:p>
        </w:tc>
        <w:tc>
          <w:tcPr>
            <w:tcW w:type="dxa" w:w="1559"/>
          </w:tcPr>
          <w:p>
            <w:pPr>
              <w:spacing w:after="0"/>
              <w:jc w:val="left"/>
            </w:pPr>
            <w:r>
              <w:rPr>
                <w:sz w:val="16"/>
              </w:rPr>
              <w:t>about 4.39 days per year</w:t>
            </w:r>
          </w:p>
        </w:tc>
        <w:tc>
          <w:tcPr>
            <w:tcW w:type="dxa" w:w="1037"/>
          </w:tcPr>
          <w:p>
            <w:pPr>
              <w:spacing w:after="0"/>
              <w:jc w:val="left"/>
            </w:pPr>
            <w:r>
              <w:rPr>
                <w:sz w:val="16"/>
              </w:rPr>
              <w:t>Likely</w:t>
            </w:r>
          </w:p>
        </w:tc>
        <w:tc>
          <w:tcPr>
            <w:tcW w:type="dxa" w:w="1916"/>
          </w:tcPr>
          <w:p>
            <w:pPr>
              <w:spacing w:after="0"/>
              <w:jc w:val="left"/>
            </w:pPr>
            <w:r>
              <w:rPr>
                <w:sz w:val="16"/>
              </w:rPr>
              <w:t>Storm Events event-days in 22 of 30 years, 1996 to 2025 (73.3%)</w:t>
            </w:r>
          </w:p>
        </w:tc>
        <w:tc>
          <w:tcPr>
            <w:tcW w:type="dxa" w:w="1516"/>
          </w:tcPr>
          <w:p>
            <w:pPr>
              <w:spacing w:after="0"/>
              <w:jc w:val="right"/>
            </w:pPr>
            <w:r>
              <w:rPr>
                <w:sz w:val="16"/>
              </w:rPr>
              <w:t>83.2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19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Coastal Flooding</w:t>
            </w:r>
          </w:p>
        </w:tc>
        <w:tc>
          <w:tcPr>
            <w:tcW w:type="dxa" w:w="1679"/>
          </w:tcPr>
          <w:p>
            <w:pPr>
              <w:spacing w:after="0"/>
              <w:jc w:val="right"/>
            </w:pPr>
            <w:r>
              <w:rPr>
                <w:sz w:val="16"/>
              </w:rPr>
              <w:t>1 of 2</w:t>
            </w:r>
          </w:p>
        </w:tc>
        <w:tc>
          <w:tcPr>
            <w:tcW w:type="dxa" w:w="1601"/>
          </w:tcPr>
          <w:p>
            <w:pPr>
              <w:spacing w:after="0"/>
              <w:jc w:val="right"/>
            </w:pPr>
            <w:r>
              <w:rPr>
                <w:sz w:val="16"/>
              </w:rPr>
              <w:t>69.9</w:t>
            </w:r>
          </w:p>
        </w:tc>
        <w:tc>
          <w:tcPr>
            <w:tcW w:type="dxa" w:w="1679"/>
          </w:tcPr>
          <w:p>
            <w:pPr>
              <w:spacing w:after="0"/>
              <w:jc w:val="right"/>
            </w:pPr>
            <w:r>
              <w:rPr>
                <w:sz w:val="16"/>
              </w:rPr>
              <w:t>69.9</w:t>
            </w:r>
          </w:p>
        </w:tc>
        <w:tc>
          <w:tcPr>
            <w:tcW w:type="dxa" w:w="1601"/>
          </w:tcPr>
          <w:p>
            <w:pPr>
              <w:spacing w:after="0"/>
              <w:jc w:val="right"/>
            </w:pPr>
            <w:r>
              <w:rPr>
                <w:sz w:val="16"/>
              </w:rPr>
              <w:t>69.9</w:t>
            </w:r>
          </w:p>
        </w:tc>
        <w:tc>
          <w:tcPr>
            <w:tcW w:type="dxa" w:w="4989"/>
          </w:tcPr>
          <w:p>
            <w:pPr>
              <w:spacing w:after="0"/>
              <w:jc w:val="left"/>
            </w:pPr>
            <w:r>
              <w:rPr>
                <w:sz w:val="16"/>
              </w:rPr>
              <w:t>Very Low 1, No Rating 1</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46.0</w:t>
            </w:r>
          </w:p>
        </w:tc>
        <w:tc>
          <w:tcPr>
            <w:tcW w:type="dxa" w:w="1679"/>
          </w:tcPr>
          <w:p>
            <w:pPr>
              <w:spacing w:after="0"/>
              <w:jc w:val="right"/>
            </w:pPr>
            <w:r>
              <w:rPr>
                <w:sz w:val="16"/>
              </w:rPr>
              <w:t>47.7</w:t>
            </w:r>
          </w:p>
        </w:tc>
        <w:tc>
          <w:tcPr>
            <w:tcW w:type="dxa" w:w="1601"/>
          </w:tcPr>
          <w:p>
            <w:pPr>
              <w:spacing w:after="0"/>
              <w:jc w:val="right"/>
            </w:pPr>
            <w:r>
              <w:rPr>
                <w:sz w:val="16"/>
              </w:rPr>
              <w:t>49.4</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Drought</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54.9</w:t>
            </w:r>
          </w:p>
        </w:tc>
        <w:tc>
          <w:tcPr>
            <w:tcW w:type="dxa" w:w="1679"/>
          </w:tcPr>
          <w:p>
            <w:pPr>
              <w:spacing w:after="0"/>
              <w:jc w:val="right"/>
            </w:pPr>
            <w:r>
              <w:rPr>
                <w:sz w:val="16"/>
              </w:rPr>
              <w:t>61.0</w:t>
            </w:r>
          </w:p>
        </w:tc>
        <w:tc>
          <w:tcPr>
            <w:tcW w:type="dxa" w:w="1601"/>
          </w:tcPr>
          <w:p>
            <w:pPr>
              <w:spacing w:after="0"/>
              <w:jc w:val="right"/>
            </w:pPr>
            <w:r>
              <w:rPr>
                <w:sz w:val="16"/>
              </w:rPr>
              <w:t>67.1</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54.1</w:t>
            </w:r>
          </w:p>
        </w:tc>
        <w:tc>
          <w:tcPr>
            <w:tcW w:type="dxa" w:w="1679"/>
          </w:tcPr>
          <w:p>
            <w:pPr>
              <w:spacing w:after="0"/>
              <w:jc w:val="right"/>
            </w:pPr>
            <w:r>
              <w:rPr>
                <w:sz w:val="16"/>
              </w:rPr>
              <w:t>56.4</w:t>
            </w:r>
          </w:p>
        </w:tc>
        <w:tc>
          <w:tcPr>
            <w:tcW w:type="dxa" w:w="1601"/>
          </w:tcPr>
          <w:p>
            <w:pPr>
              <w:spacing w:after="0"/>
              <w:jc w:val="right"/>
            </w:pPr>
            <w:r>
              <w:rPr>
                <w:sz w:val="16"/>
              </w:rPr>
              <w:t>58.8</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70.8</w:t>
            </w:r>
          </w:p>
        </w:tc>
        <w:tc>
          <w:tcPr>
            <w:tcW w:type="dxa" w:w="1679"/>
          </w:tcPr>
          <w:p>
            <w:pPr>
              <w:spacing w:after="0"/>
              <w:jc w:val="right"/>
            </w:pPr>
            <w:r>
              <w:rPr>
                <w:sz w:val="16"/>
              </w:rPr>
              <w:t>72.7</w:t>
            </w:r>
          </w:p>
        </w:tc>
        <w:tc>
          <w:tcPr>
            <w:tcW w:type="dxa" w:w="1601"/>
          </w:tcPr>
          <w:p>
            <w:pPr>
              <w:spacing w:after="0"/>
              <w:jc w:val="right"/>
            </w:pPr>
            <w:r>
              <w:rPr>
                <w:sz w:val="16"/>
              </w:rPr>
              <w:t>74.7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90.7</w:t>
            </w:r>
          </w:p>
        </w:tc>
        <w:tc>
          <w:tcPr>
            <w:tcW w:type="dxa" w:w="1679"/>
          </w:tcPr>
          <w:p>
            <w:pPr>
              <w:spacing w:after="0"/>
              <w:jc w:val="right"/>
            </w:pPr>
            <w:r>
              <w:rPr>
                <w:sz w:val="16"/>
              </w:rPr>
              <w:t>92.2</w:t>
            </w:r>
          </w:p>
        </w:tc>
        <w:tc>
          <w:tcPr>
            <w:tcW w:type="dxa" w:w="1601"/>
          </w:tcPr>
          <w:p>
            <w:pPr>
              <w:spacing w:after="0"/>
              <w:jc w:val="right"/>
            </w:pPr>
            <w:r>
              <w:rPr>
                <w:sz w:val="16"/>
              </w:rPr>
              <w:t>93.7</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63.9</w:t>
            </w:r>
          </w:p>
        </w:tc>
        <w:tc>
          <w:tcPr>
            <w:tcW w:type="dxa" w:w="1679"/>
          </w:tcPr>
          <w:p>
            <w:pPr>
              <w:spacing w:after="0"/>
              <w:jc w:val="right"/>
            </w:pPr>
            <w:r>
              <w:rPr>
                <w:sz w:val="16"/>
              </w:rPr>
              <w:t>69.6</w:t>
            </w:r>
          </w:p>
        </w:tc>
        <w:tc>
          <w:tcPr>
            <w:tcW w:type="dxa" w:w="1601"/>
          </w:tcPr>
          <w:p>
            <w:pPr>
              <w:spacing w:after="0"/>
              <w:jc w:val="right"/>
            </w:pPr>
            <w:r>
              <w:rPr>
                <w:sz w:val="16"/>
              </w:rPr>
              <w:t>75.3</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54.9</w:t>
            </w:r>
          </w:p>
        </w:tc>
        <w:tc>
          <w:tcPr>
            <w:tcW w:type="dxa" w:w="1679"/>
          </w:tcPr>
          <w:p>
            <w:pPr>
              <w:spacing w:after="0"/>
              <w:jc w:val="right"/>
            </w:pPr>
            <w:r>
              <w:rPr>
                <w:sz w:val="16"/>
              </w:rPr>
              <w:t>57.2</w:t>
            </w:r>
          </w:p>
        </w:tc>
        <w:tc>
          <w:tcPr>
            <w:tcW w:type="dxa" w:w="1601"/>
          </w:tcPr>
          <w:p>
            <w:pPr>
              <w:spacing w:after="0"/>
              <w:jc w:val="right"/>
            </w:pPr>
            <w:r>
              <w:rPr>
                <w:sz w:val="16"/>
              </w:rPr>
              <w:t>59.4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22.4</w:t>
            </w:r>
          </w:p>
        </w:tc>
        <w:tc>
          <w:tcPr>
            <w:tcW w:type="dxa" w:w="1679"/>
          </w:tcPr>
          <w:p>
            <w:pPr>
              <w:spacing w:after="0"/>
              <w:jc w:val="right"/>
            </w:pPr>
            <w:r>
              <w:rPr>
                <w:sz w:val="16"/>
              </w:rPr>
              <w:t>26.8</w:t>
            </w:r>
          </w:p>
        </w:tc>
        <w:tc>
          <w:tcPr>
            <w:tcW w:type="dxa" w:w="1601"/>
          </w:tcPr>
          <w:p>
            <w:pPr>
              <w:spacing w:after="0"/>
              <w:jc w:val="right"/>
            </w:pPr>
            <w:r>
              <w:rPr>
                <w:sz w:val="16"/>
              </w:rPr>
              <w:t>31.2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67.7</w:t>
            </w:r>
          </w:p>
        </w:tc>
        <w:tc>
          <w:tcPr>
            <w:tcW w:type="dxa" w:w="1679"/>
          </w:tcPr>
          <w:p>
            <w:pPr>
              <w:spacing w:after="0"/>
              <w:jc w:val="right"/>
            </w:pPr>
            <w:r>
              <w:rPr>
                <w:sz w:val="16"/>
              </w:rPr>
              <w:t>69.6</w:t>
            </w:r>
          </w:p>
        </w:tc>
        <w:tc>
          <w:tcPr>
            <w:tcW w:type="dxa" w:w="1601"/>
          </w:tcPr>
          <w:p>
            <w:pPr>
              <w:spacing w:after="0"/>
              <w:jc w:val="right"/>
            </w:pPr>
            <w:r>
              <w:rPr>
                <w:sz w:val="16"/>
              </w:rPr>
              <w:t>71.6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78.7</w:t>
            </w:r>
          </w:p>
        </w:tc>
        <w:tc>
          <w:tcPr>
            <w:tcW w:type="dxa" w:w="1679"/>
          </w:tcPr>
          <w:p>
            <w:pPr>
              <w:spacing w:after="0"/>
              <w:jc w:val="right"/>
            </w:pPr>
            <w:r>
              <w:rPr>
                <w:sz w:val="16"/>
              </w:rPr>
              <w:t>79.6</w:t>
            </w:r>
          </w:p>
        </w:tc>
        <w:tc>
          <w:tcPr>
            <w:tcW w:type="dxa" w:w="1601"/>
          </w:tcPr>
          <w:p>
            <w:pPr>
              <w:spacing w:after="0"/>
              <w:jc w:val="right"/>
            </w:pPr>
            <w:r>
              <w:rPr>
                <w:sz w:val="16"/>
              </w:rPr>
              <w:t>80.6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58.0</w:t>
            </w:r>
          </w:p>
        </w:tc>
        <w:tc>
          <w:tcPr>
            <w:tcW w:type="dxa" w:w="1679"/>
          </w:tcPr>
          <w:p>
            <w:pPr>
              <w:spacing w:after="0"/>
              <w:jc w:val="right"/>
            </w:pPr>
            <w:r>
              <w:rPr>
                <w:sz w:val="16"/>
              </w:rPr>
              <w:t>59.3</w:t>
            </w:r>
          </w:p>
        </w:tc>
        <w:tc>
          <w:tcPr>
            <w:tcW w:type="dxa" w:w="1601"/>
          </w:tcPr>
          <w:p>
            <w:pPr>
              <w:spacing w:after="0"/>
              <w:jc w:val="right"/>
            </w:pPr>
            <w:r>
              <w:rPr>
                <w:sz w:val="16"/>
              </w:rPr>
              <w:t>60.6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24.7</w:t>
            </w:r>
          </w:p>
        </w:tc>
        <w:tc>
          <w:tcPr>
            <w:tcW w:type="dxa" w:w="1679"/>
          </w:tcPr>
          <w:p>
            <w:pPr>
              <w:spacing w:after="0"/>
              <w:jc w:val="right"/>
            </w:pPr>
            <w:r>
              <w:rPr>
                <w:sz w:val="16"/>
              </w:rPr>
              <w:t>43.0</w:t>
            </w:r>
          </w:p>
        </w:tc>
        <w:tc>
          <w:tcPr>
            <w:tcW w:type="dxa" w:w="1601"/>
          </w:tcPr>
          <w:p>
            <w:pPr>
              <w:spacing w:after="0"/>
              <w:jc w:val="right"/>
            </w:pPr>
            <w:r>
              <w:rPr>
                <w:sz w:val="16"/>
              </w:rPr>
              <w:t>61.3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92.7</w:t>
            </w:r>
          </w:p>
        </w:tc>
        <w:tc>
          <w:tcPr>
            <w:tcW w:type="dxa" w:w="1679"/>
          </w:tcPr>
          <w:p>
            <w:pPr>
              <w:spacing w:after="0"/>
              <w:jc w:val="right"/>
            </w:pPr>
            <w:r>
              <w:rPr>
                <w:sz w:val="16"/>
              </w:rPr>
              <w:t>93.1</w:t>
            </w:r>
          </w:p>
        </w:tc>
        <w:tc>
          <w:tcPr>
            <w:tcW w:type="dxa" w:w="1601"/>
          </w:tcPr>
          <w:p>
            <w:pPr>
              <w:spacing w:after="0"/>
              <w:jc w:val="right"/>
            </w:pPr>
            <w:r>
              <w:rPr>
                <w:sz w:val="16"/>
              </w:rPr>
              <w:t>93.6</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2"/>
        <w:gridCol w:w="806"/>
        <w:gridCol w:w="3287"/>
        <w:gridCol w:w="2621"/>
        <w:gridCol w:w="2710"/>
        <w:gridCol w:w="3065"/>
      </w:tblGrid>
      <w:tr>
        <w:trPr>
          <w:cantSplit/>
          <w:tblHeader/>
        </w:trPr>
        <w:tc>
          <w:tcPr>
            <w:tcW w:type="dxa" w:w="1622"/>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2"/>
          </w:tcPr>
          <w:p>
            <w:pPr>
              <w:spacing w:after="0"/>
              <w:jc w:val="left"/>
            </w:pPr>
            <w:r>
              <w:rPr>
                <w:sz w:val="16"/>
              </w:rPr>
              <w:t>Franklin city</w:t>
            </w:r>
          </w:p>
        </w:tc>
        <w:tc>
          <w:tcPr>
            <w:tcW w:type="dxa" w:w="806"/>
          </w:tcPr>
          <w:p>
            <w:pPr>
              <w:spacing w:after="0"/>
              <w:jc w:val="left"/>
            </w:pPr>
            <w:r>
              <w:rPr>
                <w:sz w:val="16"/>
              </w:rPr>
              <w:t>City</w:t>
            </w:r>
          </w:p>
        </w:tc>
        <w:tc>
          <w:tcPr>
            <w:tcW w:type="dxa" w:w="3287"/>
          </w:tcPr>
          <w:p>
            <w:pPr>
              <w:spacing w:after="0"/>
              <w:jc w:val="left"/>
            </w:pPr>
            <w:r>
              <w:rPr>
                <w:sz w:val="16"/>
              </w:rPr>
              <w:t>Approved, expires 2027-06-07</w:t>
            </w:r>
          </w:p>
        </w:tc>
        <w:tc>
          <w:tcPr>
            <w:tcW w:type="dxa" w:w="2621"/>
          </w:tcPr>
          <w:p>
            <w:pPr>
              <w:spacing w:after="0"/>
              <w:jc w:val="right"/>
            </w:pPr>
            <w:r>
              <w:rPr>
                <w:sz w:val="16"/>
              </w:rPr>
              <w:t>FMA RL 1, SRL 1; any 7</w:t>
            </w:r>
          </w:p>
        </w:tc>
        <w:tc>
          <w:tcPr>
            <w:tcW w:type="dxa" w:w="2710"/>
          </w:tcPr>
          <w:p>
            <w:pPr>
              <w:spacing w:after="0"/>
              <w:jc w:val="right"/>
            </w:pPr>
            <w:r>
              <w:rPr>
                <w:sz w:val="16"/>
              </w:rPr>
              <w:t>$5,916,459.24</w:t>
            </w:r>
          </w:p>
        </w:tc>
        <w:tc>
          <w:tcPr>
            <w:tcW w:type="dxa" w:w="3065"/>
          </w:tcPr>
          <w:p>
            <w:pPr>
              <w:spacing w:after="0"/>
              <w:jc w:val="right"/>
            </w:pPr>
            <w:r>
              <w:rPr>
                <w:sz w:val="16"/>
              </w:rPr>
              <w:t>46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08"/>
        <w:gridCol w:w="1062"/>
        <w:gridCol w:w="1227"/>
        <w:gridCol w:w="1112"/>
        <w:gridCol w:w="1268"/>
        <w:gridCol w:w="16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$4,854,703</w:t>
            </w:r>
          </w:p>
        </w:tc>
        <w:tc>
          <w:tcPr>
            <w:tcW w:type="dxa" w:w="1137"/>
          </w:tcPr>
          <w:p>
            <w:pPr>
              <w:spacing w:after="0"/>
              <w:jc w:val="right"/>
            </w:pPr>
            <w:r>
              <w:rPr>
                <w:sz w:val="16"/>
              </w:rPr>
              <w:t>n/a</w:t>
            </w:r>
          </w:p>
        </w:tc>
        <w:tc>
          <w:tcPr>
            <w:tcW w:type="dxa" w:w="1046"/>
          </w:tcPr>
          <w:p>
            <w:pPr>
              <w:spacing w:after="0"/>
              <w:jc w:val="right"/>
            </w:pPr>
            <w:r>
              <w:rPr>
                <w:sz w:val="16"/>
              </w:rPr>
              <w:t>9</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008"/>
          </w:tcPr>
          <w:p>
            <w:pPr>
              <w:spacing w:after="0"/>
              <w:jc w:val="right"/>
            </w:pPr>
            <w:r>
              <w:rPr>
                <w:sz w:val="16"/>
              </w:rPr>
              <w:t>under $1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$1,753,301,725</w:t>
            </w:r>
          </w:p>
        </w:tc>
        <w:tc>
          <w:tcPr>
            <w:tcW w:type="dxa" w:w="1137"/>
          </w:tcPr>
          <w:p>
            <w:pPr>
              <w:spacing w:after="0"/>
              <w:jc w:val="right"/>
            </w:pPr>
            <w:r>
              <w:rPr>
                <w:sz w:val="16"/>
              </w:rPr>
              <w:t>$0</w:t>
            </w:r>
          </w:p>
        </w:tc>
        <w:tc>
          <w:tcPr>
            <w:tcW w:type="dxa" w:w="1046"/>
          </w:tcPr>
          <w:p>
            <w:pPr>
              <w:spacing w:after="0"/>
              <w:jc w:val="right"/>
            </w:pPr>
            <w:r>
              <w:rPr>
                <w:sz w:val="16"/>
              </w:rPr>
              <w:t>8,180</w:t>
            </w:r>
          </w:p>
        </w:tc>
        <w:tc>
          <w:tcPr>
            <w:tcW w:type="dxa" w:w="1037"/>
          </w:tcPr>
          <w:p>
            <w:pPr>
              <w:spacing w:after="0"/>
              <w:jc w:val="right"/>
            </w:pPr>
            <w:r>
              <w:rPr>
                <w:sz w:val="16"/>
              </w:rPr>
              <w:t>$581</w:t>
            </w:r>
          </w:p>
        </w:tc>
        <w:tc>
          <w:tcPr>
            <w:tcW w:type="dxa" w:w="1126"/>
          </w:tcPr>
          <w:p>
            <w:pPr>
              <w:spacing w:after="0"/>
              <w:jc w:val="right"/>
            </w:pPr>
            <w:r>
              <w:rPr>
                <w:sz w:val="16"/>
              </w:rPr>
              <w:t>$0</w:t>
            </w:r>
          </w:p>
        </w:tc>
        <w:tc>
          <w:tcPr>
            <w:tcW w:type="dxa" w:w="1008"/>
          </w:tcPr>
          <w:p>
            <w:pPr>
              <w:spacing w:after="0"/>
              <w:jc w:val="right"/>
            </w:pPr>
            <w:r>
              <w:rPr>
                <w:sz w:val="16"/>
              </w:rPr>
              <w:t>$76,840</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$3,182,130,395</w:t>
            </w:r>
          </w:p>
        </w:tc>
        <w:tc>
          <w:tcPr>
            <w:tcW w:type="dxa" w:w="1137"/>
          </w:tcPr>
          <w:p>
            <w:pPr>
              <w:spacing w:after="0"/>
              <w:jc w:val="right"/>
            </w:pPr>
            <w:r>
              <w:rPr>
                <w:sz w:val="16"/>
              </w:rPr>
              <w:t>n/a</w:t>
            </w:r>
          </w:p>
        </w:tc>
        <w:tc>
          <w:tcPr>
            <w:tcW w:type="dxa" w:w="1046"/>
          </w:tcPr>
          <w:p>
            <w:pPr>
              <w:spacing w:after="0"/>
              <w:jc w:val="right"/>
            </w:pPr>
            <w:r>
              <w:rPr>
                <w:sz w:val="16"/>
              </w:rPr>
              <w:t>8,180</w:t>
            </w:r>
          </w:p>
        </w:tc>
        <w:tc>
          <w:tcPr>
            <w:tcW w:type="dxa" w:w="1037"/>
          </w:tcPr>
          <w:p>
            <w:pPr>
              <w:spacing w:after="0"/>
              <w:jc w:val="right"/>
            </w:pPr>
            <w:r>
              <w:rPr>
                <w:sz w:val="16"/>
              </w:rPr>
              <w:t>$66,236</w:t>
            </w:r>
          </w:p>
        </w:tc>
        <w:tc>
          <w:tcPr>
            <w:tcW w:type="dxa" w:w="1126"/>
          </w:tcPr>
          <w:p>
            <w:pPr>
              <w:spacing w:after="0"/>
              <w:jc w:val="right"/>
            </w:pPr>
            <w:r>
              <w:rPr>
                <w:sz w:val="16"/>
              </w:rPr>
              <w:t>n/a</w:t>
            </w:r>
          </w:p>
        </w:tc>
        <w:tc>
          <w:tcPr>
            <w:tcW w:type="dxa" w:w="1008"/>
          </w:tcPr>
          <w:p>
            <w:pPr>
              <w:spacing w:after="0"/>
              <w:jc w:val="right"/>
            </w:pPr>
            <w:r>
              <w:rPr>
                <w:sz w:val="16"/>
              </w:rPr>
              <w:t>$27,042</w:t>
            </w:r>
          </w:p>
        </w:tc>
        <w:tc>
          <w:tcPr>
            <w:tcW w:type="dxa" w:w="1062"/>
          </w:tcPr>
          <w:p>
            <w:pPr>
              <w:spacing w:after="0"/>
              <w:jc w:val="right"/>
            </w:pPr>
            <w:r>
              <w:rPr>
                <w:sz w:val="16"/>
              </w:rPr>
              <w:t>0.00208%</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$1,753,301,725</w:t>
            </w:r>
          </w:p>
        </w:tc>
        <w:tc>
          <w:tcPr>
            <w:tcW w:type="dxa" w:w="1137"/>
          </w:tcPr>
          <w:p>
            <w:pPr>
              <w:spacing w:after="0"/>
              <w:jc w:val="right"/>
            </w:pPr>
            <w:r>
              <w:rPr>
                <w:sz w:val="16"/>
              </w:rPr>
              <w:t>$0</w:t>
            </w:r>
          </w:p>
        </w:tc>
        <w:tc>
          <w:tcPr>
            <w:tcW w:type="dxa" w:w="1046"/>
          </w:tcPr>
          <w:p>
            <w:pPr>
              <w:spacing w:after="0"/>
              <w:jc w:val="right"/>
            </w:pPr>
            <w:r>
              <w:rPr>
                <w:sz w:val="16"/>
              </w:rPr>
              <w:t>8,180</w:t>
            </w:r>
          </w:p>
        </w:tc>
        <w:tc>
          <w:tcPr>
            <w:tcW w:type="dxa" w:w="1037"/>
          </w:tcPr>
          <w:p>
            <w:pPr>
              <w:spacing w:after="0"/>
              <w:jc w:val="right"/>
            </w:pPr>
            <w:r>
              <w:rPr>
                <w:sz w:val="16"/>
              </w:rPr>
              <w:t>$11,727</w:t>
            </w:r>
          </w:p>
        </w:tc>
        <w:tc>
          <w:tcPr>
            <w:tcW w:type="dxa" w:w="1126"/>
          </w:tcPr>
          <w:p>
            <w:pPr>
              <w:spacing w:after="0"/>
              <w:jc w:val="right"/>
            </w:pPr>
            <w:r>
              <w:rPr>
                <w:sz w:val="16"/>
              </w:rPr>
              <w:t>$0</w:t>
            </w:r>
          </w:p>
        </w:tc>
        <w:tc>
          <w:tcPr>
            <w:tcW w:type="dxa" w:w="1008"/>
          </w:tcPr>
          <w:p>
            <w:pPr>
              <w:spacing w:after="0"/>
              <w:jc w:val="right"/>
            </w:pPr>
            <w:r>
              <w:rPr>
                <w:sz w:val="16"/>
              </w:rPr>
              <w:t>$5,782</w:t>
            </w:r>
          </w:p>
        </w:tc>
        <w:tc>
          <w:tcPr>
            <w:tcW w:type="dxa" w:w="1062"/>
          </w:tcPr>
          <w:p>
            <w:pPr>
              <w:spacing w:after="0"/>
              <w:jc w:val="right"/>
            </w:pPr>
            <w:r>
              <w:rPr>
                <w:sz w:val="16"/>
              </w:rPr>
              <w:t>0.000669%</w:t>
            </w:r>
          </w:p>
        </w:tc>
        <w:tc>
          <w:tcPr>
            <w:tcW w:type="dxa" w:w="1227"/>
          </w:tcPr>
          <w:p>
            <w:pPr>
              <w:spacing w:after="0"/>
              <w:jc w:val="right"/>
            </w:pPr>
            <w:r>
              <w:rPr>
                <w:sz w:val="16"/>
              </w:rPr>
              <w:t>$10,000</w:t>
            </w: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$1,753,301,725</w:t>
            </w:r>
          </w:p>
        </w:tc>
        <w:tc>
          <w:tcPr>
            <w:tcW w:type="dxa" w:w="1137"/>
          </w:tcPr>
          <w:p>
            <w:pPr>
              <w:spacing w:after="0"/>
              <w:jc w:val="right"/>
            </w:pPr>
            <w:r>
              <w:rPr>
                <w:sz w:val="16"/>
              </w:rPr>
              <w:t>$0</w:t>
            </w:r>
          </w:p>
        </w:tc>
        <w:tc>
          <w:tcPr>
            <w:tcW w:type="dxa" w:w="1046"/>
          </w:tcPr>
          <w:p>
            <w:pPr>
              <w:spacing w:after="0"/>
              <w:jc w:val="right"/>
            </w:pPr>
            <w:r>
              <w:rPr>
                <w:sz w:val="16"/>
              </w:rPr>
              <w:t>8,180</w:t>
            </w:r>
          </w:p>
        </w:tc>
        <w:tc>
          <w:tcPr>
            <w:tcW w:type="dxa" w:w="1037"/>
          </w:tcPr>
          <w:p>
            <w:pPr>
              <w:spacing w:after="0"/>
              <w:jc w:val="right"/>
            </w:pPr>
            <w:r>
              <w:rPr>
                <w:sz w:val="16"/>
              </w:rPr>
              <w:t>$8</w:t>
            </w:r>
          </w:p>
        </w:tc>
        <w:tc>
          <w:tcPr>
            <w:tcW w:type="dxa" w:w="1126"/>
          </w:tcPr>
          <w:p>
            <w:pPr>
              <w:spacing w:after="0"/>
              <w:jc w:val="right"/>
            </w:pPr>
            <w:r>
              <w:rPr>
                <w:sz w:val="16"/>
              </w:rPr>
              <w:t>$0</w:t>
            </w:r>
          </w:p>
        </w:tc>
        <w:tc>
          <w:tcPr>
            <w:tcW w:type="dxa" w:w="1008"/>
          </w:tcPr>
          <w:p>
            <w:pPr>
              <w:spacing w:after="0"/>
              <w:jc w:val="right"/>
            </w:pPr>
            <w:r>
              <w:rPr>
                <w:sz w:val="16"/>
              </w:rPr>
              <w:t>$130,880</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$1,753,301,725</w:t>
            </w:r>
          </w:p>
        </w:tc>
        <w:tc>
          <w:tcPr>
            <w:tcW w:type="dxa" w:w="1137"/>
          </w:tcPr>
          <w:p>
            <w:pPr>
              <w:spacing w:after="0"/>
              <w:jc w:val="right"/>
            </w:pPr>
            <w:r>
              <w:rPr>
                <w:sz w:val="16"/>
              </w:rPr>
              <w:t>$0</w:t>
            </w:r>
          </w:p>
        </w:tc>
        <w:tc>
          <w:tcPr>
            <w:tcW w:type="dxa" w:w="1046"/>
          </w:tcPr>
          <w:p>
            <w:pPr>
              <w:spacing w:after="0"/>
              <w:jc w:val="right"/>
            </w:pPr>
            <w:r>
              <w:rPr>
                <w:sz w:val="16"/>
              </w:rPr>
              <w:t>8,180</w:t>
            </w:r>
          </w:p>
        </w:tc>
        <w:tc>
          <w:tcPr>
            <w:tcW w:type="dxa" w:w="1037"/>
          </w:tcPr>
          <w:p>
            <w:pPr>
              <w:spacing w:after="0"/>
              <w:jc w:val="right"/>
            </w:pPr>
            <w:r>
              <w:rPr>
                <w:sz w:val="16"/>
              </w:rPr>
              <w:t>$1,180,797</w:t>
            </w:r>
          </w:p>
        </w:tc>
        <w:tc>
          <w:tcPr>
            <w:tcW w:type="dxa" w:w="1126"/>
          </w:tcPr>
          <w:p>
            <w:pPr>
              <w:spacing w:after="0"/>
              <w:jc w:val="right"/>
            </w:pPr>
            <w:r>
              <w:rPr>
                <w:sz w:val="16"/>
              </w:rPr>
              <w:t>$0</w:t>
            </w:r>
          </w:p>
        </w:tc>
        <w:tc>
          <w:tcPr>
            <w:tcW w:type="dxa" w:w="1008"/>
          </w:tcPr>
          <w:p>
            <w:pPr>
              <w:spacing w:after="0"/>
              <w:jc w:val="right"/>
            </w:pPr>
            <w:r>
              <w:rPr>
                <w:sz w:val="16"/>
              </w:rPr>
              <w:t>$29,380</w:t>
            </w:r>
          </w:p>
        </w:tc>
        <w:tc>
          <w:tcPr>
            <w:tcW w:type="dxa" w:w="1062"/>
          </w:tcPr>
          <w:p>
            <w:pPr>
              <w:spacing w:after="0"/>
              <w:jc w:val="right"/>
            </w:pPr>
            <w:r>
              <w:rPr>
                <w:sz w:val="16"/>
              </w:rPr>
              <w:t>0.0673%</w:t>
            </w:r>
          </w:p>
        </w:tc>
        <w:tc>
          <w:tcPr>
            <w:tcW w:type="dxa" w:w="1227"/>
          </w:tcPr>
          <w:p>
            <w:pPr>
              <w:spacing w:after="0"/>
              <w:jc w:val="right"/>
            </w:pPr>
          </w:p>
        </w:tc>
        <w:tc>
          <w:tcPr>
            <w:tcW w:type="dxa" w:w="1112"/>
          </w:tcPr>
          <w:p>
            <w:pPr>
              <w:spacing w:after="0"/>
              <w:jc w:val="right"/>
            </w:pPr>
            <w:r>
              <w:rPr>
                <w:sz w:val="16"/>
              </w:rPr>
              <w:t>$1,000</w:t>
            </w: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$1,753,218,338</w:t>
            </w:r>
          </w:p>
        </w:tc>
        <w:tc>
          <w:tcPr>
            <w:tcW w:type="dxa" w:w="1137"/>
          </w:tcPr>
          <w:p>
            <w:pPr>
              <w:spacing w:after="0"/>
              <w:jc w:val="right"/>
            </w:pPr>
            <w:r>
              <w:rPr>
                <w:sz w:val="16"/>
              </w:rPr>
              <w:t>n/a</w:t>
            </w:r>
          </w:p>
        </w:tc>
        <w:tc>
          <w:tcPr>
            <w:tcW w:type="dxa" w:w="1046"/>
          </w:tcPr>
          <w:p>
            <w:pPr>
              <w:spacing w:after="0"/>
              <w:jc w:val="right"/>
            </w:pPr>
            <w:r>
              <w:rPr>
                <w:sz w:val="16"/>
              </w:rPr>
              <w:t>8,179</w:t>
            </w:r>
          </w:p>
        </w:tc>
        <w:tc>
          <w:tcPr>
            <w:tcW w:type="dxa" w:w="1037"/>
          </w:tcPr>
          <w:p>
            <w:pPr>
              <w:spacing w:after="0"/>
              <w:jc w:val="right"/>
            </w:pPr>
            <w:r>
              <w:rPr>
                <w:sz w:val="16"/>
              </w:rPr>
              <w:t>$18,432</w:t>
            </w:r>
          </w:p>
        </w:tc>
        <w:tc>
          <w:tcPr>
            <w:tcW w:type="dxa" w:w="1126"/>
          </w:tcPr>
          <w:p>
            <w:pPr>
              <w:spacing w:after="0"/>
              <w:jc w:val="right"/>
            </w:pPr>
            <w:r>
              <w:rPr>
                <w:sz w:val="16"/>
              </w:rPr>
              <w:t>n/a</w:t>
            </w:r>
          </w:p>
        </w:tc>
        <w:tc>
          <w:tcPr>
            <w:tcW w:type="dxa" w:w="1008"/>
          </w:tcPr>
          <w:p>
            <w:pPr>
              <w:spacing w:after="0"/>
              <w:jc w:val="right"/>
            </w:pPr>
            <w:r>
              <w:rPr>
                <w:sz w:val="16"/>
              </w:rPr>
              <w:t>$26</w:t>
            </w:r>
          </w:p>
        </w:tc>
        <w:tc>
          <w:tcPr>
            <w:tcW w:type="dxa" w:w="1062"/>
          </w:tcPr>
          <w:p>
            <w:pPr>
              <w:spacing w:after="0"/>
              <w:jc w:val="right"/>
            </w:pPr>
            <w:r>
              <w:rPr>
                <w:sz w:val="16"/>
              </w:rPr>
              <w:t>0.00105%</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$1,752,331,119</w:t>
            </w:r>
          </w:p>
        </w:tc>
        <w:tc>
          <w:tcPr>
            <w:tcW w:type="dxa" w:w="1137"/>
          </w:tcPr>
          <w:p>
            <w:pPr>
              <w:spacing w:after="0"/>
              <w:jc w:val="right"/>
            </w:pPr>
            <w:r>
              <w:rPr>
                <w:sz w:val="16"/>
              </w:rPr>
              <w:t>$0</w:t>
            </w:r>
          </w:p>
        </w:tc>
        <w:tc>
          <w:tcPr>
            <w:tcW w:type="dxa" w:w="1046"/>
          </w:tcPr>
          <w:p>
            <w:pPr>
              <w:spacing w:after="0"/>
              <w:jc w:val="right"/>
            </w:pPr>
            <w:r>
              <w:rPr>
                <w:sz w:val="16"/>
              </w:rPr>
              <w:t>255</w:t>
            </w:r>
          </w:p>
        </w:tc>
        <w:tc>
          <w:tcPr>
            <w:tcW w:type="dxa" w:w="1037"/>
          </w:tcPr>
          <w:p>
            <w:pPr>
              <w:spacing w:after="0"/>
              <w:jc w:val="right"/>
            </w:pPr>
            <w:r>
              <w:rPr>
                <w:sz w:val="16"/>
              </w:rPr>
              <w:t>$1,139,998</w:t>
            </w:r>
          </w:p>
        </w:tc>
        <w:tc>
          <w:tcPr>
            <w:tcW w:type="dxa" w:w="1126"/>
          </w:tcPr>
          <w:p>
            <w:pPr>
              <w:spacing w:after="0"/>
              <w:jc w:val="right"/>
            </w:pPr>
            <w:r>
              <w:rPr>
                <w:sz w:val="16"/>
              </w:rPr>
              <w:t>$0</w:t>
            </w:r>
          </w:p>
        </w:tc>
        <w:tc>
          <w:tcPr>
            <w:tcW w:type="dxa" w:w="1008"/>
          </w:tcPr>
          <w:p>
            <w:pPr>
              <w:spacing w:after="0"/>
              <w:jc w:val="right"/>
            </w:pPr>
            <w:r>
              <w:rPr>
                <w:sz w:val="16"/>
              </w:rPr>
              <w:t>$2,716</w:t>
            </w:r>
          </w:p>
        </w:tc>
        <w:tc>
          <w:tcPr>
            <w:tcW w:type="dxa" w:w="1062"/>
          </w:tcPr>
          <w:p>
            <w:pPr>
              <w:spacing w:after="0"/>
              <w:jc w:val="right"/>
            </w:pPr>
            <w:r>
              <w:rPr>
                <w:sz w:val="16"/>
              </w:rPr>
              <w:t>n/a (see note)</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$4,798,846</w:t>
            </w:r>
          </w:p>
        </w:tc>
        <w:tc>
          <w:tcPr>
            <w:tcW w:type="dxa" w:w="1137"/>
          </w:tcPr>
          <w:p>
            <w:pPr>
              <w:spacing w:after="0"/>
              <w:jc w:val="right"/>
            </w:pPr>
            <w:r>
              <w:rPr>
                <w:sz w:val="16"/>
              </w:rPr>
              <w:t>n/a</w:t>
            </w:r>
          </w:p>
        </w:tc>
        <w:tc>
          <w:tcPr>
            <w:tcW w:type="dxa" w:w="1046"/>
          </w:tcPr>
          <w:p>
            <w:pPr>
              <w:spacing w:after="0"/>
              <w:jc w:val="right"/>
            </w:pPr>
            <w:r>
              <w:rPr>
                <w:sz w:val="16"/>
              </w:rPr>
              <w:t>18</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08"/>
          </w:tcPr>
          <w:p>
            <w:pPr>
              <w:spacing w:after="0"/>
              <w:jc w:val="right"/>
            </w:pPr>
            <w:r>
              <w:rPr>
                <w:sz w:val="16"/>
              </w:rPr>
              <w:t>under $1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$1,753,301,725</w:t>
            </w:r>
          </w:p>
        </w:tc>
        <w:tc>
          <w:tcPr>
            <w:tcW w:type="dxa" w:w="1137"/>
          </w:tcPr>
          <w:p>
            <w:pPr>
              <w:spacing w:after="0"/>
              <w:jc w:val="right"/>
            </w:pPr>
            <w:r>
              <w:rPr>
                <w:sz w:val="16"/>
              </w:rPr>
              <w:t>n/a</w:t>
            </w:r>
          </w:p>
        </w:tc>
        <w:tc>
          <w:tcPr>
            <w:tcW w:type="dxa" w:w="1046"/>
          </w:tcPr>
          <w:p>
            <w:pPr>
              <w:spacing w:after="0"/>
              <w:jc w:val="right"/>
            </w:pPr>
            <w:r>
              <w:rPr>
                <w:sz w:val="16"/>
              </w:rPr>
              <w:t>8,180</w:t>
            </w:r>
          </w:p>
        </w:tc>
        <w:tc>
          <w:tcPr>
            <w:tcW w:type="dxa" w:w="1037"/>
          </w:tcPr>
          <w:p>
            <w:pPr>
              <w:spacing w:after="0"/>
              <w:jc w:val="right"/>
            </w:pPr>
            <w:r>
              <w:rPr>
                <w:sz w:val="16"/>
              </w:rPr>
              <w:t>$1,309</w:t>
            </w:r>
          </w:p>
        </w:tc>
        <w:tc>
          <w:tcPr>
            <w:tcW w:type="dxa" w:w="1126"/>
          </w:tcPr>
          <w:p>
            <w:pPr>
              <w:spacing w:after="0"/>
              <w:jc w:val="right"/>
            </w:pPr>
            <w:r>
              <w:rPr>
                <w:sz w:val="16"/>
              </w:rPr>
              <w:t>n/a</w:t>
            </w:r>
          </w:p>
        </w:tc>
        <w:tc>
          <w:tcPr>
            <w:tcW w:type="dxa" w:w="1008"/>
          </w:tcPr>
          <w:p>
            <w:pPr>
              <w:spacing w:after="0"/>
              <w:jc w:val="right"/>
            </w:pPr>
            <w:r>
              <w:rPr>
                <w:sz w:val="16"/>
              </w:rPr>
              <w:t>$34,021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$1,753,301,725</w:t>
            </w:r>
          </w:p>
        </w:tc>
        <w:tc>
          <w:tcPr>
            <w:tcW w:type="dxa" w:w="1137"/>
          </w:tcPr>
          <w:p>
            <w:pPr>
              <w:spacing w:after="0"/>
              <w:jc w:val="right"/>
            </w:pPr>
            <w:r>
              <w:rPr>
                <w:sz w:val="16"/>
              </w:rPr>
              <w:t>$0</w:t>
            </w:r>
          </w:p>
        </w:tc>
        <w:tc>
          <w:tcPr>
            <w:tcW w:type="dxa" w:w="1046"/>
          </w:tcPr>
          <w:p>
            <w:pPr>
              <w:spacing w:after="0"/>
              <w:jc w:val="right"/>
            </w:pPr>
            <w:r>
              <w:rPr>
                <w:sz w:val="16"/>
              </w:rPr>
              <w:t>8,180</w:t>
            </w:r>
          </w:p>
        </w:tc>
        <w:tc>
          <w:tcPr>
            <w:tcW w:type="dxa" w:w="1037"/>
          </w:tcPr>
          <w:p>
            <w:pPr>
              <w:spacing w:after="0"/>
              <w:jc w:val="right"/>
            </w:pPr>
            <w:r>
              <w:rPr>
                <w:sz w:val="16"/>
              </w:rPr>
              <w:t>$8,292</w:t>
            </w:r>
          </w:p>
        </w:tc>
        <w:tc>
          <w:tcPr>
            <w:tcW w:type="dxa" w:w="1126"/>
          </w:tcPr>
          <w:p>
            <w:pPr>
              <w:spacing w:after="0"/>
              <w:jc w:val="right"/>
            </w:pPr>
            <w:r>
              <w:rPr>
                <w:sz w:val="16"/>
              </w:rPr>
              <w:t>$0</w:t>
            </w:r>
          </w:p>
        </w:tc>
        <w:tc>
          <w:tcPr>
            <w:tcW w:type="dxa" w:w="1008"/>
          </w:tcPr>
          <w:p>
            <w:pPr>
              <w:spacing w:after="0"/>
              <w:jc w:val="right"/>
            </w:pPr>
            <w:r>
              <w:rPr>
                <w:sz w:val="16"/>
              </w:rPr>
              <w:t>$78,251</w:t>
            </w:r>
          </w:p>
        </w:tc>
        <w:tc>
          <w:tcPr>
            <w:tcW w:type="dxa" w:w="1062"/>
          </w:tcPr>
          <w:p>
            <w:pPr>
              <w:spacing w:after="0"/>
              <w:jc w:val="right"/>
            </w:pPr>
            <w:r>
              <w:rPr>
                <w:sz w:val="16"/>
              </w:rPr>
              <w:t>0.000473%</w:t>
            </w:r>
          </w:p>
        </w:tc>
        <w:tc>
          <w:tcPr>
            <w:tcW w:type="dxa" w:w="1227"/>
          </w:tcPr>
          <w:p>
            <w:pPr>
              <w:spacing w:after="0"/>
              <w:jc w:val="right"/>
            </w:pPr>
            <w:r>
              <w:rPr>
                <w:sz w:val="16"/>
              </w:rPr>
              <w:t>$3,000</w:t>
            </w: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$1,753,301,725</w:t>
            </w:r>
          </w:p>
        </w:tc>
        <w:tc>
          <w:tcPr>
            <w:tcW w:type="dxa" w:w="1137"/>
          </w:tcPr>
          <w:p>
            <w:pPr>
              <w:spacing w:after="0"/>
              <w:jc w:val="right"/>
            </w:pPr>
            <w:r>
              <w:rPr>
                <w:sz w:val="16"/>
              </w:rPr>
              <w:t>$0</w:t>
            </w:r>
          </w:p>
        </w:tc>
        <w:tc>
          <w:tcPr>
            <w:tcW w:type="dxa" w:w="1046"/>
          </w:tcPr>
          <w:p>
            <w:pPr>
              <w:spacing w:after="0"/>
              <w:jc w:val="right"/>
            </w:pPr>
            <w:r>
              <w:rPr>
                <w:sz w:val="16"/>
              </w:rPr>
              <w:t>8,180</w:t>
            </w:r>
          </w:p>
        </w:tc>
        <w:tc>
          <w:tcPr>
            <w:tcW w:type="dxa" w:w="1037"/>
          </w:tcPr>
          <w:p>
            <w:pPr>
              <w:spacing w:after="0"/>
              <w:jc w:val="right"/>
            </w:pPr>
            <w:r>
              <w:rPr>
                <w:sz w:val="16"/>
              </w:rPr>
              <w:t>$83,248</w:t>
            </w:r>
          </w:p>
        </w:tc>
        <w:tc>
          <w:tcPr>
            <w:tcW w:type="dxa" w:w="1126"/>
          </w:tcPr>
          <w:p>
            <w:pPr>
              <w:spacing w:after="0"/>
              <w:jc w:val="right"/>
            </w:pPr>
            <w:r>
              <w:rPr>
                <w:sz w:val="16"/>
              </w:rPr>
              <w:t>$0</w:t>
            </w:r>
          </w:p>
        </w:tc>
        <w:tc>
          <w:tcPr>
            <w:tcW w:type="dxa" w:w="1008"/>
          </w:tcPr>
          <w:p>
            <w:pPr>
              <w:spacing w:after="0"/>
              <w:jc w:val="right"/>
            </w:pPr>
            <w:r>
              <w:rPr>
                <w:sz w:val="16"/>
              </w:rPr>
              <w:t>$91,269</w:t>
            </w:r>
          </w:p>
        </w:tc>
        <w:tc>
          <w:tcPr>
            <w:tcW w:type="dxa" w:w="1062"/>
          </w:tcPr>
          <w:p>
            <w:pPr>
              <w:spacing w:after="0"/>
              <w:jc w:val="right"/>
            </w:pPr>
            <w:r>
              <w:rPr>
                <w:sz w:val="16"/>
              </w:rPr>
              <w:t>0.00475%</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$63,617,456</w:t>
            </w:r>
          </w:p>
        </w:tc>
        <w:tc>
          <w:tcPr>
            <w:tcW w:type="dxa" w:w="1137"/>
          </w:tcPr>
          <w:p>
            <w:pPr>
              <w:spacing w:after="0"/>
              <w:jc w:val="right"/>
            </w:pPr>
            <w:r>
              <w:rPr>
                <w:sz w:val="16"/>
              </w:rPr>
              <w:t>$0</w:t>
            </w:r>
          </w:p>
        </w:tc>
        <w:tc>
          <w:tcPr>
            <w:tcW w:type="dxa" w:w="1046"/>
          </w:tcPr>
          <w:p>
            <w:pPr>
              <w:spacing w:after="0"/>
              <w:jc w:val="right"/>
            </w:pPr>
            <w:r>
              <w:rPr>
                <w:sz w:val="16"/>
              </w:rPr>
              <w:t>531</w:t>
            </w:r>
          </w:p>
        </w:tc>
        <w:tc>
          <w:tcPr>
            <w:tcW w:type="dxa" w:w="1037"/>
          </w:tcPr>
          <w:p>
            <w:pPr>
              <w:spacing w:after="0"/>
              <w:jc w:val="right"/>
            </w:pPr>
            <w:r>
              <w:rPr>
                <w:sz w:val="16"/>
              </w:rPr>
              <w:t>$483</w:t>
            </w:r>
          </w:p>
        </w:tc>
        <w:tc>
          <w:tcPr>
            <w:tcW w:type="dxa" w:w="1126"/>
          </w:tcPr>
          <w:p>
            <w:pPr>
              <w:spacing w:after="0"/>
              <w:jc w:val="right"/>
            </w:pPr>
            <w:r>
              <w:rPr>
                <w:sz w:val="16"/>
              </w:rPr>
              <w:t>$0</w:t>
            </w:r>
          </w:p>
        </w:tc>
        <w:tc>
          <w:tcPr>
            <w:tcW w:type="dxa" w:w="1008"/>
          </w:tcPr>
          <w:p>
            <w:pPr>
              <w:spacing w:after="0"/>
              <w:jc w:val="right"/>
            </w:pPr>
            <w:r>
              <w:rPr>
                <w:sz w:val="16"/>
              </w:rPr>
              <w:t>$122</w:t>
            </w:r>
          </w:p>
        </w:tc>
        <w:tc>
          <w:tcPr>
            <w:tcW w:type="dxa" w:w="1062"/>
          </w:tcPr>
          <w:p>
            <w:pPr>
              <w:spacing w:after="0"/>
              <w:jc w:val="right"/>
            </w:pPr>
            <w:r>
              <w:rPr>
                <w:sz w:val="16"/>
              </w:rPr>
              <w:t>0.000759%</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$1,753,301,725</w:t>
            </w:r>
          </w:p>
        </w:tc>
        <w:tc>
          <w:tcPr>
            <w:tcW w:type="dxa" w:w="1137"/>
          </w:tcPr>
          <w:p>
            <w:pPr>
              <w:spacing w:after="0"/>
              <w:jc w:val="right"/>
            </w:pPr>
            <w:r>
              <w:rPr>
                <w:sz w:val="16"/>
              </w:rPr>
              <w:t>$0</w:t>
            </w:r>
          </w:p>
        </w:tc>
        <w:tc>
          <w:tcPr>
            <w:tcW w:type="dxa" w:w="1046"/>
          </w:tcPr>
          <w:p>
            <w:pPr>
              <w:spacing w:after="0"/>
              <w:jc w:val="right"/>
            </w:pPr>
            <w:r>
              <w:rPr>
                <w:sz w:val="16"/>
              </w:rPr>
              <w:t>8,180</w:t>
            </w:r>
          </w:p>
        </w:tc>
        <w:tc>
          <w:tcPr>
            <w:tcW w:type="dxa" w:w="1037"/>
          </w:tcPr>
          <w:p>
            <w:pPr>
              <w:spacing w:after="0"/>
              <w:jc w:val="right"/>
            </w:pPr>
            <w:r>
              <w:rPr>
                <w:sz w:val="16"/>
              </w:rPr>
              <w:t>$2,997</w:t>
            </w:r>
          </w:p>
        </w:tc>
        <w:tc>
          <w:tcPr>
            <w:tcW w:type="dxa" w:w="1126"/>
          </w:tcPr>
          <w:p>
            <w:pPr>
              <w:spacing w:after="0"/>
              <w:jc w:val="right"/>
            </w:pPr>
            <w:r>
              <w:rPr>
                <w:sz w:val="16"/>
              </w:rPr>
              <w:t>$0</w:t>
            </w:r>
          </w:p>
        </w:tc>
        <w:tc>
          <w:tcPr>
            <w:tcW w:type="dxa" w:w="1008"/>
          </w:tcPr>
          <w:p>
            <w:pPr>
              <w:spacing w:after="0"/>
              <w:jc w:val="right"/>
            </w:pPr>
            <w:r>
              <w:rPr>
                <w:sz w:val="16"/>
              </w:rPr>
              <w:t>$32,257</w:t>
            </w:r>
          </w:p>
        </w:tc>
        <w:tc>
          <w:tcPr>
            <w:tcW w:type="dxa" w:w="1062"/>
          </w:tcPr>
          <w:p>
            <w:pPr>
              <w:spacing w:after="0"/>
              <w:jc w:val="right"/>
            </w:pPr>
            <w:r>
              <w:rPr>
                <w:sz w:val="16"/>
              </w:rPr>
              <w:t>0.000171%</w:t>
            </w:r>
          </w:p>
        </w:tc>
        <w:tc>
          <w:tcPr>
            <w:tcW w:type="dxa" w:w="1227"/>
          </w:tcPr>
          <w:p>
            <w:pPr>
              <w:spacing w:after="0"/>
              <w:jc w:val="right"/>
            </w:pPr>
          </w:p>
        </w:tc>
        <w:tc>
          <w:tcPr>
            <w:tcW w:type="dxa" w:w="1112"/>
          </w:tcPr>
          <w:p>
            <w:pPr>
              <w:spacing w:after="0"/>
              <w:jc w:val="right"/>
            </w:pPr>
            <w:r>
              <w:rPr>
                <w:sz w:val="16"/>
              </w:rPr>
              <w:t>$2,000</w:t>
            </w:r>
          </w:p>
        </w:tc>
        <w:tc>
          <w:tcPr>
            <w:tcW w:type="dxa" w:w="1268"/>
          </w:tcPr>
          <w:p>
            <w:pPr>
              <w:spacing w:after="0"/>
              <w:jc w:val="right"/>
            </w:pPr>
            <w:r>
              <w:rPr>
                <w:sz w:val="16"/>
              </w:rPr>
              <w:t>no Public Assistance recorded (1 declaration)</w:t>
            </w: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2022-06-08 (Storm Events through 2026-06-30): 2 county-coded records, 2 with a damage value recorded (including $0), $13,000; 7 zone-level records, 5 with a damage value recorded (including $0), $3,000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8,180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$1,753,301,725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$2,514,111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$508,587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of which: Franklin city</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Franklin city</w:t>
            </w:r>
          </w:p>
        </w:tc>
        <w:tc>
          <w:tcPr>
            <w:tcW w:type="dxa" w:w="1636"/>
          </w:tcPr>
          <w:p>
            <w:pPr>
              <w:spacing w:after="0"/>
              <w:jc w:val="left"/>
            </w:pPr>
            <w:r>
              <w:rPr>
                <w:sz w:val="16"/>
              </w:rPr>
              <w:t>510060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7</w:t>
            </w:r>
          </w:p>
        </w:tc>
        <w:tc>
          <w:tcPr>
            <w:tcW w:type="dxa" w:w="1470"/>
          </w:tcPr>
          <w:p>
            <w:pPr>
              <w:spacing w:after="0"/>
              <w:jc w:val="right"/>
            </w:pPr>
            <w:r>
              <w:rPr>
                <w:sz w:val="16"/>
              </w:rPr>
              <w:t>1</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636"/>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Franklin city, VA: risk-assessment baseline packet, release 2026-10 (data as of 2026-09-30; Independent city FIPS 51620). Automated baseline. </w:t>
      </w:r>
      <w:hyperlink r:id="rId15">
        <w:r>
          <w:rPr>
            <w:color w:val="1F4E99"/>
            <w:sz w:val="17"/>
            <w:u w:val="single"/>
          </w:rPr>
          <w:t>https://hazardplain.org/va/51620/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hazard-plain_2026-10_VA_51620.docx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62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city, VA: Risk-assessment baseline packet</dc:title>
  <dc:subject>Hazard Plain release 2026-10, as of 2026-09-30. Automated baseline</dc:subject>
  <dc:creator>Hazard Plain</dc:creator>
  <cp:keywords>Hazard Plain; hazard mitigation; risk assessment; 51620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