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Falls Church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51610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2028-02-22. Plan: PDC 08 Northern Virginia Hazard Mitigation Plan (FEMA plan 108862), approved 2023-02-23.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2023-02-23: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($1,444,331 a year), Lightning ($493,189) and Strong Wind ($279,659).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51610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2028-02-22</w:t>
      </w:r>
    </w:p>
    <w:p>
      <w:pPr>
        <w:keepNext/>
        <w:spacing w:after="40" w:before="0"/>
      </w:pPr>
      <w:r>
        <w:rPr>
          <w:b/>
        </w:rPr>
        <w:t xml:space="preserve">Plan: </w:t>
      </w:r>
      <w:r>
        <w:rPr/>
        <w:t>PDC 08 Northern Virginia Hazard Mitigation Plan (FEMA plan 108862)</w:t>
      </w:r>
    </w:p>
    <w:p>
      <w:pPr>
        <w:keepNext/>
        <w:spacing w:after="40" w:before="0"/>
      </w:pPr>
      <w:r>
        <w:rPr>
          <w:b/>
        </w:rPr>
        <w:t xml:space="preserve">Approved: </w:t>
      </w:r>
      <w:r>
        <w:rPr/>
        <w:t>2023-02-23</w:t>
      </w:r>
    </w:p>
    <w:p>
      <w:pPr>
        <w:keepNext/>
        <w:spacing w:after="40" w:before="0"/>
      </w:pPr>
      <w:r>
        <w:rPr>
          <w:b/>
        </w:rPr>
        <w:t xml:space="preserve">Days to expiry: </w:t>
      </w:r>
      <w:r>
        <w:rPr/>
        <w:t>510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6"/>
        <w:gridCol w:w="648"/>
        <w:gridCol w:w="2083"/>
        <w:gridCol w:w="1734"/>
        <w:gridCol w:w="1037"/>
        <w:gridCol w:w="1037"/>
        <w:gridCol w:w="857"/>
        <w:gridCol w:w="2543"/>
        <w:gridCol w:w="2668"/>
      </w:tblGrid>
      <w:tr>
        <w:trPr>
          <w:cantSplit/>
          <w:tblHeader/>
        </w:trPr>
        <w:tc>
          <w:tcPr>
            <w:tcW w:type="dxa" w:w="150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083"/>
            <w:shd w:val="clear" w:color="auto" w:fill="E8E8E8"/>
          </w:tcPr>
          <w:p>
            <w:pPr>
              <w:spacing w:after="0"/>
              <w:jc w:val="left"/>
            </w:pPr>
            <w:r>
              <w:rPr>
                <w:b/>
                <w:sz w:val="16"/>
              </w:rPr>
              <w:t>Status</w:t>
            </w:r>
          </w:p>
        </w:tc>
        <w:tc>
          <w:tcPr>
            <w:tcW w:type="dxa" w:w="17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43"/>
            <w:shd w:val="clear" w:color="auto" w:fill="E8E8E8"/>
          </w:tcPr>
          <w:p>
            <w:pPr>
              <w:spacing w:after="0"/>
              <w:jc w:val="left"/>
            </w:pPr>
            <w:r>
              <w:rPr>
                <w:b/>
                <w:sz w:val="16"/>
              </w:rPr>
              <w:t>Update underway</w:t>
            </w:r>
          </w:p>
        </w:tc>
        <w:tc>
          <w:tcPr>
            <w:tcW w:type="dxa" w:w="2668"/>
            <w:shd w:val="clear" w:color="auto" w:fill="E8E8E8"/>
          </w:tcPr>
          <w:p>
            <w:pPr>
              <w:spacing w:after="0"/>
              <w:jc w:val="left"/>
            </w:pPr>
            <w:r>
              <w:rPr>
                <w:b/>
                <w:sz w:val="16"/>
              </w:rPr>
              <w:t>Notes</w:t>
            </w:r>
          </w:p>
        </w:tc>
      </w:tr>
      <w:tr>
        <w:trPr>
          <w:cantSplit/>
        </w:trPr>
        <w:tc>
          <w:tcPr>
            <w:tcW w:type="dxa" w:w="1506"/>
          </w:tcPr>
          <w:p>
            <w:pPr>
              <w:spacing w:after="0"/>
              <w:jc w:val="left"/>
            </w:pPr>
            <w:r>
              <w:rPr>
                <w:sz w:val="16"/>
              </w:rPr>
              <w:t>Falls Church city</w:t>
            </w:r>
          </w:p>
        </w:tc>
        <w:tc>
          <w:tcPr>
            <w:tcW w:type="dxa" w:w="648"/>
          </w:tcPr>
          <w:p>
            <w:pPr>
              <w:spacing w:after="0"/>
              <w:jc w:val="left"/>
            </w:pPr>
            <w:r>
              <w:rPr>
                <w:sz w:val="16"/>
              </w:rPr>
              <w:t>City</w:t>
            </w:r>
          </w:p>
        </w:tc>
        <w:tc>
          <w:tcPr>
            <w:tcW w:type="dxa" w:w="2083"/>
          </w:tcPr>
          <w:p>
            <w:pPr>
              <w:spacing w:after="0"/>
              <w:jc w:val="left"/>
            </w:pPr>
            <w:r>
              <w:rPr>
                <w:sz w:val="16"/>
              </w:rPr>
              <w:t>Approved, expires 2028-02-22</w:t>
            </w:r>
          </w:p>
        </w:tc>
        <w:tc>
          <w:tcPr>
            <w:tcW w:type="dxa" w:w="1734"/>
          </w:tcPr>
          <w:p>
            <w:pPr>
              <w:spacing w:after="0"/>
              <w:jc w:val="left"/>
            </w:pPr>
            <w:r>
              <w:rPr>
                <w:sz w:val="16"/>
              </w:rPr>
              <w:t>PDC 08 Northern Virginia Hazard Mitigation Plan (FEMA plan 108862)</w:t>
            </w:r>
          </w:p>
        </w:tc>
        <w:tc>
          <w:tcPr>
            <w:tcW w:type="dxa" w:w="1037"/>
          </w:tcPr>
          <w:p>
            <w:pPr>
              <w:spacing w:after="0"/>
              <w:jc w:val="left"/>
            </w:pPr>
            <w:r>
              <w:rPr>
                <w:sz w:val="16"/>
              </w:rPr>
              <w:t>2023-02-23</w:t>
            </w:r>
          </w:p>
        </w:tc>
        <w:tc>
          <w:tcPr>
            <w:tcW w:type="dxa" w:w="1037"/>
          </w:tcPr>
          <w:p>
            <w:pPr>
              <w:spacing w:after="0"/>
              <w:jc w:val="left"/>
            </w:pPr>
            <w:r>
              <w:rPr>
                <w:sz w:val="16"/>
              </w:rPr>
              <w:t>2028-02-22</w:t>
            </w:r>
          </w:p>
        </w:tc>
        <w:tc>
          <w:tcPr>
            <w:tcW w:type="dxa" w:w="857"/>
          </w:tcPr>
          <w:p>
            <w:pPr>
              <w:spacing w:after="0"/>
              <w:jc w:val="right"/>
            </w:pPr>
            <w:r>
              <w:rPr>
                <w:sz w:val="16"/>
              </w:rPr>
              <w:t>510</w:t>
            </w:r>
          </w:p>
        </w:tc>
        <w:tc>
          <w:tcPr>
            <w:tcW w:type="dxa" w:w="2543"/>
          </w:tcPr>
          <w:p>
            <w:pPr>
              <w:spacing w:after="0"/>
              <w:jc w:val="left"/>
            </w:pPr>
            <w:r>
              <w:rPr>
                <w:sz w:val="16"/>
              </w:rPr>
              <w:t>FEMA tracker shows a plan in progress</w:t>
            </w:r>
          </w:p>
        </w:tc>
        <w:tc>
          <w:tcPr>
            <w:tcW w:type="dxa" w:w="2668"/>
          </w:tcPr>
          <w:p>
            <w:pPr>
              <w:spacing w:after="0"/>
              <w:jc w:val="left"/>
            </w:pPr>
            <w:r>
              <w:rPr>
                <w:sz w:val="16"/>
              </w:rPr>
              <w:t>this jurisdiction approved 2023-02-27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108862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2"/>
        <w:gridCol w:w="1037"/>
        <w:gridCol w:w="1037"/>
        <w:gridCol w:w="1139"/>
        <w:gridCol w:w="1037"/>
        <w:gridCol w:w="1126"/>
        <w:gridCol w:w="1206"/>
        <w:gridCol w:w="1088"/>
        <w:gridCol w:w="1395"/>
        <w:gridCol w:w="1856"/>
        <w:gridCol w:w="2519"/>
      </w:tblGrid>
      <w:tr>
        <w:trPr>
          <w:cantSplit/>
          <w:tblHeader/>
        </w:trPr>
        <w:tc>
          <w:tcPr>
            <w:tcW w:type="dxa" w:w="67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3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85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19"/>
            <w:shd w:val="clear" w:color="auto" w:fill="E8E8E8"/>
          </w:tcPr>
          <w:p>
            <w:pPr>
              <w:spacing w:after="0"/>
              <w:jc w:val="left"/>
            </w:pPr>
            <w:r>
              <w:rPr>
                <w:b/>
                <w:sz w:val="16"/>
              </w:rPr>
              <w:t>Storm Events coverage note</w:t>
            </w:r>
          </w:p>
        </w:tc>
      </w:tr>
      <w:tr>
        <w:trPr>
          <w:cantSplit/>
        </w:trPr>
        <w:tc>
          <w:tcPr>
            <w:tcW w:type="dxa" w:w="672"/>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$1,438,173</w:t>
            </w:r>
          </w:p>
        </w:tc>
        <w:tc>
          <w:tcPr>
            <w:tcW w:type="dxa" w:w="1126"/>
          </w:tcPr>
          <w:p>
            <w:pPr>
              <w:spacing w:after="0"/>
              <w:jc w:val="right"/>
            </w:pPr>
            <w:r>
              <w:rPr>
                <w:sz w:val="16"/>
              </w:rPr>
              <w:t>$0</w:t>
            </w:r>
          </w:p>
        </w:tc>
        <w:tc>
          <w:tcPr>
            <w:tcW w:type="dxa" w:w="1206"/>
          </w:tcPr>
          <w:p>
            <w:pPr>
              <w:spacing w:after="0"/>
              <w:jc w:val="right"/>
            </w:pPr>
            <w:r>
              <w:rPr>
                <w:sz w:val="16"/>
              </w:rPr>
              <w:t>$6,158</w:t>
            </w:r>
          </w:p>
        </w:tc>
        <w:tc>
          <w:tcPr>
            <w:tcW w:type="dxa" w:w="1088"/>
          </w:tcPr>
          <w:p>
            <w:pPr>
              <w:spacing w:after="0"/>
              <w:jc w:val="right"/>
            </w:pPr>
            <w:r>
              <w:rPr>
                <w:sz w:val="16"/>
              </w:rPr>
              <w:t>$1,444,331</w:t>
            </w:r>
          </w:p>
        </w:tc>
        <w:tc>
          <w:tcPr>
            <w:tcW w:type="dxa" w:w="1395"/>
          </w:tcPr>
          <w:p>
            <w:pPr>
              <w:spacing w:after="0"/>
              <w:jc w:val="right"/>
            </w:pPr>
            <w:r>
              <w:rPr>
                <w:sz w:val="16"/>
              </w:rPr>
              <w:t>12</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2</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139"/>
          </w:tcPr>
          <w:p>
            <w:pPr>
              <w:spacing w:after="0"/>
              <w:jc w:val="left"/>
            </w:pPr>
            <w:r>
              <w:rPr>
                <w:sz w:val="16"/>
              </w:rPr>
              <w:t>Relatively Moderate</w:t>
            </w:r>
          </w:p>
        </w:tc>
        <w:tc>
          <w:tcPr>
            <w:tcW w:type="dxa" w:w="1037"/>
          </w:tcPr>
          <w:p>
            <w:pPr>
              <w:spacing w:after="0"/>
              <w:jc w:val="right"/>
            </w:pPr>
            <w:r>
              <w:rPr>
                <w:sz w:val="16"/>
              </w:rPr>
              <w:t>$3,903</w:t>
            </w:r>
          </w:p>
        </w:tc>
        <w:tc>
          <w:tcPr>
            <w:tcW w:type="dxa" w:w="1126"/>
          </w:tcPr>
          <w:p>
            <w:pPr>
              <w:spacing w:after="0"/>
              <w:jc w:val="right"/>
            </w:pPr>
            <w:r>
              <w:rPr>
                <w:sz w:val="16"/>
              </w:rPr>
              <w:t>n/a</w:t>
            </w:r>
          </w:p>
        </w:tc>
        <w:tc>
          <w:tcPr>
            <w:tcW w:type="dxa" w:w="1206"/>
          </w:tcPr>
          <w:p>
            <w:pPr>
              <w:spacing w:after="0"/>
              <w:jc w:val="right"/>
            </w:pPr>
            <w:r>
              <w:rPr>
                <w:sz w:val="16"/>
              </w:rPr>
              <w:t>$489,286</w:t>
            </w:r>
          </w:p>
        </w:tc>
        <w:tc>
          <w:tcPr>
            <w:tcW w:type="dxa" w:w="1088"/>
          </w:tcPr>
          <w:p>
            <w:pPr>
              <w:spacing w:after="0"/>
              <w:jc w:val="right"/>
            </w:pPr>
            <w:r>
              <w:rPr>
                <w:sz w:val="16"/>
              </w:rPr>
              <w:t>$493,189</w:t>
            </w:r>
          </w:p>
        </w:tc>
        <w:tc>
          <w:tcPr>
            <w:tcW w:type="dxa" w:w="1395"/>
          </w:tcPr>
          <w:p>
            <w:pPr>
              <w:spacing w:after="0"/>
              <w:jc w:val="right"/>
            </w:pPr>
            <w:r>
              <w:rPr>
                <w:sz w:val="16"/>
              </w:rPr>
              <w:t>2</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139"/>
          </w:tcPr>
          <w:p>
            <w:pPr>
              <w:spacing w:after="0"/>
              <w:jc w:val="left"/>
            </w:pPr>
            <w:r>
              <w:rPr>
                <w:sz w:val="16"/>
              </w:rPr>
              <w:t>Relatively Low</w:t>
            </w:r>
          </w:p>
        </w:tc>
        <w:tc>
          <w:tcPr>
            <w:tcW w:type="dxa" w:w="1037"/>
          </w:tcPr>
          <w:p>
            <w:pPr>
              <w:spacing w:after="0"/>
              <w:jc w:val="right"/>
            </w:pPr>
            <w:r>
              <w:rPr>
                <w:sz w:val="16"/>
              </w:rPr>
              <w:t>$103,167</w:t>
            </w:r>
          </w:p>
        </w:tc>
        <w:tc>
          <w:tcPr>
            <w:tcW w:type="dxa" w:w="1126"/>
          </w:tcPr>
          <w:p>
            <w:pPr>
              <w:spacing w:after="0"/>
              <w:jc w:val="right"/>
            </w:pPr>
            <w:r>
              <w:rPr>
                <w:sz w:val="16"/>
              </w:rPr>
              <w:t>$0</w:t>
            </w:r>
          </w:p>
        </w:tc>
        <w:tc>
          <w:tcPr>
            <w:tcW w:type="dxa" w:w="1206"/>
          </w:tcPr>
          <w:p>
            <w:pPr>
              <w:spacing w:after="0"/>
              <w:jc w:val="right"/>
            </w:pPr>
            <w:r>
              <w:rPr>
                <w:sz w:val="16"/>
              </w:rPr>
              <w:t>$176,492</w:t>
            </w:r>
          </w:p>
        </w:tc>
        <w:tc>
          <w:tcPr>
            <w:tcW w:type="dxa" w:w="1088"/>
          </w:tcPr>
          <w:p>
            <w:pPr>
              <w:spacing w:after="0"/>
              <w:jc w:val="right"/>
            </w:pPr>
            <w:r>
              <w:rPr>
                <w:sz w:val="16"/>
              </w:rPr>
              <w:t>$279,659</w:t>
            </w:r>
          </w:p>
        </w:tc>
        <w:tc>
          <w:tcPr>
            <w:tcW w:type="dxa" w:w="1395"/>
          </w:tcPr>
          <w:p>
            <w:pPr>
              <w:spacing w:after="0"/>
              <w:jc w:val="right"/>
            </w:pPr>
            <w:r>
              <w:rPr>
                <w:sz w:val="16"/>
              </w:rPr>
              <w:t>62</w:t>
            </w:r>
          </w:p>
        </w:tc>
        <w:tc>
          <w:tcPr>
            <w:tcW w:type="dxa" w:w="1856"/>
          </w:tcPr>
          <w:p>
            <w:pPr>
              <w:spacing w:after="0"/>
              <w:jc w:val="left"/>
            </w:pPr>
          </w:p>
        </w:tc>
        <w:tc>
          <w:tcPr>
            <w:tcW w:type="dxa" w:w="2519"/>
          </w:tcPr>
          <w:p>
            <w:pPr>
              <w:spacing w:after="0"/>
              <w:jc w:val="left"/>
            </w:pPr>
            <w:r>
              <w:rPr>
                <w:sz w:val="16"/>
              </w:rPr>
              <w:t>Includes 14 High Wind and 22 Strong Wind records (NOAA non-thunderstorm wind types, outside NRI's Strong Wind definition).</w:t>
            </w:r>
          </w:p>
        </w:tc>
      </w:tr>
      <w:tr>
        <w:trPr>
          <w:cantSplit/>
        </w:trPr>
        <w:tc>
          <w:tcPr>
            <w:tcW w:type="dxa" w:w="672"/>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3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206"/>
          </w:tcPr>
          <w:p>
            <w:pPr>
              <w:spacing w:after="0"/>
              <w:jc w:val="right"/>
            </w:pPr>
            <w:r>
              <w:rPr>
                <w:sz w:val="16"/>
              </w:rPr>
              <w:t>$272,890</w:t>
            </w:r>
          </w:p>
        </w:tc>
        <w:tc>
          <w:tcPr>
            <w:tcW w:type="dxa" w:w="1088"/>
          </w:tcPr>
          <w:p>
            <w:pPr>
              <w:spacing w:after="0"/>
              <w:jc w:val="right"/>
            </w:pPr>
            <w:r>
              <w:rPr>
                <w:sz w:val="16"/>
              </w:rPr>
              <w:t>$272,890</w:t>
            </w:r>
          </w:p>
        </w:tc>
        <w:tc>
          <w:tcPr>
            <w:tcW w:type="dxa" w:w="1395"/>
          </w:tcPr>
          <w:p>
            <w:pPr>
              <w:spacing w:after="0"/>
              <w:jc w:val="right"/>
            </w:pPr>
            <w:r>
              <w:rPr>
                <w:sz w:val="16"/>
              </w:rPr>
              <w:t>66</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39"/>
          </w:tcPr>
          <w:p>
            <w:pPr>
              <w:spacing w:after="0"/>
              <w:jc w:val="left"/>
            </w:pPr>
            <w:r>
              <w:rPr>
                <w:sz w:val="16"/>
              </w:rPr>
              <w:t>Relatively Low</w:t>
            </w:r>
          </w:p>
        </w:tc>
        <w:tc>
          <w:tcPr>
            <w:tcW w:type="dxa" w:w="1037"/>
          </w:tcPr>
          <w:p>
            <w:pPr>
              <w:spacing w:after="0"/>
              <w:jc w:val="right"/>
            </w:pPr>
            <w:r>
              <w:rPr>
                <w:sz w:val="16"/>
              </w:rPr>
              <w:t>$193,838</w:t>
            </w:r>
          </w:p>
        </w:tc>
        <w:tc>
          <w:tcPr>
            <w:tcW w:type="dxa" w:w="1126"/>
          </w:tcPr>
          <w:p>
            <w:pPr>
              <w:spacing w:after="0"/>
              <w:jc w:val="right"/>
            </w:pPr>
            <w:r>
              <w:rPr>
                <w:sz w:val="16"/>
              </w:rPr>
              <w:t>$0</w:t>
            </w:r>
          </w:p>
        </w:tc>
        <w:tc>
          <w:tcPr>
            <w:tcW w:type="dxa" w:w="1206"/>
          </w:tcPr>
          <w:p>
            <w:pPr>
              <w:spacing w:after="0"/>
              <w:jc w:val="right"/>
            </w:pPr>
            <w:r>
              <w:rPr>
                <w:sz w:val="16"/>
              </w:rPr>
              <w:t>$6,931</w:t>
            </w:r>
          </w:p>
        </w:tc>
        <w:tc>
          <w:tcPr>
            <w:tcW w:type="dxa" w:w="1088"/>
          </w:tcPr>
          <w:p>
            <w:pPr>
              <w:spacing w:after="0"/>
              <w:jc w:val="right"/>
            </w:pPr>
            <w:r>
              <w:rPr>
                <w:sz w:val="16"/>
              </w:rPr>
              <w:t>$200,770</w:t>
            </w:r>
          </w:p>
        </w:tc>
        <w:tc>
          <w:tcPr>
            <w:tcW w:type="dxa" w:w="1395"/>
          </w:tcPr>
          <w:p>
            <w:pPr>
              <w:spacing w:after="0"/>
              <w:jc w:val="right"/>
            </w:pPr>
            <w:r>
              <w:rPr>
                <w:sz w:val="16"/>
              </w:rPr>
              <w:t>5</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$114,667</w:t>
            </w:r>
          </w:p>
        </w:tc>
        <w:tc>
          <w:tcPr>
            <w:tcW w:type="dxa" w:w="1126"/>
          </w:tcPr>
          <w:p>
            <w:pPr>
              <w:spacing w:after="0"/>
              <w:jc w:val="right"/>
            </w:pPr>
            <w:r>
              <w:rPr>
                <w:sz w:val="16"/>
              </w:rPr>
              <w:t>$0</w:t>
            </w:r>
          </w:p>
        </w:tc>
        <w:tc>
          <w:tcPr>
            <w:tcW w:type="dxa" w:w="1206"/>
          </w:tcPr>
          <w:p>
            <w:pPr>
              <w:spacing w:after="0"/>
              <w:jc w:val="right"/>
            </w:pPr>
            <w:r>
              <w:rPr>
                <w:sz w:val="16"/>
              </w:rPr>
              <w:t>$85,912</w:t>
            </w:r>
          </w:p>
        </w:tc>
        <w:tc>
          <w:tcPr>
            <w:tcW w:type="dxa" w:w="1088"/>
          </w:tcPr>
          <w:p>
            <w:pPr>
              <w:spacing w:after="0"/>
              <w:jc w:val="right"/>
            </w:pPr>
            <w:r>
              <w:rPr>
                <w:sz w:val="16"/>
              </w:rPr>
              <w:t>$200,579</w:t>
            </w:r>
          </w:p>
        </w:tc>
        <w:tc>
          <w:tcPr>
            <w:tcW w:type="dxa" w:w="1395"/>
          </w:tcPr>
          <w:p>
            <w:pPr>
              <w:spacing w:after="0"/>
              <w:jc w:val="right"/>
            </w:pPr>
            <w:r>
              <w:rPr>
                <w:sz w:val="16"/>
              </w:rPr>
              <w:t>0</w:t>
            </w:r>
          </w:p>
        </w:tc>
        <w:tc>
          <w:tcPr>
            <w:tcW w:type="dxa" w:w="1856"/>
          </w:tcPr>
          <w:p>
            <w:pPr>
              <w:spacing w:after="0"/>
              <w:jc w:val="left"/>
            </w:pPr>
          </w:p>
        </w:tc>
        <w:tc>
          <w:tcPr>
            <w:tcW w:type="dxa" w:w="2519"/>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$96,976</w:t>
            </w:r>
          </w:p>
        </w:tc>
        <w:tc>
          <w:tcPr>
            <w:tcW w:type="dxa" w:w="1126"/>
          </w:tcPr>
          <w:p>
            <w:pPr>
              <w:spacing w:after="0"/>
              <w:jc w:val="right"/>
            </w:pPr>
            <w:r>
              <w:rPr>
                <w:sz w:val="16"/>
              </w:rPr>
              <w:t>n/a</w:t>
            </w:r>
          </w:p>
        </w:tc>
        <w:tc>
          <w:tcPr>
            <w:tcW w:type="dxa" w:w="1206"/>
          </w:tcPr>
          <w:p>
            <w:pPr>
              <w:spacing w:after="0"/>
              <w:jc w:val="right"/>
            </w:pPr>
            <w:r>
              <w:rPr>
                <w:sz w:val="16"/>
              </w:rPr>
              <w:t>$45,125</w:t>
            </w:r>
          </w:p>
        </w:tc>
        <w:tc>
          <w:tcPr>
            <w:tcW w:type="dxa" w:w="1088"/>
          </w:tcPr>
          <w:p>
            <w:pPr>
              <w:spacing w:after="0"/>
              <w:jc w:val="right"/>
            </w:pPr>
            <w:r>
              <w:rPr>
                <w:sz w:val="16"/>
              </w:rPr>
              <w:t>$142,101</w:t>
            </w:r>
          </w:p>
        </w:tc>
        <w:tc>
          <w:tcPr>
            <w:tcW w:type="dxa" w:w="1395"/>
          </w:tcPr>
          <w:p>
            <w:pPr>
              <w:spacing w:after="0"/>
              <w:jc w:val="right"/>
            </w:pPr>
          </w:p>
        </w:tc>
        <w:tc>
          <w:tcPr>
            <w:tcW w:type="dxa" w:w="1856"/>
          </w:tcPr>
          <w:p>
            <w:pPr>
              <w:spacing w:after="0"/>
              <w:jc w:val="left"/>
            </w:pPr>
          </w:p>
        </w:tc>
        <w:tc>
          <w:tcPr>
            <w:tcW w:type="dxa" w:w="2519"/>
          </w:tcPr>
          <w:p>
            <w:pPr>
              <w:spacing w:after="0"/>
              <w:jc w:val="left"/>
            </w:pPr>
            <w:r>
              <w:rPr>
                <w:sz w:val="16"/>
              </w:rPr>
              <w:t>Storm Events does not record earthquakes.</w:t>
            </w:r>
          </w:p>
        </w:tc>
      </w:tr>
      <w:tr>
        <w:trPr>
          <w:cantSplit/>
        </w:trPr>
        <w:tc>
          <w:tcPr>
            <w:tcW w:type="dxa" w:w="672"/>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$45,345</w:t>
            </w:r>
          </w:p>
        </w:tc>
        <w:tc>
          <w:tcPr>
            <w:tcW w:type="dxa" w:w="1126"/>
          </w:tcPr>
          <w:p>
            <w:pPr>
              <w:spacing w:after="0"/>
              <w:jc w:val="right"/>
            </w:pPr>
            <w:r>
              <w:rPr>
                <w:sz w:val="16"/>
              </w:rPr>
              <w:t>$0</w:t>
            </w:r>
          </w:p>
        </w:tc>
        <w:tc>
          <w:tcPr>
            <w:tcW w:type="dxa" w:w="1206"/>
          </w:tcPr>
          <w:p>
            <w:pPr>
              <w:spacing w:after="0"/>
              <w:jc w:val="right"/>
            </w:pPr>
            <w:r>
              <w:rPr>
                <w:sz w:val="16"/>
              </w:rPr>
              <w:t>$102</w:t>
            </w:r>
          </w:p>
        </w:tc>
        <w:tc>
          <w:tcPr>
            <w:tcW w:type="dxa" w:w="1088"/>
          </w:tcPr>
          <w:p>
            <w:pPr>
              <w:spacing w:after="0"/>
              <w:jc w:val="right"/>
            </w:pPr>
            <w:r>
              <w:rPr>
                <w:sz w:val="16"/>
              </w:rPr>
              <w:t>$45,447</w:t>
            </w:r>
          </w:p>
        </w:tc>
        <w:tc>
          <w:tcPr>
            <w:tcW w:type="dxa" w:w="1395"/>
          </w:tcPr>
          <w:p>
            <w:pPr>
              <w:spacing w:after="0"/>
              <w:jc w:val="right"/>
            </w:pPr>
            <w:r>
              <w:rPr>
                <w:sz w:val="16"/>
              </w:rPr>
              <w:t>8</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9</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139"/>
          </w:tcPr>
          <w:p>
            <w:pPr>
              <w:spacing w:after="0"/>
              <w:jc w:val="left"/>
            </w:pPr>
            <w:r>
              <w:rPr>
                <w:sz w:val="16"/>
              </w:rPr>
              <w:t>Relatively Low</w:t>
            </w:r>
          </w:p>
        </w:tc>
        <w:tc>
          <w:tcPr>
            <w:tcW w:type="dxa" w:w="1037"/>
          </w:tcPr>
          <w:p>
            <w:pPr>
              <w:spacing w:after="0"/>
              <w:jc w:val="right"/>
            </w:pPr>
            <w:r>
              <w:rPr>
                <w:sz w:val="16"/>
              </w:rPr>
              <w:t>$2,199</w:t>
            </w:r>
          </w:p>
        </w:tc>
        <w:tc>
          <w:tcPr>
            <w:tcW w:type="dxa" w:w="1126"/>
          </w:tcPr>
          <w:p>
            <w:pPr>
              <w:spacing w:after="0"/>
              <w:jc w:val="right"/>
            </w:pPr>
            <w:r>
              <w:rPr>
                <w:sz w:val="16"/>
              </w:rPr>
              <w:t>$0</w:t>
            </w:r>
          </w:p>
        </w:tc>
        <w:tc>
          <w:tcPr>
            <w:tcW w:type="dxa" w:w="1206"/>
          </w:tcPr>
          <w:p>
            <w:pPr>
              <w:spacing w:after="0"/>
              <w:jc w:val="right"/>
            </w:pPr>
            <w:r>
              <w:rPr>
                <w:sz w:val="16"/>
              </w:rPr>
              <w:t>$21,452</w:t>
            </w:r>
          </w:p>
        </w:tc>
        <w:tc>
          <w:tcPr>
            <w:tcW w:type="dxa" w:w="1088"/>
          </w:tcPr>
          <w:p>
            <w:pPr>
              <w:spacing w:after="0"/>
              <w:jc w:val="right"/>
            </w:pPr>
            <w:r>
              <w:rPr>
                <w:sz w:val="16"/>
              </w:rPr>
              <w:t>$23,651</w:t>
            </w:r>
          </w:p>
        </w:tc>
        <w:tc>
          <w:tcPr>
            <w:tcW w:type="dxa" w:w="1395"/>
          </w:tcPr>
          <w:p>
            <w:pPr>
              <w:spacing w:after="0"/>
              <w:jc w:val="right"/>
            </w:pPr>
            <w:r>
              <w:rPr>
                <w:sz w:val="16"/>
              </w:rPr>
              <w:t>138</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10</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$2,675</w:t>
            </w:r>
          </w:p>
        </w:tc>
        <w:tc>
          <w:tcPr>
            <w:tcW w:type="dxa" w:w="1126"/>
          </w:tcPr>
          <w:p>
            <w:pPr>
              <w:spacing w:after="0"/>
              <w:jc w:val="right"/>
            </w:pPr>
            <w:r>
              <w:rPr>
                <w:sz w:val="16"/>
              </w:rPr>
              <w:t>$0</w:t>
            </w:r>
          </w:p>
        </w:tc>
        <w:tc>
          <w:tcPr>
            <w:tcW w:type="dxa" w:w="1206"/>
          </w:tcPr>
          <w:p>
            <w:pPr>
              <w:spacing w:after="0"/>
              <w:jc w:val="right"/>
            </w:pPr>
            <w:r>
              <w:rPr>
                <w:sz w:val="16"/>
              </w:rPr>
              <w:t>$15,600</w:t>
            </w:r>
          </w:p>
        </w:tc>
        <w:tc>
          <w:tcPr>
            <w:tcW w:type="dxa" w:w="1088"/>
          </w:tcPr>
          <w:p>
            <w:pPr>
              <w:spacing w:after="0"/>
              <w:jc w:val="right"/>
            </w:pPr>
            <w:r>
              <w:rPr>
                <w:sz w:val="16"/>
              </w:rPr>
              <w:t>$18,275</w:t>
            </w:r>
          </w:p>
        </w:tc>
        <w:tc>
          <w:tcPr>
            <w:tcW w:type="dxa" w:w="1395"/>
          </w:tcPr>
          <w:p>
            <w:pPr>
              <w:spacing w:after="0"/>
              <w:jc w:val="right"/>
            </w:pPr>
            <w:r>
              <w:rPr>
                <w:sz w:val="16"/>
              </w:rPr>
              <w:t>33</w:t>
            </w:r>
          </w:p>
        </w:tc>
        <w:tc>
          <w:tcPr>
            <w:tcW w:type="dxa" w:w="1856"/>
          </w:tcPr>
          <w:p>
            <w:pPr>
              <w:spacing w:after="0"/>
              <w:jc w:val="left"/>
            </w:pPr>
          </w:p>
        </w:tc>
        <w:tc>
          <w:tcPr>
            <w:tcW w:type="dxa" w:w="2519"/>
          </w:tcPr>
          <w:p>
            <w:pPr>
              <w:spacing w:after="0"/>
              <w:jc w:val="left"/>
            </w:pPr>
            <w:r>
              <w:rPr>
                <w:sz w:val="16"/>
              </w:rPr>
              <w:t>Includes 18 Frost/Freeze records (outside NRI's Cold Wave definition; counted in this table and in B1-d, not in the B1-e descriptor).</w:t>
            </w:r>
          </w:p>
        </w:tc>
      </w:tr>
      <w:tr>
        <w:trPr>
          <w:cantSplit/>
        </w:trPr>
        <w:tc>
          <w:tcPr>
            <w:tcW w:type="dxa" w:w="672"/>
          </w:tcPr>
          <w:p>
            <w:pPr>
              <w:spacing w:after="0"/>
              <w:jc w:val="right"/>
            </w:pPr>
            <w:r>
              <w:rPr>
                <w:sz w:val="16"/>
              </w:rPr>
              <w:t>11</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$7,299</w:t>
            </w:r>
          </w:p>
        </w:tc>
        <w:tc>
          <w:tcPr>
            <w:tcW w:type="dxa" w:w="1126"/>
          </w:tcPr>
          <w:p>
            <w:pPr>
              <w:spacing w:after="0"/>
              <w:jc w:val="right"/>
            </w:pPr>
            <w:r>
              <w:rPr>
                <w:sz w:val="16"/>
              </w:rPr>
              <w:t>n/a</w:t>
            </w:r>
          </w:p>
        </w:tc>
        <w:tc>
          <w:tcPr>
            <w:tcW w:type="dxa" w:w="1206"/>
          </w:tcPr>
          <w:p>
            <w:pPr>
              <w:spacing w:after="0"/>
              <w:jc w:val="right"/>
            </w:pPr>
            <w:r>
              <w:rPr>
                <w:sz w:val="16"/>
              </w:rPr>
              <w:t>$2,949</w:t>
            </w:r>
          </w:p>
        </w:tc>
        <w:tc>
          <w:tcPr>
            <w:tcW w:type="dxa" w:w="1088"/>
          </w:tcPr>
          <w:p>
            <w:pPr>
              <w:spacing w:after="0"/>
              <w:jc w:val="right"/>
            </w:pPr>
            <w:r>
              <w:rPr>
                <w:sz w:val="16"/>
              </w:rPr>
              <w:t>$10,248</w:t>
            </w:r>
          </w:p>
        </w:tc>
        <w:tc>
          <w:tcPr>
            <w:tcW w:type="dxa" w:w="1395"/>
          </w:tcPr>
          <w:p>
            <w:pPr>
              <w:spacing w:after="0"/>
              <w:jc w:val="right"/>
            </w:pPr>
            <w:r>
              <w:rPr>
                <w:sz w:val="16"/>
              </w:rPr>
              <w:t>3</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r>
              <w:rPr>
                <w:sz w:val="16"/>
              </w:rPr>
              <w:t>12</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r>
              <w:rPr>
                <w:sz w:val="16"/>
              </w:rPr>
              <w:t>$0</w:t>
            </w:r>
          </w:p>
        </w:tc>
        <w:tc>
          <w:tcPr>
            <w:tcW w:type="dxa" w:w="1206"/>
          </w:tcPr>
          <w:p>
            <w:pPr>
              <w:spacing w:after="0"/>
              <w:jc w:val="right"/>
            </w:pPr>
            <w:r>
              <w:rPr>
                <w:sz w:val="16"/>
              </w:rPr>
              <w:t>$14</w:t>
            </w:r>
          </w:p>
        </w:tc>
        <w:tc>
          <w:tcPr>
            <w:tcW w:type="dxa" w:w="1088"/>
          </w:tcPr>
          <w:p>
            <w:pPr>
              <w:spacing w:after="0"/>
              <w:jc w:val="right"/>
            </w:pPr>
            <w:r>
              <w:rPr>
                <w:sz w:val="16"/>
              </w:rPr>
              <w:t>$100</w:t>
            </w:r>
          </w:p>
        </w:tc>
        <w:tc>
          <w:tcPr>
            <w:tcW w:type="dxa" w:w="1395"/>
          </w:tcPr>
          <w:p>
            <w:pPr>
              <w:spacing w:after="0"/>
              <w:jc w:val="right"/>
            </w:pPr>
            <w:r>
              <w:rPr>
                <w:sz w:val="16"/>
              </w:rPr>
              <w:t>0</w:t>
            </w:r>
          </w:p>
        </w:tc>
        <w:tc>
          <w:tcPr>
            <w:tcW w:type="dxa" w:w="1856"/>
          </w:tcPr>
          <w:p>
            <w:pPr>
              <w:spacing w:after="0"/>
              <w:jc w:val="left"/>
            </w:pPr>
          </w:p>
        </w:tc>
        <w:tc>
          <w:tcPr>
            <w:tcW w:type="dxa" w:w="2519"/>
          </w:tcPr>
          <w:p>
            <w:pPr>
              <w:spacing w:after="0"/>
              <w:jc w:val="left"/>
            </w:pPr>
            <w:r>
              <w:rPr>
                <w:sz w:val="16"/>
              </w:rPr>
              <w:t>No recorded events in Storm Events since 1996 (data through 2026-06-30).</w:t>
            </w:r>
          </w:p>
        </w:tc>
      </w:tr>
      <w:tr>
        <w:trPr>
          <w:cantSplit/>
        </w:trPr>
        <w:tc>
          <w:tcPr>
            <w:tcW w:type="dxa" w:w="672"/>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3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206"/>
          </w:tcPr>
          <w:p>
            <w:pPr>
              <w:spacing w:after="0"/>
              <w:jc w:val="right"/>
            </w:pPr>
            <w:r>
              <w:rPr>
                <w:sz w:val="16"/>
              </w:rPr>
              <w:t>under $1</w:t>
            </w:r>
          </w:p>
        </w:tc>
        <w:tc>
          <w:tcPr>
            <w:tcW w:type="dxa" w:w="1088"/>
          </w:tcPr>
          <w:p>
            <w:pPr>
              <w:spacing w:after="0"/>
              <w:jc w:val="right"/>
            </w:pPr>
            <w:r>
              <w:rPr>
                <w:sz w:val="16"/>
              </w:rPr>
              <w:t>under $1</w:t>
            </w:r>
          </w:p>
        </w:tc>
        <w:tc>
          <w:tcPr>
            <w:tcW w:type="dxa" w:w="1395"/>
          </w:tcPr>
          <w:p>
            <w:pPr>
              <w:spacing w:after="0"/>
              <w:jc w:val="right"/>
            </w:pPr>
            <w:r>
              <w:rPr>
                <w:sz w:val="16"/>
              </w:rPr>
              <w:t>0</w:t>
            </w:r>
          </w:p>
        </w:tc>
        <w:tc>
          <w:tcPr>
            <w:tcW w:type="dxa" w:w="1856"/>
          </w:tcPr>
          <w:p>
            <w:pPr>
              <w:spacing w:after="0"/>
              <w:jc w:val="left"/>
            </w:pPr>
          </w:p>
        </w:tc>
        <w:tc>
          <w:tcPr>
            <w:tcW w:type="dxa" w:w="2519"/>
          </w:tcPr>
          <w:p>
            <w:pPr>
              <w:spacing w:after="0"/>
              <w:jc w:val="left"/>
            </w:pPr>
            <w:r>
              <w:rPr>
                <w:sz w:val="16"/>
              </w:rPr>
              <w:t>Declared 1 time; no Storm Events record of this type.</w:t>
            </w:r>
          </w:p>
        </w:tc>
      </w:tr>
      <w:tr>
        <w:trPr>
          <w:cantSplit/>
        </w:trPr>
        <w:tc>
          <w:tcPr>
            <w:tcW w:type="dxa" w:w="672"/>
          </w:tcPr>
          <w:p>
            <w:pPr>
              <w:spacing w:after="0"/>
              <w:jc w:val="right"/>
            </w:pPr>
            <w:r>
              <w:rPr>
                <w:sz w:val="16"/>
              </w:rPr>
              <w:t>14</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3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206"/>
          </w:tcPr>
          <w:p>
            <w:pPr>
              <w:spacing w:after="0"/>
              <w:jc w:val="right"/>
            </w:pPr>
            <w:r>
              <w:rPr>
                <w:sz w:val="16"/>
              </w:rPr>
              <w:t>n/a</w:t>
            </w:r>
          </w:p>
        </w:tc>
        <w:tc>
          <w:tcPr>
            <w:tcW w:type="dxa" w:w="1088"/>
          </w:tcPr>
          <w:p>
            <w:pPr>
              <w:spacing w:after="0"/>
              <w:jc w:val="right"/>
            </w:pPr>
            <w:r>
              <w:rPr>
                <w:sz w:val="16"/>
              </w:rPr>
              <w:t>$0</w:t>
            </w:r>
          </w:p>
        </w:tc>
        <w:tc>
          <w:tcPr>
            <w:tcW w:type="dxa" w:w="1395"/>
          </w:tcPr>
          <w:p>
            <w:pPr>
              <w:spacing w:after="0"/>
              <w:jc w:val="right"/>
            </w:pPr>
            <w:r>
              <w:rPr>
                <w:sz w:val="16"/>
              </w:rPr>
              <w:t>9</w:t>
            </w:r>
          </w:p>
        </w:tc>
        <w:tc>
          <w:tcPr>
            <w:tcW w:type="dxa" w:w="1856"/>
          </w:tcPr>
          <w:p>
            <w:pPr>
              <w:spacing w:after="0"/>
              <w:jc w:val="left"/>
            </w:pPr>
          </w:p>
        </w:tc>
        <w:tc>
          <w:tcPr>
            <w:tcW w:type="dxa" w:w="2519"/>
          </w:tcPr>
          <w:p>
            <w:pPr>
              <w:spacing w:after="0"/>
              <w:jc w:val="left"/>
            </w:pPr>
          </w:p>
        </w:tc>
      </w:tr>
      <w:tr>
        <w:trPr>
          <w:cantSplit/>
        </w:trPr>
        <w:tc>
          <w:tcPr>
            <w:tcW w:type="dxa" w:w="672"/>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3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06"/>
          </w:tcPr>
          <w:p>
            <w:pPr>
              <w:spacing w:after="0"/>
              <w:jc w:val="right"/>
            </w:pPr>
          </w:p>
        </w:tc>
        <w:tc>
          <w:tcPr>
            <w:tcW w:type="dxa" w:w="1088"/>
          </w:tcPr>
          <w:p>
            <w:pPr>
              <w:spacing w:after="0"/>
              <w:jc w:val="right"/>
            </w:pPr>
          </w:p>
        </w:tc>
        <w:tc>
          <w:tcPr>
            <w:tcW w:type="dxa" w:w="1395"/>
          </w:tcPr>
          <w:p>
            <w:pPr>
              <w:spacing w:after="0"/>
              <w:jc w:val="right"/>
            </w:pPr>
            <w:r>
              <w:rPr>
                <w:sz w:val="16"/>
              </w:rPr>
              <w:t>23</w:t>
            </w:r>
          </w:p>
        </w:tc>
        <w:tc>
          <w:tcPr>
            <w:tcW w:type="dxa" w:w="1856"/>
          </w:tcPr>
          <w:p>
            <w:pPr>
              <w:spacing w:after="0"/>
              <w:jc w:val="left"/>
            </w:pPr>
            <w:r>
              <w:rPr>
                <w:sz w:val="16"/>
              </w:rPr>
              <w:t>NRI rates this Not Applicable, but 23 Storm Events records of this type exist since 1996; review before omitting.</w:t>
            </w:r>
          </w:p>
        </w:tc>
        <w:tc>
          <w:tcPr>
            <w:tcW w:type="dxa" w:w="251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Coastal Flooding</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5001 (Relatively Low, 60.2); tract 5003 (Relatively Low, 51.0); tract 5002 (Very Low, 40.4)</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5001 (Relatively Low, 73.6); tract 5002 (Relatively Low, 64.7); tract 5003 (Relatively Low, 62.2)</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5002 (Very Low, 19.8); tract 5003 (Very Low, 18.1); tract 5001 (Very Low, 15.9)</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5001 (Relatively Low, 49.4); tract 5002 (Relatively Low, 42.9); tract 5003 (Relatively Low, 38.2)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5002 (Very Low, 32.6); tract 5003 (Very Low, 20.6); tract 5001 (Very Low, 19.7)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5001 is Census Tract 5001).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07"/>
        <w:gridCol w:w="1696"/>
        <w:gridCol w:w="1842"/>
        <w:gridCol w:w="1602"/>
        <w:gridCol w:w="1551"/>
        <w:gridCol w:w="2013"/>
        <w:gridCol w:w="1836"/>
      </w:tblGrid>
      <w:tr>
        <w:trPr>
          <w:cantSplit/>
          <w:tblHeader/>
        </w:trPr>
        <w:tc>
          <w:tcPr>
            <w:tcW w:type="dxa" w:w="1766"/>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2"/>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2013"/>
            <w:shd w:val="clear" w:color="auto" w:fill="E8E8E8"/>
          </w:tcPr>
          <w:p>
            <w:pPr>
              <w:spacing w:after="0"/>
              <w:jc w:val="left"/>
            </w:pPr>
            <w:r>
              <w:rPr>
                <w:b/>
                <w:sz w:val="16"/>
              </w:rPr>
              <w:t>How it applies to jurisdictions</w:t>
            </w:r>
          </w:p>
        </w:tc>
        <w:tc>
          <w:tcPr>
            <w:tcW w:type="dxa" w:w="1836"/>
            <w:shd w:val="clear" w:color="auto" w:fill="E8E8E8"/>
          </w:tcPr>
          <w:p>
            <w:pPr>
              <w:spacing w:after="0"/>
              <w:jc w:val="left"/>
            </w:pPr>
            <w:r>
              <w:rPr>
                <w:b/>
                <w:sz w:val="16"/>
              </w:rPr>
              <w:t>Note</w:t>
            </w:r>
          </w:p>
        </w:tc>
      </w:tr>
      <w:tr>
        <w:trPr>
          <w:cantSplit/>
        </w:trPr>
        <w:tc>
          <w:tcPr>
            <w:tcW w:type="dxa" w:w="1766"/>
          </w:tcPr>
          <w:p>
            <w:pPr>
              <w:spacing w:after="0"/>
              <w:jc w:val="left"/>
            </w:pPr>
            <w:r>
              <w:rPr>
                <w:sz w:val="16"/>
              </w:rPr>
              <w:t>Coastal Flood, Storm Surge/Tide</w:t>
            </w:r>
          </w:p>
        </w:tc>
        <w:tc>
          <w:tcPr>
            <w:tcW w:type="dxa" w:w="1807"/>
          </w:tcPr>
          <w:p>
            <w:pPr>
              <w:spacing w:after="0"/>
              <w:jc w:val="left"/>
            </w:pPr>
            <w:r>
              <w:rPr>
                <w:sz w:val="16"/>
              </w:rPr>
              <w:t>none in data (flood depth: FIRM)</w:t>
            </w:r>
          </w:p>
        </w:tc>
        <w:tc>
          <w:tcPr>
            <w:tcW w:type="dxa" w:w="1696"/>
          </w:tcPr>
          <w:p>
            <w:pPr>
              <w:spacing w:after="0"/>
              <w:jc w:val="right"/>
            </w:pPr>
            <w:r>
              <w:rPr>
                <w:sz w:val="16"/>
              </w:rPr>
              <w:t>23 records, 2006 to 2024 (23 zone-level)</w:t>
            </w:r>
          </w:p>
        </w:tc>
        <w:tc>
          <w:tcPr>
            <w:tcW w:type="dxa" w:w="1842"/>
          </w:tcPr>
          <w:p>
            <w:pPr>
              <w:spacing w:after="0"/>
              <w:jc w:val="left"/>
            </w:pPr>
          </w:p>
        </w:tc>
        <w:tc>
          <w:tcPr>
            <w:tcW w:type="dxa" w:w="1602"/>
          </w:tcPr>
          <w:p>
            <w:pPr>
              <w:spacing w:after="0"/>
              <w:jc w:val="left"/>
            </w:pPr>
            <w:r>
              <w:rPr>
                <w:sz w:val="16"/>
              </w:rPr>
              <w:t>Storm Surge/Tide, 2006-09-01, $20,000 property; crops not reported (2006 dollars); NWS zone VAZ054</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96"/>
          </w:tcPr>
          <w:p>
            <w:pPr>
              <w:spacing w:after="0"/>
              <w:jc w:val="right"/>
            </w:pPr>
            <w:r>
              <w:rPr>
                <w:sz w:val="16"/>
              </w:rPr>
              <w:t>15 records, 1998 to 2026 (15 zone-level)</w:t>
            </w:r>
          </w:p>
        </w:tc>
        <w:tc>
          <w:tcPr>
            <w:tcW w:type="dxa" w:w="1842"/>
          </w:tcPr>
          <w:p>
            <w:pPr>
              <w:spacing w:after="0"/>
              <w:jc w:val="left"/>
            </w:pPr>
            <w:r>
              <w:rPr>
                <w:sz w:val="16"/>
              </w:rPr>
              <w:t>1 day to 11 days (median 2 days); 13 with a recorded value</w:t>
            </w:r>
          </w:p>
        </w:tc>
        <w:tc>
          <w:tcPr>
            <w:tcW w:type="dxa" w:w="1602"/>
          </w:tcPr>
          <w:p>
            <w:pPr>
              <w:spacing w:after="0"/>
              <w:jc w:val="left"/>
            </w:pPr>
            <w:r>
              <w:rPr>
                <w:sz w:val="16"/>
              </w:rPr>
              <w:t>11 consecutive days, 2026-01-23 to 2026-02-02, zone-level</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p>
        </w:tc>
      </w:tr>
      <w:tr>
        <w:trPr>
          <w:cantSplit/>
        </w:trPr>
        <w:tc>
          <w:tcPr>
            <w:tcW w:type="dxa" w:w="1766"/>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96"/>
          </w:tcPr>
          <w:p>
            <w:pPr>
              <w:spacing w:after="0"/>
              <w:jc w:val="right"/>
            </w:pPr>
            <w:r>
              <w:rPr>
                <w:sz w:val="16"/>
              </w:rPr>
              <w:t>18 records, 2005 to 2019 (18 zone-level)</w:t>
            </w:r>
          </w:p>
        </w:tc>
        <w:tc>
          <w:tcPr>
            <w:tcW w:type="dxa" w:w="1842"/>
          </w:tcPr>
          <w:p>
            <w:pPr>
              <w:spacing w:after="0"/>
              <w:jc w:val="left"/>
            </w:pPr>
          </w:p>
        </w:tc>
        <w:tc>
          <w:tcPr>
            <w:tcW w:type="dxa" w:w="1602"/>
          </w:tcPr>
          <w:p>
            <w:pPr>
              <w:spacing w:after="0"/>
              <w:jc w:val="left"/>
            </w:pPr>
            <w:r>
              <w:rPr>
                <w:sz w:val="16"/>
              </w:rPr>
              <w:t>No crop damage reported in 18 records.</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p>
        </w:tc>
      </w:tr>
      <w:tr>
        <w:trPr>
          <w:cantSplit/>
        </w:trPr>
        <w:tc>
          <w:tcPr>
            <w:tcW w:type="dxa" w:w="1766"/>
          </w:tcPr>
          <w:p>
            <w:pPr>
              <w:spacing w:after="0"/>
              <w:jc w:val="left"/>
            </w:pPr>
            <w:r>
              <w:rPr>
                <w:sz w:val="16"/>
              </w:rPr>
              <w:t>Drought</w:t>
            </w:r>
          </w:p>
        </w:tc>
        <w:tc>
          <w:tcPr>
            <w:tcW w:type="dxa" w:w="1807"/>
          </w:tcPr>
          <w:p>
            <w:pPr>
              <w:spacing w:after="0"/>
              <w:jc w:val="left"/>
            </w:pPr>
            <w:r>
              <w:rPr>
                <w:sz w:val="16"/>
              </w:rPr>
              <w:t>U.S. Drought Monitor scale (D0 to D4)</w:t>
            </w:r>
          </w:p>
        </w:tc>
        <w:tc>
          <w:tcPr>
            <w:tcW w:type="dxa" w:w="1696"/>
          </w:tcPr>
          <w:p>
            <w:pPr>
              <w:spacing w:after="0"/>
              <w:jc w:val="right"/>
            </w:pPr>
            <w:r>
              <w:rPr>
                <w:sz w:val="16"/>
              </w:rPr>
              <w:t>9 records, 1998 to 2007 (9 zone-level)</w:t>
            </w:r>
          </w:p>
        </w:tc>
        <w:tc>
          <w:tcPr>
            <w:tcW w:type="dxa" w:w="1842"/>
          </w:tcPr>
          <w:p>
            <w:pPr>
              <w:spacing w:after="0"/>
              <w:jc w:val="left"/>
            </w:pPr>
            <w:r>
              <w:rPr>
                <w:sz w:val="16"/>
              </w:rPr>
              <w:t>29 days to 140 days (median 61 days); 3 with a recorded value</w:t>
            </w:r>
          </w:p>
        </w:tc>
        <w:tc>
          <w:tcPr>
            <w:tcW w:type="dxa" w:w="1602"/>
          </w:tcPr>
          <w:p>
            <w:pPr>
              <w:spacing w:after="0"/>
              <w:jc w:val="left"/>
            </w:pPr>
            <w:r>
              <w:rPr>
                <w:sz w:val="16"/>
              </w:rPr>
              <w:t>140 days (about 4.6 months), 1999-05-01 to 1999-09-17, a run of 5 consecutive Storm Events drought records, zone-level</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07"/>
          </w:tcPr>
          <w:p>
            <w:pPr>
              <w:spacing w:after="0"/>
              <w:jc w:val="left"/>
            </w:pPr>
            <w:r>
              <w:rPr>
                <w:sz w:val="16"/>
              </w:rPr>
              <w:t>Modified Mercalli (local data)</w:t>
            </w:r>
          </w:p>
        </w:tc>
        <w:tc>
          <w:tcPr>
            <w:tcW w:type="dxa" w:w="1696"/>
          </w:tcPr>
          <w:p>
            <w:pPr>
              <w:spacing w:after="0"/>
              <w:jc w:val="right"/>
            </w:pPr>
            <w:r>
              <w:rPr>
                <w:sz w:val="16"/>
              </w:rPr>
              <w:t>0</w:t>
            </w:r>
          </w:p>
        </w:tc>
        <w:tc>
          <w:tcPr>
            <w:tcW w:type="dxa" w:w="1842"/>
          </w:tcPr>
          <w:p>
            <w:pPr>
              <w:spacing w:after="0"/>
              <w:jc w:val="left"/>
            </w:pPr>
          </w:p>
        </w:tc>
        <w:tc>
          <w:tcPr>
            <w:tcW w:type="dxa" w:w="1602"/>
          </w:tcPr>
          <w:p>
            <w:pPr>
              <w:spacing w:after="0"/>
              <w:jc w:val="left"/>
            </w:pPr>
          </w:p>
        </w:tc>
        <w:tc>
          <w:tcPr>
            <w:tcW w:type="dxa" w:w="1551"/>
          </w:tcPr>
          <w:p>
            <w:pPr>
              <w:spacing w:after="0"/>
              <w:jc w:val="left"/>
            </w:pPr>
          </w:p>
        </w:tc>
        <w:tc>
          <w:tcPr>
            <w:tcW w:type="dxa" w:w="2013"/>
          </w:tcPr>
          <w:p>
            <w:pPr>
              <w:spacing w:after="0"/>
              <w:jc w:val="left"/>
            </w:pPr>
          </w:p>
        </w:tc>
        <w:tc>
          <w:tcPr>
            <w:tcW w:type="dxa" w:w="1836"/>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07"/>
          </w:tcPr>
          <w:p>
            <w:pPr>
              <w:spacing w:after="0"/>
              <w:jc w:val="left"/>
            </w:pPr>
            <w:r>
              <w:rPr>
                <w:sz w:val="16"/>
              </w:rPr>
              <w:t>hail size (inches)</w:t>
            </w:r>
          </w:p>
        </w:tc>
        <w:tc>
          <w:tcPr>
            <w:tcW w:type="dxa" w:w="1696"/>
          </w:tcPr>
          <w:p>
            <w:pPr>
              <w:spacing w:after="0"/>
              <w:jc w:val="right"/>
            </w:pPr>
            <w:r>
              <w:rPr>
                <w:sz w:val="16"/>
              </w:rPr>
              <w:t>8 records, 2000 to 2024</w:t>
            </w:r>
          </w:p>
        </w:tc>
        <w:tc>
          <w:tcPr>
            <w:tcW w:type="dxa" w:w="1842"/>
          </w:tcPr>
          <w:p>
            <w:pPr>
              <w:spacing w:after="0"/>
              <w:jc w:val="left"/>
            </w:pPr>
            <w:r>
              <w:rPr>
                <w:sz w:val="16"/>
              </w:rPr>
              <w:t>0.75 in to 1.5 in (median 0.88 in); 8 with a recorded value</w:t>
            </w:r>
          </w:p>
        </w:tc>
        <w:tc>
          <w:tcPr>
            <w:tcW w:type="dxa" w:w="1602"/>
          </w:tcPr>
          <w:p>
            <w:pPr>
              <w:spacing w:after="0"/>
              <w:jc w:val="left"/>
            </w:pPr>
            <w:r>
              <w:rPr>
                <w:sz w:val="16"/>
              </w:rPr>
              <w:t>1.5 in hail, 2004-08-11</w:t>
            </w:r>
          </w:p>
        </w:tc>
        <w:tc>
          <w:tcPr>
            <w:tcW w:type="dxa" w:w="1551"/>
          </w:tcPr>
          <w:p>
            <w:pPr>
              <w:spacing w:after="0"/>
              <w:jc w:val="left"/>
            </w:pPr>
            <w:r>
              <w:rPr>
                <w:sz w:val="16"/>
              </w:rPr>
              <w:t>Hail, 2005-05-14, $2,000 property; crops not reported (2005 dollars)</w:t>
            </w:r>
          </w:p>
        </w:tc>
        <w:tc>
          <w:tcPr>
            <w:tcW w:type="dxa" w:w="2013"/>
          </w:tcPr>
          <w:p>
            <w:pPr>
              <w:spacing w:after="0"/>
              <w:jc w:val="left"/>
            </w:pPr>
            <w:r>
              <w:rPr>
                <w:sz w:val="16"/>
              </w:rPr>
              <w:t>Event records naming jurisdictions in the plan: Falls Church city (8 records).</w:t>
            </w:r>
          </w:p>
        </w:tc>
        <w:tc>
          <w:tcPr>
            <w:tcW w:type="dxa" w:w="1836"/>
          </w:tcPr>
          <w:p>
            <w:pPr>
              <w:spacing w:after="0"/>
              <w:jc w:val="left"/>
            </w:pPr>
          </w:p>
        </w:tc>
      </w:tr>
      <w:tr>
        <w:trPr>
          <w:cantSplit/>
        </w:trPr>
        <w:tc>
          <w:tcPr>
            <w:tcW w:type="dxa" w:w="1766"/>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96"/>
          </w:tcPr>
          <w:p>
            <w:pPr>
              <w:spacing w:after="0"/>
              <w:jc w:val="right"/>
            </w:pPr>
            <w:r>
              <w:rPr>
                <w:sz w:val="16"/>
              </w:rPr>
              <w:t>66 records, 1996 to 2025 (66 zone-level)</w:t>
            </w:r>
          </w:p>
        </w:tc>
        <w:tc>
          <w:tcPr>
            <w:tcW w:type="dxa" w:w="1842"/>
          </w:tcPr>
          <w:p>
            <w:pPr>
              <w:spacing w:after="0"/>
              <w:jc w:val="left"/>
            </w:pPr>
            <w:r>
              <w:rPr>
                <w:sz w:val="16"/>
              </w:rPr>
              <w:t>1 day to 8 days (median 2 days); 49 with a recorded value</w:t>
            </w:r>
          </w:p>
        </w:tc>
        <w:tc>
          <w:tcPr>
            <w:tcW w:type="dxa" w:w="1602"/>
          </w:tcPr>
          <w:p>
            <w:pPr>
              <w:spacing w:after="0"/>
              <w:jc w:val="left"/>
            </w:pPr>
            <w:r>
              <w:rPr>
                <w:sz w:val="16"/>
              </w:rPr>
              <w:t>8 consecutive days, 2002-08-12 to 2002-08-19, zone-level</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r>
              <w:rPr>
                <w:sz w:val="16"/>
              </w:rPr>
              <w:t>Heat records from November to March (unseasonable warmth, not a heat wave) are counted but not used for the longest run.</w:t>
            </w:r>
          </w:p>
        </w:tc>
      </w:tr>
      <w:tr>
        <w:trPr>
          <w:cantSplit/>
        </w:trPr>
        <w:tc>
          <w:tcPr>
            <w:tcW w:type="dxa" w:w="1766"/>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96"/>
          </w:tcPr>
          <w:p>
            <w:pPr>
              <w:spacing w:after="0"/>
              <w:jc w:val="right"/>
            </w:pPr>
            <w:r>
              <w:rPr>
                <w:sz w:val="16"/>
              </w:rPr>
              <w:t>5 records, 1999 to 2020 (5 zone-level)</w:t>
            </w:r>
          </w:p>
        </w:tc>
        <w:tc>
          <w:tcPr>
            <w:tcW w:type="dxa" w:w="1842"/>
          </w:tcPr>
          <w:p>
            <w:pPr>
              <w:spacing w:after="0"/>
              <w:jc w:val="left"/>
            </w:pPr>
          </w:p>
        </w:tc>
        <w:tc>
          <w:tcPr>
            <w:tcW w:type="dxa" w:w="1602"/>
          </w:tcPr>
          <w:p>
            <w:pPr>
              <w:spacing w:after="0"/>
              <w:jc w:val="left"/>
            </w:pPr>
            <w:r>
              <w:rPr>
                <w:sz w:val="16"/>
              </w:rPr>
              <w:t>Strongest recorded: Tropical Storm record, 2003-09-18 to 2003-09-19, $4,500,000 property; crops not reported (2003 dollars), 26 direct injuries (reported for the zone); NWS zone VAZ054</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6"/>
          </w:tcPr>
          <w:p>
            <w:pPr>
              <w:spacing w:after="0"/>
              <w:jc w:val="left"/>
            </w:pPr>
            <w:r>
              <w:rPr>
                <w:sz w:val="16"/>
              </w:rPr>
              <w:t>Ice Storm</w:t>
            </w:r>
          </w:p>
        </w:tc>
        <w:tc>
          <w:tcPr>
            <w:tcW w:type="dxa" w:w="1807"/>
          </w:tcPr>
          <w:p>
            <w:pPr>
              <w:spacing w:after="0"/>
              <w:jc w:val="left"/>
            </w:pPr>
            <w:r>
              <w:rPr>
                <w:sz w:val="16"/>
              </w:rPr>
              <w:t>Sperry-Piltz ice scale (local data)</w:t>
            </w:r>
          </w:p>
        </w:tc>
        <w:tc>
          <w:tcPr>
            <w:tcW w:type="dxa" w:w="1696"/>
          </w:tcPr>
          <w:p>
            <w:pPr>
              <w:spacing w:after="0"/>
              <w:jc w:val="right"/>
            </w:pPr>
            <w:r>
              <w:rPr>
                <w:sz w:val="16"/>
              </w:rPr>
              <w:t>3 records, 1999 to 2021 (3 zone-level)</w:t>
            </w:r>
          </w:p>
        </w:tc>
        <w:tc>
          <w:tcPr>
            <w:tcW w:type="dxa" w:w="1842"/>
          </w:tcPr>
          <w:p>
            <w:pPr>
              <w:spacing w:after="0"/>
              <w:jc w:val="left"/>
            </w:pPr>
          </w:p>
        </w:tc>
        <w:tc>
          <w:tcPr>
            <w:tcW w:type="dxa" w:w="1602"/>
          </w:tcPr>
          <w:p>
            <w:pPr>
              <w:spacing w:after="0"/>
              <w:jc w:val="left"/>
            </w:pPr>
            <w:r>
              <w:rPr>
                <w:sz w:val="16"/>
              </w:rPr>
              <w:t>Ice Storm, 1999-01-14, $20,000 property; crops not reported (1999 dollars); NWS zone VAZ054</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p>
        </w:tc>
      </w:tr>
      <w:tr>
        <w:trPr>
          <w:cantSplit/>
        </w:trPr>
        <w:tc>
          <w:tcPr>
            <w:tcW w:type="dxa" w:w="1766"/>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96"/>
          </w:tcPr>
          <w:p>
            <w:pPr>
              <w:spacing w:after="0"/>
              <w:jc w:val="right"/>
            </w:pPr>
            <w:r>
              <w:rPr>
                <w:sz w:val="16"/>
              </w:rPr>
              <w:t>12 records, 1996 to 2012 (6 zone-level)</w:t>
            </w:r>
          </w:p>
        </w:tc>
        <w:tc>
          <w:tcPr>
            <w:tcW w:type="dxa" w:w="1842"/>
          </w:tcPr>
          <w:p>
            <w:pPr>
              <w:spacing w:after="0"/>
              <w:jc w:val="left"/>
            </w:pPr>
          </w:p>
        </w:tc>
        <w:tc>
          <w:tcPr>
            <w:tcW w:type="dxa" w:w="1602"/>
          </w:tcPr>
          <w:p>
            <w:pPr>
              <w:spacing w:after="0"/>
              <w:jc w:val="left"/>
            </w:pPr>
            <w:r>
              <w:rPr>
                <w:sz w:val="16"/>
              </w:rPr>
              <w:t>Flood, 1996-09-07, $500,000 property; crops not reported (1996 dollars); NWS zone VAZ054</w:t>
            </w:r>
          </w:p>
        </w:tc>
        <w:tc>
          <w:tcPr>
            <w:tcW w:type="dxa" w:w="1551"/>
          </w:tcPr>
          <w:p>
            <w:pPr>
              <w:spacing w:after="0"/>
              <w:jc w:val="left"/>
            </w:pPr>
          </w:p>
        </w:tc>
        <w:tc>
          <w:tcPr>
            <w:tcW w:type="dxa" w:w="2013"/>
          </w:tcPr>
          <w:p>
            <w:pPr>
              <w:spacing w:after="0"/>
              <w:jc w:val="left"/>
            </w:pPr>
            <w:r>
              <w:rPr>
                <w:sz w:val="16"/>
              </w:rPr>
              <w:t>Event records naming jurisdictions in the plan: Falls Church city (6 records). Zone-level records (6) apply countywide.</w:t>
            </w:r>
          </w:p>
        </w:tc>
        <w:tc>
          <w:tcPr>
            <w:tcW w:type="dxa" w:w="18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07"/>
          </w:tcPr>
          <w:p>
            <w:pPr>
              <w:spacing w:after="0"/>
              <w:jc w:val="left"/>
            </w:pPr>
            <w:r>
              <w:rPr>
                <w:sz w:val="16"/>
              </w:rPr>
              <w:t>none (count and damage only)</w:t>
            </w:r>
          </w:p>
        </w:tc>
        <w:tc>
          <w:tcPr>
            <w:tcW w:type="dxa" w:w="1696"/>
          </w:tcPr>
          <w:p>
            <w:pPr>
              <w:spacing w:after="0"/>
              <w:jc w:val="right"/>
            </w:pPr>
            <w:r>
              <w:rPr>
                <w:sz w:val="16"/>
              </w:rPr>
              <w:t>0</w:t>
            </w:r>
          </w:p>
        </w:tc>
        <w:tc>
          <w:tcPr>
            <w:tcW w:type="dxa" w:w="1842"/>
          </w:tcPr>
          <w:p>
            <w:pPr>
              <w:spacing w:after="0"/>
              <w:jc w:val="left"/>
            </w:pPr>
          </w:p>
        </w:tc>
        <w:tc>
          <w:tcPr>
            <w:tcW w:type="dxa" w:w="1602"/>
          </w:tcPr>
          <w:p>
            <w:pPr>
              <w:spacing w:after="0"/>
              <w:jc w:val="left"/>
            </w:pPr>
          </w:p>
        </w:tc>
        <w:tc>
          <w:tcPr>
            <w:tcW w:type="dxa" w:w="1551"/>
          </w:tcPr>
          <w:p>
            <w:pPr>
              <w:spacing w:after="0"/>
              <w:jc w:val="left"/>
            </w:pPr>
          </w:p>
        </w:tc>
        <w:tc>
          <w:tcPr>
            <w:tcW w:type="dxa" w:w="2013"/>
          </w:tcPr>
          <w:p>
            <w:pPr>
              <w:spacing w:after="0"/>
              <w:jc w:val="left"/>
            </w:pPr>
          </w:p>
        </w:tc>
        <w:tc>
          <w:tcPr>
            <w:tcW w:type="dxa" w:w="1836"/>
          </w:tcPr>
          <w:p>
            <w:pPr>
              <w:spacing w:after="0"/>
              <w:jc w:val="left"/>
            </w:pPr>
          </w:p>
        </w:tc>
      </w:tr>
      <w:tr>
        <w:trPr>
          <w:cantSplit/>
        </w:trPr>
        <w:tc>
          <w:tcPr>
            <w:tcW w:type="dxa" w:w="1766"/>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96"/>
          </w:tcPr>
          <w:p>
            <w:pPr>
              <w:spacing w:after="0"/>
              <w:jc w:val="right"/>
            </w:pPr>
            <w:r>
              <w:rPr>
                <w:sz w:val="16"/>
              </w:rPr>
              <w:t>2 records, 1998 to 2000</w:t>
            </w:r>
          </w:p>
        </w:tc>
        <w:tc>
          <w:tcPr>
            <w:tcW w:type="dxa" w:w="1842"/>
          </w:tcPr>
          <w:p>
            <w:pPr>
              <w:spacing w:after="0"/>
              <w:jc w:val="left"/>
            </w:pPr>
          </w:p>
        </w:tc>
        <w:tc>
          <w:tcPr>
            <w:tcW w:type="dxa" w:w="1602"/>
          </w:tcPr>
          <w:p>
            <w:pPr>
              <w:spacing w:after="0"/>
              <w:jc w:val="left"/>
            </w:pPr>
            <w:r>
              <w:rPr>
                <w:sz w:val="16"/>
              </w:rPr>
              <w:t>Lightning, 2000-08-07, damage not reported, 1 direct death</w:t>
            </w:r>
          </w:p>
        </w:tc>
        <w:tc>
          <w:tcPr>
            <w:tcW w:type="dxa" w:w="1551"/>
          </w:tcPr>
          <w:p>
            <w:pPr>
              <w:spacing w:after="0"/>
              <w:jc w:val="left"/>
            </w:pPr>
            <w:r>
              <w:rPr>
                <w:sz w:val="16"/>
              </w:rPr>
              <w:t>Lightning, 1998-07-23, $1,500 property; crops not reported (1998 dollars)</w:t>
            </w:r>
          </w:p>
        </w:tc>
        <w:tc>
          <w:tcPr>
            <w:tcW w:type="dxa" w:w="2013"/>
          </w:tcPr>
          <w:p>
            <w:pPr>
              <w:spacing w:after="0"/>
              <w:jc w:val="left"/>
            </w:pPr>
            <w:r>
              <w:rPr>
                <w:sz w:val="16"/>
              </w:rPr>
              <w:t>Event records naming jurisdictions in the plan: Falls Church city (2 records).</w:t>
            </w:r>
          </w:p>
        </w:tc>
        <w:tc>
          <w:tcPr>
            <w:tcW w:type="dxa" w:w="1836"/>
          </w:tcPr>
          <w:p>
            <w:pPr>
              <w:spacing w:after="0"/>
              <w:jc w:val="left"/>
            </w:pPr>
            <w:r>
              <w:rPr>
                <w:sz w:val="16"/>
              </w:rPr>
              <w:t>Storm Events lists lightning with damage or casualties.</w:t>
            </w:r>
          </w:p>
        </w:tc>
      </w:tr>
      <w:tr>
        <w:trPr>
          <w:cantSplit/>
        </w:trPr>
        <w:tc>
          <w:tcPr>
            <w:tcW w:type="dxa" w:w="1766"/>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96"/>
          </w:tcPr>
          <w:p>
            <w:pPr>
              <w:spacing w:after="0"/>
              <w:jc w:val="right"/>
            </w:pPr>
            <w:r>
              <w:rPr>
                <w:sz w:val="16"/>
              </w:rPr>
              <w:t>36 records, 1996 to 2026 (36 zone-level)</w:t>
            </w:r>
          </w:p>
        </w:tc>
        <w:tc>
          <w:tcPr>
            <w:tcW w:type="dxa" w:w="1842"/>
          </w:tcPr>
          <w:p>
            <w:pPr>
              <w:spacing w:after="0"/>
              <w:jc w:val="left"/>
            </w:pPr>
            <w:r>
              <w:rPr>
                <w:sz w:val="16"/>
              </w:rPr>
              <w:t>30 kt (35 mph) to 57 kt (66 mph) (median 50 kt (58 mph)); 21 with a recorded value</w:t>
            </w:r>
          </w:p>
        </w:tc>
        <w:tc>
          <w:tcPr>
            <w:tcW w:type="dxa" w:w="1602"/>
          </w:tcPr>
          <w:p>
            <w:pPr>
              <w:spacing w:after="0"/>
              <w:jc w:val="left"/>
            </w:pPr>
            <w:r>
              <w:rPr>
                <w:sz w:val="16"/>
              </w:rPr>
              <w:t>57 kt (66 mph) measured gust, High Wind, 2017-02-12; NWS zone VAZ054</w:t>
            </w:r>
          </w:p>
        </w:tc>
        <w:tc>
          <w:tcPr>
            <w:tcW w:type="dxa" w:w="1551"/>
          </w:tcPr>
          <w:p>
            <w:pPr>
              <w:spacing w:after="0"/>
              <w:jc w:val="left"/>
            </w:pPr>
            <w:r>
              <w:rPr>
                <w:sz w:val="16"/>
              </w:rPr>
              <w:t>High Wind, 2012-10-29, $4,500,000 property; $0 crops (zone total, 2012 dollars)</w:t>
            </w:r>
          </w:p>
        </w:tc>
        <w:tc>
          <w:tcPr>
            <w:tcW w:type="dxa" w:w="2013"/>
          </w:tcPr>
          <w:p>
            <w:pPr>
              <w:spacing w:after="0"/>
              <w:jc w:val="left"/>
            </w:pPr>
            <w:r>
              <w:rPr>
                <w:sz w:val="16"/>
              </w:rPr>
              <w:t>Countywide (zone-level records).</w:t>
            </w:r>
          </w:p>
        </w:tc>
        <w:tc>
          <w:tcPr>
            <w:tcW w:type="dxa" w:w="1836"/>
          </w:tcPr>
          <w:p>
            <w:pPr>
              <w:spacing w:after="0"/>
              <w:jc w:val="left"/>
            </w:pPr>
          </w:p>
        </w:tc>
      </w:tr>
      <w:tr>
        <w:trPr>
          <w:cantSplit/>
        </w:trPr>
        <w:tc>
          <w:tcPr>
            <w:tcW w:type="dxa" w:w="1766"/>
          </w:tcPr>
          <w:p>
            <w:pPr>
              <w:spacing w:after="0"/>
              <w:jc w:val="left"/>
            </w:pPr>
            <w:r>
              <w:rPr>
                <w:sz w:val="16"/>
              </w:rPr>
              <w:t>Thunderstorm Wind</w:t>
            </w:r>
          </w:p>
        </w:tc>
        <w:tc>
          <w:tcPr>
            <w:tcW w:type="dxa" w:w="1807"/>
          </w:tcPr>
          <w:p>
            <w:pPr>
              <w:spacing w:after="0"/>
              <w:jc w:val="left"/>
            </w:pPr>
            <w:r>
              <w:rPr>
                <w:sz w:val="16"/>
              </w:rPr>
              <w:t>wind speed (kt and mph)</w:t>
            </w:r>
          </w:p>
        </w:tc>
        <w:tc>
          <w:tcPr>
            <w:tcW w:type="dxa" w:w="1696"/>
          </w:tcPr>
          <w:p>
            <w:pPr>
              <w:spacing w:after="0"/>
              <w:jc w:val="right"/>
            </w:pPr>
            <w:r>
              <w:rPr>
                <w:sz w:val="16"/>
              </w:rPr>
              <w:t>26 records, 1998 to 2023</w:t>
            </w:r>
          </w:p>
        </w:tc>
        <w:tc>
          <w:tcPr>
            <w:tcW w:type="dxa" w:w="1842"/>
          </w:tcPr>
          <w:p>
            <w:pPr>
              <w:spacing w:after="0"/>
              <w:jc w:val="left"/>
            </w:pPr>
            <w:r>
              <w:rPr>
                <w:sz w:val="16"/>
              </w:rPr>
              <w:t>50 kt (58 mph) to 61 kt (70 mph) (median 52 kt (60 mph)); 17 with a recorded value</w:t>
            </w:r>
          </w:p>
        </w:tc>
        <w:tc>
          <w:tcPr>
            <w:tcW w:type="dxa" w:w="1602"/>
          </w:tcPr>
          <w:p>
            <w:pPr>
              <w:spacing w:after="0"/>
              <w:jc w:val="left"/>
            </w:pPr>
            <w:r>
              <w:rPr>
                <w:sz w:val="16"/>
              </w:rPr>
              <w:t>61 kt (70 mph) estimated gust, Thunderstorm Wind, 2021-07-01</w:t>
            </w:r>
          </w:p>
        </w:tc>
        <w:tc>
          <w:tcPr>
            <w:tcW w:type="dxa" w:w="1551"/>
          </w:tcPr>
          <w:p>
            <w:pPr>
              <w:spacing w:after="0"/>
              <w:jc w:val="left"/>
            </w:pPr>
            <w:r>
              <w:rPr>
                <w:sz w:val="16"/>
              </w:rPr>
              <w:t>Thunderstorm Wind, 2000-08-07, $300,000 property; crops not reported (2000 dollars)</w:t>
            </w:r>
          </w:p>
        </w:tc>
        <w:tc>
          <w:tcPr>
            <w:tcW w:type="dxa" w:w="2013"/>
          </w:tcPr>
          <w:p>
            <w:pPr>
              <w:spacing w:after="0"/>
              <w:jc w:val="left"/>
            </w:pPr>
            <w:r>
              <w:rPr>
                <w:sz w:val="16"/>
              </w:rPr>
              <w:t>Event records naming jurisdictions in the plan: Falls Church city (26 records).</w:t>
            </w:r>
          </w:p>
        </w:tc>
        <w:tc>
          <w:tcPr>
            <w:tcW w:type="dxa" w:w="1836"/>
          </w:tcPr>
          <w:p>
            <w:pPr>
              <w:spacing w:after="0"/>
              <w:jc w:val="left"/>
            </w:pPr>
          </w:p>
        </w:tc>
      </w:tr>
      <w:tr>
        <w:trPr>
          <w:cantSplit/>
        </w:trPr>
        <w:tc>
          <w:tcPr>
            <w:tcW w:type="dxa" w:w="1766"/>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96"/>
          </w:tcPr>
          <w:p>
            <w:pPr>
              <w:spacing w:after="0"/>
              <w:jc w:val="right"/>
            </w:pPr>
            <w:r>
              <w:rPr>
                <w:sz w:val="16"/>
              </w:rPr>
              <w:t>1 record, 1983</w:t>
            </w:r>
          </w:p>
        </w:tc>
        <w:tc>
          <w:tcPr>
            <w:tcW w:type="dxa" w:w="1842"/>
          </w:tcPr>
          <w:p>
            <w:pPr>
              <w:spacing w:after="0"/>
              <w:jc w:val="left"/>
            </w:pPr>
            <w:r>
              <w:rPr>
                <w:sz w:val="16"/>
              </w:rPr>
              <w:t>F/EF2; 1 with a recorded value</w:t>
            </w:r>
          </w:p>
        </w:tc>
        <w:tc>
          <w:tcPr>
            <w:tcW w:type="dxa" w:w="1602"/>
          </w:tcPr>
          <w:p>
            <w:pPr>
              <w:spacing w:after="0"/>
              <w:jc w:val="left"/>
            </w:pPr>
            <w:r>
              <w:rPr>
                <w:sz w:val="16"/>
              </w:rPr>
              <w:t>F2 tornado, 1983-10-13, 1 mi path length (whole path, pre-1996), 40 yd wide, $2,500,000 property; crops not recorded (1983 dollars)</w:t>
            </w:r>
          </w:p>
        </w:tc>
        <w:tc>
          <w:tcPr>
            <w:tcW w:type="dxa" w:w="1551"/>
          </w:tcPr>
          <w:p>
            <w:pPr>
              <w:spacing w:after="0"/>
              <w:jc w:val="left"/>
            </w:pPr>
          </w:p>
        </w:tc>
        <w:tc>
          <w:tcPr>
            <w:tcW w:type="dxa" w:w="2013"/>
          </w:tcPr>
          <w:p>
            <w:pPr>
              <w:spacing w:after="0"/>
              <w:jc w:val="left"/>
            </w:pPr>
            <w:r>
              <w:rPr>
                <w:sz w:val="16"/>
              </w:rPr>
              <w:t>No event record names a jurisdiction in the plan.</w:t>
            </w:r>
          </w:p>
        </w:tc>
        <w:tc>
          <w:tcPr>
            <w:tcW w:type="dxa" w:w="18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Wildfire</w:t>
            </w:r>
          </w:p>
        </w:tc>
        <w:tc>
          <w:tcPr>
            <w:tcW w:type="dxa" w:w="1807"/>
          </w:tcPr>
          <w:p>
            <w:pPr>
              <w:spacing w:after="0"/>
              <w:jc w:val="left"/>
            </w:pPr>
            <w:r>
              <w:rPr>
                <w:sz w:val="16"/>
              </w:rPr>
              <w:t>acres burned (local data)</w:t>
            </w:r>
          </w:p>
        </w:tc>
        <w:tc>
          <w:tcPr>
            <w:tcW w:type="dxa" w:w="1696"/>
          </w:tcPr>
          <w:p>
            <w:pPr>
              <w:spacing w:after="0"/>
              <w:jc w:val="right"/>
            </w:pPr>
            <w:r>
              <w:rPr>
                <w:sz w:val="16"/>
              </w:rPr>
              <w:t>0</w:t>
            </w:r>
          </w:p>
        </w:tc>
        <w:tc>
          <w:tcPr>
            <w:tcW w:type="dxa" w:w="1842"/>
          </w:tcPr>
          <w:p>
            <w:pPr>
              <w:spacing w:after="0"/>
              <w:jc w:val="left"/>
            </w:pPr>
          </w:p>
        </w:tc>
        <w:tc>
          <w:tcPr>
            <w:tcW w:type="dxa" w:w="1602"/>
          </w:tcPr>
          <w:p>
            <w:pPr>
              <w:spacing w:after="0"/>
              <w:jc w:val="left"/>
            </w:pPr>
          </w:p>
        </w:tc>
        <w:tc>
          <w:tcPr>
            <w:tcW w:type="dxa" w:w="1551"/>
          </w:tcPr>
          <w:p>
            <w:pPr>
              <w:spacing w:after="0"/>
              <w:jc w:val="left"/>
            </w:pPr>
          </w:p>
        </w:tc>
        <w:tc>
          <w:tcPr>
            <w:tcW w:type="dxa" w:w="2013"/>
          </w:tcPr>
          <w:p>
            <w:pPr>
              <w:spacing w:after="0"/>
              <w:jc w:val="left"/>
            </w:pPr>
          </w:p>
        </w:tc>
        <w:tc>
          <w:tcPr>
            <w:tcW w:type="dxa" w:w="1836"/>
          </w:tcPr>
          <w:p>
            <w:pPr>
              <w:spacing w:after="0"/>
              <w:jc w:val="left"/>
            </w:pPr>
          </w:p>
        </w:tc>
      </w:tr>
      <w:tr>
        <w:trPr>
          <w:cantSplit/>
        </w:trPr>
        <w:tc>
          <w:tcPr>
            <w:tcW w:type="dxa" w:w="1766"/>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96"/>
          </w:tcPr>
          <w:p>
            <w:pPr>
              <w:spacing w:after="0"/>
              <w:jc w:val="right"/>
            </w:pPr>
            <w:r>
              <w:rPr>
                <w:sz w:val="16"/>
              </w:rPr>
              <w:t>138 records, 1996 to 2026 (138 zone-level)</w:t>
            </w:r>
          </w:p>
        </w:tc>
        <w:tc>
          <w:tcPr>
            <w:tcW w:type="dxa" w:w="1842"/>
          </w:tcPr>
          <w:p>
            <w:pPr>
              <w:spacing w:after="0"/>
              <w:jc w:val="left"/>
            </w:pPr>
          </w:p>
        </w:tc>
        <w:tc>
          <w:tcPr>
            <w:tcW w:type="dxa" w:w="1602"/>
          </w:tcPr>
          <w:p>
            <w:pPr>
              <w:spacing w:after="0"/>
              <w:jc w:val="left"/>
            </w:pPr>
            <w:r>
              <w:rPr>
                <w:sz w:val="16"/>
              </w:rPr>
              <w:t>Winter Storm, 2003-02-14, $400,000 property; crops not reported (2003 dollars); NWS zone VAZ054</w:t>
            </w:r>
          </w:p>
        </w:tc>
        <w:tc>
          <w:tcPr>
            <w:tcW w:type="dxa" w:w="1551"/>
          </w:tcPr>
          <w:p>
            <w:pPr>
              <w:spacing w:after="0"/>
              <w:jc w:val="left"/>
            </w:pPr>
          </w:p>
        </w:tc>
        <w:tc>
          <w:tcPr>
            <w:tcW w:type="dxa" w:w="2013"/>
          </w:tcPr>
          <w:p>
            <w:pPr>
              <w:spacing w:after="0"/>
              <w:jc w:val="left"/>
            </w:pPr>
            <w:r>
              <w:rPr>
                <w:sz w:val="16"/>
              </w:rPr>
              <w:t>Countywide (zone-level records).</w:t>
            </w:r>
          </w:p>
        </w:tc>
        <w:tc>
          <w:tcPr>
            <w:tcW w:type="dxa" w:w="18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2850"/>
        <w:gridCol w:w="2135"/>
        <w:gridCol w:w="2505"/>
        <w:gridCol w:w="129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Title</w:t>
            </w:r>
          </w:p>
        </w:tc>
        <w:tc>
          <w:tcPr>
            <w:tcW w:type="dxa" w:w="2135"/>
            <w:shd w:val="clear" w:color="auto" w:fill="E8E8E8"/>
          </w:tcPr>
          <w:p>
            <w:pPr>
              <w:spacing w:after="0"/>
              <w:jc w:val="left"/>
            </w:pPr>
            <w:r>
              <w:rPr>
                <w:b/>
                <w:sz w:val="16"/>
              </w:rPr>
              <w:t>Mapped hazard</w:t>
            </w:r>
          </w:p>
        </w:tc>
        <w:tc>
          <w:tcPr>
            <w:tcW w:type="dxa" w:w="25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31"/>
          </w:tcPr>
          <w:p>
            <w:pPr>
              <w:spacing w:after="0"/>
              <w:jc w:val="left"/>
            </w:pPr>
            <w:r>
              <w:rPr>
                <w:sz w:val="16"/>
              </w:rPr>
              <w:t>Emergency</w:t>
            </w:r>
          </w:p>
        </w:tc>
        <w:tc>
          <w:tcPr>
            <w:tcW w:type="dxa" w:w="2850"/>
          </w:tcPr>
          <w:p>
            <w:pPr>
              <w:spacing w:after="0"/>
              <w:jc w:val="left"/>
            </w:pPr>
            <w:r>
              <w:rPr>
                <w:sz w:val="16"/>
              </w:rPr>
              <w:t>Severe Winter Storm</w:t>
            </w:r>
          </w:p>
        </w:tc>
        <w:tc>
          <w:tcPr>
            <w:tcW w:type="dxa" w:w="2135"/>
          </w:tcPr>
          <w:p>
            <w:pPr>
              <w:spacing w:after="0"/>
              <w:jc w:val="left"/>
            </w:pPr>
            <w:r>
              <w:rPr>
                <w:sz w:val="16"/>
              </w:rPr>
              <w:t>Winter Weather</w:t>
            </w:r>
          </w:p>
        </w:tc>
        <w:tc>
          <w:tcPr>
            <w:tcW w:type="dxa" w:w="2505"/>
          </w:tcPr>
          <w:p>
            <w:pPr>
              <w:spacing w:after="0"/>
              <w:jc w:val="right"/>
            </w:pPr>
            <w:r>
              <w:rPr>
                <w:sz w:val="16"/>
              </w:rPr>
              <w:t>no Public Assistance recorded</w:t>
            </w:r>
          </w:p>
        </w:tc>
        <w:tc>
          <w:tcPr>
            <w:tcW w:type="dxa" w:w="1293"/>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31"/>
          </w:tcPr>
          <w:p>
            <w:pPr>
              <w:spacing w:after="0"/>
              <w:jc w:val="left"/>
            </w:pPr>
            <w:r>
              <w:rPr>
                <w:sz w:val="16"/>
              </w:rPr>
              <w:t>Major disaster</w:t>
            </w:r>
          </w:p>
        </w:tc>
        <w:tc>
          <w:tcPr>
            <w:tcW w:type="dxa" w:w="2850"/>
          </w:tcPr>
          <w:p>
            <w:pPr>
              <w:spacing w:after="0"/>
              <w:jc w:val="left"/>
            </w:pPr>
            <w:r>
              <w:rPr>
                <w:sz w:val="16"/>
              </w:rPr>
              <w:t>COVID-19 Pandemic</w:t>
            </w:r>
          </w:p>
        </w:tc>
        <w:tc>
          <w:tcPr>
            <w:tcW w:type="dxa" w:w="2135"/>
          </w:tcPr>
          <w:p>
            <w:pPr>
              <w:spacing w:after="0"/>
              <w:jc w:val="left"/>
            </w:pPr>
            <w:r>
              <w:rPr>
                <w:sz w:val="16"/>
              </w:rPr>
              <w:t>Non-natural, not counted</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31"/>
          </w:tcPr>
          <w:p>
            <w:pPr>
              <w:spacing w:after="0"/>
              <w:jc w:val="left"/>
            </w:pPr>
            <w:r>
              <w:rPr>
                <w:sz w:val="16"/>
              </w:rPr>
              <w:t>Emergency</w:t>
            </w:r>
          </w:p>
        </w:tc>
        <w:tc>
          <w:tcPr>
            <w:tcW w:type="dxa" w:w="2850"/>
          </w:tcPr>
          <w:p>
            <w:pPr>
              <w:spacing w:after="0"/>
              <w:jc w:val="left"/>
            </w:pPr>
            <w:r>
              <w:rPr>
                <w:sz w:val="16"/>
              </w:rPr>
              <w:t>COVID-19</w:t>
            </w:r>
          </w:p>
        </w:tc>
        <w:tc>
          <w:tcPr>
            <w:tcW w:type="dxa" w:w="2135"/>
          </w:tcPr>
          <w:p>
            <w:pPr>
              <w:spacing w:after="0"/>
              <w:jc w:val="left"/>
            </w:pPr>
            <w:r>
              <w:rPr>
                <w:sz w:val="16"/>
              </w:rPr>
              <w:t>Non-natural, not counted</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31"/>
          </w:tcPr>
          <w:p>
            <w:pPr>
              <w:spacing w:after="0"/>
              <w:jc w:val="left"/>
            </w:pPr>
            <w:r>
              <w:rPr>
                <w:sz w:val="16"/>
              </w:rPr>
              <w:t>Emergency</w:t>
            </w:r>
          </w:p>
        </w:tc>
        <w:tc>
          <w:tcPr>
            <w:tcW w:type="dxa" w:w="2850"/>
          </w:tcPr>
          <w:p>
            <w:pPr>
              <w:spacing w:after="0"/>
              <w:jc w:val="left"/>
            </w:pPr>
            <w:r>
              <w:rPr>
                <w:sz w:val="16"/>
              </w:rPr>
              <w:t>Hurricane Florence</w:t>
            </w:r>
          </w:p>
        </w:tc>
        <w:tc>
          <w:tcPr>
            <w:tcW w:type="dxa" w:w="2135"/>
          </w:tcPr>
          <w:p>
            <w:pPr>
              <w:spacing w:after="0"/>
              <w:jc w:val="left"/>
            </w:pPr>
            <w:r>
              <w:rPr>
                <w:sz w:val="16"/>
              </w:rPr>
              <w:t>Hurricane</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31"/>
          </w:tcPr>
          <w:p>
            <w:pPr>
              <w:spacing w:after="0"/>
              <w:jc w:val="left"/>
            </w:pPr>
            <w:r>
              <w:rPr>
                <w:sz w:val="16"/>
              </w:rPr>
              <w:t>Major disaster</w:t>
            </w:r>
          </w:p>
        </w:tc>
        <w:tc>
          <w:tcPr>
            <w:tcW w:type="dxa" w:w="2850"/>
          </w:tcPr>
          <w:p>
            <w:pPr>
              <w:spacing w:after="0"/>
              <w:jc w:val="left"/>
            </w:pPr>
            <w:r>
              <w:rPr>
                <w:sz w:val="16"/>
              </w:rPr>
              <w:t>Severe Winter Storm and Snowstorm</w:t>
            </w:r>
          </w:p>
        </w:tc>
        <w:tc>
          <w:tcPr>
            <w:tcW w:type="dxa" w:w="2135"/>
          </w:tcPr>
          <w:p>
            <w:pPr>
              <w:spacing w:after="0"/>
              <w:jc w:val="left"/>
            </w:pPr>
            <w:r>
              <w:rPr>
                <w:sz w:val="16"/>
              </w:rPr>
              <w:t>Winter Weather</w:t>
            </w:r>
          </w:p>
        </w:tc>
        <w:tc>
          <w:tcPr>
            <w:tcW w:type="dxa" w:w="2505"/>
          </w:tcPr>
          <w:p>
            <w:pPr>
              <w:spacing w:after="0"/>
              <w:jc w:val="right"/>
            </w:pPr>
            <w:r>
              <w:rPr>
                <w:sz w:val="16"/>
              </w:rPr>
              <w:t>$86,331.86</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31"/>
          </w:tcPr>
          <w:p>
            <w:pPr>
              <w:spacing w:after="0"/>
              <w:jc w:val="left"/>
            </w:pPr>
            <w:r>
              <w:rPr>
                <w:sz w:val="16"/>
              </w:rPr>
              <w:t>Major disaster</w:t>
            </w:r>
          </w:p>
        </w:tc>
        <w:tc>
          <w:tcPr>
            <w:tcW w:type="dxa" w:w="2850"/>
          </w:tcPr>
          <w:p>
            <w:pPr>
              <w:spacing w:after="0"/>
              <w:jc w:val="left"/>
            </w:pPr>
            <w:r>
              <w:rPr>
                <w:sz w:val="16"/>
              </w:rPr>
              <w:t>Hurricane Sandy</w:t>
            </w:r>
          </w:p>
        </w:tc>
        <w:tc>
          <w:tcPr>
            <w:tcW w:type="dxa" w:w="2135"/>
          </w:tcPr>
          <w:p>
            <w:pPr>
              <w:spacing w:after="0"/>
              <w:jc w:val="left"/>
            </w:pPr>
            <w:r>
              <w:rPr>
                <w:sz w:val="16"/>
              </w:rPr>
              <w:t>Hurricane</w:t>
            </w:r>
          </w:p>
        </w:tc>
        <w:tc>
          <w:tcPr>
            <w:tcW w:type="dxa" w:w="2505"/>
          </w:tcPr>
          <w:p>
            <w:pPr>
              <w:spacing w:after="0"/>
              <w:jc w:val="right"/>
            </w:pPr>
            <w:r>
              <w:rPr>
                <w:sz w:val="16"/>
              </w:rPr>
              <w:t>$49,441.75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31"/>
          </w:tcPr>
          <w:p>
            <w:pPr>
              <w:spacing w:after="0"/>
              <w:jc w:val="left"/>
            </w:pPr>
            <w:r>
              <w:rPr>
                <w:sz w:val="16"/>
              </w:rPr>
              <w:t>Emergency</w:t>
            </w:r>
          </w:p>
        </w:tc>
        <w:tc>
          <w:tcPr>
            <w:tcW w:type="dxa" w:w="2850"/>
          </w:tcPr>
          <w:p>
            <w:pPr>
              <w:spacing w:after="0"/>
              <w:jc w:val="left"/>
            </w:pPr>
            <w:r>
              <w:rPr>
                <w:sz w:val="16"/>
              </w:rPr>
              <w:t>Hurricane Sandy</w:t>
            </w:r>
          </w:p>
        </w:tc>
        <w:tc>
          <w:tcPr>
            <w:tcW w:type="dxa" w:w="2135"/>
          </w:tcPr>
          <w:p>
            <w:pPr>
              <w:spacing w:after="0"/>
              <w:jc w:val="left"/>
            </w:pPr>
            <w:r>
              <w:rPr>
                <w:sz w:val="16"/>
              </w:rPr>
              <w:t>Hurricane</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31"/>
          </w:tcPr>
          <w:p>
            <w:pPr>
              <w:spacing w:after="0"/>
              <w:jc w:val="left"/>
            </w:pPr>
            <w:r>
              <w:rPr>
                <w:sz w:val="16"/>
              </w:rPr>
              <w:t>Major disaster</w:t>
            </w:r>
          </w:p>
        </w:tc>
        <w:tc>
          <w:tcPr>
            <w:tcW w:type="dxa" w:w="2850"/>
          </w:tcPr>
          <w:p>
            <w:pPr>
              <w:spacing w:after="0"/>
              <w:jc w:val="left"/>
            </w:pPr>
            <w:r>
              <w:rPr>
                <w:sz w:val="16"/>
              </w:rPr>
              <w:t>Severe Storms and Straight-Line Winds</w:t>
            </w:r>
          </w:p>
        </w:tc>
        <w:tc>
          <w:tcPr>
            <w:tcW w:type="dxa" w:w="2135"/>
          </w:tcPr>
          <w:p>
            <w:pPr>
              <w:spacing w:after="0"/>
              <w:jc w:val="left"/>
            </w:pPr>
            <w:r>
              <w:rPr>
                <w:sz w:val="16"/>
              </w:rPr>
              <w:t>Strong Wind</w:t>
            </w:r>
          </w:p>
        </w:tc>
        <w:tc>
          <w:tcPr>
            <w:tcW w:type="dxa" w:w="2505"/>
          </w:tcPr>
          <w:p>
            <w:pPr>
              <w:spacing w:after="0"/>
              <w:jc w:val="right"/>
            </w:pPr>
            <w:r>
              <w:rPr>
                <w:sz w:val="16"/>
              </w:rPr>
              <w:t>$187,743.09</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31"/>
          </w:tcPr>
          <w:p>
            <w:pPr>
              <w:spacing w:after="0"/>
              <w:jc w:val="left"/>
            </w:pPr>
            <w:r>
              <w:rPr>
                <w:sz w:val="16"/>
              </w:rPr>
              <w:t>Major disaster</w:t>
            </w:r>
          </w:p>
        </w:tc>
        <w:tc>
          <w:tcPr>
            <w:tcW w:type="dxa" w:w="2850"/>
          </w:tcPr>
          <w:p>
            <w:pPr>
              <w:spacing w:after="0"/>
              <w:jc w:val="left"/>
            </w:pPr>
            <w:r>
              <w:rPr>
                <w:sz w:val="16"/>
              </w:rPr>
              <w:t>Severe Winter Storms and Snowstorms</w:t>
            </w:r>
          </w:p>
        </w:tc>
        <w:tc>
          <w:tcPr>
            <w:tcW w:type="dxa" w:w="2135"/>
          </w:tcPr>
          <w:p>
            <w:pPr>
              <w:spacing w:after="0"/>
              <w:jc w:val="left"/>
            </w:pPr>
            <w:r>
              <w:rPr>
                <w:sz w:val="16"/>
              </w:rPr>
              <w:t>Winter Weather</w:t>
            </w:r>
          </w:p>
        </w:tc>
        <w:tc>
          <w:tcPr>
            <w:tcW w:type="dxa" w:w="2505"/>
          </w:tcPr>
          <w:p>
            <w:pPr>
              <w:spacing w:after="0"/>
              <w:jc w:val="right"/>
            </w:pPr>
            <w:r>
              <w:rPr>
                <w:sz w:val="16"/>
              </w:rPr>
              <w:t>$127,375.08</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31"/>
          </w:tcPr>
          <w:p>
            <w:pPr>
              <w:spacing w:after="0"/>
              <w:jc w:val="left"/>
            </w:pPr>
            <w:r>
              <w:rPr>
                <w:sz w:val="16"/>
              </w:rPr>
              <w:t>Major disaster</w:t>
            </w:r>
          </w:p>
        </w:tc>
        <w:tc>
          <w:tcPr>
            <w:tcW w:type="dxa" w:w="2850"/>
          </w:tcPr>
          <w:p>
            <w:pPr>
              <w:spacing w:after="0"/>
              <w:jc w:val="left"/>
            </w:pPr>
            <w:r>
              <w:rPr>
                <w:sz w:val="16"/>
              </w:rPr>
              <w:t>Severe Winter Storm and Snowstorm</w:t>
            </w:r>
          </w:p>
        </w:tc>
        <w:tc>
          <w:tcPr>
            <w:tcW w:type="dxa" w:w="2135"/>
          </w:tcPr>
          <w:p>
            <w:pPr>
              <w:spacing w:after="0"/>
              <w:jc w:val="left"/>
            </w:pPr>
            <w:r>
              <w:rPr>
                <w:sz w:val="16"/>
              </w:rPr>
              <w:t>Winter Weather</w:t>
            </w:r>
          </w:p>
        </w:tc>
        <w:tc>
          <w:tcPr>
            <w:tcW w:type="dxa" w:w="2505"/>
          </w:tcPr>
          <w:p>
            <w:pPr>
              <w:spacing w:after="0"/>
              <w:jc w:val="right"/>
            </w:pPr>
            <w:r>
              <w:rPr>
                <w:sz w:val="16"/>
              </w:rPr>
              <w:t>$68,251.07</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31"/>
          </w:tcPr>
          <w:p>
            <w:pPr>
              <w:spacing w:after="0"/>
              <w:jc w:val="left"/>
            </w:pPr>
            <w:r>
              <w:rPr>
                <w:sz w:val="16"/>
              </w:rPr>
              <w:t>Emergency</w:t>
            </w:r>
          </w:p>
        </w:tc>
        <w:tc>
          <w:tcPr>
            <w:tcW w:type="dxa" w:w="2850"/>
          </w:tcPr>
          <w:p>
            <w:pPr>
              <w:spacing w:after="0"/>
              <w:jc w:val="left"/>
            </w:pPr>
            <w:r>
              <w:rPr>
                <w:sz w:val="16"/>
              </w:rPr>
              <w:t>Hurricane Katrina Evacuation</w:t>
            </w:r>
          </w:p>
        </w:tc>
        <w:tc>
          <w:tcPr>
            <w:tcW w:type="dxa" w:w="2135"/>
          </w:tcPr>
          <w:p>
            <w:pPr>
              <w:spacing w:after="0"/>
              <w:jc w:val="left"/>
            </w:pPr>
            <w:r>
              <w:rPr>
                <w:sz w:val="16"/>
              </w:rPr>
              <w:t>Hurricane: evacuation support, not a local hazard event; not counted</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31"/>
          </w:tcPr>
          <w:p>
            <w:pPr>
              <w:spacing w:after="0"/>
              <w:jc w:val="left"/>
            </w:pPr>
            <w:r>
              <w:rPr>
                <w:sz w:val="16"/>
              </w:rPr>
              <w:t>Major disaster</w:t>
            </w:r>
          </w:p>
        </w:tc>
        <w:tc>
          <w:tcPr>
            <w:tcW w:type="dxa" w:w="2850"/>
          </w:tcPr>
          <w:p>
            <w:pPr>
              <w:spacing w:after="0"/>
              <w:jc w:val="left"/>
            </w:pPr>
            <w:r>
              <w:rPr>
                <w:sz w:val="16"/>
              </w:rPr>
              <w:t>Hurricane Isabel</w:t>
            </w:r>
          </w:p>
        </w:tc>
        <w:tc>
          <w:tcPr>
            <w:tcW w:type="dxa" w:w="2135"/>
          </w:tcPr>
          <w:p>
            <w:pPr>
              <w:spacing w:after="0"/>
              <w:jc w:val="left"/>
            </w:pPr>
            <w:r>
              <w:rPr>
                <w:sz w:val="16"/>
              </w:rPr>
              <w:t>Hurricane</w:t>
            </w:r>
          </w:p>
        </w:tc>
        <w:tc>
          <w:tcPr>
            <w:tcW w:type="dxa" w:w="2505"/>
          </w:tcPr>
          <w:p>
            <w:pPr>
              <w:spacing w:after="0"/>
              <w:jc w:val="right"/>
            </w:pPr>
            <w:r>
              <w:rPr>
                <w:sz w:val="16"/>
              </w:rPr>
              <w:t>$159,847.15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31"/>
          </w:tcPr>
          <w:p>
            <w:pPr>
              <w:spacing w:after="0"/>
              <w:jc w:val="left"/>
            </w:pPr>
            <w:r>
              <w:rPr>
                <w:sz w:val="16"/>
              </w:rPr>
              <w:t>Major disaster</w:t>
            </w:r>
          </w:p>
        </w:tc>
        <w:tc>
          <w:tcPr>
            <w:tcW w:type="dxa" w:w="2850"/>
          </w:tcPr>
          <w:p>
            <w:pPr>
              <w:spacing w:after="0"/>
              <w:jc w:val="left"/>
            </w:pPr>
            <w:r>
              <w:rPr>
                <w:sz w:val="16"/>
              </w:rPr>
              <w:t>Severe Winter Storm, Record/Near Record Snowfall, Heavy Rain,Floodind, and Mudslide</w:t>
            </w:r>
          </w:p>
        </w:tc>
        <w:tc>
          <w:tcPr>
            <w:tcW w:type="dxa" w:w="2135"/>
          </w:tcPr>
          <w:p>
            <w:pPr>
              <w:spacing w:after="0"/>
              <w:jc w:val="left"/>
            </w:pPr>
            <w:r>
              <w:rPr>
                <w:sz w:val="16"/>
              </w:rPr>
              <w:t>Inland Flooding; Landslide; Winter Weather</w:t>
            </w:r>
          </w:p>
        </w:tc>
        <w:tc>
          <w:tcPr>
            <w:tcW w:type="dxa" w:w="2505"/>
          </w:tcPr>
          <w:p>
            <w:pPr>
              <w:spacing w:after="0"/>
              <w:jc w:val="right"/>
            </w:pPr>
            <w:r>
              <w:rPr>
                <w:sz w:val="16"/>
              </w:rPr>
              <w:t>$31,155.65</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31"/>
          </w:tcPr>
          <w:p>
            <w:pPr>
              <w:spacing w:after="0"/>
              <w:jc w:val="left"/>
            </w:pPr>
            <w:r>
              <w:rPr>
                <w:sz w:val="16"/>
              </w:rPr>
              <w:t>Major disaster</w:t>
            </w:r>
          </w:p>
        </w:tc>
        <w:tc>
          <w:tcPr>
            <w:tcW w:type="dxa" w:w="2850"/>
          </w:tcPr>
          <w:p>
            <w:pPr>
              <w:spacing w:after="0"/>
              <w:jc w:val="left"/>
            </w:pPr>
            <w:r>
              <w:rPr>
                <w:sz w:val="16"/>
              </w:rPr>
              <w:t>Blizzard of 96 (Severe Snow Storm)</w:t>
            </w:r>
          </w:p>
        </w:tc>
        <w:tc>
          <w:tcPr>
            <w:tcW w:type="dxa" w:w="2135"/>
          </w:tcPr>
          <w:p>
            <w:pPr>
              <w:spacing w:after="0"/>
              <w:jc w:val="left"/>
            </w:pPr>
            <w:r>
              <w:rPr>
                <w:sz w:val="16"/>
              </w:rPr>
              <w:t>Winter Weather</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31"/>
          </w:tcPr>
          <w:p>
            <w:pPr>
              <w:spacing w:after="0"/>
              <w:jc w:val="left"/>
            </w:pPr>
            <w:r>
              <w:rPr>
                <w:sz w:val="16"/>
              </w:rPr>
              <w:t>Emergency</w:t>
            </w:r>
          </w:p>
        </w:tc>
        <w:tc>
          <w:tcPr>
            <w:tcW w:type="dxa" w:w="2850"/>
          </w:tcPr>
          <w:p>
            <w:pPr>
              <w:spacing w:after="0"/>
              <w:jc w:val="left"/>
            </w:pPr>
            <w:r>
              <w:rPr>
                <w:sz w:val="16"/>
              </w:rPr>
              <w:t>Severe Winter Storm</w:t>
            </w:r>
          </w:p>
        </w:tc>
        <w:tc>
          <w:tcPr>
            <w:tcW w:type="dxa" w:w="2135"/>
          </w:tcPr>
          <w:p>
            <w:pPr>
              <w:spacing w:after="0"/>
              <w:jc w:val="left"/>
            </w:pPr>
            <w:r>
              <w:rPr>
                <w:sz w:val="16"/>
              </w:rPr>
              <w:t>Winter Weather</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31"/>
          </w:tcPr>
          <w:p>
            <w:pPr>
              <w:spacing w:after="0"/>
              <w:jc w:val="left"/>
            </w:pPr>
            <w:r>
              <w:rPr>
                <w:sz w:val="16"/>
              </w:rPr>
              <w:t>Major disaster</w:t>
            </w:r>
          </w:p>
        </w:tc>
        <w:tc>
          <w:tcPr>
            <w:tcW w:type="dxa" w:w="2850"/>
          </w:tcPr>
          <w:p>
            <w:pPr>
              <w:spacing w:after="0"/>
              <w:jc w:val="left"/>
            </w:pPr>
            <w:r>
              <w:rPr>
                <w:sz w:val="16"/>
              </w:rPr>
              <w:t>Tropical Storm Agnes</w:t>
            </w:r>
          </w:p>
        </w:tc>
        <w:tc>
          <w:tcPr>
            <w:tcW w:type="dxa" w:w="2135"/>
          </w:tcPr>
          <w:p>
            <w:pPr>
              <w:spacing w:after="0"/>
              <w:jc w:val="left"/>
            </w:pPr>
            <w:r>
              <w:rPr>
                <w:sz w:val="16"/>
              </w:rPr>
              <w:t>Inland Flooding (primary); also designated: Hurricane</w:t>
            </w:r>
          </w:p>
        </w:tc>
        <w:tc>
          <w:tcPr>
            <w:tcW w:type="dxa" w:w="2505"/>
          </w:tcPr>
          <w:p>
            <w:pPr>
              <w:spacing w:after="0"/>
              <w:jc w:val="right"/>
            </w:pPr>
            <w:r>
              <w:rPr>
                <w:sz w:val="16"/>
              </w:rPr>
              <w:t>no Public Assistance recorded</w:t>
            </w:r>
          </w:p>
        </w:tc>
        <w:tc>
          <w:tcPr>
            <w:tcW w:type="dxa" w:w="129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01"/>
          </w:tcPr>
          <w:p>
            <w:pPr>
              <w:spacing w:after="0"/>
              <w:jc w:val="right"/>
            </w:pPr>
            <w:r>
              <w:rPr>
                <w:sz w:val="16"/>
              </w:rPr>
              <w:t>23</w:t>
            </w:r>
          </w:p>
        </w:tc>
        <w:tc>
          <w:tcPr>
            <w:tcW w:type="dxa" w:w="1110"/>
          </w:tcPr>
          <w:p>
            <w:pPr>
              <w:spacing w:after="0"/>
              <w:jc w:val="right"/>
            </w:pPr>
            <w:r>
              <w:rPr>
                <w:sz w:val="16"/>
              </w:rPr>
              <w:t>7</w:t>
            </w:r>
          </w:p>
        </w:tc>
        <w:tc>
          <w:tcPr>
            <w:tcW w:type="dxa" w:w="1912"/>
          </w:tcPr>
          <w:p>
            <w:pPr>
              <w:spacing w:after="0"/>
              <w:jc w:val="right"/>
            </w:pPr>
            <w:r>
              <w:rPr>
                <w:sz w:val="16"/>
              </w:rPr>
              <w:t>0</w:t>
            </w:r>
          </w:p>
        </w:tc>
        <w:tc>
          <w:tcPr>
            <w:tcW w:type="dxa" w:w="773"/>
          </w:tcPr>
          <w:p>
            <w:pPr>
              <w:spacing w:after="0"/>
              <w:jc w:val="right"/>
            </w:pPr>
            <w:r>
              <w:rPr>
                <w:sz w:val="16"/>
              </w:rPr>
              <w:t>8</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Cold Wave</w:t>
            </w:r>
          </w:p>
        </w:tc>
        <w:tc>
          <w:tcPr>
            <w:tcW w:type="dxa" w:w="2001"/>
          </w:tcPr>
          <w:p>
            <w:pPr>
              <w:spacing w:after="0"/>
              <w:jc w:val="right"/>
            </w:pPr>
            <w:r>
              <w:rPr>
                <w:sz w:val="16"/>
              </w:rPr>
              <w:t>33</w:t>
            </w:r>
          </w:p>
        </w:tc>
        <w:tc>
          <w:tcPr>
            <w:tcW w:type="dxa" w:w="1110"/>
          </w:tcPr>
          <w:p>
            <w:pPr>
              <w:spacing w:after="0"/>
              <w:jc w:val="right"/>
            </w:pPr>
            <w:r>
              <w:rPr>
                <w:sz w:val="16"/>
              </w:rPr>
              <w:t>4</w:t>
            </w:r>
          </w:p>
        </w:tc>
        <w:tc>
          <w:tcPr>
            <w:tcW w:type="dxa" w:w="1912"/>
          </w:tcPr>
          <w:p>
            <w:pPr>
              <w:spacing w:after="0"/>
              <w:jc w:val="right"/>
            </w:pPr>
            <w:r>
              <w:rPr>
                <w:sz w:val="16"/>
              </w:rPr>
              <w:t>1</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8</w:t>
            </w:r>
          </w:p>
        </w:tc>
        <w:tc>
          <w:tcPr>
            <w:tcW w:type="dxa" w:w="1110"/>
          </w:tcPr>
          <w:p>
            <w:pPr>
              <w:spacing w:after="0"/>
              <w:jc w:val="right"/>
            </w:pPr>
            <w:r>
              <w:rPr>
                <w:sz w:val="16"/>
              </w:rPr>
              <w:t>2</w:t>
            </w:r>
          </w:p>
        </w:tc>
        <w:tc>
          <w:tcPr>
            <w:tcW w:type="dxa" w:w="1912"/>
          </w:tcPr>
          <w:p>
            <w:pPr>
              <w:spacing w:after="0"/>
              <w:jc w:val="right"/>
            </w:pPr>
            <w:r>
              <w:rPr>
                <w:sz w:val="16"/>
              </w:rPr>
              <w:t>0</w:t>
            </w:r>
          </w:p>
        </w:tc>
        <w:tc>
          <w:tcPr>
            <w:tcW w:type="dxa" w:w="773"/>
          </w:tcPr>
          <w:p>
            <w:pPr>
              <w:spacing w:after="0"/>
              <w:jc w:val="right"/>
            </w:pPr>
            <w:r>
              <w:rPr>
                <w:sz w:val="16"/>
              </w:rPr>
              <w:t>2</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66</w:t>
            </w:r>
          </w:p>
        </w:tc>
        <w:tc>
          <w:tcPr>
            <w:tcW w:type="dxa" w:w="1110"/>
          </w:tcPr>
          <w:p>
            <w:pPr>
              <w:spacing w:after="0"/>
              <w:jc w:val="right"/>
            </w:pPr>
            <w:r>
              <w:rPr>
                <w:sz w:val="16"/>
              </w:rPr>
              <w:t>6</w:t>
            </w:r>
          </w:p>
        </w:tc>
        <w:tc>
          <w:tcPr>
            <w:tcW w:type="dxa" w:w="1912"/>
          </w:tcPr>
          <w:p>
            <w:pPr>
              <w:spacing w:after="0"/>
              <w:jc w:val="right"/>
            </w:pPr>
            <w:r>
              <w:rPr>
                <w:sz w:val="16"/>
              </w:rPr>
              <w:t>0</w:t>
            </w:r>
          </w:p>
        </w:tc>
        <w:tc>
          <w:tcPr>
            <w:tcW w:type="dxa" w:w="773"/>
          </w:tcPr>
          <w:p>
            <w:pPr>
              <w:spacing w:after="0"/>
              <w:jc w:val="right"/>
            </w:pPr>
            <w:r>
              <w:rPr>
                <w:sz w:val="16"/>
              </w:rPr>
              <w:t>6</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62</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14 High Wind and 22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138</w:t>
            </w:r>
          </w:p>
        </w:tc>
        <w:tc>
          <w:tcPr>
            <w:tcW w:type="dxa" w:w="1110"/>
          </w:tcPr>
          <w:p>
            <w:pPr>
              <w:spacing w:after="0"/>
              <w:jc w:val="right"/>
            </w:pPr>
            <w:r>
              <w:rPr>
                <w:sz w:val="16"/>
              </w:rPr>
              <w:t>13</w:t>
            </w:r>
          </w:p>
        </w:tc>
        <w:tc>
          <w:tcPr>
            <w:tcW w:type="dxa" w:w="1912"/>
          </w:tcPr>
          <w:p>
            <w:pPr>
              <w:spacing w:after="0"/>
              <w:jc w:val="right"/>
            </w:pPr>
            <w:r>
              <w:rPr>
                <w:sz w:val="16"/>
              </w:rPr>
              <w:t>2</w:t>
            </w:r>
          </w:p>
        </w:tc>
        <w:tc>
          <w:tcPr>
            <w:tcW w:type="dxa" w:w="773"/>
          </w:tcPr>
          <w:p>
            <w:pPr>
              <w:spacing w:after="0"/>
              <w:jc w:val="right"/>
            </w:pPr>
            <w:r>
              <w:rPr>
                <w:sz w:val="16"/>
              </w:rPr>
              <w:t>19</w:t>
            </w:r>
          </w:p>
        </w:tc>
        <w:tc>
          <w:tcPr>
            <w:tcW w:type="dxa" w:w="1586"/>
          </w:tcPr>
          <w:p>
            <w:pPr>
              <w:spacing w:after="0"/>
              <w:jc w:val="right"/>
            </w:pPr>
            <w:r>
              <w:rPr>
                <w:sz w:val="16"/>
              </w:rPr>
              <w:t>7</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433"/>
        <w:gridCol w:w="2921"/>
        <w:gridCol w:w="927"/>
        <w:gridCol w:w="2372"/>
        <w:gridCol w:w="1022"/>
        <w:gridCol w:w="3100"/>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433"/>
            <w:shd w:val="clear" w:color="auto" w:fill="E8E8E8"/>
          </w:tcPr>
          <w:p>
            <w:pPr>
              <w:spacing w:after="0"/>
              <w:jc w:val="left"/>
            </w:pPr>
            <w:r>
              <w:rPr>
                <w:b/>
                <w:sz w:val="16"/>
              </w:rPr>
              <w:t>Magnitude or extent</w:t>
            </w:r>
          </w:p>
        </w:tc>
        <w:tc>
          <w:tcPr>
            <w:tcW w:type="dxa" w:w="2921"/>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2"/>
            <w:shd w:val="clear" w:color="auto" w:fill="E8E8E8"/>
          </w:tcPr>
          <w:p>
            <w:pPr>
              <w:spacing w:after="0"/>
              <w:jc w:val="left"/>
            </w:pPr>
            <w:r>
              <w:rPr>
                <w:b/>
                <w:sz w:val="16"/>
              </w:rPr>
              <w:t>Location</w:t>
            </w:r>
          </w:p>
        </w:tc>
        <w:tc>
          <w:tcPr>
            <w:tcW w:type="dxa" w:w="1022"/>
            <w:shd w:val="clear" w:color="auto" w:fill="E8E8E8"/>
          </w:tcPr>
          <w:p>
            <w:pPr>
              <w:spacing w:after="0"/>
              <w:jc w:val="left"/>
            </w:pPr>
            <w:r>
              <w:rPr>
                <w:b/>
                <w:sz w:val="16"/>
              </w:rPr>
              <w:t>Flags</w:t>
            </w:r>
          </w:p>
        </w:tc>
        <w:tc>
          <w:tcPr>
            <w:tcW w:type="dxa" w:w="31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01"/>
          </w:tcPr>
          <w:p>
            <w:pPr>
              <w:spacing w:after="0"/>
              <w:jc w:val="left"/>
            </w:pPr>
            <w:r>
              <w:rPr>
                <w:sz w:val="16"/>
              </w:rPr>
              <w:t>Extreme Cold/Wind Chill</w:t>
            </w:r>
          </w:p>
        </w:tc>
        <w:tc>
          <w:tcPr>
            <w:tcW w:type="dxa" w:w="1433"/>
          </w:tcPr>
          <w:p>
            <w:pPr>
              <w:spacing w:after="0"/>
              <w:jc w:val="left"/>
            </w:pPr>
          </w:p>
        </w:tc>
        <w:tc>
          <w:tcPr>
            <w:tcW w:type="dxa" w:w="2921"/>
          </w:tcPr>
          <w:p>
            <w:pPr>
              <w:spacing w:after="0"/>
              <w:jc w:val="left"/>
            </w:pPr>
            <w:r>
              <w:rPr>
                <w:sz w:val="16"/>
              </w:rPr>
              <w:t>damage not reported</w:t>
            </w:r>
          </w:p>
        </w:tc>
        <w:tc>
          <w:tcPr>
            <w:tcW w:type="dxa" w:w="927"/>
          </w:tcPr>
          <w:p>
            <w:pPr>
              <w:spacing w:after="0"/>
              <w:jc w:val="right"/>
            </w:pPr>
            <w:r>
              <w:rPr>
                <w:sz w:val="16"/>
              </w:rPr>
              <w:t>0, 0</w:t>
            </w:r>
          </w:p>
        </w:tc>
        <w:tc>
          <w:tcPr>
            <w:tcW w:type="dxa" w:w="2372"/>
          </w:tcPr>
          <w:p>
            <w:pPr>
              <w:spacing w:after="0"/>
              <w:jc w:val="left"/>
            </w:pPr>
            <w:r>
              <w:rPr>
                <w:sz w:val="16"/>
              </w:rPr>
              <w:t>NWS zone VAZ054 (ARLINGTON), zone-level</w:t>
            </w:r>
          </w:p>
        </w:tc>
        <w:tc>
          <w:tcPr>
            <w:tcW w:type="dxa" w:w="1022"/>
          </w:tcPr>
          <w:p>
            <w:pPr>
              <w:spacing w:after="0"/>
              <w:jc w:val="left"/>
            </w:pPr>
            <w:r>
              <w:rPr>
                <w:sz w:val="16"/>
              </w:rPr>
              <w:t>new since last plan; within last 5 years</w:t>
            </w:r>
          </w:p>
        </w:tc>
        <w:tc>
          <w:tcPr>
            <w:tcW w:type="dxa" w:w="31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2021-07-01</w:t>
            </w:r>
          </w:p>
        </w:tc>
        <w:tc>
          <w:tcPr>
            <w:tcW w:type="dxa" w:w="1301"/>
          </w:tcPr>
          <w:p>
            <w:pPr>
              <w:spacing w:after="0"/>
              <w:jc w:val="left"/>
            </w:pPr>
            <w:r>
              <w:rPr>
                <w:sz w:val="16"/>
              </w:rPr>
              <w:t>Thunderstorm Wind</w:t>
            </w:r>
          </w:p>
        </w:tc>
        <w:tc>
          <w:tcPr>
            <w:tcW w:type="dxa" w:w="1433"/>
          </w:tcPr>
          <w:p>
            <w:pPr>
              <w:spacing w:after="0"/>
              <w:jc w:val="left"/>
            </w:pPr>
            <w:r>
              <w:rPr>
                <w:sz w:val="16"/>
              </w:rPr>
              <w:t>61 kt (70 mph) estimated gust</w:t>
            </w:r>
          </w:p>
        </w:tc>
        <w:tc>
          <w:tcPr>
            <w:tcW w:type="dxa" w:w="2921"/>
          </w:tcPr>
          <w:p>
            <w:pPr>
              <w:spacing w:after="0"/>
              <w:jc w:val="left"/>
            </w:pPr>
            <w:r>
              <w:rPr>
                <w:sz w:val="16"/>
              </w:rPr>
              <w:t>$15,000 property; crops not reported (2021 dollars)</w:t>
            </w:r>
          </w:p>
        </w:tc>
        <w:tc>
          <w:tcPr>
            <w:tcW w:type="dxa" w:w="927"/>
          </w:tcPr>
          <w:p>
            <w:pPr>
              <w:spacing w:after="0"/>
              <w:jc w:val="right"/>
            </w:pPr>
            <w:r>
              <w:rPr>
                <w:sz w:val="16"/>
              </w:rPr>
              <w:t>0, 0</w:t>
            </w:r>
          </w:p>
        </w:tc>
        <w:tc>
          <w:tcPr>
            <w:tcW w:type="dxa" w:w="2372"/>
          </w:tcPr>
          <w:p>
            <w:pPr>
              <w:spacing w:after="0"/>
              <w:jc w:val="left"/>
            </w:pPr>
            <w:r>
              <w:rPr>
                <w:sz w:val="16"/>
              </w:rPr>
              <w:t>FALLS CHURCH</w:t>
            </w:r>
          </w:p>
        </w:tc>
        <w:tc>
          <w:tcPr>
            <w:tcW w:type="dxa" w:w="1022"/>
          </w:tcPr>
          <w:p>
            <w:pPr>
              <w:spacing w:after="0"/>
              <w:jc w:val="left"/>
            </w:pPr>
          </w:p>
        </w:tc>
        <w:tc>
          <w:tcPr>
            <w:tcW w:type="dxa" w:w="3100"/>
          </w:tcPr>
          <w:p>
            <w:pPr>
              <w:spacing w:after="0"/>
              <w:jc w:val="left"/>
            </w:pPr>
            <w:r>
              <w:rPr>
                <w:sz w:val="16"/>
              </w:rPr>
              <w:t>B1-c worst recorded: Thunderstorm Wind</w:t>
            </w:r>
          </w:p>
        </w:tc>
      </w:tr>
      <w:tr>
        <w:trPr>
          <w:cantSplit/>
        </w:trPr>
        <w:tc>
          <w:tcPr>
            <w:tcW w:type="dxa" w:w="1037"/>
          </w:tcPr>
          <w:p>
            <w:pPr>
              <w:spacing w:after="0"/>
              <w:jc w:val="left"/>
            </w:pPr>
            <w:r>
              <w:rPr>
                <w:sz w:val="16"/>
              </w:rPr>
              <w:t>2017-02-12</w:t>
            </w:r>
          </w:p>
        </w:tc>
        <w:tc>
          <w:tcPr>
            <w:tcW w:type="dxa" w:w="1301"/>
          </w:tcPr>
          <w:p>
            <w:pPr>
              <w:spacing w:after="0"/>
              <w:jc w:val="left"/>
            </w:pPr>
            <w:r>
              <w:rPr>
                <w:sz w:val="16"/>
              </w:rPr>
              <w:t>High Wind</w:t>
            </w:r>
          </w:p>
        </w:tc>
        <w:tc>
          <w:tcPr>
            <w:tcW w:type="dxa" w:w="1433"/>
          </w:tcPr>
          <w:p>
            <w:pPr>
              <w:spacing w:after="0"/>
              <w:jc w:val="left"/>
            </w:pPr>
            <w:r>
              <w:rPr>
                <w:sz w:val="16"/>
              </w:rPr>
              <w:t>57 kt (66 mph) measured gust</w:t>
            </w:r>
          </w:p>
        </w:tc>
        <w:tc>
          <w:tcPr>
            <w:tcW w:type="dxa" w:w="2921"/>
          </w:tcPr>
          <w:p>
            <w:pPr>
              <w:spacing w:after="0"/>
              <w:jc w:val="left"/>
            </w:pPr>
            <w:r>
              <w:rPr>
                <w:sz w:val="16"/>
              </w:rPr>
              <w:t>damage not reported</w:t>
            </w:r>
          </w:p>
        </w:tc>
        <w:tc>
          <w:tcPr>
            <w:tcW w:type="dxa" w:w="927"/>
          </w:tcPr>
          <w:p>
            <w:pPr>
              <w:spacing w:after="0"/>
              <w:jc w:val="right"/>
            </w:pPr>
            <w:r>
              <w:rPr>
                <w:sz w:val="16"/>
              </w:rPr>
              <w:t>0, 0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B1-c worst recorded: High Wind and Strong Wind</w:t>
            </w:r>
          </w:p>
        </w:tc>
      </w:tr>
      <w:tr>
        <w:trPr>
          <w:cantSplit/>
        </w:trPr>
        <w:tc>
          <w:tcPr>
            <w:tcW w:type="dxa" w:w="1037"/>
          </w:tcPr>
          <w:p>
            <w:pPr>
              <w:spacing w:after="0"/>
              <w:jc w:val="left"/>
            </w:pPr>
            <w:r>
              <w:rPr>
                <w:sz w:val="16"/>
              </w:rPr>
              <w:t>2008-06-08</w:t>
            </w:r>
          </w:p>
        </w:tc>
        <w:tc>
          <w:tcPr>
            <w:tcW w:type="dxa" w:w="1301"/>
          </w:tcPr>
          <w:p>
            <w:pPr>
              <w:spacing w:after="0"/>
              <w:jc w:val="left"/>
            </w:pPr>
            <w:r>
              <w:rPr>
                <w:sz w:val="16"/>
              </w:rPr>
              <w:t>Excessive Heat</w:t>
            </w:r>
          </w:p>
        </w:tc>
        <w:tc>
          <w:tcPr>
            <w:tcW w:type="dxa" w:w="1433"/>
          </w:tcPr>
          <w:p>
            <w:pPr>
              <w:spacing w:after="0"/>
              <w:jc w:val="left"/>
            </w:pPr>
          </w:p>
        </w:tc>
        <w:tc>
          <w:tcPr>
            <w:tcW w:type="dxa" w:w="2921"/>
          </w:tcPr>
          <w:p>
            <w:pPr>
              <w:spacing w:after="0"/>
              <w:jc w:val="left"/>
            </w:pPr>
            <w:r>
              <w:rPr>
                <w:sz w:val="16"/>
              </w:rPr>
              <w:t>$0 property; $0 crops (zone total, 2008 dollars)</w:t>
            </w:r>
          </w:p>
        </w:tc>
        <w:tc>
          <w:tcPr>
            <w:tcW w:type="dxa" w:w="927"/>
          </w:tcPr>
          <w:p>
            <w:pPr>
              <w:spacing w:after="0"/>
              <w:jc w:val="right"/>
            </w:pPr>
            <w:r>
              <w:rPr>
                <w:sz w:val="16"/>
              </w:rPr>
              <w:t>1, 0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2004-08-11</w:t>
            </w:r>
          </w:p>
        </w:tc>
        <w:tc>
          <w:tcPr>
            <w:tcW w:type="dxa" w:w="1301"/>
          </w:tcPr>
          <w:p>
            <w:pPr>
              <w:spacing w:after="0"/>
              <w:jc w:val="left"/>
            </w:pPr>
            <w:r>
              <w:rPr>
                <w:sz w:val="16"/>
              </w:rPr>
              <w:t>Hail</w:t>
            </w:r>
          </w:p>
        </w:tc>
        <w:tc>
          <w:tcPr>
            <w:tcW w:type="dxa" w:w="1433"/>
          </w:tcPr>
          <w:p>
            <w:pPr>
              <w:spacing w:after="0"/>
              <w:jc w:val="left"/>
            </w:pPr>
            <w:r>
              <w:rPr>
                <w:sz w:val="16"/>
              </w:rPr>
              <w:t>1.5 in</w:t>
            </w:r>
          </w:p>
        </w:tc>
        <w:tc>
          <w:tcPr>
            <w:tcW w:type="dxa" w:w="2921"/>
          </w:tcPr>
          <w:p>
            <w:pPr>
              <w:spacing w:after="0"/>
              <w:jc w:val="left"/>
            </w:pPr>
            <w:r>
              <w:rPr>
                <w:sz w:val="16"/>
              </w:rPr>
              <w:t>damage not reported</w:t>
            </w:r>
          </w:p>
        </w:tc>
        <w:tc>
          <w:tcPr>
            <w:tcW w:type="dxa" w:w="927"/>
          </w:tcPr>
          <w:p>
            <w:pPr>
              <w:spacing w:after="0"/>
              <w:jc w:val="right"/>
            </w:pPr>
            <w:r>
              <w:rPr>
                <w:sz w:val="16"/>
              </w:rPr>
              <w:t>0, 0</w:t>
            </w:r>
          </w:p>
        </w:tc>
        <w:tc>
          <w:tcPr>
            <w:tcW w:type="dxa" w:w="2372"/>
          </w:tcPr>
          <w:p>
            <w:pPr>
              <w:spacing w:after="0"/>
              <w:jc w:val="left"/>
            </w:pPr>
            <w:r>
              <w:rPr>
                <w:sz w:val="16"/>
              </w:rPr>
              <w:t>FALLS CHURCH</w:t>
            </w:r>
          </w:p>
        </w:tc>
        <w:tc>
          <w:tcPr>
            <w:tcW w:type="dxa" w:w="1022"/>
          </w:tcPr>
          <w:p>
            <w:pPr>
              <w:spacing w:after="0"/>
              <w:jc w:val="left"/>
            </w:pPr>
          </w:p>
        </w:tc>
        <w:tc>
          <w:tcPr>
            <w:tcW w:type="dxa" w:w="3100"/>
          </w:tcPr>
          <w:p>
            <w:pPr>
              <w:spacing w:after="0"/>
              <w:jc w:val="left"/>
            </w:pPr>
            <w:r>
              <w:rPr>
                <w:sz w:val="16"/>
              </w:rPr>
              <w:t>B1-c worst recorded: Hail</w:t>
            </w:r>
          </w:p>
        </w:tc>
      </w:tr>
      <w:tr>
        <w:trPr>
          <w:cantSplit/>
        </w:trPr>
        <w:tc>
          <w:tcPr>
            <w:tcW w:type="dxa" w:w="1037"/>
          </w:tcPr>
          <w:p>
            <w:pPr>
              <w:spacing w:after="0"/>
              <w:jc w:val="left"/>
            </w:pPr>
            <w:r>
              <w:rPr>
                <w:sz w:val="16"/>
              </w:rPr>
              <w:t>2003-12-14</w:t>
            </w:r>
          </w:p>
        </w:tc>
        <w:tc>
          <w:tcPr>
            <w:tcW w:type="dxa" w:w="1301"/>
          </w:tcPr>
          <w:p>
            <w:pPr>
              <w:spacing w:after="0"/>
              <w:jc w:val="left"/>
            </w:pPr>
            <w:r>
              <w:rPr>
                <w:sz w:val="16"/>
              </w:rPr>
              <w:t>Winter Weather</w:t>
            </w:r>
          </w:p>
        </w:tc>
        <w:tc>
          <w:tcPr>
            <w:tcW w:type="dxa" w:w="1433"/>
          </w:tcPr>
          <w:p>
            <w:pPr>
              <w:spacing w:after="0"/>
              <w:jc w:val="left"/>
            </w:pPr>
          </w:p>
        </w:tc>
        <w:tc>
          <w:tcPr>
            <w:tcW w:type="dxa" w:w="2921"/>
          </w:tcPr>
          <w:p>
            <w:pPr>
              <w:spacing w:after="0"/>
              <w:jc w:val="left"/>
            </w:pPr>
            <w:r>
              <w:rPr>
                <w:sz w:val="16"/>
              </w:rPr>
              <w:t>damage not reported</w:t>
            </w:r>
          </w:p>
        </w:tc>
        <w:tc>
          <w:tcPr>
            <w:tcW w:type="dxa" w:w="927"/>
          </w:tcPr>
          <w:p>
            <w:pPr>
              <w:spacing w:after="0"/>
              <w:jc w:val="right"/>
            </w:pPr>
            <w:r>
              <w:rPr>
                <w:sz w:val="16"/>
              </w:rPr>
              <w:t>1, 0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301"/>
          </w:tcPr>
          <w:p>
            <w:pPr>
              <w:spacing w:after="0"/>
              <w:jc w:val="left"/>
            </w:pPr>
            <w:r>
              <w:rPr>
                <w:sz w:val="16"/>
              </w:rPr>
              <w:t>Tropical Storm</w:t>
            </w:r>
          </w:p>
        </w:tc>
        <w:tc>
          <w:tcPr>
            <w:tcW w:type="dxa" w:w="1433"/>
          </w:tcPr>
          <w:p>
            <w:pPr>
              <w:spacing w:after="0"/>
              <w:jc w:val="left"/>
            </w:pPr>
          </w:p>
        </w:tc>
        <w:tc>
          <w:tcPr>
            <w:tcW w:type="dxa" w:w="2921"/>
          </w:tcPr>
          <w:p>
            <w:pPr>
              <w:spacing w:after="0"/>
              <w:jc w:val="left"/>
            </w:pPr>
            <w:r>
              <w:rPr>
                <w:sz w:val="16"/>
              </w:rPr>
              <w:t>$4,500,000 property; crops not reported (zone total, 2003 dollars)</w:t>
            </w:r>
          </w:p>
        </w:tc>
        <w:tc>
          <w:tcPr>
            <w:tcW w:type="dxa" w:w="927"/>
          </w:tcPr>
          <w:p>
            <w:pPr>
              <w:spacing w:after="0"/>
              <w:jc w:val="right"/>
            </w:pPr>
            <w:r>
              <w:rPr>
                <w:sz w:val="16"/>
              </w:rPr>
              <w:t>0, 26</w:t>
            </w:r>
          </w:p>
        </w:tc>
        <w:tc>
          <w:tcPr>
            <w:tcW w:type="dxa" w:w="2372"/>
          </w:tcPr>
          <w:p>
            <w:pPr>
              <w:spacing w:after="0"/>
              <w:jc w:val="left"/>
            </w:pPr>
            <w:r>
              <w:rPr>
                <w:sz w:val="16"/>
              </w:rPr>
              <w:t>NWS zone VAZ054 (ARLINGTON / ALEXANDRIA / FALLS CHURCH), zone-level</w:t>
            </w:r>
          </w:p>
        </w:tc>
        <w:tc>
          <w:tcPr>
            <w:tcW w:type="dxa" w:w="1022"/>
          </w:tcPr>
          <w:p>
            <w:pPr>
              <w:spacing w:after="0"/>
              <w:jc w:val="left"/>
            </w:pPr>
          </w:p>
        </w:tc>
        <w:tc>
          <w:tcPr>
            <w:tcW w:type="dxa" w:w="31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2003-02-14</w:t>
            </w:r>
          </w:p>
        </w:tc>
        <w:tc>
          <w:tcPr>
            <w:tcW w:type="dxa" w:w="1301"/>
          </w:tcPr>
          <w:p>
            <w:pPr>
              <w:spacing w:after="0"/>
              <w:jc w:val="left"/>
            </w:pPr>
            <w:r>
              <w:rPr>
                <w:sz w:val="16"/>
              </w:rPr>
              <w:t>Winter Storm</w:t>
            </w:r>
          </w:p>
        </w:tc>
        <w:tc>
          <w:tcPr>
            <w:tcW w:type="dxa" w:w="1433"/>
          </w:tcPr>
          <w:p>
            <w:pPr>
              <w:spacing w:after="0"/>
              <w:jc w:val="left"/>
            </w:pPr>
          </w:p>
        </w:tc>
        <w:tc>
          <w:tcPr>
            <w:tcW w:type="dxa" w:w="2921"/>
          </w:tcPr>
          <w:p>
            <w:pPr>
              <w:spacing w:after="0"/>
              <w:jc w:val="left"/>
            </w:pPr>
            <w:r>
              <w:rPr>
                <w:sz w:val="16"/>
              </w:rPr>
              <w:t>$400,000 property; crops not reported (zone total, 2003 dollars)</w:t>
            </w:r>
          </w:p>
        </w:tc>
        <w:tc>
          <w:tcPr>
            <w:tcW w:type="dxa" w:w="927"/>
          </w:tcPr>
          <w:p>
            <w:pPr>
              <w:spacing w:after="0"/>
              <w:jc w:val="right"/>
            </w:pPr>
            <w:r>
              <w:rPr>
                <w:sz w:val="16"/>
              </w:rPr>
              <w:t>0, 0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301"/>
          </w:tcPr>
          <w:p>
            <w:pPr>
              <w:spacing w:after="0"/>
              <w:jc w:val="left"/>
            </w:pPr>
            <w:r>
              <w:rPr>
                <w:sz w:val="16"/>
              </w:rPr>
              <w:t>Heat</w:t>
            </w:r>
          </w:p>
        </w:tc>
        <w:tc>
          <w:tcPr>
            <w:tcW w:type="dxa" w:w="1433"/>
          </w:tcPr>
          <w:p>
            <w:pPr>
              <w:spacing w:after="0"/>
              <w:jc w:val="left"/>
            </w:pPr>
          </w:p>
        </w:tc>
        <w:tc>
          <w:tcPr>
            <w:tcW w:type="dxa" w:w="2921"/>
          </w:tcPr>
          <w:p>
            <w:pPr>
              <w:spacing w:after="0"/>
              <w:jc w:val="left"/>
            </w:pPr>
            <w:r>
              <w:rPr>
                <w:sz w:val="16"/>
              </w:rPr>
              <w:t>damage not reported</w:t>
            </w:r>
          </w:p>
        </w:tc>
        <w:tc>
          <w:tcPr>
            <w:tcW w:type="dxa" w:w="927"/>
          </w:tcPr>
          <w:p>
            <w:pPr>
              <w:spacing w:after="0"/>
              <w:jc w:val="right"/>
            </w:pPr>
            <w:r>
              <w:rPr>
                <w:sz w:val="16"/>
              </w:rPr>
              <w:t>0, 0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B1-c worst recorded: Excessive Heat, Heat</w:t>
            </w:r>
          </w:p>
        </w:tc>
      </w:tr>
      <w:tr>
        <w:trPr>
          <w:cantSplit/>
        </w:trPr>
        <w:tc>
          <w:tcPr>
            <w:tcW w:type="dxa" w:w="1037"/>
          </w:tcPr>
          <w:p>
            <w:pPr>
              <w:spacing w:after="0"/>
              <w:jc w:val="left"/>
            </w:pPr>
            <w:r>
              <w:rPr>
                <w:sz w:val="16"/>
              </w:rPr>
              <w:t>2000-08-07</w:t>
            </w:r>
          </w:p>
        </w:tc>
        <w:tc>
          <w:tcPr>
            <w:tcW w:type="dxa" w:w="1301"/>
          </w:tcPr>
          <w:p>
            <w:pPr>
              <w:spacing w:after="0"/>
              <w:jc w:val="left"/>
            </w:pPr>
            <w:r>
              <w:rPr>
                <w:sz w:val="16"/>
              </w:rPr>
              <w:t>Lightning</w:t>
            </w:r>
          </w:p>
        </w:tc>
        <w:tc>
          <w:tcPr>
            <w:tcW w:type="dxa" w:w="1433"/>
          </w:tcPr>
          <w:p>
            <w:pPr>
              <w:spacing w:after="0"/>
              <w:jc w:val="left"/>
            </w:pPr>
          </w:p>
        </w:tc>
        <w:tc>
          <w:tcPr>
            <w:tcW w:type="dxa" w:w="2921"/>
          </w:tcPr>
          <w:p>
            <w:pPr>
              <w:spacing w:after="0"/>
              <w:jc w:val="left"/>
            </w:pPr>
            <w:r>
              <w:rPr>
                <w:sz w:val="16"/>
              </w:rPr>
              <w:t>damage not reported</w:t>
            </w:r>
          </w:p>
        </w:tc>
        <w:tc>
          <w:tcPr>
            <w:tcW w:type="dxa" w:w="927"/>
          </w:tcPr>
          <w:p>
            <w:pPr>
              <w:spacing w:after="0"/>
              <w:jc w:val="right"/>
            </w:pPr>
            <w:r>
              <w:rPr>
                <w:sz w:val="16"/>
              </w:rPr>
              <w:t>1, 0</w:t>
            </w:r>
          </w:p>
        </w:tc>
        <w:tc>
          <w:tcPr>
            <w:tcW w:type="dxa" w:w="2372"/>
          </w:tcPr>
          <w:p>
            <w:pPr>
              <w:spacing w:after="0"/>
              <w:jc w:val="left"/>
            </w:pPr>
            <w:r>
              <w:rPr>
                <w:sz w:val="16"/>
              </w:rPr>
              <w:t>FALLS CHURCH</w:t>
            </w:r>
          </w:p>
        </w:tc>
        <w:tc>
          <w:tcPr>
            <w:tcW w:type="dxa" w:w="1022"/>
          </w:tcPr>
          <w:p>
            <w:pPr>
              <w:spacing w:after="0"/>
              <w:jc w:val="left"/>
            </w:pPr>
          </w:p>
        </w:tc>
        <w:tc>
          <w:tcPr>
            <w:tcW w:type="dxa" w:w="3100"/>
          </w:tcPr>
          <w:p>
            <w:pPr>
              <w:spacing w:after="0"/>
              <w:jc w:val="left"/>
            </w:pPr>
            <w:r>
              <w:rPr>
                <w:sz w:val="16"/>
              </w:rPr>
              <w:t>deaths or injuries recorded</w:t>
            </w:r>
          </w:p>
        </w:tc>
      </w:tr>
      <w:tr>
        <w:trPr>
          <w:cantSplit/>
        </w:trPr>
        <w:tc>
          <w:tcPr>
            <w:tcW w:type="dxa" w:w="1037"/>
          </w:tcPr>
          <w:p>
            <w:pPr>
              <w:spacing w:after="0"/>
              <w:jc w:val="left"/>
            </w:pPr>
            <w:r>
              <w:rPr>
                <w:sz w:val="16"/>
              </w:rPr>
              <w:t>1996-09-07</w:t>
            </w:r>
          </w:p>
        </w:tc>
        <w:tc>
          <w:tcPr>
            <w:tcW w:type="dxa" w:w="1301"/>
          </w:tcPr>
          <w:p>
            <w:pPr>
              <w:spacing w:after="0"/>
              <w:jc w:val="left"/>
            </w:pPr>
            <w:r>
              <w:rPr>
                <w:sz w:val="16"/>
              </w:rPr>
              <w:t>Flood</w:t>
            </w:r>
          </w:p>
        </w:tc>
        <w:tc>
          <w:tcPr>
            <w:tcW w:type="dxa" w:w="1433"/>
          </w:tcPr>
          <w:p>
            <w:pPr>
              <w:spacing w:after="0"/>
              <w:jc w:val="left"/>
            </w:pPr>
          </w:p>
        </w:tc>
        <w:tc>
          <w:tcPr>
            <w:tcW w:type="dxa" w:w="2921"/>
          </w:tcPr>
          <w:p>
            <w:pPr>
              <w:spacing w:after="0"/>
              <w:jc w:val="left"/>
            </w:pPr>
            <w:r>
              <w:rPr>
                <w:sz w:val="16"/>
              </w:rPr>
              <w:t>$500,000 property; crops not reported (zone total, 1996 dollars)</w:t>
            </w:r>
          </w:p>
        </w:tc>
        <w:tc>
          <w:tcPr>
            <w:tcW w:type="dxa" w:w="927"/>
          </w:tcPr>
          <w:p>
            <w:pPr>
              <w:spacing w:after="0"/>
              <w:jc w:val="right"/>
            </w:pPr>
            <w:r>
              <w:rPr>
                <w:sz w:val="16"/>
              </w:rPr>
              <w:t>0, 0</w:t>
            </w:r>
          </w:p>
        </w:tc>
        <w:tc>
          <w:tcPr>
            <w:tcW w:type="dxa" w:w="2372"/>
          </w:tcPr>
          <w:p>
            <w:pPr>
              <w:spacing w:after="0"/>
              <w:jc w:val="left"/>
            </w:pPr>
            <w:r>
              <w:rPr>
                <w:sz w:val="16"/>
              </w:rPr>
              <w:t>NWS zone VAZ054 (ARLINGTON), zone-level</w:t>
            </w:r>
          </w:p>
        </w:tc>
        <w:tc>
          <w:tcPr>
            <w:tcW w:type="dxa" w:w="1022"/>
          </w:tcPr>
          <w:p>
            <w:pPr>
              <w:spacing w:after="0"/>
              <w:jc w:val="left"/>
            </w:pPr>
          </w:p>
        </w:tc>
        <w:tc>
          <w:tcPr>
            <w:tcW w:type="dxa" w:w="31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1983-10-13</w:t>
            </w:r>
          </w:p>
        </w:tc>
        <w:tc>
          <w:tcPr>
            <w:tcW w:type="dxa" w:w="1301"/>
          </w:tcPr>
          <w:p>
            <w:pPr>
              <w:spacing w:after="0"/>
              <w:jc w:val="left"/>
            </w:pPr>
            <w:r>
              <w:rPr>
                <w:sz w:val="16"/>
              </w:rPr>
              <w:t>Tornado</w:t>
            </w:r>
          </w:p>
        </w:tc>
        <w:tc>
          <w:tcPr>
            <w:tcW w:type="dxa" w:w="1433"/>
          </w:tcPr>
          <w:p>
            <w:pPr>
              <w:spacing w:after="0"/>
              <w:jc w:val="left"/>
            </w:pPr>
            <w:r>
              <w:rPr>
                <w:sz w:val="16"/>
              </w:rPr>
              <w:t>F2, 1 mi path length (whole path, pre-1996), 40 yd wide</w:t>
            </w:r>
          </w:p>
        </w:tc>
        <w:tc>
          <w:tcPr>
            <w:tcW w:type="dxa" w:w="2921"/>
          </w:tcPr>
          <w:p>
            <w:pPr>
              <w:spacing w:after="0"/>
              <w:jc w:val="left"/>
            </w:pPr>
            <w:r>
              <w:rPr>
                <w:sz w:val="16"/>
              </w:rPr>
              <w:t>$2,500,000 property; crops not recorded (1983 dollars)</w:t>
            </w:r>
          </w:p>
        </w:tc>
        <w:tc>
          <w:tcPr>
            <w:tcW w:type="dxa" w:w="927"/>
          </w:tcPr>
          <w:p>
            <w:pPr>
              <w:spacing w:after="0"/>
              <w:jc w:val="right"/>
            </w:pPr>
            <w:r>
              <w:rPr>
                <w:sz w:val="16"/>
              </w:rPr>
              <w:t>0, 0</w:t>
            </w:r>
          </w:p>
        </w:tc>
        <w:tc>
          <w:tcPr>
            <w:tcW w:type="dxa" w:w="2372"/>
          </w:tcPr>
          <w:p>
            <w:pPr>
              <w:spacing w:after="0"/>
              <w:jc w:val="left"/>
            </w:pPr>
            <w:r>
              <w:rPr>
                <w:sz w:val="16"/>
              </w:rPr>
              <w:t>location not recorded</w:t>
            </w:r>
          </w:p>
        </w:tc>
        <w:tc>
          <w:tcPr>
            <w:tcW w:type="dxa" w:w="1022"/>
          </w:tcPr>
          <w:p>
            <w:pPr>
              <w:spacing w:after="0"/>
              <w:jc w:val="left"/>
            </w:pPr>
          </w:p>
        </w:tc>
        <w:tc>
          <w:tcPr>
            <w:tcW w:type="dxa" w:w="310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371"/>
        <w:gridCol w:w="1557"/>
        <w:gridCol w:w="1037"/>
        <w:gridCol w:w="1913"/>
        <w:gridCol w:w="1513"/>
        <w:gridCol w:w="1475"/>
        <w:gridCol w:w="1037"/>
        <w:gridCol w:w="1942"/>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1"/>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3"/>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371"/>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r>
              <w:rPr>
                <w:sz w:val="16"/>
              </w:rPr>
              <w:t>Likely</w:t>
            </w:r>
          </w:p>
        </w:tc>
        <w:tc>
          <w:tcPr>
            <w:tcW w:type="dxa" w:w="1913"/>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Not Applicable in NRI for this county; the descriptor comes from Storm Events, not NRI: Storm Events records in 11 of 30 years, 1996 to 2025.</w:t>
            </w:r>
          </w:p>
        </w:tc>
      </w:tr>
      <w:tr>
        <w:trPr>
          <w:cantSplit/>
        </w:trPr>
        <w:tc>
          <w:tcPr>
            <w:tcW w:type="dxa" w:w="1037"/>
          </w:tcPr>
          <w:p>
            <w:pPr>
              <w:spacing w:after="0"/>
              <w:jc w:val="left"/>
            </w:pPr>
            <w:r>
              <w:rPr>
                <w:sz w:val="16"/>
              </w:rPr>
              <w:t>Cold Wave</w:t>
            </w:r>
          </w:p>
        </w:tc>
        <w:tc>
          <w:tcPr>
            <w:tcW w:type="dxa" w:w="1230"/>
          </w:tcPr>
          <w:p>
            <w:pPr>
              <w:spacing w:after="0"/>
              <w:jc w:val="right"/>
            </w:pPr>
            <w:r>
              <w:rPr>
                <w:sz w:val="16"/>
              </w:rPr>
              <w:t>1.27</w:t>
            </w:r>
          </w:p>
        </w:tc>
        <w:tc>
          <w:tcPr>
            <w:tcW w:type="dxa" w:w="1371"/>
          </w:tcPr>
          <w:p>
            <w:pPr>
              <w:spacing w:after="0"/>
              <w:jc w:val="left"/>
            </w:pPr>
            <w:r>
              <w:rPr>
                <w:sz w:val="16"/>
              </w:rPr>
              <w:t>event-days per year</w:t>
            </w:r>
          </w:p>
        </w:tc>
        <w:tc>
          <w:tcPr>
            <w:tcW w:type="dxa" w:w="1557"/>
          </w:tcPr>
          <w:p>
            <w:pPr>
              <w:spacing w:after="0"/>
              <w:jc w:val="left"/>
            </w:pPr>
            <w:r>
              <w:rPr>
                <w:sz w:val="16"/>
              </w:rPr>
              <w:t>about 1.27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7 of 30 years, 1996 to 2025 (23.3%)</w:t>
            </w:r>
          </w:p>
        </w:tc>
        <w:tc>
          <w:tcPr>
            <w:tcW w:type="dxa" w:w="1513"/>
          </w:tcPr>
          <w:p>
            <w:pPr>
              <w:spacing w:after="0"/>
              <w:jc w:val="right"/>
            </w:pPr>
            <w:r>
              <w:rPr>
                <w:sz w:val="16"/>
              </w:rPr>
              <w:t>24.2</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30"/>
          </w:tcPr>
          <w:p>
            <w:pPr>
              <w:spacing w:after="0"/>
              <w:jc w:val="right"/>
            </w:pPr>
            <w:r>
              <w:rPr>
                <w:sz w:val="16"/>
              </w:rPr>
              <w:t>2.22</w:t>
            </w:r>
          </w:p>
        </w:tc>
        <w:tc>
          <w:tcPr>
            <w:tcW w:type="dxa" w:w="1371"/>
          </w:tcPr>
          <w:p>
            <w:pPr>
              <w:spacing w:after="0"/>
              <w:jc w:val="left"/>
            </w:pPr>
            <w:r>
              <w:rPr>
                <w:sz w:val="16"/>
              </w:rPr>
              <w:t>event-days per year</w:t>
            </w:r>
          </w:p>
        </w:tc>
        <w:tc>
          <w:tcPr>
            <w:tcW w:type="dxa" w:w="1557"/>
          </w:tcPr>
          <w:p>
            <w:pPr>
              <w:spacing w:after="0"/>
              <w:jc w:val="left"/>
            </w:pPr>
            <w:r>
              <w:rPr>
                <w:sz w:val="16"/>
              </w:rPr>
              <w:t>about 2.22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3 of 30 years, 1996 to 2025 (10%)</w:t>
            </w:r>
          </w:p>
        </w:tc>
        <w:tc>
          <w:tcPr>
            <w:tcW w:type="dxa" w:w="1513"/>
          </w:tcPr>
          <w:p>
            <w:pPr>
              <w:spacing w:after="0"/>
              <w:jc w:val="right"/>
            </w:pPr>
            <w:r>
              <w:rPr>
                <w:sz w:val="16"/>
              </w:rPr>
              <w:t>56</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0.000926</w:t>
            </w:r>
          </w:p>
        </w:tc>
        <w:tc>
          <w:tcPr>
            <w:tcW w:type="dxa" w:w="1371"/>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0.0926%</w:t>
            </w:r>
          </w:p>
        </w:tc>
        <w:tc>
          <w:tcPr>
            <w:tcW w:type="dxa" w:w="1037"/>
          </w:tcPr>
          <w:p>
            <w:pPr>
              <w:spacing w:after="0"/>
              <w:jc w:val="left"/>
            </w:pPr>
          </w:p>
        </w:tc>
        <w:tc>
          <w:tcPr>
            <w:tcW w:type="dxa" w:w="1913"/>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4.05</w:t>
            </w:r>
          </w:p>
        </w:tc>
        <w:tc>
          <w:tcPr>
            <w:tcW w:type="dxa" w:w="1371"/>
          </w:tcPr>
          <w:p>
            <w:pPr>
              <w:spacing w:after="0"/>
              <w:jc w:val="left"/>
            </w:pPr>
            <w:r>
              <w:rPr>
                <w:sz w:val="16"/>
              </w:rPr>
              <w:t>events per year</w:t>
            </w:r>
          </w:p>
        </w:tc>
        <w:tc>
          <w:tcPr>
            <w:tcW w:type="dxa" w:w="1557"/>
          </w:tcPr>
          <w:p>
            <w:pPr>
              <w:spacing w:after="0"/>
              <w:jc w:val="left"/>
            </w:pPr>
            <w:r>
              <w:rPr>
                <w:sz w:val="16"/>
              </w:rPr>
              <w:t>about 4.05 per year</w:t>
            </w:r>
          </w:p>
        </w:tc>
        <w:tc>
          <w:tcPr>
            <w:tcW w:type="dxa" w:w="1037"/>
          </w:tcPr>
          <w:p>
            <w:pPr>
              <w:spacing w:after="0"/>
              <w:jc w:val="left"/>
            </w:pPr>
            <w:r>
              <w:rPr>
                <w:sz w:val="16"/>
              </w:rPr>
              <w:t>Highly likely</w:t>
            </w:r>
          </w:p>
        </w:tc>
        <w:tc>
          <w:tcPr>
            <w:tcW w:type="dxa" w:w="1913"/>
          </w:tcPr>
          <w:p>
            <w:pPr>
              <w:spacing w:after="0"/>
              <w:jc w:val="left"/>
            </w:pPr>
            <w:r>
              <w:rPr>
                <w:sz w:val="16"/>
              </w:rPr>
              <w:t>FEMA annualized frequency (modeled)</w:t>
            </w:r>
          </w:p>
        </w:tc>
        <w:tc>
          <w:tcPr>
            <w:tcW w:type="dxa" w:w="1513"/>
          </w:tcPr>
          <w:p>
            <w:pPr>
              <w:spacing w:after="0"/>
              <w:jc w:val="right"/>
            </w:pPr>
            <w:r>
              <w:rPr>
                <w:sz w:val="16"/>
              </w:rPr>
              <w:t>153.8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6.34</w:t>
            </w:r>
          </w:p>
        </w:tc>
        <w:tc>
          <w:tcPr>
            <w:tcW w:type="dxa" w:w="1371"/>
          </w:tcPr>
          <w:p>
            <w:pPr>
              <w:spacing w:after="0"/>
              <w:jc w:val="left"/>
            </w:pPr>
            <w:r>
              <w:rPr>
                <w:sz w:val="16"/>
              </w:rPr>
              <w:t>event-days per year</w:t>
            </w:r>
          </w:p>
        </w:tc>
        <w:tc>
          <w:tcPr>
            <w:tcW w:type="dxa" w:w="1557"/>
          </w:tcPr>
          <w:p>
            <w:pPr>
              <w:spacing w:after="0"/>
              <w:jc w:val="left"/>
            </w:pPr>
            <w:r>
              <w:rPr>
                <w:sz w:val="16"/>
              </w:rPr>
              <w:t>about 6.34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22 of 30 years, 1996 to 2025 (73.3%)</w:t>
            </w:r>
          </w:p>
        </w:tc>
        <w:tc>
          <w:tcPr>
            <w:tcW w:type="dxa" w:w="1513"/>
          </w:tcPr>
          <w:p>
            <w:pPr>
              <w:spacing w:after="0"/>
              <w:jc w:val="right"/>
            </w:pPr>
            <w:r>
              <w:rPr>
                <w:sz w:val="16"/>
              </w:rPr>
              <w:t>107</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0.0978</w:t>
            </w:r>
          </w:p>
        </w:tc>
        <w:tc>
          <w:tcPr>
            <w:tcW w:type="dxa" w:w="1371"/>
          </w:tcPr>
          <w:p>
            <w:pPr>
              <w:spacing w:after="0"/>
              <w:jc w:val="left"/>
            </w:pPr>
            <w:r>
              <w:rPr>
                <w:sz w:val="16"/>
              </w:rPr>
              <w:t>events per year</w:t>
            </w:r>
          </w:p>
        </w:tc>
        <w:tc>
          <w:tcPr>
            <w:tcW w:type="dxa" w:w="1557"/>
          </w:tcPr>
          <w:p>
            <w:pPr>
              <w:spacing w:after="0"/>
              <w:jc w:val="left"/>
            </w:pPr>
            <w:r>
              <w:rPr>
                <w:sz w:val="16"/>
              </w:rPr>
              <w:t>about 1 in 10 years</w:t>
            </w:r>
          </w:p>
        </w:tc>
        <w:tc>
          <w:tcPr>
            <w:tcW w:type="dxa" w:w="1037"/>
          </w:tcPr>
          <w:p>
            <w:pPr>
              <w:spacing w:after="0"/>
              <w:jc w:val="left"/>
            </w:pPr>
            <w:r>
              <w:rPr>
                <w:sz w:val="16"/>
              </w:rPr>
              <w:t>Possible</w:t>
            </w:r>
          </w:p>
        </w:tc>
        <w:tc>
          <w:tcPr>
            <w:tcW w:type="dxa" w:w="1913"/>
          </w:tcPr>
          <w:p>
            <w:pPr>
              <w:spacing w:after="0"/>
              <w:jc w:val="left"/>
            </w:pPr>
            <w:r>
              <w:rPr>
                <w:sz w:val="16"/>
              </w:rPr>
              <w:t>FEMA annualized frequency (modeled)</w:t>
            </w:r>
          </w:p>
        </w:tc>
        <w:tc>
          <w:tcPr>
            <w:tcW w:type="dxa" w:w="1513"/>
          </w:tcPr>
          <w:p>
            <w:pPr>
              <w:spacing w:after="0"/>
              <w:jc w:val="right"/>
            </w:pPr>
            <w:r>
              <w:rPr>
                <w:sz w:val="16"/>
              </w:rPr>
              <w:t>8</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0.581</w:t>
            </w:r>
          </w:p>
        </w:tc>
        <w:tc>
          <w:tcPr>
            <w:tcW w:type="dxa" w:w="1371"/>
          </w:tcPr>
          <w:p>
            <w:pPr>
              <w:spacing w:after="0"/>
              <w:jc w:val="left"/>
            </w:pPr>
            <w:r>
              <w:rPr>
                <w:sz w:val="16"/>
              </w:rPr>
              <w:t>event-days per year</w:t>
            </w:r>
          </w:p>
        </w:tc>
        <w:tc>
          <w:tcPr>
            <w:tcW w:type="dxa" w:w="1557"/>
          </w:tcPr>
          <w:p>
            <w:pPr>
              <w:spacing w:after="0"/>
              <w:jc w:val="left"/>
            </w:pPr>
            <w:r>
              <w:rPr>
                <w:sz w:val="16"/>
              </w:rPr>
              <w:t>about 0.581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3 of 30 years, 1996 to 2025 (10%)</w:t>
            </w:r>
          </w:p>
        </w:tc>
        <w:tc>
          <w:tcPr>
            <w:tcW w:type="dxa" w:w="1513"/>
          </w:tcPr>
          <w:p>
            <w:pPr>
              <w:spacing w:after="0"/>
              <w:jc w:val="right"/>
            </w:pPr>
            <w:r>
              <w:rPr>
                <w:sz w:val="16"/>
              </w:rPr>
              <w:t>39</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0.357</w:t>
            </w:r>
          </w:p>
        </w:tc>
        <w:tc>
          <w:tcPr>
            <w:tcW w:type="dxa" w:w="1371"/>
          </w:tcPr>
          <w:p>
            <w:pPr>
              <w:spacing w:after="0"/>
              <w:jc w:val="left"/>
            </w:pPr>
            <w:r>
              <w:rPr>
                <w:sz w:val="16"/>
              </w:rPr>
              <w:t>event-days per year</w:t>
            </w:r>
          </w:p>
        </w:tc>
        <w:tc>
          <w:tcPr>
            <w:tcW w:type="dxa" w:w="1557"/>
          </w:tcPr>
          <w:p>
            <w:pPr>
              <w:spacing w:after="0"/>
              <w:jc w:val="left"/>
            </w:pPr>
            <w:r>
              <w:rPr>
                <w:sz w:val="16"/>
              </w:rPr>
              <w:t>about 0.357 days per year</w:t>
            </w:r>
          </w:p>
        </w:tc>
        <w:tc>
          <w:tcPr>
            <w:tcW w:type="dxa" w:w="1037"/>
          </w:tcPr>
          <w:p>
            <w:pPr>
              <w:spacing w:after="0"/>
              <w:jc w:val="left"/>
            </w:pPr>
            <w:r>
              <w:rPr>
                <w:sz w:val="16"/>
              </w:rPr>
              <w:t>Likely</w:t>
            </w:r>
          </w:p>
        </w:tc>
        <w:tc>
          <w:tcPr>
            <w:tcW w:type="dxa" w:w="1913"/>
          </w:tcPr>
          <w:p>
            <w:pPr>
              <w:spacing w:after="0"/>
              <w:jc w:val="left"/>
            </w:pPr>
            <w:r>
              <w:rPr>
                <w:sz w:val="16"/>
              </w:rPr>
              <w:t>Storm Events event-days in 6 of 30 years, 1996 to 2025 (20%)</w:t>
            </w:r>
          </w:p>
        </w:tc>
        <w:tc>
          <w:tcPr>
            <w:tcW w:type="dxa" w:w="1513"/>
          </w:tcPr>
          <w:p>
            <w:pPr>
              <w:spacing w:after="0"/>
              <w:jc w:val="right"/>
            </w:pPr>
            <w:r>
              <w:rPr>
                <w:sz w:val="16"/>
              </w:rPr>
              <w:t>10</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0.000656</w:t>
            </w:r>
          </w:p>
        </w:tc>
        <w:tc>
          <w:tcPr>
            <w:tcW w:type="dxa" w:w="1371"/>
          </w:tcPr>
          <w:p>
            <w:pPr>
              <w:spacing w:after="0"/>
              <w:jc w:val="left"/>
            </w:pPr>
            <w:r>
              <w:rPr>
                <w:sz w:val="16"/>
              </w:rPr>
              <w:t>events per year (modeled)</w:t>
            </w:r>
          </w:p>
        </w:tc>
        <w:tc>
          <w:tcPr>
            <w:tcW w:type="dxa" w:w="1557"/>
          </w:tcPr>
          <w:p>
            <w:pPr>
              <w:spacing w:after="0"/>
              <w:jc w:val="left"/>
            </w:pPr>
            <w:r>
              <w:rPr>
                <w:sz w:val="16"/>
              </w:rPr>
              <w:t>about 1 in 1,524 years</w:t>
            </w:r>
          </w:p>
        </w:tc>
        <w:tc>
          <w:tcPr>
            <w:tcW w:type="dxa" w:w="1037"/>
          </w:tcPr>
          <w:p>
            <w:pPr>
              <w:spacing w:after="0"/>
              <w:jc w:val="left"/>
            </w:pPr>
            <w:r>
              <w:rPr>
                <w:sz w:val="16"/>
              </w:rPr>
              <w:t>Unlikely</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41.5</w:t>
            </w:r>
          </w:p>
        </w:tc>
        <w:tc>
          <w:tcPr>
            <w:tcW w:type="dxa" w:w="1371"/>
          </w:tcPr>
          <w:p>
            <w:pPr>
              <w:spacing w:after="0"/>
              <w:jc w:val="left"/>
            </w:pPr>
            <w:r>
              <w:rPr>
                <w:sz w:val="16"/>
              </w:rPr>
              <w:t>days per year with a strike</w:t>
            </w:r>
          </w:p>
        </w:tc>
        <w:tc>
          <w:tcPr>
            <w:tcW w:type="dxa" w:w="1557"/>
          </w:tcPr>
          <w:p>
            <w:pPr>
              <w:spacing w:after="0"/>
              <w:jc w:val="left"/>
            </w:pPr>
            <w:r>
              <w:rPr>
                <w:sz w:val="16"/>
              </w:rPr>
              <w:t>about 41.5 days per year</w:t>
            </w:r>
          </w:p>
        </w:tc>
        <w:tc>
          <w:tcPr>
            <w:tcW w:type="dxa" w:w="1037"/>
          </w:tcPr>
          <w:p>
            <w:pPr>
              <w:spacing w:after="0"/>
              <w:jc w:val="left"/>
            </w:pPr>
            <w:r>
              <w:rPr>
                <w:sz w:val="16"/>
              </w:rPr>
              <w:t>Highly likely</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8.29</w:t>
            </w:r>
          </w:p>
        </w:tc>
        <w:tc>
          <w:tcPr>
            <w:tcW w:type="dxa" w:w="1371"/>
          </w:tcPr>
          <w:p>
            <w:pPr>
              <w:spacing w:after="0"/>
              <w:jc w:val="left"/>
            </w:pPr>
            <w:r>
              <w:rPr>
                <w:sz w:val="16"/>
              </w:rPr>
              <w:t>events per year</w:t>
            </w:r>
          </w:p>
        </w:tc>
        <w:tc>
          <w:tcPr>
            <w:tcW w:type="dxa" w:w="1557"/>
          </w:tcPr>
          <w:p>
            <w:pPr>
              <w:spacing w:after="0"/>
              <w:jc w:val="left"/>
            </w:pPr>
            <w:r>
              <w:rPr>
                <w:sz w:val="16"/>
              </w:rPr>
              <w:t>about 8.29 per year</w:t>
            </w:r>
          </w:p>
        </w:tc>
        <w:tc>
          <w:tcPr>
            <w:tcW w:type="dxa" w:w="1037"/>
          </w:tcPr>
          <w:p>
            <w:pPr>
              <w:spacing w:after="0"/>
              <w:jc w:val="left"/>
            </w:pPr>
            <w:r>
              <w:rPr>
                <w:sz w:val="16"/>
              </w:rPr>
              <w:t>Highly likely</w:t>
            </w:r>
          </w:p>
        </w:tc>
        <w:tc>
          <w:tcPr>
            <w:tcW w:type="dxa" w:w="1913"/>
          </w:tcPr>
          <w:p>
            <w:pPr>
              <w:spacing w:after="0"/>
              <w:jc w:val="left"/>
            </w:pPr>
            <w:r>
              <w:rPr>
                <w:sz w:val="16"/>
              </w:rPr>
              <w:t>FEMA annualized frequency (modeled)</w:t>
            </w:r>
          </w:p>
        </w:tc>
        <w:tc>
          <w:tcPr>
            <w:tcW w:type="dxa" w:w="1513"/>
          </w:tcPr>
          <w:p>
            <w:pPr>
              <w:spacing w:after="0"/>
              <w:jc w:val="right"/>
            </w:pPr>
            <w:r>
              <w:rPr>
                <w:sz w:val="16"/>
              </w:rPr>
              <w:t>315</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0.00152</w:t>
            </w:r>
          </w:p>
        </w:tc>
        <w:tc>
          <w:tcPr>
            <w:tcW w:type="dxa" w:w="1371"/>
          </w:tcPr>
          <w:p>
            <w:pPr>
              <w:spacing w:after="0"/>
              <w:jc w:val="left"/>
            </w:pPr>
            <w:r>
              <w:rPr>
                <w:sz w:val="16"/>
              </w:rPr>
              <w:t>events per year</w:t>
            </w:r>
          </w:p>
        </w:tc>
        <w:tc>
          <w:tcPr>
            <w:tcW w:type="dxa" w:w="1557"/>
          </w:tcPr>
          <w:p>
            <w:pPr>
              <w:spacing w:after="0"/>
              <w:jc w:val="left"/>
            </w:pPr>
            <w:r>
              <w:rPr>
                <w:sz w:val="16"/>
              </w:rPr>
              <w:t>about 1 in 657 years</w:t>
            </w:r>
          </w:p>
        </w:tc>
        <w:tc>
          <w:tcPr>
            <w:tcW w:type="dxa" w:w="1037"/>
          </w:tcPr>
          <w:p>
            <w:pPr>
              <w:spacing w:after="0"/>
              <w:jc w:val="left"/>
            </w:pPr>
            <w:r>
              <w:rPr>
                <w:sz w:val="16"/>
              </w:rPr>
              <w:t>Unlikely</w:t>
            </w:r>
          </w:p>
        </w:tc>
        <w:tc>
          <w:tcPr>
            <w:tcW w:type="dxa" w:w="1913"/>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0.0000101</w:t>
            </w:r>
          </w:p>
        </w:tc>
        <w:tc>
          <w:tcPr>
            <w:tcW w:type="dxa" w:w="1371"/>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0.00101%</w:t>
            </w:r>
          </w:p>
        </w:tc>
        <w:tc>
          <w:tcPr>
            <w:tcW w:type="dxa" w:w="1037"/>
          </w:tcPr>
          <w:p>
            <w:pPr>
              <w:spacing w:after="0"/>
              <w:jc w:val="left"/>
            </w:pPr>
          </w:p>
        </w:tc>
        <w:tc>
          <w:tcPr>
            <w:tcW w:type="dxa" w:w="1913"/>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9.19</w:t>
            </w:r>
          </w:p>
        </w:tc>
        <w:tc>
          <w:tcPr>
            <w:tcW w:type="dxa" w:w="1371"/>
          </w:tcPr>
          <w:p>
            <w:pPr>
              <w:spacing w:after="0"/>
              <w:jc w:val="left"/>
            </w:pPr>
            <w:r>
              <w:rPr>
                <w:sz w:val="16"/>
              </w:rPr>
              <w:t>event-days per year</w:t>
            </w:r>
          </w:p>
        </w:tc>
        <w:tc>
          <w:tcPr>
            <w:tcW w:type="dxa" w:w="1557"/>
          </w:tcPr>
          <w:p>
            <w:pPr>
              <w:spacing w:after="0"/>
              <w:jc w:val="left"/>
            </w:pPr>
            <w:r>
              <w:rPr>
                <w:sz w:val="16"/>
              </w:rPr>
              <w:t>about 9.19 days per year</w:t>
            </w:r>
          </w:p>
        </w:tc>
        <w:tc>
          <w:tcPr>
            <w:tcW w:type="dxa" w:w="1037"/>
          </w:tcPr>
          <w:p>
            <w:pPr>
              <w:spacing w:after="0"/>
              <w:jc w:val="left"/>
            </w:pPr>
            <w:r>
              <w:rPr>
                <w:sz w:val="16"/>
              </w:rPr>
              <w:t>Highly likely</w:t>
            </w:r>
          </w:p>
        </w:tc>
        <w:tc>
          <w:tcPr>
            <w:tcW w:type="dxa" w:w="1913"/>
          </w:tcPr>
          <w:p>
            <w:pPr>
              <w:spacing w:after="0"/>
              <w:jc w:val="left"/>
            </w:pPr>
            <w:r>
              <w:rPr>
                <w:sz w:val="16"/>
              </w:rPr>
              <w:t>Storm Events event-days in 28 of 30 years, 1996 to 2025 (93.3%)</w:t>
            </w:r>
          </w:p>
        </w:tc>
        <w:tc>
          <w:tcPr>
            <w:tcW w:type="dxa" w:w="1513"/>
          </w:tcPr>
          <w:p>
            <w:pPr>
              <w:spacing w:after="0"/>
              <w:jc w:val="right"/>
            </w:pPr>
            <w:r>
              <w:rPr>
                <w:sz w:val="16"/>
              </w:rPr>
              <w:t>175</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3</w:t>
            </w:r>
          </w:p>
        </w:tc>
      </w:tr>
      <w:tr>
        <w:trPr>
          <w:cantSplit/>
        </w:trPr>
        <w:tc>
          <w:tcPr>
            <w:tcW w:type="dxa" w:w="2309"/>
          </w:tcPr>
          <w:p>
            <w:pPr>
              <w:spacing w:after="0"/>
              <w:jc w:val="left"/>
            </w:pPr>
            <w:r>
              <w:rPr>
                <w:sz w:val="16"/>
              </w:rPr>
              <w:t>Cold Wave</w:t>
            </w:r>
          </w:p>
        </w:tc>
        <w:tc>
          <w:tcPr>
            <w:tcW w:type="dxa" w:w="1514"/>
          </w:tcPr>
          <w:p>
            <w:pPr>
              <w:spacing w:after="0"/>
              <w:jc w:val="right"/>
            </w:pPr>
            <w:r>
              <w:rPr>
                <w:sz w:val="16"/>
              </w:rPr>
              <w:t>3 of 3</w:t>
            </w:r>
          </w:p>
        </w:tc>
        <w:tc>
          <w:tcPr>
            <w:tcW w:type="dxa" w:w="1443"/>
          </w:tcPr>
          <w:p>
            <w:pPr>
              <w:spacing w:after="0"/>
              <w:jc w:val="right"/>
            </w:pPr>
            <w:r>
              <w:rPr>
                <w:sz w:val="16"/>
              </w:rPr>
              <w:t>18.9</w:t>
            </w:r>
          </w:p>
        </w:tc>
        <w:tc>
          <w:tcPr>
            <w:tcW w:type="dxa" w:w="1514"/>
          </w:tcPr>
          <w:p>
            <w:pPr>
              <w:spacing w:after="0"/>
              <w:jc w:val="right"/>
            </w:pPr>
            <w:r>
              <w:rPr>
                <w:sz w:val="16"/>
              </w:rPr>
              <w:t>20.1</w:t>
            </w:r>
          </w:p>
        </w:tc>
        <w:tc>
          <w:tcPr>
            <w:tcW w:type="dxa" w:w="1443"/>
          </w:tcPr>
          <w:p>
            <w:pPr>
              <w:spacing w:after="0"/>
              <w:jc w:val="right"/>
            </w:pPr>
            <w:r>
              <w:rPr>
                <w:sz w:val="16"/>
              </w:rPr>
              <w:t>20.4</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3</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3</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3 of 3</w:t>
            </w:r>
          </w:p>
        </w:tc>
        <w:tc>
          <w:tcPr>
            <w:tcW w:type="dxa" w:w="1443"/>
          </w:tcPr>
          <w:p>
            <w:pPr>
              <w:spacing w:after="0"/>
              <w:jc w:val="right"/>
            </w:pPr>
            <w:r>
              <w:rPr>
                <w:sz w:val="16"/>
              </w:rPr>
              <w:t>40.4</w:t>
            </w:r>
          </w:p>
        </w:tc>
        <w:tc>
          <w:tcPr>
            <w:tcW w:type="dxa" w:w="1514"/>
          </w:tcPr>
          <w:p>
            <w:pPr>
              <w:spacing w:after="0"/>
              <w:jc w:val="right"/>
            </w:pPr>
            <w:r>
              <w:rPr>
                <w:sz w:val="16"/>
              </w:rPr>
              <w:t>51.0</w:t>
            </w:r>
          </w:p>
        </w:tc>
        <w:tc>
          <w:tcPr>
            <w:tcW w:type="dxa" w:w="1443"/>
          </w:tcPr>
          <w:p>
            <w:pPr>
              <w:spacing w:after="0"/>
              <w:jc w:val="right"/>
            </w:pPr>
            <w:r>
              <w:rPr>
                <w:sz w:val="16"/>
              </w:rPr>
              <w:t>60.2</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3 of 3</w:t>
            </w:r>
          </w:p>
        </w:tc>
        <w:tc>
          <w:tcPr>
            <w:tcW w:type="dxa" w:w="1443"/>
          </w:tcPr>
          <w:p>
            <w:pPr>
              <w:spacing w:after="0"/>
              <w:jc w:val="right"/>
            </w:pPr>
            <w:r>
              <w:rPr>
                <w:sz w:val="16"/>
              </w:rPr>
              <w:t>50.4</w:t>
            </w:r>
          </w:p>
        </w:tc>
        <w:tc>
          <w:tcPr>
            <w:tcW w:type="dxa" w:w="1514"/>
          </w:tcPr>
          <w:p>
            <w:pPr>
              <w:spacing w:after="0"/>
              <w:jc w:val="right"/>
            </w:pPr>
            <w:r>
              <w:rPr>
                <w:sz w:val="16"/>
              </w:rPr>
              <w:t>53.5</w:t>
            </w:r>
          </w:p>
        </w:tc>
        <w:tc>
          <w:tcPr>
            <w:tcW w:type="dxa" w:w="1443"/>
          </w:tcPr>
          <w:p>
            <w:pPr>
              <w:spacing w:after="0"/>
              <w:jc w:val="right"/>
            </w:pPr>
            <w:r>
              <w:rPr>
                <w:sz w:val="16"/>
              </w:rPr>
              <w:t>65.1</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Heat Wave</w:t>
            </w:r>
          </w:p>
        </w:tc>
        <w:tc>
          <w:tcPr>
            <w:tcW w:type="dxa" w:w="1514"/>
          </w:tcPr>
          <w:p>
            <w:pPr>
              <w:spacing w:after="0"/>
              <w:jc w:val="right"/>
            </w:pPr>
            <w:r>
              <w:rPr>
                <w:sz w:val="16"/>
              </w:rPr>
              <w:t>3 of 3</w:t>
            </w:r>
          </w:p>
        </w:tc>
        <w:tc>
          <w:tcPr>
            <w:tcW w:type="dxa" w:w="1443"/>
          </w:tcPr>
          <w:p>
            <w:pPr>
              <w:spacing w:after="0"/>
              <w:jc w:val="right"/>
            </w:pPr>
            <w:r>
              <w:rPr>
                <w:sz w:val="16"/>
              </w:rPr>
              <w:t>55.1</w:t>
            </w:r>
          </w:p>
        </w:tc>
        <w:tc>
          <w:tcPr>
            <w:tcW w:type="dxa" w:w="1514"/>
          </w:tcPr>
          <w:p>
            <w:pPr>
              <w:spacing w:after="0"/>
              <w:jc w:val="right"/>
            </w:pPr>
            <w:r>
              <w:rPr>
                <w:sz w:val="16"/>
              </w:rPr>
              <w:t>67.4</w:t>
            </w:r>
          </w:p>
        </w:tc>
        <w:tc>
          <w:tcPr>
            <w:tcW w:type="dxa" w:w="1443"/>
          </w:tcPr>
          <w:p>
            <w:pPr>
              <w:spacing w:after="0"/>
              <w:jc w:val="right"/>
            </w:pPr>
            <w:r>
              <w:rPr>
                <w:sz w:val="16"/>
              </w:rPr>
              <w:t>68.3</w:t>
            </w:r>
          </w:p>
        </w:tc>
        <w:tc>
          <w:tcPr>
            <w:tcW w:type="dxa" w:w="5889"/>
          </w:tcPr>
          <w:p>
            <w:pPr>
              <w:spacing w:after="0"/>
              <w:jc w:val="left"/>
            </w:pPr>
            <w:r>
              <w:rPr>
                <w:sz w:val="16"/>
              </w:rPr>
              <w:t>Relatively Moderate 2, Relatively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3 of 3</w:t>
            </w:r>
          </w:p>
        </w:tc>
        <w:tc>
          <w:tcPr>
            <w:tcW w:type="dxa" w:w="1443"/>
          </w:tcPr>
          <w:p>
            <w:pPr>
              <w:spacing w:after="0"/>
              <w:jc w:val="right"/>
            </w:pPr>
            <w:r>
              <w:rPr>
                <w:sz w:val="16"/>
              </w:rPr>
              <w:t>62.2</w:t>
            </w:r>
          </w:p>
        </w:tc>
        <w:tc>
          <w:tcPr>
            <w:tcW w:type="dxa" w:w="1514"/>
          </w:tcPr>
          <w:p>
            <w:pPr>
              <w:spacing w:after="0"/>
              <w:jc w:val="right"/>
            </w:pPr>
            <w:r>
              <w:rPr>
                <w:sz w:val="16"/>
              </w:rPr>
              <w:t>64.7</w:t>
            </w:r>
          </w:p>
        </w:tc>
        <w:tc>
          <w:tcPr>
            <w:tcW w:type="dxa" w:w="1443"/>
          </w:tcPr>
          <w:p>
            <w:pPr>
              <w:spacing w:after="0"/>
              <w:jc w:val="right"/>
            </w:pPr>
            <w:r>
              <w:rPr>
                <w:sz w:val="16"/>
              </w:rPr>
              <w:t>73.6</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Ice Storm</w:t>
            </w:r>
          </w:p>
        </w:tc>
        <w:tc>
          <w:tcPr>
            <w:tcW w:type="dxa" w:w="1514"/>
          </w:tcPr>
          <w:p>
            <w:pPr>
              <w:spacing w:after="0"/>
              <w:jc w:val="right"/>
            </w:pPr>
            <w:r>
              <w:rPr>
                <w:sz w:val="16"/>
              </w:rPr>
              <w:t>3 of 3</w:t>
            </w:r>
          </w:p>
        </w:tc>
        <w:tc>
          <w:tcPr>
            <w:tcW w:type="dxa" w:w="1443"/>
          </w:tcPr>
          <w:p>
            <w:pPr>
              <w:spacing w:after="0"/>
              <w:jc w:val="right"/>
            </w:pPr>
            <w:r>
              <w:rPr>
                <w:sz w:val="16"/>
              </w:rPr>
              <w:t>22.5</w:t>
            </w:r>
          </w:p>
        </w:tc>
        <w:tc>
          <w:tcPr>
            <w:tcW w:type="dxa" w:w="1514"/>
          </w:tcPr>
          <w:p>
            <w:pPr>
              <w:spacing w:after="0"/>
              <w:jc w:val="right"/>
            </w:pPr>
            <w:r>
              <w:rPr>
                <w:sz w:val="16"/>
              </w:rPr>
              <w:t>28.3</w:t>
            </w:r>
          </w:p>
        </w:tc>
        <w:tc>
          <w:tcPr>
            <w:tcW w:type="dxa" w:w="1443"/>
          </w:tcPr>
          <w:p>
            <w:pPr>
              <w:spacing w:after="0"/>
              <w:jc w:val="right"/>
            </w:pPr>
            <w:r>
              <w:rPr>
                <w:sz w:val="16"/>
              </w:rPr>
              <w:t>39.6</w:t>
            </w:r>
          </w:p>
        </w:tc>
        <w:tc>
          <w:tcPr>
            <w:tcW w:type="dxa" w:w="5889"/>
          </w:tcPr>
          <w:p>
            <w:pPr>
              <w:spacing w:after="0"/>
              <w:jc w:val="left"/>
            </w:pPr>
            <w:r>
              <w:rPr>
                <w:sz w:val="16"/>
              </w:rPr>
              <w:t>Relatively Low 1, 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3 of 3</w:t>
            </w:r>
          </w:p>
        </w:tc>
        <w:tc>
          <w:tcPr>
            <w:tcW w:type="dxa" w:w="1443"/>
          </w:tcPr>
          <w:p>
            <w:pPr>
              <w:spacing w:after="0"/>
              <w:jc w:val="right"/>
            </w:pPr>
            <w:r>
              <w:rPr>
                <w:sz w:val="16"/>
              </w:rPr>
              <w:t>10.6</w:t>
            </w:r>
          </w:p>
        </w:tc>
        <w:tc>
          <w:tcPr>
            <w:tcW w:type="dxa" w:w="1514"/>
          </w:tcPr>
          <w:p>
            <w:pPr>
              <w:spacing w:after="0"/>
              <w:jc w:val="right"/>
            </w:pPr>
            <w:r>
              <w:rPr>
                <w:sz w:val="16"/>
              </w:rPr>
              <w:t>22.0</w:t>
            </w:r>
          </w:p>
        </w:tc>
        <w:tc>
          <w:tcPr>
            <w:tcW w:type="dxa" w:w="1443"/>
          </w:tcPr>
          <w:p>
            <w:pPr>
              <w:spacing w:after="0"/>
              <w:jc w:val="right"/>
            </w:pPr>
            <w:r>
              <w:rPr>
                <w:sz w:val="16"/>
              </w:rPr>
              <w:t>34.5</w:t>
            </w:r>
          </w:p>
        </w:tc>
        <w:tc>
          <w:tcPr>
            <w:tcW w:type="dxa" w:w="5889"/>
          </w:tcPr>
          <w:p>
            <w:pPr>
              <w:spacing w:after="0"/>
              <w:jc w:val="left"/>
            </w:pPr>
            <w:r>
              <w:rPr>
                <w:sz w:val="16"/>
              </w:rPr>
              <w:t>Relatively Low 2, Very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3 of 3</w:t>
            </w:r>
          </w:p>
        </w:tc>
        <w:tc>
          <w:tcPr>
            <w:tcW w:type="dxa" w:w="1443"/>
          </w:tcPr>
          <w:p>
            <w:pPr>
              <w:spacing w:after="0"/>
              <w:jc w:val="right"/>
            </w:pPr>
            <w:r>
              <w:rPr>
                <w:sz w:val="16"/>
              </w:rPr>
              <w:t>15.9</w:t>
            </w:r>
          </w:p>
        </w:tc>
        <w:tc>
          <w:tcPr>
            <w:tcW w:type="dxa" w:w="1514"/>
          </w:tcPr>
          <w:p>
            <w:pPr>
              <w:spacing w:after="0"/>
              <w:jc w:val="right"/>
            </w:pPr>
            <w:r>
              <w:rPr>
                <w:sz w:val="16"/>
              </w:rPr>
              <w:t>18.1</w:t>
            </w:r>
          </w:p>
        </w:tc>
        <w:tc>
          <w:tcPr>
            <w:tcW w:type="dxa" w:w="1443"/>
          </w:tcPr>
          <w:p>
            <w:pPr>
              <w:spacing w:after="0"/>
              <w:jc w:val="right"/>
            </w:pPr>
            <w:r>
              <w:rPr>
                <w:sz w:val="16"/>
              </w:rPr>
              <w:t>19.8</w:t>
            </w:r>
          </w:p>
        </w:tc>
        <w:tc>
          <w:tcPr>
            <w:tcW w:type="dxa" w:w="5889"/>
          </w:tcPr>
          <w:p>
            <w:pPr>
              <w:spacing w:after="0"/>
              <w:jc w:val="left"/>
            </w:pPr>
            <w:r>
              <w:rPr>
                <w:sz w:val="16"/>
              </w:rPr>
              <w:t>Very Low 3</w:t>
            </w:r>
          </w:p>
        </w:tc>
      </w:tr>
      <w:tr>
        <w:trPr>
          <w:cantSplit/>
        </w:trPr>
        <w:tc>
          <w:tcPr>
            <w:tcW w:type="dxa" w:w="2309"/>
          </w:tcPr>
          <w:p>
            <w:pPr>
              <w:spacing w:after="0"/>
              <w:jc w:val="left"/>
            </w:pPr>
            <w:r>
              <w:rPr>
                <w:sz w:val="16"/>
              </w:rPr>
              <w:t>Lightning</w:t>
            </w:r>
          </w:p>
        </w:tc>
        <w:tc>
          <w:tcPr>
            <w:tcW w:type="dxa" w:w="1514"/>
          </w:tcPr>
          <w:p>
            <w:pPr>
              <w:spacing w:after="0"/>
              <w:jc w:val="right"/>
            </w:pPr>
            <w:r>
              <w:rPr>
                <w:sz w:val="16"/>
              </w:rPr>
              <w:t>3 of 3</w:t>
            </w:r>
          </w:p>
        </w:tc>
        <w:tc>
          <w:tcPr>
            <w:tcW w:type="dxa" w:w="1443"/>
          </w:tcPr>
          <w:p>
            <w:pPr>
              <w:spacing w:after="0"/>
              <w:jc w:val="right"/>
            </w:pPr>
            <w:r>
              <w:rPr>
                <w:sz w:val="16"/>
              </w:rPr>
              <w:t>97.1</w:t>
            </w:r>
          </w:p>
        </w:tc>
        <w:tc>
          <w:tcPr>
            <w:tcW w:type="dxa" w:w="1514"/>
          </w:tcPr>
          <w:p>
            <w:pPr>
              <w:spacing w:after="0"/>
              <w:jc w:val="right"/>
            </w:pPr>
            <w:r>
              <w:rPr>
                <w:sz w:val="16"/>
              </w:rPr>
              <w:t>98.8</w:t>
            </w:r>
          </w:p>
        </w:tc>
        <w:tc>
          <w:tcPr>
            <w:tcW w:type="dxa" w:w="1443"/>
          </w:tcPr>
          <w:p>
            <w:pPr>
              <w:spacing w:after="0"/>
              <w:jc w:val="right"/>
            </w:pPr>
            <w:r>
              <w:rPr>
                <w:sz w:val="16"/>
              </w:rPr>
              <w:t>98.9</w:t>
            </w:r>
          </w:p>
        </w:tc>
        <w:tc>
          <w:tcPr>
            <w:tcW w:type="dxa" w:w="5889"/>
          </w:tcPr>
          <w:p>
            <w:pPr>
              <w:spacing w:after="0"/>
              <w:jc w:val="left"/>
            </w:pPr>
            <w:r>
              <w:rPr>
                <w:sz w:val="16"/>
              </w:rPr>
              <w:t>Very High 3</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3 of 3</w:t>
            </w:r>
          </w:p>
        </w:tc>
        <w:tc>
          <w:tcPr>
            <w:tcW w:type="dxa" w:w="1443"/>
          </w:tcPr>
          <w:p>
            <w:pPr>
              <w:spacing w:after="0"/>
              <w:jc w:val="right"/>
            </w:pPr>
            <w:r>
              <w:rPr>
                <w:sz w:val="16"/>
              </w:rPr>
              <w:t>76.7</w:t>
            </w:r>
          </w:p>
        </w:tc>
        <w:tc>
          <w:tcPr>
            <w:tcW w:type="dxa" w:w="1514"/>
          </w:tcPr>
          <w:p>
            <w:pPr>
              <w:spacing w:after="0"/>
              <w:jc w:val="right"/>
            </w:pPr>
            <w:r>
              <w:rPr>
                <w:sz w:val="16"/>
              </w:rPr>
              <w:t>83.6</w:t>
            </w:r>
          </w:p>
        </w:tc>
        <w:tc>
          <w:tcPr>
            <w:tcW w:type="dxa" w:w="1443"/>
          </w:tcPr>
          <w:p>
            <w:pPr>
              <w:spacing w:after="0"/>
              <w:jc w:val="right"/>
            </w:pPr>
            <w:r>
              <w:rPr>
                <w:sz w:val="16"/>
              </w:rPr>
              <w:t>87.3</w:t>
            </w:r>
          </w:p>
        </w:tc>
        <w:tc>
          <w:tcPr>
            <w:tcW w:type="dxa" w:w="5889"/>
          </w:tcPr>
          <w:p>
            <w:pPr>
              <w:spacing w:after="0"/>
              <w:jc w:val="left"/>
            </w:pPr>
            <w:r>
              <w:rPr>
                <w:sz w:val="16"/>
              </w:rPr>
              <w:t>Relatively High 2, Relatively Moderate 1</w:t>
            </w:r>
          </w:p>
        </w:tc>
      </w:tr>
      <w:tr>
        <w:trPr>
          <w:cantSplit/>
        </w:trPr>
        <w:tc>
          <w:tcPr>
            <w:tcW w:type="dxa" w:w="2309"/>
          </w:tcPr>
          <w:p>
            <w:pPr>
              <w:spacing w:after="0"/>
              <w:jc w:val="left"/>
            </w:pPr>
            <w:r>
              <w:rPr>
                <w:sz w:val="16"/>
              </w:rPr>
              <w:t>Tornado</w:t>
            </w:r>
          </w:p>
        </w:tc>
        <w:tc>
          <w:tcPr>
            <w:tcW w:type="dxa" w:w="1514"/>
          </w:tcPr>
          <w:p>
            <w:pPr>
              <w:spacing w:after="0"/>
              <w:jc w:val="right"/>
            </w:pPr>
            <w:r>
              <w:rPr>
                <w:sz w:val="16"/>
              </w:rPr>
              <w:t>3 of 3</w:t>
            </w:r>
          </w:p>
        </w:tc>
        <w:tc>
          <w:tcPr>
            <w:tcW w:type="dxa" w:w="1443"/>
          </w:tcPr>
          <w:p>
            <w:pPr>
              <w:spacing w:after="0"/>
              <w:jc w:val="right"/>
            </w:pPr>
            <w:r>
              <w:rPr>
                <w:sz w:val="16"/>
              </w:rPr>
              <w:t>38.2</w:t>
            </w:r>
          </w:p>
        </w:tc>
        <w:tc>
          <w:tcPr>
            <w:tcW w:type="dxa" w:w="1514"/>
          </w:tcPr>
          <w:p>
            <w:pPr>
              <w:spacing w:after="0"/>
              <w:jc w:val="right"/>
            </w:pPr>
            <w:r>
              <w:rPr>
                <w:sz w:val="16"/>
              </w:rPr>
              <w:t>42.9</w:t>
            </w:r>
          </w:p>
        </w:tc>
        <w:tc>
          <w:tcPr>
            <w:tcW w:type="dxa" w:w="1443"/>
          </w:tcPr>
          <w:p>
            <w:pPr>
              <w:spacing w:after="0"/>
              <w:jc w:val="right"/>
            </w:pPr>
            <w:r>
              <w:rPr>
                <w:sz w:val="16"/>
              </w:rPr>
              <w:t>49.4</w:t>
            </w:r>
          </w:p>
        </w:tc>
        <w:tc>
          <w:tcPr>
            <w:tcW w:type="dxa" w:w="5889"/>
          </w:tcPr>
          <w:p>
            <w:pPr>
              <w:spacing w:after="0"/>
              <w:jc w:val="left"/>
            </w:pPr>
            <w:r>
              <w:rPr>
                <w:sz w:val="16"/>
              </w:rPr>
              <w:t>Relatively Low 3</w:t>
            </w:r>
          </w:p>
        </w:tc>
      </w:tr>
      <w:tr>
        <w:trPr>
          <w:cantSplit/>
        </w:trPr>
        <w:tc>
          <w:tcPr>
            <w:tcW w:type="dxa" w:w="2309"/>
          </w:tcPr>
          <w:p>
            <w:pPr>
              <w:spacing w:after="0"/>
              <w:jc w:val="left"/>
            </w:pPr>
            <w:r>
              <w:rPr>
                <w:sz w:val="16"/>
              </w:rPr>
              <w:t>Wildfire</w:t>
            </w:r>
          </w:p>
        </w:tc>
        <w:tc>
          <w:tcPr>
            <w:tcW w:type="dxa" w:w="1514"/>
          </w:tcPr>
          <w:p>
            <w:pPr>
              <w:spacing w:after="0"/>
              <w:jc w:val="right"/>
            </w:pPr>
            <w:r>
              <w:rPr>
                <w:sz w:val="16"/>
              </w:rPr>
              <w:t>3 of 3</w:t>
            </w:r>
          </w:p>
        </w:tc>
        <w:tc>
          <w:tcPr>
            <w:tcW w:type="dxa" w:w="1443"/>
          </w:tcPr>
          <w:p>
            <w:pPr>
              <w:spacing w:after="0"/>
              <w:jc w:val="right"/>
            </w:pPr>
            <w:r>
              <w:rPr>
                <w:sz w:val="16"/>
              </w:rPr>
              <w:t>19.7</w:t>
            </w:r>
          </w:p>
        </w:tc>
        <w:tc>
          <w:tcPr>
            <w:tcW w:type="dxa" w:w="1514"/>
          </w:tcPr>
          <w:p>
            <w:pPr>
              <w:spacing w:after="0"/>
              <w:jc w:val="right"/>
            </w:pPr>
            <w:r>
              <w:rPr>
                <w:sz w:val="16"/>
              </w:rPr>
              <w:t>20.6</w:t>
            </w:r>
          </w:p>
        </w:tc>
        <w:tc>
          <w:tcPr>
            <w:tcW w:type="dxa" w:w="1443"/>
          </w:tcPr>
          <w:p>
            <w:pPr>
              <w:spacing w:after="0"/>
              <w:jc w:val="right"/>
            </w:pPr>
            <w:r>
              <w:rPr>
                <w:sz w:val="16"/>
              </w:rPr>
              <w:t>32.6</w:t>
            </w:r>
          </w:p>
        </w:tc>
        <w:tc>
          <w:tcPr>
            <w:tcW w:type="dxa" w:w="5889"/>
          </w:tcPr>
          <w:p>
            <w:pPr>
              <w:spacing w:after="0"/>
              <w:jc w:val="left"/>
            </w:pPr>
            <w:r>
              <w:rPr>
                <w:sz w:val="16"/>
              </w:rPr>
              <w:t>Very Low 3</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3 of 3</w:t>
            </w:r>
          </w:p>
        </w:tc>
        <w:tc>
          <w:tcPr>
            <w:tcW w:type="dxa" w:w="1443"/>
          </w:tcPr>
          <w:p>
            <w:pPr>
              <w:spacing w:after="0"/>
              <w:jc w:val="right"/>
            </w:pPr>
            <w:r>
              <w:rPr>
                <w:sz w:val="16"/>
              </w:rPr>
              <w:t>59.5</w:t>
            </w:r>
          </w:p>
        </w:tc>
        <w:tc>
          <w:tcPr>
            <w:tcW w:type="dxa" w:w="1514"/>
          </w:tcPr>
          <w:p>
            <w:pPr>
              <w:spacing w:after="0"/>
              <w:jc w:val="right"/>
            </w:pPr>
            <w:r>
              <w:rPr>
                <w:sz w:val="16"/>
              </w:rPr>
              <w:t>69.2</w:t>
            </w:r>
          </w:p>
        </w:tc>
        <w:tc>
          <w:tcPr>
            <w:tcW w:type="dxa" w:w="1443"/>
          </w:tcPr>
          <w:p>
            <w:pPr>
              <w:spacing w:after="0"/>
              <w:jc w:val="right"/>
            </w:pPr>
            <w:r>
              <w:rPr>
                <w:sz w:val="16"/>
              </w:rPr>
              <w:t>70.1</w:t>
            </w:r>
          </w:p>
        </w:tc>
        <w:tc>
          <w:tcPr>
            <w:tcW w:type="dxa" w:w="5889"/>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03"/>
        <w:gridCol w:w="781"/>
        <w:gridCol w:w="3187"/>
        <w:gridCol w:w="2541"/>
        <w:gridCol w:w="2627"/>
        <w:gridCol w:w="2972"/>
      </w:tblGrid>
      <w:tr>
        <w:trPr>
          <w:cantSplit/>
          <w:tblHeader/>
        </w:trPr>
        <w:tc>
          <w:tcPr>
            <w:tcW w:type="dxa" w:w="2003"/>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187"/>
            <w:shd w:val="clear" w:color="auto" w:fill="E8E8E8"/>
          </w:tcPr>
          <w:p>
            <w:pPr>
              <w:spacing w:after="0"/>
              <w:jc w:val="left"/>
            </w:pPr>
            <w:r>
              <w:rPr>
                <w:b/>
                <w:sz w:val="16"/>
              </w:rPr>
              <w:t>Plan status</w:t>
            </w:r>
          </w:p>
        </w:tc>
        <w:tc>
          <w:tcPr>
            <w:tcW w:type="dxa" w:w="25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03"/>
          </w:tcPr>
          <w:p>
            <w:pPr>
              <w:spacing w:after="0"/>
              <w:jc w:val="left"/>
            </w:pPr>
            <w:r>
              <w:rPr>
                <w:sz w:val="16"/>
              </w:rPr>
              <w:t>Falls Church city</w:t>
            </w:r>
          </w:p>
        </w:tc>
        <w:tc>
          <w:tcPr>
            <w:tcW w:type="dxa" w:w="781"/>
          </w:tcPr>
          <w:p>
            <w:pPr>
              <w:spacing w:after="0"/>
              <w:jc w:val="left"/>
            </w:pPr>
            <w:r>
              <w:rPr>
                <w:sz w:val="16"/>
              </w:rPr>
              <w:t>City</w:t>
            </w:r>
          </w:p>
        </w:tc>
        <w:tc>
          <w:tcPr>
            <w:tcW w:type="dxa" w:w="3187"/>
          </w:tcPr>
          <w:p>
            <w:pPr>
              <w:spacing w:after="0"/>
              <w:jc w:val="left"/>
            </w:pPr>
            <w:r>
              <w:rPr>
                <w:sz w:val="16"/>
              </w:rPr>
              <w:t>Approved, expires 2028-02-22</w:t>
            </w:r>
          </w:p>
        </w:tc>
        <w:tc>
          <w:tcPr>
            <w:tcW w:type="dxa" w:w="2541"/>
          </w:tcPr>
          <w:p>
            <w:pPr>
              <w:spacing w:after="0"/>
              <w:jc w:val="right"/>
            </w:pPr>
            <w:r>
              <w:rPr>
                <w:sz w:val="16"/>
              </w:rPr>
              <w:t>FMA RL 0, SRL 0; any 9</w:t>
            </w:r>
          </w:p>
        </w:tc>
        <w:tc>
          <w:tcPr>
            <w:tcW w:type="dxa" w:w="2627"/>
          </w:tcPr>
          <w:p>
            <w:pPr>
              <w:spacing w:after="0"/>
              <w:jc w:val="right"/>
            </w:pPr>
            <w:r>
              <w:rPr>
                <w:sz w:val="16"/>
              </w:rPr>
              <w:t>$707,517.75</w:t>
            </w:r>
          </w:p>
        </w:tc>
        <w:tc>
          <w:tcPr>
            <w:tcW w:type="dxa" w:w="2972"/>
          </w:tcPr>
          <w:p>
            <w:pPr>
              <w:spacing w:after="0"/>
              <w:jc w:val="right"/>
            </w:pPr>
            <w:r>
              <w:rPr>
                <w:sz w:val="16"/>
              </w:rPr>
              <w:t>42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08"/>
        <w:gridCol w:w="1062"/>
        <w:gridCol w:w="1227"/>
        <w:gridCol w:w="1112"/>
        <w:gridCol w:w="1268"/>
        <w:gridCol w:w="16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2023-02-23</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008"/>
          </w:tcPr>
          <w:p>
            <w:pPr>
              <w:spacing w:after="0"/>
              <w:jc w:val="right"/>
            </w:pPr>
          </w:p>
        </w:tc>
        <w:tc>
          <w:tcPr>
            <w:tcW w:type="dxa" w:w="1062"/>
          </w:tcPr>
          <w:p>
            <w:pPr>
              <w:spacing w:after="0"/>
              <w:jc w:val="right"/>
            </w:pP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$2,675</w:t>
            </w:r>
          </w:p>
        </w:tc>
        <w:tc>
          <w:tcPr>
            <w:tcW w:type="dxa" w:w="1126"/>
          </w:tcPr>
          <w:p>
            <w:pPr>
              <w:spacing w:after="0"/>
              <w:jc w:val="right"/>
            </w:pPr>
            <w:r>
              <w:rPr>
                <w:sz w:val="16"/>
              </w:rPr>
              <w:t>$0</w:t>
            </w:r>
          </w:p>
        </w:tc>
        <w:tc>
          <w:tcPr>
            <w:tcW w:type="dxa" w:w="1008"/>
          </w:tcPr>
          <w:p>
            <w:pPr>
              <w:spacing w:after="0"/>
              <w:jc w:val="right"/>
            </w:pPr>
            <w:r>
              <w:rPr>
                <w:sz w:val="16"/>
              </w:rPr>
              <w:t>$15,600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$4,794,442,814</w:t>
            </w:r>
          </w:p>
        </w:tc>
        <w:tc>
          <w:tcPr>
            <w:tcW w:type="dxa" w:w="1137"/>
          </w:tcPr>
          <w:p>
            <w:pPr>
              <w:spacing w:after="0"/>
              <w:jc w:val="right"/>
            </w:pPr>
            <w:r>
              <w:rPr>
                <w:sz w:val="16"/>
              </w:rPr>
              <w:t>n/a</w:t>
            </w:r>
          </w:p>
        </w:tc>
        <w:tc>
          <w:tcPr>
            <w:tcW w:type="dxa" w:w="1046"/>
          </w:tcPr>
          <w:p>
            <w:pPr>
              <w:spacing w:after="0"/>
              <w:jc w:val="right"/>
            </w:pPr>
            <w:r>
              <w:rPr>
                <w:sz w:val="16"/>
              </w:rPr>
              <w:t>14,658</w:t>
            </w:r>
          </w:p>
        </w:tc>
        <w:tc>
          <w:tcPr>
            <w:tcW w:type="dxa" w:w="1037"/>
          </w:tcPr>
          <w:p>
            <w:pPr>
              <w:spacing w:after="0"/>
              <w:jc w:val="right"/>
            </w:pPr>
            <w:r>
              <w:rPr>
                <w:sz w:val="16"/>
              </w:rPr>
              <w:t>$96,976</w:t>
            </w:r>
          </w:p>
        </w:tc>
        <w:tc>
          <w:tcPr>
            <w:tcW w:type="dxa" w:w="1126"/>
          </w:tcPr>
          <w:p>
            <w:pPr>
              <w:spacing w:after="0"/>
              <w:jc w:val="right"/>
            </w:pPr>
            <w:r>
              <w:rPr>
                <w:sz w:val="16"/>
              </w:rPr>
              <w:t>n/a</w:t>
            </w:r>
          </w:p>
        </w:tc>
        <w:tc>
          <w:tcPr>
            <w:tcW w:type="dxa" w:w="1008"/>
          </w:tcPr>
          <w:p>
            <w:pPr>
              <w:spacing w:after="0"/>
              <w:jc w:val="right"/>
            </w:pPr>
            <w:r>
              <w:rPr>
                <w:sz w:val="16"/>
              </w:rPr>
              <w:t>$45,125</w:t>
            </w:r>
          </w:p>
        </w:tc>
        <w:tc>
          <w:tcPr>
            <w:tcW w:type="dxa" w:w="1062"/>
          </w:tcPr>
          <w:p>
            <w:pPr>
              <w:spacing w:after="0"/>
              <w:jc w:val="right"/>
            </w:pPr>
            <w:r>
              <w:rPr>
                <w:sz w:val="16"/>
              </w:rPr>
              <w:t>0.00202%</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$45,345</w:t>
            </w:r>
          </w:p>
        </w:tc>
        <w:tc>
          <w:tcPr>
            <w:tcW w:type="dxa" w:w="1126"/>
          </w:tcPr>
          <w:p>
            <w:pPr>
              <w:spacing w:after="0"/>
              <w:jc w:val="right"/>
            </w:pPr>
            <w:r>
              <w:rPr>
                <w:sz w:val="16"/>
              </w:rPr>
              <w:t>$0</w:t>
            </w:r>
          </w:p>
        </w:tc>
        <w:tc>
          <w:tcPr>
            <w:tcW w:type="dxa" w:w="1008"/>
          </w:tcPr>
          <w:p>
            <w:pPr>
              <w:spacing w:after="0"/>
              <w:jc w:val="right"/>
            </w:pPr>
            <w:r>
              <w:rPr>
                <w:sz w:val="16"/>
              </w:rPr>
              <w:t>$102</w:t>
            </w:r>
          </w:p>
        </w:tc>
        <w:tc>
          <w:tcPr>
            <w:tcW w:type="dxa" w:w="1062"/>
          </w:tcPr>
          <w:p>
            <w:pPr>
              <w:spacing w:after="0"/>
              <w:jc w:val="right"/>
            </w:pPr>
            <w:r>
              <w:rPr>
                <w:sz w:val="16"/>
              </w:rPr>
              <w:t>0.00161%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008"/>
          </w:tcPr>
          <w:p>
            <w:pPr>
              <w:spacing w:after="0"/>
              <w:jc w:val="right"/>
            </w:pPr>
            <w:r>
              <w:rPr>
                <w:sz w:val="16"/>
              </w:rPr>
              <w:t>$272,890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$193,838</w:t>
            </w:r>
          </w:p>
        </w:tc>
        <w:tc>
          <w:tcPr>
            <w:tcW w:type="dxa" w:w="1126"/>
          </w:tcPr>
          <w:p>
            <w:pPr>
              <w:spacing w:after="0"/>
              <w:jc w:val="right"/>
            </w:pPr>
            <w:r>
              <w:rPr>
                <w:sz w:val="16"/>
              </w:rPr>
              <w:t>$0</w:t>
            </w:r>
          </w:p>
        </w:tc>
        <w:tc>
          <w:tcPr>
            <w:tcW w:type="dxa" w:w="1008"/>
          </w:tcPr>
          <w:p>
            <w:pPr>
              <w:spacing w:after="0"/>
              <w:jc w:val="right"/>
            </w:pPr>
            <w:r>
              <w:rPr>
                <w:sz w:val="16"/>
              </w:rPr>
              <w:t>$6,931</w:t>
            </w:r>
          </w:p>
        </w:tc>
        <w:tc>
          <w:tcPr>
            <w:tcW w:type="dxa" w:w="1062"/>
          </w:tcPr>
          <w:p>
            <w:pPr>
              <w:spacing w:after="0"/>
              <w:jc w:val="right"/>
            </w:pPr>
            <w:r>
              <w:rPr>
                <w:sz w:val="16"/>
              </w:rPr>
              <w:t>0.00689%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$2,813,198,271</w:t>
            </w:r>
          </w:p>
        </w:tc>
        <w:tc>
          <w:tcPr>
            <w:tcW w:type="dxa" w:w="1137"/>
          </w:tcPr>
          <w:p>
            <w:pPr>
              <w:spacing w:after="0"/>
              <w:jc w:val="right"/>
            </w:pPr>
            <w:r>
              <w:rPr>
                <w:sz w:val="16"/>
              </w:rPr>
              <w:t>n/a</w:t>
            </w:r>
          </w:p>
        </w:tc>
        <w:tc>
          <w:tcPr>
            <w:tcW w:type="dxa" w:w="1046"/>
          </w:tcPr>
          <w:p>
            <w:pPr>
              <w:spacing w:after="0"/>
              <w:jc w:val="right"/>
            </w:pPr>
            <w:r>
              <w:rPr>
                <w:sz w:val="16"/>
              </w:rPr>
              <w:t>14,658</w:t>
            </w:r>
          </w:p>
        </w:tc>
        <w:tc>
          <w:tcPr>
            <w:tcW w:type="dxa" w:w="1037"/>
          </w:tcPr>
          <w:p>
            <w:pPr>
              <w:spacing w:after="0"/>
              <w:jc w:val="right"/>
            </w:pPr>
            <w:r>
              <w:rPr>
                <w:sz w:val="16"/>
              </w:rPr>
              <w:t>$7,299</w:t>
            </w:r>
          </w:p>
        </w:tc>
        <w:tc>
          <w:tcPr>
            <w:tcW w:type="dxa" w:w="1126"/>
          </w:tcPr>
          <w:p>
            <w:pPr>
              <w:spacing w:after="0"/>
              <w:jc w:val="right"/>
            </w:pPr>
            <w:r>
              <w:rPr>
                <w:sz w:val="16"/>
              </w:rPr>
              <w:t>n/a</w:t>
            </w:r>
          </w:p>
        </w:tc>
        <w:tc>
          <w:tcPr>
            <w:tcW w:type="dxa" w:w="1008"/>
          </w:tcPr>
          <w:p>
            <w:pPr>
              <w:spacing w:after="0"/>
              <w:jc w:val="right"/>
            </w:pPr>
            <w:r>
              <w:rPr>
                <w:sz w:val="16"/>
              </w:rPr>
              <w:t>$2,949</w:t>
            </w:r>
          </w:p>
        </w:tc>
        <w:tc>
          <w:tcPr>
            <w:tcW w:type="dxa" w:w="1062"/>
          </w:tcPr>
          <w:p>
            <w:pPr>
              <w:spacing w:after="0"/>
              <w:jc w:val="right"/>
            </w:pPr>
            <w:r>
              <w:rPr>
                <w:sz w:val="16"/>
              </w:rPr>
              <w:t>0.000259%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$2,812,981,714</w:t>
            </w:r>
          </w:p>
        </w:tc>
        <w:tc>
          <w:tcPr>
            <w:tcW w:type="dxa" w:w="1137"/>
          </w:tcPr>
          <w:p>
            <w:pPr>
              <w:spacing w:after="0"/>
              <w:jc w:val="right"/>
            </w:pPr>
            <w:r>
              <w:rPr>
                <w:sz w:val="16"/>
              </w:rPr>
              <w:t>$0</w:t>
            </w:r>
          </w:p>
        </w:tc>
        <w:tc>
          <w:tcPr>
            <w:tcW w:type="dxa" w:w="1046"/>
          </w:tcPr>
          <w:p>
            <w:pPr>
              <w:spacing w:after="0"/>
              <w:jc w:val="right"/>
            </w:pPr>
            <w:r>
              <w:rPr>
                <w:sz w:val="16"/>
              </w:rPr>
              <w:t>521</w:t>
            </w:r>
          </w:p>
        </w:tc>
        <w:tc>
          <w:tcPr>
            <w:tcW w:type="dxa" w:w="1037"/>
          </w:tcPr>
          <w:p>
            <w:pPr>
              <w:spacing w:after="0"/>
              <w:jc w:val="right"/>
            </w:pPr>
            <w:r>
              <w:rPr>
                <w:sz w:val="16"/>
              </w:rPr>
              <w:t>$1,438,173</w:t>
            </w:r>
          </w:p>
        </w:tc>
        <w:tc>
          <w:tcPr>
            <w:tcW w:type="dxa" w:w="1126"/>
          </w:tcPr>
          <w:p>
            <w:pPr>
              <w:spacing w:after="0"/>
              <w:jc w:val="right"/>
            </w:pPr>
            <w:r>
              <w:rPr>
                <w:sz w:val="16"/>
              </w:rPr>
              <w:t>$0</w:t>
            </w:r>
          </w:p>
        </w:tc>
        <w:tc>
          <w:tcPr>
            <w:tcW w:type="dxa" w:w="1008"/>
          </w:tcPr>
          <w:p>
            <w:pPr>
              <w:spacing w:after="0"/>
              <w:jc w:val="right"/>
            </w:pPr>
            <w:r>
              <w:rPr>
                <w:sz w:val="16"/>
              </w:rPr>
              <w:t>$6,158</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$25,037,059</w:t>
            </w:r>
          </w:p>
        </w:tc>
        <w:tc>
          <w:tcPr>
            <w:tcW w:type="dxa" w:w="1137"/>
          </w:tcPr>
          <w:p>
            <w:pPr>
              <w:spacing w:after="0"/>
              <w:jc w:val="right"/>
            </w:pPr>
            <w:r>
              <w:rPr>
                <w:sz w:val="16"/>
              </w:rPr>
              <w:t>n/a</w:t>
            </w:r>
          </w:p>
        </w:tc>
        <w:tc>
          <w:tcPr>
            <w:tcW w:type="dxa" w:w="1046"/>
          </w:tcPr>
          <w:p>
            <w:pPr>
              <w:spacing w:after="0"/>
              <w:jc w:val="right"/>
            </w:pPr>
            <w:r>
              <w:rPr>
                <w:sz w:val="16"/>
              </w:rPr>
              <w:t>172</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8"/>
          </w:tcPr>
          <w:p>
            <w:pPr>
              <w:spacing w:after="0"/>
              <w:jc w:val="right"/>
            </w:pPr>
            <w:r>
              <w:rPr>
                <w:sz w:val="16"/>
              </w:rPr>
              <w:t>under $1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$2,813,198,271</w:t>
            </w:r>
          </w:p>
        </w:tc>
        <w:tc>
          <w:tcPr>
            <w:tcW w:type="dxa" w:w="1137"/>
          </w:tcPr>
          <w:p>
            <w:pPr>
              <w:spacing w:after="0"/>
              <w:jc w:val="right"/>
            </w:pPr>
            <w:r>
              <w:rPr>
                <w:sz w:val="16"/>
              </w:rPr>
              <w:t>n/a</w:t>
            </w:r>
          </w:p>
        </w:tc>
        <w:tc>
          <w:tcPr>
            <w:tcW w:type="dxa" w:w="1046"/>
          </w:tcPr>
          <w:p>
            <w:pPr>
              <w:spacing w:after="0"/>
              <w:jc w:val="right"/>
            </w:pPr>
            <w:r>
              <w:rPr>
                <w:sz w:val="16"/>
              </w:rPr>
              <w:t>14,658</w:t>
            </w:r>
          </w:p>
        </w:tc>
        <w:tc>
          <w:tcPr>
            <w:tcW w:type="dxa" w:w="1037"/>
          </w:tcPr>
          <w:p>
            <w:pPr>
              <w:spacing w:after="0"/>
              <w:jc w:val="right"/>
            </w:pPr>
            <w:r>
              <w:rPr>
                <w:sz w:val="16"/>
              </w:rPr>
              <w:t>$3,903</w:t>
            </w:r>
          </w:p>
        </w:tc>
        <w:tc>
          <w:tcPr>
            <w:tcW w:type="dxa" w:w="1126"/>
          </w:tcPr>
          <w:p>
            <w:pPr>
              <w:spacing w:after="0"/>
              <w:jc w:val="right"/>
            </w:pPr>
            <w:r>
              <w:rPr>
                <w:sz w:val="16"/>
              </w:rPr>
              <w:t>n/a</w:t>
            </w:r>
          </w:p>
        </w:tc>
        <w:tc>
          <w:tcPr>
            <w:tcW w:type="dxa" w:w="1008"/>
          </w:tcPr>
          <w:p>
            <w:pPr>
              <w:spacing w:after="0"/>
              <w:jc w:val="right"/>
            </w:pPr>
            <w:r>
              <w:rPr>
                <w:sz w:val="16"/>
              </w:rPr>
              <w:t>$489,286</w:t>
            </w:r>
          </w:p>
        </w:tc>
        <w:tc>
          <w:tcPr>
            <w:tcW w:type="dxa" w:w="1062"/>
          </w:tcPr>
          <w:p>
            <w:pPr>
              <w:spacing w:after="0"/>
              <w:jc w:val="right"/>
            </w:pPr>
            <w:r>
              <w:rPr>
                <w:sz w:val="16"/>
              </w:rPr>
              <w:t>0.000139%</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$103,167</w:t>
            </w:r>
          </w:p>
        </w:tc>
        <w:tc>
          <w:tcPr>
            <w:tcW w:type="dxa" w:w="1126"/>
          </w:tcPr>
          <w:p>
            <w:pPr>
              <w:spacing w:after="0"/>
              <w:jc w:val="right"/>
            </w:pPr>
            <w:r>
              <w:rPr>
                <w:sz w:val="16"/>
              </w:rPr>
              <w:t>$0</w:t>
            </w:r>
          </w:p>
        </w:tc>
        <w:tc>
          <w:tcPr>
            <w:tcW w:type="dxa" w:w="1008"/>
          </w:tcPr>
          <w:p>
            <w:pPr>
              <w:spacing w:after="0"/>
              <w:jc w:val="right"/>
            </w:pPr>
            <w:r>
              <w:rPr>
                <w:sz w:val="16"/>
              </w:rPr>
              <w:t>$176,492</w:t>
            </w:r>
          </w:p>
        </w:tc>
        <w:tc>
          <w:tcPr>
            <w:tcW w:type="dxa" w:w="1062"/>
          </w:tcPr>
          <w:p>
            <w:pPr>
              <w:spacing w:after="0"/>
              <w:jc w:val="right"/>
            </w:pPr>
            <w:r>
              <w:rPr>
                <w:sz w:val="16"/>
              </w:rPr>
              <w:t>0.00367%</w:t>
            </w:r>
          </w:p>
        </w:tc>
        <w:tc>
          <w:tcPr>
            <w:tcW w:type="dxa" w:w="1227"/>
          </w:tcPr>
          <w:p>
            <w:pPr>
              <w:spacing w:after="0"/>
              <w:jc w:val="right"/>
            </w:pPr>
            <w:r>
              <w:rPr>
                <w:sz w:val="16"/>
              </w:rPr>
              <w:t>$25,000</w:t>
            </w:r>
          </w:p>
        </w:tc>
        <w:tc>
          <w:tcPr>
            <w:tcW w:type="dxa" w:w="1112"/>
          </w:tcPr>
          <w:p>
            <w:pPr>
              <w:spacing w:after="0"/>
              <w:jc w:val="right"/>
            </w:pPr>
            <w:r>
              <w:rPr>
                <w:sz w:val="16"/>
              </w:rPr>
              <w:t>$0</w:t>
            </w: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$114,667</w:t>
            </w:r>
          </w:p>
        </w:tc>
        <w:tc>
          <w:tcPr>
            <w:tcW w:type="dxa" w:w="1126"/>
          </w:tcPr>
          <w:p>
            <w:pPr>
              <w:spacing w:after="0"/>
              <w:jc w:val="right"/>
            </w:pPr>
            <w:r>
              <w:rPr>
                <w:sz w:val="16"/>
              </w:rPr>
              <w:t>$0</w:t>
            </w:r>
          </w:p>
        </w:tc>
        <w:tc>
          <w:tcPr>
            <w:tcW w:type="dxa" w:w="1008"/>
          </w:tcPr>
          <w:p>
            <w:pPr>
              <w:spacing w:after="0"/>
              <w:jc w:val="right"/>
            </w:pPr>
            <w:r>
              <w:rPr>
                <w:sz w:val="16"/>
              </w:rPr>
              <w:t>$85,912</w:t>
            </w:r>
          </w:p>
        </w:tc>
        <w:tc>
          <w:tcPr>
            <w:tcW w:type="dxa" w:w="1062"/>
          </w:tcPr>
          <w:p>
            <w:pPr>
              <w:spacing w:after="0"/>
              <w:jc w:val="right"/>
            </w:pPr>
            <w:r>
              <w:rPr>
                <w:sz w:val="16"/>
              </w:rPr>
              <w:t>0.00408%</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$89,053,737</w:t>
            </w:r>
          </w:p>
        </w:tc>
        <w:tc>
          <w:tcPr>
            <w:tcW w:type="dxa" w:w="1137"/>
          </w:tcPr>
          <w:p>
            <w:pPr>
              <w:spacing w:after="0"/>
              <w:jc w:val="right"/>
            </w:pPr>
            <w:r>
              <w:rPr>
                <w:sz w:val="16"/>
              </w:rPr>
              <w:t>$0</w:t>
            </w:r>
          </w:p>
        </w:tc>
        <w:tc>
          <w:tcPr>
            <w:tcW w:type="dxa" w:w="1046"/>
          </w:tcPr>
          <w:p>
            <w:pPr>
              <w:spacing w:after="0"/>
              <w:jc w:val="right"/>
            </w:pPr>
            <w:r>
              <w:rPr>
                <w:sz w:val="16"/>
              </w:rPr>
              <w:t>803</w:t>
            </w:r>
          </w:p>
        </w:tc>
        <w:tc>
          <w:tcPr>
            <w:tcW w:type="dxa" w:w="1037"/>
          </w:tcPr>
          <w:p>
            <w:pPr>
              <w:spacing w:after="0"/>
              <w:jc w:val="right"/>
            </w:pPr>
            <w:r>
              <w:rPr>
                <w:sz w:val="16"/>
              </w:rPr>
              <w:t>$86</w:t>
            </w:r>
          </w:p>
        </w:tc>
        <w:tc>
          <w:tcPr>
            <w:tcW w:type="dxa" w:w="1126"/>
          </w:tcPr>
          <w:p>
            <w:pPr>
              <w:spacing w:after="0"/>
              <w:jc w:val="right"/>
            </w:pPr>
            <w:r>
              <w:rPr>
                <w:sz w:val="16"/>
              </w:rPr>
              <w:t>$0</w:t>
            </w:r>
          </w:p>
        </w:tc>
        <w:tc>
          <w:tcPr>
            <w:tcW w:type="dxa" w:w="1008"/>
          </w:tcPr>
          <w:p>
            <w:pPr>
              <w:spacing w:after="0"/>
              <w:jc w:val="right"/>
            </w:pPr>
            <w:r>
              <w:rPr>
                <w:sz w:val="16"/>
              </w:rPr>
              <w:t>$14</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268"/>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$2,813,198,271</w:t>
            </w:r>
          </w:p>
        </w:tc>
        <w:tc>
          <w:tcPr>
            <w:tcW w:type="dxa" w:w="1137"/>
          </w:tcPr>
          <w:p>
            <w:pPr>
              <w:spacing w:after="0"/>
              <w:jc w:val="right"/>
            </w:pPr>
            <w:r>
              <w:rPr>
                <w:sz w:val="16"/>
              </w:rPr>
              <w:t>$0</w:t>
            </w:r>
          </w:p>
        </w:tc>
        <w:tc>
          <w:tcPr>
            <w:tcW w:type="dxa" w:w="1046"/>
          </w:tcPr>
          <w:p>
            <w:pPr>
              <w:spacing w:after="0"/>
              <w:jc w:val="right"/>
            </w:pPr>
            <w:r>
              <w:rPr>
                <w:sz w:val="16"/>
              </w:rPr>
              <w:t>14,658</w:t>
            </w:r>
          </w:p>
        </w:tc>
        <w:tc>
          <w:tcPr>
            <w:tcW w:type="dxa" w:w="1037"/>
          </w:tcPr>
          <w:p>
            <w:pPr>
              <w:spacing w:after="0"/>
              <w:jc w:val="right"/>
            </w:pPr>
            <w:r>
              <w:rPr>
                <w:sz w:val="16"/>
              </w:rPr>
              <w:t>$2,199</w:t>
            </w:r>
          </w:p>
        </w:tc>
        <w:tc>
          <w:tcPr>
            <w:tcW w:type="dxa" w:w="1126"/>
          </w:tcPr>
          <w:p>
            <w:pPr>
              <w:spacing w:after="0"/>
              <w:jc w:val="right"/>
            </w:pPr>
            <w:r>
              <w:rPr>
                <w:sz w:val="16"/>
              </w:rPr>
              <w:t>$0</w:t>
            </w:r>
          </w:p>
        </w:tc>
        <w:tc>
          <w:tcPr>
            <w:tcW w:type="dxa" w:w="1008"/>
          </w:tcPr>
          <w:p>
            <w:pPr>
              <w:spacing w:after="0"/>
              <w:jc w:val="right"/>
            </w:pPr>
            <w:r>
              <w:rPr>
                <w:sz w:val="16"/>
              </w:rPr>
              <w:t>$21,452</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no Public Assistance recorded (1 declaration)</w:t>
            </w:r>
          </w:p>
        </w:tc>
        <w:tc>
          <w:tcPr>
            <w:tcW w:type="dxa" w:w="16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2023-02-23 (Storm Events through 2026-06-30): 3 county-coded records, 1 with a damage value recorded (including $0), $25,000; 33 zone-level records, 20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14,658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$2,813,198,271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$2,008,330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$1,122,911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Falls Church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Falls Church city</w:t>
            </w:r>
          </w:p>
        </w:tc>
        <w:tc>
          <w:tcPr>
            <w:tcW w:type="dxa" w:w="1574"/>
          </w:tcPr>
          <w:p>
            <w:pPr>
              <w:spacing w:after="0"/>
              <w:jc w:val="left"/>
            </w:pPr>
            <w:r>
              <w:rPr>
                <w:sz w:val="16"/>
              </w:rPr>
              <w:t>510054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Falls Church city, VA: risk-assessment baseline packet, release 2026-10 (data as of 2026-09-30; Independent city FIPS 51610). Automated baseline. </w:t>
      </w:r>
      <w:hyperlink r:id="rId15">
        <w:r>
          <w:rPr>
            <w:color w:val="1F4E99"/>
            <w:sz w:val="17"/>
            <w:u w:val="single"/>
          </w:rPr>
          <w:t>https://hazardplain.org/va/51610/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hazard-plain_2026-10_VA_51610.docx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Falls Church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61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Falls Church city, VA: Risk-assessment baseline packet</dc:title>
  <dc:subject>Hazard Plain release 2026-10, as of 2026-09-30. Automated baseline</dc:subject>
  <dc:creator>Hazard Plain</dc:creator>
  <cp:keywords>Hazard Plain; hazard mitigation; risk assessment; 51610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