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Emporia city, VA</w:t>
      </w:r>
    </w:p>
    <w:p>
      <w:pPr>
        <w:spacing w:after="120" w:before="0"/>
      </w:pPr>
      <w:r>
        <w:rPr>
          <w:color w:val="555555"/>
          <w:sz w:val="24"/>
        </w:rPr>
        <w:t>Risk-assessment baseline packet</w:t>
      </w:r>
    </w:p>
    <w:p>
      <w:pPr>
        <w:spacing w:after="120" w:before="0"/>
      </w:pPr>
      <w:r>
        <w:rPr>
          <w:b/>
          <w:sz w:val="18"/>
        </w:rPr>
        <w:t xml:space="preserve">Unit: </w:t>
      </w:r>
      <w:r>
        <w:rPr>
          <w:sz w:val="18"/>
        </w:rPr>
        <w:t>Independent city 51595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2027-08-07</w:t>
      </w:r>
    </w:p>
    <w:p>
      <w:pPr>
        <w:keepNext/>
        <w:spacing w:after="40" w:before="0"/>
      </w:pPr>
      <w:r>
        <w:rPr>
          <w:b/>
        </w:rPr>
        <w:t xml:space="preserve">Plan: </w:t>
      </w:r>
      <w:r>
        <w:rPr/>
        <w:t>PDC 15 &amp; 19 Richmond-Crater Regional Hazard Mitigation Plan (FEMA plan 108426)</w:t>
      </w:r>
    </w:p>
    <w:p>
      <w:pPr>
        <w:keepNext/>
        <w:spacing w:after="40" w:before="0"/>
      </w:pPr>
      <w:r>
        <w:rPr>
          <w:b/>
        </w:rPr>
        <w:t xml:space="preserve">Approved: </w:t>
      </w:r>
      <w:r>
        <w:rPr/>
        <w:t>2022-08-08</w:t>
      </w:r>
    </w:p>
    <w:p>
      <w:pPr>
        <w:keepNext/>
        <w:spacing w:after="40" w:before="0"/>
      </w:pPr>
      <w:r>
        <w:rPr>
          <w:b/>
        </w:rPr>
        <w:t xml:space="preserve">Expires: </w:t>
      </w:r>
      <w:r>
        <w:rPr/>
        <w:t>2027-08-07</w:t>
      </w:r>
    </w:p>
    <w:p>
      <w:pPr>
        <w:keepNext/>
        <w:spacing w:after="40" w:before="0"/>
      </w:pPr>
      <w:r>
        <w:rPr>
          <w:b/>
        </w:rPr>
        <w:t xml:space="preserve">As of: </w:t>
      </w:r>
      <w:r>
        <w:rPr/>
        <w:t>2026-09-28</w:t>
      </w:r>
    </w:p>
    <w:p>
      <w:pPr>
        <w:keepNext/>
        <w:spacing w:after="40" w:before="0"/>
      </w:pPr>
      <w:r>
        <w:rPr>
          <w:b/>
        </w:rPr>
        <w:t xml:space="preserve">Days: </w:t>
      </w:r>
      <w:r>
        <w:rPr/>
        <w:t>313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EM-3631-VA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48"/>
        <w:gridCol w:w="2227"/>
        <w:gridCol w:w="2211"/>
        <w:gridCol w:w="1037"/>
        <w:gridCol w:w="1037"/>
        <w:gridCol w:w="866"/>
        <w:gridCol w:w="2776"/>
        <w:gridCol w:w="2095"/>
      </w:tblGrid>
      <w:tr>
        <w:trPr>
          <w:cantSplit/>
          <w:tblHeader/>
        </w:trPr>
        <w:tc>
          <w:tcPr>
            <w:tcW w:type="dxa" w:w="1215"/>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227"/>
            <w:shd w:val="clear" w:color="auto" w:fill="E8E8E8"/>
          </w:tcPr>
          <w:p>
            <w:pPr>
              <w:spacing w:after="0"/>
              <w:jc w:val="left"/>
            </w:pPr>
            <w:r>
              <w:rPr>
                <w:b/>
                <w:sz w:val="16"/>
              </w:rPr>
              <w:t>Status</w:t>
            </w:r>
          </w:p>
        </w:tc>
        <w:tc>
          <w:tcPr>
            <w:tcW w:type="dxa" w:w="221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76"/>
            <w:shd w:val="clear" w:color="auto" w:fill="E8E8E8"/>
          </w:tcPr>
          <w:p>
            <w:pPr>
              <w:spacing w:after="0"/>
              <w:jc w:val="left"/>
            </w:pPr>
            <w:r>
              <w:rPr>
                <w:b/>
                <w:sz w:val="16"/>
              </w:rPr>
              <w:t>Update underway</w:t>
            </w:r>
          </w:p>
        </w:tc>
        <w:tc>
          <w:tcPr>
            <w:tcW w:type="dxa" w:w="2095"/>
            <w:shd w:val="clear" w:color="auto" w:fill="E8E8E8"/>
          </w:tcPr>
          <w:p>
            <w:pPr>
              <w:spacing w:after="0"/>
              <w:jc w:val="left"/>
            </w:pPr>
            <w:r>
              <w:rPr>
                <w:b/>
                <w:sz w:val="16"/>
              </w:rPr>
              <w:t>Notes</w:t>
            </w:r>
          </w:p>
        </w:tc>
      </w:tr>
      <w:tr>
        <w:trPr>
          <w:cantSplit/>
        </w:trPr>
        <w:tc>
          <w:tcPr>
            <w:tcW w:type="dxa" w:w="1215"/>
          </w:tcPr>
          <w:p>
            <w:pPr>
              <w:spacing w:after="0"/>
              <w:jc w:val="left"/>
            </w:pPr>
            <w:r>
              <w:rPr>
                <w:sz w:val="16"/>
              </w:rPr>
              <w:t>Emporia city</w:t>
            </w:r>
          </w:p>
        </w:tc>
        <w:tc>
          <w:tcPr>
            <w:tcW w:type="dxa" w:w="648"/>
          </w:tcPr>
          <w:p>
            <w:pPr>
              <w:spacing w:after="0"/>
              <w:jc w:val="left"/>
            </w:pPr>
            <w:r>
              <w:rPr>
                <w:sz w:val="16"/>
              </w:rPr>
              <w:t>City</w:t>
            </w:r>
          </w:p>
        </w:tc>
        <w:tc>
          <w:tcPr>
            <w:tcW w:type="dxa" w:w="2227"/>
          </w:tcPr>
          <w:p>
            <w:pPr>
              <w:spacing w:after="0"/>
              <w:jc w:val="left"/>
            </w:pPr>
            <w:r>
              <w:rPr>
                <w:sz w:val="16"/>
              </w:rPr>
              <w:t>Approved, expires 2027-08-07</w:t>
            </w:r>
          </w:p>
        </w:tc>
        <w:tc>
          <w:tcPr>
            <w:tcW w:type="dxa" w:w="2211"/>
          </w:tcPr>
          <w:p>
            <w:pPr>
              <w:spacing w:after="0"/>
              <w:jc w:val="left"/>
            </w:pPr>
            <w:r>
              <w:rPr>
                <w:sz w:val="16"/>
              </w:rPr>
              <w:t>PDC 15 &amp; 19 Richmond-Crater Regional Hazard Mitigation Plan (FEMA plan 108426)</w:t>
            </w:r>
          </w:p>
        </w:tc>
        <w:tc>
          <w:tcPr>
            <w:tcW w:type="dxa" w:w="1037"/>
          </w:tcPr>
          <w:p>
            <w:pPr>
              <w:spacing w:after="0"/>
              <w:jc w:val="left"/>
            </w:pPr>
            <w:r>
              <w:rPr>
                <w:sz w:val="16"/>
              </w:rPr>
              <w:t>2022-08-08</w:t>
            </w:r>
          </w:p>
        </w:tc>
        <w:tc>
          <w:tcPr>
            <w:tcW w:type="dxa" w:w="1037"/>
          </w:tcPr>
          <w:p>
            <w:pPr>
              <w:spacing w:after="0"/>
              <w:jc w:val="left"/>
            </w:pPr>
            <w:r>
              <w:rPr>
                <w:sz w:val="16"/>
              </w:rPr>
              <w:t>2027-08-07</w:t>
            </w:r>
          </w:p>
        </w:tc>
        <w:tc>
          <w:tcPr>
            <w:tcW w:type="dxa" w:w="866"/>
          </w:tcPr>
          <w:p>
            <w:pPr>
              <w:spacing w:after="0"/>
              <w:jc w:val="right"/>
            </w:pPr>
            <w:r>
              <w:rPr>
                <w:sz w:val="16"/>
              </w:rPr>
              <w:t>313</w:t>
            </w:r>
          </w:p>
        </w:tc>
        <w:tc>
          <w:tcPr>
            <w:tcW w:type="dxa" w:w="2776"/>
          </w:tcPr>
          <w:p>
            <w:pPr>
              <w:spacing w:after="0"/>
              <w:jc w:val="left"/>
            </w:pPr>
            <w:r>
              <w:rPr>
                <w:sz w:val="16"/>
              </w:rPr>
              <w:t>FEMA tracker shows a plan in progress</w:t>
            </w:r>
          </w:p>
        </w:tc>
        <w:tc>
          <w:tcPr>
            <w:tcW w:type="dxa" w:w="2095"/>
          </w:tcPr>
          <w:p>
            <w:pPr>
              <w:spacing w:after="0"/>
              <w:jc w:val="left"/>
            </w:pPr>
            <w:r>
              <w:rPr>
                <w:sz w:val="16"/>
              </w:rPr>
              <w:t>member approved 2023-05-16</w:t>
            </w:r>
          </w:p>
        </w:tc>
      </w:tr>
    </w:tbl>
    <w:p>
      <w:pPr>
        <w:spacing w:after="40" w:before="60"/>
      </w:pPr>
      <w:r>
        <w:rPr>
          <w:sz w:val="15"/>
        </w:rPr>
        <w:t>Plan 108426 also covers 22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037"/>
        <w:gridCol w:w="1190"/>
        <w:gridCol w:w="1037"/>
        <w:gridCol w:w="1126"/>
        <w:gridCol w:w="1302"/>
        <w:gridCol w:w="1113"/>
        <w:gridCol w:w="1212"/>
        <w:gridCol w:w="2204"/>
        <w:gridCol w:w="2171"/>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19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0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71"/>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190"/>
          </w:tcPr>
          <w:p>
            <w:pPr>
              <w:spacing w:after="0"/>
              <w:jc w:val="left"/>
            </w:pPr>
            <w:r>
              <w:rPr>
                <w:sz w:val="16"/>
              </w:rPr>
              <w:t>Very Low</w:t>
            </w:r>
          </w:p>
        </w:tc>
        <w:tc>
          <w:tcPr>
            <w:tcW w:type="dxa" w:w="1037"/>
          </w:tcPr>
          <w:p>
            <w:pPr>
              <w:spacing w:after="0"/>
              <w:jc w:val="right"/>
            </w:pPr>
            <w:r>
              <w:rPr>
                <w:sz w:val="16"/>
              </w:rPr>
              <w:t>$1,422,433</w:t>
            </w:r>
          </w:p>
        </w:tc>
        <w:tc>
          <w:tcPr>
            <w:tcW w:type="dxa" w:w="1126"/>
          </w:tcPr>
          <w:p>
            <w:pPr>
              <w:spacing w:after="0"/>
              <w:jc w:val="right"/>
            </w:pPr>
            <w:r>
              <w:rPr>
                <w:sz w:val="16"/>
              </w:rPr>
              <w:t>$0</w:t>
            </w:r>
          </w:p>
        </w:tc>
        <w:tc>
          <w:tcPr>
            <w:tcW w:type="dxa" w:w="1302"/>
          </w:tcPr>
          <w:p>
            <w:pPr>
              <w:spacing w:after="0"/>
              <w:jc w:val="right"/>
            </w:pPr>
            <w:r>
              <w:rPr>
                <w:sz w:val="16"/>
              </w:rPr>
              <w:t>$4,179</w:t>
            </w:r>
          </w:p>
        </w:tc>
        <w:tc>
          <w:tcPr>
            <w:tcW w:type="dxa" w:w="1113"/>
          </w:tcPr>
          <w:p>
            <w:pPr>
              <w:spacing w:after="0"/>
              <w:jc w:val="right"/>
            </w:pPr>
            <w:r>
              <w:rPr>
                <w:sz w:val="16"/>
              </w:rPr>
              <w:t>$1,426,612</w:t>
            </w:r>
          </w:p>
        </w:tc>
        <w:tc>
          <w:tcPr>
            <w:tcW w:type="dxa" w:w="1212"/>
          </w:tcPr>
          <w:p>
            <w:pPr>
              <w:spacing w:after="0"/>
              <w:jc w:val="right"/>
            </w:pPr>
            <w:r>
              <w:rPr>
                <w:sz w:val="16"/>
              </w:rPr>
              <w:t>11</w:t>
            </w:r>
          </w:p>
        </w:tc>
        <w:tc>
          <w:tcPr>
            <w:tcW w:type="dxa" w:w="2204"/>
          </w:tcPr>
          <w:p>
            <w:pPr>
              <w:spacing w:after="0"/>
              <w:jc w:val="left"/>
            </w:pPr>
          </w:p>
        </w:tc>
        <w:tc>
          <w:tcPr>
            <w:tcW w:type="dxa" w:w="2171"/>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Hurricane</w:t>
            </w:r>
          </w:p>
        </w:tc>
        <w:tc>
          <w:tcPr>
            <w:tcW w:type="dxa" w:w="1037"/>
          </w:tcPr>
          <w:p>
            <w:pPr>
              <w:spacing w:after="0"/>
              <w:jc w:val="left"/>
            </w:pPr>
            <w:r>
              <w:rPr>
                <w:sz w:val="16"/>
              </w:rPr>
              <w:t>Relatively Low</w:t>
            </w:r>
          </w:p>
        </w:tc>
        <w:tc>
          <w:tcPr>
            <w:tcW w:type="dxa" w:w="1190"/>
          </w:tcPr>
          <w:p>
            <w:pPr>
              <w:spacing w:after="0"/>
              <w:jc w:val="left"/>
            </w:pPr>
            <w:r>
              <w:rPr>
                <w:sz w:val="16"/>
              </w:rPr>
              <w:t>Relatively Low</w:t>
            </w:r>
          </w:p>
        </w:tc>
        <w:tc>
          <w:tcPr>
            <w:tcW w:type="dxa" w:w="1037"/>
          </w:tcPr>
          <w:p>
            <w:pPr>
              <w:spacing w:after="0"/>
              <w:jc w:val="right"/>
            </w:pPr>
            <w:r>
              <w:rPr>
                <w:sz w:val="16"/>
              </w:rPr>
              <w:t>$719,010</w:t>
            </w:r>
          </w:p>
        </w:tc>
        <w:tc>
          <w:tcPr>
            <w:tcW w:type="dxa" w:w="1126"/>
          </w:tcPr>
          <w:p>
            <w:pPr>
              <w:spacing w:after="0"/>
              <w:jc w:val="right"/>
            </w:pPr>
            <w:r>
              <w:rPr>
                <w:sz w:val="16"/>
              </w:rPr>
              <w:t>$0</w:t>
            </w:r>
          </w:p>
        </w:tc>
        <w:tc>
          <w:tcPr>
            <w:tcW w:type="dxa" w:w="1302"/>
          </w:tcPr>
          <w:p>
            <w:pPr>
              <w:spacing w:after="0"/>
              <w:jc w:val="right"/>
            </w:pPr>
            <w:r>
              <w:rPr>
                <w:sz w:val="16"/>
              </w:rPr>
              <w:t>$15,264</w:t>
            </w:r>
          </w:p>
        </w:tc>
        <w:tc>
          <w:tcPr>
            <w:tcW w:type="dxa" w:w="1113"/>
          </w:tcPr>
          <w:p>
            <w:pPr>
              <w:spacing w:after="0"/>
              <w:jc w:val="right"/>
            </w:pPr>
            <w:r>
              <w:rPr>
                <w:sz w:val="16"/>
              </w:rPr>
              <w:t>$734,274</w:t>
            </w:r>
          </w:p>
        </w:tc>
        <w:tc>
          <w:tcPr>
            <w:tcW w:type="dxa" w:w="1212"/>
          </w:tcPr>
          <w:p>
            <w:pPr>
              <w:spacing w:after="0"/>
              <w:jc w:val="right"/>
            </w:pPr>
            <w:r>
              <w:rPr>
                <w:sz w:val="16"/>
              </w:rPr>
              <w:t>2</w:t>
            </w:r>
          </w:p>
        </w:tc>
        <w:tc>
          <w:tcPr>
            <w:tcW w:type="dxa" w:w="2204"/>
          </w:tcPr>
          <w:p>
            <w:pPr>
              <w:spacing w:after="0"/>
              <w:jc w:val="left"/>
            </w:pPr>
          </w:p>
        </w:tc>
        <w:tc>
          <w:tcPr>
            <w:tcW w:type="dxa" w:w="2171"/>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190"/>
          </w:tcPr>
          <w:p>
            <w:pPr>
              <w:spacing w:after="0"/>
              <w:jc w:val="left"/>
            </w:pPr>
            <w:r>
              <w:rPr>
                <w:sz w:val="16"/>
              </w:rPr>
              <w:t>Very Low</w:t>
            </w:r>
          </w:p>
        </w:tc>
        <w:tc>
          <w:tcPr>
            <w:tcW w:type="dxa" w:w="1037"/>
          </w:tcPr>
          <w:p>
            <w:pPr>
              <w:spacing w:after="0"/>
              <w:jc w:val="right"/>
            </w:pPr>
            <w:r>
              <w:rPr>
                <w:sz w:val="16"/>
              </w:rPr>
              <w:t>$77,694</w:t>
            </w:r>
          </w:p>
        </w:tc>
        <w:tc>
          <w:tcPr>
            <w:tcW w:type="dxa" w:w="1126"/>
          </w:tcPr>
          <w:p>
            <w:pPr>
              <w:spacing w:after="0"/>
              <w:jc w:val="right"/>
            </w:pPr>
            <w:r>
              <w:rPr>
                <w:sz w:val="16"/>
              </w:rPr>
              <w:t>$0</w:t>
            </w:r>
          </w:p>
        </w:tc>
        <w:tc>
          <w:tcPr>
            <w:tcW w:type="dxa" w:w="1302"/>
          </w:tcPr>
          <w:p>
            <w:pPr>
              <w:spacing w:after="0"/>
              <w:jc w:val="right"/>
            </w:pPr>
            <w:r>
              <w:rPr>
                <w:sz w:val="16"/>
              </w:rPr>
              <w:t>$64,492</w:t>
            </w:r>
          </w:p>
        </w:tc>
        <w:tc>
          <w:tcPr>
            <w:tcW w:type="dxa" w:w="1113"/>
          </w:tcPr>
          <w:p>
            <w:pPr>
              <w:spacing w:after="0"/>
              <w:jc w:val="right"/>
            </w:pPr>
            <w:r>
              <w:rPr>
                <w:sz w:val="16"/>
              </w:rPr>
              <w:t>$142,186</w:t>
            </w:r>
          </w:p>
        </w:tc>
        <w:tc>
          <w:tcPr>
            <w:tcW w:type="dxa" w:w="1212"/>
          </w:tcPr>
          <w:p>
            <w:pPr>
              <w:spacing w:after="0"/>
              <w:jc w:val="right"/>
            </w:pPr>
            <w:r>
              <w:rPr>
                <w:sz w:val="16"/>
              </w:rPr>
              <w:t>2</w:t>
            </w:r>
          </w:p>
        </w:tc>
        <w:tc>
          <w:tcPr>
            <w:tcW w:type="dxa" w:w="2204"/>
          </w:tcPr>
          <w:p>
            <w:pPr>
              <w:spacing w:after="0"/>
              <w:jc w:val="left"/>
            </w:pPr>
          </w:p>
        </w:tc>
        <w:tc>
          <w:tcPr>
            <w:tcW w:type="dxa" w:w="2171"/>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190"/>
          </w:tcPr>
          <w:p>
            <w:pPr>
              <w:spacing w:after="0"/>
              <w:jc w:val="left"/>
            </w:pPr>
            <w:r>
              <w:rPr>
                <w:sz w:val="16"/>
              </w:rPr>
              <w:t>Very Low</w:t>
            </w:r>
          </w:p>
        </w:tc>
        <w:tc>
          <w:tcPr>
            <w:tcW w:type="dxa" w:w="1037"/>
          </w:tcPr>
          <w:p>
            <w:pPr>
              <w:spacing w:after="0"/>
              <w:jc w:val="right"/>
            </w:pPr>
            <w:r>
              <w:rPr>
                <w:sz w:val="16"/>
              </w:rPr>
              <w:t>$82,010</w:t>
            </w:r>
          </w:p>
        </w:tc>
        <w:tc>
          <w:tcPr>
            <w:tcW w:type="dxa" w:w="1126"/>
          </w:tcPr>
          <w:p>
            <w:pPr>
              <w:spacing w:after="0"/>
              <w:jc w:val="right"/>
            </w:pPr>
          </w:p>
        </w:tc>
        <w:tc>
          <w:tcPr>
            <w:tcW w:type="dxa" w:w="1302"/>
          </w:tcPr>
          <w:p>
            <w:pPr>
              <w:spacing w:after="0"/>
              <w:jc w:val="right"/>
            </w:pPr>
            <w:r>
              <w:rPr>
                <w:sz w:val="16"/>
              </w:rPr>
              <w:t>$30,485</w:t>
            </w:r>
          </w:p>
        </w:tc>
        <w:tc>
          <w:tcPr>
            <w:tcW w:type="dxa" w:w="1113"/>
          </w:tcPr>
          <w:p>
            <w:pPr>
              <w:spacing w:after="0"/>
              <w:jc w:val="right"/>
            </w:pPr>
            <w:r>
              <w:rPr>
                <w:sz w:val="16"/>
              </w:rPr>
              <w:t>$112,495</w:t>
            </w:r>
          </w:p>
        </w:tc>
        <w:tc>
          <w:tcPr>
            <w:tcW w:type="dxa" w:w="1212"/>
          </w:tcPr>
          <w:p>
            <w:pPr>
              <w:spacing w:after="0"/>
              <w:jc w:val="right"/>
            </w:pPr>
          </w:p>
        </w:tc>
        <w:tc>
          <w:tcPr>
            <w:tcW w:type="dxa" w:w="2204"/>
          </w:tcPr>
          <w:p>
            <w:pPr>
              <w:spacing w:after="0"/>
              <w:jc w:val="left"/>
            </w:pPr>
          </w:p>
        </w:tc>
        <w:tc>
          <w:tcPr>
            <w:tcW w:type="dxa" w:w="2171"/>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5</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190"/>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$0</w:t>
            </w:r>
          </w:p>
        </w:tc>
        <w:tc>
          <w:tcPr>
            <w:tcW w:type="dxa" w:w="1302"/>
          </w:tcPr>
          <w:p>
            <w:pPr>
              <w:spacing w:after="0"/>
              <w:jc w:val="right"/>
            </w:pPr>
            <w:r>
              <w:rPr>
                <w:sz w:val="16"/>
              </w:rPr>
              <w:t>$71,536</w:t>
            </w:r>
          </w:p>
        </w:tc>
        <w:tc>
          <w:tcPr>
            <w:tcW w:type="dxa" w:w="1113"/>
          </w:tcPr>
          <w:p>
            <w:pPr>
              <w:spacing w:after="0"/>
              <w:jc w:val="right"/>
            </w:pPr>
            <w:r>
              <w:rPr>
                <w:sz w:val="16"/>
              </w:rPr>
              <w:t>$71,543</w:t>
            </w:r>
          </w:p>
        </w:tc>
        <w:tc>
          <w:tcPr>
            <w:tcW w:type="dxa" w:w="1212"/>
          </w:tcPr>
          <w:p>
            <w:pPr>
              <w:spacing w:after="0"/>
              <w:jc w:val="right"/>
            </w:pPr>
            <w:r>
              <w:rPr>
                <w:sz w:val="16"/>
              </w:rPr>
              <w:t>5</w:t>
            </w:r>
          </w:p>
        </w:tc>
        <w:tc>
          <w:tcPr>
            <w:tcW w:type="dxa" w:w="2204"/>
          </w:tcPr>
          <w:p>
            <w:pPr>
              <w:spacing w:after="0"/>
              <w:jc w:val="left"/>
            </w:pPr>
          </w:p>
        </w:tc>
        <w:tc>
          <w:tcPr>
            <w:tcW w:type="dxa" w:w="2171"/>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190"/>
          </w:tcPr>
          <w:p>
            <w:pPr>
              <w:spacing w:after="0"/>
              <w:jc w:val="left"/>
            </w:pPr>
            <w:r>
              <w:rPr>
                <w:sz w:val="16"/>
              </w:rPr>
              <w:t>Very Low</w:t>
            </w:r>
          </w:p>
        </w:tc>
        <w:tc>
          <w:tcPr>
            <w:tcW w:type="dxa" w:w="1037"/>
          </w:tcPr>
          <w:p>
            <w:pPr>
              <w:spacing w:after="0"/>
              <w:jc w:val="right"/>
            </w:pPr>
            <w:r>
              <w:rPr>
                <w:sz w:val="16"/>
              </w:rPr>
              <w:t>$545</w:t>
            </w:r>
          </w:p>
        </w:tc>
        <w:tc>
          <w:tcPr>
            <w:tcW w:type="dxa" w:w="1126"/>
          </w:tcPr>
          <w:p>
            <w:pPr>
              <w:spacing w:after="0"/>
              <w:jc w:val="right"/>
            </w:pPr>
            <w:r>
              <w:rPr>
                <w:sz w:val="16"/>
              </w:rPr>
              <w:t>$0</w:t>
            </w:r>
          </w:p>
        </w:tc>
        <w:tc>
          <w:tcPr>
            <w:tcW w:type="dxa" w:w="1302"/>
          </w:tcPr>
          <w:p>
            <w:pPr>
              <w:spacing w:after="0"/>
              <w:jc w:val="right"/>
            </w:pPr>
            <w:r>
              <w:rPr>
                <w:sz w:val="16"/>
              </w:rPr>
              <w:t>$53,907</w:t>
            </w:r>
          </w:p>
        </w:tc>
        <w:tc>
          <w:tcPr>
            <w:tcW w:type="dxa" w:w="1113"/>
          </w:tcPr>
          <w:p>
            <w:pPr>
              <w:spacing w:after="0"/>
              <w:jc w:val="right"/>
            </w:pPr>
            <w:r>
              <w:rPr>
                <w:sz w:val="16"/>
              </w:rPr>
              <w:t>$54,452</w:t>
            </w:r>
          </w:p>
        </w:tc>
        <w:tc>
          <w:tcPr>
            <w:tcW w:type="dxa" w:w="1212"/>
          </w:tcPr>
          <w:p>
            <w:pPr>
              <w:spacing w:after="0"/>
              <w:jc w:val="right"/>
            </w:pPr>
            <w:r>
              <w:rPr>
                <w:sz w:val="16"/>
              </w:rPr>
              <w:t>3</w:t>
            </w:r>
          </w:p>
        </w:tc>
        <w:tc>
          <w:tcPr>
            <w:tcW w:type="dxa" w:w="2204"/>
          </w:tcPr>
          <w:p>
            <w:pPr>
              <w:spacing w:after="0"/>
              <w:jc w:val="left"/>
            </w:pPr>
          </w:p>
        </w:tc>
        <w:tc>
          <w:tcPr>
            <w:tcW w:type="dxa" w:w="2171"/>
          </w:tcPr>
          <w:p>
            <w:pPr>
              <w:spacing w:after="0"/>
              <w:jc w:val="left"/>
            </w:pPr>
            <w:r>
              <w:rPr>
                <w:sz w:val="16"/>
              </w:rPr>
              <w:t>Includes 3 Frost/Freeze records, event types the NRI definition of this hazard leaves out.</w:t>
            </w:r>
          </w:p>
        </w:tc>
      </w:tr>
      <w:tr>
        <w:trPr>
          <w:cantSplit/>
        </w:trPr>
        <w:tc>
          <w:tcPr>
            <w:tcW w:type="dxa" w:w="684"/>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190"/>
          </w:tcPr>
          <w:p>
            <w:pPr>
              <w:spacing w:after="0"/>
              <w:jc w:val="left"/>
            </w:pPr>
            <w:r>
              <w:rPr>
                <w:sz w:val="16"/>
              </w:rPr>
              <w:t>Very Low</w:t>
            </w:r>
          </w:p>
        </w:tc>
        <w:tc>
          <w:tcPr>
            <w:tcW w:type="dxa" w:w="1037"/>
          </w:tcPr>
          <w:p>
            <w:pPr>
              <w:spacing w:after="0"/>
              <w:jc w:val="right"/>
            </w:pPr>
            <w:r>
              <w:rPr>
                <w:sz w:val="16"/>
              </w:rPr>
              <w:t>$5,170</w:t>
            </w:r>
          </w:p>
        </w:tc>
        <w:tc>
          <w:tcPr>
            <w:tcW w:type="dxa" w:w="1126"/>
          </w:tcPr>
          <w:p>
            <w:pPr>
              <w:spacing w:after="0"/>
              <w:jc w:val="right"/>
            </w:pPr>
            <w:r>
              <w:rPr>
                <w:sz w:val="16"/>
              </w:rPr>
              <w:t>$0</w:t>
            </w:r>
          </w:p>
        </w:tc>
        <w:tc>
          <w:tcPr>
            <w:tcW w:type="dxa" w:w="1302"/>
          </w:tcPr>
          <w:p>
            <w:pPr>
              <w:spacing w:after="0"/>
              <w:jc w:val="right"/>
            </w:pPr>
            <w:r>
              <w:rPr>
                <w:sz w:val="16"/>
              </w:rPr>
              <w:t>$24,644</w:t>
            </w:r>
          </w:p>
        </w:tc>
        <w:tc>
          <w:tcPr>
            <w:tcW w:type="dxa" w:w="1113"/>
          </w:tcPr>
          <w:p>
            <w:pPr>
              <w:spacing w:after="0"/>
              <w:jc w:val="right"/>
            </w:pPr>
            <w:r>
              <w:rPr>
                <w:sz w:val="16"/>
              </w:rPr>
              <w:t>$29,814</w:t>
            </w:r>
          </w:p>
        </w:tc>
        <w:tc>
          <w:tcPr>
            <w:tcW w:type="dxa" w:w="1212"/>
          </w:tcPr>
          <w:p>
            <w:pPr>
              <w:spacing w:after="0"/>
              <w:jc w:val="right"/>
            </w:pPr>
            <w:r>
              <w:rPr>
                <w:sz w:val="16"/>
              </w:rPr>
              <w:t>22</w:t>
            </w:r>
          </w:p>
        </w:tc>
        <w:tc>
          <w:tcPr>
            <w:tcW w:type="dxa" w:w="2204"/>
          </w:tcPr>
          <w:p>
            <w:pPr>
              <w:spacing w:after="0"/>
              <w:jc w:val="left"/>
            </w:pPr>
          </w:p>
        </w:tc>
        <w:tc>
          <w:tcPr>
            <w:tcW w:type="dxa" w:w="2171"/>
          </w:tcPr>
          <w:p>
            <w:pPr>
              <w:spacing w:after="0"/>
              <w:jc w:val="left"/>
            </w:pPr>
            <w:r>
              <w:rPr>
                <w:sz w:val="16"/>
              </w:rPr>
              <w:t>Includes 1 High Wind record and 1 Strong Wind record, event types the NRI definition of this hazard leaves out.</w:t>
            </w:r>
          </w:p>
        </w:tc>
      </w:tr>
      <w:tr>
        <w:trPr>
          <w:cantSplit/>
        </w:trPr>
        <w:tc>
          <w:tcPr>
            <w:tcW w:type="dxa" w:w="684"/>
          </w:tcPr>
          <w:p>
            <w:pPr>
              <w:spacing w:after="0"/>
              <w:jc w:val="right"/>
            </w:pPr>
            <w:r>
              <w:rPr>
                <w:sz w:val="16"/>
              </w:rPr>
              <w:t>8</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190"/>
          </w:tcPr>
          <w:p>
            <w:pPr>
              <w:spacing w:after="0"/>
              <w:jc w:val="left"/>
            </w:pPr>
            <w:r>
              <w:rPr>
                <w:sz w:val="16"/>
              </w:rPr>
              <w:t>Very Low</w:t>
            </w:r>
          </w:p>
        </w:tc>
        <w:tc>
          <w:tcPr>
            <w:tcW w:type="dxa" w:w="1037"/>
          </w:tcPr>
          <w:p>
            <w:pPr>
              <w:spacing w:after="0"/>
              <w:jc w:val="right"/>
            </w:pPr>
            <w:r>
              <w:rPr>
                <w:sz w:val="16"/>
              </w:rPr>
              <w:t>$1,379</w:t>
            </w:r>
          </w:p>
        </w:tc>
        <w:tc>
          <w:tcPr>
            <w:tcW w:type="dxa" w:w="1126"/>
          </w:tcPr>
          <w:p>
            <w:pPr>
              <w:spacing w:after="0"/>
              <w:jc w:val="right"/>
            </w:pPr>
          </w:p>
        </w:tc>
        <w:tc>
          <w:tcPr>
            <w:tcW w:type="dxa" w:w="1302"/>
          </w:tcPr>
          <w:p>
            <w:pPr>
              <w:spacing w:after="0"/>
              <w:jc w:val="right"/>
            </w:pPr>
            <w:r>
              <w:rPr>
                <w:sz w:val="16"/>
              </w:rPr>
              <w:t>$18,619</w:t>
            </w:r>
          </w:p>
        </w:tc>
        <w:tc>
          <w:tcPr>
            <w:tcW w:type="dxa" w:w="1113"/>
          </w:tcPr>
          <w:p>
            <w:pPr>
              <w:spacing w:after="0"/>
              <w:jc w:val="right"/>
            </w:pPr>
            <w:r>
              <w:rPr>
                <w:sz w:val="16"/>
              </w:rPr>
              <w:t>$19,998</w:t>
            </w:r>
          </w:p>
        </w:tc>
        <w:tc>
          <w:tcPr>
            <w:tcW w:type="dxa" w:w="1212"/>
          </w:tcPr>
          <w:p>
            <w:pPr>
              <w:spacing w:after="0"/>
              <w:jc w:val="right"/>
            </w:pPr>
            <w:r>
              <w:rPr>
                <w:sz w:val="16"/>
              </w:rPr>
              <w:t>0</w:t>
            </w:r>
          </w:p>
        </w:tc>
        <w:tc>
          <w:tcPr>
            <w:tcW w:type="dxa" w:w="2204"/>
          </w:tcPr>
          <w:p>
            <w:pPr>
              <w:spacing w:after="0"/>
              <w:jc w:val="left"/>
            </w:pPr>
          </w:p>
        </w:tc>
        <w:tc>
          <w:tcPr>
            <w:tcW w:type="dxa" w:w="217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9</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190"/>
          </w:tcPr>
          <w:p>
            <w:pPr>
              <w:spacing w:after="0"/>
              <w:jc w:val="left"/>
            </w:pPr>
            <w:r>
              <w:rPr>
                <w:sz w:val="16"/>
              </w:rPr>
              <w:t>Very Low</w:t>
            </w:r>
          </w:p>
        </w:tc>
        <w:tc>
          <w:tcPr>
            <w:tcW w:type="dxa" w:w="1037"/>
          </w:tcPr>
          <w:p>
            <w:pPr>
              <w:spacing w:after="0"/>
              <w:jc w:val="right"/>
            </w:pPr>
            <w:r>
              <w:rPr>
                <w:sz w:val="16"/>
              </w:rPr>
              <w:t>$14,646</w:t>
            </w:r>
          </w:p>
        </w:tc>
        <w:tc>
          <w:tcPr>
            <w:tcW w:type="dxa" w:w="1126"/>
          </w:tcPr>
          <w:p>
            <w:pPr>
              <w:spacing w:after="0"/>
              <w:jc w:val="right"/>
            </w:pPr>
            <w:r>
              <w:rPr>
                <w:sz w:val="16"/>
              </w:rPr>
              <w:t>$0</w:t>
            </w:r>
          </w:p>
        </w:tc>
        <w:tc>
          <w:tcPr>
            <w:tcW w:type="dxa" w:w="1302"/>
          </w:tcPr>
          <w:p>
            <w:pPr>
              <w:spacing w:after="0"/>
              <w:jc w:val="right"/>
            </w:pPr>
            <w:r>
              <w:rPr>
                <w:sz w:val="16"/>
              </w:rPr>
              <w:t>$5,212</w:t>
            </w:r>
          </w:p>
        </w:tc>
        <w:tc>
          <w:tcPr>
            <w:tcW w:type="dxa" w:w="1113"/>
          </w:tcPr>
          <w:p>
            <w:pPr>
              <w:spacing w:after="0"/>
              <w:jc w:val="right"/>
            </w:pPr>
            <w:r>
              <w:rPr>
                <w:sz w:val="16"/>
              </w:rPr>
              <w:t>$19,858</w:t>
            </w:r>
          </w:p>
        </w:tc>
        <w:tc>
          <w:tcPr>
            <w:tcW w:type="dxa" w:w="1212"/>
          </w:tcPr>
          <w:p>
            <w:pPr>
              <w:spacing w:after="0"/>
              <w:jc w:val="right"/>
            </w:pPr>
            <w:r>
              <w:rPr>
                <w:sz w:val="16"/>
              </w:rPr>
              <w:t>5</w:t>
            </w:r>
          </w:p>
        </w:tc>
        <w:tc>
          <w:tcPr>
            <w:tcW w:type="dxa" w:w="2204"/>
          </w:tcPr>
          <w:p>
            <w:pPr>
              <w:spacing w:after="0"/>
              <w:jc w:val="left"/>
            </w:pPr>
          </w:p>
        </w:tc>
        <w:tc>
          <w:tcPr>
            <w:tcW w:type="dxa" w:w="2171"/>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190"/>
          </w:tcPr>
          <w:p>
            <w:pPr>
              <w:spacing w:after="0"/>
              <w:jc w:val="left"/>
            </w:pPr>
            <w:r>
              <w:rPr>
                <w:sz w:val="16"/>
              </w:rPr>
              <w:t>Very Low</w:t>
            </w:r>
          </w:p>
        </w:tc>
        <w:tc>
          <w:tcPr>
            <w:tcW w:type="dxa" w:w="1037"/>
          </w:tcPr>
          <w:p>
            <w:pPr>
              <w:spacing w:after="0"/>
              <w:jc w:val="right"/>
            </w:pPr>
            <w:r>
              <w:rPr>
                <w:sz w:val="16"/>
              </w:rPr>
              <w:t>$19,352</w:t>
            </w:r>
          </w:p>
        </w:tc>
        <w:tc>
          <w:tcPr>
            <w:tcW w:type="dxa" w:w="1126"/>
          </w:tcPr>
          <w:p>
            <w:pPr>
              <w:spacing w:after="0"/>
              <w:jc w:val="right"/>
            </w:pPr>
          </w:p>
        </w:tc>
        <w:tc>
          <w:tcPr>
            <w:tcW w:type="dxa" w:w="1302"/>
          </w:tcPr>
          <w:p>
            <w:pPr>
              <w:spacing w:after="0"/>
              <w:jc w:val="right"/>
            </w:pPr>
            <w:r>
              <w:rPr>
                <w:sz w:val="16"/>
              </w:rPr>
              <w:t>$44</w:t>
            </w:r>
          </w:p>
        </w:tc>
        <w:tc>
          <w:tcPr>
            <w:tcW w:type="dxa" w:w="1113"/>
          </w:tcPr>
          <w:p>
            <w:pPr>
              <w:spacing w:after="0"/>
              <w:jc w:val="right"/>
            </w:pPr>
            <w:r>
              <w:rPr>
                <w:sz w:val="16"/>
              </w:rPr>
              <w:t>$19,396</w:t>
            </w:r>
          </w:p>
        </w:tc>
        <w:tc>
          <w:tcPr>
            <w:tcW w:type="dxa" w:w="1212"/>
          </w:tcPr>
          <w:p>
            <w:pPr>
              <w:spacing w:after="0"/>
              <w:jc w:val="right"/>
            </w:pPr>
            <w:r>
              <w:rPr>
                <w:sz w:val="16"/>
              </w:rPr>
              <w:t>2</w:t>
            </w:r>
          </w:p>
        </w:tc>
        <w:tc>
          <w:tcPr>
            <w:tcW w:type="dxa" w:w="2204"/>
          </w:tcPr>
          <w:p>
            <w:pPr>
              <w:spacing w:after="0"/>
              <w:jc w:val="left"/>
            </w:pPr>
          </w:p>
        </w:tc>
        <w:tc>
          <w:tcPr>
            <w:tcW w:type="dxa" w:w="2171"/>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190"/>
          </w:tcPr>
          <w:p>
            <w:pPr>
              <w:spacing w:after="0"/>
              <w:jc w:val="left"/>
            </w:pPr>
            <w:r>
              <w:rPr>
                <w:sz w:val="16"/>
              </w:rPr>
              <w:t>Relatively Low</w:t>
            </w:r>
          </w:p>
        </w:tc>
        <w:tc>
          <w:tcPr>
            <w:tcW w:type="dxa" w:w="1037"/>
          </w:tcPr>
          <w:p>
            <w:pPr>
              <w:spacing w:after="0"/>
              <w:jc w:val="right"/>
            </w:pPr>
            <w:r>
              <w:rPr>
                <w:sz w:val="16"/>
              </w:rPr>
              <w:t>$1,301</w:t>
            </w:r>
          </w:p>
        </w:tc>
        <w:tc>
          <w:tcPr>
            <w:tcW w:type="dxa" w:w="1126"/>
          </w:tcPr>
          <w:p>
            <w:pPr>
              <w:spacing w:after="0"/>
              <w:jc w:val="right"/>
            </w:pPr>
            <w:r>
              <w:rPr>
                <w:sz w:val="16"/>
              </w:rPr>
              <w:t>$0</w:t>
            </w:r>
          </w:p>
        </w:tc>
        <w:tc>
          <w:tcPr>
            <w:tcW w:type="dxa" w:w="1302"/>
          </w:tcPr>
          <w:p>
            <w:pPr>
              <w:spacing w:after="0"/>
              <w:jc w:val="right"/>
            </w:pPr>
            <w:r>
              <w:rPr>
                <w:sz w:val="16"/>
              </w:rPr>
              <w:t>$17,305</w:t>
            </w:r>
          </w:p>
        </w:tc>
        <w:tc>
          <w:tcPr>
            <w:tcW w:type="dxa" w:w="1113"/>
          </w:tcPr>
          <w:p>
            <w:pPr>
              <w:spacing w:after="0"/>
              <w:jc w:val="right"/>
            </w:pPr>
            <w:r>
              <w:rPr>
                <w:sz w:val="16"/>
              </w:rPr>
              <w:t>$18,606</w:t>
            </w:r>
          </w:p>
        </w:tc>
        <w:tc>
          <w:tcPr>
            <w:tcW w:type="dxa" w:w="1212"/>
          </w:tcPr>
          <w:p>
            <w:pPr>
              <w:spacing w:after="0"/>
              <w:jc w:val="right"/>
            </w:pPr>
            <w:r>
              <w:rPr>
                <w:sz w:val="16"/>
              </w:rPr>
              <w:t>62</w:t>
            </w:r>
          </w:p>
        </w:tc>
        <w:tc>
          <w:tcPr>
            <w:tcW w:type="dxa" w:w="2204"/>
          </w:tcPr>
          <w:p>
            <w:pPr>
              <w:spacing w:after="0"/>
              <w:jc w:val="left"/>
            </w:pPr>
          </w:p>
        </w:tc>
        <w:tc>
          <w:tcPr>
            <w:tcW w:type="dxa" w:w="2171"/>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190"/>
          </w:tcPr>
          <w:p>
            <w:pPr>
              <w:spacing w:after="0"/>
              <w:jc w:val="left"/>
            </w:pPr>
            <w:r>
              <w:rPr>
                <w:sz w:val="16"/>
              </w:rPr>
              <w:t>Very Low</w:t>
            </w:r>
          </w:p>
        </w:tc>
        <w:tc>
          <w:tcPr>
            <w:tcW w:type="dxa" w:w="1037"/>
          </w:tcPr>
          <w:p>
            <w:pPr>
              <w:spacing w:after="0"/>
              <w:jc w:val="right"/>
            </w:pPr>
            <w:r>
              <w:rPr>
                <w:sz w:val="16"/>
              </w:rPr>
              <w:t>$285</w:t>
            </w:r>
          </w:p>
        </w:tc>
        <w:tc>
          <w:tcPr>
            <w:tcW w:type="dxa" w:w="1126"/>
          </w:tcPr>
          <w:p>
            <w:pPr>
              <w:spacing w:after="0"/>
              <w:jc w:val="right"/>
            </w:pPr>
            <w:r>
              <w:rPr>
                <w:sz w:val="16"/>
              </w:rPr>
              <w:t>$0</w:t>
            </w:r>
          </w:p>
        </w:tc>
        <w:tc>
          <w:tcPr>
            <w:tcW w:type="dxa" w:w="1302"/>
          </w:tcPr>
          <w:p>
            <w:pPr>
              <w:spacing w:after="0"/>
              <w:jc w:val="right"/>
            </w:pPr>
            <w:r>
              <w:rPr>
                <w:sz w:val="16"/>
              </w:rPr>
              <w:t>$48</w:t>
            </w:r>
          </w:p>
        </w:tc>
        <w:tc>
          <w:tcPr>
            <w:tcW w:type="dxa" w:w="1113"/>
          </w:tcPr>
          <w:p>
            <w:pPr>
              <w:spacing w:after="0"/>
              <w:jc w:val="right"/>
            </w:pPr>
            <w:r>
              <w:rPr>
                <w:sz w:val="16"/>
              </w:rPr>
              <w:t>$333</w:t>
            </w:r>
          </w:p>
        </w:tc>
        <w:tc>
          <w:tcPr>
            <w:tcW w:type="dxa" w:w="1212"/>
          </w:tcPr>
          <w:p>
            <w:pPr>
              <w:spacing w:after="0"/>
              <w:jc w:val="right"/>
            </w:pPr>
            <w:r>
              <w:rPr>
                <w:sz w:val="16"/>
              </w:rPr>
              <w:t>0</w:t>
            </w:r>
          </w:p>
        </w:tc>
        <w:tc>
          <w:tcPr>
            <w:tcW w:type="dxa" w:w="2204"/>
          </w:tcPr>
          <w:p>
            <w:pPr>
              <w:spacing w:after="0"/>
              <w:jc w:val="left"/>
            </w:pPr>
          </w:p>
        </w:tc>
        <w:tc>
          <w:tcPr>
            <w:tcW w:type="dxa" w:w="217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19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02"/>
          </w:tcPr>
          <w:p>
            <w:pPr>
              <w:spacing w:after="0"/>
              <w:jc w:val="right"/>
            </w:pPr>
            <w:r>
              <w:rPr>
                <w:sz w:val="16"/>
              </w:rPr>
              <w:t>under $1</w:t>
            </w:r>
          </w:p>
        </w:tc>
        <w:tc>
          <w:tcPr>
            <w:tcW w:type="dxa" w:w="1113"/>
          </w:tcPr>
          <w:p>
            <w:pPr>
              <w:spacing w:after="0"/>
              <w:jc w:val="right"/>
            </w:pPr>
            <w:r>
              <w:rPr>
                <w:sz w:val="16"/>
              </w:rPr>
              <w:t>under $1</w:t>
            </w:r>
          </w:p>
        </w:tc>
        <w:tc>
          <w:tcPr>
            <w:tcW w:type="dxa" w:w="1212"/>
          </w:tcPr>
          <w:p>
            <w:pPr>
              <w:spacing w:after="0"/>
              <w:jc w:val="right"/>
            </w:pPr>
            <w:r>
              <w:rPr>
                <w:sz w:val="16"/>
              </w:rPr>
              <w:t>0</w:t>
            </w:r>
          </w:p>
        </w:tc>
        <w:tc>
          <w:tcPr>
            <w:tcW w:type="dxa" w:w="2204"/>
          </w:tcPr>
          <w:p>
            <w:pPr>
              <w:spacing w:after="0"/>
              <w:jc w:val="left"/>
            </w:pPr>
          </w:p>
        </w:tc>
        <w:tc>
          <w:tcPr>
            <w:tcW w:type="dxa" w:w="217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14</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190"/>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02"/>
          </w:tcPr>
          <w:p>
            <w:pPr>
              <w:spacing w:after="0"/>
              <w:jc w:val="right"/>
            </w:pPr>
          </w:p>
        </w:tc>
        <w:tc>
          <w:tcPr>
            <w:tcW w:type="dxa" w:w="1113"/>
          </w:tcPr>
          <w:p>
            <w:pPr>
              <w:spacing w:after="0"/>
              <w:jc w:val="right"/>
            </w:pPr>
            <w:r>
              <w:rPr>
                <w:sz w:val="16"/>
              </w:rPr>
              <w:t>$0</w:t>
            </w:r>
          </w:p>
        </w:tc>
        <w:tc>
          <w:tcPr>
            <w:tcW w:type="dxa" w:w="1212"/>
          </w:tcPr>
          <w:p>
            <w:pPr>
              <w:spacing w:after="0"/>
              <w:jc w:val="right"/>
            </w:pPr>
            <w:r>
              <w:rPr>
                <w:sz w:val="16"/>
              </w:rPr>
              <w:t>0</w:t>
            </w:r>
          </w:p>
        </w:tc>
        <w:tc>
          <w:tcPr>
            <w:tcW w:type="dxa" w:w="2204"/>
          </w:tcPr>
          <w:p>
            <w:pPr>
              <w:spacing w:after="0"/>
              <w:jc w:val="left"/>
            </w:pPr>
          </w:p>
        </w:tc>
        <w:tc>
          <w:tcPr>
            <w:tcW w:type="dxa" w:w="2171"/>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037"/>
          </w:tcPr>
          <w:p>
            <w:pPr>
              <w:spacing w:after="0"/>
              <w:jc w:val="left"/>
            </w:pPr>
            <w:r>
              <w:rPr>
                <w:sz w:val="16"/>
              </w:rPr>
              <w:t>Not Applicable</w:t>
            </w:r>
          </w:p>
        </w:tc>
        <w:tc>
          <w:tcPr>
            <w:tcW w:type="dxa" w:w="119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avalanche Not Applicable for this county, and no federal declaration for this county names it.</w:t>
            </w:r>
          </w:p>
        </w:tc>
        <w:tc>
          <w:tcPr>
            <w:tcW w:type="dxa" w:w="2171"/>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037"/>
          </w:tcPr>
          <w:p>
            <w:pPr>
              <w:spacing w:after="0"/>
              <w:jc w:val="left"/>
            </w:pPr>
            <w:r>
              <w:rPr>
                <w:sz w:val="16"/>
              </w:rPr>
              <w:t>Not Applicable</w:t>
            </w:r>
          </w:p>
        </w:tc>
        <w:tc>
          <w:tcPr>
            <w:tcW w:type="dxa" w:w="119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coastal flooding Not Applicable for this county, and no federal declaration for this county names it.</w:t>
            </w:r>
          </w:p>
        </w:tc>
        <w:tc>
          <w:tcPr>
            <w:tcW w:type="dxa" w:w="2171"/>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037"/>
          </w:tcPr>
          <w:p>
            <w:pPr>
              <w:spacing w:after="0"/>
              <w:jc w:val="left"/>
            </w:pPr>
            <w:r>
              <w:rPr>
                <w:sz w:val="16"/>
              </w:rPr>
              <w:t>Not Applicable</w:t>
            </w:r>
          </w:p>
        </w:tc>
        <w:tc>
          <w:tcPr>
            <w:tcW w:type="dxa" w:w="119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tsunami Not Applicable for this county, and no federal declaration for this county names it.</w:t>
            </w:r>
          </w:p>
        </w:tc>
        <w:tc>
          <w:tcPr>
            <w:tcW w:type="dxa" w:w="217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037"/>
          </w:tcPr>
          <w:p>
            <w:pPr>
              <w:spacing w:after="0"/>
              <w:jc w:val="left"/>
            </w:pPr>
            <w:r>
              <w:rPr>
                <w:sz w:val="16"/>
              </w:rPr>
              <w:t>Not Applicable</w:t>
            </w:r>
          </w:p>
        </w:tc>
        <w:tc>
          <w:tcPr>
            <w:tcW w:type="dxa" w:w="119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volcanic activity Not Applicable for this county, and no federal declaration for this county names it.</w:t>
            </w:r>
          </w:p>
        </w:tc>
        <w:tc>
          <w:tcPr>
            <w:tcW w:type="dxa" w:w="217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6"/>
        <w:gridCol w:w="1753"/>
        <w:gridCol w:w="1581"/>
        <w:gridCol w:w="1170"/>
        <w:gridCol w:w="2177"/>
        <w:gridCol w:w="1733"/>
        <w:gridCol w:w="1653"/>
        <w:gridCol w:w="2278"/>
      </w:tblGrid>
      <w:tr>
        <w:trPr>
          <w:cantSplit/>
          <w:tblHeader/>
        </w:trPr>
        <w:tc>
          <w:tcPr>
            <w:tcW w:type="dxa" w:w="1766"/>
            <w:shd w:val="clear" w:color="auto" w:fill="E8E8E8"/>
          </w:tcPr>
          <w:p>
            <w:pPr>
              <w:spacing w:after="0"/>
              <w:jc w:val="left"/>
            </w:pPr>
            <w:r>
              <w:rPr>
                <w:b/>
                <w:sz w:val="16"/>
              </w:rPr>
              <w:t>Hazard</w:t>
            </w:r>
          </w:p>
        </w:tc>
        <w:tc>
          <w:tcPr>
            <w:tcW w:type="dxa" w:w="1753"/>
            <w:shd w:val="clear" w:color="auto" w:fill="E8E8E8"/>
          </w:tcPr>
          <w:p>
            <w:pPr>
              <w:spacing w:after="0"/>
              <w:jc w:val="left"/>
            </w:pPr>
            <w:r>
              <w:rPr>
                <w:b/>
                <w:sz w:val="16"/>
              </w:rPr>
              <w:t>Scale</w:t>
            </w:r>
          </w:p>
        </w:tc>
        <w:tc>
          <w:tcPr>
            <w:tcW w:type="dxa" w:w="1581"/>
            <w:shd w:val="clear" w:color="auto" w:fill="E8E8E8"/>
          </w:tcPr>
          <w:p>
            <w:pPr>
              <w:spacing w:after="0"/>
              <w:jc w:val="right"/>
            </w:pPr>
            <w:r>
              <w:rPr>
                <w:b/>
                <w:sz w:val="16"/>
              </w:rPr>
              <w:t>Records</w:t>
            </w:r>
          </w:p>
          <w:p>
            <w:pPr>
              <w:spacing w:after="0"/>
              <w:jc w:val="right"/>
            </w:pPr>
            <w:r>
              <w:rPr>
                <w:i/>
                <w:color w:val="555555"/>
                <w:sz w:val="14"/>
              </w:rPr>
              <w:t>count, years</w:t>
            </w:r>
          </w:p>
        </w:tc>
        <w:tc>
          <w:tcPr>
            <w:tcW w:type="dxa" w:w="1170"/>
            <w:shd w:val="clear" w:color="auto" w:fill="E8E8E8"/>
          </w:tcPr>
          <w:p>
            <w:pPr>
              <w:spacing w:after="0"/>
              <w:jc w:val="left"/>
            </w:pPr>
            <w:r>
              <w:rPr>
                <w:b/>
                <w:sz w:val="16"/>
              </w:rPr>
              <w:t>Observed range</w:t>
            </w:r>
          </w:p>
        </w:tc>
        <w:tc>
          <w:tcPr>
            <w:tcW w:type="dxa" w:w="2177"/>
            <w:shd w:val="clear" w:color="auto" w:fill="E8E8E8"/>
          </w:tcPr>
          <w:p>
            <w:pPr>
              <w:spacing w:after="0"/>
              <w:jc w:val="left"/>
            </w:pPr>
            <w:r>
              <w:rPr>
                <w:b/>
                <w:sz w:val="16"/>
              </w:rPr>
              <w:t>Worst recorded event</w:t>
            </w:r>
          </w:p>
        </w:tc>
        <w:tc>
          <w:tcPr>
            <w:tcW w:type="dxa" w:w="1733"/>
            <w:shd w:val="clear" w:color="auto" w:fill="E8E8E8"/>
          </w:tcPr>
          <w:p>
            <w:pPr>
              <w:spacing w:after="0"/>
              <w:jc w:val="left"/>
            </w:pPr>
            <w:r>
              <w:rPr>
                <w:b/>
                <w:sz w:val="16"/>
              </w:rPr>
              <w:t>Most damaging (when different)</w:t>
            </w:r>
          </w:p>
        </w:tc>
        <w:tc>
          <w:tcPr>
            <w:tcW w:type="dxa" w:w="1653"/>
            <w:shd w:val="clear" w:color="auto" w:fill="E8E8E8"/>
          </w:tcPr>
          <w:p>
            <w:pPr>
              <w:spacing w:after="0"/>
              <w:jc w:val="left"/>
            </w:pPr>
            <w:r>
              <w:rPr>
                <w:b/>
                <w:sz w:val="16"/>
              </w:rPr>
              <w:t>How it applies to members</w:t>
            </w:r>
          </w:p>
        </w:tc>
        <w:tc>
          <w:tcPr>
            <w:tcW w:type="dxa" w:w="2278"/>
            <w:shd w:val="clear" w:color="auto" w:fill="E8E8E8"/>
          </w:tcPr>
          <w:p>
            <w:pPr>
              <w:spacing w:after="0"/>
              <w:jc w:val="left"/>
            </w:pPr>
            <w:r>
              <w:rPr>
                <w:b/>
                <w:sz w:val="16"/>
              </w:rPr>
              <w:t>Note</w:t>
            </w:r>
          </w:p>
        </w:tc>
      </w:tr>
      <w:tr>
        <w:trPr>
          <w:cantSplit/>
        </w:trPr>
        <w:tc>
          <w:tcPr>
            <w:tcW w:type="dxa" w:w="1766"/>
          </w:tcPr>
          <w:p>
            <w:pPr>
              <w:spacing w:after="0"/>
              <w:jc w:val="left"/>
            </w:pPr>
            <w:r>
              <w:rPr>
                <w:sz w:val="16"/>
              </w:rPr>
              <w:t>Avalanche</w:t>
            </w:r>
          </w:p>
        </w:tc>
        <w:tc>
          <w:tcPr>
            <w:tcW w:type="dxa" w:w="1753"/>
          </w:tcPr>
          <w:p>
            <w:pPr>
              <w:spacing w:after="0"/>
              <w:jc w:val="left"/>
            </w:pPr>
            <w:r>
              <w:rPr>
                <w:sz w:val="16"/>
              </w:rPr>
              <w:t>none (count and damage)</w:t>
            </w:r>
          </w:p>
        </w:tc>
        <w:tc>
          <w:tcPr>
            <w:tcW w:type="dxa" w:w="1581"/>
          </w:tcPr>
          <w:p>
            <w:pPr>
              <w:spacing w:after="0"/>
              <w:jc w:val="right"/>
            </w:pPr>
            <w:r>
              <w:rPr>
                <w:sz w:val="16"/>
              </w:rPr>
              <w:t>0</w:t>
            </w:r>
          </w:p>
        </w:tc>
        <w:tc>
          <w:tcPr>
            <w:tcW w:type="dxa" w:w="1170"/>
          </w:tcPr>
          <w:p>
            <w:pPr>
              <w:spacing w:after="0"/>
              <w:jc w:val="left"/>
            </w:pPr>
          </w:p>
        </w:tc>
        <w:tc>
          <w:tcPr>
            <w:tcW w:type="dxa" w:w="2177"/>
          </w:tcPr>
          <w:p>
            <w:pPr>
              <w:spacing w:after="0"/>
              <w:jc w:val="left"/>
            </w:pPr>
          </w:p>
        </w:tc>
        <w:tc>
          <w:tcPr>
            <w:tcW w:type="dxa" w:w="1733"/>
          </w:tcPr>
          <w:p>
            <w:pPr>
              <w:spacing w:after="0"/>
              <w:jc w:val="left"/>
            </w:pPr>
          </w:p>
        </w:tc>
        <w:tc>
          <w:tcPr>
            <w:tcW w:type="dxa" w:w="1653"/>
          </w:tcPr>
          <w:p>
            <w:pPr>
              <w:spacing w:after="0"/>
              <w:jc w:val="left"/>
            </w:pPr>
          </w:p>
        </w:tc>
        <w:tc>
          <w:tcPr>
            <w:tcW w:type="dxa" w:w="2278"/>
          </w:tcPr>
          <w:p>
            <w:pPr>
              <w:spacing w:after="0"/>
              <w:jc w:val="left"/>
            </w:pPr>
            <w:r>
              <w:rPr>
                <w:sz w:val="16"/>
              </w:rPr>
              <w:t>Physical measure: in event narratives only; local data required.</w:t>
            </w:r>
          </w:p>
        </w:tc>
      </w:tr>
      <w:tr>
        <w:trPr>
          <w:cantSplit/>
        </w:trPr>
        <w:tc>
          <w:tcPr>
            <w:tcW w:type="dxa" w:w="1766"/>
          </w:tcPr>
          <w:p>
            <w:pPr>
              <w:spacing w:after="0"/>
              <w:jc w:val="left"/>
            </w:pPr>
            <w:r>
              <w:rPr>
                <w:sz w:val="16"/>
              </w:rPr>
              <w:t>Coastal Flood, Storm Surge/Tide</w:t>
            </w:r>
          </w:p>
        </w:tc>
        <w:tc>
          <w:tcPr>
            <w:tcW w:type="dxa" w:w="1753"/>
          </w:tcPr>
          <w:p>
            <w:pPr>
              <w:spacing w:after="0"/>
              <w:jc w:val="left"/>
            </w:pPr>
            <w:r>
              <w:rPr>
                <w:sz w:val="16"/>
              </w:rPr>
              <w:t>none in data (FIRM for depth)</w:t>
            </w:r>
          </w:p>
        </w:tc>
        <w:tc>
          <w:tcPr>
            <w:tcW w:type="dxa" w:w="1581"/>
          </w:tcPr>
          <w:p>
            <w:pPr>
              <w:spacing w:after="0"/>
              <w:jc w:val="right"/>
            </w:pPr>
            <w:r>
              <w:rPr>
                <w:sz w:val="16"/>
              </w:rPr>
              <w:t>0</w:t>
            </w:r>
          </w:p>
        </w:tc>
        <w:tc>
          <w:tcPr>
            <w:tcW w:type="dxa" w:w="1170"/>
          </w:tcPr>
          <w:p>
            <w:pPr>
              <w:spacing w:after="0"/>
              <w:jc w:val="left"/>
            </w:pPr>
          </w:p>
        </w:tc>
        <w:tc>
          <w:tcPr>
            <w:tcW w:type="dxa" w:w="2177"/>
          </w:tcPr>
          <w:p>
            <w:pPr>
              <w:spacing w:after="0"/>
              <w:jc w:val="left"/>
            </w:pPr>
          </w:p>
        </w:tc>
        <w:tc>
          <w:tcPr>
            <w:tcW w:type="dxa" w:w="1733"/>
          </w:tcPr>
          <w:p>
            <w:pPr>
              <w:spacing w:after="0"/>
              <w:jc w:val="left"/>
            </w:pPr>
          </w:p>
        </w:tc>
        <w:tc>
          <w:tcPr>
            <w:tcW w:type="dxa" w:w="1653"/>
          </w:tcPr>
          <w:p>
            <w:pPr>
              <w:spacing w:after="0"/>
              <w:jc w:val="left"/>
            </w:pPr>
          </w:p>
        </w:tc>
        <w:tc>
          <w:tcPr>
            <w:tcW w:type="dxa" w:w="2278"/>
          </w:tcPr>
          <w:p>
            <w:pPr>
              <w:spacing w:after="0"/>
              <w:jc w:val="left"/>
            </w:pPr>
            <w:r>
              <w:rPr>
                <w:sz w:val="16"/>
              </w:rPr>
              <w:t>Flood depth: see the FEMA Flood Insurance Rate Map.</w:t>
            </w:r>
          </w:p>
        </w:tc>
      </w:tr>
      <w:tr>
        <w:trPr>
          <w:cantSplit/>
        </w:trPr>
        <w:tc>
          <w:tcPr>
            <w:tcW w:type="dxa" w:w="1766"/>
          </w:tcPr>
          <w:p>
            <w:pPr>
              <w:spacing w:after="0"/>
              <w:jc w:val="left"/>
            </w:pPr>
            <w:r>
              <w:rPr>
                <w:sz w:val="16"/>
              </w:rPr>
              <w:t>Cold/Wind Chill, Extreme Cold/Wind Chill</w:t>
            </w:r>
          </w:p>
        </w:tc>
        <w:tc>
          <w:tcPr>
            <w:tcW w:type="dxa" w:w="1753"/>
          </w:tcPr>
          <w:p>
            <w:pPr>
              <w:spacing w:after="0"/>
              <w:jc w:val="left"/>
            </w:pPr>
            <w:r>
              <w:rPr>
                <w:sz w:val="16"/>
              </w:rPr>
              <w:t>wind chill</w:t>
            </w:r>
          </w:p>
        </w:tc>
        <w:tc>
          <w:tcPr>
            <w:tcW w:type="dxa" w:w="1581"/>
          </w:tcPr>
          <w:p>
            <w:pPr>
              <w:spacing w:after="0"/>
              <w:jc w:val="right"/>
            </w:pPr>
            <w:r>
              <w:rPr>
                <w:sz w:val="16"/>
              </w:rPr>
              <w:t>0</w:t>
            </w:r>
          </w:p>
        </w:tc>
        <w:tc>
          <w:tcPr>
            <w:tcW w:type="dxa" w:w="1170"/>
          </w:tcPr>
          <w:p>
            <w:pPr>
              <w:spacing w:after="0"/>
              <w:jc w:val="left"/>
            </w:pPr>
          </w:p>
        </w:tc>
        <w:tc>
          <w:tcPr>
            <w:tcW w:type="dxa" w:w="2177"/>
          </w:tcPr>
          <w:p>
            <w:pPr>
              <w:spacing w:after="0"/>
              <w:jc w:val="left"/>
            </w:pPr>
          </w:p>
        </w:tc>
        <w:tc>
          <w:tcPr>
            <w:tcW w:type="dxa" w:w="1733"/>
          </w:tcPr>
          <w:p>
            <w:pPr>
              <w:spacing w:after="0"/>
              <w:jc w:val="left"/>
            </w:pPr>
          </w:p>
        </w:tc>
        <w:tc>
          <w:tcPr>
            <w:tcW w:type="dxa" w:w="1653"/>
          </w:tcPr>
          <w:p>
            <w:pPr>
              <w:spacing w:after="0"/>
              <w:jc w:val="left"/>
            </w:pPr>
          </w:p>
        </w:tc>
        <w:tc>
          <w:tcPr>
            <w:tcW w:type="dxa" w:w="2278"/>
          </w:tcPr>
          <w:p>
            <w:pPr>
              <w:spacing w:after="0"/>
              <w:jc w:val="left"/>
            </w:pPr>
            <w:r>
              <w:rPr>
                <w:sz w:val="16"/>
              </w:rPr>
              <w:t>Wind chill: in event narratives only; local data required.</w:t>
            </w:r>
          </w:p>
        </w:tc>
      </w:tr>
      <w:tr>
        <w:trPr>
          <w:cantSplit/>
        </w:trPr>
        <w:tc>
          <w:tcPr>
            <w:tcW w:type="dxa" w:w="1766"/>
          </w:tcPr>
          <w:p>
            <w:pPr>
              <w:spacing w:after="0"/>
              <w:jc w:val="left"/>
            </w:pPr>
            <w:r>
              <w:rPr>
                <w:sz w:val="16"/>
              </w:rPr>
              <w:t>Frost/Freeze (outside NRI Cold Wave definition)</w:t>
            </w:r>
          </w:p>
        </w:tc>
        <w:tc>
          <w:tcPr>
            <w:tcW w:type="dxa" w:w="1753"/>
          </w:tcPr>
          <w:p>
            <w:pPr>
              <w:spacing w:after="0"/>
              <w:jc w:val="left"/>
            </w:pPr>
            <w:r>
              <w:rPr>
                <w:sz w:val="16"/>
              </w:rPr>
              <w:t>crop damage</w:t>
            </w:r>
          </w:p>
        </w:tc>
        <w:tc>
          <w:tcPr>
            <w:tcW w:type="dxa" w:w="1581"/>
          </w:tcPr>
          <w:p>
            <w:pPr>
              <w:spacing w:after="0"/>
              <w:jc w:val="right"/>
            </w:pPr>
            <w:r>
              <w:rPr>
                <w:sz w:val="16"/>
              </w:rPr>
              <w:t>3, 2003 to 2016 (3 zone-level)</w:t>
            </w:r>
          </w:p>
        </w:tc>
        <w:tc>
          <w:tcPr>
            <w:tcW w:type="dxa" w:w="1170"/>
          </w:tcPr>
          <w:p>
            <w:pPr>
              <w:spacing w:after="0"/>
              <w:jc w:val="left"/>
            </w:pPr>
          </w:p>
        </w:tc>
        <w:tc>
          <w:tcPr>
            <w:tcW w:type="dxa" w:w="2177"/>
          </w:tcPr>
          <w:p>
            <w:pPr>
              <w:spacing w:after="0"/>
              <w:jc w:val="left"/>
            </w:pPr>
            <w:r>
              <w:rPr>
                <w:sz w:val="16"/>
              </w:rPr>
              <w:t>No crop damage reported in 3 records.</w:t>
            </w:r>
          </w:p>
        </w:tc>
        <w:tc>
          <w:tcPr>
            <w:tcW w:type="dxa" w:w="1733"/>
          </w:tcPr>
          <w:p>
            <w:pPr>
              <w:spacing w:after="0"/>
              <w:jc w:val="left"/>
            </w:pPr>
          </w:p>
        </w:tc>
        <w:tc>
          <w:tcPr>
            <w:tcW w:type="dxa" w:w="1653"/>
          </w:tcPr>
          <w:p>
            <w:pPr>
              <w:spacing w:after="0"/>
              <w:jc w:val="left"/>
            </w:pPr>
            <w:r>
              <w:rPr>
                <w:sz w:val="16"/>
              </w:rPr>
              <w:t>Zone-level records: applies countywide; national data do not locate these events within the county.</w:t>
            </w:r>
          </w:p>
        </w:tc>
        <w:tc>
          <w:tcPr>
            <w:tcW w:type="dxa" w:w="2278"/>
          </w:tcPr>
          <w:p>
            <w:pPr>
              <w:spacing w:after="0"/>
              <w:jc w:val="left"/>
            </w:pPr>
            <w:r>
              <w:rPr>
                <w:sz w:val="16"/>
              </w:rPr>
              <w:t>Temperature: in event narratives only; local data required.</w:t>
            </w:r>
          </w:p>
        </w:tc>
      </w:tr>
      <w:tr>
        <w:trPr>
          <w:cantSplit/>
        </w:trPr>
        <w:tc>
          <w:tcPr>
            <w:tcW w:type="dxa" w:w="1766"/>
          </w:tcPr>
          <w:p>
            <w:pPr>
              <w:spacing w:after="0"/>
              <w:jc w:val="left"/>
            </w:pPr>
            <w:r>
              <w:rPr>
                <w:sz w:val="16"/>
              </w:rPr>
              <w:t>Drought</w:t>
            </w:r>
          </w:p>
        </w:tc>
        <w:tc>
          <w:tcPr>
            <w:tcW w:type="dxa" w:w="1753"/>
          </w:tcPr>
          <w:p>
            <w:pPr>
              <w:spacing w:after="0"/>
              <w:jc w:val="left"/>
            </w:pPr>
            <w:r>
              <w:rPr>
                <w:sz w:val="16"/>
              </w:rPr>
              <w:t>US Drought Monitor D-scale</w:t>
            </w:r>
          </w:p>
        </w:tc>
        <w:tc>
          <w:tcPr>
            <w:tcW w:type="dxa" w:w="1581"/>
          </w:tcPr>
          <w:p>
            <w:pPr>
              <w:spacing w:after="0"/>
              <w:jc w:val="right"/>
            </w:pPr>
            <w:r>
              <w:rPr>
                <w:sz w:val="16"/>
              </w:rPr>
              <w:t>0</w:t>
            </w:r>
          </w:p>
        </w:tc>
        <w:tc>
          <w:tcPr>
            <w:tcW w:type="dxa" w:w="1170"/>
          </w:tcPr>
          <w:p>
            <w:pPr>
              <w:spacing w:after="0"/>
              <w:jc w:val="left"/>
            </w:pPr>
          </w:p>
        </w:tc>
        <w:tc>
          <w:tcPr>
            <w:tcW w:type="dxa" w:w="2177"/>
          </w:tcPr>
          <w:p>
            <w:pPr>
              <w:spacing w:after="0"/>
              <w:jc w:val="left"/>
            </w:pPr>
          </w:p>
        </w:tc>
        <w:tc>
          <w:tcPr>
            <w:tcW w:type="dxa" w:w="1733"/>
          </w:tcPr>
          <w:p>
            <w:pPr>
              <w:spacing w:after="0"/>
              <w:jc w:val="left"/>
            </w:pPr>
          </w:p>
        </w:tc>
        <w:tc>
          <w:tcPr>
            <w:tcW w:type="dxa" w:w="1653"/>
          </w:tcPr>
          <w:p>
            <w:pPr>
              <w:spacing w:after="0"/>
              <w:jc w:val="left"/>
            </w:pPr>
          </w:p>
        </w:tc>
        <w:tc>
          <w:tcPr>
            <w:tcW w:type="dxa" w:w="22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6"/>
          </w:tcPr>
          <w:p>
            <w:pPr>
              <w:spacing w:after="0"/>
              <w:jc w:val="left"/>
            </w:pPr>
            <w:r>
              <w:rPr>
                <w:sz w:val="16"/>
              </w:rPr>
              <w:t>Earthquake</w:t>
            </w:r>
          </w:p>
        </w:tc>
        <w:tc>
          <w:tcPr>
            <w:tcW w:type="dxa" w:w="1753"/>
          </w:tcPr>
          <w:p>
            <w:pPr>
              <w:spacing w:after="0"/>
              <w:jc w:val="left"/>
            </w:pPr>
            <w:r>
              <w:rPr>
                <w:sz w:val="16"/>
              </w:rPr>
              <w:t>Modified Mercalli (local data)</w:t>
            </w:r>
          </w:p>
        </w:tc>
        <w:tc>
          <w:tcPr>
            <w:tcW w:type="dxa" w:w="1581"/>
          </w:tcPr>
          <w:p>
            <w:pPr>
              <w:spacing w:after="0"/>
              <w:jc w:val="right"/>
            </w:pPr>
            <w:r>
              <w:rPr>
                <w:sz w:val="16"/>
              </w:rPr>
              <w:t>0</w:t>
            </w:r>
          </w:p>
        </w:tc>
        <w:tc>
          <w:tcPr>
            <w:tcW w:type="dxa" w:w="1170"/>
          </w:tcPr>
          <w:p>
            <w:pPr>
              <w:spacing w:after="0"/>
              <w:jc w:val="left"/>
            </w:pPr>
          </w:p>
        </w:tc>
        <w:tc>
          <w:tcPr>
            <w:tcW w:type="dxa" w:w="2177"/>
          </w:tcPr>
          <w:p>
            <w:pPr>
              <w:spacing w:after="0"/>
              <w:jc w:val="left"/>
            </w:pPr>
          </w:p>
        </w:tc>
        <w:tc>
          <w:tcPr>
            <w:tcW w:type="dxa" w:w="1733"/>
          </w:tcPr>
          <w:p>
            <w:pPr>
              <w:spacing w:after="0"/>
              <w:jc w:val="left"/>
            </w:pPr>
          </w:p>
        </w:tc>
        <w:tc>
          <w:tcPr>
            <w:tcW w:type="dxa" w:w="1653"/>
          </w:tcPr>
          <w:p>
            <w:pPr>
              <w:spacing w:after="0"/>
              <w:jc w:val="left"/>
            </w:pPr>
          </w:p>
        </w:tc>
        <w:tc>
          <w:tcPr>
            <w:tcW w:type="dxa" w:w="2278"/>
          </w:tcPr>
          <w:p>
            <w:pPr>
              <w:spacing w:after="0"/>
              <w:jc w:val="left"/>
            </w:pPr>
            <w:r>
              <w:rPr>
                <w:sz w:val="16"/>
              </w:rPr>
              <w:t>No Storm Events record; local data required (e.g., USGS).</w:t>
            </w:r>
          </w:p>
        </w:tc>
      </w:tr>
      <w:tr>
        <w:trPr>
          <w:cantSplit/>
        </w:trPr>
        <w:tc>
          <w:tcPr>
            <w:tcW w:type="dxa" w:w="1766"/>
          </w:tcPr>
          <w:p>
            <w:pPr>
              <w:spacing w:after="0"/>
              <w:jc w:val="left"/>
            </w:pPr>
            <w:r>
              <w:rPr>
                <w:sz w:val="16"/>
              </w:rPr>
              <w:t>Hail</w:t>
            </w:r>
          </w:p>
        </w:tc>
        <w:tc>
          <w:tcPr>
            <w:tcW w:type="dxa" w:w="1753"/>
          </w:tcPr>
          <w:p>
            <w:pPr>
              <w:spacing w:after="0"/>
              <w:jc w:val="left"/>
            </w:pPr>
            <w:r>
              <w:rPr>
                <w:sz w:val="16"/>
              </w:rPr>
              <w:t>hail size (inches)</w:t>
            </w:r>
          </w:p>
        </w:tc>
        <w:tc>
          <w:tcPr>
            <w:tcW w:type="dxa" w:w="1581"/>
          </w:tcPr>
          <w:p>
            <w:pPr>
              <w:spacing w:after="0"/>
              <w:jc w:val="right"/>
            </w:pPr>
            <w:r>
              <w:rPr>
                <w:sz w:val="16"/>
              </w:rPr>
              <w:t>5, 1999 to 2009</w:t>
            </w:r>
          </w:p>
        </w:tc>
        <w:tc>
          <w:tcPr>
            <w:tcW w:type="dxa" w:w="1170"/>
          </w:tcPr>
          <w:p>
            <w:pPr>
              <w:spacing w:after="0"/>
              <w:jc w:val="left"/>
            </w:pPr>
            <w:r>
              <w:rPr>
                <w:sz w:val="16"/>
              </w:rPr>
              <w:t>0.75 in to 1.75 in (median 1.25 in); 5 with a recorded value</w:t>
            </w:r>
          </w:p>
        </w:tc>
        <w:tc>
          <w:tcPr>
            <w:tcW w:type="dxa" w:w="2177"/>
          </w:tcPr>
          <w:p>
            <w:pPr>
              <w:spacing w:after="0"/>
              <w:jc w:val="left"/>
            </w:pPr>
            <w:r>
              <w:rPr>
                <w:sz w:val="16"/>
              </w:rPr>
              <w:t>1.75 in hail, 1999-04-09</w:t>
            </w:r>
          </w:p>
        </w:tc>
        <w:tc>
          <w:tcPr>
            <w:tcW w:type="dxa" w:w="1733"/>
          </w:tcPr>
          <w:p>
            <w:pPr>
              <w:spacing w:after="0"/>
              <w:jc w:val="left"/>
            </w:pPr>
            <w:r>
              <w:rPr>
                <w:sz w:val="16"/>
              </w:rPr>
              <w:t>Hail, 2009-04-20, $10,000 property; $0 crops (2009 dollars)</w:t>
            </w:r>
          </w:p>
        </w:tc>
        <w:tc>
          <w:tcPr>
            <w:tcW w:type="dxa" w:w="1653"/>
          </w:tcPr>
          <w:p>
            <w:pPr>
              <w:spacing w:after="0"/>
              <w:jc w:val="left"/>
            </w:pPr>
            <w:r>
              <w:rPr>
                <w:sz w:val="16"/>
              </w:rPr>
              <w:t>Event records naming member places: Emporia city (5 records).</w:t>
            </w:r>
          </w:p>
        </w:tc>
        <w:tc>
          <w:tcPr>
            <w:tcW w:type="dxa" w:w="2278"/>
          </w:tcPr>
          <w:p>
            <w:pPr>
              <w:spacing w:after="0"/>
              <w:jc w:val="left"/>
            </w:pPr>
          </w:p>
        </w:tc>
      </w:tr>
      <w:tr>
        <w:trPr>
          <w:cantSplit/>
        </w:trPr>
        <w:tc>
          <w:tcPr>
            <w:tcW w:type="dxa" w:w="1766"/>
          </w:tcPr>
          <w:p>
            <w:pPr>
              <w:spacing w:after="0"/>
              <w:jc w:val="left"/>
            </w:pPr>
            <w:r>
              <w:rPr>
                <w:sz w:val="16"/>
              </w:rPr>
              <w:t>Excessive Heat, Heat</w:t>
            </w:r>
          </w:p>
        </w:tc>
        <w:tc>
          <w:tcPr>
            <w:tcW w:type="dxa" w:w="1753"/>
          </w:tcPr>
          <w:p>
            <w:pPr>
              <w:spacing w:after="0"/>
              <w:jc w:val="left"/>
            </w:pPr>
            <w:r>
              <w:rPr>
                <w:sz w:val="16"/>
              </w:rPr>
              <w:t>heat index (narratives)</w:t>
            </w:r>
          </w:p>
        </w:tc>
        <w:tc>
          <w:tcPr>
            <w:tcW w:type="dxa" w:w="1581"/>
          </w:tcPr>
          <w:p>
            <w:pPr>
              <w:spacing w:after="0"/>
              <w:jc w:val="right"/>
            </w:pPr>
            <w:r>
              <w:rPr>
                <w:sz w:val="16"/>
              </w:rPr>
              <w:t>5, 1996 to 2025 (5 zone-level)</w:t>
            </w:r>
          </w:p>
        </w:tc>
        <w:tc>
          <w:tcPr>
            <w:tcW w:type="dxa" w:w="1170"/>
          </w:tcPr>
          <w:p>
            <w:pPr>
              <w:spacing w:after="0"/>
              <w:jc w:val="left"/>
            </w:pPr>
            <w:r>
              <w:rPr>
                <w:sz w:val="16"/>
              </w:rPr>
              <w:t>1 day to 4 days (median 3 days); 5 with a recorded value</w:t>
            </w:r>
          </w:p>
        </w:tc>
        <w:tc>
          <w:tcPr>
            <w:tcW w:type="dxa" w:w="2177"/>
          </w:tcPr>
          <w:p>
            <w:pPr>
              <w:spacing w:after="0"/>
              <w:jc w:val="left"/>
            </w:pPr>
            <w:r>
              <w:rPr>
                <w:sz w:val="16"/>
              </w:rPr>
              <w:t>4 consecutive days, 2012-07-05 to 2012-07-08, zone-level</w:t>
            </w:r>
          </w:p>
        </w:tc>
        <w:tc>
          <w:tcPr>
            <w:tcW w:type="dxa" w:w="1733"/>
          </w:tcPr>
          <w:p>
            <w:pPr>
              <w:spacing w:after="0"/>
              <w:jc w:val="left"/>
            </w:pPr>
          </w:p>
        </w:tc>
        <w:tc>
          <w:tcPr>
            <w:tcW w:type="dxa" w:w="1653"/>
          </w:tcPr>
          <w:p>
            <w:pPr>
              <w:spacing w:after="0"/>
              <w:jc w:val="left"/>
            </w:pPr>
            <w:r>
              <w:rPr>
                <w:sz w:val="16"/>
              </w:rPr>
              <w:t>Zone-level records: applies countywide; national data do not locate these events within the county.</w:t>
            </w:r>
          </w:p>
        </w:tc>
        <w:tc>
          <w:tcPr>
            <w:tcW w:type="dxa" w:w="2278"/>
          </w:tcPr>
          <w:p>
            <w:pPr>
              <w:spacing w:after="0"/>
              <w:jc w:val="left"/>
            </w:pPr>
            <w:r>
              <w:rPr>
                <w:sz w:val="16"/>
              </w:rPr>
              <w:t>Heat index: in event narratives only; local data required.</w:t>
            </w:r>
          </w:p>
        </w:tc>
      </w:tr>
      <w:tr>
        <w:trPr>
          <w:cantSplit/>
        </w:trPr>
        <w:tc>
          <w:tcPr>
            <w:tcW w:type="dxa" w:w="1766"/>
          </w:tcPr>
          <w:p>
            <w:pPr>
              <w:spacing w:after="0"/>
              <w:jc w:val="left"/>
            </w:pPr>
            <w:r>
              <w:rPr>
                <w:sz w:val="16"/>
              </w:rPr>
              <w:t>Hurricane, Tropical Storm, Tropical Depression</w:t>
            </w:r>
          </w:p>
        </w:tc>
        <w:tc>
          <w:tcPr>
            <w:tcW w:type="dxa" w:w="1753"/>
          </w:tcPr>
          <w:p>
            <w:pPr>
              <w:spacing w:after="0"/>
              <w:jc w:val="left"/>
            </w:pPr>
            <w:r>
              <w:rPr>
                <w:sz w:val="16"/>
              </w:rPr>
              <w:t>Saffir-Simpson</w:t>
            </w:r>
          </w:p>
        </w:tc>
        <w:tc>
          <w:tcPr>
            <w:tcW w:type="dxa" w:w="1581"/>
          </w:tcPr>
          <w:p>
            <w:pPr>
              <w:spacing w:after="0"/>
              <w:jc w:val="right"/>
            </w:pPr>
            <w:r>
              <w:rPr>
                <w:sz w:val="16"/>
              </w:rPr>
              <w:t>2, 2003 to 2011 (2 zone-level)</w:t>
            </w:r>
          </w:p>
        </w:tc>
        <w:tc>
          <w:tcPr>
            <w:tcW w:type="dxa" w:w="1170"/>
          </w:tcPr>
          <w:p>
            <w:pPr>
              <w:spacing w:after="0"/>
              <w:jc w:val="left"/>
            </w:pPr>
          </w:p>
        </w:tc>
        <w:tc>
          <w:tcPr>
            <w:tcW w:type="dxa" w:w="2177"/>
          </w:tcPr>
          <w:p>
            <w:pPr>
              <w:spacing w:after="0"/>
              <w:jc w:val="left"/>
            </w:pPr>
            <w:r>
              <w:rPr>
                <w:sz w:val="16"/>
              </w:rPr>
              <w:t>Strongest recorded (records with damage, a wind speed or direct casualties first, then storm type, category and wind): Tropical Storm record, 2011-08-27 to 2011-08-28, $219,000 property; $50,000 crops, reported for the zone (2011 dollars); NWS zone VAZ087 (GREENSVILLE), zone-level: may include parts of neighboring counties</w:t>
            </w:r>
          </w:p>
        </w:tc>
        <w:tc>
          <w:tcPr>
            <w:tcW w:type="dxa" w:w="1733"/>
          </w:tcPr>
          <w:p>
            <w:pPr>
              <w:spacing w:after="0"/>
              <w:jc w:val="left"/>
            </w:pPr>
          </w:p>
        </w:tc>
        <w:tc>
          <w:tcPr>
            <w:tcW w:type="dxa" w:w="1653"/>
          </w:tcPr>
          <w:p>
            <w:pPr>
              <w:spacing w:after="0"/>
              <w:jc w:val="left"/>
            </w:pPr>
            <w:r>
              <w:rPr>
                <w:sz w:val="16"/>
              </w:rPr>
              <w:t>Zone-level records: applies countywide; national data do not locate these events within the county.</w:t>
            </w:r>
          </w:p>
        </w:tc>
        <w:tc>
          <w:tcPr>
            <w:tcW w:type="dxa" w:w="227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6"/>
          </w:tcPr>
          <w:p>
            <w:pPr>
              <w:spacing w:after="0"/>
              <w:jc w:val="left"/>
            </w:pPr>
            <w:r>
              <w:rPr>
                <w:sz w:val="16"/>
              </w:rPr>
              <w:t>Ice Storm</w:t>
            </w:r>
          </w:p>
        </w:tc>
        <w:tc>
          <w:tcPr>
            <w:tcW w:type="dxa" w:w="1753"/>
          </w:tcPr>
          <w:p>
            <w:pPr>
              <w:spacing w:after="0"/>
              <w:jc w:val="left"/>
            </w:pPr>
            <w:r>
              <w:rPr>
                <w:sz w:val="16"/>
              </w:rPr>
              <w:t>Sperry-Piltz (local data)</w:t>
            </w:r>
          </w:p>
        </w:tc>
        <w:tc>
          <w:tcPr>
            <w:tcW w:type="dxa" w:w="1581"/>
          </w:tcPr>
          <w:p>
            <w:pPr>
              <w:spacing w:after="0"/>
              <w:jc w:val="right"/>
            </w:pPr>
            <w:r>
              <w:rPr>
                <w:sz w:val="16"/>
              </w:rPr>
              <w:t>2, 1998 to 2021 (2 zone-level)</w:t>
            </w:r>
          </w:p>
        </w:tc>
        <w:tc>
          <w:tcPr>
            <w:tcW w:type="dxa" w:w="1170"/>
          </w:tcPr>
          <w:p>
            <w:pPr>
              <w:spacing w:after="0"/>
              <w:jc w:val="left"/>
            </w:pPr>
          </w:p>
        </w:tc>
        <w:tc>
          <w:tcPr>
            <w:tcW w:type="dxa" w:w="2177"/>
          </w:tcPr>
          <w:p>
            <w:pPr>
              <w:spacing w:after="0"/>
              <w:jc w:val="left"/>
            </w:pPr>
            <w:r>
              <w:rPr>
                <w:sz w:val="16"/>
              </w:rPr>
              <w:t>Ice Storm, 2021-02-13, $50,000 property; $0 crops, reported for the zone (2021 dollars); NWS zone VAZ087 (GREENSVILLE), zone-level: may include parts of neighboring counties</w:t>
            </w:r>
          </w:p>
        </w:tc>
        <w:tc>
          <w:tcPr>
            <w:tcW w:type="dxa" w:w="1733"/>
          </w:tcPr>
          <w:p>
            <w:pPr>
              <w:spacing w:after="0"/>
              <w:jc w:val="left"/>
            </w:pPr>
          </w:p>
        </w:tc>
        <w:tc>
          <w:tcPr>
            <w:tcW w:type="dxa" w:w="1653"/>
          </w:tcPr>
          <w:p>
            <w:pPr>
              <w:spacing w:after="0"/>
              <w:jc w:val="left"/>
            </w:pPr>
            <w:r>
              <w:rPr>
                <w:sz w:val="16"/>
              </w:rPr>
              <w:t>Zone-level records: applies countywide; national data do not locate these events within the county.</w:t>
            </w:r>
          </w:p>
        </w:tc>
        <w:tc>
          <w:tcPr>
            <w:tcW w:type="dxa" w:w="2278"/>
          </w:tcPr>
          <w:p>
            <w:pPr>
              <w:spacing w:after="0"/>
              <w:jc w:val="left"/>
            </w:pPr>
            <w:r>
              <w:rPr>
                <w:sz w:val="16"/>
              </w:rPr>
              <w:t>Ice thickness: in event narratives only; local data required.</w:t>
            </w:r>
          </w:p>
        </w:tc>
      </w:tr>
      <w:tr>
        <w:trPr>
          <w:cantSplit/>
        </w:trPr>
        <w:tc>
          <w:tcPr>
            <w:tcW w:type="dxa" w:w="1766"/>
          </w:tcPr>
          <w:p>
            <w:pPr>
              <w:spacing w:after="0"/>
              <w:jc w:val="left"/>
            </w:pPr>
            <w:r>
              <w:rPr>
                <w:sz w:val="16"/>
              </w:rPr>
              <w:t>Flash Flood, Flood, Lakeshore Flood</w:t>
            </w:r>
          </w:p>
        </w:tc>
        <w:tc>
          <w:tcPr>
            <w:tcW w:type="dxa" w:w="1753"/>
          </w:tcPr>
          <w:p>
            <w:pPr>
              <w:spacing w:after="0"/>
              <w:jc w:val="left"/>
            </w:pPr>
            <w:r>
              <w:rPr>
                <w:sz w:val="16"/>
              </w:rPr>
              <w:t>damage and flood days (FIRM for depth)</w:t>
            </w:r>
          </w:p>
        </w:tc>
        <w:tc>
          <w:tcPr>
            <w:tcW w:type="dxa" w:w="1581"/>
          </w:tcPr>
          <w:p>
            <w:pPr>
              <w:spacing w:after="0"/>
              <w:jc w:val="right"/>
            </w:pPr>
            <w:r>
              <w:rPr>
                <w:sz w:val="16"/>
              </w:rPr>
              <w:t>11, 1999 to 2024</w:t>
            </w:r>
          </w:p>
        </w:tc>
        <w:tc>
          <w:tcPr>
            <w:tcW w:type="dxa" w:w="1170"/>
          </w:tcPr>
          <w:p>
            <w:pPr>
              <w:spacing w:after="0"/>
              <w:jc w:val="left"/>
            </w:pPr>
          </w:p>
        </w:tc>
        <w:tc>
          <w:tcPr>
            <w:tcW w:type="dxa" w:w="2177"/>
          </w:tcPr>
          <w:p>
            <w:pPr>
              <w:spacing w:after="0"/>
              <w:jc w:val="left"/>
            </w:pPr>
            <w:r>
              <w:rPr>
                <w:sz w:val="16"/>
              </w:rPr>
              <w:t>Flash Flood, 1999-09-16, $195,000 property; $55,000 crops (1999 dollars)</w:t>
            </w:r>
          </w:p>
        </w:tc>
        <w:tc>
          <w:tcPr>
            <w:tcW w:type="dxa" w:w="1733"/>
          </w:tcPr>
          <w:p>
            <w:pPr>
              <w:spacing w:after="0"/>
              <w:jc w:val="left"/>
            </w:pPr>
          </w:p>
        </w:tc>
        <w:tc>
          <w:tcPr>
            <w:tcW w:type="dxa" w:w="1653"/>
          </w:tcPr>
          <w:p>
            <w:pPr>
              <w:spacing w:after="0"/>
              <w:jc w:val="left"/>
            </w:pPr>
            <w:r>
              <w:rPr>
                <w:sz w:val="16"/>
              </w:rPr>
              <w:t>Event records naming member places: Emporia city (11 records).</w:t>
            </w:r>
          </w:p>
        </w:tc>
        <w:tc>
          <w:tcPr>
            <w:tcW w:type="dxa" w:w="227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6"/>
          </w:tcPr>
          <w:p>
            <w:pPr>
              <w:spacing w:after="0"/>
              <w:jc w:val="left"/>
            </w:pPr>
            <w:r>
              <w:rPr>
                <w:sz w:val="16"/>
              </w:rPr>
              <w:t>Debris Flow</w:t>
            </w:r>
          </w:p>
        </w:tc>
        <w:tc>
          <w:tcPr>
            <w:tcW w:type="dxa" w:w="1753"/>
          </w:tcPr>
          <w:p>
            <w:pPr>
              <w:spacing w:after="0"/>
              <w:jc w:val="left"/>
            </w:pPr>
            <w:r>
              <w:rPr>
                <w:sz w:val="16"/>
              </w:rPr>
              <w:t>none (count and damage)</w:t>
            </w:r>
          </w:p>
        </w:tc>
        <w:tc>
          <w:tcPr>
            <w:tcW w:type="dxa" w:w="1581"/>
          </w:tcPr>
          <w:p>
            <w:pPr>
              <w:spacing w:after="0"/>
              <w:jc w:val="right"/>
            </w:pPr>
            <w:r>
              <w:rPr>
                <w:sz w:val="16"/>
              </w:rPr>
              <w:t>0</w:t>
            </w:r>
          </w:p>
        </w:tc>
        <w:tc>
          <w:tcPr>
            <w:tcW w:type="dxa" w:w="1170"/>
          </w:tcPr>
          <w:p>
            <w:pPr>
              <w:spacing w:after="0"/>
              <w:jc w:val="left"/>
            </w:pPr>
          </w:p>
        </w:tc>
        <w:tc>
          <w:tcPr>
            <w:tcW w:type="dxa" w:w="2177"/>
          </w:tcPr>
          <w:p>
            <w:pPr>
              <w:spacing w:after="0"/>
              <w:jc w:val="left"/>
            </w:pPr>
          </w:p>
        </w:tc>
        <w:tc>
          <w:tcPr>
            <w:tcW w:type="dxa" w:w="1733"/>
          </w:tcPr>
          <w:p>
            <w:pPr>
              <w:spacing w:after="0"/>
              <w:jc w:val="left"/>
            </w:pPr>
          </w:p>
        </w:tc>
        <w:tc>
          <w:tcPr>
            <w:tcW w:type="dxa" w:w="1653"/>
          </w:tcPr>
          <w:p>
            <w:pPr>
              <w:spacing w:after="0"/>
              <w:jc w:val="left"/>
            </w:pPr>
          </w:p>
        </w:tc>
        <w:tc>
          <w:tcPr>
            <w:tcW w:type="dxa" w:w="2278"/>
          </w:tcPr>
          <w:p>
            <w:pPr>
              <w:spacing w:after="0"/>
              <w:jc w:val="left"/>
            </w:pPr>
            <w:r>
              <w:rPr>
                <w:sz w:val="16"/>
              </w:rPr>
              <w:t>Physical measure: in event narratives only; local data required.</w:t>
            </w:r>
          </w:p>
        </w:tc>
      </w:tr>
      <w:tr>
        <w:trPr>
          <w:cantSplit/>
        </w:trPr>
        <w:tc>
          <w:tcPr>
            <w:tcW w:type="dxa" w:w="1766"/>
          </w:tcPr>
          <w:p>
            <w:pPr>
              <w:spacing w:after="0"/>
              <w:jc w:val="left"/>
            </w:pPr>
            <w:r>
              <w:rPr>
                <w:sz w:val="16"/>
              </w:rPr>
              <w:t>Lightning</w:t>
            </w:r>
          </w:p>
        </w:tc>
        <w:tc>
          <w:tcPr>
            <w:tcW w:type="dxa" w:w="1753"/>
          </w:tcPr>
          <w:p>
            <w:pPr>
              <w:spacing w:after="0"/>
              <w:jc w:val="left"/>
            </w:pPr>
            <w:r>
              <w:rPr>
                <w:sz w:val="16"/>
              </w:rPr>
              <w:t>annualized frequency (the measure FEMA's Local Mitigation Planning Handbook names)</w:t>
            </w:r>
          </w:p>
        </w:tc>
        <w:tc>
          <w:tcPr>
            <w:tcW w:type="dxa" w:w="1581"/>
          </w:tcPr>
          <w:p>
            <w:pPr>
              <w:spacing w:after="0"/>
              <w:jc w:val="right"/>
            </w:pPr>
            <w:r>
              <w:rPr>
                <w:sz w:val="16"/>
              </w:rPr>
              <w:t>0</w:t>
            </w:r>
          </w:p>
        </w:tc>
        <w:tc>
          <w:tcPr>
            <w:tcW w:type="dxa" w:w="1170"/>
          </w:tcPr>
          <w:p>
            <w:pPr>
              <w:spacing w:after="0"/>
              <w:jc w:val="left"/>
            </w:pPr>
          </w:p>
        </w:tc>
        <w:tc>
          <w:tcPr>
            <w:tcW w:type="dxa" w:w="2177"/>
          </w:tcPr>
          <w:p>
            <w:pPr>
              <w:spacing w:after="0"/>
              <w:jc w:val="left"/>
            </w:pPr>
          </w:p>
        </w:tc>
        <w:tc>
          <w:tcPr>
            <w:tcW w:type="dxa" w:w="1733"/>
          </w:tcPr>
          <w:p>
            <w:pPr>
              <w:spacing w:after="0"/>
              <w:jc w:val="left"/>
            </w:pPr>
          </w:p>
        </w:tc>
        <w:tc>
          <w:tcPr>
            <w:tcW w:type="dxa" w:w="1653"/>
          </w:tcPr>
          <w:p>
            <w:pPr>
              <w:spacing w:after="0"/>
              <w:jc w:val="left"/>
            </w:pPr>
          </w:p>
        </w:tc>
        <w:tc>
          <w:tcPr>
            <w:tcW w:type="dxa" w:w="2278"/>
          </w:tcPr>
          <w:p>
            <w:pPr>
              <w:spacing w:after="0"/>
              <w:jc w:val="left"/>
            </w:pPr>
            <w:r>
              <w:rPr>
                <w:sz w:val="16"/>
              </w:rPr>
              <w:t>Storm Events lists lightning with damage or casualties; physical measure in event narratives only; local data required.</w:t>
            </w:r>
          </w:p>
        </w:tc>
      </w:tr>
      <w:tr>
        <w:trPr>
          <w:cantSplit/>
        </w:trPr>
        <w:tc>
          <w:tcPr>
            <w:tcW w:type="dxa" w:w="1766"/>
          </w:tcPr>
          <w:p>
            <w:pPr>
              <w:spacing w:after="0"/>
              <w:jc w:val="left"/>
            </w:pPr>
            <w:r>
              <w:rPr>
                <w:sz w:val="16"/>
              </w:rPr>
              <w:t>High Wind and Strong Wind (outside NRI Strong Wind definition)</w:t>
            </w:r>
          </w:p>
        </w:tc>
        <w:tc>
          <w:tcPr>
            <w:tcW w:type="dxa" w:w="1753"/>
          </w:tcPr>
          <w:p>
            <w:pPr>
              <w:spacing w:after="0"/>
              <w:jc w:val="left"/>
            </w:pPr>
            <w:r>
              <w:rPr>
                <w:sz w:val="16"/>
              </w:rPr>
              <w:t>wind speed (kt and mph)</w:t>
            </w:r>
          </w:p>
        </w:tc>
        <w:tc>
          <w:tcPr>
            <w:tcW w:type="dxa" w:w="1581"/>
          </w:tcPr>
          <w:p>
            <w:pPr>
              <w:spacing w:after="0"/>
              <w:jc w:val="right"/>
            </w:pPr>
            <w:r>
              <w:rPr>
                <w:sz w:val="16"/>
              </w:rPr>
              <w:t>2, 1999 to 2008 (2 zone-level)</w:t>
            </w:r>
          </w:p>
        </w:tc>
        <w:tc>
          <w:tcPr>
            <w:tcW w:type="dxa" w:w="1170"/>
          </w:tcPr>
          <w:p>
            <w:pPr>
              <w:spacing w:after="0"/>
              <w:jc w:val="left"/>
            </w:pPr>
            <w:r>
              <w:rPr>
                <w:sz w:val="16"/>
              </w:rPr>
              <w:t>45 kt (52 mph); 1 with a recorded value</w:t>
            </w:r>
          </w:p>
        </w:tc>
        <w:tc>
          <w:tcPr>
            <w:tcW w:type="dxa" w:w="2177"/>
          </w:tcPr>
          <w:p>
            <w:pPr>
              <w:spacing w:after="0"/>
              <w:jc w:val="left"/>
            </w:pPr>
            <w:r>
              <w:rPr>
                <w:sz w:val="16"/>
              </w:rPr>
              <w:t>45 kt (52 mph) estimated gust, Strong Wind, 2008-12-31; NWS zone VAZ087 (GREENSVILLE), zone-level: may include parts of neighboring counties</w:t>
            </w:r>
          </w:p>
        </w:tc>
        <w:tc>
          <w:tcPr>
            <w:tcW w:type="dxa" w:w="1733"/>
          </w:tcPr>
          <w:p>
            <w:pPr>
              <w:spacing w:after="0"/>
              <w:jc w:val="left"/>
            </w:pPr>
            <w:r>
              <w:rPr>
                <w:sz w:val="16"/>
              </w:rPr>
              <w:t>High Wind, 1999-09-16, $3,000 property; crops not reported, reported for the zone (1999 dollars)</w:t>
            </w:r>
          </w:p>
        </w:tc>
        <w:tc>
          <w:tcPr>
            <w:tcW w:type="dxa" w:w="1653"/>
          </w:tcPr>
          <w:p>
            <w:pPr>
              <w:spacing w:after="0"/>
              <w:jc w:val="left"/>
            </w:pPr>
            <w:r>
              <w:rPr>
                <w:sz w:val="16"/>
              </w:rPr>
              <w:t>Zone-level records: applies countywide; national data do not locate these events within the county.</w:t>
            </w:r>
          </w:p>
        </w:tc>
        <w:tc>
          <w:tcPr>
            <w:tcW w:type="dxa" w:w="2278"/>
          </w:tcPr>
          <w:p>
            <w:pPr>
              <w:spacing w:after="0"/>
              <w:jc w:val="left"/>
            </w:pPr>
          </w:p>
        </w:tc>
      </w:tr>
      <w:tr>
        <w:trPr>
          <w:cantSplit/>
        </w:trPr>
        <w:tc>
          <w:tcPr>
            <w:tcW w:type="dxa" w:w="1766"/>
          </w:tcPr>
          <w:p>
            <w:pPr>
              <w:spacing w:after="0"/>
              <w:jc w:val="left"/>
            </w:pPr>
            <w:r>
              <w:rPr>
                <w:sz w:val="16"/>
              </w:rPr>
              <w:t>Thunderstorm Wind</w:t>
            </w:r>
          </w:p>
        </w:tc>
        <w:tc>
          <w:tcPr>
            <w:tcW w:type="dxa" w:w="1753"/>
          </w:tcPr>
          <w:p>
            <w:pPr>
              <w:spacing w:after="0"/>
              <w:jc w:val="left"/>
            </w:pPr>
            <w:r>
              <w:rPr>
                <w:sz w:val="16"/>
              </w:rPr>
              <w:t>wind speed (kt and mph)</w:t>
            </w:r>
          </w:p>
        </w:tc>
        <w:tc>
          <w:tcPr>
            <w:tcW w:type="dxa" w:w="1581"/>
          </w:tcPr>
          <w:p>
            <w:pPr>
              <w:spacing w:after="0"/>
              <w:jc w:val="right"/>
            </w:pPr>
            <w:r>
              <w:rPr>
                <w:sz w:val="16"/>
              </w:rPr>
              <w:t>21, 1990 to 2025</w:t>
            </w:r>
          </w:p>
        </w:tc>
        <w:tc>
          <w:tcPr>
            <w:tcW w:type="dxa" w:w="1170"/>
          </w:tcPr>
          <w:p>
            <w:pPr>
              <w:spacing w:after="0"/>
              <w:jc w:val="left"/>
            </w:pPr>
            <w:r>
              <w:rPr>
                <w:sz w:val="16"/>
              </w:rPr>
              <w:t>50 kt (58 mph); 11 with a recorded value</w:t>
            </w:r>
          </w:p>
        </w:tc>
        <w:tc>
          <w:tcPr>
            <w:tcW w:type="dxa" w:w="2177"/>
          </w:tcPr>
          <w:p>
            <w:pPr>
              <w:spacing w:after="0"/>
              <w:jc w:val="left"/>
            </w:pPr>
            <w:r>
              <w:rPr>
                <w:sz w:val="16"/>
              </w:rPr>
              <w:t>50 kt (58 mph) estimated gust, Thunderstorm Wind, 2025-05-05; same speed and measurement basis also recorded on 2004-07-07, 2012-06-29, 2012-07-05, 2013-04-19, 2015-06-20, 2015-06-30, 2016-06-05, 2021-08-30, 2024-07-18</w:t>
            </w:r>
          </w:p>
        </w:tc>
        <w:tc>
          <w:tcPr>
            <w:tcW w:type="dxa" w:w="1733"/>
          </w:tcPr>
          <w:p>
            <w:pPr>
              <w:spacing w:after="0"/>
              <w:jc w:val="left"/>
            </w:pPr>
            <w:r>
              <w:rPr>
                <w:sz w:val="16"/>
              </w:rPr>
              <w:t>Thunderstorm Wind, 1996-05-11, $25,000 property; crops not reported (1996 dollars)</w:t>
            </w:r>
          </w:p>
        </w:tc>
        <w:tc>
          <w:tcPr>
            <w:tcW w:type="dxa" w:w="1653"/>
          </w:tcPr>
          <w:p>
            <w:pPr>
              <w:spacing w:after="0"/>
              <w:jc w:val="left"/>
            </w:pPr>
            <w:r>
              <w:rPr>
                <w:sz w:val="16"/>
              </w:rPr>
              <w:t>Event records naming member places: Emporia city (20 records).</w:t>
            </w:r>
          </w:p>
        </w:tc>
        <w:tc>
          <w:tcPr>
            <w:tcW w:type="dxa" w:w="2278"/>
          </w:tcPr>
          <w:p>
            <w:pPr>
              <w:spacing w:after="0"/>
              <w:jc w:val="left"/>
            </w:pPr>
          </w:p>
        </w:tc>
      </w:tr>
      <w:tr>
        <w:trPr>
          <w:cantSplit/>
        </w:trPr>
        <w:tc>
          <w:tcPr>
            <w:tcW w:type="dxa" w:w="1766"/>
          </w:tcPr>
          <w:p>
            <w:pPr>
              <w:spacing w:after="0"/>
              <w:jc w:val="left"/>
            </w:pPr>
            <w:r>
              <w:rPr>
                <w:sz w:val="16"/>
              </w:rPr>
              <w:t>Tornado</w:t>
            </w:r>
          </w:p>
        </w:tc>
        <w:tc>
          <w:tcPr>
            <w:tcW w:type="dxa" w:w="1753"/>
          </w:tcPr>
          <w:p>
            <w:pPr>
              <w:spacing w:after="0"/>
              <w:jc w:val="left"/>
            </w:pPr>
            <w:r>
              <w:rPr>
                <w:sz w:val="16"/>
              </w:rPr>
              <w:t>Enhanced Fujita (F before Feb 2007)</w:t>
            </w:r>
          </w:p>
        </w:tc>
        <w:tc>
          <w:tcPr>
            <w:tcW w:type="dxa" w:w="1581"/>
          </w:tcPr>
          <w:p>
            <w:pPr>
              <w:spacing w:after="0"/>
              <w:jc w:val="right"/>
            </w:pPr>
            <w:r>
              <w:rPr>
                <w:sz w:val="16"/>
              </w:rPr>
              <w:t>3, 1953 to 2019</w:t>
            </w:r>
          </w:p>
        </w:tc>
        <w:tc>
          <w:tcPr>
            <w:tcW w:type="dxa" w:w="1170"/>
          </w:tcPr>
          <w:p>
            <w:pPr>
              <w:spacing w:after="0"/>
              <w:jc w:val="left"/>
            </w:pPr>
            <w:r>
              <w:rPr>
                <w:sz w:val="16"/>
              </w:rPr>
              <w:t>F/EF0 to F/EF2 (median F/EF0); 3 with a recorded value</w:t>
            </w:r>
          </w:p>
        </w:tc>
        <w:tc>
          <w:tcPr>
            <w:tcW w:type="dxa" w:w="2177"/>
          </w:tcPr>
          <w:p>
            <w:pPr>
              <w:spacing w:after="0"/>
              <w:jc w:val="left"/>
            </w:pPr>
            <w:r>
              <w:rPr>
                <w:sz w:val="16"/>
              </w:rPr>
              <w:t>F2 tornado, 1953-05-02, 2 mi path length (records before 1996 may include the whole path; rating and listing come from the county where the tornado began), 100 yd wide, $25,000 property; crops not recorded (1953 dollars)</w:t>
            </w:r>
          </w:p>
        </w:tc>
        <w:tc>
          <w:tcPr>
            <w:tcW w:type="dxa" w:w="1733"/>
          </w:tcPr>
          <w:p>
            <w:pPr>
              <w:spacing w:after="0"/>
              <w:jc w:val="left"/>
            </w:pPr>
            <w:r>
              <w:rPr>
                <w:sz w:val="16"/>
              </w:rPr>
              <w:t>Tornado, 2019-04-19, $100,000 property; $0 crops (2019 dollars)</w:t>
            </w:r>
          </w:p>
        </w:tc>
        <w:tc>
          <w:tcPr>
            <w:tcW w:type="dxa" w:w="1653"/>
          </w:tcPr>
          <w:p>
            <w:pPr>
              <w:spacing w:after="0"/>
              <w:jc w:val="left"/>
            </w:pPr>
            <w:r>
              <w:rPr>
                <w:sz w:val="16"/>
              </w:rPr>
              <w:t>Event records naming member places: Emporia city (2 records).</w:t>
            </w:r>
          </w:p>
        </w:tc>
        <w:tc>
          <w:tcPr>
            <w:tcW w:type="dxa" w:w="227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6"/>
          </w:tcPr>
          <w:p>
            <w:pPr>
              <w:spacing w:after="0"/>
              <w:jc w:val="left"/>
            </w:pPr>
            <w:r>
              <w:rPr>
                <w:sz w:val="16"/>
              </w:rPr>
              <w:t>Tsunami</w:t>
            </w:r>
          </w:p>
        </w:tc>
        <w:tc>
          <w:tcPr>
            <w:tcW w:type="dxa" w:w="1753"/>
          </w:tcPr>
          <w:p>
            <w:pPr>
              <w:spacing w:after="0"/>
              <w:jc w:val="left"/>
            </w:pPr>
            <w:r>
              <w:rPr>
                <w:sz w:val="16"/>
              </w:rPr>
              <w:t>none (count and damage)</w:t>
            </w:r>
          </w:p>
        </w:tc>
        <w:tc>
          <w:tcPr>
            <w:tcW w:type="dxa" w:w="1581"/>
          </w:tcPr>
          <w:p>
            <w:pPr>
              <w:spacing w:after="0"/>
              <w:jc w:val="right"/>
            </w:pPr>
            <w:r>
              <w:rPr>
                <w:sz w:val="16"/>
              </w:rPr>
              <w:t>0</w:t>
            </w:r>
          </w:p>
        </w:tc>
        <w:tc>
          <w:tcPr>
            <w:tcW w:type="dxa" w:w="1170"/>
          </w:tcPr>
          <w:p>
            <w:pPr>
              <w:spacing w:after="0"/>
              <w:jc w:val="left"/>
            </w:pPr>
          </w:p>
        </w:tc>
        <w:tc>
          <w:tcPr>
            <w:tcW w:type="dxa" w:w="2177"/>
          </w:tcPr>
          <w:p>
            <w:pPr>
              <w:spacing w:after="0"/>
              <w:jc w:val="left"/>
            </w:pPr>
          </w:p>
        </w:tc>
        <w:tc>
          <w:tcPr>
            <w:tcW w:type="dxa" w:w="1733"/>
          </w:tcPr>
          <w:p>
            <w:pPr>
              <w:spacing w:after="0"/>
              <w:jc w:val="left"/>
            </w:pPr>
          </w:p>
        </w:tc>
        <w:tc>
          <w:tcPr>
            <w:tcW w:type="dxa" w:w="1653"/>
          </w:tcPr>
          <w:p>
            <w:pPr>
              <w:spacing w:after="0"/>
              <w:jc w:val="left"/>
            </w:pPr>
          </w:p>
        </w:tc>
        <w:tc>
          <w:tcPr>
            <w:tcW w:type="dxa" w:w="2278"/>
          </w:tcPr>
          <w:p>
            <w:pPr>
              <w:spacing w:after="0"/>
              <w:jc w:val="left"/>
            </w:pPr>
            <w:r>
              <w:rPr>
                <w:sz w:val="16"/>
              </w:rPr>
              <w:t>Physical measure: in event narratives only; local data required.</w:t>
            </w:r>
          </w:p>
        </w:tc>
      </w:tr>
      <w:tr>
        <w:trPr>
          <w:cantSplit/>
        </w:trPr>
        <w:tc>
          <w:tcPr>
            <w:tcW w:type="dxa" w:w="1766"/>
          </w:tcPr>
          <w:p>
            <w:pPr>
              <w:spacing w:after="0"/>
              <w:jc w:val="left"/>
            </w:pPr>
            <w:r>
              <w:rPr>
                <w:sz w:val="16"/>
              </w:rPr>
              <w:t>Volcanic Ash, Volcanic Ashfall</w:t>
            </w:r>
          </w:p>
        </w:tc>
        <w:tc>
          <w:tcPr>
            <w:tcW w:type="dxa" w:w="1753"/>
          </w:tcPr>
          <w:p>
            <w:pPr>
              <w:spacing w:after="0"/>
              <w:jc w:val="left"/>
            </w:pPr>
            <w:r>
              <w:rPr>
                <w:sz w:val="16"/>
              </w:rPr>
              <w:t>Volcanic Explosivity Index (local data)</w:t>
            </w:r>
          </w:p>
        </w:tc>
        <w:tc>
          <w:tcPr>
            <w:tcW w:type="dxa" w:w="1581"/>
          </w:tcPr>
          <w:p>
            <w:pPr>
              <w:spacing w:after="0"/>
              <w:jc w:val="right"/>
            </w:pPr>
            <w:r>
              <w:rPr>
                <w:sz w:val="16"/>
              </w:rPr>
              <w:t>0</w:t>
            </w:r>
          </w:p>
        </w:tc>
        <w:tc>
          <w:tcPr>
            <w:tcW w:type="dxa" w:w="1170"/>
          </w:tcPr>
          <w:p>
            <w:pPr>
              <w:spacing w:after="0"/>
              <w:jc w:val="left"/>
            </w:pPr>
          </w:p>
        </w:tc>
        <w:tc>
          <w:tcPr>
            <w:tcW w:type="dxa" w:w="2177"/>
          </w:tcPr>
          <w:p>
            <w:pPr>
              <w:spacing w:after="0"/>
              <w:jc w:val="left"/>
            </w:pPr>
          </w:p>
        </w:tc>
        <w:tc>
          <w:tcPr>
            <w:tcW w:type="dxa" w:w="1733"/>
          </w:tcPr>
          <w:p>
            <w:pPr>
              <w:spacing w:after="0"/>
              <w:jc w:val="left"/>
            </w:pPr>
          </w:p>
        </w:tc>
        <w:tc>
          <w:tcPr>
            <w:tcW w:type="dxa" w:w="1653"/>
          </w:tcPr>
          <w:p>
            <w:pPr>
              <w:spacing w:after="0"/>
              <w:jc w:val="left"/>
            </w:pPr>
          </w:p>
        </w:tc>
        <w:tc>
          <w:tcPr>
            <w:tcW w:type="dxa" w:w="2278"/>
          </w:tcPr>
          <w:p>
            <w:pPr>
              <w:spacing w:after="0"/>
              <w:jc w:val="left"/>
            </w:pPr>
            <w:r>
              <w:rPr>
                <w:sz w:val="16"/>
              </w:rPr>
              <w:t>Physical measure: in event narratives only; local data required.</w:t>
            </w:r>
          </w:p>
        </w:tc>
      </w:tr>
      <w:tr>
        <w:trPr>
          <w:cantSplit/>
        </w:trPr>
        <w:tc>
          <w:tcPr>
            <w:tcW w:type="dxa" w:w="1766"/>
          </w:tcPr>
          <w:p>
            <w:pPr>
              <w:spacing w:after="0"/>
              <w:jc w:val="left"/>
            </w:pPr>
            <w:r>
              <w:rPr>
                <w:sz w:val="16"/>
              </w:rPr>
              <w:t>Wildfire</w:t>
            </w:r>
          </w:p>
        </w:tc>
        <w:tc>
          <w:tcPr>
            <w:tcW w:type="dxa" w:w="1753"/>
          </w:tcPr>
          <w:p>
            <w:pPr>
              <w:spacing w:after="0"/>
              <w:jc w:val="left"/>
            </w:pPr>
            <w:r>
              <w:rPr>
                <w:sz w:val="16"/>
              </w:rPr>
              <w:t>acres burned (local data)</w:t>
            </w:r>
          </w:p>
        </w:tc>
        <w:tc>
          <w:tcPr>
            <w:tcW w:type="dxa" w:w="1581"/>
          </w:tcPr>
          <w:p>
            <w:pPr>
              <w:spacing w:after="0"/>
              <w:jc w:val="right"/>
            </w:pPr>
            <w:r>
              <w:rPr>
                <w:sz w:val="16"/>
              </w:rPr>
              <w:t>0</w:t>
            </w:r>
          </w:p>
        </w:tc>
        <w:tc>
          <w:tcPr>
            <w:tcW w:type="dxa" w:w="1170"/>
          </w:tcPr>
          <w:p>
            <w:pPr>
              <w:spacing w:after="0"/>
              <w:jc w:val="left"/>
            </w:pPr>
          </w:p>
        </w:tc>
        <w:tc>
          <w:tcPr>
            <w:tcW w:type="dxa" w:w="2177"/>
          </w:tcPr>
          <w:p>
            <w:pPr>
              <w:spacing w:after="0"/>
              <w:jc w:val="left"/>
            </w:pPr>
          </w:p>
        </w:tc>
        <w:tc>
          <w:tcPr>
            <w:tcW w:type="dxa" w:w="1733"/>
          </w:tcPr>
          <w:p>
            <w:pPr>
              <w:spacing w:after="0"/>
              <w:jc w:val="left"/>
            </w:pPr>
          </w:p>
        </w:tc>
        <w:tc>
          <w:tcPr>
            <w:tcW w:type="dxa" w:w="1653"/>
          </w:tcPr>
          <w:p>
            <w:pPr>
              <w:spacing w:after="0"/>
              <w:jc w:val="left"/>
            </w:pPr>
          </w:p>
        </w:tc>
        <w:tc>
          <w:tcPr>
            <w:tcW w:type="dxa" w:w="2278"/>
          </w:tcPr>
          <w:p>
            <w:pPr>
              <w:spacing w:after="0"/>
              <w:jc w:val="left"/>
            </w:pPr>
            <w:r>
              <w:rPr>
                <w:sz w:val="16"/>
              </w:rPr>
              <w:t>Acres burned: in event narratives only; local data required.</w:t>
            </w:r>
          </w:p>
        </w:tc>
      </w:tr>
      <w:tr>
        <w:trPr>
          <w:cantSplit/>
        </w:trPr>
        <w:tc>
          <w:tcPr>
            <w:tcW w:type="dxa" w:w="1766"/>
          </w:tcPr>
          <w:p>
            <w:pPr>
              <w:spacing w:after="0"/>
              <w:jc w:val="left"/>
            </w:pPr>
            <w:r>
              <w:rPr>
                <w:sz w:val="16"/>
              </w:rPr>
              <w:t>Winter Storm, Heavy Snow, Blizzard, Lake-Effect Snow, Winter Weather, Sleet</w:t>
            </w:r>
          </w:p>
        </w:tc>
        <w:tc>
          <w:tcPr>
            <w:tcW w:type="dxa" w:w="1753"/>
          </w:tcPr>
          <w:p>
            <w:pPr>
              <w:spacing w:after="0"/>
              <w:jc w:val="left"/>
            </w:pPr>
            <w:r>
              <w:rPr>
                <w:sz w:val="16"/>
              </w:rPr>
              <w:t>none in data (snowfall local)</w:t>
            </w:r>
          </w:p>
        </w:tc>
        <w:tc>
          <w:tcPr>
            <w:tcW w:type="dxa" w:w="1581"/>
          </w:tcPr>
          <w:p>
            <w:pPr>
              <w:spacing w:after="0"/>
              <w:jc w:val="right"/>
            </w:pPr>
            <w:r>
              <w:rPr>
                <w:sz w:val="16"/>
              </w:rPr>
              <w:t>62, 1996 to 2026 (62 zone-level)</w:t>
            </w:r>
          </w:p>
        </w:tc>
        <w:tc>
          <w:tcPr>
            <w:tcW w:type="dxa" w:w="1170"/>
          </w:tcPr>
          <w:p>
            <w:pPr>
              <w:spacing w:after="0"/>
              <w:jc w:val="left"/>
            </w:pPr>
          </w:p>
        </w:tc>
        <w:tc>
          <w:tcPr>
            <w:tcW w:type="dxa" w:w="2177"/>
          </w:tcPr>
          <w:p>
            <w:pPr>
              <w:spacing w:after="0"/>
              <w:jc w:val="left"/>
            </w:pPr>
            <w:r>
              <w:rPr>
                <w:sz w:val="16"/>
              </w:rPr>
              <w:t>Winter Storm, 2021-02-18, $30,000 property; $0 crops, reported for the zone (2021 dollars); NWS zone VAZ087 (GREENSVILLE), zone-level: may include parts of neighboring counties</w:t>
            </w:r>
          </w:p>
        </w:tc>
        <w:tc>
          <w:tcPr>
            <w:tcW w:type="dxa" w:w="1733"/>
          </w:tcPr>
          <w:p>
            <w:pPr>
              <w:spacing w:after="0"/>
              <w:jc w:val="left"/>
            </w:pPr>
          </w:p>
        </w:tc>
        <w:tc>
          <w:tcPr>
            <w:tcW w:type="dxa" w:w="1653"/>
          </w:tcPr>
          <w:p>
            <w:pPr>
              <w:spacing w:after="0"/>
              <w:jc w:val="left"/>
            </w:pPr>
            <w:r>
              <w:rPr>
                <w:sz w:val="16"/>
              </w:rPr>
              <w:t>Zone-level records: applies countywide; national data do not locate these events within the county.</w:t>
            </w:r>
          </w:p>
        </w:tc>
        <w:tc>
          <w:tcPr>
            <w:tcW w:type="dxa" w:w="227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2"/>
        <w:gridCol w:w="1112"/>
        <w:gridCol w:w="1112"/>
        <w:gridCol w:w="1496"/>
        <w:gridCol w:w="2837"/>
        <w:gridCol w:w="2454"/>
        <w:gridCol w:w="1534"/>
        <w:gridCol w:w="1496"/>
        <w:gridCol w:w="959"/>
      </w:tblGrid>
      <w:tr>
        <w:trPr>
          <w:cantSplit/>
          <w:tblHeader/>
        </w:trPr>
        <w:tc>
          <w:tcPr>
            <w:tcW w:type="dxa" w:w="1112"/>
            <w:shd w:val="clear" w:color="auto" w:fill="E8E8E8"/>
          </w:tcPr>
          <w:p>
            <w:pPr>
              <w:spacing w:after="0"/>
              <w:jc w:val="left"/>
            </w:pPr>
            <w:r>
              <w:rPr>
                <w:b/>
                <w:sz w:val="16"/>
              </w:rPr>
              <w:t>Declared</w:t>
            </w:r>
          </w:p>
        </w:tc>
        <w:tc>
          <w:tcPr>
            <w:tcW w:type="dxa" w:w="1112"/>
            <w:shd w:val="clear" w:color="auto" w:fill="E8E8E8"/>
          </w:tcPr>
          <w:p>
            <w:pPr>
              <w:spacing w:after="0"/>
              <w:jc w:val="left"/>
            </w:pPr>
            <w:r>
              <w:rPr>
                <w:b/>
                <w:sz w:val="16"/>
              </w:rPr>
              <w:t>Incident began</w:t>
            </w:r>
          </w:p>
        </w:tc>
        <w:tc>
          <w:tcPr>
            <w:tcW w:type="dxa" w:w="1112"/>
            <w:shd w:val="clear" w:color="auto" w:fill="E8E8E8"/>
          </w:tcPr>
          <w:p>
            <w:pPr>
              <w:spacing w:after="0"/>
              <w:jc w:val="left"/>
            </w:pPr>
            <w:r>
              <w:rPr>
                <w:b/>
                <w:sz w:val="16"/>
              </w:rPr>
              <w:t>FEMA number</w:t>
            </w:r>
          </w:p>
        </w:tc>
        <w:tc>
          <w:tcPr>
            <w:tcW w:type="dxa" w:w="1496"/>
            <w:shd w:val="clear" w:color="auto" w:fill="E8E8E8"/>
          </w:tcPr>
          <w:p>
            <w:pPr>
              <w:spacing w:after="0"/>
              <w:jc w:val="left"/>
            </w:pPr>
            <w:r>
              <w:rPr>
                <w:b/>
                <w:sz w:val="16"/>
              </w:rPr>
              <w:t>Type</w:t>
            </w:r>
          </w:p>
        </w:tc>
        <w:tc>
          <w:tcPr>
            <w:tcW w:type="dxa" w:w="2837"/>
            <w:shd w:val="clear" w:color="auto" w:fill="E8E8E8"/>
          </w:tcPr>
          <w:p>
            <w:pPr>
              <w:spacing w:after="0"/>
              <w:jc w:val="left"/>
            </w:pPr>
            <w:r>
              <w:rPr>
                <w:b/>
                <w:sz w:val="16"/>
              </w:rPr>
              <w:t>Title</w:t>
            </w:r>
          </w:p>
        </w:tc>
        <w:tc>
          <w:tcPr>
            <w:tcW w:type="dxa" w:w="2454"/>
            <w:shd w:val="clear" w:color="auto" w:fill="E8E8E8"/>
          </w:tcPr>
          <w:p>
            <w:pPr>
              <w:spacing w:after="0"/>
              <w:jc w:val="left"/>
            </w:pPr>
            <w:r>
              <w:rPr>
                <w:b/>
                <w:sz w:val="16"/>
              </w:rPr>
              <w:t>Mapped hazard</w:t>
            </w:r>
          </w:p>
        </w:tc>
        <w:tc>
          <w:tcPr>
            <w:tcW w:type="dxa" w:w="15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6"/>
            <w:shd w:val="clear" w:color="auto" w:fill="E8E8E8"/>
          </w:tcPr>
          <w:p>
            <w:pPr>
              <w:spacing w:after="0"/>
              <w:jc w:val="left"/>
            </w:pPr>
            <w:r>
              <w:rPr>
                <w:b/>
                <w:sz w:val="16"/>
              </w:rPr>
              <w:t>Flags</w:t>
            </w:r>
          </w:p>
        </w:tc>
        <w:tc>
          <w:tcPr>
            <w:tcW w:type="dxa" w:w="959"/>
            <w:shd w:val="clear" w:color="auto" w:fill="E8E8E8"/>
          </w:tcPr>
          <w:p>
            <w:pPr>
              <w:spacing w:after="0"/>
              <w:jc w:val="left"/>
            </w:pPr>
            <w:r>
              <w:rPr>
                <w:b/>
                <w:sz w:val="16"/>
              </w:rPr>
              <w:t>Notes</w:t>
            </w:r>
          </w:p>
        </w:tc>
      </w:tr>
      <w:tr>
        <w:trPr>
          <w:cantSplit/>
        </w:trPr>
        <w:tc>
          <w:tcPr>
            <w:tcW w:type="dxa" w:w="1112"/>
          </w:tcPr>
          <w:p>
            <w:pPr>
              <w:spacing w:after="0"/>
              <w:jc w:val="left"/>
            </w:pPr>
            <w:r>
              <w:rPr>
                <w:sz w:val="16"/>
              </w:rPr>
              <w:t>2026-01-23</w:t>
            </w:r>
          </w:p>
        </w:tc>
        <w:tc>
          <w:tcPr>
            <w:tcW w:type="dxa" w:w="1112"/>
          </w:tcPr>
          <w:p>
            <w:pPr>
              <w:spacing w:after="0"/>
              <w:jc w:val="left"/>
            </w:pPr>
            <w:r>
              <w:rPr>
                <w:sz w:val="16"/>
              </w:rPr>
              <w:t>2026-01-22</w:t>
            </w:r>
          </w:p>
        </w:tc>
        <w:tc>
          <w:tcPr>
            <w:tcW w:type="dxa" w:w="1112"/>
          </w:tcPr>
          <w:p>
            <w:pPr>
              <w:spacing w:after="0"/>
              <w:jc w:val="left"/>
            </w:pPr>
            <w:r>
              <w:rPr>
                <w:sz w:val="16"/>
              </w:rPr>
              <w:t>EM-3631-VA</w:t>
            </w:r>
          </w:p>
        </w:tc>
        <w:tc>
          <w:tcPr>
            <w:tcW w:type="dxa" w:w="1496"/>
          </w:tcPr>
          <w:p>
            <w:pPr>
              <w:spacing w:after="0"/>
              <w:jc w:val="left"/>
            </w:pPr>
            <w:r>
              <w:rPr>
                <w:sz w:val="16"/>
              </w:rPr>
              <w:t>Emergency</w:t>
            </w:r>
          </w:p>
        </w:tc>
        <w:tc>
          <w:tcPr>
            <w:tcW w:type="dxa" w:w="2837"/>
          </w:tcPr>
          <w:p>
            <w:pPr>
              <w:spacing w:after="0"/>
              <w:jc w:val="left"/>
            </w:pPr>
            <w:r>
              <w:rPr>
                <w:sz w:val="16"/>
              </w:rPr>
              <w:t>SEVERE WINTER STORM</w:t>
            </w:r>
          </w:p>
        </w:tc>
        <w:tc>
          <w:tcPr>
            <w:tcW w:type="dxa" w:w="2454"/>
          </w:tcPr>
          <w:p>
            <w:pPr>
              <w:spacing w:after="0"/>
              <w:jc w:val="left"/>
            </w:pPr>
            <w:r>
              <w:rPr>
                <w:sz w:val="16"/>
              </w:rPr>
              <w:t>Winter Weather</w:t>
            </w:r>
          </w:p>
        </w:tc>
        <w:tc>
          <w:tcPr>
            <w:tcW w:type="dxa" w:w="1534"/>
          </w:tcPr>
          <w:p>
            <w:pPr>
              <w:spacing w:after="0"/>
              <w:jc w:val="right"/>
            </w:pPr>
            <w:r>
              <w:rPr>
                <w:sz w:val="16"/>
              </w:rPr>
              <w:t>none found</w:t>
            </w:r>
          </w:p>
        </w:tc>
        <w:tc>
          <w:tcPr>
            <w:tcW w:type="dxa" w:w="1496"/>
          </w:tcPr>
          <w:p>
            <w:pPr>
              <w:spacing w:after="0"/>
              <w:jc w:val="left"/>
            </w:pPr>
            <w:r>
              <w:rPr>
                <w:sz w:val="16"/>
              </w:rPr>
              <w:t>new since last plan; within last 5 years</w:t>
            </w:r>
          </w:p>
        </w:tc>
        <w:tc>
          <w:tcPr>
            <w:tcW w:type="dxa" w:w="959"/>
          </w:tcPr>
          <w:p>
            <w:pPr>
              <w:spacing w:after="0"/>
              <w:jc w:val="left"/>
            </w:pPr>
          </w:p>
        </w:tc>
      </w:tr>
      <w:tr>
        <w:trPr>
          <w:cantSplit/>
        </w:trPr>
        <w:tc>
          <w:tcPr>
            <w:tcW w:type="dxa" w:w="1112"/>
          </w:tcPr>
          <w:p>
            <w:pPr>
              <w:spacing w:after="0"/>
              <w:jc w:val="left"/>
            </w:pPr>
            <w:r>
              <w:rPr>
                <w:sz w:val="16"/>
              </w:rPr>
              <w:t>2020-04-02</w:t>
            </w:r>
          </w:p>
        </w:tc>
        <w:tc>
          <w:tcPr>
            <w:tcW w:type="dxa" w:w="1112"/>
          </w:tcPr>
          <w:p>
            <w:pPr>
              <w:spacing w:after="0"/>
              <w:jc w:val="left"/>
            </w:pPr>
            <w:r>
              <w:rPr>
                <w:sz w:val="16"/>
              </w:rPr>
              <w:t>2020-01-20</w:t>
            </w:r>
          </w:p>
        </w:tc>
        <w:tc>
          <w:tcPr>
            <w:tcW w:type="dxa" w:w="1112"/>
          </w:tcPr>
          <w:p>
            <w:pPr>
              <w:spacing w:after="0"/>
              <w:jc w:val="left"/>
            </w:pPr>
            <w:r>
              <w:rPr>
                <w:sz w:val="16"/>
              </w:rPr>
              <w:t>DR-4512-VA</w:t>
            </w:r>
          </w:p>
        </w:tc>
        <w:tc>
          <w:tcPr>
            <w:tcW w:type="dxa" w:w="1496"/>
          </w:tcPr>
          <w:p>
            <w:pPr>
              <w:spacing w:after="0"/>
              <w:jc w:val="left"/>
            </w:pPr>
            <w:r>
              <w:rPr>
                <w:sz w:val="16"/>
              </w:rPr>
              <w:t>Major disaster</w:t>
            </w:r>
          </w:p>
        </w:tc>
        <w:tc>
          <w:tcPr>
            <w:tcW w:type="dxa" w:w="2837"/>
          </w:tcPr>
          <w:p>
            <w:pPr>
              <w:spacing w:after="0"/>
              <w:jc w:val="left"/>
            </w:pPr>
            <w:r>
              <w:rPr>
                <w:sz w:val="16"/>
              </w:rPr>
              <w:t>COVID-19 PANDEMIC</w:t>
            </w:r>
          </w:p>
        </w:tc>
        <w:tc>
          <w:tcPr>
            <w:tcW w:type="dxa" w:w="2454"/>
          </w:tcPr>
          <w:p>
            <w:pPr>
              <w:spacing w:after="0"/>
              <w:jc w:val="left"/>
            </w:pPr>
            <w:r>
              <w:rPr>
                <w:sz w:val="16"/>
              </w:rPr>
              <w:t>Non-natural,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2020-03-13</w:t>
            </w:r>
          </w:p>
        </w:tc>
        <w:tc>
          <w:tcPr>
            <w:tcW w:type="dxa" w:w="1112"/>
          </w:tcPr>
          <w:p>
            <w:pPr>
              <w:spacing w:after="0"/>
              <w:jc w:val="left"/>
            </w:pPr>
            <w:r>
              <w:rPr>
                <w:sz w:val="16"/>
              </w:rPr>
              <w:t>2020-01-20</w:t>
            </w:r>
          </w:p>
        </w:tc>
        <w:tc>
          <w:tcPr>
            <w:tcW w:type="dxa" w:w="1112"/>
          </w:tcPr>
          <w:p>
            <w:pPr>
              <w:spacing w:after="0"/>
              <w:jc w:val="left"/>
            </w:pPr>
            <w:r>
              <w:rPr>
                <w:sz w:val="16"/>
              </w:rPr>
              <w:t>EM-3448-VA</w:t>
            </w:r>
          </w:p>
        </w:tc>
        <w:tc>
          <w:tcPr>
            <w:tcW w:type="dxa" w:w="1496"/>
          </w:tcPr>
          <w:p>
            <w:pPr>
              <w:spacing w:after="0"/>
              <w:jc w:val="left"/>
            </w:pPr>
            <w:r>
              <w:rPr>
                <w:sz w:val="16"/>
              </w:rPr>
              <w:t>Emergency</w:t>
            </w:r>
          </w:p>
        </w:tc>
        <w:tc>
          <w:tcPr>
            <w:tcW w:type="dxa" w:w="2837"/>
          </w:tcPr>
          <w:p>
            <w:pPr>
              <w:spacing w:after="0"/>
              <w:jc w:val="left"/>
            </w:pPr>
            <w:r>
              <w:rPr>
                <w:sz w:val="16"/>
              </w:rPr>
              <w:t>COVID-19</w:t>
            </w:r>
          </w:p>
        </w:tc>
        <w:tc>
          <w:tcPr>
            <w:tcW w:type="dxa" w:w="2454"/>
          </w:tcPr>
          <w:p>
            <w:pPr>
              <w:spacing w:after="0"/>
              <w:jc w:val="left"/>
            </w:pPr>
            <w:r>
              <w:rPr>
                <w:sz w:val="16"/>
              </w:rPr>
              <w:t>Non-natural,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r>
              <w:rPr>
                <w:sz w:val="16"/>
              </w:rPr>
              <w:t>same incident as DR-4512</w:t>
            </w:r>
          </w:p>
        </w:tc>
      </w:tr>
      <w:tr>
        <w:trPr>
          <w:cantSplit/>
        </w:trPr>
        <w:tc>
          <w:tcPr>
            <w:tcW w:type="dxa" w:w="1112"/>
          </w:tcPr>
          <w:p>
            <w:pPr>
              <w:spacing w:after="0"/>
              <w:jc w:val="left"/>
            </w:pPr>
            <w:r>
              <w:rPr>
                <w:sz w:val="16"/>
              </w:rPr>
              <w:t>2018-09-11</w:t>
            </w:r>
          </w:p>
        </w:tc>
        <w:tc>
          <w:tcPr>
            <w:tcW w:type="dxa" w:w="1112"/>
          </w:tcPr>
          <w:p>
            <w:pPr>
              <w:spacing w:after="0"/>
              <w:jc w:val="left"/>
            </w:pPr>
            <w:r>
              <w:rPr>
                <w:sz w:val="16"/>
              </w:rPr>
              <w:t>2018-09-13</w:t>
            </w:r>
          </w:p>
        </w:tc>
        <w:tc>
          <w:tcPr>
            <w:tcW w:type="dxa" w:w="1112"/>
          </w:tcPr>
          <w:p>
            <w:pPr>
              <w:spacing w:after="0"/>
              <w:jc w:val="left"/>
            </w:pPr>
            <w:r>
              <w:rPr>
                <w:sz w:val="16"/>
              </w:rPr>
              <w:t>EM-3403-VA</w:t>
            </w:r>
          </w:p>
        </w:tc>
        <w:tc>
          <w:tcPr>
            <w:tcW w:type="dxa" w:w="1496"/>
          </w:tcPr>
          <w:p>
            <w:pPr>
              <w:spacing w:after="0"/>
              <w:jc w:val="left"/>
            </w:pPr>
            <w:r>
              <w:rPr>
                <w:sz w:val="16"/>
              </w:rPr>
              <w:t>Emergency</w:t>
            </w:r>
          </w:p>
        </w:tc>
        <w:tc>
          <w:tcPr>
            <w:tcW w:type="dxa" w:w="2837"/>
          </w:tcPr>
          <w:p>
            <w:pPr>
              <w:spacing w:after="0"/>
              <w:jc w:val="left"/>
            </w:pPr>
            <w:r>
              <w:rPr>
                <w:sz w:val="16"/>
              </w:rPr>
              <w:t>HURRICANE FLORENCE</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2012-10-29</w:t>
            </w:r>
          </w:p>
        </w:tc>
        <w:tc>
          <w:tcPr>
            <w:tcW w:type="dxa" w:w="1112"/>
          </w:tcPr>
          <w:p>
            <w:pPr>
              <w:spacing w:after="0"/>
              <w:jc w:val="left"/>
            </w:pPr>
            <w:r>
              <w:rPr>
                <w:sz w:val="16"/>
              </w:rPr>
              <w:t>2012-10-26</w:t>
            </w:r>
          </w:p>
        </w:tc>
        <w:tc>
          <w:tcPr>
            <w:tcW w:type="dxa" w:w="1112"/>
          </w:tcPr>
          <w:p>
            <w:pPr>
              <w:spacing w:after="0"/>
              <w:jc w:val="left"/>
            </w:pPr>
            <w:r>
              <w:rPr>
                <w:sz w:val="16"/>
              </w:rPr>
              <w:t>EM-3359-VA</w:t>
            </w:r>
          </w:p>
        </w:tc>
        <w:tc>
          <w:tcPr>
            <w:tcW w:type="dxa" w:w="1496"/>
          </w:tcPr>
          <w:p>
            <w:pPr>
              <w:spacing w:after="0"/>
              <w:jc w:val="left"/>
            </w:pPr>
            <w:r>
              <w:rPr>
                <w:sz w:val="16"/>
              </w:rPr>
              <w:t>Emergency</w:t>
            </w:r>
          </w:p>
        </w:tc>
        <w:tc>
          <w:tcPr>
            <w:tcW w:type="dxa" w:w="2837"/>
          </w:tcPr>
          <w:p>
            <w:pPr>
              <w:spacing w:after="0"/>
              <w:jc w:val="left"/>
            </w:pPr>
            <w:r>
              <w:rPr>
                <w:sz w:val="16"/>
              </w:rPr>
              <w:t>HURRICANE SANDY</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2011-09-03</w:t>
            </w:r>
          </w:p>
        </w:tc>
        <w:tc>
          <w:tcPr>
            <w:tcW w:type="dxa" w:w="1112"/>
          </w:tcPr>
          <w:p>
            <w:pPr>
              <w:spacing w:after="0"/>
              <w:jc w:val="left"/>
            </w:pPr>
            <w:r>
              <w:rPr>
                <w:sz w:val="16"/>
              </w:rPr>
              <w:t>2011-08-26</w:t>
            </w:r>
          </w:p>
        </w:tc>
        <w:tc>
          <w:tcPr>
            <w:tcW w:type="dxa" w:w="1112"/>
          </w:tcPr>
          <w:p>
            <w:pPr>
              <w:spacing w:after="0"/>
              <w:jc w:val="left"/>
            </w:pPr>
            <w:r>
              <w:rPr>
                <w:sz w:val="16"/>
              </w:rPr>
              <w:t>DR-4024-VA</w:t>
            </w:r>
          </w:p>
        </w:tc>
        <w:tc>
          <w:tcPr>
            <w:tcW w:type="dxa" w:w="1496"/>
          </w:tcPr>
          <w:p>
            <w:pPr>
              <w:spacing w:after="0"/>
              <w:jc w:val="left"/>
            </w:pPr>
            <w:r>
              <w:rPr>
                <w:sz w:val="16"/>
              </w:rPr>
              <w:t>Major disaster</w:t>
            </w:r>
          </w:p>
        </w:tc>
        <w:tc>
          <w:tcPr>
            <w:tcW w:type="dxa" w:w="2837"/>
          </w:tcPr>
          <w:p>
            <w:pPr>
              <w:spacing w:after="0"/>
              <w:jc w:val="left"/>
            </w:pPr>
            <w:r>
              <w:rPr>
                <w:sz w:val="16"/>
              </w:rPr>
              <w:t>HURRICANE IRENE</w:t>
            </w:r>
          </w:p>
        </w:tc>
        <w:tc>
          <w:tcPr>
            <w:tcW w:type="dxa" w:w="2454"/>
          </w:tcPr>
          <w:p>
            <w:pPr>
              <w:spacing w:after="0"/>
              <w:jc w:val="left"/>
            </w:pPr>
            <w:r>
              <w:rPr>
                <w:sz w:val="16"/>
              </w:rPr>
              <w:t>Hurricane</w:t>
            </w:r>
          </w:p>
        </w:tc>
        <w:tc>
          <w:tcPr>
            <w:tcW w:type="dxa" w:w="1534"/>
          </w:tcPr>
          <w:p>
            <w:pPr>
              <w:spacing w:after="0"/>
              <w:jc w:val="right"/>
            </w:pPr>
            <w:r>
              <w:rPr>
                <w:sz w:val="16"/>
              </w:rPr>
              <w:t>$82,093.18</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2005-09-12</w:t>
            </w:r>
          </w:p>
        </w:tc>
        <w:tc>
          <w:tcPr>
            <w:tcW w:type="dxa" w:w="1112"/>
          </w:tcPr>
          <w:p>
            <w:pPr>
              <w:spacing w:after="0"/>
              <w:jc w:val="left"/>
            </w:pPr>
            <w:r>
              <w:rPr>
                <w:sz w:val="16"/>
              </w:rPr>
              <w:t>2005-08-29</w:t>
            </w:r>
          </w:p>
        </w:tc>
        <w:tc>
          <w:tcPr>
            <w:tcW w:type="dxa" w:w="1112"/>
          </w:tcPr>
          <w:p>
            <w:pPr>
              <w:spacing w:after="0"/>
              <w:jc w:val="left"/>
            </w:pPr>
            <w:r>
              <w:rPr>
                <w:sz w:val="16"/>
              </w:rPr>
              <w:t>EM-3240-VA</w:t>
            </w:r>
          </w:p>
        </w:tc>
        <w:tc>
          <w:tcPr>
            <w:tcW w:type="dxa" w:w="1496"/>
          </w:tcPr>
          <w:p>
            <w:pPr>
              <w:spacing w:after="0"/>
              <w:jc w:val="left"/>
            </w:pPr>
            <w:r>
              <w:rPr>
                <w:sz w:val="16"/>
              </w:rPr>
              <w:t>Emergency</w:t>
            </w:r>
          </w:p>
        </w:tc>
        <w:tc>
          <w:tcPr>
            <w:tcW w:type="dxa" w:w="2837"/>
          </w:tcPr>
          <w:p>
            <w:pPr>
              <w:spacing w:after="0"/>
              <w:jc w:val="left"/>
            </w:pPr>
            <w:r>
              <w:rPr>
                <w:sz w:val="16"/>
              </w:rPr>
              <w:t>HURRICANE KATRINA EVACUATION</w:t>
            </w:r>
          </w:p>
        </w:tc>
        <w:tc>
          <w:tcPr>
            <w:tcW w:type="dxa" w:w="2454"/>
          </w:tcPr>
          <w:p>
            <w:pPr>
              <w:spacing w:after="0"/>
              <w:jc w:val="left"/>
            </w:pPr>
            <w:r>
              <w:rPr>
                <w:sz w:val="16"/>
              </w:rPr>
              <w:t>Hurricane: evacuation support, not a local hazard event;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2003-09-18</w:t>
            </w:r>
          </w:p>
        </w:tc>
        <w:tc>
          <w:tcPr>
            <w:tcW w:type="dxa" w:w="1112"/>
          </w:tcPr>
          <w:p>
            <w:pPr>
              <w:spacing w:after="0"/>
              <w:jc w:val="left"/>
            </w:pPr>
            <w:r>
              <w:rPr>
                <w:sz w:val="16"/>
              </w:rPr>
              <w:t>2003-09-18</w:t>
            </w:r>
          </w:p>
        </w:tc>
        <w:tc>
          <w:tcPr>
            <w:tcW w:type="dxa" w:w="1112"/>
          </w:tcPr>
          <w:p>
            <w:pPr>
              <w:spacing w:after="0"/>
              <w:jc w:val="left"/>
            </w:pPr>
            <w:r>
              <w:rPr>
                <w:sz w:val="16"/>
              </w:rPr>
              <w:t>DR-1491-VA</w:t>
            </w:r>
          </w:p>
        </w:tc>
        <w:tc>
          <w:tcPr>
            <w:tcW w:type="dxa" w:w="1496"/>
          </w:tcPr>
          <w:p>
            <w:pPr>
              <w:spacing w:after="0"/>
              <w:jc w:val="left"/>
            </w:pPr>
            <w:r>
              <w:rPr>
                <w:sz w:val="16"/>
              </w:rPr>
              <w:t>Major disaster</w:t>
            </w:r>
          </w:p>
        </w:tc>
        <w:tc>
          <w:tcPr>
            <w:tcW w:type="dxa" w:w="2837"/>
          </w:tcPr>
          <w:p>
            <w:pPr>
              <w:spacing w:after="0"/>
              <w:jc w:val="left"/>
            </w:pPr>
            <w:r>
              <w:rPr>
                <w:sz w:val="16"/>
              </w:rPr>
              <w:t>HURRICANE ISABEL</w:t>
            </w:r>
          </w:p>
        </w:tc>
        <w:tc>
          <w:tcPr>
            <w:tcW w:type="dxa" w:w="2454"/>
          </w:tcPr>
          <w:p>
            <w:pPr>
              <w:spacing w:after="0"/>
              <w:jc w:val="left"/>
            </w:pPr>
            <w:r>
              <w:rPr>
                <w:sz w:val="16"/>
              </w:rPr>
              <w:t>Hurricane</w:t>
            </w:r>
          </w:p>
        </w:tc>
        <w:tc>
          <w:tcPr>
            <w:tcW w:type="dxa" w:w="1534"/>
          </w:tcPr>
          <w:p>
            <w:pPr>
              <w:spacing w:after="0"/>
              <w:jc w:val="right"/>
            </w:pPr>
            <w:r>
              <w:rPr>
                <w:sz w:val="16"/>
              </w:rPr>
              <w:t>$131,927.84</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2002-05-05</w:t>
            </w:r>
          </w:p>
        </w:tc>
        <w:tc>
          <w:tcPr>
            <w:tcW w:type="dxa" w:w="1112"/>
          </w:tcPr>
          <w:p>
            <w:pPr>
              <w:spacing w:after="0"/>
              <w:jc w:val="left"/>
            </w:pPr>
            <w:r>
              <w:rPr>
                <w:sz w:val="16"/>
              </w:rPr>
              <w:t>2002-04-28</w:t>
            </w:r>
          </w:p>
        </w:tc>
        <w:tc>
          <w:tcPr>
            <w:tcW w:type="dxa" w:w="1112"/>
          </w:tcPr>
          <w:p>
            <w:pPr>
              <w:spacing w:after="0"/>
              <w:jc w:val="left"/>
            </w:pPr>
            <w:r>
              <w:rPr>
                <w:sz w:val="16"/>
              </w:rPr>
              <w:t>DR-1411-VA</w:t>
            </w:r>
          </w:p>
        </w:tc>
        <w:tc>
          <w:tcPr>
            <w:tcW w:type="dxa" w:w="1496"/>
          </w:tcPr>
          <w:p>
            <w:pPr>
              <w:spacing w:after="0"/>
              <w:jc w:val="left"/>
            </w:pPr>
            <w:r>
              <w:rPr>
                <w:sz w:val="16"/>
              </w:rPr>
              <w:t>Major disaster</w:t>
            </w:r>
          </w:p>
        </w:tc>
        <w:tc>
          <w:tcPr>
            <w:tcW w:type="dxa" w:w="2837"/>
          </w:tcPr>
          <w:p>
            <w:pPr>
              <w:spacing w:after="0"/>
              <w:jc w:val="left"/>
            </w:pPr>
            <w:r>
              <w:rPr>
                <w:sz w:val="16"/>
              </w:rPr>
              <w:t>SEVERE STORMS, TORNADOES, AND FLOODING</w:t>
            </w:r>
          </w:p>
        </w:tc>
        <w:tc>
          <w:tcPr>
            <w:tcW w:type="dxa" w:w="2454"/>
          </w:tcPr>
          <w:p>
            <w:pPr>
              <w:spacing w:after="0"/>
              <w:jc w:val="left"/>
            </w:pPr>
            <w:r>
              <w:rPr>
                <w:sz w:val="16"/>
              </w:rPr>
              <w:t>Inland Flooding; Tornado</w:t>
            </w:r>
          </w:p>
        </w:tc>
        <w:tc>
          <w:tcPr>
            <w:tcW w:type="dxa" w:w="1534"/>
          </w:tcPr>
          <w:p>
            <w:pPr>
              <w:spacing w:after="0"/>
              <w:jc w:val="right"/>
            </w:pPr>
            <w:r>
              <w:rPr>
                <w:sz w:val="16"/>
              </w:rPr>
              <w:t>PA not declared for this county</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2000-02-28</w:t>
            </w:r>
          </w:p>
        </w:tc>
        <w:tc>
          <w:tcPr>
            <w:tcW w:type="dxa" w:w="1112"/>
          </w:tcPr>
          <w:p>
            <w:pPr>
              <w:spacing w:after="0"/>
              <w:jc w:val="left"/>
            </w:pPr>
            <w:r>
              <w:rPr>
                <w:sz w:val="16"/>
              </w:rPr>
              <w:t>2000-01-25</w:t>
            </w:r>
          </w:p>
        </w:tc>
        <w:tc>
          <w:tcPr>
            <w:tcW w:type="dxa" w:w="1112"/>
          </w:tcPr>
          <w:p>
            <w:pPr>
              <w:spacing w:after="0"/>
              <w:jc w:val="left"/>
            </w:pPr>
            <w:r>
              <w:rPr>
                <w:sz w:val="16"/>
              </w:rPr>
              <w:t>DR-1318-VA</w:t>
            </w:r>
          </w:p>
        </w:tc>
        <w:tc>
          <w:tcPr>
            <w:tcW w:type="dxa" w:w="1496"/>
          </w:tcPr>
          <w:p>
            <w:pPr>
              <w:spacing w:after="0"/>
              <w:jc w:val="left"/>
            </w:pPr>
            <w:r>
              <w:rPr>
                <w:sz w:val="16"/>
              </w:rPr>
              <w:t>Major disaster</w:t>
            </w:r>
          </w:p>
        </w:tc>
        <w:tc>
          <w:tcPr>
            <w:tcW w:type="dxa" w:w="2837"/>
          </w:tcPr>
          <w:p>
            <w:pPr>
              <w:spacing w:after="0"/>
              <w:jc w:val="left"/>
            </w:pPr>
            <w:r>
              <w:rPr>
                <w:sz w:val="16"/>
              </w:rPr>
              <w:t>SEVERE WINTER STORMS</w:t>
            </w:r>
          </w:p>
        </w:tc>
        <w:tc>
          <w:tcPr>
            <w:tcW w:type="dxa" w:w="2454"/>
          </w:tcPr>
          <w:p>
            <w:pPr>
              <w:spacing w:after="0"/>
              <w:jc w:val="left"/>
            </w:pPr>
            <w:r>
              <w:rPr>
                <w:sz w:val="16"/>
              </w:rPr>
              <w:t>Winter Weather</w:t>
            </w:r>
          </w:p>
        </w:tc>
        <w:tc>
          <w:tcPr>
            <w:tcW w:type="dxa" w:w="1534"/>
          </w:tcPr>
          <w:p>
            <w:pPr>
              <w:spacing w:after="0"/>
              <w:jc w:val="right"/>
            </w:pPr>
            <w:r>
              <w:rPr>
                <w:sz w:val="16"/>
              </w:rPr>
              <w:t>$2,336.87</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1999-09-18</w:t>
            </w:r>
          </w:p>
        </w:tc>
        <w:tc>
          <w:tcPr>
            <w:tcW w:type="dxa" w:w="1112"/>
          </w:tcPr>
          <w:p>
            <w:pPr>
              <w:spacing w:after="0"/>
              <w:jc w:val="left"/>
            </w:pPr>
            <w:r>
              <w:rPr>
                <w:sz w:val="16"/>
              </w:rPr>
              <w:t>1999-09-13</w:t>
            </w:r>
          </w:p>
        </w:tc>
        <w:tc>
          <w:tcPr>
            <w:tcW w:type="dxa" w:w="1112"/>
          </w:tcPr>
          <w:p>
            <w:pPr>
              <w:spacing w:after="0"/>
              <w:jc w:val="left"/>
            </w:pPr>
            <w:r>
              <w:rPr>
                <w:sz w:val="16"/>
              </w:rPr>
              <w:t>DR-1293-VA</w:t>
            </w:r>
          </w:p>
        </w:tc>
        <w:tc>
          <w:tcPr>
            <w:tcW w:type="dxa" w:w="1496"/>
          </w:tcPr>
          <w:p>
            <w:pPr>
              <w:spacing w:after="0"/>
              <w:jc w:val="left"/>
            </w:pPr>
            <w:r>
              <w:rPr>
                <w:sz w:val="16"/>
              </w:rPr>
              <w:t>Major disaster</w:t>
            </w:r>
          </w:p>
        </w:tc>
        <w:tc>
          <w:tcPr>
            <w:tcW w:type="dxa" w:w="2837"/>
          </w:tcPr>
          <w:p>
            <w:pPr>
              <w:spacing w:after="0"/>
              <w:jc w:val="left"/>
            </w:pPr>
            <w:r>
              <w:rPr>
                <w:sz w:val="16"/>
              </w:rPr>
              <w:t>HURRICANE FLOYD MAJOR DISASTER DECLARATIONS</w:t>
            </w:r>
          </w:p>
        </w:tc>
        <w:tc>
          <w:tcPr>
            <w:tcW w:type="dxa" w:w="2454"/>
          </w:tcPr>
          <w:p>
            <w:pPr>
              <w:spacing w:after="0"/>
              <w:jc w:val="left"/>
            </w:pPr>
            <w:r>
              <w:rPr>
                <w:sz w:val="16"/>
              </w:rPr>
              <w:t>Hurricane</w:t>
            </w:r>
          </w:p>
        </w:tc>
        <w:tc>
          <w:tcPr>
            <w:tcW w:type="dxa" w:w="1534"/>
          </w:tcPr>
          <w:p>
            <w:pPr>
              <w:spacing w:after="0"/>
              <w:jc w:val="right"/>
            </w:pPr>
            <w:r>
              <w:rPr>
                <w:sz w:val="16"/>
              </w:rPr>
              <w:t>$25,428.58</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1996-09-06</w:t>
            </w:r>
          </w:p>
        </w:tc>
        <w:tc>
          <w:tcPr>
            <w:tcW w:type="dxa" w:w="1112"/>
          </w:tcPr>
          <w:p>
            <w:pPr>
              <w:spacing w:after="0"/>
              <w:jc w:val="left"/>
            </w:pPr>
            <w:r>
              <w:rPr>
                <w:sz w:val="16"/>
              </w:rPr>
              <w:t>1996-09-05</w:t>
            </w:r>
          </w:p>
        </w:tc>
        <w:tc>
          <w:tcPr>
            <w:tcW w:type="dxa" w:w="1112"/>
          </w:tcPr>
          <w:p>
            <w:pPr>
              <w:spacing w:after="0"/>
              <w:jc w:val="left"/>
            </w:pPr>
            <w:r>
              <w:rPr>
                <w:sz w:val="16"/>
              </w:rPr>
              <w:t>DR-1135-VA</w:t>
            </w:r>
          </w:p>
        </w:tc>
        <w:tc>
          <w:tcPr>
            <w:tcW w:type="dxa" w:w="1496"/>
          </w:tcPr>
          <w:p>
            <w:pPr>
              <w:spacing w:after="0"/>
              <w:jc w:val="left"/>
            </w:pPr>
            <w:r>
              <w:rPr>
                <w:sz w:val="16"/>
              </w:rPr>
              <w:t>Major disaster</w:t>
            </w:r>
          </w:p>
        </w:tc>
        <w:tc>
          <w:tcPr>
            <w:tcW w:type="dxa" w:w="2837"/>
          </w:tcPr>
          <w:p>
            <w:pPr>
              <w:spacing w:after="0"/>
              <w:jc w:val="left"/>
            </w:pPr>
            <w:r>
              <w:rPr>
                <w:sz w:val="16"/>
              </w:rPr>
              <w:t>HURRICANE FRAN AND ASSOCIATED SEVERE STORM COND</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1996-01-13</w:t>
            </w:r>
          </w:p>
        </w:tc>
        <w:tc>
          <w:tcPr>
            <w:tcW w:type="dxa" w:w="1112"/>
          </w:tcPr>
          <w:p>
            <w:pPr>
              <w:spacing w:after="0"/>
              <w:jc w:val="left"/>
            </w:pPr>
            <w:r>
              <w:rPr>
                <w:sz w:val="16"/>
              </w:rPr>
              <w:t>1996-01-06</w:t>
            </w:r>
          </w:p>
        </w:tc>
        <w:tc>
          <w:tcPr>
            <w:tcW w:type="dxa" w:w="1112"/>
          </w:tcPr>
          <w:p>
            <w:pPr>
              <w:spacing w:after="0"/>
              <w:jc w:val="left"/>
            </w:pPr>
            <w:r>
              <w:rPr>
                <w:sz w:val="16"/>
              </w:rPr>
              <w:t>DR-1086-VA</w:t>
            </w:r>
          </w:p>
        </w:tc>
        <w:tc>
          <w:tcPr>
            <w:tcW w:type="dxa" w:w="1496"/>
          </w:tcPr>
          <w:p>
            <w:pPr>
              <w:spacing w:after="0"/>
              <w:jc w:val="left"/>
            </w:pPr>
            <w:r>
              <w:rPr>
                <w:sz w:val="16"/>
              </w:rPr>
              <w:t>Major disaster</w:t>
            </w:r>
          </w:p>
        </w:tc>
        <w:tc>
          <w:tcPr>
            <w:tcW w:type="dxa" w:w="2837"/>
          </w:tcPr>
          <w:p>
            <w:pPr>
              <w:spacing w:after="0"/>
              <w:jc w:val="left"/>
            </w:pPr>
            <w:r>
              <w:rPr>
                <w:sz w:val="16"/>
              </w:rPr>
              <w:t>BLIZZARD OF 96 (SEVERE SNOW STORM)</w:t>
            </w:r>
          </w:p>
        </w:tc>
        <w:tc>
          <w:tcPr>
            <w:tcW w:type="dxa" w:w="2454"/>
          </w:tcPr>
          <w:p>
            <w:pPr>
              <w:spacing w:after="0"/>
              <w:jc w:val="left"/>
            </w:pPr>
            <w:r>
              <w:rPr>
                <w:sz w:val="16"/>
              </w:rPr>
              <w:t>Winter Weather</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1994-04-11</w:t>
            </w:r>
          </w:p>
        </w:tc>
        <w:tc>
          <w:tcPr>
            <w:tcW w:type="dxa" w:w="1112"/>
          </w:tcPr>
          <w:p>
            <w:pPr>
              <w:spacing w:after="0"/>
              <w:jc w:val="left"/>
            </w:pPr>
            <w:r>
              <w:rPr>
                <w:sz w:val="16"/>
              </w:rPr>
              <w:t>1994-03-01</w:t>
            </w:r>
          </w:p>
        </w:tc>
        <w:tc>
          <w:tcPr>
            <w:tcW w:type="dxa" w:w="1112"/>
          </w:tcPr>
          <w:p>
            <w:pPr>
              <w:spacing w:after="0"/>
              <w:jc w:val="left"/>
            </w:pPr>
            <w:r>
              <w:rPr>
                <w:sz w:val="16"/>
              </w:rPr>
              <w:t>DR-1021-VA</w:t>
            </w:r>
          </w:p>
        </w:tc>
        <w:tc>
          <w:tcPr>
            <w:tcW w:type="dxa" w:w="1496"/>
          </w:tcPr>
          <w:p>
            <w:pPr>
              <w:spacing w:after="0"/>
              <w:jc w:val="left"/>
            </w:pPr>
            <w:r>
              <w:rPr>
                <w:sz w:val="16"/>
              </w:rPr>
              <w:t>Major disaster</w:t>
            </w:r>
          </w:p>
        </w:tc>
        <w:tc>
          <w:tcPr>
            <w:tcW w:type="dxa" w:w="2837"/>
          </w:tcPr>
          <w:p>
            <w:pPr>
              <w:spacing w:after="0"/>
              <w:jc w:val="left"/>
            </w:pPr>
            <w:r>
              <w:rPr>
                <w:sz w:val="16"/>
              </w:rPr>
              <w:t>SEVERE WINTER ICE STORM</w:t>
            </w:r>
          </w:p>
        </w:tc>
        <w:tc>
          <w:tcPr>
            <w:tcW w:type="dxa" w:w="2454"/>
          </w:tcPr>
          <w:p>
            <w:pPr>
              <w:spacing w:after="0"/>
              <w:jc w:val="left"/>
            </w:pPr>
            <w:r>
              <w:rPr>
                <w:sz w:val="16"/>
              </w:rPr>
              <w:t>Ice Storm; Winter Weather</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1993-03-25</w:t>
            </w:r>
          </w:p>
        </w:tc>
        <w:tc>
          <w:tcPr>
            <w:tcW w:type="dxa" w:w="1112"/>
          </w:tcPr>
          <w:p>
            <w:pPr>
              <w:spacing w:after="0"/>
              <w:jc w:val="left"/>
            </w:pPr>
            <w:r>
              <w:rPr>
                <w:sz w:val="16"/>
              </w:rPr>
              <w:t>1993-03-13</w:t>
            </w:r>
          </w:p>
        </w:tc>
        <w:tc>
          <w:tcPr>
            <w:tcW w:type="dxa" w:w="1112"/>
          </w:tcPr>
          <w:p>
            <w:pPr>
              <w:spacing w:after="0"/>
              <w:jc w:val="left"/>
            </w:pPr>
            <w:r>
              <w:rPr>
                <w:sz w:val="16"/>
              </w:rPr>
              <w:t>EM-3112-VA</w:t>
            </w:r>
          </w:p>
        </w:tc>
        <w:tc>
          <w:tcPr>
            <w:tcW w:type="dxa" w:w="1496"/>
          </w:tcPr>
          <w:p>
            <w:pPr>
              <w:spacing w:after="0"/>
              <w:jc w:val="left"/>
            </w:pPr>
            <w:r>
              <w:rPr>
                <w:sz w:val="16"/>
              </w:rPr>
              <w:t>Emergency</w:t>
            </w:r>
          </w:p>
        </w:tc>
        <w:tc>
          <w:tcPr>
            <w:tcW w:type="dxa" w:w="2837"/>
          </w:tcPr>
          <w:p>
            <w:pPr>
              <w:spacing w:after="0"/>
              <w:jc w:val="left"/>
            </w:pPr>
            <w:r>
              <w:rPr>
                <w:sz w:val="16"/>
              </w:rPr>
              <w:t>SEVERE WINTER STORM</w:t>
            </w:r>
          </w:p>
        </w:tc>
        <w:tc>
          <w:tcPr>
            <w:tcW w:type="dxa" w:w="2454"/>
          </w:tcPr>
          <w:p>
            <w:pPr>
              <w:spacing w:after="0"/>
              <w:jc w:val="left"/>
            </w:pPr>
            <w:r>
              <w:rPr>
                <w:sz w:val="16"/>
              </w:rPr>
              <w:t>Winter Weather</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23</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62</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605"/>
        <w:gridCol w:w="1720"/>
        <w:gridCol w:w="1221"/>
        <w:gridCol w:w="2270"/>
        <w:gridCol w:w="1181"/>
        <w:gridCol w:w="186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605"/>
            <w:shd w:val="clear" w:color="auto" w:fill="E8E8E8"/>
          </w:tcPr>
          <w:p>
            <w:pPr>
              <w:spacing w:after="0"/>
              <w:jc w:val="left"/>
            </w:pPr>
            <w:r>
              <w:rPr>
                <w:b/>
                <w:sz w:val="16"/>
              </w:rPr>
              <w:t>Magnitude or extent</w:t>
            </w:r>
          </w:p>
        </w:tc>
        <w:tc>
          <w:tcPr>
            <w:tcW w:type="dxa" w:w="1720"/>
            <w:shd w:val="clear" w:color="auto" w:fill="E8E8E8"/>
          </w:tcPr>
          <w:p>
            <w:pPr>
              <w:spacing w:after="0"/>
              <w:jc w:val="left"/>
            </w:pPr>
            <w:r>
              <w:rPr>
                <w:b/>
                <w:sz w:val="16"/>
              </w:rPr>
              <w:t>Damage</w:t>
            </w:r>
          </w:p>
          <w:p>
            <w:pPr>
              <w:spacing w:after="0"/>
              <w:jc w:val="left"/>
            </w:pPr>
            <w:r>
              <w:rPr>
                <w:i/>
                <w:color w:val="555555"/>
                <w:sz w:val="14"/>
              </w:rPr>
              <w:t>nominal dollars</w:t>
            </w:r>
          </w:p>
        </w:tc>
        <w:tc>
          <w:tcPr>
            <w:tcW w:type="dxa" w:w="122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70"/>
            <w:shd w:val="clear" w:color="auto" w:fill="E8E8E8"/>
          </w:tcPr>
          <w:p>
            <w:pPr>
              <w:spacing w:after="0"/>
              <w:jc w:val="left"/>
            </w:pPr>
            <w:r>
              <w:rPr>
                <w:b/>
                <w:sz w:val="16"/>
              </w:rPr>
              <w:t>Location</w:t>
            </w:r>
          </w:p>
        </w:tc>
        <w:tc>
          <w:tcPr>
            <w:tcW w:type="dxa" w:w="1181"/>
            <w:shd w:val="clear" w:color="auto" w:fill="E8E8E8"/>
          </w:tcPr>
          <w:p>
            <w:pPr>
              <w:spacing w:after="0"/>
              <w:jc w:val="left"/>
            </w:pPr>
            <w:r>
              <w:rPr>
                <w:b/>
                <w:sz w:val="16"/>
              </w:rPr>
              <w:t>Flags</w:t>
            </w:r>
          </w:p>
        </w:tc>
        <w:tc>
          <w:tcPr>
            <w:tcW w:type="dxa" w:w="186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2025-05-05</w:t>
            </w:r>
          </w:p>
        </w:tc>
        <w:tc>
          <w:tcPr>
            <w:tcW w:type="dxa" w:w="1215"/>
          </w:tcPr>
          <w:p>
            <w:pPr>
              <w:spacing w:after="0"/>
              <w:jc w:val="left"/>
            </w:pPr>
            <w:r>
              <w:rPr>
                <w:sz w:val="16"/>
              </w:rPr>
              <w:t>Thunderstorm Wind</w:t>
            </w:r>
          </w:p>
        </w:tc>
        <w:tc>
          <w:tcPr>
            <w:tcW w:type="dxa" w:w="3605"/>
          </w:tcPr>
          <w:p>
            <w:pPr>
              <w:spacing w:after="0"/>
              <w:jc w:val="left"/>
            </w:pPr>
            <w:r>
              <w:rPr>
                <w:sz w:val="16"/>
              </w:rPr>
              <w:t>50 kt (58 mph) estimated gust</w:t>
            </w:r>
          </w:p>
        </w:tc>
        <w:tc>
          <w:tcPr>
            <w:tcW w:type="dxa" w:w="1720"/>
          </w:tcPr>
          <w:p>
            <w:pPr>
              <w:spacing w:after="0"/>
              <w:jc w:val="left"/>
            </w:pPr>
            <w:r>
              <w:rPr>
                <w:sz w:val="16"/>
              </w:rPr>
              <w:t>$1,000 property; $0 crops (2025 dollars)</w:t>
            </w:r>
          </w:p>
        </w:tc>
        <w:tc>
          <w:tcPr>
            <w:tcW w:type="dxa" w:w="1221"/>
          </w:tcPr>
          <w:p>
            <w:pPr>
              <w:spacing w:after="0"/>
              <w:jc w:val="right"/>
            </w:pPr>
            <w:r>
              <w:rPr>
                <w:sz w:val="16"/>
              </w:rPr>
              <w:t>0, 0</w:t>
            </w:r>
          </w:p>
        </w:tc>
        <w:tc>
          <w:tcPr>
            <w:tcW w:type="dxa" w:w="2270"/>
          </w:tcPr>
          <w:p>
            <w:pPr>
              <w:spacing w:after="0"/>
              <w:jc w:val="left"/>
            </w:pPr>
            <w:r>
              <w:rPr>
                <w:sz w:val="16"/>
              </w:rPr>
              <w:t>EMPORIA</w:t>
            </w:r>
          </w:p>
        </w:tc>
        <w:tc>
          <w:tcPr>
            <w:tcW w:type="dxa" w:w="1181"/>
          </w:tcPr>
          <w:p>
            <w:pPr>
              <w:spacing w:after="0"/>
              <w:jc w:val="left"/>
            </w:pPr>
            <w:r>
              <w:rPr>
                <w:sz w:val="16"/>
              </w:rPr>
              <w:t>new since last plan; within last 5 years</w:t>
            </w:r>
          </w:p>
        </w:tc>
        <w:tc>
          <w:tcPr>
            <w:tcW w:type="dxa" w:w="1862"/>
          </w:tcPr>
          <w:p>
            <w:pPr>
              <w:spacing w:after="0"/>
              <w:jc w:val="left"/>
            </w:pPr>
            <w:r>
              <w:rPr>
                <w:sz w:val="16"/>
              </w:rPr>
              <w:t>B1-c worst recorded: Thunderstorm Wind</w:t>
            </w:r>
          </w:p>
        </w:tc>
      </w:tr>
      <w:tr>
        <w:trPr>
          <w:cantSplit/>
        </w:trPr>
        <w:tc>
          <w:tcPr>
            <w:tcW w:type="dxa" w:w="1037"/>
          </w:tcPr>
          <w:p>
            <w:pPr>
              <w:spacing w:after="0"/>
              <w:jc w:val="left"/>
            </w:pPr>
            <w:r>
              <w:rPr>
                <w:sz w:val="16"/>
              </w:rPr>
              <w:t>2021-02-18</w:t>
            </w:r>
          </w:p>
        </w:tc>
        <w:tc>
          <w:tcPr>
            <w:tcW w:type="dxa" w:w="1215"/>
          </w:tcPr>
          <w:p>
            <w:pPr>
              <w:spacing w:after="0"/>
              <w:jc w:val="left"/>
            </w:pPr>
            <w:r>
              <w:rPr>
                <w:sz w:val="16"/>
              </w:rPr>
              <w:t>Winter Storm</w:t>
            </w:r>
          </w:p>
        </w:tc>
        <w:tc>
          <w:tcPr>
            <w:tcW w:type="dxa" w:w="3605"/>
          </w:tcPr>
          <w:p>
            <w:pPr>
              <w:spacing w:after="0"/>
              <w:jc w:val="left"/>
            </w:pPr>
          </w:p>
        </w:tc>
        <w:tc>
          <w:tcPr>
            <w:tcW w:type="dxa" w:w="1720"/>
          </w:tcPr>
          <w:p>
            <w:pPr>
              <w:spacing w:after="0"/>
              <w:jc w:val="left"/>
            </w:pPr>
            <w:r>
              <w:rPr>
                <w:sz w:val="16"/>
              </w:rPr>
              <w:t>$30,000 property; $0 crops, reported for the zone (2021 dollars)</w:t>
            </w:r>
          </w:p>
        </w:tc>
        <w:tc>
          <w:tcPr>
            <w:tcW w:type="dxa" w:w="1221"/>
          </w:tcPr>
          <w:p>
            <w:pPr>
              <w:spacing w:after="0"/>
              <w:jc w:val="right"/>
            </w:pPr>
            <w:r>
              <w:rPr>
                <w:sz w:val="16"/>
              </w:rPr>
              <w:t>0, 0</w:t>
            </w:r>
          </w:p>
        </w:tc>
        <w:tc>
          <w:tcPr>
            <w:tcW w:type="dxa" w:w="2270"/>
          </w:tcPr>
          <w:p>
            <w:pPr>
              <w:spacing w:after="0"/>
              <w:jc w:val="left"/>
            </w:pPr>
            <w:r>
              <w:rPr>
                <w:sz w:val="16"/>
              </w:rPr>
              <w:t>NWS zone VAZ087 (GREENSVILLE), zone-level: may include parts of neighboring counties</w:t>
            </w:r>
          </w:p>
        </w:tc>
        <w:tc>
          <w:tcPr>
            <w:tcW w:type="dxa" w:w="1181"/>
          </w:tcPr>
          <w:p>
            <w:pPr>
              <w:spacing w:after="0"/>
              <w:jc w:val="left"/>
            </w:pPr>
          </w:p>
        </w:tc>
        <w:tc>
          <w:tcPr>
            <w:tcW w:type="dxa" w:w="186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215"/>
          </w:tcPr>
          <w:p>
            <w:pPr>
              <w:spacing w:after="0"/>
              <w:jc w:val="left"/>
            </w:pPr>
            <w:r>
              <w:rPr>
                <w:sz w:val="16"/>
              </w:rPr>
              <w:t>Ice Storm</w:t>
            </w:r>
          </w:p>
        </w:tc>
        <w:tc>
          <w:tcPr>
            <w:tcW w:type="dxa" w:w="3605"/>
          </w:tcPr>
          <w:p>
            <w:pPr>
              <w:spacing w:after="0"/>
              <w:jc w:val="left"/>
            </w:pPr>
          </w:p>
        </w:tc>
        <w:tc>
          <w:tcPr>
            <w:tcW w:type="dxa" w:w="1720"/>
          </w:tcPr>
          <w:p>
            <w:pPr>
              <w:spacing w:after="0"/>
              <w:jc w:val="left"/>
            </w:pPr>
            <w:r>
              <w:rPr>
                <w:sz w:val="16"/>
              </w:rPr>
              <w:t>$50,000 property; $0 crops, reported for the zone (2021 dollars)</w:t>
            </w:r>
          </w:p>
        </w:tc>
        <w:tc>
          <w:tcPr>
            <w:tcW w:type="dxa" w:w="1221"/>
          </w:tcPr>
          <w:p>
            <w:pPr>
              <w:spacing w:after="0"/>
              <w:jc w:val="right"/>
            </w:pPr>
            <w:r>
              <w:rPr>
                <w:sz w:val="16"/>
              </w:rPr>
              <w:t>0, 0</w:t>
            </w:r>
          </w:p>
        </w:tc>
        <w:tc>
          <w:tcPr>
            <w:tcW w:type="dxa" w:w="2270"/>
          </w:tcPr>
          <w:p>
            <w:pPr>
              <w:spacing w:after="0"/>
              <w:jc w:val="left"/>
            </w:pPr>
            <w:r>
              <w:rPr>
                <w:sz w:val="16"/>
              </w:rPr>
              <w:t>NWS zone VAZ087 (GREENSVILLE), zone-level: may include parts of neighboring counties</w:t>
            </w:r>
          </w:p>
        </w:tc>
        <w:tc>
          <w:tcPr>
            <w:tcW w:type="dxa" w:w="1181"/>
          </w:tcPr>
          <w:p>
            <w:pPr>
              <w:spacing w:after="0"/>
              <w:jc w:val="left"/>
            </w:pPr>
          </w:p>
        </w:tc>
        <w:tc>
          <w:tcPr>
            <w:tcW w:type="dxa" w:w="1862"/>
          </w:tcPr>
          <w:p>
            <w:pPr>
              <w:spacing w:after="0"/>
              <w:jc w:val="left"/>
            </w:pPr>
            <w:r>
              <w:rPr>
                <w:sz w:val="16"/>
              </w:rPr>
              <w:t>B1-c worst recorded: Ice Storm</w:t>
            </w:r>
          </w:p>
        </w:tc>
      </w:tr>
      <w:tr>
        <w:trPr>
          <w:cantSplit/>
        </w:trPr>
        <w:tc>
          <w:tcPr>
            <w:tcW w:type="dxa" w:w="1037"/>
          </w:tcPr>
          <w:p>
            <w:pPr>
              <w:spacing w:after="0"/>
              <w:jc w:val="left"/>
            </w:pPr>
            <w:r>
              <w:rPr>
                <w:sz w:val="16"/>
              </w:rPr>
              <w:t>2019-04-19</w:t>
            </w:r>
          </w:p>
        </w:tc>
        <w:tc>
          <w:tcPr>
            <w:tcW w:type="dxa" w:w="1215"/>
          </w:tcPr>
          <w:p>
            <w:pPr>
              <w:spacing w:after="0"/>
              <w:jc w:val="left"/>
            </w:pPr>
            <w:r>
              <w:rPr>
                <w:sz w:val="16"/>
              </w:rPr>
              <w:t>Tornado</w:t>
            </w:r>
          </w:p>
        </w:tc>
        <w:tc>
          <w:tcPr>
            <w:tcW w:type="dxa" w:w="3605"/>
          </w:tcPr>
          <w:p>
            <w:pPr>
              <w:spacing w:after="0"/>
              <w:jc w:val="left"/>
            </w:pPr>
            <w:r>
              <w:rPr>
                <w:sz w:val="16"/>
              </w:rPr>
              <w:t>EF0, 4.4 mi within this county, 100 yd wide</w:t>
            </w:r>
          </w:p>
        </w:tc>
        <w:tc>
          <w:tcPr>
            <w:tcW w:type="dxa" w:w="1720"/>
          </w:tcPr>
          <w:p>
            <w:pPr>
              <w:spacing w:after="0"/>
              <w:jc w:val="left"/>
            </w:pPr>
            <w:r>
              <w:rPr>
                <w:sz w:val="16"/>
              </w:rPr>
              <w:t>$100,000 property; $0 crops (2019 dollars)</w:t>
            </w:r>
          </w:p>
        </w:tc>
        <w:tc>
          <w:tcPr>
            <w:tcW w:type="dxa" w:w="1221"/>
          </w:tcPr>
          <w:p>
            <w:pPr>
              <w:spacing w:after="0"/>
              <w:jc w:val="right"/>
            </w:pPr>
            <w:r>
              <w:rPr>
                <w:sz w:val="16"/>
              </w:rPr>
              <w:t>0, 0</w:t>
            </w:r>
          </w:p>
        </w:tc>
        <w:tc>
          <w:tcPr>
            <w:tcW w:type="dxa" w:w="2270"/>
          </w:tcPr>
          <w:p>
            <w:pPr>
              <w:spacing w:after="0"/>
              <w:jc w:val="left"/>
            </w:pPr>
            <w:r>
              <w:rPr>
                <w:sz w:val="16"/>
              </w:rPr>
              <w:t>EMPORIA</w:t>
            </w:r>
          </w:p>
        </w:tc>
        <w:tc>
          <w:tcPr>
            <w:tcW w:type="dxa" w:w="1181"/>
          </w:tcPr>
          <w:p>
            <w:pPr>
              <w:spacing w:after="0"/>
              <w:jc w:val="left"/>
            </w:pPr>
          </w:p>
        </w:tc>
        <w:tc>
          <w:tcPr>
            <w:tcW w:type="dxa" w:w="1862"/>
          </w:tcPr>
          <w:p>
            <w:pPr>
              <w:spacing w:after="0"/>
              <w:jc w:val="left"/>
            </w:pPr>
            <w:r>
              <w:rPr>
                <w:sz w:val="16"/>
              </w:rPr>
              <w:t>B1-c most damaging: Tornado</w:t>
            </w:r>
          </w:p>
        </w:tc>
      </w:tr>
      <w:tr>
        <w:trPr>
          <w:cantSplit/>
        </w:trPr>
        <w:tc>
          <w:tcPr>
            <w:tcW w:type="dxa" w:w="1037"/>
          </w:tcPr>
          <w:p>
            <w:pPr>
              <w:spacing w:after="0"/>
              <w:jc w:val="left"/>
            </w:pPr>
            <w:r>
              <w:rPr>
                <w:sz w:val="16"/>
              </w:rPr>
              <w:t>2012-07-05</w:t>
            </w:r>
          </w:p>
        </w:tc>
        <w:tc>
          <w:tcPr>
            <w:tcW w:type="dxa" w:w="1215"/>
          </w:tcPr>
          <w:p>
            <w:pPr>
              <w:spacing w:after="0"/>
              <w:jc w:val="left"/>
            </w:pPr>
            <w:r>
              <w:rPr>
                <w:sz w:val="16"/>
              </w:rPr>
              <w:t>Heat</w:t>
            </w:r>
          </w:p>
        </w:tc>
        <w:tc>
          <w:tcPr>
            <w:tcW w:type="dxa" w:w="3605"/>
          </w:tcPr>
          <w:p>
            <w:pPr>
              <w:spacing w:after="0"/>
              <w:jc w:val="left"/>
            </w:pPr>
          </w:p>
        </w:tc>
        <w:tc>
          <w:tcPr>
            <w:tcW w:type="dxa" w:w="1720"/>
          </w:tcPr>
          <w:p>
            <w:pPr>
              <w:spacing w:after="0"/>
              <w:jc w:val="left"/>
            </w:pPr>
            <w:r>
              <w:rPr>
                <w:sz w:val="16"/>
              </w:rPr>
              <w:t>$0 property; $0 crops, reported for the zone (2012 dollars)</w:t>
            </w:r>
          </w:p>
        </w:tc>
        <w:tc>
          <w:tcPr>
            <w:tcW w:type="dxa" w:w="1221"/>
          </w:tcPr>
          <w:p>
            <w:pPr>
              <w:spacing w:after="0"/>
              <w:jc w:val="right"/>
            </w:pPr>
            <w:r>
              <w:rPr>
                <w:sz w:val="16"/>
              </w:rPr>
              <w:t>0, 0</w:t>
            </w:r>
          </w:p>
        </w:tc>
        <w:tc>
          <w:tcPr>
            <w:tcW w:type="dxa" w:w="2270"/>
          </w:tcPr>
          <w:p>
            <w:pPr>
              <w:spacing w:after="0"/>
              <w:jc w:val="left"/>
            </w:pPr>
            <w:r>
              <w:rPr>
                <w:sz w:val="16"/>
              </w:rPr>
              <w:t>NWS zone VAZ087 (GREENSVILLE), zone-level: may include parts of neighboring counties</w:t>
            </w:r>
          </w:p>
        </w:tc>
        <w:tc>
          <w:tcPr>
            <w:tcW w:type="dxa" w:w="1181"/>
          </w:tcPr>
          <w:p>
            <w:pPr>
              <w:spacing w:after="0"/>
              <w:jc w:val="left"/>
            </w:pPr>
          </w:p>
        </w:tc>
        <w:tc>
          <w:tcPr>
            <w:tcW w:type="dxa" w:w="1862"/>
          </w:tcPr>
          <w:p>
            <w:pPr>
              <w:spacing w:after="0"/>
              <w:jc w:val="left"/>
            </w:pPr>
            <w:r>
              <w:rPr>
                <w:sz w:val="16"/>
              </w:rPr>
              <w:t>B1-c worst recorded: Excessive Heat, Heat</w:t>
            </w:r>
          </w:p>
        </w:tc>
      </w:tr>
      <w:tr>
        <w:trPr>
          <w:cantSplit/>
        </w:trPr>
        <w:tc>
          <w:tcPr>
            <w:tcW w:type="dxa" w:w="1037"/>
          </w:tcPr>
          <w:p>
            <w:pPr>
              <w:spacing w:after="0"/>
              <w:jc w:val="left"/>
            </w:pPr>
            <w:r>
              <w:rPr>
                <w:sz w:val="16"/>
              </w:rPr>
              <w:t>2011-08-27</w:t>
            </w:r>
          </w:p>
        </w:tc>
        <w:tc>
          <w:tcPr>
            <w:tcW w:type="dxa" w:w="1215"/>
          </w:tcPr>
          <w:p>
            <w:pPr>
              <w:spacing w:after="0"/>
              <w:jc w:val="left"/>
            </w:pPr>
            <w:r>
              <w:rPr>
                <w:sz w:val="16"/>
              </w:rPr>
              <w:t>Tropical Storm</w:t>
            </w:r>
          </w:p>
        </w:tc>
        <w:tc>
          <w:tcPr>
            <w:tcW w:type="dxa" w:w="3605"/>
          </w:tcPr>
          <w:p>
            <w:pPr>
              <w:spacing w:after="0"/>
              <w:jc w:val="left"/>
            </w:pPr>
          </w:p>
        </w:tc>
        <w:tc>
          <w:tcPr>
            <w:tcW w:type="dxa" w:w="1720"/>
          </w:tcPr>
          <w:p>
            <w:pPr>
              <w:spacing w:after="0"/>
              <w:jc w:val="left"/>
            </w:pPr>
            <w:r>
              <w:rPr>
                <w:sz w:val="16"/>
              </w:rPr>
              <w:t>$219,000 property; $50,000 crops, reported for the zone (2011 dollars)</w:t>
            </w:r>
          </w:p>
        </w:tc>
        <w:tc>
          <w:tcPr>
            <w:tcW w:type="dxa" w:w="1221"/>
          </w:tcPr>
          <w:p>
            <w:pPr>
              <w:spacing w:after="0"/>
              <w:jc w:val="right"/>
            </w:pPr>
            <w:r>
              <w:rPr>
                <w:sz w:val="16"/>
              </w:rPr>
              <w:t>0, 0</w:t>
            </w:r>
          </w:p>
        </w:tc>
        <w:tc>
          <w:tcPr>
            <w:tcW w:type="dxa" w:w="2270"/>
          </w:tcPr>
          <w:p>
            <w:pPr>
              <w:spacing w:after="0"/>
              <w:jc w:val="left"/>
            </w:pPr>
            <w:r>
              <w:rPr>
                <w:sz w:val="16"/>
              </w:rPr>
              <w:t>NWS zone VAZ087 (GREENSVILLE), zone-level: may include parts of neighboring counties</w:t>
            </w:r>
          </w:p>
        </w:tc>
        <w:tc>
          <w:tcPr>
            <w:tcW w:type="dxa" w:w="1181"/>
          </w:tcPr>
          <w:p>
            <w:pPr>
              <w:spacing w:after="0"/>
              <w:jc w:val="left"/>
            </w:pPr>
          </w:p>
        </w:tc>
        <w:tc>
          <w:tcPr>
            <w:tcW w:type="dxa" w:w="186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2008-12-31</w:t>
            </w:r>
          </w:p>
        </w:tc>
        <w:tc>
          <w:tcPr>
            <w:tcW w:type="dxa" w:w="1215"/>
          </w:tcPr>
          <w:p>
            <w:pPr>
              <w:spacing w:after="0"/>
              <w:jc w:val="left"/>
            </w:pPr>
            <w:r>
              <w:rPr>
                <w:sz w:val="16"/>
              </w:rPr>
              <w:t>Strong Wind</w:t>
            </w:r>
          </w:p>
        </w:tc>
        <w:tc>
          <w:tcPr>
            <w:tcW w:type="dxa" w:w="3605"/>
          </w:tcPr>
          <w:p>
            <w:pPr>
              <w:spacing w:after="0"/>
              <w:jc w:val="left"/>
            </w:pPr>
            <w:r>
              <w:rPr>
                <w:sz w:val="16"/>
              </w:rPr>
              <w:t>45 kt (52 mph) estimated gust</w:t>
            </w:r>
          </w:p>
        </w:tc>
        <w:tc>
          <w:tcPr>
            <w:tcW w:type="dxa" w:w="1720"/>
          </w:tcPr>
          <w:p>
            <w:pPr>
              <w:spacing w:after="0"/>
              <w:jc w:val="left"/>
            </w:pPr>
            <w:r>
              <w:rPr>
                <w:sz w:val="16"/>
              </w:rPr>
              <w:t>$2,000 property; $0 crops, reported for the zone (2008 dollars)</w:t>
            </w:r>
          </w:p>
        </w:tc>
        <w:tc>
          <w:tcPr>
            <w:tcW w:type="dxa" w:w="1221"/>
          </w:tcPr>
          <w:p>
            <w:pPr>
              <w:spacing w:after="0"/>
              <w:jc w:val="right"/>
            </w:pPr>
            <w:r>
              <w:rPr>
                <w:sz w:val="16"/>
              </w:rPr>
              <w:t>0, 0</w:t>
            </w:r>
          </w:p>
        </w:tc>
        <w:tc>
          <w:tcPr>
            <w:tcW w:type="dxa" w:w="2270"/>
          </w:tcPr>
          <w:p>
            <w:pPr>
              <w:spacing w:after="0"/>
              <w:jc w:val="left"/>
            </w:pPr>
            <w:r>
              <w:rPr>
                <w:sz w:val="16"/>
              </w:rPr>
              <w:t>NWS zone VAZ087 (GREENSVILLE), zone-level: may include parts of neighboring counties</w:t>
            </w:r>
          </w:p>
        </w:tc>
        <w:tc>
          <w:tcPr>
            <w:tcW w:type="dxa" w:w="1181"/>
          </w:tcPr>
          <w:p>
            <w:pPr>
              <w:spacing w:after="0"/>
              <w:jc w:val="left"/>
            </w:pPr>
          </w:p>
        </w:tc>
        <w:tc>
          <w:tcPr>
            <w:tcW w:type="dxa" w:w="186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2000-01-25</w:t>
            </w:r>
          </w:p>
        </w:tc>
        <w:tc>
          <w:tcPr>
            <w:tcW w:type="dxa" w:w="1215"/>
          </w:tcPr>
          <w:p>
            <w:pPr>
              <w:spacing w:after="0"/>
              <w:jc w:val="left"/>
            </w:pPr>
            <w:r>
              <w:rPr>
                <w:sz w:val="16"/>
              </w:rPr>
              <w:t>Winter Storm</w:t>
            </w:r>
          </w:p>
        </w:tc>
        <w:tc>
          <w:tcPr>
            <w:tcW w:type="dxa" w:w="3605"/>
          </w:tcPr>
          <w:p>
            <w:pPr>
              <w:spacing w:after="0"/>
              <w:jc w:val="left"/>
            </w:pPr>
          </w:p>
        </w:tc>
        <w:tc>
          <w:tcPr>
            <w:tcW w:type="dxa" w:w="1720"/>
          </w:tcPr>
          <w:p>
            <w:pPr>
              <w:spacing w:after="0"/>
              <w:jc w:val="left"/>
            </w:pPr>
            <w:r>
              <w:rPr>
                <w:sz w:val="16"/>
              </w:rPr>
              <w:t>damage not reported</w:t>
            </w:r>
          </w:p>
        </w:tc>
        <w:tc>
          <w:tcPr>
            <w:tcW w:type="dxa" w:w="1221"/>
          </w:tcPr>
          <w:p>
            <w:pPr>
              <w:spacing w:after="0"/>
              <w:jc w:val="right"/>
            </w:pPr>
            <w:r>
              <w:rPr>
                <w:sz w:val="16"/>
              </w:rPr>
              <w:t>1, 0</w:t>
            </w:r>
          </w:p>
        </w:tc>
        <w:tc>
          <w:tcPr>
            <w:tcW w:type="dxa" w:w="2270"/>
          </w:tcPr>
          <w:p>
            <w:pPr>
              <w:spacing w:after="0"/>
              <w:jc w:val="left"/>
            </w:pPr>
            <w:r>
              <w:rPr>
                <w:sz w:val="16"/>
              </w:rPr>
              <w:t>NWS zone VAZ087 (GREENSVILLE), zone-level: may include parts of neighboring counties</w:t>
            </w:r>
          </w:p>
        </w:tc>
        <w:tc>
          <w:tcPr>
            <w:tcW w:type="dxa" w:w="1181"/>
          </w:tcPr>
          <w:p>
            <w:pPr>
              <w:spacing w:after="0"/>
              <w:jc w:val="left"/>
            </w:pPr>
          </w:p>
        </w:tc>
        <w:tc>
          <w:tcPr>
            <w:tcW w:type="dxa" w:w="1862"/>
          </w:tcPr>
          <w:p>
            <w:pPr>
              <w:spacing w:after="0"/>
              <w:jc w:val="left"/>
            </w:pPr>
            <w:r>
              <w:rPr>
                <w:sz w:val="16"/>
              </w:rPr>
              <w:t>deaths or injuries recorded</w:t>
            </w:r>
          </w:p>
        </w:tc>
      </w:tr>
      <w:tr>
        <w:trPr>
          <w:cantSplit/>
        </w:trPr>
        <w:tc>
          <w:tcPr>
            <w:tcW w:type="dxa" w:w="1037"/>
          </w:tcPr>
          <w:p>
            <w:pPr>
              <w:spacing w:after="0"/>
              <w:jc w:val="left"/>
            </w:pPr>
            <w:r>
              <w:rPr>
                <w:sz w:val="16"/>
              </w:rPr>
              <w:t>1999-09-16</w:t>
            </w:r>
          </w:p>
        </w:tc>
        <w:tc>
          <w:tcPr>
            <w:tcW w:type="dxa" w:w="1215"/>
          </w:tcPr>
          <w:p>
            <w:pPr>
              <w:spacing w:after="0"/>
              <w:jc w:val="left"/>
            </w:pPr>
            <w:r>
              <w:rPr>
                <w:sz w:val="16"/>
              </w:rPr>
              <w:t>High Wind</w:t>
            </w:r>
          </w:p>
        </w:tc>
        <w:tc>
          <w:tcPr>
            <w:tcW w:type="dxa" w:w="3605"/>
          </w:tcPr>
          <w:p>
            <w:pPr>
              <w:spacing w:after="0"/>
              <w:jc w:val="left"/>
            </w:pPr>
            <w:r>
              <w:rPr>
                <w:sz w:val="16"/>
              </w:rPr>
              <w:t>speed not recorded</w:t>
            </w:r>
          </w:p>
        </w:tc>
        <w:tc>
          <w:tcPr>
            <w:tcW w:type="dxa" w:w="1720"/>
          </w:tcPr>
          <w:p>
            <w:pPr>
              <w:spacing w:after="0"/>
              <w:jc w:val="left"/>
            </w:pPr>
            <w:r>
              <w:rPr>
                <w:sz w:val="16"/>
              </w:rPr>
              <w:t>$3,000 property; crops not reported, reported for the zone (1999 dollars)</w:t>
            </w:r>
          </w:p>
        </w:tc>
        <w:tc>
          <w:tcPr>
            <w:tcW w:type="dxa" w:w="1221"/>
          </w:tcPr>
          <w:p>
            <w:pPr>
              <w:spacing w:after="0"/>
              <w:jc w:val="right"/>
            </w:pPr>
            <w:r>
              <w:rPr>
                <w:sz w:val="16"/>
              </w:rPr>
              <w:t>0, 0</w:t>
            </w:r>
          </w:p>
        </w:tc>
        <w:tc>
          <w:tcPr>
            <w:tcW w:type="dxa" w:w="2270"/>
          </w:tcPr>
          <w:p>
            <w:pPr>
              <w:spacing w:after="0"/>
              <w:jc w:val="left"/>
            </w:pPr>
            <w:r>
              <w:rPr>
                <w:sz w:val="16"/>
              </w:rPr>
              <w:t>NWS zone VAZ087 (GREENSVILLE / EMPORIA), zone-level: may include parts of neighboring counties</w:t>
            </w:r>
          </w:p>
        </w:tc>
        <w:tc>
          <w:tcPr>
            <w:tcW w:type="dxa" w:w="1181"/>
          </w:tcPr>
          <w:p>
            <w:pPr>
              <w:spacing w:after="0"/>
              <w:jc w:val="left"/>
            </w:pPr>
          </w:p>
        </w:tc>
        <w:tc>
          <w:tcPr>
            <w:tcW w:type="dxa" w:w="1862"/>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1999-09-16</w:t>
            </w:r>
          </w:p>
        </w:tc>
        <w:tc>
          <w:tcPr>
            <w:tcW w:type="dxa" w:w="1215"/>
          </w:tcPr>
          <w:p>
            <w:pPr>
              <w:spacing w:after="0"/>
              <w:jc w:val="left"/>
            </w:pPr>
            <w:r>
              <w:rPr>
                <w:sz w:val="16"/>
              </w:rPr>
              <w:t>Flash Flood</w:t>
            </w:r>
          </w:p>
        </w:tc>
        <w:tc>
          <w:tcPr>
            <w:tcW w:type="dxa" w:w="3605"/>
          </w:tcPr>
          <w:p>
            <w:pPr>
              <w:spacing w:after="0"/>
              <w:jc w:val="left"/>
            </w:pPr>
          </w:p>
        </w:tc>
        <w:tc>
          <w:tcPr>
            <w:tcW w:type="dxa" w:w="1720"/>
          </w:tcPr>
          <w:p>
            <w:pPr>
              <w:spacing w:after="0"/>
              <w:jc w:val="left"/>
            </w:pPr>
            <w:r>
              <w:rPr>
                <w:sz w:val="16"/>
              </w:rPr>
              <w:t>$195,000 property; $55,000 crops (1999 dollars)</w:t>
            </w:r>
          </w:p>
        </w:tc>
        <w:tc>
          <w:tcPr>
            <w:tcW w:type="dxa" w:w="1221"/>
          </w:tcPr>
          <w:p>
            <w:pPr>
              <w:spacing w:after="0"/>
              <w:jc w:val="right"/>
            </w:pPr>
            <w:r>
              <w:rPr>
                <w:sz w:val="16"/>
              </w:rPr>
              <w:t>0, 0</w:t>
            </w:r>
          </w:p>
        </w:tc>
        <w:tc>
          <w:tcPr>
            <w:tcW w:type="dxa" w:w="2270"/>
          </w:tcPr>
          <w:p>
            <w:pPr>
              <w:spacing w:after="0"/>
              <w:jc w:val="left"/>
            </w:pPr>
            <w:r>
              <w:rPr>
                <w:sz w:val="16"/>
              </w:rPr>
              <w:t>EMPORIA</w:t>
            </w:r>
          </w:p>
        </w:tc>
        <w:tc>
          <w:tcPr>
            <w:tcW w:type="dxa" w:w="1181"/>
          </w:tcPr>
          <w:p>
            <w:pPr>
              <w:spacing w:after="0"/>
              <w:jc w:val="left"/>
            </w:pPr>
          </w:p>
        </w:tc>
        <w:tc>
          <w:tcPr>
            <w:tcW w:type="dxa" w:w="186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1999-04-09</w:t>
            </w:r>
          </w:p>
        </w:tc>
        <w:tc>
          <w:tcPr>
            <w:tcW w:type="dxa" w:w="1215"/>
          </w:tcPr>
          <w:p>
            <w:pPr>
              <w:spacing w:after="0"/>
              <w:jc w:val="left"/>
            </w:pPr>
            <w:r>
              <w:rPr>
                <w:sz w:val="16"/>
              </w:rPr>
              <w:t>Hail</w:t>
            </w:r>
          </w:p>
        </w:tc>
        <w:tc>
          <w:tcPr>
            <w:tcW w:type="dxa" w:w="3605"/>
          </w:tcPr>
          <w:p>
            <w:pPr>
              <w:spacing w:after="0"/>
              <w:jc w:val="left"/>
            </w:pPr>
            <w:r>
              <w:rPr>
                <w:sz w:val="16"/>
              </w:rPr>
              <w:t>1.75 in</w:t>
            </w:r>
          </w:p>
        </w:tc>
        <w:tc>
          <w:tcPr>
            <w:tcW w:type="dxa" w:w="1720"/>
          </w:tcPr>
          <w:p>
            <w:pPr>
              <w:spacing w:after="0"/>
              <w:jc w:val="left"/>
            </w:pPr>
            <w:r>
              <w:rPr>
                <w:sz w:val="16"/>
              </w:rPr>
              <w:t>damage not reported</w:t>
            </w:r>
          </w:p>
        </w:tc>
        <w:tc>
          <w:tcPr>
            <w:tcW w:type="dxa" w:w="1221"/>
          </w:tcPr>
          <w:p>
            <w:pPr>
              <w:spacing w:after="0"/>
              <w:jc w:val="right"/>
            </w:pPr>
            <w:r>
              <w:rPr>
                <w:sz w:val="16"/>
              </w:rPr>
              <w:t>0, 0</w:t>
            </w:r>
          </w:p>
        </w:tc>
        <w:tc>
          <w:tcPr>
            <w:tcW w:type="dxa" w:w="2270"/>
          </w:tcPr>
          <w:p>
            <w:pPr>
              <w:spacing w:after="0"/>
              <w:jc w:val="left"/>
            </w:pPr>
            <w:r>
              <w:rPr>
                <w:sz w:val="16"/>
              </w:rPr>
              <w:t>EMPORIA</w:t>
            </w:r>
          </w:p>
        </w:tc>
        <w:tc>
          <w:tcPr>
            <w:tcW w:type="dxa" w:w="1181"/>
          </w:tcPr>
          <w:p>
            <w:pPr>
              <w:spacing w:after="0"/>
              <w:jc w:val="left"/>
            </w:pPr>
          </w:p>
        </w:tc>
        <w:tc>
          <w:tcPr>
            <w:tcW w:type="dxa" w:w="1862"/>
          </w:tcPr>
          <w:p>
            <w:pPr>
              <w:spacing w:after="0"/>
              <w:jc w:val="left"/>
            </w:pPr>
            <w:r>
              <w:rPr>
                <w:sz w:val="16"/>
              </w:rPr>
              <w:t>B1-c worst recorded: Hail</w:t>
            </w:r>
          </w:p>
        </w:tc>
      </w:tr>
      <w:tr>
        <w:trPr>
          <w:cantSplit/>
        </w:trPr>
        <w:tc>
          <w:tcPr>
            <w:tcW w:type="dxa" w:w="1037"/>
          </w:tcPr>
          <w:p>
            <w:pPr>
              <w:spacing w:after="0"/>
              <w:jc w:val="left"/>
            </w:pPr>
            <w:r>
              <w:rPr>
                <w:sz w:val="16"/>
              </w:rPr>
              <w:t>1953-05-02</w:t>
            </w:r>
          </w:p>
        </w:tc>
        <w:tc>
          <w:tcPr>
            <w:tcW w:type="dxa" w:w="1215"/>
          </w:tcPr>
          <w:p>
            <w:pPr>
              <w:spacing w:after="0"/>
              <w:jc w:val="left"/>
            </w:pPr>
            <w:r>
              <w:rPr>
                <w:sz w:val="16"/>
              </w:rPr>
              <w:t>Tornado</w:t>
            </w:r>
          </w:p>
        </w:tc>
        <w:tc>
          <w:tcPr>
            <w:tcW w:type="dxa" w:w="3605"/>
          </w:tcPr>
          <w:p>
            <w:pPr>
              <w:spacing w:after="0"/>
              <w:jc w:val="left"/>
            </w:pPr>
            <w:r>
              <w:rPr>
                <w:sz w:val="16"/>
              </w:rPr>
              <w:t>F2, 2 mi path length (records before 1996 may include the whole path; rating and listing come from the county where the tornado began), 100 yd wide</w:t>
            </w:r>
          </w:p>
        </w:tc>
        <w:tc>
          <w:tcPr>
            <w:tcW w:type="dxa" w:w="1720"/>
          </w:tcPr>
          <w:p>
            <w:pPr>
              <w:spacing w:after="0"/>
              <w:jc w:val="left"/>
            </w:pPr>
            <w:r>
              <w:rPr>
                <w:sz w:val="16"/>
              </w:rPr>
              <w:t>$25,000 property; crops not recorded (1953 dollars)</w:t>
            </w:r>
          </w:p>
        </w:tc>
        <w:tc>
          <w:tcPr>
            <w:tcW w:type="dxa" w:w="1221"/>
          </w:tcPr>
          <w:p>
            <w:pPr>
              <w:spacing w:after="0"/>
              <w:jc w:val="right"/>
            </w:pPr>
            <w:r>
              <w:rPr>
                <w:sz w:val="16"/>
              </w:rPr>
              <w:t>0, 0</w:t>
            </w:r>
          </w:p>
        </w:tc>
        <w:tc>
          <w:tcPr>
            <w:tcW w:type="dxa" w:w="2270"/>
          </w:tcPr>
          <w:p>
            <w:pPr>
              <w:spacing w:after="0"/>
              <w:jc w:val="left"/>
            </w:pPr>
            <w:r>
              <w:rPr>
                <w:sz w:val="16"/>
              </w:rPr>
              <w:t>location not recorded</w:t>
            </w:r>
          </w:p>
        </w:tc>
        <w:tc>
          <w:tcPr>
            <w:tcW w:type="dxa" w:w="1181"/>
          </w:tcPr>
          <w:p>
            <w:pPr>
              <w:spacing w:after="0"/>
              <w:jc w:val="left"/>
            </w:pPr>
          </w:p>
        </w:tc>
        <w:tc>
          <w:tcPr>
            <w:tcW w:type="dxa" w:w="1862"/>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454"/>
        <w:gridCol w:w="1577"/>
        <w:gridCol w:w="1037"/>
        <w:gridCol w:w="1717"/>
        <w:gridCol w:w="1522"/>
        <w:gridCol w:w="1509"/>
        <w:gridCol w:w="1037"/>
        <w:gridCol w:w="1977"/>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4"/>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7"/>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5"/>
          </w:tcPr>
          <w:p>
            <w:pPr>
              <w:spacing w:after="0"/>
              <w:jc w:val="right"/>
            </w:pPr>
          </w:p>
        </w:tc>
        <w:tc>
          <w:tcPr>
            <w:tcW w:type="dxa" w:w="1454"/>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p>
        </w:tc>
        <w:tc>
          <w:tcPr>
            <w:tcW w:type="dxa" w:w="1509"/>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5"/>
          </w:tcPr>
          <w:p>
            <w:pPr>
              <w:spacing w:after="0"/>
              <w:jc w:val="right"/>
            </w:pPr>
          </w:p>
        </w:tc>
        <w:tc>
          <w:tcPr>
            <w:tcW w:type="dxa" w:w="1454"/>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5"/>
          </w:tcPr>
          <w:p>
            <w:pPr>
              <w:spacing w:after="0"/>
              <w:jc w:val="right"/>
            </w:pPr>
            <w:r>
              <w:rPr>
                <w:sz w:val="16"/>
              </w:rPr>
              <w:t>0.474</w:t>
            </w:r>
          </w:p>
        </w:tc>
        <w:tc>
          <w:tcPr>
            <w:tcW w:type="dxa" w:w="1454"/>
          </w:tcPr>
          <w:p>
            <w:pPr>
              <w:spacing w:after="0"/>
              <w:jc w:val="left"/>
            </w:pPr>
            <w:r>
              <w:rPr>
                <w:sz w:val="16"/>
              </w:rPr>
              <w:t>event-days per year</w:t>
            </w:r>
          </w:p>
        </w:tc>
        <w:tc>
          <w:tcPr>
            <w:tcW w:type="dxa" w:w="1577"/>
          </w:tcPr>
          <w:p>
            <w:pPr>
              <w:spacing w:after="0"/>
              <w:jc w:val="left"/>
            </w:pPr>
            <w:r>
              <w:rPr>
                <w:sz w:val="16"/>
              </w:rPr>
              <w:t>about 0.474 days per year</w:t>
            </w:r>
          </w:p>
        </w:tc>
        <w:tc>
          <w:tcPr>
            <w:tcW w:type="dxa" w:w="1037"/>
          </w:tcPr>
          <w:p>
            <w:pPr>
              <w:spacing w:after="0"/>
              <w:jc w:val="left"/>
            </w:pPr>
          </w:p>
        </w:tc>
        <w:tc>
          <w:tcPr>
            <w:tcW w:type="dxa" w:w="1717"/>
          </w:tcPr>
          <w:p>
            <w:pPr>
              <w:spacing w:after="0"/>
              <w:jc w:val="left"/>
            </w:pPr>
            <w:r>
              <w:rPr>
                <w:sz w:val="16"/>
              </w:rPr>
              <w:t>event-days in 0 of 30 years, 1996 to 2025 (0%)</w:t>
            </w:r>
          </w:p>
        </w:tc>
        <w:tc>
          <w:tcPr>
            <w:tcW w:type="dxa" w:w="1522"/>
          </w:tcPr>
          <w:p>
            <w:pPr>
              <w:spacing w:after="0"/>
              <w:jc w:val="right"/>
            </w:pPr>
            <w:r>
              <w:rPr>
                <w:sz w:val="16"/>
              </w:rPr>
              <w:t>9</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5"/>
          </w:tcPr>
          <w:p>
            <w:pPr>
              <w:spacing w:after="0"/>
              <w:jc w:val="right"/>
            </w:pPr>
            <w:r>
              <w:rPr>
                <w:sz w:val="16"/>
              </w:rPr>
              <w:t>6.1</w:t>
            </w:r>
          </w:p>
        </w:tc>
        <w:tc>
          <w:tcPr>
            <w:tcW w:type="dxa" w:w="1454"/>
          </w:tcPr>
          <w:p>
            <w:pPr>
              <w:spacing w:after="0"/>
              <w:jc w:val="left"/>
            </w:pPr>
            <w:r>
              <w:rPr>
                <w:sz w:val="16"/>
              </w:rPr>
              <w:t>event-days per year</w:t>
            </w:r>
          </w:p>
        </w:tc>
        <w:tc>
          <w:tcPr>
            <w:tcW w:type="dxa" w:w="1577"/>
          </w:tcPr>
          <w:p>
            <w:pPr>
              <w:spacing w:after="0"/>
              <w:jc w:val="left"/>
            </w:pPr>
            <w:r>
              <w:rPr>
                <w:sz w:val="16"/>
              </w:rPr>
              <w:t>about 6.1 days per year</w:t>
            </w:r>
          </w:p>
        </w:tc>
        <w:tc>
          <w:tcPr>
            <w:tcW w:type="dxa" w:w="1037"/>
          </w:tcPr>
          <w:p>
            <w:pPr>
              <w:spacing w:after="0"/>
              <w:jc w:val="left"/>
            </w:pPr>
          </w:p>
        </w:tc>
        <w:tc>
          <w:tcPr>
            <w:tcW w:type="dxa" w:w="1717"/>
          </w:tcPr>
          <w:p>
            <w:pPr>
              <w:spacing w:after="0"/>
              <w:jc w:val="left"/>
            </w:pPr>
            <w:r>
              <w:rPr>
                <w:sz w:val="16"/>
              </w:rPr>
              <w:t>event-days in 0 of 30 years, 1996 to 2025 (0%)</w:t>
            </w:r>
          </w:p>
        </w:tc>
        <w:tc>
          <w:tcPr>
            <w:tcW w:type="dxa" w:w="1522"/>
          </w:tcPr>
          <w:p>
            <w:pPr>
              <w:spacing w:after="0"/>
              <w:jc w:val="right"/>
            </w:pPr>
            <w:r>
              <w:rPr>
                <w:sz w:val="16"/>
              </w:rPr>
              <w:t>154</w:t>
            </w:r>
          </w:p>
        </w:tc>
        <w:tc>
          <w:tcPr>
            <w:tcW w:type="dxa" w:w="150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0.00106</w:t>
            </w:r>
          </w:p>
        </w:tc>
        <w:tc>
          <w:tcPr>
            <w:tcW w:type="dxa" w:w="1454"/>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0.106%</w:t>
            </w: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2.51</w:t>
            </w:r>
          </w:p>
        </w:tc>
        <w:tc>
          <w:tcPr>
            <w:tcW w:type="dxa" w:w="1454"/>
          </w:tcPr>
          <w:p>
            <w:pPr>
              <w:spacing w:after="0"/>
              <w:jc w:val="left"/>
            </w:pPr>
            <w:r>
              <w:rPr>
                <w:sz w:val="16"/>
              </w:rPr>
              <w:t>events per year</w:t>
            </w:r>
          </w:p>
        </w:tc>
        <w:tc>
          <w:tcPr>
            <w:tcW w:type="dxa" w:w="1577"/>
          </w:tcPr>
          <w:p>
            <w:pPr>
              <w:spacing w:after="0"/>
              <w:jc w:val="left"/>
            </w:pPr>
            <w:r>
              <w:rPr>
                <w:sz w:val="16"/>
              </w:rPr>
              <w:t>about 2.51 per year</w:t>
            </w:r>
          </w:p>
        </w:tc>
        <w:tc>
          <w:tcPr>
            <w:tcW w:type="dxa" w:w="1037"/>
          </w:tcPr>
          <w:p>
            <w:pPr>
              <w:spacing w:after="0"/>
              <w:jc w:val="left"/>
            </w:pPr>
            <w:r>
              <w:rPr>
                <w:sz w:val="16"/>
              </w:rPr>
              <w:t>Highly likely</w:t>
            </w:r>
          </w:p>
        </w:tc>
        <w:tc>
          <w:tcPr>
            <w:tcW w:type="dxa" w:w="1717"/>
          </w:tcPr>
          <w:p>
            <w:pPr>
              <w:spacing w:after="0"/>
              <w:jc w:val="left"/>
            </w:pPr>
            <w:r>
              <w:rPr>
                <w:sz w:val="16"/>
              </w:rPr>
              <w:t>FEMA annualized frequency (modeled)</w:t>
            </w:r>
          </w:p>
        </w:tc>
        <w:tc>
          <w:tcPr>
            <w:tcW w:type="dxa" w:w="1522"/>
          </w:tcPr>
          <w:p>
            <w:pPr>
              <w:spacing w:after="0"/>
              <w:jc w:val="right"/>
            </w:pPr>
            <w:r>
              <w:rPr>
                <w:sz w:val="16"/>
              </w:rPr>
              <w:t>95.4 (modeled)</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6.05</w:t>
            </w:r>
          </w:p>
        </w:tc>
        <w:tc>
          <w:tcPr>
            <w:tcW w:type="dxa" w:w="1454"/>
          </w:tcPr>
          <w:p>
            <w:pPr>
              <w:spacing w:after="0"/>
              <w:jc w:val="left"/>
            </w:pPr>
            <w:r>
              <w:rPr>
                <w:sz w:val="16"/>
              </w:rPr>
              <w:t>event-days per year</w:t>
            </w:r>
          </w:p>
        </w:tc>
        <w:tc>
          <w:tcPr>
            <w:tcW w:type="dxa" w:w="1577"/>
          </w:tcPr>
          <w:p>
            <w:pPr>
              <w:spacing w:after="0"/>
              <w:jc w:val="left"/>
            </w:pPr>
            <w:r>
              <w:rPr>
                <w:sz w:val="16"/>
              </w:rPr>
              <w:t>about 6.05 days per year</w:t>
            </w:r>
          </w:p>
        </w:tc>
        <w:tc>
          <w:tcPr>
            <w:tcW w:type="dxa" w:w="1037"/>
          </w:tcPr>
          <w:p>
            <w:pPr>
              <w:spacing w:after="0"/>
              <w:jc w:val="left"/>
            </w:pPr>
            <w:r>
              <w:rPr>
                <w:sz w:val="16"/>
              </w:rPr>
              <w:t>Likely</w:t>
            </w:r>
          </w:p>
        </w:tc>
        <w:tc>
          <w:tcPr>
            <w:tcW w:type="dxa" w:w="1717"/>
          </w:tcPr>
          <w:p>
            <w:pPr>
              <w:spacing w:after="0"/>
              <w:jc w:val="left"/>
            </w:pPr>
            <w:r>
              <w:rPr>
                <w:sz w:val="16"/>
              </w:rPr>
              <w:t>event-days in 4 of 30 years, 1996 to 2025 (13.3%)</w:t>
            </w:r>
          </w:p>
        </w:tc>
        <w:tc>
          <w:tcPr>
            <w:tcW w:type="dxa" w:w="1522"/>
          </w:tcPr>
          <w:p>
            <w:pPr>
              <w:spacing w:after="0"/>
              <w:jc w:val="right"/>
            </w:pPr>
            <w:r>
              <w:rPr>
                <w:sz w:val="16"/>
              </w:rPr>
              <w:t>92</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6.05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5"/>
          </w:tcPr>
          <w:p>
            <w:pPr>
              <w:spacing w:after="0"/>
              <w:jc w:val="right"/>
            </w:pPr>
            <w:r>
              <w:rPr>
                <w:sz w:val="16"/>
              </w:rPr>
              <w:t>0.196</w:t>
            </w:r>
          </w:p>
        </w:tc>
        <w:tc>
          <w:tcPr>
            <w:tcW w:type="dxa" w:w="1454"/>
          </w:tcPr>
          <w:p>
            <w:pPr>
              <w:spacing w:after="0"/>
              <w:jc w:val="left"/>
            </w:pPr>
            <w:r>
              <w:rPr>
                <w:sz w:val="16"/>
              </w:rPr>
              <w:t>events per year</w:t>
            </w:r>
          </w:p>
        </w:tc>
        <w:tc>
          <w:tcPr>
            <w:tcW w:type="dxa" w:w="1577"/>
          </w:tcPr>
          <w:p>
            <w:pPr>
              <w:spacing w:after="0"/>
              <w:jc w:val="left"/>
            </w:pPr>
            <w:r>
              <w:rPr>
                <w:sz w:val="16"/>
              </w:rPr>
              <w:t>about 1 in 5 years</w:t>
            </w:r>
          </w:p>
        </w:tc>
        <w:tc>
          <w:tcPr>
            <w:tcW w:type="dxa" w:w="1037"/>
          </w:tcPr>
          <w:p>
            <w:pPr>
              <w:spacing w:after="0"/>
              <w:jc w:val="left"/>
            </w:pPr>
            <w:r>
              <w:rPr>
                <w:sz w:val="16"/>
              </w:rPr>
              <w:t>Likely</w:t>
            </w:r>
          </w:p>
        </w:tc>
        <w:tc>
          <w:tcPr>
            <w:tcW w:type="dxa" w:w="1717"/>
          </w:tcPr>
          <w:p>
            <w:pPr>
              <w:spacing w:after="0"/>
              <w:jc w:val="left"/>
            </w:pPr>
            <w:r>
              <w:rPr>
                <w:sz w:val="16"/>
              </w:rPr>
              <w:t>FEMA annualized frequency (modeled)</w:t>
            </w:r>
          </w:p>
        </w:tc>
        <w:tc>
          <w:tcPr>
            <w:tcW w:type="dxa" w:w="1522"/>
          </w:tcPr>
          <w:p>
            <w:pPr>
              <w:spacing w:after="0"/>
              <w:jc w:val="right"/>
            </w:pPr>
            <w:r>
              <w:rPr>
                <w:sz w:val="16"/>
              </w:rPr>
              <w:t>37</w:t>
            </w:r>
          </w:p>
        </w:tc>
        <w:tc>
          <w:tcPr>
            <w:tcW w:type="dxa" w:w="1509"/>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5"/>
          </w:tcPr>
          <w:p>
            <w:pPr>
              <w:spacing w:after="0"/>
              <w:jc w:val="right"/>
            </w:pPr>
            <w:r>
              <w:rPr>
                <w:sz w:val="16"/>
              </w:rPr>
              <w:t>1.12</w:t>
            </w:r>
          </w:p>
        </w:tc>
        <w:tc>
          <w:tcPr>
            <w:tcW w:type="dxa" w:w="1454"/>
          </w:tcPr>
          <w:p>
            <w:pPr>
              <w:spacing w:after="0"/>
              <w:jc w:val="left"/>
            </w:pPr>
            <w:r>
              <w:rPr>
                <w:sz w:val="16"/>
              </w:rPr>
              <w:t>event-days per year</w:t>
            </w:r>
          </w:p>
        </w:tc>
        <w:tc>
          <w:tcPr>
            <w:tcW w:type="dxa" w:w="1577"/>
          </w:tcPr>
          <w:p>
            <w:pPr>
              <w:spacing w:after="0"/>
              <w:jc w:val="left"/>
            </w:pPr>
            <w:r>
              <w:rPr>
                <w:sz w:val="16"/>
              </w:rPr>
              <w:t>about 1.12 days per year</w:t>
            </w:r>
          </w:p>
        </w:tc>
        <w:tc>
          <w:tcPr>
            <w:tcW w:type="dxa" w:w="1037"/>
          </w:tcPr>
          <w:p>
            <w:pPr>
              <w:spacing w:after="0"/>
              <w:jc w:val="left"/>
            </w:pPr>
            <w:r>
              <w:rPr>
                <w:sz w:val="16"/>
              </w:rPr>
              <w:t>Possible</w:t>
            </w:r>
          </w:p>
        </w:tc>
        <w:tc>
          <w:tcPr>
            <w:tcW w:type="dxa" w:w="1717"/>
          </w:tcPr>
          <w:p>
            <w:pPr>
              <w:spacing w:after="0"/>
              <w:jc w:val="left"/>
            </w:pPr>
            <w:r>
              <w:rPr>
                <w:sz w:val="16"/>
              </w:rPr>
              <w:t>event-days in 2 of 30 years, 1996 to 2025 (6.67%)</w:t>
            </w:r>
          </w:p>
        </w:tc>
        <w:tc>
          <w:tcPr>
            <w:tcW w:type="dxa" w:w="1522"/>
          </w:tcPr>
          <w:p>
            <w:pPr>
              <w:spacing w:after="0"/>
              <w:jc w:val="right"/>
            </w:pPr>
            <w:r>
              <w:rPr>
                <w:sz w:val="16"/>
              </w:rPr>
              <w:t>75</w:t>
            </w:r>
          </w:p>
        </w:tc>
        <w:tc>
          <w:tcPr>
            <w:tcW w:type="dxa" w:w="1509"/>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r>
              <w:rPr>
                <w:sz w:val="16"/>
              </w:rPr>
              <w:t>NRI gives about 1.12 ice storm event-days a year here (its annualized frequency over 67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0.357</w:t>
            </w:r>
          </w:p>
        </w:tc>
        <w:tc>
          <w:tcPr>
            <w:tcW w:type="dxa" w:w="1454"/>
          </w:tcPr>
          <w:p>
            <w:pPr>
              <w:spacing w:after="0"/>
              <w:jc w:val="left"/>
            </w:pPr>
            <w:r>
              <w:rPr>
                <w:sz w:val="16"/>
              </w:rPr>
              <w:t>event-days per year</w:t>
            </w:r>
          </w:p>
        </w:tc>
        <w:tc>
          <w:tcPr>
            <w:tcW w:type="dxa" w:w="1577"/>
          </w:tcPr>
          <w:p>
            <w:pPr>
              <w:spacing w:after="0"/>
              <w:jc w:val="left"/>
            </w:pPr>
            <w:r>
              <w:rPr>
                <w:sz w:val="16"/>
              </w:rPr>
              <w:t>about 0.357 days per year</w:t>
            </w:r>
          </w:p>
        </w:tc>
        <w:tc>
          <w:tcPr>
            <w:tcW w:type="dxa" w:w="1037"/>
          </w:tcPr>
          <w:p>
            <w:pPr>
              <w:spacing w:after="0"/>
              <w:jc w:val="left"/>
            </w:pPr>
            <w:r>
              <w:rPr>
                <w:sz w:val="16"/>
              </w:rPr>
              <w:t>Likely</w:t>
            </w:r>
          </w:p>
        </w:tc>
        <w:tc>
          <w:tcPr>
            <w:tcW w:type="dxa" w:w="1717"/>
          </w:tcPr>
          <w:p>
            <w:pPr>
              <w:spacing w:after="0"/>
              <w:jc w:val="left"/>
            </w:pPr>
            <w:r>
              <w:rPr>
                <w:sz w:val="16"/>
              </w:rPr>
              <w:t>event-days in 9 of 30 years, 1996 to 2025 (30%)</w:t>
            </w:r>
          </w:p>
        </w:tc>
        <w:tc>
          <w:tcPr>
            <w:tcW w:type="dxa" w:w="1522"/>
          </w:tcPr>
          <w:p>
            <w:pPr>
              <w:spacing w:after="0"/>
              <w:jc w:val="right"/>
            </w:pPr>
            <w:r>
              <w:rPr>
                <w:sz w:val="16"/>
              </w:rPr>
              <w:t>10</w:t>
            </w:r>
          </w:p>
        </w:tc>
        <w:tc>
          <w:tcPr>
            <w:tcW w:type="dxa" w:w="1509"/>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0.00164</w:t>
            </w:r>
          </w:p>
        </w:tc>
        <w:tc>
          <w:tcPr>
            <w:tcW w:type="dxa" w:w="1454"/>
          </w:tcPr>
          <w:p>
            <w:pPr>
              <w:spacing w:after="0"/>
              <w:jc w:val="left"/>
            </w:pPr>
            <w:r>
              <w:rPr>
                <w:sz w:val="16"/>
              </w:rPr>
              <w:t>events per year (modeled)</w:t>
            </w:r>
          </w:p>
        </w:tc>
        <w:tc>
          <w:tcPr>
            <w:tcW w:type="dxa" w:w="1577"/>
          </w:tcPr>
          <w:p>
            <w:pPr>
              <w:spacing w:after="0"/>
              <w:jc w:val="left"/>
            </w:pPr>
            <w:r>
              <w:rPr>
                <w:sz w:val="16"/>
              </w:rPr>
              <w:t>about 1 in 611 years</w:t>
            </w:r>
          </w:p>
        </w:tc>
        <w:tc>
          <w:tcPr>
            <w:tcW w:type="dxa" w:w="1037"/>
          </w:tcPr>
          <w:p>
            <w:pPr>
              <w:spacing w:after="0"/>
              <w:jc w:val="left"/>
            </w:pPr>
            <w:r>
              <w:rPr>
                <w:sz w:val="16"/>
              </w:rPr>
              <w:t>Unlikely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46</w:t>
            </w:r>
          </w:p>
        </w:tc>
        <w:tc>
          <w:tcPr>
            <w:tcW w:type="dxa" w:w="1454"/>
          </w:tcPr>
          <w:p>
            <w:pPr>
              <w:spacing w:after="0"/>
              <w:jc w:val="left"/>
            </w:pPr>
            <w:r>
              <w:rPr>
                <w:sz w:val="16"/>
              </w:rPr>
              <w:t>days per year with a strike</w:t>
            </w:r>
          </w:p>
        </w:tc>
        <w:tc>
          <w:tcPr>
            <w:tcW w:type="dxa" w:w="1577"/>
          </w:tcPr>
          <w:p>
            <w:pPr>
              <w:spacing w:after="0"/>
              <w:jc w:val="left"/>
            </w:pPr>
            <w:r>
              <w:rPr>
                <w:sz w:val="16"/>
              </w:rPr>
              <w:t>about 46 days per year</w:t>
            </w:r>
          </w:p>
        </w:tc>
        <w:tc>
          <w:tcPr>
            <w:tcW w:type="dxa" w:w="1037"/>
          </w:tcPr>
          <w:p>
            <w:pPr>
              <w:spacing w:after="0"/>
              <w:jc w:val="left"/>
            </w:pPr>
            <w:r>
              <w:rPr>
                <w:sz w:val="16"/>
              </w:rPr>
              <w:t>Highly 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0.588</w:t>
            </w:r>
          </w:p>
        </w:tc>
        <w:tc>
          <w:tcPr>
            <w:tcW w:type="dxa" w:w="1454"/>
          </w:tcPr>
          <w:p>
            <w:pPr>
              <w:spacing w:after="0"/>
              <w:jc w:val="left"/>
            </w:pPr>
            <w:r>
              <w:rPr>
                <w:sz w:val="16"/>
              </w:rPr>
              <w:t>events per year</w:t>
            </w:r>
          </w:p>
        </w:tc>
        <w:tc>
          <w:tcPr>
            <w:tcW w:type="dxa" w:w="1577"/>
          </w:tcPr>
          <w:p>
            <w:pPr>
              <w:spacing w:after="0"/>
              <w:jc w:val="left"/>
            </w:pPr>
            <w:r>
              <w:rPr>
                <w:sz w:val="16"/>
              </w:rPr>
              <w:t>about 0.59 per year</w:t>
            </w:r>
          </w:p>
        </w:tc>
        <w:tc>
          <w:tcPr>
            <w:tcW w:type="dxa" w:w="1037"/>
          </w:tcPr>
          <w:p>
            <w:pPr>
              <w:spacing w:after="0"/>
              <w:jc w:val="left"/>
            </w:pPr>
            <w:r>
              <w:rPr>
                <w:sz w:val="16"/>
              </w:rPr>
              <w:t>Likely</w:t>
            </w:r>
          </w:p>
        </w:tc>
        <w:tc>
          <w:tcPr>
            <w:tcW w:type="dxa" w:w="1717"/>
          </w:tcPr>
          <w:p>
            <w:pPr>
              <w:spacing w:after="0"/>
              <w:jc w:val="left"/>
            </w:pPr>
            <w:r>
              <w:rPr>
                <w:sz w:val="16"/>
              </w:rPr>
              <w:t>FEMA annualized frequency (modeled)</w:t>
            </w:r>
          </w:p>
        </w:tc>
        <w:tc>
          <w:tcPr>
            <w:tcW w:type="dxa" w:w="1522"/>
          </w:tcPr>
          <w:p>
            <w:pPr>
              <w:spacing w:after="0"/>
              <w:jc w:val="right"/>
            </w:pPr>
            <w:r>
              <w:rPr>
                <w:sz w:val="16"/>
              </w:rPr>
              <w:t>23</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0.00408</w:t>
            </w:r>
          </w:p>
        </w:tc>
        <w:tc>
          <w:tcPr>
            <w:tcW w:type="dxa" w:w="1454"/>
          </w:tcPr>
          <w:p>
            <w:pPr>
              <w:spacing w:after="0"/>
              <w:jc w:val="left"/>
            </w:pPr>
            <w:r>
              <w:rPr>
                <w:sz w:val="16"/>
              </w:rPr>
              <w:t>events per year</w:t>
            </w:r>
          </w:p>
        </w:tc>
        <w:tc>
          <w:tcPr>
            <w:tcW w:type="dxa" w:w="1577"/>
          </w:tcPr>
          <w:p>
            <w:pPr>
              <w:spacing w:after="0"/>
              <w:jc w:val="left"/>
            </w:pPr>
            <w:r>
              <w:rPr>
                <w:sz w:val="16"/>
              </w:rPr>
              <w:t>about 1 in 245 years</w:t>
            </w:r>
          </w:p>
        </w:tc>
        <w:tc>
          <w:tcPr>
            <w:tcW w:type="dxa" w:w="1037"/>
          </w:tcPr>
          <w:p>
            <w:pPr>
              <w:spacing w:after="0"/>
              <w:jc w:val="left"/>
            </w:pPr>
            <w:r>
              <w:rPr>
                <w:sz w:val="16"/>
              </w:rPr>
              <w:t>Unlikely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5"/>
          </w:tcPr>
          <w:p>
            <w:pPr>
              <w:spacing w:after="0"/>
              <w:jc w:val="right"/>
            </w:pPr>
          </w:p>
        </w:tc>
        <w:tc>
          <w:tcPr>
            <w:tcW w:type="dxa" w:w="1454"/>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5"/>
          </w:tcPr>
          <w:p>
            <w:pPr>
              <w:spacing w:after="0"/>
              <w:jc w:val="right"/>
            </w:pPr>
          </w:p>
        </w:tc>
        <w:tc>
          <w:tcPr>
            <w:tcW w:type="dxa" w:w="1454"/>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5"/>
          </w:tcPr>
          <w:p>
            <w:pPr>
              <w:spacing w:after="0"/>
              <w:jc w:val="right"/>
            </w:pPr>
            <w:r>
              <w:rPr>
                <w:sz w:val="16"/>
              </w:rPr>
              <w:t>0.0000613</w:t>
            </w:r>
          </w:p>
        </w:tc>
        <w:tc>
          <w:tcPr>
            <w:tcW w:type="dxa" w:w="1454"/>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0.00613%</w:t>
            </w:r>
          </w:p>
        </w:tc>
        <w:tc>
          <w:tcPr>
            <w:tcW w:type="dxa" w:w="1037"/>
          </w:tcPr>
          <w:p>
            <w:pPr>
              <w:spacing w:after="0"/>
              <w:jc w:val="left"/>
            </w:pPr>
          </w:p>
        </w:tc>
        <w:tc>
          <w:tcPr>
            <w:tcW w:type="dxa" w:w="1717"/>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4.47</w:t>
            </w:r>
          </w:p>
        </w:tc>
        <w:tc>
          <w:tcPr>
            <w:tcW w:type="dxa" w:w="1454"/>
          </w:tcPr>
          <w:p>
            <w:pPr>
              <w:spacing w:after="0"/>
              <w:jc w:val="left"/>
            </w:pPr>
            <w:r>
              <w:rPr>
                <w:sz w:val="16"/>
              </w:rPr>
              <w:t>event-days per year</w:t>
            </w:r>
          </w:p>
        </w:tc>
        <w:tc>
          <w:tcPr>
            <w:tcW w:type="dxa" w:w="1577"/>
          </w:tcPr>
          <w:p>
            <w:pPr>
              <w:spacing w:after="0"/>
              <w:jc w:val="left"/>
            </w:pPr>
            <w:r>
              <w:rPr>
                <w:sz w:val="16"/>
              </w:rPr>
              <w:t>about 4.47 days per year</w:t>
            </w:r>
          </w:p>
        </w:tc>
        <w:tc>
          <w:tcPr>
            <w:tcW w:type="dxa" w:w="1037"/>
          </w:tcPr>
          <w:p>
            <w:pPr>
              <w:spacing w:after="0"/>
              <w:jc w:val="left"/>
            </w:pPr>
            <w:r>
              <w:rPr>
                <w:sz w:val="16"/>
              </w:rPr>
              <w:t>Likely</w:t>
            </w:r>
          </w:p>
        </w:tc>
        <w:tc>
          <w:tcPr>
            <w:tcW w:type="dxa" w:w="1717"/>
          </w:tcPr>
          <w:p>
            <w:pPr>
              <w:spacing w:after="0"/>
              <w:jc w:val="left"/>
            </w:pPr>
            <w:r>
              <w:rPr>
                <w:sz w:val="16"/>
              </w:rPr>
              <w:t>event-days in 21 of 30 years, 1996 to 2025 (70%)</w:t>
            </w:r>
          </w:p>
        </w:tc>
        <w:tc>
          <w:tcPr>
            <w:tcW w:type="dxa" w:w="1522"/>
          </w:tcPr>
          <w:p>
            <w:pPr>
              <w:spacing w:after="0"/>
              <w:jc w:val="right"/>
            </w:pPr>
            <w:r>
              <w:rPr>
                <w:sz w:val="16"/>
              </w:rPr>
              <w:t>85</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39.1</w:t>
            </w:r>
          </w:p>
        </w:tc>
        <w:tc>
          <w:tcPr>
            <w:tcW w:type="dxa" w:w="766"/>
          </w:tcPr>
          <w:p>
            <w:pPr>
              <w:spacing w:after="0"/>
              <w:jc w:val="right"/>
            </w:pPr>
            <w:r>
              <w:rPr>
                <w:sz w:val="16"/>
              </w:rPr>
              <w:t>39.4</w:t>
            </w:r>
          </w:p>
        </w:tc>
        <w:tc>
          <w:tcPr>
            <w:tcW w:type="dxa" w:w="730"/>
          </w:tcPr>
          <w:p>
            <w:pPr>
              <w:spacing w:after="0"/>
              <w:jc w:val="right"/>
            </w:pPr>
            <w:r>
              <w:rPr>
                <w:sz w:val="16"/>
              </w:rPr>
              <w:t>39.7</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 Rating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65.0</w:t>
            </w:r>
          </w:p>
        </w:tc>
        <w:tc>
          <w:tcPr>
            <w:tcW w:type="dxa" w:w="766"/>
          </w:tcPr>
          <w:p>
            <w:pPr>
              <w:spacing w:after="0"/>
              <w:jc w:val="right"/>
            </w:pPr>
            <w:r>
              <w:rPr>
                <w:sz w:val="16"/>
              </w:rPr>
              <w:t>66.8</w:t>
            </w:r>
          </w:p>
        </w:tc>
        <w:tc>
          <w:tcPr>
            <w:tcW w:type="dxa" w:w="730"/>
          </w:tcPr>
          <w:p>
            <w:pPr>
              <w:spacing w:after="0"/>
              <w:jc w:val="right"/>
            </w:pPr>
            <w:r>
              <w:rPr>
                <w:sz w:val="16"/>
              </w:rPr>
              <w:t>68.5</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57.8</w:t>
            </w:r>
          </w:p>
        </w:tc>
        <w:tc>
          <w:tcPr>
            <w:tcW w:type="dxa" w:w="766"/>
          </w:tcPr>
          <w:p>
            <w:pPr>
              <w:spacing w:after="0"/>
              <w:jc w:val="right"/>
            </w:pPr>
            <w:r>
              <w:rPr>
                <w:sz w:val="16"/>
              </w:rPr>
              <w:t>59.3</w:t>
            </w:r>
          </w:p>
        </w:tc>
        <w:tc>
          <w:tcPr>
            <w:tcW w:type="dxa" w:w="730"/>
          </w:tcPr>
          <w:p>
            <w:pPr>
              <w:spacing w:after="0"/>
              <w:jc w:val="right"/>
            </w:pPr>
            <w:r>
              <w:rPr>
                <w:sz w:val="16"/>
              </w:rPr>
              <w:t>60.8</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52.6</w:t>
            </w:r>
          </w:p>
        </w:tc>
        <w:tc>
          <w:tcPr>
            <w:tcW w:type="dxa" w:w="766"/>
          </w:tcPr>
          <w:p>
            <w:pPr>
              <w:spacing w:after="0"/>
              <w:jc w:val="right"/>
            </w:pPr>
            <w:r>
              <w:rPr>
                <w:sz w:val="16"/>
              </w:rPr>
              <w:t>53.3</w:t>
            </w:r>
          </w:p>
        </w:tc>
        <w:tc>
          <w:tcPr>
            <w:tcW w:type="dxa" w:w="730"/>
          </w:tcPr>
          <w:p>
            <w:pPr>
              <w:spacing w:after="0"/>
              <w:jc w:val="right"/>
            </w:pPr>
            <w:r>
              <w:rPr>
                <w:sz w:val="16"/>
              </w:rPr>
              <w:t>53.9</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2 of 2</w:t>
            </w:r>
          </w:p>
        </w:tc>
        <w:tc>
          <w:tcPr>
            <w:tcW w:type="dxa" w:w="1007"/>
          </w:tcPr>
          <w:p>
            <w:pPr>
              <w:spacing w:after="0"/>
              <w:jc w:val="right"/>
            </w:pPr>
            <w:r>
              <w:rPr>
                <w:sz w:val="16"/>
              </w:rPr>
              <w:t>88.3</w:t>
            </w:r>
          </w:p>
        </w:tc>
        <w:tc>
          <w:tcPr>
            <w:tcW w:type="dxa" w:w="766"/>
          </w:tcPr>
          <w:p>
            <w:pPr>
              <w:spacing w:after="0"/>
              <w:jc w:val="right"/>
            </w:pPr>
            <w:r>
              <w:rPr>
                <w:sz w:val="16"/>
              </w:rPr>
              <w:t>89.1</w:t>
            </w:r>
          </w:p>
        </w:tc>
        <w:tc>
          <w:tcPr>
            <w:tcW w:type="dxa" w:w="730"/>
          </w:tcPr>
          <w:p>
            <w:pPr>
              <w:spacing w:after="0"/>
              <w:jc w:val="right"/>
            </w:pPr>
            <w:r>
              <w:rPr>
                <w:sz w:val="16"/>
              </w:rPr>
              <w:t>90.0</w:t>
            </w:r>
          </w:p>
        </w:tc>
        <w:tc>
          <w:tcPr>
            <w:tcW w:type="dxa" w:w="1872"/>
          </w:tcPr>
          <w:p>
            <w:pPr>
              <w:spacing w:after="0"/>
              <w:jc w:val="left"/>
            </w:pPr>
            <w:r>
              <w:rPr>
                <w:sz w:val="16"/>
              </w:rPr>
              <w:t>Relatively High 1, Relatively Moderate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69.7</w:t>
            </w:r>
          </w:p>
        </w:tc>
        <w:tc>
          <w:tcPr>
            <w:tcW w:type="dxa" w:w="766"/>
          </w:tcPr>
          <w:p>
            <w:pPr>
              <w:spacing w:after="0"/>
              <w:jc w:val="right"/>
            </w:pPr>
            <w:r>
              <w:rPr>
                <w:sz w:val="16"/>
              </w:rPr>
              <w:t>72.4</w:t>
            </w:r>
          </w:p>
        </w:tc>
        <w:tc>
          <w:tcPr>
            <w:tcW w:type="dxa" w:w="730"/>
          </w:tcPr>
          <w:p>
            <w:pPr>
              <w:spacing w:after="0"/>
              <w:jc w:val="right"/>
            </w:pPr>
            <w:r>
              <w:rPr>
                <w:sz w:val="16"/>
              </w:rPr>
              <w:t>75.2</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62.4</w:t>
            </w:r>
          </w:p>
        </w:tc>
        <w:tc>
          <w:tcPr>
            <w:tcW w:type="dxa" w:w="766"/>
          </w:tcPr>
          <w:p>
            <w:pPr>
              <w:spacing w:after="0"/>
              <w:jc w:val="right"/>
            </w:pPr>
            <w:r>
              <w:rPr>
                <w:sz w:val="16"/>
              </w:rPr>
              <w:t>68.2</w:t>
            </w:r>
          </w:p>
        </w:tc>
        <w:tc>
          <w:tcPr>
            <w:tcW w:type="dxa" w:w="730"/>
          </w:tcPr>
          <w:p>
            <w:pPr>
              <w:spacing w:after="0"/>
              <w:jc w:val="right"/>
            </w:pPr>
            <w:r>
              <w:rPr>
                <w:sz w:val="16"/>
              </w:rPr>
              <w:t>73.9</w:t>
            </w:r>
          </w:p>
        </w:tc>
        <w:tc>
          <w:tcPr>
            <w:tcW w:type="dxa" w:w="1872"/>
          </w:tcPr>
          <w:p>
            <w:pPr>
              <w:spacing w:after="0"/>
              <w:jc w:val="left"/>
            </w:pPr>
            <w:r>
              <w:rPr>
                <w:sz w:val="16"/>
              </w:rPr>
              <w:t>Relatively Moderate 2</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18.6</w:t>
            </w:r>
          </w:p>
        </w:tc>
        <w:tc>
          <w:tcPr>
            <w:tcW w:type="dxa" w:w="766"/>
          </w:tcPr>
          <w:p>
            <w:pPr>
              <w:spacing w:after="0"/>
              <w:jc w:val="right"/>
            </w:pPr>
            <w:r>
              <w:rPr>
                <w:sz w:val="16"/>
              </w:rPr>
              <w:t>19.0</w:t>
            </w:r>
          </w:p>
        </w:tc>
        <w:tc>
          <w:tcPr>
            <w:tcW w:type="dxa" w:w="730"/>
          </w:tcPr>
          <w:p>
            <w:pPr>
              <w:spacing w:after="0"/>
              <w:jc w:val="right"/>
            </w:pPr>
            <w:r>
              <w:rPr>
                <w:sz w:val="16"/>
              </w:rPr>
              <w:t>19.3</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50.4</w:t>
            </w:r>
          </w:p>
        </w:tc>
        <w:tc>
          <w:tcPr>
            <w:tcW w:type="dxa" w:w="766"/>
          </w:tcPr>
          <w:p>
            <w:pPr>
              <w:spacing w:after="0"/>
              <w:jc w:val="right"/>
            </w:pPr>
            <w:r>
              <w:rPr>
                <w:sz w:val="16"/>
              </w:rPr>
              <w:t>50.6</w:t>
            </w:r>
          </w:p>
        </w:tc>
        <w:tc>
          <w:tcPr>
            <w:tcW w:type="dxa" w:w="730"/>
          </w:tcPr>
          <w:p>
            <w:pPr>
              <w:spacing w:after="0"/>
              <w:jc w:val="right"/>
            </w:pPr>
            <w:r>
              <w:rPr>
                <w:sz w:val="16"/>
              </w:rPr>
              <w:t>50.9</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51.2</w:t>
            </w:r>
          </w:p>
        </w:tc>
        <w:tc>
          <w:tcPr>
            <w:tcW w:type="dxa" w:w="766"/>
          </w:tcPr>
          <w:p>
            <w:pPr>
              <w:spacing w:after="0"/>
              <w:jc w:val="right"/>
            </w:pPr>
            <w:r>
              <w:rPr>
                <w:sz w:val="16"/>
              </w:rPr>
              <w:t>51.4</w:t>
            </w:r>
          </w:p>
        </w:tc>
        <w:tc>
          <w:tcPr>
            <w:tcW w:type="dxa" w:w="730"/>
          </w:tcPr>
          <w:p>
            <w:pPr>
              <w:spacing w:after="0"/>
              <w:jc w:val="right"/>
            </w:pPr>
            <w:r>
              <w:rPr>
                <w:sz w:val="16"/>
              </w:rPr>
              <w:t>51.5</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54.5</w:t>
            </w:r>
          </w:p>
        </w:tc>
        <w:tc>
          <w:tcPr>
            <w:tcW w:type="dxa" w:w="766"/>
          </w:tcPr>
          <w:p>
            <w:pPr>
              <w:spacing w:after="0"/>
              <w:jc w:val="right"/>
            </w:pPr>
            <w:r>
              <w:rPr>
                <w:sz w:val="16"/>
              </w:rPr>
              <w:t>55.5</w:t>
            </w:r>
          </w:p>
        </w:tc>
        <w:tc>
          <w:tcPr>
            <w:tcW w:type="dxa" w:w="730"/>
          </w:tcPr>
          <w:p>
            <w:pPr>
              <w:spacing w:after="0"/>
              <w:jc w:val="right"/>
            </w:pPr>
            <w:r>
              <w:rPr>
                <w:sz w:val="16"/>
              </w:rPr>
              <w:t>56.6</w:t>
            </w:r>
          </w:p>
        </w:tc>
        <w:tc>
          <w:tcPr>
            <w:tcW w:type="dxa" w:w="1872"/>
          </w:tcPr>
          <w:p>
            <w:pPr>
              <w:spacing w:after="0"/>
              <w:jc w:val="left"/>
            </w:pPr>
            <w:r>
              <w:rPr>
                <w:sz w:val="16"/>
              </w:rPr>
              <w:t>Relatively Moderate 2</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47.4</w:t>
            </w:r>
          </w:p>
        </w:tc>
        <w:tc>
          <w:tcPr>
            <w:tcW w:type="dxa" w:w="766"/>
          </w:tcPr>
          <w:p>
            <w:pPr>
              <w:spacing w:after="0"/>
              <w:jc w:val="right"/>
            </w:pPr>
            <w:r>
              <w:rPr>
                <w:sz w:val="16"/>
              </w:rPr>
              <w:t>48.0</w:t>
            </w:r>
          </w:p>
        </w:tc>
        <w:tc>
          <w:tcPr>
            <w:tcW w:type="dxa" w:w="730"/>
          </w:tcPr>
          <w:p>
            <w:pPr>
              <w:spacing w:after="0"/>
              <w:jc w:val="right"/>
            </w:pPr>
            <w:r>
              <w:rPr>
                <w:sz w:val="16"/>
              </w:rPr>
              <w:t>48.6</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83.4</w:t>
            </w:r>
          </w:p>
        </w:tc>
        <w:tc>
          <w:tcPr>
            <w:tcW w:type="dxa" w:w="766"/>
          </w:tcPr>
          <w:p>
            <w:pPr>
              <w:spacing w:after="0"/>
              <w:jc w:val="right"/>
            </w:pPr>
            <w:r>
              <w:rPr>
                <w:sz w:val="16"/>
              </w:rPr>
              <w:t>83.6</w:t>
            </w:r>
          </w:p>
        </w:tc>
        <w:tc>
          <w:tcPr>
            <w:tcW w:type="dxa" w:w="730"/>
          </w:tcPr>
          <w:p>
            <w:pPr>
              <w:spacing w:after="0"/>
              <w:jc w:val="right"/>
            </w:pPr>
            <w:r>
              <w:rPr>
                <w:sz w:val="16"/>
              </w:rPr>
              <w:t>83.8</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6"/>
        <w:gridCol w:w="867"/>
        <w:gridCol w:w="3536"/>
        <w:gridCol w:w="2820"/>
        <w:gridCol w:w="1984"/>
        <w:gridCol w:w="2414"/>
        <w:gridCol w:w="867"/>
      </w:tblGrid>
      <w:tr>
        <w:trPr>
          <w:cantSplit/>
          <w:tblHeader/>
        </w:trPr>
        <w:tc>
          <w:tcPr>
            <w:tcW w:type="dxa" w:w="1626"/>
            <w:shd w:val="clear" w:color="auto" w:fill="E8E8E8"/>
          </w:tcPr>
          <w:p>
            <w:pPr>
              <w:spacing w:after="0"/>
              <w:jc w:val="left"/>
            </w:pPr>
            <w:r>
              <w:rPr>
                <w:b/>
                <w:sz w:val="16"/>
              </w:rPr>
              <w:t>Member</w:t>
            </w:r>
          </w:p>
        </w:tc>
        <w:tc>
          <w:tcPr>
            <w:tcW w:type="dxa" w:w="867"/>
            <w:shd w:val="clear" w:color="auto" w:fill="E8E8E8"/>
          </w:tcPr>
          <w:p>
            <w:pPr>
              <w:spacing w:after="0"/>
              <w:jc w:val="left"/>
            </w:pPr>
            <w:r>
              <w:rPr>
                <w:b/>
                <w:sz w:val="16"/>
              </w:rPr>
              <w:t>Type</w:t>
            </w:r>
          </w:p>
        </w:tc>
        <w:tc>
          <w:tcPr>
            <w:tcW w:type="dxa" w:w="3536"/>
            <w:shd w:val="clear" w:color="auto" w:fill="E8E8E8"/>
          </w:tcPr>
          <w:p>
            <w:pPr>
              <w:spacing w:after="0"/>
              <w:jc w:val="left"/>
            </w:pPr>
            <w:r>
              <w:rPr>
                <w:b/>
                <w:sz w:val="16"/>
              </w:rPr>
              <w:t>Plan status</w:t>
            </w:r>
          </w:p>
        </w:tc>
        <w:tc>
          <w:tcPr>
            <w:tcW w:type="dxa" w:w="28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1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7"/>
            <w:shd w:val="clear" w:color="auto" w:fill="E8E8E8"/>
          </w:tcPr>
          <w:p>
            <w:pPr>
              <w:spacing w:after="0"/>
              <w:jc w:val="left"/>
            </w:pPr>
            <w:r>
              <w:rPr>
                <w:b/>
                <w:sz w:val="16"/>
              </w:rPr>
              <w:t>Notes</w:t>
            </w:r>
          </w:p>
        </w:tc>
      </w:tr>
      <w:tr>
        <w:trPr>
          <w:cantSplit/>
        </w:trPr>
        <w:tc>
          <w:tcPr>
            <w:tcW w:type="dxa" w:w="1626"/>
          </w:tcPr>
          <w:p>
            <w:pPr>
              <w:spacing w:after="0"/>
              <w:jc w:val="left"/>
            </w:pPr>
            <w:r>
              <w:rPr>
                <w:sz w:val="16"/>
              </w:rPr>
              <w:t>Emporia city</w:t>
            </w:r>
          </w:p>
        </w:tc>
        <w:tc>
          <w:tcPr>
            <w:tcW w:type="dxa" w:w="867"/>
          </w:tcPr>
          <w:p>
            <w:pPr>
              <w:spacing w:after="0"/>
              <w:jc w:val="left"/>
            </w:pPr>
            <w:r>
              <w:rPr>
                <w:sz w:val="16"/>
              </w:rPr>
              <w:t>City</w:t>
            </w:r>
          </w:p>
        </w:tc>
        <w:tc>
          <w:tcPr>
            <w:tcW w:type="dxa" w:w="3536"/>
          </w:tcPr>
          <w:p>
            <w:pPr>
              <w:spacing w:after="0"/>
              <w:jc w:val="left"/>
            </w:pPr>
            <w:r>
              <w:rPr>
                <w:sz w:val="16"/>
              </w:rPr>
              <w:t>Approved, expires 2027-08-07</w:t>
            </w:r>
          </w:p>
        </w:tc>
        <w:tc>
          <w:tcPr>
            <w:tcW w:type="dxa" w:w="2820"/>
          </w:tcPr>
          <w:p>
            <w:pPr>
              <w:spacing w:after="0"/>
              <w:jc w:val="right"/>
            </w:pPr>
            <w:r>
              <w:rPr>
                <w:sz w:val="16"/>
              </w:rPr>
              <w:t>FMA RL 0, SRL 0; any 1</w:t>
            </w:r>
          </w:p>
        </w:tc>
        <w:tc>
          <w:tcPr>
            <w:tcW w:type="dxa" w:w="1984"/>
          </w:tcPr>
          <w:p>
            <w:pPr>
              <w:spacing w:after="0"/>
              <w:jc w:val="right"/>
            </w:pPr>
            <w:r>
              <w:rPr>
                <w:sz w:val="16"/>
              </w:rPr>
              <w:t>none found</w:t>
            </w:r>
          </w:p>
        </w:tc>
        <w:tc>
          <w:tcPr>
            <w:tcW w:type="dxa" w:w="2414"/>
          </w:tcPr>
          <w:p>
            <w:pPr>
              <w:spacing w:after="0"/>
              <w:jc w:val="right"/>
            </w:pPr>
            <w:r>
              <w:rPr>
                <w:sz w:val="16"/>
              </w:rPr>
              <w:t>38; 4</w:t>
            </w:r>
          </w:p>
        </w:tc>
        <w:tc>
          <w:tcPr>
            <w:tcW w:type="dxa" w:w="8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50"/>
        <w:gridCol w:w="1037"/>
        <w:gridCol w:w="1126"/>
        <w:gridCol w:w="1201"/>
        <w:gridCol w:w="1079"/>
        <w:gridCol w:w="1285"/>
        <w:gridCol w:w="1148"/>
        <w:gridCol w:w="1294"/>
        <w:gridCol w:w="132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5"/>
            <w:shd w:val="clear" w:color="auto" w:fill="E8E8E8"/>
          </w:tcPr>
          <w:p>
            <w:pPr>
              <w:spacing w:after="0"/>
              <w:jc w:val="right"/>
            </w:pPr>
            <w:r>
              <w:rPr>
                <w:b/>
                <w:sz w:val="16"/>
              </w:rPr>
              <w:t>Storm Events damage since 2022-08-08</w:t>
            </w:r>
          </w:p>
          <w:p>
            <w:pPr>
              <w:spacing w:after="0"/>
              <w:jc w:val="right"/>
            </w:pPr>
            <w:r>
              <w:rPr>
                <w:i/>
                <w:color w:val="555555"/>
                <w:sz w:val="14"/>
              </w:rPr>
              <w:t>county-coded records, property plus crops, nominal dollars</w:t>
            </w:r>
          </w:p>
        </w:tc>
        <w:tc>
          <w:tcPr>
            <w:tcW w:type="dxa" w:w="11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2"/>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79"/>
          </w:tcPr>
          <w:p>
            <w:pPr>
              <w:spacing w:after="0"/>
              <w:jc w:val="right"/>
            </w:pP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79"/>
          </w:tcPr>
          <w:p>
            <w:pPr>
              <w:spacing w:after="0"/>
              <w:jc w:val="right"/>
            </w:pP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$1,642,762,610</w:t>
            </w:r>
          </w:p>
        </w:tc>
        <w:tc>
          <w:tcPr>
            <w:tcW w:type="dxa" w:w="1142"/>
          </w:tcPr>
          <w:p>
            <w:pPr>
              <w:spacing w:after="0"/>
              <w:jc w:val="right"/>
            </w:pPr>
            <w:r>
              <w:rPr>
                <w:sz w:val="16"/>
              </w:rPr>
              <w:t>$0</w:t>
            </w:r>
          </w:p>
        </w:tc>
        <w:tc>
          <w:tcPr>
            <w:tcW w:type="dxa" w:w="1050"/>
          </w:tcPr>
          <w:p>
            <w:pPr>
              <w:spacing w:after="0"/>
              <w:jc w:val="right"/>
            </w:pPr>
            <w:r>
              <w:rPr>
                <w:sz w:val="16"/>
              </w:rPr>
              <w:t>5,749</w:t>
            </w:r>
          </w:p>
        </w:tc>
        <w:tc>
          <w:tcPr>
            <w:tcW w:type="dxa" w:w="1037"/>
          </w:tcPr>
          <w:p>
            <w:pPr>
              <w:spacing w:after="0"/>
              <w:jc w:val="right"/>
            </w:pPr>
            <w:r>
              <w:rPr>
                <w:sz w:val="16"/>
              </w:rPr>
              <w:t>$545</w:t>
            </w:r>
          </w:p>
        </w:tc>
        <w:tc>
          <w:tcPr>
            <w:tcW w:type="dxa" w:w="1126"/>
          </w:tcPr>
          <w:p>
            <w:pPr>
              <w:spacing w:after="0"/>
              <w:jc w:val="right"/>
            </w:pPr>
            <w:r>
              <w:rPr>
                <w:sz w:val="16"/>
              </w:rPr>
              <w:t>$0</w:t>
            </w:r>
          </w:p>
        </w:tc>
        <w:tc>
          <w:tcPr>
            <w:tcW w:type="dxa" w:w="1201"/>
          </w:tcPr>
          <w:p>
            <w:pPr>
              <w:spacing w:after="0"/>
              <w:jc w:val="right"/>
            </w:pPr>
            <w:r>
              <w:rPr>
                <w:sz w:val="16"/>
              </w:rPr>
              <w:t>$53,907</w:t>
            </w:r>
          </w:p>
        </w:tc>
        <w:tc>
          <w:tcPr>
            <w:tcW w:type="dxa" w:w="1079"/>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1"/>
          </w:tcPr>
          <w:p>
            <w:pPr>
              <w:spacing w:after="0"/>
              <w:jc w:val="right"/>
            </w:pPr>
          </w:p>
        </w:tc>
        <w:tc>
          <w:tcPr>
            <w:tcW w:type="dxa" w:w="1079"/>
          </w:tcPr>
          <w:p>
            <w:pPr>
              <w:spacing w:after="0"/>
              <w:jc w:val="right"/>
            </w:pP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$3,094,765,056</w:t>
            </w:r>
          </w:p>
        </w:tc>
        <w:tc>
          <w:tcPr>
            <w:tcW w:type="dxa" w:w="1142"/>
          </w:tcPr>
          <w:p>
            <w:pPr>
              <w:spacing w:after="0"/>
              <w:jc w:val="right"/>
            </w:pPr>
          </w:p>
        </w:tc>
        <w:tc>
          <w:tcPr>
            <w:tcW w:type="dxa" w:w="1050"/>
          </w:tcPr>
          <w:p>
            <w:pPr>
              <w:spacing w:after="0"/>
              <w:jc w:val="right"/>
            </w:pPr>
            <w:r>
              <w:rPr>
                <w:sz w:val="16"/>
              </w:rPr>
              <w:t>5,766</w:t>
            </w:r>
          </w:p>
        </w:tc>
        <w:tc>
          <w:tcPr>
            <w:tcW w:type="dxa" w:w="1037"/>
          </w:tcPr>
          <w:p>
            <w:pPr>
              <w:spacing w:after="0"/>
              <w:jc w:val="right"/>
            </w:pPr>
            <w:r>
              <w:rPr>
                <w:sz w:val="16"/>
              </w:rPr>
              <w:t>$82,010</w:t>
            </w:r>
          </w:p>
        </w:tc>
        <w:tc>
          <w:tcPr>
            <w:tcW w:type="dxa" w:w="1126"/>
          </w:tcPr>
          <w:p>
            <w:pPr>
              <w:spacing w:after="0"/>
              <w:jc w:val="right"/>
            </w:pPr>
          </w:p>
        </w:tc>
        <w:tc>
          <w:tcPr>
            <w:tcW w:type="dxa" w:w="1201"/>
          </w:tcPr>
          <w:p>
            <w:pPr>
              <w:spacing w:after="0"/>
              <w:jc w:val="right"/>
            </w:pPr>
            <w:r>
              <w:rPr>
                <w:sz w:val="16"/>
              </w:rPr>
              <w:t>$30,485</w:t>
            </w:r>
          </w:p>
        </w:tc>
        <w:tc>
          <w:tcPr>
            <w:tcW w:type="dxa" w:w="1079"/>
          </w:tcPr>
          <w:p>
            <w:pPr>
              <w:spacing w:after="0"/>
              <w:jc w:val="right"/>
            </w:pPr>
            <w:r>
              <w:rPr>
                <w:sz w:val="16"/>
              </w:rPr>
              <w:t>0.00265%</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$1,642,762,610</w:t>
            </w:r>
          </w:p>
        </w:tc>
        <w:tc>
          <w:tcPr>
            <w:tcW w:type="dxa" w:w="1142"/>
          </w:tcPr>
          <w:p>
            <w:pPr>
              <w:spacing w:after="0"/>
              <w:jc w:val="right"/>
            </w:pPr>
            <w:r>
              <w:rPr>
                <w:sz w:val="16"/>
              </w:rPr>
              <w:t>$0</w:t>
            </w:r>
          </w:p>
        </w:tc>
        <w:tc>
          <w:tcPr>
            <w:tcW w:type="dxa" w:w="1050"/>
          </w:tcPr>
          <w:p>
            <w:pPr>
              <w:spacing w:after="0"/>
              <w:jc w:val="right"/>
            </w:pPr>
            <w:r>
              <w:rPr>
                <w:sz w:val="16"/>
              </w:rPr>
              <w:t>5,749</w:t>
            </w:r>
          </w:p>
        </w:tc>
        <w:tc>
          <w:tcPr>
            <w:tcW w:type="dxa" w:w="1037"/>
          </w:tcPr>
          <w:p>
            <w:pPr>
              <w:spacing w:after="0"/>
              <w:jc w:val="right"/>
            </w:pPr>
            <w:r>
              <w:rPr>
                <w:sz w:val="16"/>
              </w:rPr>
              <w:t>$14,646</w:t>
            </w:r>
          </w:p>
        </w:tc>
        <w:tc>
          <w:tcPr>
            <w:tcW w:type="dxa" w:w="1126"/>
          </w:tcPr>
          <w:p>
            <w:pPr>
              <w:spacing w:after="0"/>
              <w:jc w:val="right"/>
            </w:pPr>
            <w:r>
              <w:rPr>
                <w:sz w:val="16"/>
              </w:rPr>
              <w:t>$0</w:t>
            </w:r>
          </w:p>
        </w:tc>
        <w:tc>
          <w:tcPr>
            <w:tcW w:type="dxa" w:w="1201"/>
          </w:tcPr>
          <w:p>
            <w:pPr>
              <w:spacing w:after="0"/>
              <w:jc w:val="right"/>
            </w:pPr>
            <w:r>
              <w:rPr>
                <w:sz w:val="16"/>
              </w:rPr>
              <w:t>$5,212</w:t>
            </w:r>
          </w:p>
        </w:tc>
        <w:tc>
          <w:tcPr>
            <w:tcW w:type="dxa" w:w="1079"/>
          </w:tcPr>
          <w:p>
            <w:pPr>
              <w:spacing w:after="0"/>
              <w:jc w:val="right"/>
            </w:pPr>
            <w:r>
              <w:rPr>
                <w:sz w:val="16"/>
              </w:rPr>
              <w:t>0.000892%</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$1,642,762,610</w:t>
            </w:r>
          </w:p>
        </w:tc>
        <w:tc>
          <w:tcPr>
            <w:tcW w:type="dxa" w:w="1142"/>
          </w:tcPr>
          <w:p>
            <w:pPr>
              <w:spacing w:after="0"/>
              <w:jc w:val="right"/>
            </w:pPr>
            <w:r>
              <w:rPr>
                <w:sz w:val="16"/>
              </w:rPr>
              <w:t>$0</w:t>
            </w:r>
          </w:p>
        </w:tc>
        <w:tc>
          <w:tcPr>
            <w:tcW w:type="dxa" w:w="1050"/>
          </w:tcPr>
          <w:p>
            <w:pPr>
              <w:spacing w:after="0"/>
              <w:jc w:val="right"/>
            </w:pPr>
            <w:r>
              <w:rPr>
                <w:sz w:val="16"/>
              </w:rPr>
              <w:t>5,749</w:t>
            </w:r>
          </w:p>
        </w:tc>
        <w:tc>
          <w:tcPr>
            <w:tcW w:type="dxa" w:w="1037"/>
          </w:tcPr>
          <w:p>
            <w:pPr>
              <w:spacing w:after="0"/>
              <w:jc w:val="right"/>
            </w:pPr>
            <w:r>
              <w:rPr>
                <w:sz w:val="16"/>
              </w:rPr>
              <w:t>$7</w:t>
            </w:r>
          </w:p>
        </w:tc>
        <w:tc>
          <w:tcPr>
            <w:tcW w:type="dxa" w:w="1126"/>
          </w:tcPr>
          <w:p>
            <w:pPr>
              <w:spacing w:after="0"/>
              <w:jc w:val="right"/>
            </w:pPr>
            <w:r>
              <w:rPr>
                <w:sz w:val="16"/>
              </w:rPr>
              <w:t>$0</w:t>
            </w:r>
          </w:p>
        </w:tc>
        <w:tc>
          <w:tcPr>
            <w:tcW w:type="dxa" w:w="1201"/>
          </w:tcPr>
          <w:p>
            <w:pPr>
              <w:spacing w:after="0"/>
              <w:jc w:val="right"/>
            </w:pPr>
            <w:r>
              <w:rPr>
                <w:sz w:val="16"/>
              </w:rPr>
              <w:t>$71,536</w:t>
            </w:r>
          </w:p>
        </w:tc>
        <w:tc>
          <w:tcPr>
            <w:tcW w:type="dxa" w:w="1079"/>
          </w:tcPr>
          <w:p>
            <w:pPr>
              <w:spacing w:after="0"/>
              <w:jc w:val="right"/>
            </w:pPr>
            <w:r>
              <w:rPr>
                <w:sz w:val="16"/>
              </w:rPr>
              <w:t>under 0.0001%</w:t>
            </w:r>
          </w:p>
        </w:tc>
        <w:tc>
          <w:tcPr>
            <w:tcW w:type="dxa" w:w="1285"/>
          </w:tcPr>
          <w:p>
            <w:pPr>
              <w:spacing w:after="0"/>
              <w:jc w:val="right"/>
            </w:pPr>
          </w:p>
        </w:tc>
        <w:tc>
          <w:tcPr>
            <w:tcW w:type="dxa" w:w="1148"/>
          </w:tcPr>
          <w:p>
            <w:pPr>
              <w:spacing w:after="0"/>
              <w:jc w:val="right"/>
            </w:pPr>
            <w:r>
              <w:rPr>
                <w:sz w:val="16"/>
              </w:rPr>
              <w:t>$0</w:t>
            </w: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$1,642,762,610</w:t>
            </w:r>
          </w:p>
        </w:tc>
        <w:tc>
          <w:tcPr>
            <w:tcW w:type="dxa" w:w="1142"/>
          </w:tcPr>
          <w:p>
            <w:pPr>
              <w:spacing w:after="0"/>
              <w:jc w:val="right"/>
            </w:pPr>
            <w:r>
              <w:rPr>
                <w:sz w:val="16"/>
              </w:rPr>
              <w:t>$0</w:t>
            </w:r>
          </w:p>
        </w:tc>
        <w:tc>
          <w:tcPr>
            <w:tcW w:type="dxa" w:w="1050"/>
          </w:tcPr>
          <w:p>
            <w:pPr>
              <w:spacing w:after="0"/>
              <w:jc w:val="right"/>
            </w:pPr>
            <w:r>
              <w:rPr>
                <w:sz w:val="16"/>
              </w:rPr>
              <w:t>5,749</w:t>
            </w:r>
          </w:p>
        </w:tc>
        <w:tc>
          <w:tcPr>
            <w:tcW w:type="dxa" w:w="1037"/>
          </w:tcPr>
          <w:p>
            <w:pPr>
              <w:spacing w:after="0"/>
              <w:jc w:val="right"/>
            </w:pPr>
            <w:r>
              <w:rPr>
                <w:sz w:val="16"/>
              </w:rPr>
              <w:t>$719,010</w:t>
            </w:r>
          </w:p>
        </w:tc>
        <w:tc>
          <w:tcPr>
            <w:tcW w:type="dxa" w:w="1126"/>
          </w:tcPr>
          <w:p>
            <w:pPr>
              <w:spacing w:after="0"/>
              <w:jc w:val="right"/>
            </w:pPr>
            <w:r>
              <w:rPr>
                <w:sz w:val="16"/>
              </w:rPr>
              <w:t>$0</w:t>
            </w:r>
          </w:p>
        </w:tc>
        <w:tc>
          <w:tcPr>
            <w:tcW w:type="dxa" w:w="1201"/>
          </w:tcPr>
          <w:p>
            <w:pPr>
              <w:spacing w:after="0"/>
              <w:jc w:val="right"/>
            </w:pPr>
            <w:r>
              <w:rPr>
                <w:sz w:val="16"/>
              </w:rPr>
              <w:t>$15,264</w:t>
            </w:r>
          </w:p>
        </w:tc>
        <w:tc>
          <w:tcPr>
            <w:tcW w:type="dxa" w:w="1079"/>
          </w:tcPr>
          <w:p>
            <w:pPr>
              <w:spacing w:after="0"/>
              <w:jc w:val="right"/>
            </w:pPr>
            <w:r>
              <w:rPr>
                <w:sz w:val="16"/>
              </w:rPr>
              <w:t>0.0438%</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$1,642,762,610</w:t>
            </w:r>
          </w:p>
        </w:tc>
        <w:tc>
          <w:tcPr>
            <w:tcW w:type="dxa" w:w="1142"/>
          </w:tcPr>
          <w:p>
            <w:pPr>
              <w:spacing w:after="0"/>
              <w:jc w:val="right"/>
            </w:pPr>
          </w:p>
        </w:tc>
        <w:tc>
          <w:tcPr>
            <w:tcW w:type="dxa" w:w="1050"/>
          </w:tcPr>
          <w:p>
            <w:pPr>
              <w:spacing w:after="0"/>
              <w:jc w:val="right"/>
            </w:pPr>
            <w:r>
              <w:rPr>
                <w:sz w:val="16"/>
              </w:rPr>
              <w:t>5,749</w:t>
            </w:r>
          </w:p>
        </w:tc>
        <w:tc>
          <w:tcPr>
            <w:tcW w:type="dxa" w:w="1037"/>
          </w:tcPr>
          <w:p>
            <w:pPr>
              <w:spacing w:after="0"/>
              <w:jc w:val="right"/>
            </w:pPr>
            <w:r>
              <w:rPr>
                <w:sz w:val="16"/>
              </w:rPr>
              <w:t>$19,352</w:t>
            </w:r>
          </w:p>
        </w:tc>
        <w:tc>
          <w:tcPr>
            <w:tcW w:type="dxa" w:w="1126"/>
          </w:tcPr>
          <w:p>
            <w:pPr>
              <w:spacing w:after="0"/>
              <w:jc w:val="right"/>
            </w:pPr>
          </w:p>
        </w:tc>
        <w:tc>
          <w:tcPr>
            <w:tcW w:type="dxa" w:w="1201"/>
          </w:tcPr>
          <w:p>
            <w:pPr>
              <w:spacing w:after="0"/>
              <w:jc w:val="right"/>
            </w:pPr>
            <w:r>
              <w:rPr>
                <w:sz w:val="16"/>
              </w:rPr>
              <w:t>$44</w:t>
            </w:r>
          </w:p>
        </w:tc>
        <w:tc>
          <w:tcPr>
            <w:tcW w:type="dxa" w:w="1079"/>
          </w:tcPr>
          <w:p>
            <w:pPr>
              <w:spacing w:after="0"/>
              <w:jc w:val="right"/>
            </w:pPr>
            <w:r>
              <w:rPr>
                <w:sz w:val="16"/>
              </w:rPr>
              <w:t>0.00118%</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$1,641,532,558</w:t>
            </w:r>
          </w:p>
        </w:tc>
        <w:tc>
          <w:tcPr>
            <w:tcW w:type="dxa" w:w="1142"/>
          </w:tcPr>
          <w:p>
            <w:pPr>
              <w:spacing w:after="0"/>
              <w:jc w:val="right"/>
            </w:pPr>
            <w:r>
              <w:rPr>
                <w:sz w:val="16"/>
              </w:rPr>
              <w:t>$0</w:t>
            </w:r>
          </w:p>
        </w:tc>
        <w:tc>
          <w:tcPr>
            <w:tcW w:type="dxa" w:w="1050"/>
          </w:tcPr>
          <w:p>
            <w:pPr>
              <w:spacing w:after="0"/>
              <w:jc w:val="right"/>
            </w:pPr>
            <w:r>
              <w:rPr>
                <w:sz w:val="16"/>
              </w:rPr>
              <w:t>354</w:t>
            </w:r>
          </w:p>
        </w:tc>
        <w:tc>
          <w:tcPr>
            <w:tcW w:type="dxa" w:w="1037"/>
          </w:tcPr>
          <w:p>
            <w:pPr>
              <w:spacing w:after="0"/>
              <w:jc w:val="right"/>
            </w:pPr>
            <w:r>
              <w:rPr>
                <w:sz w:val="16"/>
              </w:rPr>
              <w:t>$1,422,433</w:t>
            </w:r>
          </w:p>
        </w:tc>
        <w:tc>
          <w:tcPr>
            <w:tcW w:type="dxa" w:w="1126"/>
          </w:tcPr>
          <w:p>
            <w:pPr>
              <w:spacing w:after="0"/>
              <w:jc w:val="right"/>
            </w:pPr>
            <w:r>
              <w:rPr>
                <w:sz w:val="16"/>
              </w:rPr>
              <w:t>$0</w:t>
            </w:r>
          </w:p>
        </w:tc>
        <w:tc>
          <w:tcPr>
            <w:tcW w:type="dxa" w:w="1201"/>
          </w:tcPr>
          <w:p>
            <w:pPr>
              <w:spacing w:after="0"/>
              <w:jc w:val="right"/>
            </w:pPr>
            <w:r>
              <w:rPr>
                <w:sz w:val="16"/>
              </w:rPr>
              <w:t>$4,179</w:t>
            </w:r>
          </w:p>
        </w:tc>
        <w:tc>
          <w:tcPr>
            <w:tcW w:type="dxa" w:w="1079"/>
          </w:tcPr>
          <w:p>
            <w:pPr>
              <w:spacing w:after="0"/>
              <w:jc w:val="right"/>
            </w:pPr>
            <w:r>
              <w:rPr>
                <w:sz w:val="16"/>
              </w:rPr>
              <w:t>n/a (see note)</w:t>
            </w:r>
          </w:p>
        </w:tc>
        <w:tc>
          <w:tcPr>
            <w:tcW w:type="dxa" w:w="1285"/>
          </w:tcPr>
          <w:p>
            <w:pPr>
              <w:spacing w:after="0"/>
              <w:jc w:val="right"/>
            </w:pPr>
            <w:r>
              <w:rPr>
                <w:sz w:val="16"/>
              </w:rPr>
              <w:t>$0</w:t>
            </w:r>
          </w:p>
        </w:tc>
        <w:tc>
          <w:tcPr>
            <w:tcW w:type="dxa" w:w="1148"/>
          </w:tcPr>
          <w:p>
            <w:pPr>
              <w:spacing w:after="0"/>
              <w:jc w:val="right"/>
            </w:pPr>
          </w:p>
        </w:tc>
        <w:tc>
          <w:tcPr>
            <w:tcW w:type="dxa" w:w="1294"/>
          </w:tcPr>
          <w:p>
            <w:pPr>
              <w:spacing w:after="0"/>
              <w:jc w:val="right"/>
            </w:pPr>
          </w:p>
        </w:tc>
        <w:tc>
          <w:tcPr>
            <w:tcW w:type="dxa" w:w="132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$4,742,066</w:t>
            </w:r>
          </w:p>
        </w:tc>
        <w:tc>
          <w:tcPr>
            <w:tcW w:type="dxa" w:w="1142"/>
          </w:tcPr>
          <w:p>
            <w:pPr>
              <w:spacing w:after="0"/>
              <w:jc w:val="right"/>
            </w:pPr>
          </w:p>
        </w:tc>
        <w:tc>
          <w:tcPr>
            <w:tcW w:type="dxa" w:w="1050"/>
          </w:tcPr>
          <w:p>
            <w:pPr>
              <w:spacing w:after="0"/>
              <w:jc w:val="right"/>
            </w:pPr>
            <w:r>
              <w:rPr>
                <w:sz w:val="16"/>
              </w:rPr>
              <w:t>18</w:t>
            </w:r>
          </w:p>
        </w:tc>
        <w:tc>
          <w:tcPr>
            <w:tcW w:type="dxa" w:w="1037"/>
          </w:tcPr>
          <w:p>
            <w:pPr>
              <w:spacing w:after="0"/>
              <w:jc w:val="right"/>
            </w:pPr>
            <w:r>
              <w:rPr>
                <w:sz w:val="16"/>
              </w:rPr>
              <w:t>under $1</w:t>
            </w:r>
          </w:p>
        </w:tc>
        <w:tc>
          <w:tcPr>
            <w:tcW w:type="dxa" w:w="1126"/>
          </w:tcPr>
          <w:p>
            <w:pPr>
              <w:spacing w:after="0"/>
              <w:jc w:val="right"/>
            </w:pPr>
          </w:p>
        </w:tc>
        <w:tc>
          <w:tcPr>
            <w:tcW w:type="dxa" w:w="1201"/>
          </w:tcPr>
          <w:p>
            <w:pPr>
              <w:spacing w:after="0"/>
              <w:jc w:val="right"/>
            </w:pPr>
            <w:r>
              <w:rPr>
                <w:sz w:val="16"/>
              </w:rPr>
              <w:t>under $1</w:t>
            </w:r>
          </w:p>
        </w:tc>
        <w:tc>
          <w:tcPr>
            <w:tcW w:type="dxa" w:w="1079"/>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$1,642,762,610</w:t>
            </w:r>
          </w:p>
        </w:tc>
        <w:tc>
          <w:tcPr>
            <w:tcW w:type="dxa" w:w="1142"/>
          </w:tcPr>
          <w:p>
            <w:pPr>
              <w:spacing w:after="0"/>
              <w:jc w:val="right"/>
            </w:pPr>
          </w:p>
        </w:tc>
        <w:tc>
          <w:tcPr>
            <w:tcW w:type="dxa" w:w="1050"/>
          </w:tcPr>
          <w:p>
            <w:pPr>
              <w:spacing w:after="0"/>
              <w:jc w:val="right"/>
            </w:pPr>
            <w:r>
              <w:rPr>
                <w:sz w:val="16"/>
              </w:rPr>
              <w:t>5,749</w:t>
            </w:r>
          </w:p>
        </w:tc>
        <w:tc>
          <w:tcPr>
            <w:tcW w:type="dxa" w:w="1037"/>
          </w:tcPr>
          <w:p>
            <w:pPr>
              <w:spacing w:after="0"/>
              <w:jc w:val="right"/>
            </w:pPr>
            <w:r>
              <w:rPr>
                <w:sz w:val="16"/>
              </w:rPr>
              <w:t>$1,379</w:t>
            </w:r>
          </w:p>
        </w:tc>
        <w:tc>
          <w:tcPr>
            <w:tcW w:type="dxa" w:w="1126"/>
          </w:tcPr>
          <w:p>
            <w:pPr>
              <w:spacing w:after="0"/>
              <w:jc w:val="right"/>
            </w:pPr>
          </w:p>
        </w:tc>
        <w:tc>
          <w:tcPr>
            <w:tcW w:type="dxa" w:w="1201"/>
          </w:tcPr>
          <w:p>
            <w:pPr>
              <w:spacing w:after="0"/>
              <w:jc w:val="right"/>
            </w:pPr>
            <w:r>
              <w:rPr>
                <w:sz w:val="16"/>
              </w:rPr>
              <w:t>$18,619</w:t>
            </w:r>
          </w:p>
        </w:tc>
        <w:tc>
          <w:tcPr>
            <w:tcW w:type="dxa" w:w="1079"/>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$1,642,762,610</w:t>
            </w:r>
          </w:p>
        </w:tc>
        <w:tc>
          <w:tcPr>
            <w:tcW w:type="dxa" w:w="1142"/>
          </w:tcPr>
          <w:p>
            <w:pPr>
              <w:spacing w:after="0"/>
              <w:jc w:val="right"/>
            </w:pPr>
            <w:r>
              <w:rPr>
                <w:sz w:val="16"/>
              </w:rPr>
              <w:t>$0</w:t>
            </w:r>
          </w:p>
        </w:tc>
        <w:tc>
          <w:tcPr>
            <w:tcW w:type="dxa" w:w="1050"/>
          </w:tcPr>
          <w:p>
            <w:pPr>
              <w:spacing w:after="0"/>
              <w:jc w:val="right"/>
            </w:pPr>
            <w:r>
              <w:rPr>
                <w:sz w:val="16"/>
              </w:rPr>
              <w:t>5,749</w:t>
            </w:r>
          </w:p>
        </w:tc>
        <w:tc>
          <w:tcPr>
            <w:tcW w:type="dxa" w:w="1037"/>
          </w:tcPr>
          <w:p>
            <w:pPr>
              <w:spacing w:after="0"/>
              <w:jc w:val="right"/>
            </w:pPr>
            <w:r>
              <w:rPr>
                <w:sz w:val="16"/>
              </w:rPr>
              <w:t>$5,170</w:t>
            </w:r>
          </w:p>
        </w:tc>
        <w:tc>
          <w:tcPr>
            <w:tcW w:type="dxa" w:w="1126"/>
          </w:tcPr>
          <w:p>
            <w:pPr>
              <w:spacing w:after="0"/>
              <w:jc w:val="right"/>
            </w:pPr>
            <w:r>
              <w:rPr>
                <w:sz w:val="16"/>
              </w:rPr>
              <w:t>$0</w:t>
            </w:r>
          </w:p>
        </w:tc>
        <w:tc>
          <w:tcPr>
            <w:tcW w:type="dxa" w:w="1201"/>
          </w:tcPr>
          <w:p>
            <w:pPr>
              <w:spacing w:after="0"/>
              <w:jc w:val="right"/>
            </w:pPr>
            <w:r>
              <w:rPr>
                <w:sz w:val="16"/>
              </w:rPr>
              <w:t>$24,644</w:t>
            </w:r>
          </w:p>
        </w:tc>
        <w:tc>
          <w:tcPr>
            <w:tcW w:type="dxa" w:w="1079"/>
          </w:tcPr>
          <w:p>
            <w:pPr>
              <w:spacing w:after="0"/>
              <w:jc w:val="right"/>
            </w:pPr>
            <w:r>
              <w:rPr>
                <w:sz w:val="16"/>
              </w:rPr>
              <w:t>0.000315%</w:t>
            </w:r>
          </w:p>
        </w:tc>
        <w:tc>
          <w:tcPr>
            <w:tcW w:type="dxa" w:w="1285"/>
          </w:tcPr>
          <w:p>
            <w:pPr>
              <w:spacing w:after="0"/>
              <w:jc w:val="right"/>
            </w:pPr>
            <w:r>
              <w:rPr>
                <w:sz w:val="16"/>
              </w:rPr>
              <w:t>$12,000</w:t>
            </w: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$1,642,762,610</w:t>
            </w:r>
          </w:p>
        </w:tc>
        <w:tc>
          <w:tcPr>
            <w:tcW w:type="dxa" w:w="1142"/>
          </w:tcPr>
          <w:p>
            <w:pPr>
              <w:spacing w:after="0"/>
              <w:jc w:val="right"/>
            </w:pPr>
            <w:r>
              <w:rPr>
                <w:sz w:val="16"/>
              </w:rPr>
              <w:t>$0</w:t>
            </w:r>
          </w:p>
        </w:tc>
        <w:tc>
          <w:tcPr>
            <w:tcW w:type="dxa" w:w="1050"/>
          </w:tcPr>
          <w:p>
            <w:pPr>
              <w:spacing w:after="0"/>
              <w:jc w:val="right"/>
            </w:pPr>
            <w:r>
              <w:rPr>
                <w:sz w:val="16"/>
              </w:rPr>
              <w:t>5,749</w:t>
            </w:r>
          </w:p>
        </w:tc>
        <w:tc>
          <w:tcPr>
            <w:tcW w:type="dxa" w:w="1037"/>
          </w:tcPr>
          <w:p>
            <w:pPr>
              <w:spacing w:after="0"/>
              <w:jc w:val="right"/>
            </w:pPr>
            <w:r>
              <w:rPr>
                <w:sz w:val="16"/>
              </w:rPr>
              <w:t>$77,694</w:t>
            </w:r>
          </w:p>
        </w:tc>
        <w:tc>
          <w:tcPr>
            <w:tcW w:type="dxa" w:w="1126"/>
          </w:tcPr>
          <w:p>
            <w:pPr>
              <w:spacing w:after="0"/>
              <w:jc w:val="right"/>
            </w:pPr>
            <w:r>
              <w:rPr>
                <w:sz w:val="16"/>
              </w:rPr>
              <w:t>$0</w:t>
            </w:r>
          </w:p>
        </w:tc>
        <w:tc>
          <w:tcPr>
            <w:tcW w:type="dxa" w:w="1201"/>
          </w:tcPr>
          <w:p>
            <w:pPr>
              <w:spacing w:after="0"/>
              <w:jc w:val="right"/>
            </w:pPr>
            <w:r>
              <w:rPr>
                <w:sz w:val="16"/>
              </w:rPr>
              <w:t>$64,492</w:t>
            </w:r>
          </w:p>
        </w:tc>
        <w:tc>
          <w:tcPr>
            <w:tcW w:type="dxa" w:w="1079"/>
          </w:tcPr>
          <w:p>
            <w:pPr>
              <w:spacing w:after="0"/>
              <w:jc w:val="right"/>
            </w:pPr>
            <w:r>
              <w:rPr>
                <w:sz w:val="16"/>
              </w:rPr>
              <w:t>0.00473%</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79"/>
          </w:tcPr>
          <w:p>
            <w:pPr>
              <w:spacing w:after="0"/>
              <w:jc w:val="right"/>
            </w:pP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79"/>
          </w:tcPr>
          <w:p>
            <w:pPr>
              <w:spacing w:after="0"/>
              <w:jc w:val="right"/>
            </w:pP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$210,315,280</w:t>
            </w:r>
          </w:p>
        </w:tc>
        <w:tc>
          <w:tcPr>
            <w:tcW w:type="dxa" w:w="1142"/>
          </w:tcPr>
          <w:p>
            <w:pPr>
              <w:spacing w:after="0"/>
              <w:jc w:val="right"/>
            </w:pPr>
            <w:r>
              <w:rPr>
                <w:sz w:val="16"/>
              </w:rPr>
              <w:t>$0</w:t>
            </w:r>
          </w:p>
        </w:tc>
        <w:tc>
          <w:tcPr>
            <w:tcW w:type="dxa" w:w="1050"/>
          </w:tcPr>
          <w:p>
            <w:pPr>
              <w:spacing w:after="0"/>
              <w:jc w:val="right"/>
            </w:pPr>
            <w:r>
              <w:rPr>
                <w:sz w:val="16"/>
              </w:rPr>
              <w:t>878</w:t>
            </w:r>
          </w:p>
        </w:tc>
        <w:tc>
          <w:tcPr>
            <w:tcW w:type="dxa" w:w="1037"/>
          </w:tcPr>
          <w:p>
            <w:pPr>
              <w:spacing w:after="0"/>
              <w:jc w:val="right"/>
            </w:pPr>
            <w:r>
              <w:rPr>
                <w:sz w:val="16"/>
              </w:rPr>
              <w:t>$285</w:t>
            </w:r>
          </w:p>
        </w:tc>
        <w:tc>
          <w:tcPr>
            <w:tcW w:type="dxa" w:w="1126"/>
          </w:tcPr>
          <w:p>
            <w:pPr>
              <w:spacing w:after="0"/>
              <w:jc w:val="right"/>
            </w:pPr>
            <w:r>
              <w:rPr>
                <w:sz w:val="16"/>
              </w:rPr>
              <w:t>$0</w:t>
            </w:r>
          </w:p>
        </w:tc>
        <w:tc>
          <w:tcPr>
            <w:tcW w:type="dxa" w:w="1201"/>
          </w:tcPr>
          <w:p>
            <w:pPr>
              <w:spacing w:after="0"/>
              <w:jc w:val="right"/>
            </w:pPr>
            <w:r>
              <w:rPr>
                <w:sz w:val="16"/>
              </w:rPr>
              <w:t>$48</w:t>
            </w:r>
          </w:p>
        </w:tc>
        <w:tc>
          <w:tcPr>
            <w:tcW w:type="dxa" w:w="1079"/>
          </w:tcPr>
          <w:p>
            <w:pPr>
              <w:spacing w:after="0"/>
              <w:jc w:val="right"/>
            </w:pPr>
            <w:r>
              <w:rPr>
                <w:sz w:val="16"/>
              </w:rPr>
              <w:t>0.000135%</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$1,642,762,610</w:t>
            </w:r>
          </w:p>
        </w:tc>
        <w:tc>
          <w:tcPr>
            <w:tcW w:type="dxa" w:w="1142"/>
          </w:tcPr>
          <w:p>
            <w:pPr>
              <w:spacing w:after="0"/>
              <w:jc w:val="right"/>
            </w:pPr>
            <w:r>
              <w:rPr>
                <w:sz w:val="16"/>
              </w:rPr>
              <w:t>$0</w:t>
            </w:r>
          </w:p>
        </w:tc>
        <w:tc>
          <w:tcPr>
            <w:tcW w:type="dxa" w:w="1050"/>
          </w:tcPr>
          <w:p>
            <w:pPr>
              <w:spacing w:after="0"/>
              <w:jc w:val="right"/>
            </w:pPr>
            <w:r>
              <w:rPr>
                <w:sz w:val="16"/>
              </w:rPr>
              <w:t>5,749</w:t>
            </w:r>
          </w:p>
        </w:tc>
        <w:tc>
          <w:tcPr>
            <w:tcW w:type="dxa" w:w="1037"/>
          </w:tcPr>
          <w:p>
            <w:pPr>
              <w:spacing w:after="0"/>
              <w:jc w:val="right"/>
            </w:pPr>
            <w:r>
              <w:rPr>
                <w:sz w:val="16"/>
              </w:rPr>
              <w:t>$1,301</w:t>
            </w:r>
          </w:p>
        </w:tc>
        <w:tc>
          <w:tcPr>
            <w:tcW w:type="dxa" w:w="1126"/>
          </w:tcPr>
          <w:p>
            <w:pPr>
              <w:spacing w:after="0"/>
              <w:jc w:val="right"/>
            </w:pPr>
            <w:r>
              <w:rPr>
                <w:sz w:val="16"/>
              </w:rPr>
              <w:t>$0</w:t>
            </w:r>
          </w:p>
        </w:tc>
        <w:tc>
          <w:tcPr>
            <w:tcW w:type="dxa" w:w="1201"/>
          </w:tcPr>
          <w:p>
            <w:pPr>
              <w:spacing w:after="0"/>
              <w:jc w:val="right"/>
            </w:pPr>
            <w:r>
              <w:rPr>
                <w:sz w:val="16"/>
              </w:rPr>
              <w:t>$17,305</w:t>
            </w:r>
          </w:p>
        </w:tc>
        <w:tc>
          <w:tcPr>
            <w:tcW w:type="dxa" w:w="1079"/>
          </w:tcPr>
          <w:p>
            <w:pPr>
              <w:spacing w:after="0"/>
              <w:jc w:val="right"/>
            </w:pPr>
            <w:r>
              <w:rPr>
                <w:sz w:val="16"/>
              </w:rPr>
              <w:t>under 0.0001%</w:t>
            </w:r>
          </w:p>
        </w:tc>
        <w:tc>
          <w:tcPr>
            <w:tcW w:type="dxa" w:w="1285"/>
          </w:tcPr>
          <w:p>
            <w:pPr>
              <w:spacing w:after="0"/>
              <w:jc w:val="right"/>
            </w:pPr>
          </w:p>
        </w:tc>
        <w:tc>
          <w:tcPr>
            <w:tcW w:type="dxa" w:w="1148"/>
          </w:tcPr>
          <w:p>
            <w:pPr>
              <w:spacing w:after="0"/>
              <w:jc w:val="right"/>
            </w:pPr>
            <w:r>
              <w:rPr>
                <w:sz w:val="16"/>
              </w:rPr>
              <w:t>$2,000</w:t>
            </w:r>
          </w:p>
        </w:tc>
        <w:tc>
          <w:tcPr>
            <w:tcW w:type="dxa" w:w="1294"/>
          </w:tcPr>
          <w:p>
            <w:pPr>
              <w:spacing w:after="0"/>
              <w:jc w:val="right"/>
            </w:pPr>
            <w:r>
              <w:rPr>
                <w:sz w:val="16"/>
              </w:rPr>
              <w:t>none found (1 declaration)</w:t>
            </w:r>
          </w:p>
        </w:tc>
        <w:tc>
          <w:tcPr>
            <w:tcW w:type="dxa" w:w="1320"/>
          </w:tcPr>
          <w:p>
            <w:pPr>
              <w:spacing w:after="0"/>
              <w:jc w:val="left"/>
            </w:pPr>
          </w:p>
        </w:tc>
      </w:tr>
    </w:tbl>
    <w:p>
      <w:pPr>
        <w:spacing w:after="40" w:before="60"/>
      </w:pPr>
      <w:r>
        <w:rPr>
          <w:sz w:val="15"/>
        </w:rPr>
        <w:t>Totals since 2022-08-08 (Storm Events through 2026-06-30): 4 county-coded records, 4 with a damage value recorded (including $0), $12,000; 6 zone-level records, 4 with a damage value recorded (including $0), $2,000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5,749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$1,642,762,610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$2,343,830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$305,736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EMPORIA,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Emporia city</w:t>
            </w:r>
          </w:p>
        </w:tc>
        <w:tc>
          <w:tcPr>
            <w:tcW w:type="dxa" w:w="1541"/>
          </w:tcPr>
          <w:p>
            <w:pPr>
              <w:spacing w:after="0"/>
              <w:jc w:val="left"/>
            </w:pPr>
            <w:r>
              <w:rPr>
                <w:sz w:val="16"/>
              </w:rPr>
              <w:t>510047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Emporia city, VA: risk-assessment baseline packet, release 2026-10 (data as of 2026-09-28; Independent city 51595).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hazard-plain_2026-10_VA_51595.docx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Emporia city,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Emporia city, VA: Risk-assessment baseline packet</dc:title>
  <dc:subject>Hazard Plain release 2026-10, as of 2026-09-28. Preview: automated baseline</dc:subject>
  <dc:creator>Hazard Plain</dc:creator>
  <cp:keywords>Hazard Plain; hazard mitigation; risk assessment; 51595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