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Mecklenburg County, VA</w:t>
      </w:r>
    </w:p>
    <w:p>
      <w:pPr>
        <w:spacing w:after="120" w:before="0"/>
      </w:pPr>
      <w:r>
        <w:rPr>
          <w:color w:val="555555"/>
          <w:sz w:val="24"/>
        </w:rPr>
        <w:t>Risk-assessment baseline packet</w:t>
      </w:r>
    </w:p>
    <w:p>
      <w:pPr>
        <w:spacing w:after="120" w:before="0"/>
      </w:pPr>
      <w:r>
        <w:rPr>
          <w:b/>
          <w:sz w:val="18"/>
        </w:rPr>
        <w:t xml:space="preserve">County FIPS: </w:t>
      </w:r>
      <w:r>
        <w:rPr>
          <w:sz w:val="18"/>
        </w:rPr>
        <w:t>51117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2025-09-01. Plan: PDC 13 Southside Hazard Mitigation Plan (FEMA plan 106724), approved 2020-09-02.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2020-09-02: 2 new hazard declarations (2 incidents) and 80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($5,803,232 a year), Hurricane ($2,803,173) and Drought ($2,226,135).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51117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2025-09-01</w:t>
      </w:r>
    </w:p>
    <w:p>
      <w:pPr>
        <w:keepNext/>
        <w:spacing w:after="40" w:before="0"/>
      </w:pPr>
      <w:r>
        <w:rPr>
          <w:b/>
        </w:rPr>
        <w:t xml:space="preserve">Plan: </w:t>
      </w:r>
      <w:r>
        <w:rPr/>
        <w:t>PDC 13 Southside Hazard Mitigation Plan (FEMA plan 106724)</w:t>
      </w:r>
    </w:p>
    <w:p>
      <w:pPr>
        <w:keepNext/>
        <w:spacing w:after="40" w:before="0"/>
      </w:pPr>
      <w:r>
        <w:rPr>
          <w:b/>
        </w:rPr>
        <w:t xml:space="preserve">Approved: </w:t>
      </w:r>
      <w:r>
        <w:rPr/>
        <w:t>2020-09-02</w:t>
      </w:r>
    </w:p>
    <w:p>
      <w:pPr>
        <w:keepNext/>
        <w:spacing w:after="40" w:before="0"/>
      </w:pPr>
      <w:r>
        <w:rPr>
          <w:b/>
        </w:rPr>
        <w:t xml:space="preserve">Days since expiry: </w:t>
      </w:r>
      <w:r>
        <w:rPr/>
        <w:t>394</w:t>
      </w:r>
    </w:p>
    <w:p>
      <w:pPr>
        <w:keepNext/>
        <w:spacing w:after="40" w:before="0"/>
      </w:pPr>
      <w:r>
        <w:rPr>
          <w:b/>
        </w:rPr>
        <w:t xml:space="preserve">Update underway: </w:t>
      </w:r>
      <w:r>
        <w:rPr/>
        <w:t>FEMA tracker shows a plan in progress</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2020-09-02)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DR-4602-VA (Severe Winter Storms),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49"/>
        <w:gridCol w:w="680"/>
        <w:gridCol w:w="1526"/>
        <w:gridCol w:w="3170"/>
        <w:gridCol w:w="1037"/>
        <w:gridCol w:w="1037"/>
        <w:gridCol w:w="840"/>
        <w:gridCol w:w="2147"/>
        <w:gridCol w:w="2327"/>
      </w:tblGrid>
      <w:tr>
        <w:trPr>
          <w:cantSplit/>
          <w:tblHeader/>
        </w:trPr>
        <w:tc>
          <w:tcPr>
            <w:tcW w:type="dxa" w:w="1349"/>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526"/>
            <w:shd w:val="clear" w:color="auto" w:fill="E8E8E8"/>
          </w:tcPr>
          <w:p>
            <w:pPr>
              <w:spacing w:after="0"/>
              <w:jc w:val="left"/>
            </w:pPr>
            <w:r>
              <w:rPr>
                <w:b/>
                <w:sz w:val="16"/>
              </w:rPr>
              <w:t>Status</w:t>
            </w:r>
          </w:p>
        </w:tc>
        <w:tc>
          <w:tcPr>
            <w:tcW w:type="dxa" w:w="317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147"/>
            <w:shd w:val="clear" w:color="auto" w:fill="E8E8E8"/>
          </w:tcPr>
          <w:p>
            <w:pPr>
              <w:spacing w:after="0"/>
              <w:jc w:val="left"/>
            </w:pPr>
            <w:r>
              <w:rPr>
                <w:b/>
                <w:sz w:val="16"/>
              </w:rPr>
              <w:t>Update underway</w:t>
            </w:r>
          </w:p>
        </w:tc>
        <w:tc>
          <w:tcPr>
            <w:tcW w:type="dxa" w:w="2327"/>
            <w:shd w:val="clear" w:color="auto" w:fill="E8E8E8"/>
          </w:tcPr>
          <w:p>
            <w:pPr>
              <w:spacing w:after="0"/>
              <w:jc w:val="left"/>
            </w:pPr>
            <w:r>
              <w:rPr>
                <w:b/>
                <w:sz w:val="16"/>
              </w:rPr>
              <w:t>Notes</w:t>
            </w:r>
          </w:p>
        </w:tc>
      </w:tr>
      <w:tr>
        <w:trPr>
          <w:cantSplit/>
        </w:trPr>
        <w:tc>
          <w:tcPr>
            <w:tcW w:type="dxa" w:w="1349"/>
          </w:tcPr>
          <w:p>
            <w:pPr>
              <w:spacing w:after="0"/>
              <w:jc w:val="left"/>
            </w:pPr>
            <w:r>
              <w:rPr>
                <w:sz w:val="16"/>
              </w:rPr>
              <w:t>Mecklenburg County</w:t>
            </w:r>
          </w:p>
        </w:tc>
        <w:tc>
          <w:tcPr>
            <w:tcW w:type="dxa" w:w="680"/>
          </w:tcPr>
          <w:p>
            <w:pPr>
              <w:spacing w:after="0"/>
              <w:jc w:val="left"/>
            </w:pPr>
            <w:r>
              <w:rPr>
                <w:sz w:val="16"/>
              </w:rPr>
              <w:t>County</w:t>
            </w:r>
          </w:p>
        </w:tc>
        <w:tc>
          <w:tcPr>
            <w:tcW w:type="dxa" w:w="1526"/>
          </w:tcPr>
          <w:p>
            <w:pPr>
              <w:spacing w:after="0"/>
              <w:jc w:val="left"/>
            </w:pPr>
            <w:r>
              <w:rPr>
                <w:sz w:val="16"/>
              </w:rPr>
              <w:t>Expired on 2025-09-01</w:t>
            </w:r>
          </w:p>
        </w:tc>
        <w:tc>
          <w:tcPr>
            <w:tcW w:type="dxa" w:w="3170"/>
          </w:tcPr>
          <w:p>
            <w:pPr>
              <w:spacing w:after="0"/>
              <w:jc w:val="left"/>
            </w:pPr>
            <w:r>
              <w:rPr>
                <w:sz w:val="16"/>
              </w:rPr>
              <w:t>PDC 13 Southside Hazard Mitigation Plan (FEMA plan 106724)</w:t>
            </w:r>
          </w:p>
        </w:tc>
        <w:tc>
          <w:tcPr>
            <w:tcW w:type="dxa" w:w="1037"/>
          </w:tcPr>
          <w:p>
            <w:pPr>
              <w:spacing w:after="0"/>
              <w:jc w:val="left"/>
            </w:pPr>
            <w:r>
              <w:rPr>
                <w:sz w:val="16"/>
              </w:rPr>
              <w:t>2020-09-02</w:t>
            </w:r>
          </w:p>
        </w:tc>
        <w:tc>
          <w:tcPr>
            <w:tcW w:type="dxa" w:w="1037"/>
          </w:tcPr>
          <w:p>
            <w:pPr>
              <w:spacing w:after="0"/>
              <w:jc w:val="left"/>
            </w:pPr>
            <w:r>
              <w:rPr>
                <w:sz w:val="16"/>
              </w:rPr>
              <w:t>2025-09-01</w:t>
            </w:r>
          </w:p>
        </w:tc>
        <w:tc>
          <w:tcPr>
            <w:tcW w:type="dxa" w:w="840"/>
          </w:tcPr>
          <w:p>
            <w:pPr>
              <w:spacing w:after="0"/>
              <w:jc w:val="right"/>
            </w:pPr>
            <w:r>
              <w:rPr>
                <w:sz w:val="16"/>
              </w:rPr>
              <w:t>-394</w:t>
            </w:r>
          </w:p>
        </w:tc>
        <w:tc>
          <w:tcPr>
            <w:tcW w:type="dxa" w:w="2147"/>
          </w:tcPr>
          <w:p>
            <w:pPr>
              <w:spacing w:after="0"/>
              <w:jc w:val="left"/>
            </w:pPr>
            <w:r>
              <w:rPr>
                <w:sz w:val="16"/>
              </w:rPr>
              <w:t>FEMA tracker shows a plan in progress</w:t>
            </w:r>
          </w:p>
        </w:tc>
        <w:tc>
          <w:tcPr>
            <w:tcW w:type="dxa" w:w="2327"/>
          </w:tcPr>
          <w:p>
            <w:pPr>
              <w:spacing w:after="0"/>
              <w:jc w:val="left"/>
            </w:pPr>
            <w:r>
              <w:rPr>
                <w:sz w:val="16"/>
              </w:rPr>
              <w:t>this jurisdiction approved 2020-09-14</w:t>
            </w:r>
          </w:p>
        </w:tc>
      </w:tr>
      <w:tr>
        <w:trPr>
          <w:cantSplit/>
        </w:trPr>
        <w:tc>
          <w:tcPr>
            <w:tcW w:type="dxa" w:w="1349"/>
          </w:tcPr>
          <w:p>
            <w:pPr>
              <w:spacing w:after="0"/>
              <w:jc w:val="left"/>
            </w:pPr>
            <w:r>
              <w:rPr>
                <w:sz w:val="16"/>
              </w:rPr>
              <w:t>Boydton town</w:t>
            </w:r>
          </w:p>
        </w:tc>
        <w:tc>
          <w:tcPr>
            <w:tcW w:type="dxa" w:w="680"/>
          </w:tcPr>
          <w:p>
            <w:pPr>
              <w:spacing w:after="0"/>
              <w:jc w:val="left"/>
            </w:pPr>
            <w:r>
              <w:rPr>
                <w:sz w:val="16"/>
              </w:rPr>
              <w:t>Town</w:t>
            </w:r>
          </w:p>
        </w:tc>
        <w:tc>
          <w:tcPr>
            <w:tcW w:type="dxa" w:w="1526"/>
          </w:tcPr>
          <w:p>
            <w:pPr>
              <w:spacing w:after="0"/>
              <w:jc w:val="left"/>
            </w:pPr>
            <w:r>
              <w:rPr>
                <w:sz w:val="16"/>
              </w:rPr>
              <w:t>Expired on 2025-09-01</w:t>
            </w:r>
          </w:p>
        </w:tc>
        <w:tc>
          <w:tcPr>
            <w:tcW w:type="dxa" w:w="3170"/>
          </w:tcPr>
          <w:p>
            <w:pPr>
              <w:spacing w:after="0"/>
              <w:jc w:val="left"/>
            </w:pPr>
            <w:r>
              <w:rPr>
                <w:sz w:val="16"/>
              </w:rPr>
              <w:t>PDC 13 Southside Hazard Mitigation Plan (FEMA plan 106724)</w:t>
            </w:r>
          </w:p>
        </w:tc>
        <w:tc>
          <w:tcPr>
            <w:tcW w:type="dxa" w:w="1037"/>
          </w:tcPr>
          <w:p>
            <w:pPr>
              <w:spacing w:after="0"/>
              <w:jc w:val="left"/>
            </w:pPr>
            <w:r>
              <w:rPr>
                <w:sz w:val="16"/>
              </w:rPr>
              <w:t>2020-09-02</w:t>
            </w:r>
          </w:p>
        </w:tc>
        <w:tc>
          <w:tcPr>
            <w:tcW w:type="dxa" w:w="1037"/>
          </w:tcPr>
          <w:p>
            <w:pPr>
              <w:spacing w:after="0"/>
              <w:jc w:val="left"/>
            </w:pPr>
            <w:r>
              <w:rPr>
                <w:sz w:val="16"/>
              </w:rPr>
              <w:t>2025-09-01</w:t>
            </w:r>
          </w:p>
        </w:tc>
        <w:tc>
          <w:tcPr>
            <w:tcW w:type="dxa" w:w="840"/>
          </w:tcPr>
          <w:p>
            <w:pPr>
              <w:spacing w:after="0"/>
              <w:jc w:val="right"/>
            </w:pPr>
            <w:r>
              <w:rPr>
                <w:sz w:val="16"/>
              </w:rPr>
              <w:t>-394</w:t>
            </w:r>
          </w:p>
        </w:tc>
        <w:tc>
          <w:tcPr>
            <w:tcW w:type="dxa" w:w="2147"/>
          </w:tcPr>
          <w:p>
            <w:pPr>
              <w:spacing w:after="0"/>
              <w:jc w:val="left"/>
            </w:pPr>
            <w:r>
              <w:rPr>
                <w:sz w:val="16"/>
              </w:rPr>
              <w:t>FEMA tracker shows a plan in progress</w:t>
            </w:r>
          </w:p>
        </w:tc>
        <w:tc>
          <w:tcPr>
            <w:tcW w:type="dxa" w:w="2327"/>
          </w:tcPr>
          <w:p>
            <w:pPr>
              <w:spacing w:after="0"/>
              <w:jc w:val="left"/>
            </w:pPr>
          </w:p>
        </w:tc>
      </w:tr>
      <w:tr>
        <w:trPr>
          <w:cantSplit/>
        </w:trPr>
        <w:tc>
          <w:tcPr>
            <w:tcW w:type="dxa" w:w="1349"/>
          </w:tcPr>
          <w:p>
            <w:pPr>
              <w:spacing w:after="0"/>
              <w:jc w:val="left"/>
            </w:pPr>
            <w:r>
              <w:rPr>
                <w:sz w:val="16"/>
              </w:rPr>
              <w:t>Brodnax town</w:t>
            </w:r>
          </w:p>
        </w:tc>
        <w:tc>
          <w:tcPr>
            <w:tcW w:type="dxa" w:w="680"/>
          </w:tcPr>
          <w:p>
            <w:pPr>
              <w:spacing w:after="0"/>
              <w:jc w:val="left"/>
            </w:pPr>
            <w:r>
              <w:rPr>
                <w:sz w:val="16"/>
              </w:rPr>
              <w:t>Town</w:t>
            </w:r>
          </w:p>
        </w:tc>
        <w:tc>
          <w:tcPr>
            <w:tcW w:type="dxa" w:w="1526"/>
          </w:tcPr>
          <w:p>
            <w:pPr>
              <w:spacing w:after="0"/>
              <w:jc w:val="left"/>
            </w:pPr>
            <w:r>
              <w:rPr>
                <w:sz w:val="16"/>
              </w:rPr>
              <w:t>Expired on 2025-09-01</w:t>
            </w:r>
          </w:p>
        </w:tc>
        <w:tc>
          <w:tcPr>
            <w:tcW w:type="dxa" w:w="3170"/>
          </w:tcPr>
          <w:p>
            <w:pPr>
              <w:spacing w:after="0"/>
              <w:jc w:val="left"/>
            </w:pPr>
            <w:r>
              <w:rPr>
                <w:sz w:val="16"/>
              </w:rPr>
              <w:t>PDC 13 Southside Hazard Mitigation Plan (FEMA plan 106724)</w:t>
            </w:r>
          </w:p>
        </w:tc>
        <w:tc>
          <w:tcPr>
            <w:tcW w:type="dxa" w:w="1037"/>
          </w:tcPr>
          <w:p>
            <w:pPr>
              <w:spacing w:after="0"/>
              <w:jc w:val="left"/>
            </w:pPr>
            <w:r>
              <w:rPr>
                <w:sz w:val="16"/>
              </w:rPr>
              <w:t>2020-09-02</w:t>
            </w:r>
          </w:p>
        </w:tc>
        <w:tc>
          <w:tcPr>
            <w:tcW w:type="dxa" w:w="1037"/>
          </w:tcPr>
          <w:p>
            <w:pPr>
              <w:spacing w:after="0"/>
              <w:jc w:val="left"/>
            </w:pPr>
            <w:r>
              <w:rPr>
                <w:sz w:val="16"/>
              </w:rPr>
              <w:t>2025-09-01</w:t>
            </w:r>
          </w:p>
        </w:tc>
        <w:tc>
          <w:tcPr>
            <w:tcW w:type="dxa" w:w="840"/>
          </w:tcPr>
          <w:p>
            <w:pPr>
              <w:spacing w:after="0"/>
              <w:jc w:val="right"/>
            </w:pPr>
            <w:r>
              <w:rPr>
                <w:sz w:val="16"/>
              </w:rPr>
              <w:t>-394</w:t>
            </w:r>
          </w:p>
        </w:tc>
        <w:tc>
          <w:tcPr>
            <w:tcW w:type="dxa" w:w="2147"/>
          </w:tcPr>
          <w:p>
            <w:pPr>
              <w:spacing w:after="0"/>
              <w:jc w:val="left"/>
            </w:pPr>
            <w:r>
              <w:rPr>
                <w:sz w:val="16"/>
              </w:rPr>
              <w:t>FEMA tracker shows a plan in progress</w:t>
            </w:r>
          </w:p>
        </w:tc>
        <w:tc>
          <w:tcPr>
            <w:tcW w:type="dxa" w:w="2327"/>
          </w:tcPr>
          <w:p>
            <w:pPr>
              <w:spacing w:after="0"/>
              <w:jc w:val="left"/>
            </w:pPr>
          </w:p>
        </w:tc>
      </w:tr>
      <w:tr>
        <w:trPr>
          <w:cantSplit/>
        </w:trPr>
        <w:tc>
          <w:tcPr>
            <w:tcW w:type="dxa" w:w="1349"/>
          </w:tcPr>
          <w:p>
            <w:pPr>
              <w:spacing w:after="0"/>
              <w:jc w:val="left"/>
            </w:pPr>
            <w:r>
              <w:rPr>
                <w:sz w:val="16"/>
              </w:rPr>
              <w:t>Chase City town</w:t>
            </w:r>
          </w:p>
        </w:tc>
        <w:tc>
          <w:tcPr>
            <w:tcW w:type="dxa" w:w="680"/>
          </w:tcPr>
          <w:p>
            <w:pPr>
              <w:spacing w:after="0"/>
              <w:jc w:val="left"/>
            </w:pPr>
            <w:r>
              <w:rPr>
                <w:sz w:val="16"/>
              </w:rPr>
              <w:t>Town</w:t>
            </w:r>
          </w:p>
        </w:tc>
        <w:tc>
          <w:tcPr>
            <w:tcW w:type="dxa" w:w="1526"/>
          </w:tcPr>
          <w:p>
            <w:pPr>
              <w:spacing w:after="0"/>
              <w:jc w:val="left"/>
            </w:pPr>
            <w:r>
              <w:rPr>
                <w:sz w:val="16"/>
              </w:rPr>
              <w:t>Expired on 2025-09-01</w:t>
            </w:r>
          </w:p>
        </w:tc>
        <w:tc>
          <w:tcPr>
            <w:tcW w:type="dxa" w:w="3170"/>
          </w:tcPr>
          <w:p>
            <w:pPr>
              <w:spacing w:after="0"/>
              <w:jc w:val="left"/>
            </w:pPr>
            <w:r>
              <w:rPr>
                <w:sz w:val="16"/>
              </w:rPr>
              <w:t>PDC 13 Southside Hazard Mitigation Plan (FEMA plan 106724)</w:t>
            </w:r>
          </w:p>
        </w:tc>
        <w:tc>
          <w:tcPr>
            <w:tcW w:type="dxa" w:w="1037"/>
          </w:tcPr>
          <w:p>
            <w:pPr>
              <w:spacing w:after="0"/>
              <w:jc w:val="left"/>
            </w:pPr>
            <w:r>
              <w:rPr>
                <w:sz w:val="16"/>
              </w:rPr>
              <w:t>2020-09-02</w:t>
            </w:r>
          </w:p>
        </w:tc>
        <w:tc>
          <w:tcPr>
            <w:tcW w:type="dxa" w:w="1037"/>
          </w:tcPr>
          <w:p>
            <w:pPr>
              <w:spacing w:after="0"/>
              <w:jc w:val="left"/>
            </w:pPr>
            <w:r>
              <w:rPr>
                <w:sz w:val="16"/>
              </w:rPr>
              <w:t>2025-09-01</w:t>
            </w:r>
          </w:p>
        </w:tc>
        <w:tc>
          <w:tcPr>
            <w:tcW w:type="dxa" w:w="840"/>
          </w:tcPr>
          <w:p>
            <w:pPr>
              <w:spacing w:after="0"/>
              <w:jc w:val="right"/>
            </w:pPr>
            <w:r>
              <w:rPr>
                <w:sz w:val="16"/>
              </w:rPr>
              <w:t>-394</w:t>
            </w:r>
          </w:p>
        </w:tc>
        <w:tc>
          <w:tcPr>
            <w:tcW w:type="dxa" w:w="2147"/>
          </w:tcPr>
          <w:p>
            <w:pPr>
              <w:spacing w:after="0"/>
              <w:jc w:val="left"/>
            </w:pPr>
            <w:r>
              <w:rPr>
                <w:sz w:val="16"/>
              </w:rPr>
              <w:t>FEMA tracker shows a plan in progress</w:t>
            </w:r>
          </w:p>
        </w:tc>
        <w:tc>
          <w:tcPr>
            <w:tcW w:type="dxa" w:w="2327"/>
          </w:tcPr>
          <w:p>
            <w:pPr>
              <w:spacing w:after="0"/>
              <w:jc w:val="left"/>
            </w:pPr>
            <w:r>
              <w:rPr>
                <w:sz w:val="16"/>
              </w:rPr>
              <w:t>this jurisdiction approved 2021-03-08</w:t>
            </w:r>
          </w:p>
        </w:tc>
      </w:tr>
      <w:tr>
        <w:trPr>
          <w:cantSplit/>
        </w:trPr>
        <w:tc>
          <w:tcPr>
            <w:tcW w:type="dxa" w:w="1349"/>
          </w:tcPr>
          <w:p>
            <w:pPr>
              <w:spacing w:after="0"/>
              <w:jc w:val="left"/>
            </w:pPr>
            <w:r>
              <w:rPr>
                <w:sz w:val="16"/>
              </w:rPr>
              <w:t>Clarksville town</w:t>
            </w:r>
          </w:p>
        </w:tc>
        <w:tc>
          <w:tcPr>
            <w:tcW w:type="dxa" w:w="680"/>
          </w:tcPr>
          <w:p>
            <w:pPr>
              <w:spacing w:after="0"/>
              <w:jc w:val="left"/>
            </w:pPr>
            <w:r>
              <w:rPr>
                <w:sz w:val="16"/>
              </w:rPr>
              <w:t>Town</w:t>
            </w:r>
          </w:p>
        </w:tc>
        <w:tc>
          <w:tcPr>
            <w:tcW w:type="dxa" w:w="1526"/>
          </w:tcPr>
          <w:p>
            <w:pPr>
              <w:spacing w:after="0"/>
              <w:jc w:val="left"/>
            </w:pPr>
            <w:r>
              <w:rPr>
                <w:sz w:val="16"/>
              </w:rPr>
              <w:t>Expired on 2025-09-01</w:t>
            </w:r>
          </w:p>
        </w:tc>
        <w:tc>
          <w:tcPr>
            <w:tcW w:type="dxa" w:w="3170"/>
          </w:tcPr>
          <w:p>
            <w:pPr>
              <w:spacing w:after="0"/>
              <w:jc w:val="left"/>
            </w:pPr>
            <w:r>
              <w:rPr>
                <w:sz w:val="16"/>
              </w:rPr>
              <w:t>PDC 13 Southside Hazard Mitigation Plan (FEMA plan 106724)</w:t>
            </w:r>
          </w:p>
        </w:tc>
        <w:tc>
          <w:tcPr>
            <w:tcW w:type="dxa" w:w="1037"/>
          </w:tcPr>
          <w:p>
            <w:pPr>
              <w:spacing w:after="0"/>
              <w:jc w:val="left"/>
            </w:pPr>
            <w:r>
              <w:rPr>
                <w:sz w:val="16"/>
              </w:rPr>
              <w:t>2020-09-02</w:t>
            </w:r>
          </w:p>
        </w:tc>
        <w:tc>
          <w:tcPr>
            <w:tcW w:type="dxa" w:w="1037"/>
          </w:tcPr>
          <w:p>
            <w:pPr>
              <w:spacing w:after="0"/>
              <w:jc w:val="left"/>
            </w:pPr>
            <w:r>
              <w:rPr>
                <w:sz w:val="16"/>
              </w:rPr>
              <w:t>2025-09-01</w:t>
            </w:r>
          </w:p>
        </w:tc>
        <w:tc>
          <w:tcPr>
            <w:tcW w:type="dxa" w:w="840"/>
          </w:tcPr>
          <w:p>
            <w:pPr>
              <w:spacing w:after="0"/>
              <w:jc w:val="right"/>
            </w:pPr>
            <w:r>
              <w:rPr>
                <w:sz w:val="16"/>
              </w:rPr>
              <w:t>-394</w:t>
            </w:r>
          </w:p>
        </w:tc>
        <w:tc>
          <w:tcPr>
            <w:tcW w:type="dxa" w:w="2147"/>
          </w:tcPr>
          <w:p>
            <w:pPr>
              <w:spacing w:after="0"/>
              <w:jc w:val="left"/>
            </w:pPr>
            <w:r>
              <w:rPr>
                <w:sz w:val="16"/>
              </w:rPr>
              <w:t>FEMA tracker shows a plan in progress</w:t>
            </w:r>
          </w:p>
        </w:tc>
        <w:tc>
          <w:tcPr>
            <w:tcW w:type="dxa" w:w="2327"/>
          </w:tcPr>
          <w:p>
            <w:pPr>
              <w:spacing w:after="0"/>
              <w:jc w:val="left"/>
            </w:pPr>
            <w:r>
              <w:rPr>
                <w:sz w:val="16"/>
              </w:rPr>
              <w:t>this jurisdiction approved 2020-09-15</w:t>
            </w:r>
          </w:p>
        </w:tc>
      </w:tr>
      <w:tr>
        <w:trPr>
          <w:cantSplit/>
        </w:trPr>
        <w:tc>
          <w:tcPr>
            <w:tcW w:type="dxa" w:w="1349"/>
          </w:tcPr>
          <w:p>
            <w:pPr>
              <w:spacing w:after="0"/>
              <w:jc w:val="left"/>
            </w:pPr>
            <w:r>
              <w:rPr>
                <w:sz w:val="16"/>
              </w:rPr>
              <w:t>La Crosse town</w:t>
            </w:r>
          </w:p>
        </w:tc>
        <w:tc>
          <w:tcPr>
            <w:tcW w:type="dxa" w:w="680"/>
          </w:tcPr>
          <w:p>
            <w:pPr>
              <w:spacing w:after="0"/>
              <w:jc w:val="left"/>
            </w:pPr>
            <w:r>
              <w:rPr>
                <w:sz w:val="16"/>
              </w:rPr>
              <w:t>Town</w:t>
            </w:r>
          </w:p>
        </w:tc>
        <w:tc>
          <w:tcPr>
            <w:tcW w:type="dxa" w:w="1526"/>
          </w:tcPr>
          <w:p>
            <w:pPr>
              <w:spacing w:after="0"/>
              <w:jc w:val="left"/>
            </w:pPr>
            <w:r>
              <w:rPr>
                <w:sz w:val="16"/>
              </w:rPr>
              <w:t>Expired on 2025-09-01</w:t>
            </w:r>
          </w:p>
        </w:tc>
        <w:tc>
          <w:tcPr>
            <w:tcW w:type="dxa" w:w="3170"/>
          </w:tcPr>
          <w:p>
            <w:pPr>
              <w:spacing w:after="0"/>
              <w:jc w:val="left"/>
            </w:pPr>
            <w:r>
              <w:rPr>
                <w:sz w:val="16"/>
              </w:rPr>
              <w:t>PDC 13 Southside Hazard Mitigation Plan (FEMA plan 106724)</w:t>
            </w:r>
          </w:p>
        </w:tc>
        <w:tc>
          <w:tcPr>
            <w:tcW w:type="dxa" w:w="1037"/>
          </w:tcPr>
          <w:p>
            <w:pPr>
              <w:spacing w:after="0"/>
              <w:jc w:val="left"/>
            </w:pPr>
            <w:r>
              <w:rPr>
                <w:sz w:val="16"/>
              </w:rPr>
              <w:t>2020-09-02</w:t>
            </w:r>
          </w:p>
        </w:tc>
        <w:tc>
          <w:tcPr>
            <w:tcW w:type="dxa" w:w="1037"/>
          </w:tcPr>
          <w:p>
            <w:pPr>
              <w:spacing w:after="0"/>
              <w:jc w:val="left"/>
            </w:pPr>
            <w:r>
              <w:rPr>
                <w:sz w:val="16"/>
              </w:rPr>
              <w:t>2025-09-01</w:t>
            </w:r>
          </w:p>
        </w:tc>
        <w:tc>
          <w:tcPr>
            <w:tcW w:type="dxa" w:w="840"/>
          </w:tcPr>
          <w:p>
            <w:pPr>
              <w:spacing w:after="0"/>
              <w:jc w:val="right"/>
            </w:pPr>
            <w:r>
              <w:rPr>
                <w:sz w:val="16"/>
              </w:rPr>
              <w:t>-394</w:t>
            </w:r>
          </w:p>
        </w:tc>
        <w:tc>
          <w:tcPr>
            <w:tcW w:type="dxa" w:w="2147"/>
          </w:tcPr>
          <w:p>
            <w:pPr>
              <w:spacing w:after="0"/>
              <w:jc w:val="left"/>
            </w:pPr>
            <w:r>
              <w:rPr>
                <w:sz w:val="16"/>
              </w:rPr>
              <w:t>FEMA tracker shows a plan in progress</w:t>
            </w:r>
          </w:p>
        </w:tc>
        <w:tc>
          <w:tcPr>
            <w:tcW w:type="dxa" w:w="2327"/>
          </w:tcPr>
          <w:p>
            <w:pPr>
              <w:spacing w:after="0"/>
              <w:jc w:val="left"/>
            </w:pPr>
            <w:r>
              <w:rPr>
                <w:sz w:val="16"/>
              </w:rPr>
              <w:t>this jurisdiction approved 2021-03-08</w:t>
            </w:r>
          </w:p>
        </w:tc>
      </w:tr>
      <w:tr>
        <w:trPr>
          <w:cantSplit/>
        </w:trPr>
        <w:tc>
          <w:tcPr>
            <w:tcW w:type="dxa" w:w="1349"/>
          </w:tcPr>
          <w:p>
            <w:pPr>
              <w:spacing w:after="0"/>
              <w:jc w:val="left"/>
            </w:pPr>
            <w:r>
              <w:rPr>
                <w:sz w:val="16"/>
              </w:rPr>
              <w:t>South Hill town</w:t>
            </w:r>
          </w:p>
        </w:tc>
        <w:tc>
          <w:tcPr>
            <w:tcW w:type="dxa" w:w="680"/>
          </w:tcPr>
          <w:p>
            <w:pPr>
              <w:spacing w:after="0"/>
              <w:jc w:val="left"/>
            </w:pPr>
            <w:r>
              <w:rPr>
                <w:sz w:val="16"/>
              </w:rPr>
              <w:t>Town</w:t>
            </w:r>
          </w:p>
        </w:tc>
        <w:tc>
          <w:tcPr>
            <w:tcW w:type="dxa" w:w="1526"/>
          </w:tcPr>
          <w:p>
            <w:pPr>
              <w:spacing w:after="0"/>
              <w:jc w:val="left"/>
            </w:pPr>
            <w:r>
              <w:rPr>
                <w:sz w:val="16"/>
              </w:rPr>
              <w:t>Expired on 2025-09-01</w:t>
            </w:r>
          </w:p>
        </w:tc>
        <w:tc>
          <w:tcPr>
            <w:tcW w:type="dxa" w:w="3170"/>
          </w:tcPr>
          <w:p>
            <w:pPr>
              <w:spacing w:after="0"/>
              <w:jc w:val="left"/>
            </w:pPr>
            <w:r>
              <w:rPr>
                <w:sz w:val="16"/>
              </w:rPr>
              <w:t>PDC 13 Southside Hazard Mitigation Plan (FEMA plan 106724)</w:t>
            </w:r>
          </w:p>
        </w:tc>
        <w:tc>
          <w:tcPr>
            <w:tcW w:type="dxa" w:w="1037"/>
          </w:tcPr>
          <w:p>
            <w:pPr>
              <w:spacing w:after="0"/>
              <w:jc w:val="left"/>
            </w:pPr>
            <w:r>
              <w:rPr>
                <w:sz w:val="16"/>
              </w:rPr>
              <w:t>2020-09-02</w:t>
            </w:r>
          </w:p>
        </w:tc>
        <w:tc>
          <w:tcPr>
            <w:tcW w:type="dxa" w:w="1037"/>
          </w:tcPr>
          <w:p>
            <w:pPr>
              <w:spacing w:after="0"/>
              <w:jc w:val="left"/>
            </w:pPr>
            <w:r>
              <w:rPr>
                <w:sz w:val="16"/>
              </w:rPr>
              <w:t>2025-09-01</w:t>
            </w:r>
          </w:p>
        </w:tc>
        <w:tc>
          <w:tcPr>
            <w:tcW w:type="dxa" w:w="840"/>
          </w:tcPr>
          <w:p>
            <w:pPr>
              <w:spacing w:after="0"/>
              <w:jc w:val="right"/>
            </w:pPr>
            <w:r>
              <w:rPr>
                <w:sz w:val="16"/>
              </w:rPr>
              <w:t>-394</w:t>
            </w:r>
          </w:p>
        </w:tc>
        <w:tc>
          <w:tcPr>
            <w:tcW w:type="dxa" w:w="2147"/>
          </w:tcPr>
          <w:p>
            <w:pPr>
              <w:spacing w:after="0"/>
              <w:jc w:val="left"/>
            </w:pPr>
            <w:r>
              <w:rPr>
                <w:sz w:val="16"/>
              </w:rPr>
              <w:t>FEMA tracker shows a plan in progress</w:t>
            </w:r>
          </w:p>
        </w:tc>
        <w:tc>
          <w:tcPr>
            <w:tcW w:type="dxa" w:w="2327"/>
          </w:tcPr>
          <w:p>
            <w:pPr>
              <w:spacing w:after="0"/>
              <w:jc w:val="left"/>
            </w:pPr>
            <w:r>
              <w:rPr>
                <w:sz w:val="16"/>
              </w:rPr>
              <w:t>this jurisdiction approved 2020-09-14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106724 lists 8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9"/>
        <w:gridCol w:w="1229"/>
        <w:gridCol w:w="1037"/>
        <w:gridCol w:w="1126"/>
        <w:gridCol w:w="1513"/>
        <w:gridCol w:w="1133"/>
        <w:gridCol w:w="1711"/>
        <w:gridCol w:w="3402"/>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9"/>
            <w:shd w:val="clear" w:color="auto" w:fill="E8E8E8"/>
          </w:tcPr>
          <w:p>
            <w:pPr>
              <w:spacing w:after="0"/>
              <w:jc w:val="left"/>
            </w:pPr>
            <w:r>
              <w:rPr>
                <w:b/>
                <w:sz w:val="16"/>
              </w:rPr>
              <w:t>NRI risk rating</w:t>
            </w:r>
          </w:p>
        </w:tc>
        <w:tc>
          <w:tcPr>
            <w:tcW w:type="dxa" w:w="122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1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1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402"/>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$5,774,159</w:t>
            </w:r>
          </w:p>
        </w:tc>
        <w:tc>
          <w:tcPr>
            <w:tcW w:type="dxa" w:w="1126"/>
          </w:tcPr>
          <w:p>
            <w:pPr>
              <w:spacing w:after="0"/>
              <w:jc w:val="right"/>
            </w:pPr>
            <w:r>
              <w:rPr>
                <w:sz w:val="16"/>
              </w:rPr>
              <w:t>$14,985</w:t>
            </w:r>
          </w:p>
        </w:tc>
        <w:tc>
          <w:tcPr>
            <w:tcW w:type="dxa" w:w="1513"/>
          </w:tcPr>
          <w:p>
            <w:pPr>
              <w:spacing w:after="0"/>
              <w:jc w:val="right"/>
            </w:pPr>
            <w:r>
              <w:rPr>
                <w:sz w:val="16"/>
              </w:rPr>
              <w:t>$14,087</w:t>
            </w:r>
          </w:p>
        </w:tc>
        <w:tc>
          <w:tcPr>
            <w:tcW w:type="dxa" w:w="1133"/>
          </w:tcPr>
          <w:p>
            <w:pPr>
              <w:spacing w:after="0"/>
              <w:jc w:val="right"/>
            </w:pPr>
            <w:r>
              <w:rPr>
                <w:sz w:val="16"/>
              </w:rPr>
              <w:t>$5,803,232</w:t>
            </w:r>
          </w:p>
        </w:tc>
        <w:tc>
          <w:tcPr>
            <w:tcW w:type="dxa" w:w="1711"/>
          </w:tcPr>
          <w:p>
            <w:pPr>
              <w:spacing w:after="0"/>
              <w:jc w:val="right"/>
            </w:pPr>
            <w:r>
              <w:rPr>
                <w:sz w:val="16"/>
              </w:rPr>
              <w:t>46</w:t>
            </w:r>
          </w:p>
        </w:tc>
        <w:tc>
          <w:tcPr>
            <w:tcW w:type="dxa" w:w="3402"/>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Hurricane</w:t>
            </w:r>
          </w:p>
        </w:tc>
        <w:tc>
          <w:tcPr>
            <w:tcW w:type="dxa" w:w="1229"/>
          </w:tcPr>
          <w:p>
            <w:pPr>
              <w:spacing w:after="0"/>
              <w:jc w:val="left"/>
            </w:pPr>
            <w:r>
              <w:rPr>
                <w:sz w:val="16"/>
              </w:rPr>
              <w:t>Relatively Moderate</w:t>
            </w:r>
          </w:p>
        </w:tc>
        <w:tc>
          <w:tcPr>
            <w:tcW w:type="dxa" w:w="1229"/>
          </w:tcPr>
          <w:p>
            <w:pPr>
              <w:spacing w:after="0"/>
              <w:jc w:val="left"/>
            </w:pPr>
            <w:r>
              <w:rPr>
                <w:sz w:val="16"/>
              </w:rPr>
              <w:t>Relatively Moderate</w:t>
            </w:r>
          </w:p>
        </w:tc>
        <w:tc>
          <w:tcPr>
            <w:tcW w:type="dxa" w:w="1037"/>
          </w:tcPr>
          <w:p>
            <w:pPr>
              <w:spacing w:after="0"/>
              <w:jc w:val="right"/>
            </w:pPr>
            <w:r>
              <w:rPr>
                <w:sz w:val="16"/>
              </w:rPr>
              <w:t>$2,514,892</w:t>
            </w:r>
          </w:p>
        </w:tc>
        <w:tc>
          <w:tcPr>
            <w:tcW w:type="dxa" w:w="1126"/>
          </w:tcPr>
          <w:p>
            <w:pPr>
              <w:spacing w:after="0"/>
              <w:jc w:val="right"/>
            </w:pPr>
            <w:r>
              <w:rPr>
                <w:sz w:val="16"/>
              </w:rPr>
              <w:t>$235,847</w:t>
            </w:r>
          </w:p>
        </w:tc>
        <w:tc>
          <w:tcPr>
            <w:tcW w:type="dxa" w:w="1513"/>
          </w:tcPr>
          <w:p>
            <w:pPr>
              <w:spacing w:after="0"/>
              <w:jc w:val="right"/>
            </w:pPr>
            <w:r>
              <w:rPr>
                <w:sz w:val="16"/>
              </w:rPr>
              <w:t>$52,434</w:t>
            </w:r>
          </w:p>
        </w:tc>
        <w:tc>
          <w:tcPr>
            <w:tcW w:type="dxa" w:w="1133"/>
          </w:tcPr>
          <w:p>
            <w:pPr>
              <w:spacing w:after="0"/>
              <w:jc w:val="right"/>
            </w:pPr>
            <w:r>
              <w:rPr>
                <w:sz w:val="16"/>
              </w:rPr>
              <w:t>$2,803,173</w:t>
            </w:r>
          </w:p>
        </w:tc>
        <w:tc>
          <w:tcPr>
            <w:tcW w:type="dxa" w:w="1711"/>
          </w:tcPr>
          <w:p>
            <w:pPr>
              <w:spacing w:after="0"/>
              <w:jc w:val="right"/>
            </w:pPr>
            <w:r>
              <w:rPr>
                <w:sz w:val="16"/>
              </w:rPr>
              <w:t>1</w:t>
            </w:r>
          </w:p>
        </w:tc>
        <w:tc>
          <w:tcPr>
            <w:tcW w:type="dxa" w:w="3402"/>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Drought</w:t>
            </w:r>
          </w:p>
        </w:tc>
        <w:tc>
          <w:tcPr>
            <w:tcW w:type="dxa" w:w="1229"/>
          </w:tcPr>
          <w:p>
            <w:pPr>
              <w:spacing w:after="0"/>
              <w:jc w:val="left"/>
            </w:pPr>
            <w:r>
              <w:rPr>
                <w:sz w:val="16"/>
              </w:rPr>
              <w:t>Relatively High</w:t>
            </w:r>
          </w:p>
        </w:tc>
        <w:tc>
          <w:tcPr>
            <w:tcW w:type="dxa" w:w="1229"/>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$2,226,135</w:t>
            </w:r>
          </w:p>
        </w:tc>
        <w:tc>
          <w:tcPr>
            <w:tcW w:type="dxa" w:w="1513"/>
          </w:tcPr>
          <w:p>
            <w:pPr>
              <w:spacing w:after="0"/>
              <w:jc w:val="right"/>
            </w:pPr>
            <w:r>
              <w:rPr>
                <w:sz w:val="16"/>
              </w:rPr>
              <w:t>n/a</w:t>
            </w:r>
          </w:p>
        </w:tc>
        <w:tc>
          <w:tcPr>
            <w:tcW w:type="dxa" w:w="1133"/>
          </w:tcPr>
          <w:p>
            <w:pPr>
              <w:spacing w:after="0"/>
              <w:jc w:val="right"/>
            </w:pPr>
            <w:r>
              <w:rPr>
                <w:sz w:val="16"/>
              </w:rPr>
              <w:t>$2,226,135</w:t>
            </w:r>
          </w:p>
        </w:tc>
        <w:tc>
          <w:tcPr>
            <w:tcW w:type="dxa" w:w="1711"/>
          </w:tcPr>
          <w:p>
            <w:pPr>
              <w:spacing w:after="0"/>
              <w:jc w:val="right"/>
            </w:pPr>
            <w:r>
              <w:rPr>
                <w:sz w:val="16"/>
              </w:rPr>
              <w:t>0</w:t>
            </w:r>
          </w:p>
        </w:tc>
        <w:tc>
          <w:tcPr>
            <w:tcW w:type="dxa" w:w="3402"/>
          </w:tcPr>
          <w:p>
            <w:pPr>
              <w:spacing w:after="0"/>
              <w:jc w:val="left"/>
            </w:pPr>
            <w:r>
              <w:rPr>
                <w:sz w:val="16"/>
              </w:rPr>
              <w:t>Declared 2 times; no Storm Events record of this type.</w:t>
            </w:r>
          </w:p>
        </w:tc>
      </w:tr>
      <w:tr>
        <w:trPr>
          <w:cantSplit/>
        </w:trPr>
        <w:tc>
          <w:tcPr>
            <w:tcW w:type="dxa" w:w="694"/>
          </w:tcPr>
          <w:p>
            <w:pPr>
              <w:spacing w:after="0"/>
              <w:jc w:val="right"/>
            </w:pPr>
            <w:r>
              <w:rPr>
                <w:sz w:val="16"/>
              </w:rPr>
              <w:t>4</w:t>
            </w:r>
          </w:p>
        </w:tc>
        <w:tc>
          <w:tcPr>
            <w:tcW w:type="dxa" w:w="1037"/>
          </w:tcPr>
          <w:p>
            <w:pPr>
              <w:spacing w:after="0"/>
              <w:jc w:val="left"/>
            </w:pPr>
            <w:r>
              <w:rPr>
                <w:sz w:val="16"/>
              </w:rPr>
              <w:t>Tornado</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$330,805</w:t>
            </w:r>
          </w:p>
        </w:tc>
        <w:tc>
          <w:tcPr>
            <w:tcW w:type="dxa" w:w="1126"/>
          </w:tcPr>
          <w:p>
            <w:pPr>
              <w:spacing w:after="0"/>
              <w:jc w:val="right"/>
            </w:pPr>
            <w:r>
              <w:rPr>
                <w:sz w:val="16"/>
              </w:rPr>
              <w:t>$1,138</w:t>
            </w:r>
          </w:p>
        </w:tc>
        <w:tc>
          <w:tcPr>
            <w:tcW w:type="dxa" w:w="1513"/>
          </w:tcPr>
          <w:p>
            <w:pPr>
              <w:spacing w:after="0"/>
              <w:jc w:val="right"/>
            </w:pPr>
            <w:r>
              <w:rPr>
                <w:sz w:val="16"/>
              </w:rPr>
              <w:t>$126,410</w:t>
            </w:r>
          </w:p>
        </w:tc>
        <w:tc>
          <w:tcPr>
            <w:tcW w:type="dxa" w:w="1133"/>
          </w:tcPr>
          <w:p>
            <w:pPr>
              <w:spacing w:after="0"/>
              <w:jc w:val="right"/>
            </w:pPr>
            <w:r>
              <w:rPr>
                <w:sz w:val="16"/>
              </w:rPr>
              <w:t>$458,353</w:t>
            </w:r>
          </w:p>
        </w:tc>
        <w:tc>
          <w:tcPr>
            <w:tcW w:type="dxa" w:w="1711"/>
          </w:tcPr>
          <w:p>
            <w:pPr>
              <w:spacing w:after="0"/>
              <w:jc w:val="right"/>
            </w:pPr>
            <w:r>
              <w:rPr>
                <w:sz w:val="16"/>
              </w:rPr>
              <w:t>7</w:t>
            </w:r>
          </w:p>
        </w:tc>
        <w:tc>
          <w:tcPr>
            <w:tcW w:type="dxa" w:w="3402"/>
          </w:tcPr>
          <w:p>
            <w:pPr>
              <w:spacing w:after="0"/>
              <w:jc w:val="left"/>
            </w:pPr>
          </w:p>
        </w:tc>
      </w:tr>
      <w:tr>
        <w:trPr>
          <w:cantSplit/>
        </w:trPr>
        <w:tc>
          <w:tcPr>
            <w:tcW w:type="dxa" w:w="694"/>
          </w:tcPr>
          <w:p>
            <w:pPr>
              <w:spacing w:after="0"/>
              <w:jc w:val="right"/>
            </w:pPr>
            <w:r>
              <w:rPr>
                <w:sz w:val="16"/>
              </w:rPr>
              <w:t>5</w:t>
            </w:r>
          </w:p>
        </w:tc>
        <w:tc>
          <w:tcPr>
            <w:tcW w:type="dxa" w:w="1037"/>
          </w:tcPr>
          <w:p>
            <w:pPr>
              <w:spacing w:after="0"/>
              <w:jc w:val="left"/>
            </w:pPr>
            <w:r>
              <w:rPr>
                <w:sz w:val="16"/>
              </w:rPr>
              <w:t>Earthquake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$351,370</w:t>
            </w:r>
          </w:p>
        </w:tc>
        <w:tc>
          <w:tcPr>
            <w:tcW w:type="dxa" w:w="1126"/>
          </w:tcPr>
          <w:p>
            <w:pPr>
              <w:spacing w:after="0"/>
              <w:jc w:val="right"/>
            </w:pPr>
            <w:r>
              <w:rPr>
                <w:sz w:val="16"/>
              </w:rPr>
              <w:t>n/a</w:t>
            </w:r>
          </w:p>
        </w:tc>
        <w:tc>
          <w:tcPr>
            <w:tcW w:type="dxa" w:w="1513"/>
          </w:tcPr>
          <w:p>
            <w:pPr>
              <w:spacing w:after="0"/>
              <w:jc w:val="right"/>
            </w:pPr>
            <w:r>
              <w:rPr>
                <w:sz w:val="16"/>
              </w:rPr>
              <w:t>$83,182</w:t>
            </w:r>
          </w:p>
        </w:tc>
        <w:tc>
          <w:tcPr>
            <w:tcW w:type="dxa" w:w="1133"/>
          </w:tcPr>
          <w:p>
            <w:pPr>
              <w:spacing w:after="0"/>
              <w:jc w:val="right"/>
            </w:pPr>
            <w:r>
              <w:rPr>
                <w:sz w:val="16"/>
              </w:rPr>
              <w:t>$434,552</w:t>
            </w:r>
          </w:p>
        </w:tc>
        <w:tc>
          <w:tcPr>
            <w:tcW w:type="dxa" w:w="1711"/>
          </w:tcPr>
          <w:p>
            <w:pPr>
              <w:spacing w:after="0"/>
              <w:jc w:val="right"/>
            </w:pPr>
          </w:p>
        </w:tc>
        <w:tc>
          <w:tcPr>
            <w:tcW w:type="dxa" w:w="3402"/>
          </w:tcPr>
          <w:p>
            <w:pPr>
              <w:spacing w:after="0"/>
              <w:jc w:val="left"/>
            </w:pPr>
            <w:r>
              <w:rPr>
                <w:sz w:val="16"/>
              </w:rPr>
              <w:t>Storm Events does not record earthquakes.</w:t>
            </w:r>
          </w:p>
        </w:tc>
      </w:tr>
      <w:tr>
        <w:trPr>
          <w:cantSplit/>
        </w:trPr>
        <w:tc>
          <w:tcPr>
            <w:tcW w:type="dxa" w:w="694"/>
          </w:tcPr>
          <w:p>
            <w:pPr>
              <w:spacing w:after="0"/>
              <w:jc w:val="right"/>
            </w:pPr>
            <w:r>
              <w:rPr>
                <w:sz w:val="16"/>
              </w:rPr>
              <w:t>6</w:t>
            </w:r>
          </w:p>
        </w:tc>
        <w:tc>
          <w:tcPr>
            <w:tcW w:type="dxa" w:w="1037"/>
          </w:tcPr>
          <w:p>
            <w:pPr>
              <w:spacing w:after="0"/>
              <w:jc w:val="left"/>
            </w:pPr>
            <w:r>
              <w:rPr>
                <w:sz w:val="16"/>
              </w:rPr>
              <w:t>Cold Wave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$3,322</w:t>
            </w:r>
          </w:p>
        </w:tc>
        <w:tc>
          <w:tcPr>
            <w:tcW w:type="dxa" w:w="1126"/>
          </w:tcPr>
          <w:p>
            <w:pPr>
              <w:spacing w:after="0"/>
              <w:jc w:val="right"/>
            </w:pPr>
            <w:r>
              <w:rPr>
                <w:sz w:val="16"/>
              </w:rPr>
              <w:t>$22,416</w:t>
            </w:r>
          </w:p>
        </w:tc>
        <w:tc>
          <w:tcPr>
            <w:tcW w:type="dxa" w:w="1513"/>
          </w:tcPr>
          <w:p>
            <w:pPr>
              <w:spacing w:after="0"/>
              <w:jc w:val="right"/>
            </w:pPr>
            <w:r>
              <w:rPr>
                <w:sz w:val="16"/>
              </w:rPr>
              <w:t>$323,334</w:t>
            </w:r>
          </w:p>
        </w:tc>
        <w:tc>
          <w:tcPr>
            <w:tcW w:type="dxa" w:w="1133"/>
          </w:tcPr>
          <w:p>
            <w:pPr>
              <w:spacing w:after="0"/>
              <w:jc w:val="right"/>
            </w:pPr>
            <w:r>
              <w:rPr>
                <w:sz w:val="16"/>
              </w:rPr>
              <w:t>$349,071</w:t>
            </w:r>
          </w:p>
        </w:tc>
        <w:tc>
          <w:tcPr>
            <w:tcW w:type="dxa" w:w="1711"/>
          </w:tcPr>
          <w:p>
            <w:pPr>
              <w:spacing w:after="0"/>
              <w:jc w:val="right"/>
            </w:pPr>
            <w:r>
              <w:rPr>
                <w:sz w:val="16"/>
              </w:rPr>
              <w:t>3</w:t>
            </w:r>
          </w:p>
        </w:tc>
        <w:tc>
          <w:tcPr>
            <w:tcW w:type="dxa" w:w="3402"/>
          </w:tcPr>
          <w:p>
            <w:pPr>
              <w:spacing w:after="0"/>
              <w:jc w:val="left"/>
            </w:pPr>
            <w:r>
              <w:rPr>
                <w:sz w:val="16"/>
              </w:rPr>
              <w:t>Includes 3 Frost/Freeze records (outside NRI's Cold Wave definition; counted in this table and in B1-d, not in the B1-e descriptor).</w:t>
            </w:r>
          </w:p>
        </w:tc>
      </w:tr>
      <w:tr>
        <w:trPr>
          <w:cantSplit/>
        </w:trPr>
        <w:tc>
          <w:tcPr>
            <w:tcW w:type="dxa" w:w="694"/>
          </w:tcPr>
          <w:p>
            <w:pPr>
              <w:spacing w:after="0"/>
              <w:jc w:val="right"/>
            </w:pPr>
            <w:r>
              <w:rPr>
                <w:sz w:val="16"/>
              </w:rPr>
              <w:t>7</w:t>
            </w:r>
          </w:p>
        </w:tc>
        <w:tc>
          <w:tcPr>
            <w:tcW w:type="dxa" w:w="1037"/>
          </w:tcPr>
          <w:p>
            <w:pPr>
              <w:spacing w:after="0"/>
              <w:jc w:val="left"/>
            </w:pPr>
            <w:r>
              <w:rPr>
                <w:sz w:val="16"/>
              </w:rPr>
              <w:t>Heat Wave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$26</w:t>
            </w:r>
          </w:p>
        </w:tc>
        <w:tc>
          <w:tcPr>
            <w:tcW w:type="dxa" w:w="1126"/>
          </w:tcPr>
          <w:p>
            <w:pPr>
              <w:spacing w:after="0"/>
              <w:jc w:val="right"/>
            </w:pPr>
            <w:r>
              <w:rPr>
                <w:sz w:val="16"/>
              </w:rPr>
              <w:t>$74</w:t>
            </w:r>
          </w:p>
        </w:tc>
        <w:tc>
          <w:tcPr>
            <w:tcW w:type="dxa" w:w="1513"/>
          </w:tcPr>
          <w:p>
            <w:pPr>
              <w:spacing w:after="0"/>
              <w:jc w:val="right"/>
            </w:pPr>
            <w:r>
              <w:rPr>
                <w:sz w:val="16"/>
              </w:rPr>
              <w:t>$291,497</w:t>
            </w:r>
          </w:p>
        </w:tc>
        <w:tc>
          <w:tcPr>
            <w:tcW w:type="dxa" w:w="1133"/>
          </w:tcPr>
          <w:p>
            <w:pPr>
              <w:spacing w:after="0"/>
              <w:jc w:val="right"/>
            </w:pPr>
            <w:r>
              <w:rPr>
                <w:sz w:val="16"/>
              </w:rPr>
              <w:t>$291,597</w:t>
            </w:r>
          </w:p>
        </w:tc>
        <w:tc>
          <w:tcPr>
            <w:tcW w:type="dxa" w:w="1711"/>
          </w:tcPr>
          <w:p>
            <w:pPr>
              <w:spacing w:after="0"/>
              <w:jc w:val="right"/>
            </w:pPr>
            <w:r>
              <w:rPr>
                <w:sz w:val="16"/>
              </w:rPr>
              <w:t>4</w:t>
            </w:r>
          </w:p>
        </w:tc>
        <w:tc>
          <w:tcPr>
            <w:tcW w:type="dxa" w:w="3402"/>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Strong Wind</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$38,610</w:t>
            </w:r>
          </w:p>
        </w:tc>
        <w:tc>
          <w:tcPr>
            <w:tcW w:type="dxa" w:w="1126"/>
          </w:tcPr>
          <w:p>
            <w:pPr>
              <w:spacing w:after="0"/>
              <w:jc w:val="right"/>
            </w:pPr>
            <w:r>
              <w:rPr>
                <w:sz w:val="16"/>
              </w:rPr>
              <w:t>$13,886</w:t>
            </w:r>
          </w:p>
        </w:tc>
        <w:tc>
          <w:tcPr>
            <w:tcW w:type="dxa" w:w="1513"/>
          </w:tcPr>
          <w:p>
            <w:pPr>
              <w:spacing w:after="0"/>
              <w:jc w:val="right"/>
            </w:pPr>
            <w:r>
              <w:rPr>
                <w:sz w:val="16"/>
              </w:rPr>
              <w:t>$129,631</w:t>
            </w:r>
          </w:p>
        </w:tc>
        <w:tc>
          <w:tcPr>
            <w:tcW w:type="dxa" w:w="1133"/>
          </w:tcPr>
          <w:p>
            <w:pPr>
              <w:spacing w:after="0"/>
              <w:jc w:val="right"/>
            </w:pPr>
            <w:r>
              <w:rPr>
                <w:sz w:val="16"/>
              </w:rPr>
              <w:t>$182,127</w:t>
            </w:r>
          </w:p>
        </w:tc>
        <w:tc>
          <w:tcPr>
            <w:tcW w:type="dxa" w:w="1711"/>
          </w:tcPr>
          <w:p>
            <w:pPr>
              <w:spacing w:after="0"/>
              <w:jc w:val="right"/>
            </w:pPr>
            <w:r>
              <w:rPr>
                <w:sz w:val="16"/>
              </w:rPr>
              <w:t>183</w:t>
            </w:r>
          </w:p>
        </w:tc>
        <w:tc>
          <w:tcPr>
            <w:tcW w:type="dxa" w:w="3402"/>
          </w:tcPr>
          <w:p>
            <w:pPr>
              <w:spacing w:after="0"/>
              <w:jc w:val="left"/>
            </w:pPr>
            <w:r>
              <w:rPr>
                <w:sz w:val="16"/>
              </w:rPr>
              <w:t>Includes 2 High Wind and 1 Strong Wind records (NOAA non-thunderstorm wind types, outside NRI's Strong Wind definition).</w:t>
            </w:r>
          </w:p>
        </w:tc>
      </w:tr>
      <w:tr>
        <w:trPr>
          <w:cantSplit/>
        </w:trPr>
        <w:tc>
          <w:tcPr>
            <w:tcW w:type="dxa" w:w="694"/>
          </w:tcPr>
          <w:p>
            <w:pPr>
              <w:spacing w:after="0"/>
              <w:jc w:val="right"/>
            </w:pPr>
            <w:r>
              <w:rPr>
                <w:sz w:val="16"/>
              </w:rPr>
              <w:t>9</w:t>
            </w:r>
          </w:p>
        </w:tc>
        <w:tc>
          <w:tcPr>
            <w:tcW w:type="dxa" w:w="1037"/>
          </w:tcPr>
          <w:p>
            <w:pPr>
              <w:spacing w:after="0"/>
              <w:jc w:val="left"/>
            </w:pPr>
            <w:r>
              <w:rPr>
                <w:sz w:val="16"/>
              </w:rPr>
              <w:t>Hail</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$101,975</w:t>
            </w:r>
          </w:p>
        </w:tc>
        <w:tc>
          <w:tcPr>
            <w:tcW w:type="dxa" w:w="1126"/>
          </w:tcPr>
          <w:p>
            <w:pPr>
              <w:spacing w:after="0"/>
              <w:jc w:val="right"/>
            </w:pPr>
            <w:r>
              <w:rPr>
                <w:sz w:val="16"/>
              </w:rPr>
              <w:t>$27,953</w:t>
            </w:r>
          </w:p>
        </w:tc>
        <w:tc>
          <w:tcPr>
            <w:tcW w:type="dxa" w:w="1513"/>
          </w:tcPr>
          <w:p>
            <w:pPr>
              <w:spacing w:after="0"/>
              <w:jc w:val="right"/>
            </w:pPr>
            <w:r>
              <w:rPr>
                <w:sz w:val="16"/>
              </w:rPr>
              <w:t>$25,835</w:t>
            </w:r>
          </w:p>
        </w:tc>
        <w:tc>
          <w:tcPr>
            <w:tcW w:type="dxa" w:w="1133"/>
          </w:tcPr>
          <w:p>
            <w:pPr>
              <w:spacing w:after="0"/>
              <w:jc w:val="right"/>
            </w:pPr>
            <w:r>
              <w:rPr>
                <w:sz w:val="16"/>
              </w:rPr>
              <w:t>$155,763</w:t>
            </w:r>
          </w:p>
        </w:tc>
        <w:tc>
          <w:tcPr>
            <w:tcW w:type="dxa" w:w="1711"/>
          </w:tcPr>
          <w:p>
            <w:pPr>
              <w:spacing w:after="0"/>
              <w:jc w:val="right"/>
            </w:pPr>
            <w:r>
              <w:rPr>
                <w:sz w:val="16"/>
              </w:rPr>
              <w:t>44</w:t>
            </w:r>
          </w:p>
        </w:tc>
        <w:tc>
          <w:tcPr>
            <w:tcW w:type="dxa" w:w="3402"/>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Lightning</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$11,437</w:t>
            </w:r>
          </w:p>
        </w:tc>
        <w:tc>
          <w:tcPr>
            <w:tcW w:type="dxa" w:w="1126"/>
          </w:tcPr>
          <w:p>
            <w:pPr>
              <w:spacing w:after="0"/>
              <w:jc w:val="right"/>
            </w:pPr>
            <w:r>
              <w:rPr>
                <w:sz w:val="16"/>
              </w:rPr>
              <w:t>n/a</w:t>
            </w:r>
          </w:p>
        </w:tc>
        <w:tc>
          <w:tcPr>
            <w:tcW w:type="dxa" w:w="1513"/>
          </w:tcPr>
          <w:p>
            <w:pPr>
              <w:spacing w:after="0"/>
              <w:jc w:val="right"/>
            </w:pPr>
            <w:r>
              <w:rPr>
                <w:sz w:val="16"/>
              </w:rPr>
              <w:t>$107,304</w:t>
            </w:r>
          </w:p>
        </w:tc>
        <w:tc>
          <w:tcPr>
            <w:tcW w:type="dxa" w:w="1133"/>
          </w:tcPr>
          <w:p>
            <w:pPr>
              <w:spacing w:after="0"/>
              <w:jc w:val="right"/>
            </w:pPr>
            <w:r>
              <w:rPr>
                <w:sz w:val="16"/>
              </w:rPr>
              <w:t>$118,741</w:t>
            </w:r>
          </w:p>
        </w:tc>
        <w:tc>
          <w:tcPr>
            <w:tcW w:type="dxa" w:w="1711"/>
          </w:tcPr>
          <w:p>
            <w:pPr>
              <w:spacing w:after="0"/>
              <w:jc w:val="right"/>
            </w:pPr>
            <w:r>
              <w:rPr>
                <w:sz w:val="16"/>
              </w:rPr>
              <w:t>3</w:t>
            </w:r>
          </w:p>
        </w:tc>
        <w:tc>
          <w:tcPr>
            <w:tcW w:type="dxa" w:w="3402"/>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Winter Weather</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$6,074</w:t>
            </w:r>
          </w:p>
        </w:tc>
        <w:tc>
          <w:tcPr>
            <w:tcW w:type="dxa" w:w="1126"/>
          </w:tcPr>
          <w:p>
            <w:pPr>
              <w:spacing w:after="0"/>
              <w:jc w:val="right"/>
            </w:pPr>
            <w:r>
              <w:rPr>
                <w:sz w:val="16"/>
              </w:rPr>
              <w:t>$17</w:t>
            </w:r>
          </w:p>
        </w:tc>
        <w:tc>
          <w:tcPr>
            <w:tcW w:type="dxa" w:w="1513"/>
          </w:tcPr>
          <w:p>
            <w:pPr>
              <w:spacing w:after="0"/>
              <w:jc w:val="right"/>
            </w:pPr>
            <w:r>
              <w:rPr>
                <w:sz w:val="16"/>
              </w:rPr>
              <w:t>$56,048</w:t>
            </w:r>
          </w:p>
        </w:tc>
        <w:tc>
          <w:tcPr>
            <w:tcW w:type="dxa" w:w="1133"/>
          </w:tcPr>
          <w:p>
            <w:pPr>
              <w:spacing w:after="0"/>
              <w:jc w:val="right"/>
            </w:pPr>
            <w:r>
              <w:rPr>
                <w:sz w:val="16"/>
              </w:rPr>
              <w:t>$62,139</w:t>
            </w:r>
          </w:p>
        </w:tc>
        <w:tc>
          <w:tcPr>
            <w:tcW w:type="dxa" w:w="1711"/>
          </w:tcPr>
          <w:p>
            <w:pPr>
              <w:spacing w:after="0"/>
              <w:jc w:val="right"/>
            </w:pPr>
            <w:r>
              <w:rPr>
                <w:sz w:val="16"/>
              </w:rPr>
              <w:t>70</w:t>
            </w:r>
          </w:p>
        </w:tc>
        <w:tc>
          <w:tcPr>
            <w:tcW w:type="dxa" w:w="3402"/>
          </w:tcPr>
          <w:p>
            <w:pPr>
              <w:spacing w:after="0"/>
              <w:jc w:val="left"/>
            </w:pPr>
          </w:p>
        </w:tc>
      </w:tr>
      <w:tr>
        <w:trPr>
          <w:cantSplit/>
        </w:trPr>
        <w:tc>
          <w:tcPr>
            <w:tcW w:type="dxa" w:w="694"/>
          </w:tcPr>
          <w:p>
            <w:pPr>
              <w:spacing w:after="0"/>
              <w:jc w:val="right"/>
            </w:pPr>
            <w:r>
              <w:rPr>
                <w:sz w:val="16"/>
              </w:rPr>
              <w:t>12</w:t>
            </w:r>
          </w:p>
        </w:tc>
        <w:tc>
          <w:tcPr>
            <w:tcW w:type="dxa" w:w="1037"/>
          </w:tcPr>
          <w:p>
            <w:pPr>
              <w:spacing w:after="0"/>
              <w:jc w:val="left"/>
            </w:pPr>
            <w:r>
              <w:rPr>
                <w:sz w:val="16"/>
              </w:rPr>
              <w:t>Ice Storm</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$58,822</w:t>
            </w:r>
          </w:p>
        </w:tc>
        <w:tc>
          <w:tcPr>
            <w:tcW w:type="dxa" w:w="1126"/>
          </w:tcPr>
          <w:p>
            <w:pPr>
              <w:spacing w:after="0"/>
              <w:jc w:val="right"/>
            </w:pPr>
            <w:r>
              <w:rPr>
                <w:sz w:val="16"/>
              </w:rPr>
              <w:t>n/a</w:t>
            </w:r>
          </w:p>
        </w:tc>
        <w:tc>
          <w:tcPr>
            <w:tcW w:type="dxa" w:w="1513"/>
          </w:tcPr>
          <w:p>
            <w:pPr>
              <w:spacing w:after="0"/>
              <w:jc w:val="right"/>
            </w:pPr>
            <w:r>
              <w:rPr>
                <w:sz w:val="16"/>
              </w:rPr>
              <w:t>$605</w:t>
            </w:r>
          </w:p>
        </w:tc>
        <w:tc>
          <w:tcPr>
            <w:tcW w:type="dxa" w:w="1133"/>
          </w:tcPr>
          <w:p>
            <w:pPr>
              <w:spacing w:after="0"/>
              <w:jc w:val="right"/>
            </w:pPr>
            <w:r>
              <w:rPr>
                <w:sz w:val="16"/>
              </w:rPr>
              <w:t>$59,427</w:t>
            </w:r>
          </w:p>
        </w:tc>
        <w:tc>
          <w:tcPr>
            <w:tcW w:type="dxa" w:w="1711"/>
          </w:tcPr>
          <w:p>
            <w:pPr>
              <w:spacing w:after="0"/>
              <w:jc w:val="right"/>
            </w:pPr>
            <w:r>
              <w:rPr>
                <w:sz w:val="16"/>
              </w:rPr>
              <w:t>3</w:t>
            </w:r>
          </w:p>
        </w:tc>
        <w:tc>
          <w:tcPr>
            <w:tcW w:type="dxa" w:w="3402"/>
          </w:tcPr>
          <w:p>
            <w:pPr>
              <w:spacing w:after="0"/>
              <w:jc w:val="left"/>
            </w:pPr>
          </w:p>
        </w:tc>
      </w:tr>
      <w:tr>
        <w:trPr>
          <w:cantSplit/>
        </w:trPr>
        <w:tc>
          <w:tcPr>
            <w:tcW w:type="dxa" w:w="694"/>
          </w:tcPr>
          <w:p>
            <w:pPr>
              <w:spacing w:after="0"/>
              <w:jc w:val="right"/>
            </w:pPr>
            <w:r>
              <w:rPr>
                <w:sz w:val="16"/>
              </w:rPr>
              <w:t>13</w:t>
            </w:r>
          </w:p>
        </w:tc>
        <w:tc>
          <w:tcPr>
            <w:tcW w:type="dxa" w:w="1037"/>
          </w:tcPr>
          <w:p>
            <w:pPr>
              <w:spacing w:after="0"/>
              <w:jc w:val="left"/>
            </w:pPr>
            <w:r>
              <w:rPr>
                <w:sz w:val="16"/>
              </w:rPr>
              <w:t>Wildfire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$6,162</w:t>
            </w:r>
          </w:p>
        </w:tc>
        <w:tc>
          <w:tcPr>
            <w:tcW w:type="dxa" w:w="1126"/>
          </w:tcPr>
          <w:p>
            <w:pPr>
              <w:spacing w:after="0"/>
              <w:jc w:val="right"/>
            </w:pPr>
            <w:r>
              <w:rPr>
                <w:sz w:val="16"/>
              </w:rPr>
              <w:t>$10</w:t>
            </w:r>
          </w:p>
        </w:tc>
        <w:tc>
          <w:tcPr>
            <w:tcW w:type="dxa" w:w="1513"/>
          </w:tcPr>
          <w:p>
            <w:pPr>
              <w:spacing w:after="0"/>
              <w:jc w:val="right"/>
            </w:pPr>
            <w:r>
              <w:rPr>
                <w:sz w:val="16"/>
              </w:rPr>
              <w:t>$1,014</w:t>
            </w:r>
          </w:p>
        </w:tc>
        <w:tc>
          <w:tcPr>
            <w:tcW w:type="dxa" w:w="1133"/>
          </w:tcPr>
          <w:p>
            <w:pPr>
              <w:spacing w:after="0"/>
              <w:jc w:val="right"/>
            </w:pPr>
            <w:r>
              <w:rPr>
                <w:sz w:val="16"/>
              </w:rPr>
              <w:t>$7,186</w:t>
            </w:r>
          </w:p>
        </w:tc>
        <w:tc>
          <w:tcPr>
            <w:tcW w:type="dxa" w:w="1711"/>
          </w:tcPr>
          <w:p>
            <w:pPr>
              <w:spacing w:after="0"/>
              <w:jc w:val="right"/>
            </w:pPr>
            <w:r>
              <w:rPr>
                <w:sz w:val="16"/>
              </w:rPr>
              <w:t>0</w:t>
            </w:r>
          </w:p>
        </w:tc>
        <w:tc>
          <w:tcPr>
            <w:tcW w:type="dxa" w:w="3402"/>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14</w:t>
            </w:r>
          </w:p>
        </w:tc>
        <w:tc>
          <w:tcPr>
            <w:tcW w:type="dxa" w:w="1037"/>
          </w:tcPr>
          <w:p>
            <w:pPr>
              <w:spacing w:after="0"/>
              <w:jc w:val="left"/>
            </w:pPr>
            <w:r>
              <w:rPr>
                <w:sz w:val="16"/>
              </w:rPr>
              <w:t>Landslide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$380</w:t>
            </w:r>
          </w:p>
        </w:tc>
        <w:tc>
          <w:tcPr>
            <w:tcW w:type="dxa" w:w="1126"/>
          </w:tcPr>
          <w:p>
            <w:pPr>
              <w:spacing w:after="0"/>
              <w:jc w:val="right"/>
            </w:pPr>
            <w:r>
              <w:rPr>
                <w:sz w:val="16"/>
              </w:rPr>
              <w:t>n/a</w:t>
            </w:r>
          </w:p>
        </w:tc>
        <w:tc>
          <w:tcPr>
            <w:tcW w:type="dxa" w:w="1513"/>
          </w:tcPr>
          <w:p>
            <w:pPr>
              <w:spacing w:after="0"/>
              <w:jc w:val="right"/>
            </w:pPr>
            <w:r>
              <w:rPr>
                <w:sz w:val="16"/>
              </w:rPr>
              <w:t>$75</w:t>
            </w:r>
          </w:p>
        </w:tc>
        <w:tc>
          <w:tcPr>
            <w:tcW w:type="dxa" w:w="1133"/>
          </w:tcPr>
          <w:p>
            <w:pPr>
              <w:spacing w:after="0"/>
              <w:jc w:val="right"/>
            </w:pPr>
            <w:r>
              <w:rPr>
                <w:sz w:val="16"/>
              </w:rPr>
              <w:t>$455</w:t>
            </w:r>
          </w:p>
        </w:tc>
        <w:tc>
          <w:tcPr>
            <w:tcW w:type="dxa" w:w="1711"/>
          </w:tcPr>
          <w:p>
            <w:pPr>
              <w:spacing w:after="0"/>
              <w:jc w:val="right"/>
            </w:pPr>
            <w:r>
              <w:rPr>
                <w:sz w:val="16"/>
              </w:rPr>
              <w:t>0</w:t>
            </w:r>
          </w:p>
        </w:tc>
        <w:tc>
          <w:tcPr>
            <w:tcW w:type="dxa" w:w="34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9302.02 (Relatively Low, 72.9); tract 9302.01 (Relatively Low, 69.6); tract 9304.02 (Relatively Low, 66.3)</w:t>
            </w:r>
          </w:p>
        </w:tc>
      </w:tr>
      <w:tr>
        <w:trPr>
          <w:cantSplit/>
        </w:trPr>
        <w:tc>
          <w:tcPr>
            <w:tcW w:type="dxa" w:w="3199"/>
          </w:tcPr>
          <w:p>
            <w:pPr>
              <w:spacing w:after="0"/>
              <w:jc w:val="left"/>
            </w:pPr>
            <w:r>
              <w:rPr>
                <w:sz w:val="16"/>
              </w:rPr>
              <w:t>Hurricane</w:t>
            </w:r>
          </w:p>
        </w:tc>
        <w:tc>
          <w:tcPr>
            <w:tcW w:type="dxa" w:w="10913"/>
          </w:tcPr>
          <w:p>
            <w:pPr>
              <w:spacing w:after="0"/>
              <w:jc w:val="left"/>
            </w:pPr>
            <w:r>
              <w:rPr>
                <w:sz w:val="16"/>
              </w:rPr>
              <w:t>tract 9302.01 (Relatively Moderate, 89.5); tract 9302.02 (Relatively Moderate, 88.8); tract 9307 (Relatively Moderate, 88.5)</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9306 (Relatively Low, 81.9); tract 9307 (Relatively Low, 81.4); tract 9308 (Very Low, 79.4)</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9302.01 (Relatively Moderate, 53.4); tract 9307 (Relatively Low, 49.6); tract 9301.01 (Relatively Low, 49.4)</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9306 (Relatively Low, 69.1); tract 9301.01 (Relatively Low, 68.7); tract 9307 (Very Low, 67.4)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9302.02 is Census Tract 9302.02).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22"/>
        <w:gridCol w:w="1924"/>
        <w:gridCol w:w="1807"/>
        <w:gridCol w:w="2044"/>
        <w:gridCol w:w="1560"/>
        <w:gridCol w:w="1584"/>
        <w:gridCol w:w="1654"/>
        <w:gridCol w:w="1619"/>
      </w:tblGrid>
      <w:tr>
        <w:trPr>
          <w:cantSplit/>
          <w:tblHeader/>
        </w:trPr>
        <w:tc>
          <w:tcPr>
            <w:tcW w:type="dxa" w:w="1922"/>
            <w:shd w:val="clear" w:color="auto" w:fill="E8E8E8"/>
          </w:tcPr>
          <w:p>
            <w:pPr>
              <w:spacing w:after="0"/>
              <w:jc w:val="left"/>
            </w:pPr>
            <w:r>
              <w:rPr>
                <w:b/>
                <w:sz w:val="16"/>
              </w:rPr>
              <w:t>Hazard</w:t>
            </w:r>
          </w:p>
        </w:tc>
        <w:tc>
          <w:tcPr>
            <w:tcW w:type="dxa" w:w="1924"/>
            <w:shd w:val="clear" w:color="auto" w:fill="E8E8E8"/>
          </w:tcPr>
          <w:p>
            <w:pPr>
              <w:spacing w:after="0"/>
              <w:jc w:val="left"/>
            </w:pPr>
            <w:r>
              <w:rPr>
                <w:b/>
                <w:sz w:val="16"/>
              </w:rPr>
              <w:t>Scale</w:t>
            </w:r>
          </w:p>
        </w:tc>
        <w:tc>
          <w:tcPr>
            <w:tcW w:type="dxa" w:w="180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44"/>
            <w:shd w:val="clear" w:color="auto" w:fill="E8E8E8"/>
          </w:tcPr>
          <w:p>
            <w:pPr>
              <w:spacing w:after="0"/>
              <w:jc w:val="left"/>
            </w:pPr>
            <w:r>
              <w:rPr>
                <w:b/>
                <w:sz w:val="16"/>
              </w:rPr>
              <w:t>Observed range</w:t>
            </w:r>
          </w:p>
        </w:tc>
        <w:tc>
          <w:tcPr>
            <w:tcW w:type="dxa" w:w="1560"/>
            <w:shd w:val="clear" w:color="auto" w:fill="E8E8E8"/>
          </w:tcPr>
          <w:p>
            <w:pPr>
              <w:spacing w:after="0"/>
              <w:jc w:val="left"/>
            </w:pPr>
            <w:r>
              <w:rPr>
                <w:b/>
                <w:sz w:val="16"/>
              </w:rPr>
              <w:t>Worst recorded event</w:t>
            </w:r>
          </w:p>
        </w:tc>
        <w:tc>
          <w:tcPr>
            <w:tcW w:type="dxa" w:w="1584"/>
            <w:shd w:val="clear" w:color="auto" w:fill="E8E8E8"/>
          </w:tcPr>
          <w:p>
            <w:pPr>
              <w:spacing w:after="0"/>
              <w:jc w:val="left"/>
            </w:pPr>
            <w:r>
              <w:rPr>
                <w:b/>
                <w:sz w:val="16"/>
              </w:rPr>
              <w:t>Most damaging (when different)</w:t>
            </w:r>
          </w:p>
        </w:tc>
        <w:tc>
          <w:tcPr>
            <w:tcW w:type="dxa" w:w="1654"/>
            <w:shd w:val="clear" w:color="auto" w:fill="E8E8E8"/>
          </w:tcPr>
          <w:p>
            <w:pPr>
              <w:spacing w:after="0"/>
              <w:jc w:val="left"/>
            </w:pPr>
            <w:r>
              <w:rPr>
                <w:b/>
                <w:sz w:val="16"/>
              </w:rPr>
              <w:t>How it applies to jurisdictions</w:t>
            </w:r>
          </w:p>
        </w:tc>
        <w:tc>
          <w:tcPr>
            <w:tcW w:type="dxa" w:w="1619"/>
            <w:shd w:val="clear" w:color="auto" w:fill="E8E8E8"/>
          </w:tcPr>
          <w:p>
            <w:pPr>
              <w:spacing w:after="0"/>
              <w:jc w:val="left"/>
            </w:pPr>
            <w:r>
              <w:rPr>
                <w:b/>
                <w:sz w:val="16"/>
              </w:rPr>
              <w:t>Note</w:t>
            </w:r>
          </w:p>
        </w:tc>
      </w:tr>
      <w:tr>
        <w:trPr>
          <w:cantSplit/>
        </w:trPr>
        <w:tc>
          <w:tcPr>
            <w:tcW w:type="dxa" w:w="1922"/>
          </w:tcPr>
          <w:p>
            <w:pPr>
              <w:spacing w:after="0"/>
              <w:jc w:val="left"/>
            </w:pPr>
            <w:r>
              <w:rPr>
                <w:sz w:val="16"/>
              </w:rPr>
              <w:t>Cold/Wind Chill, Extreme Cold/Wind Chill</w:t>
            </w:r>
          </w:p>
        </w:tc>
        <w:tc>
          <w:tcPr>
            <w:tcW w:type="dxa" w:w="1924"/>
          </w:tcPr>
          <w:p>
            <w:pPr>
              <w:spacing w:after="0"/>
              <w:jc w:val="left"/>
            </w:pPr>
            <w:r>
              <w:rPr>
                <w:sz w:val="16"/>
              </w:rPr>
              <w:t>wind chill</w:t>
            </w:r>
          </w:p>
        </w:tc>
        <w:tc>
          <w:tcPr>
            <w:tcW w:type="dxa" w:w="1807"/>
          </w:tcPr>
          <w:p>
            <w:pPr>
              <w:spacing w:after="0"/>
              <w:jc w:val="right"/>
            </w:pPr>
            <w:r>
              <w:rPr>
                <w:sz w:val="16"/>
              </w:rPr>
              <w:t>0</w:t>
            </w:r>
          </w:p>
        </w:tc>
        <w:tc>
          <w:tcPr>
            <w:tcW w:type="dxa" w:w="2044"/>
          </w:tcPr>
          <w:p>
            <w:pPr>
              <w:spacing w:after="0"/>
              <w:jc w:val="left"/>
            </w:pPr>
          </w:p>
        </w:tc>
        <w:tc>
          <w:tcPr>
            <w:tcW w:type="dxa" w:w="1560"/>
          </w:tcPr>
          <w:p>
            <w:pPr>
              <w:spacing w:after="0"/>
              <w:jc w:val="left"/>
            </w:pPr>
          </w:p>
        </w:tc>
        <w:tc>
          <w:tcPr>
            <w:tcW w:type="dxa" w:w="1584"/>
          </w:tcPr>
          <w:p>
            <w:pPr>
              <w:spacing w:after="0"/>
              <w:jc w:val="left"/>
            </w:pPr>
          </w:p>
        </w:tc>
        <w:tc>
          <w:tcPr>
            <w:tcW w:type="dxa" w:w="1654"/>
          </w:tcPr>
          <w:p>
            <w:pPr>
              <w:spacing w:after="0"/>
              <w:jc w:val="left"/>
            </w:pPr>
          </w:p>
        </w:tc>
        <w:tc>
          <w:tcPr>
            <w:tcW w:type="dxa" w:w="1619"/>
          </w:tcPr>
          <w:p>
            <w:pPr>
              <w:spacing w:after="0"/>
              <w:jc w:val="left"/>
            </w:pPr>
          </w:p>
        </w:tc>
      </w:tr>
      <w:tr>
        <w:trPr>
          <w:cantSplit/>
        </w:trPr>
        <w:tc>
          <w:tcPr>
            <w:tcW w:type="dxa" w:w="1922"/>
          </w:tcPr>
          <w:p>
            <w:pPr>
              <w:spacing w:after="0"/>
              <w:jc w:val="left"/>
            </w:pPr>
            <w:r>
              <w:rPr>
                <w:sz w:val="16"/>
              </w:rPr>
              <w:t>Frost/Freeze (outside NRI's Cold Wave definition)</w:t>
            </w:r>
          </w:p>
        </w:tc>
        <w:tc>
          <w:tcPr>
            <w:tcW w:type="dxa" w:w="1924"/>
          </w:tcPr>
          <w:p>
            <w:pPr>
              <w:spacing w:after="0"/>
              <w:jc w:val="left"/>
            </w:pPr>
            <w:r>
              <w:rPr>
                <w:sz w:val="16"/>
              </w:rPr>
              <w:t>crop damage</w:t>
            </w:r>
          </w:p>
        </w:tc>
        <w:tc>
          <w:tcPr>
            <w:tcW w:type="dxa" w:w="1807"/>
          </w:tcPr>
          <w:p>
            <w:pPr>
              <w:spacing w:after="0"/>
              <w:jc w:val="right"/>
            </w:pPr>
            <w:r>
              <w:rPr>
                <w:sz w:val="16"/>
              </w:rPr>
              <w:t>3 records, 2003 to 2016 (3 zone-level)</w:t>
            </w:r>
          </w:p>
        </w:tc>
        <w:tc>
          <w:tcPr>
            <w:tcW w:type="dxa" w:w="2044"/>
          </w:tcPr>
          <w:p>
            <w:pPr>
              <w:spacing w:after="0"/>
              <w:jc w:val="left"/>
            </w:pPr>
          </w:p>
        </w:tc>
        <w:tc>
          <w:tcPr>
            <w:tcW w:type="dxa" w:w="1560"/>
          </w:tcPr>
          <w:p>
            <w:pPr>
              <w:spacing w:after="0"/>
              <w:jc w:val="left"/>
            </w:pPr>
            <w:r>
              <w:rPr>
                <w:sz w:val="16"/>
              </w:rPr>
              <w:t>No crop damage reported in 3 records.</w:t>
            </w:r>
          </w:p>
        </w:tc>
        <w:tc>
          <w:tcPr>
            <w:tcW w:type="dxa" w:w="1584"/>
          </w:tcPr>
          <w:p>
            <w:pPr>
              <w:spacing w:after="0"/>
              <w:jc w:val="left"/>
            </w:pPr>
          </w:p>
        </w:tc>
        <w:tc>
          <w:tcPr>
            <w:tcW w:type="dxa" w:w="1654"/>
          </w:tcPr>
          <w:p>
            <w:pPr>
              <w:spacing w:after="0"/>
              <w:jc w:val="left"/>
            </w:pPr>
            <w:r>
              <w:rPr>
                <w:sz w:val="16"/>
              </w:rPr>
              <w:t>Countywide (zone-level records).</w:t>
            </w:r>
          </w:p>
        </w:tc>
        <w:tc>
          <w:tcPr>
            <w:tcW w:type="dxa" w:w="1619"/>
          </w:tcPr>
          <w:p>
            <w:pPr>
              <w:spacing w:after="0"/>
              <w:jc w:val="left"/>
            </w:pPr>
          </w:p>
        </w:tc>
      </w:tr>
      <w:tr>
        <w:trPr>
          <w:cantSplit/>
        </w:trPr>
        <w:tc>
          <w:tcPr>
            <w:tcW w:type="dxa" w:w="1922"/>
          </w:tcPr>
          <w:p>
            <w:pPr>
              <w:spacing w:after="0"/>
              <w:jc w:val="left"/>
            </w:pPr>
            <w:r>
              <w:rPr>
                <w:sz w:val="16"/>
              </w:rPr>
              <w:t>Drought</w:t>
            </w:r>
          </w:p>
        </w:tc>
        <w:tc>
          <w:tcPr>
            <w:tcW w:type="dxa" w:w="1924"/>
          </w:tcPr>
          <w:p>
            <w:pPr>
              <w:spacing w:after="0"/>
              <w:jc w:val="left"/>
            </w:pPr>
            <w:r>
              <w:rPr>
                <w:sz w:val="16"/>
              </w:rPr>
              <w:t>U.S. Drought Monitor scale (D0 to D4)</w:t>
            </w:r>
          </w:p>
        </w:tc>
        <w:tc>
          <w:tcPr>
            <w:tcW w:type="dxa" w:w="1807"/>
          </w:tcPr>
          <w:p>
            <w:pPr>
              <w:spacing w:after="0"/>
              <w:jc w:val="right"/>
            </w:pPr>
            <w:r>
              <w:rPr>
                <w:sz w:val="16"/>
              </w:rPr>
              <w:t>0</w:t>
            </w:r>
          </w:p>
        </w:tc>
        <w:tc>
          <w:tcPr>
            <w:tcW w:type="dxa" w:w="2044"/>
          </w:tcPr>
          <w:p>
            <w:pPr>
              <w:spacing w:after="0"/>
              <w:jc w:val="left"/>
            </w:pPr>
          </w:p>
        </w:tc>
        <w:tc>
          <w:tcPr>
            <w:tcW w:type="dxa" w:w="1560"/>
          </w:tcPr>
          <w:p>
            <w:pPr>
              <w:spacing w:after="0"/>
              <w:jc w:val="left"/>
            </w:pPr>
          </w:p>
        </w:tc>
        <w:tc>
          <w:tcPr>
            <w:tcW w:type="dxa" w:w="1584"/>
          </w:tcPr>
          <w:p>
            <w:pPr>
              <w:spacing w:after="0"/>
              <w:jc w:val="left"/>
            </w:pPr>
          </w:p>
        </w:tc>
        <w:tc>
          <w:tcPr>
            <w:tcW w:type="dxa" w:w="1654"/>
          </w:tcPr>
          <w:p>
            <w:pPr>
              <w:spacing w:after="0"/>
              <w:jc w:val="left"/>
            </w:pPr>
          </w:p>
        </w:tc>
        <w:tc>
          <w:tcPr>
            <w:tcW w:type="dxa" w:w="161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22"/>
          </w:tcPr>
          <w:p>
            <w:pPr>
              <w:spacing w:after="0"/>
              <w:jc w:val="left"/>
            </w:pPr>
            <w:r>
              <w:rPr>
                <w:sz w:val="16"/>
              </w:rPr>
              <w:t>Earthquake</w:t>
            </w:r>
          </w:p>
        </w:tc>
        <w:tc>
          <w:tcPr>
            <w:tcW w:type="dxa" w:w="1924"/>
          </w:tcPr>
          <w:p>
            <w:pPr>
              <w:spacing w:after="0"/>
              <w:jc w:val="left"/>
            </w:pPr>
            <w:r>
              <w:rPr>
                <w:sz w:val="16"/>
              </w:rPr>
              <w:t>Modified Mercalli (local data)</w:t>
            </w:r>
          </w:p>
        </w:tc>
        <w:tc>
          <w:tcPr>
            <w:tcW w:type="dxa" w:w="1807"/>
          </w:tcPr>
          <w:p>
            <w:pPr>
              <w:spacing w:after="0"/>
              <w:jc w:val="right"/>
            </w:pPr>
            <w:r>
              <w:rPr>
                <w:sz w:val="16"/>
              </w:rPr>
              <w:t>0</w:t>
            </w:r>
          </w:p>
        </w:tc>
        <w:tc>
          <w:tcPr>
            <w:tcW w:type="dxa" w:w="2044"/>
          </w:tcPr>
          <w:p>
            <w:pPr>
              <w:spacing w:after="0"/>
              <w:jc w:val="left"/>
            </w:pPr>
          </w:p>
        </w:tc>
        <w:tc>
          <w:tcPr>
            <w:tcW w:type="dxa" w:w="1560"/>
          </w:tcPr>
          <w:p>
            <w:pPr>
              <w:spacing w:after="0"/>
              <w:jc w:val="left"/>
            </w:pPr>
          </w:p>
        </w:tc>
        <w:tc>
          <w:tcPr>
            <w:tcW w:type="dxa" w:w="1584"/>
          </w:tcPr>
          <w:p>
            <w:pPr>
              <w:spacing w:after="0"/>
              <w:jc w:val="left"/>
            </w:pPr>
          </w:p>
        </w:tc>
        <w:tc>
          <w:tcPr>
            <w:tcW w:type="dxa" w:w="1654"/>
          </w:tcPr>
          <w:p>
            <w:pPr>
              <w:spacing w:after="0"/>
              <w:jc w:val="left"/>
            </w:pPr>
          </w:p>
        </w:tc>
        <w:tc>
          <w:tcPr>
            <w:tcW w:type="dxa" w:w="1619"/>
          </w:tcPr>
          <w:p>
            <w:pPr>
              <w:spacing w:after="0"/>
              <w:jc w:val="left"/>
            </w:pPr>
            <w:r>
              <w:rPr>
                <w:sz w:val="16"/>
              </w:rPr>
              <w:t>Storm Events does not record earthquakes; the USGS earthquake catalog is the source.</w:t>
            </w:r>
          </w:p>
        </w:tc>
      </w:tr>
      <w:tr>
        <w:trPr>
          <w:cantSplit/>
        </w:trPr>
        <w:tc>
          <w:tcPr>
            <w:tcW w:type="dxa" w:w="1922"/>
          </w:tcPr>
          <w:p>
            <w:pPr>
              <w:spacing w:after="0"/>
              <w:jc w:val="left"/>
            </w:pPr>
            <w:r>
              <w:rPr>
                <w:sz w:val="16"/>
              </w:rPr>
              <w:t>Hail</w:t>
            </w:r>
          </w:p>
        </w:tc>
        <w:tc>
          <w:tcPr>
            <w:tcW w:type="dxa" w:w="1924"/>
          </w:tcPr>
          <w:p>
            <w:pPr>
              <w:spacing w:after="0"/>
              <w:jc w:val="left"/>
            </w:pPr>
            <w:r>
              <w:rPr>
                <w:sz w:val="16"/>
              </w:rPr>
              <w:t>hail size (inches)</w:t>
            </w:r>
          </w:p>
        </w:tc>
        <w:tc>
          <w:tcPr>
            <w:tcW w:type="dxa" w:w="1807"/>
          </w:tcPr>
          <w:p>
            <w:pPr>
              <w:spacing w:after="0"/>
              <w:jc w:val="right"/>
            </w:pPr>
            <w:r>
              <w:rPr>
                <w:sz w:val="16"/>
              </w:rPr>
              <w:t>50 records, 1984 to 2023</w:t>
            </w:r>
          </w:p>
        </w:tc>
        <w:tc>
          <w:tcPr>
            <w:tcW w:type="dxa" w:w="2044"/>
          </w:tcPr>
          <w:p>
            <w:pPr>
              <w:spacing w:after="0"/>
              <w:jc w:val="left"/>
            </w:pPr>
            <w:r>
              <w:rPr>
                <w:sz w:val="16"/>
              </w:rPr>
              <w:t>0.75 in to 3 in (median 1 in); 50 with a recorded value</w:t>
            </w:r>
          </w:p>
        </w:tc>
        <w:tc>
          <w:tcPr>
            <w:tcW w:type="dxa" w:w="1560"/>
          </w:tcPr>
          <w:p>
            <w:pPr>
              <w:spacing w:after="0"/>
              <w:jc w:val="left"/>
            </w:pPr>
            <w:r>
              <w:rPr>
                <w:sz w:val="16"/>
              </w:rPr>
              <w:t>3 in hail, 2016-02-24; same size also recorded on 2002-05-02, 2016-02-24</w:t>
            </w:r>
          </w:p>
        </w:tc>
        <w:tc>
          <w:tcPr>
            <w:tcW w:type="dxa" w:w="1584"/>
          </w:tcPr>
          <w:p>
            <w:pPr>
              <w:spacing w:after="0"/>
              <w:jc w:val="left"/>
            </w:pPr>
          </w:p>
        </w:tc>
        <w:tc>
          <w:tcPr>
            <w:tcW w:type="dxa" w:w="1654"/>
          </w:tcPr>
          <w:p>
            <w:pPr>
              <w:spacing w:after="0"/>
              <w:jc w:val="left"/>
            </w:pPr>
            <w:r>
              <w:rPr>
                <w:sz w:val="16"/>
              </w:rPr>
              <w:t>Event records naming jurisdictions in the plan: Clarksville town (8 records), South Hill town (8 records), Boydton town (6 records), Chase City town (2 records), La Crosse town (1 record).</w:t>
            </w:r>
          </w:p>
        </w:tc>
        <w:tc>
          <w:tcPr>
            <w:tcW w:type="dxa" w:w="1619"/>
          </w:tcPr>
          <w:p>
            <w:pPr>
              <w:spacing w:after="0"/>
              <w:jc w:val="left"/>
            </w:pPr>
          </w:p>
        </w:tc>
      </w:tr>
      <w:tr>
        <w:trPr>
          <w:cantSplit/>
        </w:trPr>
        <w:tc>
          <w:tcPr>
            <w:tcW w:type="dxa" w:w="1922"/>
          </w:tcPr>
          <w:p>
            <w:pPr>
              <w:spacing w:after="0"/>
              <w:jc w:val="left"/>
            </w:pPr>
            <w:r>
              <w:rPr>
                <w:sz w:val="16"/>
              </w:rPr>
              <w:t>Excessive Heat, Heat</w:t>
            </w:r>
          </w:p>
        </w:tc>
        <w:tc>
          <w:tcPr>
            <w:tcW w:type="dxa" w:w="1924"/>
          </w:tcPr>
          <w:p>
            <w:pPr>
              <w:spacing w:after="0"/>
              <w:jc w:val="left"/>
            </w:pPr>
            <w:r>
              <w:rPr>
                <w:sz w:val="16"/>
              </w:rPr>
              <w:t>heat index (in event narratives)</w:t>
            </w:r>
          </w:p>
        </w:tc>
        <w:tc>
          <w:tcPr>
            <w:tcW w:type="dxa" w:w="1807"/>
          </w:tcPr>
          <w:p>
            <w:pPr>
              <w:spacing w:after="0"/>
              <w:jc w:val="right"/>
            </w:pPr>
            <w:r>
              <w:rPr>
                <w:sz w:val="16"/>
              </w:rPr>
              <w:t>4 records, 1996 to 2025 (4 zone-level)</w:t>
            </w:r>
          </w:p>
        </w:tc>
        <w:tc>
          <w:tcPr>
            <w:tcW w:type="dxa" w:w="2044"/>
          </w:tcPr>
          <w:p>
            <w:pPr>
              <w:spacing w:after="0"/>
              <w:jc w:val="left"/>
            </w:pPr>
            <w:r>
              <w:rPr>
                <w:sz w:val="16"/>
              </w:rPr>
              <w:t>3 days to 4 days (median 3.5 days); 4 with a recorded value</w:t>
            </w:r>
          </w:p>
        </w:tc>
        <w:tc>
          <w:tcPr>
            <w:tcW w:type="dxa" w:w="1560"/>
          </w:tcPr>
          <w:p>
            <w:pPr>
              <w:spacing w:after="0"/>
              <w:jc w:val="left"/>
            </w:pPr>
            <w:r>
              <w:rPr>
                <w:sz w:val="16"/>
              </w:rPr>
              <w:t>4 consecutive days, 2012-07-05 to 2012-07-08, zone-level</w:t>
            </w:r>
          </w:p>
        </w:tc>
        <w:tc>
          <w:tcPr>
            <w:tcW w:type="dxa" w:w="1584"/>
          </w:tcPr>
          <w:p>
            <w:pPr>
              <w:spacing w:after="0"/>
              <w:jc w:val="left"/>
            </w:pPr>
          </w:p>
        </w:tc>
        <w:tc>
          <w:tcPr>
            <w:tcW w:type="dxa" w:w="1654"/>
          </w:tcPr>
          <w:p>
            <w:pPr>
              <w:spacing w:after="0"/>
              <w:jc w:val="left"/>
            </w:pPr>
            <w:r>
              <w:rPr>
                <w:sz w:val="16"/>
              </w:rPr>
              <w:t>Countywide (zone-level records).</w:t>
            </w:r>
          </w:p>
        </w:tc>
        <w:tc>
          <w:tcPr>
            <w:tcW w:type="dxa" w:w="1619"/>
          </w:tcPr>
          <w:p>
            <w:pPr>
              <w:spacing w:after="0"/>
              <w:jc w:val="left"/>
            </w:pPr>
          </w:p>
        </w:tc>
      </w:tr>
      <w:tr>
        <w:trPr>
          <w:cantSplit/>
        </w:trPr>
        <w:tc>
          <w:tcPr>
            <w:tcW w:type="dxa" w:w="1922"/>
          </w:tcPr>
          <w:p>
            <w:pPr>
              <w:spacing w:after="0"/>
              <w:jc w:val="left"/>
            </w:pPr>
            <w:r>
              <w:rPr>
                <w:sz w:val="16"/>
              </w:rPr>
              <w:t>Hurricane, Tropical Storm, Tropical Depression</w:t>
            </w:r>
          </w:p>
        </w:tc>
        <w:tc>
          <w:tcPr>
            <w:tcW w:type="dxa" w:w="1924"/>
          </w:tcPr>
          <w:p>
            <w:pPr>
              <w:spacing w:after="0"/>
              <w:jc w:val="left"/>
            </w:pPr>
            <w:r>
              <w:rPr>
                <w:sz w:val="16"/>
              </w:rPr>
              <w:t>Saffir-Simpson</w:t>
            </w:r>
          </w:p>
        </w:tc>
        <w:tc>
          <w:tcPr>
            <w:tcW w:type="dxa" w:w="1807"/>
          </w:tcPr>
          <w:p>
            <w:pPr>
              <w:spacing w:after="0"/>
              <w:jc w:val="right"/>
            </w:pPr>
            <w:r>
              <w:rPr>
                <w:sz w:val="16"/>
              </w:rPr>
              <w:t>1 record, 2003 (1 zone-level)</w:t>
            </w:r>
          </w:p>
        </w:tc>
        <w:tc>
          <w:tcPr>
            <w:tcW w:type="dxa" w:w="2044"/>
          </w:tcPr>
          <w:p>
            <w:pPr>
              <w:spacing w:after="0"/>
              <w:jc w:val="left"/>
            </w:pPr>
          </w:p>
        </w:tc>
        <w:tc>
          <w:tcPr>
            <w:tcW w:type="dxa" w:w="1560"/>
          </w:tcPr>
          <w:p>
            <w:pPr>
              <w:spacing w:after="0"/>
              <w:jc w:val="left"/>
            </w:pPr>
            <w:r>
              <w:rPr>
                <w:sz w:val="16"/>
              </w:rPr>
              <w:t>Strongest recorded: Tropical Storm record, 2003-09-18 to 2003-09-19, $4,000,000 property; $3,000,000 crops (2003 dollars); NWS zone VAZ065</w:t>
            </w:r>
          </w:p>
        </w:tc>
        <w:tc>
          <w:tcPr>
            <w:tcW w:type="dxa" w:w="1584"/>
          </w:tcPr>
          <w:p>
            <w:pPr>
              <w:spacing w:after="0"/>
              <w:jc w:val="left"/>
            </w:pPr>
          </w:p>
        </w:tc>
        <w:tc>
          <w:tcPr>
            <w:tcW w:type="dxa" w:w="1654"/>
          </w:tcPr>
          <w:p>
            <w:pPr>
              <w:spacing w:after="0"/>
              <w:jc w:val="left"/>
            </w:pPr>
            <w:r>
              <w:rPr>
                <w:sz w:val="16"/>
              </w:rPr>
              <w:t>Countywide (zone-level records).</w:t>
            </w:r>
          </w:p>
        </w:tc>
        <w:tc>
          <w:tcPr>
            <w:tcW w:type="dxa" w:w="161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22"/>
          </w:tcPr>
          <w:p>
            <w:pPr>
              <w:spacing w:after="0"/>
              <w:jc w:val="left"/>
            </w:pPr>
            <w:r>
              <w:rPr>
                <w:sz w:val="16"/>
              </w:rPr>
              <w:t>Ice Storm</w:t>
            </w:r>
          </w:p>
        </w:tc>
        <w:tc>
          <w:tcPr>
            <w:tcW w:type="dxa" w:w="1924"/>
          </w:tcPr>
          <w:p>
            <w:pPr>
              <w:spacing w:after="0"/>
              <w:jc w:val="left"/>
            </w:pPr>
            <w:r>
              <w:rPr>
                <w:sz w:val="16"/>
              </w:rPr>
              <w:t>Sperry-Piltz ice scale (local data)</w:t>
            </w:r>
          </w:p>
        </w:tc>
        <w:tc>
          <w:tcPr>
            <w:tcW w:type="dxa" w:w="1807"/>
          </w:tcPr>
          <w:p>
            <w:pPr>
              <w:spacing w:after="0"/>
              <w:jc w:val="right"/>
            </w:pPr>
            <w:r>
              <w:rPr>
                <w:sz w:val="16"/>
              </w:rPr>
              <w:t>3 records, 1998 to 2021 (3 zone-level)</w:t>
            </w:r>
          </w:p>
        </w:tc>
        <w:tc>
          <w:tcPr>
            <w:tcW w:type="dxa" w:w="2044"/>
          </w:tcPr>
          <w:p>
            <w:pPr>
              <w:spacing w:after="0"/>
              <w:jc w:val="left"/>
            </w:pPr>
          </w:p>
        </w:tc>
        <w:tc>
          <w:tcPr>
            <w:tcW w:type="dxa" w:w="1560"/>
          </w:tcPr>
          <w:p>
            <w:pPr>
              <w:spacing w:after="0"/>
              <w:jc w:val="left"/>
            </w:pPr>
            <w:r>
              <w:rPr>
                <w:sz w:val="16"/>
              </w:rPr>
              <w:t>Ice Storm, 2021-02-13, $50,000 property; $0 crops (2021 dollars); NWS zone VAZ065</w:t>
            </w:r>
          </w:p>
        </w:tc>
        <w:tc>
          <w:tcPr>
            <w:tcW w:type="dxa" w:w="1584"/>
          </w:tcPr>
          <w:p>
            <w:pPr>
              <w:spacing w:after="0"/>
              <w:jc w:val="left"/>
            </w:pPr>
          </w:p>
        </w:tc>
        <w:tc>
          <w:tcPr>
            <w:tcW w:type="dxa" w:w="1654"/>
          </w:tcPr>
          <w:p>
            <w:pPr>
              <w:spacing w:after="0"/>
              <w:jc w:val="left"/>
            </w:pPr>
            <w:r>
              <w:rPr>
                <w:sz w:val="16"/>
              </w:rPr>
              <w:t>Countywide (zone-level records).</w:t>
            </w:r>
          </w:p>
        </w:tc>
        <w:tc>
          <w:tcPr>
            <w:tcW w:type="dxa" w:w="1619"/>
          </w:tcPr>
          <w:p>
            <w:pPr>
              <w:spacing w:after="0"/>
              <w:jc w:val="left"/>
            </w:pPr>
          </w:p>
        </w:tc>
      </w:tr>
      <w:tr>
        <w:trPr>
          <w:cantSplit/>
        </w:trPr>
        <w:tc>
          <w:tcPr>
            <w:tcW w:type="dxa" w:w="1922"/>
          </w:tcPr>
          <w:p>
            <w:pPr>
              <w:spacing w:after="0"/>
              <w:jc w:val="left"/>
            </w:pPr>
            <w:r>
              <w:rPr>
                <w:sz w:val="16"/>
              </w:rPr>
              <w:t>Flash Flood, Flood, Lakeshore Flood</w:t>
            </w:r>
          </w:p>
        </w:tc>
        <w:tc>
          <w:tcPr>
            <w:tcW w:type="dxa" w:w="1924"/>
          </w:tcPr>
          <w:p>
            <w:pPr>
              <w:spacing w:after="0"/>
              <w:jc w:val="left"/>
            </w:pPr>
            <w:r>
              <w:rPr>
                <w:sz w:val="16"/>
              </w:rPr>
              <w:t>damage and flood days (flood depth: FIRM)</w:t>
            </w:r>
          </w:p>
        </w:tc>
        <w:tc>
          <w:tcPr>
            <w:tcW w:type="dxa" w:w="1807"/>
          </w:tcPr>
          <w:p>
            <w:pPr>
              <w:spacing w:after="0"/>
              <w:jc w:val="right"/>
            </w:pPr>
            <w:r>
              <w:rPr>
                <w:sz w:val="16"/>
              </w:rPr>
              <w:t>46 records, 1996 to 2025 (1 zone-level)</w:t>
            </w:r>
          </w:p>
        </w:tc>
        <w:tc>
          <w:tcPr>
            <w:tcW w:type="dxa" w:w="2044"/>
          </w:tcPr>
          <w:p>
            <w:pPr>
              <w:spacing w:after="0"/>
              <w:jc w:val="left"/>
            </w:pPr>
          </w:p>
        </w:tc>
        <w:tc>
          <w:tcPr>
            <w:tcW w:type="dxa" w:w="1560"/>
          </w:tcPr>
          <w:p>
            <w:pPr>
              <w:spacing w:after="0"/>
              <w:jc w:val="left"/>
            </w:pPr>
            <w:r>
              <w:rPr>
                <w:sz w:val="16"/>
              </w:rPr>
              <w:t>Flash Flood, 1999-09-16, $153,000 property; crops not reported (1999 dollars)</w:t>
            </w:r>
          </w:p>
        </w:tc>
        <w:tc>
          <w:tcPr>
            <w:tcW w:type="dxa" w:w="1584"/>
          </w:tcPr>
          <w:p>
            <w:pPr>
              <w:spacing w:after="0"/>
              <w:jc w:val="left"/>
            </w:pPr>
          </w:p>
        </w:tc>
        <w:tc>
          <w:tcPr>
            <w:tcW w:type="dxa" w:w="1654"/>
          </w:tcPr>
          <w:p>
            <w:pPr>
              <w:spacing w:after="0"/>
              <w:jc w:val="left"/>
            </w:pPr>
            <w:r>
              <w:rPr>
                <w:sz w:val="16"/>
              </w:rPr>
              <w:t>Event records naming jurisdictions in the plan: Chase City town (6 records), South Hill town (6 records), Boydton town (3 records), La Crosse town (3 records), Clarksville town (2 records). Zone-level records (1) apply countywide.</w:t>
            </w:r>
          </w:p>
        </w:tc>
        <w:tc>
          <w:tcPr>
            <w:tcW w:type="dxa" w:w="161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22"/>
          </w:tcPr>
          <w:p>
            <w:pPr>
              <w:spacing w:after="0"/>
              <w:jc w:val="left"/>
            </w:pPr>
            <w:r>
              <w:rPr>
                <w:sz w:val="16"/>
              </w:rPr>
              <w:t>Debris Flow</w:t>
            </w:r>
          </w:p>
        </w:tc>
        <w:tc>
          <w:tcPr>
            <w:tcW w:type="dxa" w:w="1924"/>
          </w:tcPr>
          <w:p>
            <w:pPr>
              <w:spacing w:after="0"/>
              <w:jc w:val="left"/>
            </w:pPr>
            <w:r>
              <w:rPr>
                <w:sz w:val="16"/>
              </w:rPr>
              <w:t>none (count and damage only)</w:t>
            </w:r>
          </w:p>
        </w:tc>
        <w:tc>
          <w:tcPr>
            <w:tcW w:type="dxa" w:w="1807"/>
          </w:tcPr>
          <w:p>
            <w:pPr>
              <w:spacing w:after="0"/>
              <w:jc w:val="right"/>
            </w:pPr>
            <w:r>
              <w:rPr>
                <w:sz w:val="16"/>
              </w:rPr>
              <w:t>0</w:t>
            </w:r>
          </w:p>
        </w:tc>
        <w:tc>
          <w:tcPr>
            <w:tcW w:type="dxa" w:w="2044"/>
          </w:tcPr>
          <w:p>
            <w:pPr>
              <w:spacing w:after="0"/>
              <w:jc w:val="left"/>
            </w:pPr>
          </w:p>
        </w:tc>
        <w:tc>
          <w:tcPr>
            <w:tcW w:type="dxa" w:w="1560"/>
          </w:tcPr>
          <w:p>
            <w:pPr>
              <w:spacing w:after="0"/>
              <w:jc w:val="left"/>
            </w:pPr>
          </w:p>
        </w:tc>
        <w:tc>
          <w:tcPr>
            <w:tcW w:type="dxa" w:w="1584"/>
          </w:tcPr>
          <w:p>
            <w:pPr>
              <w:spacing w:after="0"/>
              <w:jc w:val="left"/>
            </w:pPr>
          </w:p>
        </w:tc>
        <w:tc>
          <w:tcPr>
            <w:tcW w:type="dxa" w:w="1654"/>
          </w:tcPr>
          <w:p>
            <w:pPr>
              <w:spacing w:after="0"/>
              <w:jc w:val="left"/>
            </w:pPr>
          </w:p>
        </w:tc>
        <w:tc>
          <w:tcPr>
            <w:tcW w:type="dxa" w:w="1619"/>
          </w:tcPr>
          <w:p>
            <w:pPr>
              <w:spacing w:after="0"/>
              <w:jc w:val="left"/>
            </w:pPr>
          </w:p>
        </w:tc>
      </w:tr>
      <w:tr>
        <w:trPr>
          <w:cantSplit/>
        </w:trPr>
        <w:tc>
          <w:tcPr>
            <w:tcW w:type="dxa" w:w="1922"/>
          </w:tcPr>
          <w:p>
            <w:pPr>
              <w:spacing w:after="0"/>
              <w:jc w:val="left"/>
            </w:pPr>
            <w:r>
              <w:rPr>
                <w:sz w:val="16"/>
              </w:rPr>
              <w:t>Lightning</w:t>
            </w:r>
          </w:p>
        </w:tc>
        <w:tc>
          <w:tcPr>
            <w:tcW w:type="dxa" w:w="1924"/>
          </w:tcPr>
          <w:p>
            <w:pPr>
              <w:spacing w:after="0"/>
              <w:jc w:val="left"/>
            </w:pPr>
            <w:r>
              <w:rPr>
                <w:sz w:val="16"/>
              </w:rPr>
              <w:t>annualized frequency (the measure FEMA's Local Mitigation Planning Handbook names)</w:t>
            </w:r>
          </w:p>
        </w:tc>
        <w:tc>
          <w:tcPr>
            <w:tcW w:type="dxa" w:w="1807"/>
          </w:tcPr>
          <w:p>
            <w:pPr>
              <w:spacing w:after="0"/>
              <w:jc w:val="right"/>
            </w:pPr>
            <w:r>
              <w:rPr>
                <w:sz w:val="16"/>
              </w:rPr>
              <w:t>3 records, 2000 to 2024</w:t>
            </w:r>
          </w:p>
        </w:tc>
        <w:tc>
          <w:tcPr>
            <w:tcW w:type="dxa" w:w="2044"/>
          </w:tcPr>
          <w:p>
            <w:pPr>
              <w:spacing w:after="0"/>
              <w:jc w:val="left"/>
            </w:pPr>
          </w:p>
        </w:tc>
        <w:tc>
          <w:tcPr>
            <w:tcW w:type="dxa" w:w="1560"/>
          </w:tcPr>
          <w:p>
            <w:pPr>
              <w:spacing w:after="0"/>
              <w:jc w:val="left"/>
            </w:pPr>
            <w:r>
              <w:rPr>
                <w:sz w:val="16"/>
              </w:rPr>
              <w:t>Lightning, 2000-08-27, $10,000 property; $0 crops (2000 dollars)</w:t>
            </w:r>
          </w:p>
        </w:tc>
        <w:tc>
          <w:tcPr>
            <w:tcW w:type="dxa" w:w="1584"/>
          </w:tcPr>
          <w:p>
            <w:pPr>
              <w:spacing w:after="0"/>
              <w:jc w:val="left"/>
            </w:pPr>
          </w:p>
        </w:tc>
        <w:tc>
          <w:tcPr>
            <w:tcW w:type="dxa" w:w="1654"/>
          </w:tcPr>
          <w:p>
            <w:pPr>
              <w:spacing w:after="0"/>
              <w:jc w:val="left"/>
            </w:pPr>
            <w:r>
              <w:rPr>
                <w:sz w:val="16"/>
              </w:rPr>
              <w:t>Event records naming jurisdictions in the plan: Boydton town (1 record).</w:t>
            </w:r>
          </w:p>
        </w:tc>
        <w:tc>
          <w:tcPr>
            <w:tcW w:type="dxa" w:w="1619"/>
          </w:tcPr>
          <w:p>
            <w:pPr>
              <w:spacing w:after="0"/>
              <w:jc w:val="left"/>
            </w:pPr>
            <w:r>
              <w:rPr>
                <w:sz w:val="16"/>
              </w:rPr>
              <w:t>Storm Events lists lightning with damage or casualties.</w:t>
            </w:r>
          </w:p>
        </w:tc>
      </w:tr>
      <w:tr>
        <w:trPr>
          <w:cantSplit/>
        </w:trPr>
        <w:tc>
          <w:tcPr>
            <w:tcW w:type="dxa" w:w="1922"/>
          </w:tcPr>
          <w:p>
            <w:pPr>
              <w:spacing w:after="0"/>
              <w:jc w:val="left"/>
            </w:pPr>
            <w:r>
              <w:rPr>
                <w:sz w:val="16"/>
              </w:rPr>
              <w:t>High Wind and Strong Wind (outside NRI's Strong Wind definition)</w:t>
            </w:r>
          </w:p>
        </w:tc>
        <w:tc>
          <w:tcPr>
            <w:tcW w:type="dxa" w:w="1924"/>
          </w:tcPr>
          <w:p>
            <w:pPr>
              <w:spacing w:after="0"/>
              <w:jc w:val="left"/>
            </w:pPr>
            <w:r>
              <w:rPr>
                <w:sz w:val="16"/>
              </w:rPr>
              <w:t>wind speed (kt and mph)</w:t>
            </w:r>
          </w:p>
        </w:tc>
        <w:tc>
          <w:tcPr>
            <w:tcW w:type="dxa" w:w="1807"/>
          </w:tcPr>
          <w:p>
            <w:pPr>
              <w:spacing w:after="0"/>
              <w:jc w:val="right"/>
            </w:pPr>
            <w:r>
              <w:rPr>
                <w:sz w:val="16"/>
              </w:rPr>
              <w:t>3 records, 2008 to 2024 (3 zone-level)</w:t>
            </w:r>
          </w:p>
        </w:tc>
        <w:tc>
          <w:tcPr>
            <w:tcW w:type="dxa" w:w="2044"/>
          </w:tcPr>
          <w:p>
            <w:pPr>
              <w:spacing w:after="0"/>
              <w:jc w:val="left"/>
            </w:pPr>
            <w:r>
              <w:rPr>
                <w:sz w:val="16"/>
              </w:rPr>
              <w:t>40 kt (46 mph) to 54 kt (62 mph) (median 50 kt (58 mph)); 3 with a recorded value</w:t>
            </w:r>
          </w:p>
        </w:tc>
        <w:tc>
          <w:tcPr>
            <w:tcW w:type="dxa" w:w="1560"/>
          </w:tcPr>
          <w:p>
            <w:pPr>
              <w:spacing w:after="0"/>
              <w:jc w:val="left"/>
            </w:pPr>
            <w:r>
              <w:rPr>
                <w:sz w:val="16"/>
              </w:rPr>
              <w:t>54 kt (62 mph) measured gust, High Wind, 2008-02-10; NWS zone VAZ065</w:t>
            </w:r>
          </w:p>
        </w:tc>
        <w:tc>
          <w:tcPr>
            <w:tcW w:type="dxa" w:w="1584"/>
          </w:tcPr>
          <w:p>
            <w:pPr>
              <w:spacing w:after="0"/>
              <w:jc w:val="left"/>
            </w:pPr>
            <w:r>
              <w:rPr>
                <w:sz w:val="16"/>
              </w:rPr>
              <w:t>High Wind, 2018-10-11, $10,000 property; $0 crops (zone total, 2018 dollars)</w:t>
            </w:r>
          </w:p>
        </w:tc>
        <w:tc>
          <w:tcPr>
            <w:tcW w:type="dxa" w:w="1654"/>
          </w:tcPr>
          <w:p>
            <w:pPr>
              <w:spacing w:after="0"/>
              <w:jc w:val="left"/>
            </w:pPr>
            <w:r>
              <w:rPr>
                <w:sz w:val="16"/>
              </w:rPr>
              <w:t>Countywide (zone-level records).</w:t>
            </w:r>
          </w:p>
        </w:tc>
        <w:tc>
          <w:tcPr>
            <w:tcW w:type="dxa" w:w="1619"/>
          </w:tcPr>
          <w:p>
            <w:pPr>
              <w:spacing w:after="0"/>
              <w:jc w:val="left"/>
            </w:pPr>
          </w:p>
        </w:tc>
      </w:tr>
      <w:tr>
        <w:trPr>
          <w:cantSplit/>
        </w:trPr>
        <w:tc>
          <w:tcPr>
            <w:tcW w:type="dxa" w:w="1922"/>
          </w:tcPr>
          <w:p>
            <w:pPr>
              <w:spacing w:after="0"/>
              <w:jc w:val="left"/>
            </w:pPr>
            <w:r>
              <w:rPr>
                <w:sz w:val="16"/>
              </w:rPr>
              <w:t>Thunderstorm Wind</w:t>
            </w:r>
          </w:p>
        </w:tc>
        <w:tc>
          <w:tcPr>
            <w:tcW w:type="dxa" w:w="1924"/>
          </w:tcPr>
          <w:p>
            <w:pPr>
              <w:spacing w:after="0"/>
              <w:jc w:val="left"/>
            </w:pPr>
            <w:r>
              <w:rPr>
                <w:sz w:val="16"/>
              </w:rPr>
              <w:t>wind speed (kt and mph)</w:t>
            </w:r>
          </w:p>
        </w:tc>
        <w:tc>
          <w:tcPr>
            <w:tcW w:type="dxa" w:w="1807"/>
          </w:tcPr>
          <w:p>
            <w:pPr>
              <w:spacing w:after="0"/>
              <w:jc w:val="right"/>
            </w:pPr>
            <w:r>
              <w:rPr>
                <w:sz w:val="16"/>
              </w:rPr>
              <w:t>210 records, 1960 to 2026</w:t>
            </w:r>
          </w:p>
        </w:tc>
        <w:tc>
          <w:tcPr>
            <w:tcW w:type="dxa" w:w="2044"/>
          </w:tcPr>
          <w:p>
            <w:pPr>
              <w:spacing w:after="0"/>
              <w:jc w:val="left"/>
            </w:pPr>
            <w:r>
              <w:rPr>
                <w:sz w:val="16"/>
              </w:rPr>
              <w:t>50 kt (58 mph) to 69 kt (79 mph) (median 50 kt (58 mph)); 166 with a recorded value</w:t>
            </w:r>
          </w:p>
        </w:tc>
        <w:tc>
          <w:tcPr>
            <w:tcW w:type="dxa" w:w="1560"/>
          </w:tcPr>
          <w:p>
            <w:pPr>
              <w:spacing w:after="0"/>
              <w:jc w:val="left"/>
            </w:pPr>
            <w:r>
              <w:rPr>
                <w:sz w:val="16"/>
              </w:rPr>
              <w:t>69 kt (79 mph) estimated gust, Thunderstorm Wind, 2024-04-11</w:t>
            </w:r>
          </w:p>
        </w:tc>
        <w:tc>
          <w:tcPr>
            <w:tcW w:type="dxa" w:w="1584"/>
          </w:tcPr>
          <w:p>
            <w:pPr>
              <w:spacing w:after="0"/>
              <w:jc w:val="left"/>
            </w:pPr>
            <w:r>
              <w:rPr>
                <w:sz w:val="16"/>
              </w:rPr>
              <w:t>Thunderstorm Wind, 2012-06-29, $90,000 property; $0 crops (2012 dollars)</w:t>
            </w:r>
          </w:p>
        </w:tc>
        <w:tc>
          <w:tcPr>
            <w:tcW w:type="dxa" w:w="1654"/>
          </w:tcPr>
          <w:p>
            <w:pPr>
              <w:spacing w:after="0"/>
              <w:jc w:val="left"/>
            </w:pPr>
            <w:r>
              <w:rPr>
                <w:sz w:val="16"/>
              </w:rPr>
              <w:t>Event records naming jurisdictions in the plan: Chase City town (37 records), South Hill town (22 records), Boydton town (20 records), Clarksville town (13 records), La Crosse town (2 records), Brodnax town (1 record).</w:t>
            </w:r>
          </w:p>
        </w:tc>
        <w:tc>
          <w:tcPr>
            <w:tcW w:type="dxa" w:w="1619"/>
          </w:tcPr>
          <w:p>
            <w:pPr>
              <w:spacing w:after="0"/>
              <w:jc w:val="left"/>
            </w:pPr>
          </w:p>
        </w:tc>
      </w:tr>
      <w:tr>
        <w:trPr>
          <w:cantSplit/>
        </w:trPr>
        <w:tc>
          <w:tcPr>
            <w:tcW w:type="dxa" w:w="1922"/>
          </w:tcPr>
          <w:p>
            <w:pPr>
              <w:spacing w:after="0"/>
              <w:jc w:val="left"/>
            </w:pPr>
            <w:r>
              <w:rPr>
                <w:sz w:val="16"/>
              </w:rPr>
              <w:t>Tornado</w:t>
            </w:r>
          </w:p>
        </w:tc>
        <w:tc>
          <w:tcPr>
            <w:tcW w:type="dxa" w:w="1924"/>
          </w:tcPr>
          <w:p>
            <w:pPr>
              <w:spacing w:after="0"/>
              <w:jc w:val="left"/>
            </w:pPr>
            <w:r>
              <w:rPr>
                <w:sz w:val="16"/>
              </w:rPr>
              <w:t>Enhanced Fujita (Fujita before Feb 2007)</w:t>
            </w:r>
          </w:p>
        </w:tc>
        <w:tc>
          <w:tcPr>
            <w:tcW w:type="dxa" w:w="1807"/>
          </w:tcPr>
          <w:p>
            <w:pPr>
              <w:spacing w:after="0"/>
              <w:jc w:val="right"/>
            </w:pPr>
            <w:r>
              <w:rPr>
                <w:sz w:val="16"/>
              </w:rPr>
              <w:t>11 records, 1978 to 2019</w:t>
            </w:r>
          </w:p>
        </w:tc>
        <w:tc>
          <w:tcPr>
            <w:tcW w:type="dxa" w:w="2044"/>
          </w:tcPr>
          <w:p>
            <w:pPr>
              <w:spacing w:after="0"/>
              <w:jc w:val="left"/>
            </w:pPr>
            <w:r>
              <w:rPr>
                <w:sz w:val="16"/>
              </w:rPr>
              <w:t>F/EF0 to F/EF2 (median F/EF1); 11 with a recorded value</w:t>
            </w:r>
          </w:p>
        </w:tc>
        <w:tc>
          <w:tcPr>
            <w:tcW w:type="dxa" w:w="1560"/>
          </w:tcPr>
          <w:p>
            <w:pPr>
              <w:spacing w:after="0"/>
              <w:jc w:val="left"/>
            </w:pPr>
            <w:r>
              <w:rPr>
                <w:sz w:val="16"/>
              </w:rPr>
              <w:t>F2 tornado, 1988-08-29, 4 mi path length (whole path, pre-1996), 3 yd wide, $2,500,000 property; crops not recorded (1988 dollars), 1 direct injury</w:t>
            </w:r>
          </w:p>
        </w:tc>
        <w:tc>
          <w:tcPr>
            <w:tcW w:type="dxa" w:w="1584"/>
          </w:tcPr>
          <w:p>
            <w:pPr>
              <w:spacing w:after="0"/>
              <w:jc w:val="left"/>
            </w:pPr>
          </w:p>
        </w:tc>
        <w:tc>
          <w:tcPr>
            <w:tcW w:type="dxa" w:w="1654"/>
          </w:tcPr>
          <w:p>
            <w:pPr>
              <w:spacing w:after="0"/>
              <w:jc w:val="left"/>
            </w:pPr>
            <w:r>
              <w:rPr>
                <w:sz w:val="16"/>
              </w:rPr>
              <w:t>Event records naming jurisdictions in the plan: South Hill town (2 records).</w:t>
            </w:r>
          </w:p>
        </w:tc>
        <w:tc>
          <w:tcPr>
            <w:tcW w:type="dxa" w:w="161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22"/>
          </w:tcPr>
          <w:p>
            <w:pPr>
              <w:spacing w:after="0"/>
              <w:jc w:val="left"/>
            </w:pPr>
            <w:r>
              <w:rPr>
                <w:sz w:val="16"/>
              </w:rPr>
              <w:t>Wildfire</w:t>
            </w:r>
          </w:p>
        </w:tc>
        <w:tc>
          <w:tcPr>
            <w:tcW w:type="dxa" w:w="1924"/>
          </w:tcPr>
          <w:p>
            <w:pPr>
              <w:spacing w:after="0"/>
              <w:jc w:val="left"/>
            </w:pPr>
            <w:r>
              <w:rPr>
                <w:sz w:val="16"/>
              </w:rPr>
              <w:t>acres burned (local data)</w:t>
            </w:r>
          </w:p>
        </w:tc>
        <w:tc>
          <w:tcPr>
            <w:tcW w:type="dxa" w:w="1807"/>
          </w:tcPr>
          <w:p>
            <w:pPr>
              <w:spacing w:after="0"/>
              <w:jc w:val="right"/>
            </w:pPr>
            <w:r>
              <w:rPr>
                <w:sz w:val="16"/>
              </w:rPr>
              <w:t>0</w:t>
            </w:r>
          </w:p>
        </w:tc>
        <w:tc>
          <w:tcPr>
            <w:tcW w:type="dxa" w:w="2044"/>
          </w:tcPr>
          <w:p>
            <w:pPr>
              <w:spacing w:after="0"/>
              <w:jc w:val="left"/>
            </w:pPr>
          </w:p>
        </w:tc>
        <w:tc>
          <w:tcPr>
            <w:tcW w:type="dxa" w:w="1560"/>
          </w:tcPr>
          <w:p>
            <w:pPr>
              <w:spacing w:after="0"/>
              <w:jc w:val="left"/>
            </w:pPr>
          </w:p>
        </w:tc>
        <w:tc>
          <w:tcPr>
            <w:tcW w:type="dxa" w:w="1584"/>
          </w:tcPr>
          <w:p>
            <w:pPr>
              <w:spacing w:after="0"/>
              <w:jc w:val="left"/>
            </w:pPr>
          </w:p>
        </w:tc>
        <w:tc>
          <w:tcPr>
            <w:tcW w:type="dxa" w:w="1654"/>
          </w:tcPr>
          <w:p>
            <w:pPr>
              <w:spacing w:after="0"/>
              <w:jc w:val="left"/>
            </w:pPr>
          </w:p>
        </w:tc>
        <w:tc>
          <w:tcPr>
            <w:tcW w:type="dxa" w:w="1619"/>
          </w:tcPr>
          <w:p>
            <w:pPr>
              <w:spacing w:after="0"/>
              <w:jc w:val="left"/>
            </w:pPr>
          </w:p>
        </w:tc>
      </w:tr>
      <w:tr>
        <w:trPr>
          <w:cantSplit/>
        </w:trPr>
        <w:tc>
          <w:tcPr>
            <w:tcW w:type="dxa" w:w="1922"/>
          </w:tcPr>
          <w:p>
            <w:pPr>
              <w:spacing w:after="0"/>
              <w:jc w:val="left"/>
            </w:pPr>
            <w:r>
              <w:rPr>
                <w:sz w:val="16"/>
              </w:rPr>
              <w:t>Winter Storm, Heavy Snow, Blizzard, Lake-Effect Snow, Winter Weather, Sleet</w:t>
            </w:r>
          </w:p>
        </w:tc>
        <w:tc>
          <w:tcPr>
            <w:tcW w:type="dxa" w:w="1924"/>
          </w:tcPr>
          <w:p>
            <w:pPr>
              <w:spacing w:after="0"/>
              <w:jc w:val="left"/>
            </w:pPr>
            <w:r>
              <w:rPr>
                <w:sz w:val="16"/>
              </w:rPr>
              <w:t>none in data (snowfall: local data)</w:t>
            </w:r>
          </w:p>
        </w:tc>
        <w:tc>
          <w:tcPr>
            <w:tcW w:type="dxa" w:w="1807"/>
          </w:tcPr>
          <w:p>
            <w:pPr>
              <w:spacing w:after="0"/>
              <w:jc w:val="right"/>
            </w:pPr>
            <w:r>
              <w:rPr>
                <w:sz w:val="16"/>
              </w:rPr>
              <w:t>70 records, 1996 to 2026 (70 zone-level)</w:t>
            </w:r>
          </w:p>
        </w:tc>
        <w:tc>
          <w:tcPr>
            <w:tcW w:type="dxa" w:w="2044"/>
          </w:tcPr>
          <w:p>
            <w:pPr>
              <w:spacing w:after="0"/>
              <w:jc w:val="left"/>
            </w:pPr>
          </w:p>
        </w:tc>
        <w:tc>
          <w:tcPr>
            <w:tcW w:type="dxa" w:w="1560"/>
          </w:tcPr>
          <w:p>
            <w:pPr>
              <w:spacing w:after="0"/>
              <w:jc w:val="left"/>
            </w:pPr>
            <w:r>
              <w:rPr>
                <w:sz w:val="16"/>
              </w:rPr>
              <w:t>Winter Storm, 2021-02-18, $30,000 property; $0 crops (2021 dollars); NWS zone VAZ065</w:t>
            </w:r>
          </w:p>
        </w:tc>
        <w:tc>
          <w:tcPr>
            <w:tcW w:type="dxa" w:w="1584"/>
          </w:tcPr>
          <w:p>
            <w:pPr>
              <w:spacing w:after="0"/>
              <w:jc w:val="left"/>
            </w:pPr>
          </w:p>
        </w:tc>
        <w:tc>
          <w:tcPr>
            <w:tcW w:type="dxa" w:w="1654"/>
          </w:tcPr>
          <w:p>
            <w:pPr>
              <w:spacing w:after="0"/>
              <w:jc w:val="left"/>
            </w:pPr>
            <w:r>
              <w:rPr>
                <w:sz w:val="16"/>
              </w:rPr>
              <w:t>Countywide (zone-level records).</w:t>
            </w:r>
          </w:p>
        </w:tc>
        <w:tc>
          <w:tcPr>
            <w:tcW w:type="dxa" w:w="161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3"/>
        <w:gridCol w:w="2491"/>
        <w:gridCol w:w="2219"/>
        <w:gridCol w:w="2657"/>
        <w:gridCol w:w="1369"/>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3"/>
            <w:shd w:val="clear" w:color="auto" w:fill="E8E8E8"/>
          </w:tcPr>
          <w:p>
            <w:pPr>
              <w:spacing w:after="0"/>
              <w:jc w:val="left"/>
            </w:pPr>
            <w:r>
              <w:rPr>
                <w:b/>
                <w:sz w:val="16"/>
              </w:rPr>
              <w:t>Type</w:t>
            </w:r>
          </w:p>
        </w:tc>
        <w:tc>
          <w:tcPr>
            <w:tcW w:type="dxa" w:w="2491"/>
            <w:shd w:val="clear" w:color="auto" w:fill="E8E8E8"/>
          </w:tcPr>
          <w:p>
            <w:pPr>
              <w:spacing w:after="0"/>
              <w:jc w:val="left"/>
            </w:pPr>
            <w:r>
              <w:rPr>
                <w:b/>
                <w:sz w:val="16"/>
              </w:rPr>
              <w:t>Title</w:t>
            </w:r>
          </w:p>
        </w:tc>
        <w:tc>
          <w:tcPr>
            <w:tcW w:type="dxa" w:w="2219"/>
            <w:shd w:val="clear" w:color="auto" w:fill="E8E8E8"/>
          </w:tcPr>
          <w:p>
            <w:pPr>
              <w:spacing w:after="0"/>
              <w:jc w:val="left"/>
            </w:pPr>
            <w:r>
              <w:rPr>
                <w:b/>
                <w:sz w:val="16"/>
              </w:rPr>
              <w:t>Mapped hazard</w:t>
            </w:r>
          </w:p>
        </w:tc>
        <w:tc>
          <w:tcPr>
            <w:tcW w:type="dxa" w:w="265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69"/>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73"/>
          </w:tcPr>
          <w:p>
            <w:pPr>
              <w:spacing w:after="0"/>
              <w:jc w:val="left"/>
            </w:pPr>
            <w:r>
              <w:rPr>
                <w:sz w:val="16"/>
              </w:rPr>
              <w:t>Emergency</w:t>
            </w:r>
          </w:p>
        </w:tc>
        <w:tc>
          <w:tcPr>
            <w:tcW w:type="dxa" w:w="2491"/>
          </w:tcPr>
          <w:p>
            <w:pPr>
              <w:spacing w:after="0"/>
              <w:jc w:val="left"/>
            </w:pPr>
            <w:r>
              <w:rPr>
                <w:sz w:val="16"/>
              </w:rPr>
              <w:t>Severe Winter Storm</w:t>
            </w:r>
          </w:p>
        </w:tc>
        <w:tc>
          <w:tcPr>
            <w:tcW w:type="dxa" w:w="2219"/>
          </w:tcPr>
          <w:p>
            <w:pPr>
              <w:spacing w:after="0"/>
              <w:jc w:val="left"/>
            </w:pPr>
            <w:r>
              <w:rPr>
                <w:sz w:val="16"/>
              </w:rPr>
              <w:t>Winter Weather</w:t>
            </w:r>
          </w:p>
        </w:tc>
        <w:tc>
          <w:tcPr>
            <w:tcW w:type="dxa" w:w="2657"/>
          </w:tcPr>
          <w:p>
            <w:pPr>
              <w:spacing w:after="0"/>
              <w:jc w:val="right"/>
            </w:pPr>
            <w:r>
              <w:rPr>
                <w:sz w:val="16"/>
              </w:rPr>
              <w:t>no Public Assistance recorded</w:t>
            </w:r>
          </w:p>
        </w:tc>
        <w:tc>
          <w:tcPr>
            <w:tcW w:type="dxa" w:w="1369"/>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2021-05-10</w:t>
            </w:r>
          </w:p>
        </w:tc>
        <w:tc>
          <w:tcPr>
            <w:tcW w:type="dxa" w:w="1037"/>
          </w:tcPr>
          <w:p>
            <w:pPr>
              <w:spacing w:after="0"/>
              <w:jc w:val="left"/>
            </w:pPr>
            <w:r>
              <w:rPr>
                <w:sz w:val="16"/>
              </w:rPr>
              <w:t>2021-02-11</w:t>
            </w:r>
          </w:p>
        </w:tc>
        <w:tc>
          <w:tcPr>
            <w:tcW w:type="dxa" w:w="1037"/>
          </w:tcPr>
          <w:p>
            <w:pPr>
              <w:spacing w:after="0"/>
              <w:jc w:val="left"/>
            </w:pPr>
            <w:r>
              <w:rPr>
                <w:sz w:val="16"/>
              </w:rPr>
              <w:t>DR-4602-VA</w:t>
            </w:r>
          </w:p>
        </w:tc>
        <w:tc>
          <w:tcPr>
            <w:tcW w:type="dxa" w:w="1373"/>
          </w:tcPr>
          <w:p>
            <w:pPr>
              <w:spacing w:after="0"/>
              <w:jc w:val="left"/>
            </w:pPr>
            <w:r>
              <w:rPr>
                <w:sz w:val="16"/>
              </w:rPr>
              <w:t>Major disaster</w:t>
            </w:r>
          </w:p>
        </w:tc>
        <w:tc>
          <w:tcPr>
            <w:tcW w:type="dxa" w:w="2491"/>
          </w:tcPr>
          <w:p>
            <w:pPr>
              <w:spacing w:after="0"/>
              <w:jc w:val="left"/>
            </w:pPr>
            <w:r>
              <w:rPr>
                <w:sz w:val="16"/>
              </w:rPr>
              <w:t>Severe Winter Storms</w:t>
            </w:r>
          </w:p>
        </w:tc>
        <w:tc>
          <w:tcPr>
            <w:tcW w:type="dxa" w:w="2219"/>
          </w:tcPr>
          <w:p>
            <w:pPr>
              <w:spacing w:after="0"/>
              <w:jc w:val="left"/>
            </w:pPr>
            <w:r>
              <w:rPr>
                <w:sz w:val="16"/>
              </w:rPr>
              <w:t>Ice Storm</w:t>
            </w:r>
          </w:p>
        </w:tc>
        <w:tc>
          <w:tcPr>
            <w:tcW w:type="dxa" w:w="2657"/>
          </w:tcPr>
          <w:p>
            <w:pPr>
              <w:spacing w:after="0"/>
              <w:jc w:val="right"/>
            </w:pPr>
            <w:r>
              <w:rPr>
                <w:sz w:val="16"/>
              </w:rPr>
              <w:t>$297,603.71</w:t>
            </w:r>
          </w:p>
        </w:tc>
        <w:tc>
          <w:tcPr>
            <w:tcW w:type="dxa" w:w="1369"/>
          </w:tcPr>
          <w:p>
            <w:pPr>
              <w:spacing w:after="0"/>
              <w:jc w:val="left"/>
            </w:pPr>
            <w:r>
              <w:rPr>
                <w:sz w:val="16"/>
              </w:rPr>
              <w:t>new since last plan</w:t>
            </w:r>
          </w:p>
        </w:tc>
        <w:tc>
          <w:tcPr>
            <w:tcW w:type="dxa" w:w="892"/>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73"/>
          </w:tcPr>
          <w:p>
            <w:pPr>
              <w:spacing w:after="0"/>
              <w:jc w:val="left"/>
            </w:pPr>
            <w:r>
              <w:rPr>
                <w:sz w:val="16"/>
              </w:rPr>
              <w:t>Major disaster</w:t>
            </w:r>
          </w:p>
        </w:tc>
        <w:tc>
          <w:tcPr>
            <w:tcW w:type="dxa" w:w="2491"/>
          </w:tcPr>
          <w:p>
            <w:pPr>
              <w:spacing w:after="0"/>
              <w:jc w:val="left"/>
            </w:pPr>
            <w:r>
              <w:rPr>
                <w:sz w:val="16"/>
              </w:rPr>
              <w:t>COVID-19 Pandemic</w:t>
            </w:r>
          </w:p>
        </w:tc>
        <w:tc>
          <w:tcPr>
            <w:tcW w:type="dxa" w:w="2219"/>
          </w:tcPr>
          <w:p>
            <w:pPr>
              <w:spacing w:after="0"/>
              <w:jc w:val="left"/>
            </w:pPr>
            <w:r>
              <w:rPr>
                <w:sz w:val="16"/>
              </w:rPr>
              <w:t>Non-natural, not counted</w:t>
            </w:r>
          </w:p>
        </w:tc>
        <w:tc>
          <w:tcPr>
            <w:tcW w:type="dxa" w:w="2657"/>
          </w:tcPr>
          <w:p>
            <w:pPr>
              <w:spacing w:after="0"/>
              <w:jc w:val="right"/>
            </w:pPr>
            <w:r>
              <w:rPr>
                <w:sz w:val="16"/>
              </w:rPr>
              <w:t>$27,004.45</w:t>
            </w:r>
          </w:p>
        </w:tc>
        <w:tc>
          <w:tcPr>
            <w:tcW w:type="dxa" w:w="1369"/>
          </w:tcPr>
          <w:p>
            <w:pPr>
              <w:spacing w:after="0"/>
              <w:jc w:val="left"/>
            </w:pPr>
            <w:r>
              <w:rPr>
                <w:sz w:val="16"/>
              </w:rPr>
              <w:t>in the 12 months before plan approval</w:t>
            </w: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73"/>
          </w:tcPr>
          <w:p>
            <w:pPr>
              <w:spacing w:after="0"/>
              <w:jc w:val="left"/>
            </w:pPr>
            <w:r>
              <w:rPr>
                <w:sz w:val="16"/>
              </w:rPr>
              <w:t>Emergency</w:t>
            </w:r>
          </w:p>
        </w:tc>
        <w:tc>
          <w:tcPr>
            <w:tcW w:type="dxa" w:w="2491"/>
          </w:tcPr>
          <w:p>
            <w:pPr>
              <w:spacing w:after="0"/>
              <w:jc w:val="left"/>
            </w:pPr>
            <w:r>
              <w:rPr>
                <w:sz w:val="16"/>
              </w:rPr>
              <w:t>COVID-19</w:t>
            </w:r>
          </w:p>
        </w:tc>
        <w:tc>
          <w:tcPr>
            <w:tcW w:type="dxa" w:w="2219"/>
          </w:tcPr>
          <w:p>
            <w:pPr>
              <w:spacing w:after="0"/>
              <w:jc w:val="left"/>
            </w:pPr>
            <w:r>
              <w:rPr>
                <w:sz w:val="16"/>
              </w:rPr>
              <w:t>Non-natural, not counted</w:t>
            </w:r>
          </w:p>
        </w:tc>
        <w:tc>
          <w:tcPr>
            <w:tcW w:type="dxa" w:w="2657"/>
          </w:tcPr>
          <w:p>
            <w:pPr>
              <w:spacing w:after="0"/>
              <w:jc w:val="right"/>
            </w:pPr>
            <w:r>
              <w:rPr>
                <w:sz w:val="16"/>
              </w:rPr>
              <w:t>no Public Assistance recorded</w:t>
            </w:r>
          </w:p>
        </w:tc>
        <w:tc>
          <w:tcPr>
            <w:tcW w:type="dxa" w:w="1369"/>
          </w:tcPr>
          <w:p>
            <w:pPr>
              <w:spacing w:after="0"/>
              <w:jc w:val="left"/>
            </w:pPr>
            <w:r>
              <w:rPr>
                <w:sz w:val="16"/>
              </w:rPr>
              <w:t>in the 12 months before plan approval</w:t>
            </w:r>
          </w:p>
        </w:tc>
        <w:tc>
          <w:tcPr>
            <w:tcW w:type="dxa" w:w="892"/>
          </w:tcPr>
          <w:p>
            <w:pPr>
              <w:spacing w:after="0"/>
              <w:jc w:val="left"/>
            </w:pPr>
            <w:r>
              <w:rPr>
                <w:sz w:val="16"/>
              </w:rPr>
              <w:t>same incident as DR-4512</w:t>
            </w:r>
          </w:p>
        </w:tc>
      </w:tr>
      <w:tr>
        <w:trPr>
          <w:cantSplit/>
        </w:trPr>
        <w:tc>
          <w:tcPr>
            <w:tcW w:type="dxa" w:w="1037"/>
          </w:tcPr>
          <w:p>
            <w:pPr>
              <w:spacing w:after="0"/>
              <w:jc w:val="left"/>
            </w:pPr>
            <w:r>
              <w:rPr>
                <w:sz w:val="16"/>
              </w:rPr>
              <w:t>2018-12-18</w:t>
            </w:r>
          </w:p>
        </w:tc>
        <w:tc>
          <w:tcPr>
            <w:tcW w:type="dxa" w:w="1037"/>
          </w:tcPr>
          <w:p>
            <w:pPr>
              <w:spacing w:after="0"/>
              <w:jc w:val="left"/>
            </w:pPr>
            <w:r>
              <w:rPr>
                <w:sz w:val="16"/>
              </w:rPr>
              <w:t>2018-10-09</w:t>
            </w:r>
          </w:p>
        </w:tc>
        <w:tc>
          <w:tcPr>
            <w:tcW w:type="dxa" w:w="1037"/>
          </w:tcPr>
          <w:p>
            <w:pPr>
              <w:spacing w:after="0"/>
              <w:jc w:val="left"/>
            </w:pPr>
            <w:r>
              <w:rPr>
                <w:sz w:val="16"/>
              </w:rPr>
              <w:t>DR-4411-VA</w:t>
            </w:r>
          </w:p>
        </w:tc>
        <w:tc>
          <w:tcPr>
            <w:tcW w:type="dxa" w:w="1373"/>
          </w:tcPr>
          <w:p>
            <w:pPr>
              <w:spacing w:after="0"/>
              <w:jc w:val="left"/>
            </w:pPr>
            <w:r>
              <w:rPr>
                <w:sz w:val="16"/>
              </w:rPr>
              <w:t>Major disaster</w:t>
            </w:r>
          </w:p>
        </w:tc>
        <w:tc>
          <w:tcPr>
            <w:tcW w:type="dxa" w:w="2491"/>
          </w:tcPr>
          <w:p>
            <w:pPr>
              <w:spacing w:after="0"/>
              <w:jc w:val="left"/>
            </w:pPr>
            <w:r>
              <w:rPr>
                <w:sz w:val="16"/>
              </w:rPr>
              <w:t>Tropical Storm Michael</w:t>
            </w:r>
          </w:p>
        </w:tc>
        <w:tc>
          <w:tcPr>
            <w:tcW w:type="dxa" w:w="2219"/>
          </w:tcPr>
          <w:p>
            <w:pPr>
              <w:spacing w:after="0"/>
              <w:jc w:val="left"/>
            </w:pPr>
            <w:r>
              <w:rPr>
                <w:sz w:val="16"/>
              </w:rPr>
              <w:t>Hurricane</w:t>
            </w:r>
          </w:p>
        </w:tc>
        <w:tc>
          <w:tcPr>
            <w:tcW w:type="dxa" w:w="2657"/>
          </w:tcPr>
          <w:p>
            <w:pPr>
              <w:spacing w:after="0"/>
              <w:jc w:val="right"/>
            </w:pPr>
            <w:r>
              <w:rPr>
                <w:sz w:val="16"/>
              </w:rPr>
              <w:t>$94,647.48</w:t>
            </w:r>
          </w:p>
        </w:tc>
        <w:tc>
          <w:tcPr>
            <w:tcW w:type="dxa" w:w="136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2018-10-15</w:t>
            </w:r>
          </w:p>
        </w:tc>
        <w:tc>
          <w:tcPr>
            <w:tcW w:type="dxa" w:w="1037"/>
          </w:tcPr>
          <w:p>
            <w:pPr>
              <w:spacing w:after="0"/>
              <w:jc w:val="left"/>
            </w:pPr>
            <w:r>
              <w:rPr>
                <w:sz w:val="16"/>
              </w:rPr>
              <w:t>2018-09-08</w:t>
            </w:r>
          </w:p>
        </w:tc>
        <w:tc>
          <w:tcPr>
            <w:tcW w:type="dxa" w:w="1037"/>
          </w:tcPr>
          <w:p>
            <w:pPr>
              <w:spacing w:after="0"/>
              <w:jc w:val="left"/>
            </w:pPr>
            <w:r>
              <w:rPr>
                <w:sz w:val="16"/>
              </w:rPr>
              <w:t>DR-4401-VA</w:t>
            </w:r>
          </w:p>
        </w:tc>
        <w:tc>
          <w:tcPr>
            <w:tcW w:type="dxa" w:w="1373"/>
          </w:tcPr>
          <w:p>
            <w:pPr>
              <w:spacing w:after="0"/>
              <w:jc w:val="left"/>
            </w:pPr>
            <w:r>
              <w:rPr>
                <w:sz w:val="16"/>
              </w:rPr>
              <w:t>Major disaster</w:t>
            </w:r>
          </w:p>
        </w:tc>
        <w:tc>
          <w:tcPr>
            <w:tcW w:type="dxa" w:w="2491"/>
          </w:tcPr>
          <w:p>
            <w:pPr>
              <w:spacing w:after="0"/>
              <w:jc w:val="left"/>
            </w:pPr>
            <w:r>
              <w:rPr>
                <w:sz w:val="16"/>
              </w:rPr>
              <w:t>Hurricane Florence</w:t>
            </w:r>
          </w:p>
        </w:tc>
        <w:tc>
          <w:tcPr>
            <w:tcW w:type="dxa" w:w="2219"/>
          </w:tcPr>
          <w:p>
            <w:pPr>
              <w:spacing w:after="0"/>
              <w:jc w:val="left"/>
            </w:pPr>
            <w:r>
              <w:rPr>
                <w:sz w:val="16"/>
              </w:rPr>
              <w:t>Hurricane</w:t>
            </w:r>
          </w:p>
        </w:tc>
        <w:tc>
          <w:tcPr>
            <w:tcW w:type="dxa" w:w="2657"/>
          </w:tcPr>
          <w:p>
            <w:pPr>
              <w:spacing w:after="0"/>
              <w:jc w:val="right"/>
            </w:pPr>
            <w:r>
              <w:rPr>
                <w:sz w:val="16"/>
              </w:rPr>
              <w:t>$50,328.05</w:t>
            </w:r>
          </w:p>
        </w:tc>
        <w:tc>
          <w:tcPr>
            <w:tcW w:type="dxa" w:w="136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73"/>
          </w:tcPr>
          <w:p>
            <w:pPr>
              <w:spacing w:after="0"/>
              <w:jc w:val="left"/>
            </w:pPr>
            <w:r>
              <w:rPr>
                <w:sz w:val="16"/>
              </w:rPr>
              <w:t>Emergency</w:t>
            </w:r>
          </w:p>
        </w:tc>
        <w:tc>
          <w:tcPr>
            <w:tcW w:type="dxa" w:w="2491"/>
          </w:tcPr>
          <w:p>
            <w:pPr>
              <w:spacing w:after="0"/>
              <w:jc w:val="left"/>
            </w:pPr>
            <w:r>
              <w:rPr>
                <w:sz w:val="16"/>
              </w:rPr>
              <w:t>Hurricane Florence</w:t>
            </w:r>
          </w:p>
        </w:tc>
        <w:tc>
          <w:tcPr>
            <w:tcW w:type="dxa" w:w="2219"/>
          </w:tcPr>
          <w:p>
            <w:pPr>
              <w:spacing w:after="0"/>
              <w:jc w:val="left"/>
            </w:pPr>
            <w:r>
              <w:rPr>
                <w:sz w:val="16"/>
              </w:rPr>
              <w:t>Hurricane</w:t>
            </w:r>
          </w:p>
        </w:tc>
        <w:tc>
          <w:tcPr>
            <w:tcW w:type="dxa" w:w="2657"/>
          </w:tcPr>
          <w:p>
            <w:pPr>
              <w:spacing w:after="0"/>
              <w:jc w:val="right"/>
            </w:pPr>
            <w:r>
              <w:rPr>
                <w:sz w:val="16"/>
              </w:rPr>
              <w:t>no Public Assistance recorded</w:t>
            </w:r>
          </w:p>
        </w:tc>
        <w:tc>
          <w:tcPr>
            <w:tcW w:type="dxa" w:w="1369"/>
          </w:tcPr>
          <w:p>
            <w:pPr>
              <w:spacing w:after="0"/>
              <w:jc w:val="left"/>
            </w:pPr>
          </w:p>
        </w:tc>
        <w:tc>
          <w:tcPr>
            <w:tcW w:type="dxa" w:w="892"/>
          </w:tcPr>
          <w:p>
            <w:pPr>
              <w:spacing w:after="0"/>
              <w:jc w:val="left"/>
            </w:pPr>
            <w:r>
              <w:rPr>
                <w:sz w:val="16"/>
              </w:rPr>
              <w:t>same incident as DR-4401</w:t>
            </w: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73"/>
          </w:tcPr>
          <w:p>
            <w:pPr>
              <w:spacing w:after="0"/>
              <w:jc w:val="left"/>
            </w:pPr>
            <w:r>
              <w:rPr>
                <w:sz w:val="16"/>
              </w:rPr>
              <w:t>Emergency</w:t>
            </w:r>
          </w:p>
        </w:tc>
        <w:tc>
          <w:tcPr>
            <w:tcW w:type="dxa" w:w="2491"/>
          </w:tcPr>
          <w:p>
            <w:pPr>
              <w:spacing w:after="0"/>
              <w:jc w:val="left"/>
            </w:pPr>
            <w:r>
              <w:rPr>
                <w:sz w:val="16"/>
              </w:rPr>
              <w:t>Hurricane Sandy</w:t>
            </w:r>
          </w:p>
        </w:tc>
        <w:tc>
          <w:tcPr>
            <w:tcW w:type="dxa" w:w="2219"/>
          </w:tcPr>
          <w:p>
            <w:pPr>
              <w:spacing w:after="0"/>
              <w:jc w:val="left"/>
            </w:pPr>
            <w:r>
              <w:rPr>
                <w:sz w:val="16"/>
              </w:rPr>
              <w:t>Hurricane</w:t>
            </w:r>
          </w:p>
        </w:tc>
        <w:tc>
          <w:tcPr>
            <w:tcW w:type="dxa" w:w="2657"/>
          </w:tcPr>
          <w:p>
            <w:pPr>
              <w:spacing w:after="0"/>
              <w:jc w:val="right"/>
            </w:pPr>
            <w:r>
              <w:rPr>
                <w:sz w:val="16"/>
              </w:rPr>
              <w:t>no Public Assistance recorded</w:t>
            </w:r>
          </w:p>
        </w:tc>
        <w:tc>
          <w:tcPr>
            <w:tcW w:type="dxa" w:w="136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2006-07-13</w:t>
            </w:r>
          </w:p>
        </w:tc>
        <w:tc>
          <w:tcPr>
            <w:tcW w:type="dxa" w:w="1037"/>
          </w:tcPr>
          <w:p>
            <w:pPr>
              <w:spacing w:after="0"/>
              <w:jc w:val="left"/>
            </w:pPr>
            <w:r>
              <w:rPr>
                <w:sz w:val="16"/>
              </w:rPr>
              <w:t>2006-06-23</w:t>
            </w:r>
          </w:p>
        </w:tc>
        <w:tc>
          <w:tcPr>
            <w:tcW w:type="dxa" w:w="1037"/>
          </w:tcPr>
          <w:p>
            <w:pPr>
              <w:spacing w:after="0"/>
              <w:jc w:val="left"/>
            </w:pPr>
            <w:r>
              <w:rPr>
                <w:sz w:val="16"/>
              </w:rPr>
              <w:t>DR-1655-VA</w:t>
            </w:r>
          </w:p>
        </w:tc>
        <w:tc>
          <w:tcPr>
            <w:tcW w:type="dxa" w:w="1373"/>
          </w:tcPr>
          <w:p>
            <w:pPr>
              <w:spacing w:after="0"/>
              <w:jc w:val="left"/>
            </w:pPr>
            <w:r>
              <w:rPr>
                <w:sz w:val="16"/>
              </w:rPr>
              <w:t>Major disaster</w:t>
            </w:r>
          </w:p>
        </w:tc>
        <w:tc>
          <w:tcPr>
            <w:tcW w:type="dxa" w:w="2491"/>
          </w:tcPr>
          <w:p>
            <w:pPr>
              <w:spacing w:after="0"/>
              <w:jc w:val="left"/>
            </w:pPr>
            <w:r>
              <w:rPr>
                <w:sz w:val="16"/>
              </w:rPr>
              <w:t>Severe Storms, Tornadoes, and Flooding</w:t>
            </w:r>
          </w:p>
        </w:tc>
        <w:tc>
          <w:tcPr>
            <w:tcW w:type="dxa" w:w="2219"/>
          </w:tcPr>
          <w:p>
            <w:pPr>
              <w:spacing w:after="0"/>
              <w:jc w:val="left"/>
            </w:pPr>
            <w:r>
              <w:rPr>
                <w:sz w:val="16"/>
              </w:rPr>
              <w:t>Inland Flooding; Tornado</w:t>
            </w:r>
          </w:p>
        </w:tc>
        <w:tc>
          <w:tcPr>
            <w:tcW w:type="dxa" w:w="2657"/>
          </w:tcPr>
          <w:p>
            <w:pPr>
              <w:spacing w:after="0"/>
              <w:jc w:val="right"/>
            </w:pPr>
            <w:r>
              <w:rPr>
                <w:sz w:val="16"/>
              </w:rPr>
              <w:t>no Public Assistance recorded</w:t>
            </w:r>
          </w:p>
        </w:tc>
        <w:tc>
          <w:tcPr>
            <w:tcW w:type="dxa" w:w="136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73"/>
          </w:tcPr>
          <w:p>
            <w:pPr>
              <w:spacing w:after="0"/>
              <w:jc w:val="left"/>
            </w:pPr>
            <w:r>
              <w:rPr>
                <w:sz w:val="16"/>
              </w:rPr>
              <w:t>Emergency</w:t>
            </w:r>
          </w:p>
        </w:tc>
        <w:tc>
          <w:tcPr>
            <w:tcW w:type="dxa" w:w="2491"/>
          </w:tcPr>
          <w:p>
            <w:pPr>
              <w:spacing w:after="0"/>
              <w:jc w:val="left"/>
            </w:pPr>
            <w:r>
              <w:rPr>
                <w:sz w:val="16"/>
              </w:rPr>
              <w:t>Hurricane Katrina Evacuation</w:t>
            </w:r>
          </w:p>
        </w:tc>
        <w:tc>
          <w:tcPr>
            <w:tcW w:type="dxa" w:w="2219"/>
          </w:tcPr>
          <w:p>
            <w:pPr>
              <w:spacing w:after="0"/>
              <w:jc w:val="left"/>
            </w:pPr>
            <w:r>
              <w:rPr>
                <w:sz w:val="16"/>
              </w:rPr>
              <w:t>Hurricane: evacuation support, not a local hazard event; not counted</w:t>
            </w:r>
          </w:p>
        </w:tc>
        <w:tc>
          <w:tcPr>
            <w:tcW w:type="dxa" w:w="2657"/>
          </w:tcPr>
          <w:p>
            <w:pPr>
              <w:spacing w:after="0"/>
              <w:jc w:val="right"/>
            </w:pPr>
            <w:r>
              <w:rPr>
                <w:sz w:val="16"/>
              </w:rPr>
              <w:t>no Public Assistance recorded</w:t>
            </w:r>
          </w:p>
        </w:tc>
        <w:tc>
          <w:tcPr>
            <w:tcW w:type="dxa" w:w="136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DR-1491-VA</w:t>
            </w:r>
          </w:p>
        </w:tc>
        <w:tc>
          <w:tcPr>
            <w:tcW w:type="dxa" w:w="1373"/>
          </w:tcPr>
          <w:p>
            <w:pPr>
              <w:spacing w:after="0"/>
              <w:jc w:val="left"/>
            </w:pPr>
            <w:r>
              <w:rPr>
                <w:sz w:val="16"/>
              </w:rPr>
              <w:t>Major disaster</w:t>
            </w:r>
          </w:p>
        </w:tc>
        <w:tc>
          <w:tcPr>
            <w:tcW w:type="dxa" w:w="2491"/>
          </w:tcPr>
          <w:p>
            <w:pPr>
              <w:spacing w:after="0"/>
              <w:jc w:val="left"/>
            </w:pPr>
            <w:r>
              <w:rPr>
                <w:sz w:val="16"/>
              </w:rPr>
              <w:t>Hurricane Isabel</w:t>
            </w:r>
          </w:p>
        </w:tc>
        <w:tc>
          <w:tcPr>
            <w:tcW w:type="dxa" w:w="2219"/>
          </w:tcPr>
          <w:p>
            <w:pPr>
              <w:spacing w:after="0"/>
              <w:jc w:val="left"/>
            </w:pPr>
            <w:r>
              <w:rPr>
                <w:sz w:val="16"/>
              </w:rPr>
              <w:t>Hurricane</w:t>
            </w:r>
          </w:p>
        </w:tc>
        <w:tc>
          <w:tcPr>
            <w:tcW w:type="dxa" w:w="2657"/>
          </w:tcPr>
          <w:p>
            <w:pPr>
              <w:spacing w:after="0"/>
              <w:jc w:val="right"/>
            </w:pPr>
            <w:r>
              <w:rPr>
                <w:sz w:val="16"/>
              </w:rPr>
              <w:t>$79,039.24</w:t>
            </w:r>
          </w:p>
        </w:tc>
        <w:tc>
          <w:tcPr>
            <w:tcW w:type="dxa" w:w="136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2000-01-25</w:t>
            </w:r>
          </w:p>
        </w:tc>
        <w:tc>
          <w:tcPr>
            <w:tcW w:type="dxa" w:w="1037"/>
          </w:tcPr>
          <w:p>
            <w:pPr>
              <w:spacing w:after="0"/>
              <w:jc w:val="left"/>
            </w:pPr>
            <w:r>
              <w:rPr>
                <w:sz w:val="16"/>
              </w:rPr>
              <w:t>DR-1318-VA</w:t>
            </w:r>
          </w:p>
        </w:tc>
        <w:tc>
          <w:tcPr>
            <w:tcW w:type="dxa" w:w="1373"/>
          </w:tcPr>
          <w:p>
            <w:pPr>
              <w:spacing w:after="0"/>
              <w:jc w:val="left"/>
            </w:pPr>
            <w:r>
              <w:rPr>
                <w:sz w:val="16"/>
              </w:rPr>
              <w:t>Major disaster</w:t>
            </w:r>
          </w:p>
        </w:tc>
        <w:tc>
          <w:tcPr>
            <w:tcW w:type="dxa" w:w="2491"/>
          </w:tcPr>
          <w:p>
            <w:pPr>
              <w:spacing w:after="0"/>
              <w:jc w:val="left"/>
            </w:pPr>
            <w:r>
              <w:rPr>
                <w:sz w:val="16"/>
              </w:rPr>
              <w:t>Severe Winter Storms</w:t>
            </w:r>
          </w:p>
        </w:tc>
        <w:tc>
          <w:tcPr>
            <w:tcW w:type="dxa" w:w="2219"/>
          </w:tcPr>
          <w:p>
            <w:pPr>
              <w:spacing w:after="0"/>
              <w:jc w:val="left"/>
            </w:pPr>
            <w:r>
              <w:rPr>
                <w:sz w:val="16"/>
              </w:rPr>
              <w:t>Winter Weather</w:t>
            </w:r>
          </w:p>
        </w:tc>
        <w:tc>
          <w:tcPr>
            <w:tcW w:type="dxa" w:w="2657"/>
          </w:tcPr>
          <w:p>
            <w:pPr>
              <w:spacing w:after="0"/>
              <w:jc w:val="right"/>
            </w:pPr>
            <w:r>
              <w:rPr>
                <w:sz w:val="16"/>
              </w:rPr>
              <w:t>$24,172.06</w:t>
            </w:r>
          </w:p>
        </w:tc>
        <w:tc>
          <w:tcPr>
            <w:tcW w:type="dxa" w:w="136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1999-09-18</w:t>
            </w:r>
          </w:p>
        </w:tc>
        <w:tc>
          <w:tcPr>
            <w:tcW w:type="dxa" w:w="1037"/>
          </w:tcPr>
          <w:p>
            <w:pPr>
              <w:spacing w:after="0"/>
              <w:jc w:val="left"/>
            </w:pPr>
            <w:r>
              <w:rPr>
                <w:sz w:val="16"/>
              </w:rPr>
              <w:t>1999-09-13</w:t>
            </w:r>
          </w:p>
        </w:tc>
        <w:tc>
          <w:tcPr>
            <w:tcW w:type="dxa" w:w="1037"/>
          </w:tcPr>
          <w:p>
            <w:pPr>
              <w:spacing w:after="0"/>
              <w:jc w:val="left"/>
            </w:pPr>
            <w:r>
              <w:rPr>
                <w:sz w:val="16"/>
              </w:rPr>
              <w:t>DR-1293-VA</w:t>
            </w:r>
          </w:p>
        </w:tc>
        <w:tc>
          <w:tcPr>
            <w:tcW w:type="dxa" w:w="1373"/>
          </w:tcPr>
          <w:p>
            <w:pPr>
              <w:spacing w:after="0"/>
              <w:jc w:val="left"/>
            </w:pPr>
            <w:r>
              <w:rPr>
                <w:sz w:val="16"/>
              </w:rPr>
              <w:t>Major disaster</w:t>
            </w:r>
          </w:p>
        </w:tc>
        <w:tc>
          <w:tcPr>
            <w:tcW w:type="dxa" w:w="2491"/>
          </w:tcPr>
          <w:p>
            <w:pPr>
              <w:spacing w:after="0"/>
              <w:jc w:val="left"/>
            </w:pPr>
            <w:r>
              <w:rPr>
                <w:sz w:val="16"/>
              </w:rPr>
              <w:t>Hurricane Floyd Major Disaster Declarations</w:t>
            </w:r>
          </w:p>
        </w:tc>
        <w:tc>
          <w:tcPr>
            <w:tcW w:type="dxa" w:w="2219"/>
          </w:tcPr>
          <w:p>
            <w:pPr>
              <w:spacing w:after="0"/>
              <w:jc w:val="left"/>
            </w:pPr>
            <w:r>
              <w:rPr>
                <w:sz w:val="16"/>
              </w:rPr>
              <w:t>Hurricane</w:t>
            </w:r>
          </w:p>
        </w:tc>
        <w:tc>
          <w:tcPr>
            <w:tcW w:type="dxa" w:w="2657"/>
          </w:tcPr>
          <w:p>
            <w:pPr>
              <w:spacing w:after="0"/>
              <w:jc w:val="right"/>
            </w:pPr>
            <w:r>
              <w:rPr>
                <w:sz w:val="16"/>
              </w:rPr>
              <w:t>no Public Assistance recorded</w:t>
            </w:r>
          </w:p>
        </w:tc>
        <w:tc>
          <w:tcPr>
            <w:tcW w:type="dxa" w:w="136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DR-1135-VA</w:t>
            </w:r>
          </w:p>
        </w:tc>
        <w:tc>
          <w:tcPr>
            <w:tcW w:type="dxa" w:w="1373"/>
          </w:tcPr>
          <w:p>
            <w:pPr>
              <w:spacing w:after="0"/>
              <w:jc w:val="left"/>
            </w:pPr>
            <w:r>
              <w:rPr>
                <w:sz w:val="16"/>
              </w:rPr>
              <w:t>Major disaster</w:t>
            </w:r>
          </w:p>
        </w:tc>
        <w:tc>
          <w:tcPr>
            <w:tcW w:type="dxa" w:w="2491"/>
          </w:tcPr>
          <w:p>
            <w:pPr>
              <w:spacing w:after="0"/>
              <w:jc w:val="left"/>
            </w:pPr>
            <w:r>
              <w:rPr>
                <w:sz w:val="16"/>
              </w:rPr>
              <w:t>Hurricane Fran and Associated Severe Storm Cond</w:t>
            </w:r>
          </w:p>
        </w:tc>
        <w:tc>
          <w:tcPr>
            <w:tcW w:type="dxa" w:w="2219"/>
          </w:tcPr>
          <w:p>
            <w:pPr>
              <w:spacing w:after="0"/>
              <w:jc w:val="left"/>
            </w:pPr>
            <w:r>
              <w:rPr>
                <w:sz w:val="16"/>
              </w:rPr>
              <w:t>Hurricane</w:t>
            </w:r>
          </w:p>
        </w:tc>
        <w:tc>
          <w:tcPr>
            <w:tcW w:type="dxa" w:w="2657"/>
          </w:tcPr>
          <w:p>
            <w:pPr>
              <w:spacing w:after="0"/>
              <w:jc w:val="right"/>
            </w:pPr>
            <w:r>
              <w:rPr>
                <w:sz w:val="16"/>
              </w:rPr>
              <w:t>no Public Assistance recorded</w:t>
            </w:r>
          </w:p>
        </w:tc>
        <w:tc>
          <w:tcPr>
            <w:tcW w:type="dxa" w:w="136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73"/>
          </w:tcPr>
          <w:p>
            <w:pPr>
              <w:spacing w:after="0"/>
              <w:jc w:val="left"/>
            </w:pPr>
            <w:r>
              <w:rPr>
                <w:sz w:val="16"/>
              </w:rPr>
              <w:t>Major disaster</w:t>
            </w:r>
          </w:p>
        </w:tc>
        <w:tc>
          <w:tcPr>
            <w:tcW w:type="dxa" w:w="2491"/>
          </w:tcPr>
          <w:p>
            <w:pPr>
              <w:spacing w:after="0"/>
              <w:jc w:val="left"/>
            </w:pPr>
            <w:r>
              <w:rPr>
                <w:sz w:val="16"/>
              </w:rPr>
              <w:t>Blizzard of 96 (Severe Snow Storm)</w:t>
            </w:r>
          </w:p>
        </w:tc>
        <w:tc>
          <w:tcPr>
            <w:tcW w:type="dxa" w:w="2219"/>
          </w:tcPr>
          <w:p>
            <w:pPr>
              <w:spacing w:after="0"/>
              <w:jc w:val="left"/>
            </w:pPr>
            <w:r>
              <w:rPr>
                <w:sz w:val="16"/>
              </w:rPr>
              <w:t>Winter Weather</w:t>
            </w:r>
          </w:p>
        </w:tc>
        <w:tc>
          <w:tcPr>
            <w:tcW w:type="dxa" w:w="2657"/>
          </w:tcPr>
          <w:p>
            <w:pPr>
              <w:spacing w:after="0"/>
              <w:jc w:val="right"/>
            </w:pPr>
            <w:r>
              <w:rPr>
                <w:sz w:val="16"/>
              </w:rPr>
              <w:t>no Public Assistance recorded</w:t>
            </w:r>
          </w:p>
        </w:tc>
        <w:tc>
          <w:tcPr>
            <w:tcW w:type="dxa" w:w="136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1994-02-08</w:t>
            </w:r>
          </w:p>
        </w:tc>
        <w:tc>
          <w:tcPr>
            <w:tcW w:type="dxa" w:w="1037"/>
          </w:tcPr>
          <w:p>
            <w:pPr>
              <w:spacing w:after="0"/>
              <w:jc w:val="left"/>
            </w:pPr>
            <w:r>
              <w:rPr>
                <w:sz w:val="16"/>
              </w:rPr>
              <w:t>DR-1014-VA</w:t>
            </w:r>
          </w:p>
        </w:tc>
        <w:tc>
          <w:tcPr>
            <w:tcW w:type="dxa" w:w="1373"/>
          </w:tcPr>
          <w:p>
            <w:pPr>
              <w:spacing w:after="0"/>
              <w:jc w:val="left"/>
            </w:pPr>
            <w:r>
              <w:rPr>
                <w:sz w:val="16"/>
              </w:rPr>
              <w:t>Major disaster</w:t>
            </w:r>
          </w:p>
        </w:tc>
        <w:tc>
          <w:tcPr>
            <w:tcW w:type="dxa" w:w="2491"/>
          </w:tcPr>
          <w:p>
            <w:pPr>
              <w:spacing w:after="0"/>
              <w:jc w:val="left"/>
            </w:pPr>
            <w:r>
              <w:rPr>
                <w:sz w:val="16"/>
              </w:rPr>
              <w:t>Severe Ice Storms, Flooding</w:t>
            </w:r>
          </w:p>
        </w:tc>
        <w:tc>
          <w:tcPr>
            <w:tcW w:type="dxa" w:w="2219"/>
          </w:tcPr>
          <w:p>
            <w:pPr>
              <w:spacing w:after="0"/>
              <w:jc w:val="left"/>
            </w:pPr>
            <w:r>
              <w:rPr>
                <w:sz w:val="16"/>
              </w:rPr>
              <w:t>Winter Weather (primary); also designated: Inland Flooding</w:t>
            </w:r>
          </w:p>
        </w:tc>
        <w:tc>
          <w:tcPr>
            <w:tcW w:type="dxa" w:w="2657"/>
          </w:tcPr>
          <w:p>
            <w:pPr>
              <w:spacing w:after="0"/>
              <w:jc w:val="right"/>
            </w:pPr>
            <w:r>
              <w:rPr>
                <w:sz w:val="16"/>
              </w:rPr>
              <w:t>no Public Assistance recorded</w:t>
            </w:r>
          </w:p>
        </w:tc>
        <w:tc>
          <w:tcPr>
            <w:tcW w:type="dxa" w:w="136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73"/>
          </w:tcPr>
          <w:p>
            <w:pPr>
              <w:spacing w:after="0"/>
              <w:jc w:val="left"/>
            </w:pPr>
            <w:r>
              <w:rPr>
                <w:sz w:val="16"/>
              </w:rPr>
              <w:t>Emergency</w:t>
            </w:r>
          </w:p>
        </w:tc>
        <w:tc>
          <w:tcPr>
            <w:tcW w:type="dxa" w:w="2491"/>
          </w:tcPr>
          <w:p>
            <w:pPr>
              <w:spacing w:after="0"/>
              <w:jc w:val="left"/>
            </w:pPr>
            <w:r>
              <w:rPr>
                <w:sz w:val="16"/>
              </w:rPr>
              <w:t>Severe Winter Storm</w:t>
            </w:r>
          </w:p>
        </w:tc>
        <w:tc>
          <w:tcPr>
            <w:tcW w:type="dxa" w:w="2219"/>
          </w:tcPr>
          <w:p>
            <w:pPr>
              <w:spacing w:after="0"/>
              <w:jc w:val="left"/>
            </w:pPr>
            <w:r>
              <w:rPr>
                <w:sz w:val="16"/>
              </w:rPr>
              <w:t>Winter Weather</w:t>
            </w:r>
          </w:p>
        </w:tc>
        <w:tc>
          <w:tcPr>
            <w:tcW w:type="dxa" w:w="2657"/>
          </w:tcPr>
          <w:p>
            <w:pPr>
              <w:spacing w:after="0"/>
              <w:jc w:val="right"/>
            </w:pPr>
            <w:r>
              <w:rPr>
                <w:sz w:val="16"/>
              </w:rPr>
              <w:t>no Public Assistance recorded</w:t>
            </w:r>
          </w:p>
        </w:tc>
        <w:tc>
          <w:tcPr>
            <w:tcW w:type="dxa" w:w="136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1977-07-23</w:t>
            </w:r>
          </w:p>
        </w:tc>
        <w:tc>
          <w:tcPr>
            <w:tcW w:type="dxa" w:w="1037"/>
          </w:tcPr>
          <w:p>
            <w:pPr>
              <w:spacing w:after="0"/>
              <w:jc w:val="left"/>
            </w:pPr>
            <w:r>
              <w:rPr>
                <w:sz w:val="16"/>
              </w:rPr>
              <w:t>1977-07-23</w:t>
            </w:r>
          </w:p>
        </w:tc>
        <w:tc>
          <w:tcPr>
            <w:tcW w:type="dxa" w:w="1037"/>
          </w:tcPr>
          <w:p>
            <w:pPr>
              <w:spacing w:after="0"/>
              <w:jc w:val="left"/>
            </w:pPr>
            <w:r>
              <w:rPr>
                <w:sz w:val="16"/>
              </w:rPr>
              <w:t>EM-3046-VA</w:t>
            </w:r>
          </w:p>
        </w:tc>
        <w:tc>
          <w:tcPr>
            <w:tcW w:type="dxa" w:w="1373"/>
          </w:tcPr>
          <w:p>
            <w:pPr>
              <w:spacing w:after="0"/>
              <w:jc w:val="left"/>
            </w:pPr>
            <w:r>
              <w:rPr>
                <w:sz w:val="16"/>
              </w:rPr>
              <w:t>Emergency</w:t>
            </w:r>
          </w:p>
        </w:tc>
        <w:tc>
          <w:tcPr>
            <w:tcW w:type="dxa" w:w="2491"/>
          </w:tcPr>
          <w:p>
            <w:pPr>
              <w:spacing w:after="0"/>
              <w:jc w:val="left"/>
            </w:pPr>
            <w:r>
              <w:rPr>
                <w:sz w:val="16"/>
              </w:rPr>
              <w:t>Drought</w:t>
            </w:r>
          </w:p>
        </w:tc>
        <w:tc>
          <w:tcPr>
            <w:tcW w:type="dxa" w:w="2219"/>
          </w:tcPr>
          <w:p>
            <w:pPr>
              <w:spacing w:after="0"/>
              <w:jc w:val="left"/>
            </w:pPr>
            <w:r>
              <w:rPr>
                <w:sz w:val="16"/>
              </w:rPr>
              <w:t>Drought</w:t>
            </w:r>
          </w:p>
        </w:tc>
        <w:tc>
          <w:tcPr>
            <w:tcW w:type="dxa" w:w="2657"/>
          </w:tcPr>
          <w:p>
            <w:pPr>
              <w:spacing w:after="0"/>
              <w:jc w:val="right"/>
            </w:pPr>
            <w:r>
              <w:rPr>
                <w:sz w:val="16"/>
              </w:rPr>
              <w:t>no Public Assistance recorded</w:t>
            </w:r>
          </w:p>
        </w:tc>
        <w:tc>
          <w:tcPr>
            <w:tcW w:type="dxa" w:w="136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1976-10-15</w:t>
            </w:r>
          </w:p>
        </w:tc>
        <w:tc>
          <w:tcPr>
            <w:tcW w:type="dxa" w:w="1037"/>
          </w:tcPr>
          <w:p>
            <w:pPr>
              <w:spacing w:after="0"/>
              <w:jc w:val="left"/>
            </w:pPr>
            <w:r>
              <w:rPr>
                <w:sz w:val="16"/>
              </w:rPr>
              <w:t>1976-10-15</w:t>
            </w:r>
          </w:p>
        </w:tc>
        <w:tc>
          <w:tcPr>
            <w:tcW w:type="dxa" w:w="1037"/>
          </w:tcPr>
          <w:p>
            <w:pPr>
              <w:spacing w:after="0"/>
              <w:jc w:val="left"/>
            </w:pPr>
            <w:r>
              <w:rPr>
                <w:sz w:val="16"/>
              </w:rPr>
              <w:t>EM-3018-VA</w:t>
            </w:r>
          </w:p>
        </w:tc>
        <w:tc>
          <w:tcPr>
            <w:tcW w:type="dxa" w:w="1373"/>
          </w:tcPr>
          <w:p>
            <w:pPr>
              <w:spacing w:after="0"/>
              <w:jc w:val="left"/>
            </w:pPr>
            <w:r>
              <w:rPr>
                <w:sz w:val="16"/>
              </w:rPr>
              <w:t>Emergency</w:t>
            </w:r>
          </w:p>
        </w:tc>
        <w:tc>
          <w:tcPr>
            <w:tcW w:type="dxa" w:w="2491"/>
          </w:tcPr>
          <w:p>
            <w:pPr>
              <w:spacing w:after="0"/>
              <w:jc w:val="left"/>
            </w:pPr>
            <w:r>
              <w:rPr>
                <w:sz w:val="16"/>
              </w:rPr>
              <w:t>Drought</w:t>
            </w:r>
          </w:p>
        </w:tc>
        <w:tc>
          <w:tcPr>
            <w:tcW w:type="dxa" w:w="2219"/>
          </w:tcPr>
          <w:p>
            <w:pPr>
              <w:spacing w:after="0"/>
              <w:jc w:val="left"/>
            </w:pPr>
            <w:r>
              <w:rPr>
                <w:sz w:val="16"/>
              </w:rPr>
              <w:t>Drought</w:t>
            </w:r>
          </w:p>
        </w:tc>
        <w:tc>
          <w:tcPr>
            <w:tcW w:type="dxa" w:w="2657"/>
          </w:tcPr>
          <w:p>
            <w:pPr>
              <w:spacing w:after="0"/>
              <w:jc w:val="right"/>
            </w:pPr>
            <w:r>
              <w:rPr>
                <w:sz w:val="16"/>
              </w:rPr>
              <w:t>no Public Assistance recorded</w:t>
            </w:r>
          </w:p>
        </w:tc>
        <w:tc>
          <w:tcPr>
            <w:tcW w:type="dxa" w:w="136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1972-10-10</w:t>
            </w:r>
          </w:p>
        </w:tc>
        <w:tc>
          <w:tcPr>
            <w:tcW w:type="dxa" w:w="1037"/>
          </w:tcPr>
          <w:p>
            <w:pPr>
              <w:spacing w:after="0"/>
              <w:jc w:val="left"/>
            </w:pPr>
            <w:r>
              <w:rPr>
                <w:sz w:val="16"/>
              </w:rPr>
              <w:t>1972-10-10</w:t>
            </w:r>
          </w:p>
        </w:tc>
        <w:tc>
          <w:tcPr>
            <w:tcW w:type="dxa" w:w="1037"/>
          </w:tcPr>
          <w:p>
            <w:pPr>
              <w:spacing w:after="0"/>
              <w:jc w:val="left"/>
            </w:pPr>
            <w:r>
              <w:rPr>
                <w:sz w:val="16"/>
              </w:rPr>
              <w:t>DR-359-VA</w:t>
            </w:r>
          </w:p>
        </w:tc>
        <w:tc>
          <w:tcPr>
            <w:tcW w:type="dxa" w:w="1373"/>
          </w:tcPr>
          <w:p>
            <w:pPr>
              <w:spacing w:after="0"/>
              <w:jc w:val="left"/>
            </w:pPr>
            <w:r>
              <w:rPr>
                <w:sz w:val="16"/>
              </w:rPr>
              <w:t>Major disaster</w:t>
            </w:r>
          </w:p>
        </w:tc>
        <w:tc>
          <w:tcPr>
            <w:tcW w:type="dxa" w:w="2491"/>
          </w:tcPr>
          <w:p>
            <w:pPr>
              <w:spacing w:after="0"/>
              <w:jc w:val="left"/>
            </w:pPr>
            <w:r>
              <w:rPr>
                <w:sz w:val="16"/>
              </w:rPr>
              <w:t>Severe Storms &amp; Flooding</w:t>
            </w:r>
          </w:p>
        </w:tc>
        <w:tc>
          <w:tcPr>
            <w:tcW w:type="dxa" w:w="2219"/>
          </w:tcPr>
          <w:p>
            <w:pPr>
              <w:spacing w:after="0"/>
              <w:jc w:val="left"/>
            </w:pPr>
            <w:r>
              <w:rPr>
                <w:sz w:val="16"/>
              </w:rPr>
              <w:t>Inland Flooding</w:t>
            </w:r>
          </w:p>
        </w:tc>
        <w:tc>
          <w:tcPr>
            <w:tcW w:type="dxa" w:w="2657"/>
          </w:tcPr>
          <w:p>
            <w:pPr>
              <w:spacing w:after="0"/>
              <w:jc w:val="right"/>
            </w:pPr>
            <w:r>
              <w:rPr>
                <w:sz w:val="16"/>
              </w:rPr>
              <w:t>no Public Assistance recorded</w:t>
            </w:r>
          </w:p>
        </w:tc>
        <w:tc>
          <w:tcPr>
            <w:tcW w:type="dxa" w:w="1369"/>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$641,681.59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641,681.59"/>
        <w:tblDescription w:val="Hazard Plain table b1d_pa_other"/>
      </w:tblPr>
      <w:tblGrid>
        <w:gridCol w:w="2047"/>
        <w:gridCol w:w="2047"/>
        <w:gridCol w:w="2928"/>
        <w:gridCol w:w="4867"/>
        <w:gridCol w:w="2223"/>
      </w:tblGrid>
      <w:tr>
        <w:trPr>
          <w:cantSplit/>
          <w:tblHeader/>
        </w:trPr>
        <w:tc>
          <w:tcPr>
            <w:tcW w:type="dxa" w:w="2047"/>
            <w:shd w:val="clear" w:color="auto" w:fill="E8E8E8"/>
          </w:tcPr>
          <w:p>
            <w:pPr>
              <w:spacing w:after="0"/>
              <w:jc w:val="left"/>
            </w:pPr>
            <w:r>
              <w:rPr>
                <w:b/>
                <w:sz w:val="16"/>
              </w:rPr>
              <w:t>FEMA number</w:t>
            </w:r>
          </w:p>
        </w:tc>
        <w:tc>
          <w:tcPr>
            <w:tcW w:type="dxa" w:w="2047"/>
            <w:shd w:val="clear" w:color="auto" w:fill="E8E8E8"/>
          </w:tcPr>
          <w:p>
            <w:pPr>
              <w:spacing w:after="0"/>
              <w:jc w:val="left"/>
            </w:pPr>
            <w:r>
              <w:rPr>
                <w:b/>
                <w:sz w:val="16"/>
              </w:rPr>
              <w:t>Declared</w:t>
            </w:r>
          </w:p>
        </w:tc>
        <w:tc>
          <w:tcPr>
            <w:tcW w:type="dxa" w:w="2928"/>
            <w:shd w:val="clear" w:color="auto" w:fill="E8E8E8"/>
          </w:tcPr>
          <w:p>
            <w:pPr>
              <w:spacing w:after="0"/>
              <w:jc w:val="left"/>
            </w:pPr>
            <w:r>
              <w:rPr>
                <w:b/>
                <w:sz w:val="16"/>
              </w:rPr>
              <w:t>Title</w:t>
            </w:r>
          </w:p>
        </w:tc>
        <w:tc>
          <w:tcPr>
            <w:tcW w:type="dxa" w:w="4867"/>
            <w:shd w:val="clear" w:color="auto" w:fill="E8E8E8"/>
          </w:tcPr>
          <w:p>
            <w:pPr>
              <w:spacing w:after="0"/>
              <w:jc w:val="left"/>
            </w:pPr>
            <w:r>
              <w:rPr>
                <w:b/>
                <w:sz w:val="16"/>
              </w:rPr>
              <w:t>Applicant</w:t>
            </w:r>
          </w:p>
        </w:tc>
        <w:tc>
          <w:tcPr>
            <w:tcW w:type="dxa" w:w="222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047"/>
          </w:tcPr>
          <w:p>
            <w:pPr>
              <w:spacing w:after="0"/>
              <w:jc w:val="left"/>
            </w:pPr>
            <w:r>
              <w:rPr>
                <w:sz w:val="16"/>
              </w:rPr>
              <w:t>DR-4024-VA</w:t>
            </w:r>
          </w:p>
        </w:tc>
        <w:tc>
          <w:tcPr>
            <w:tcW w:type="dxa" w:w="2047"/>
          </w:tcPr>
          <w:p>
            <w:pPr>
              <w:spacing w:after="0"/>
              <w:jc w:val="left"/>
            </w:pPr>
            <w:r>
              <w:rPr>
                <w:sz w:val="16"/>
              </w:rPr>
              <w:t>2011-09-03</w:t>
            </w:r>
          </w:p>
        </w:tc>
        <w:tc>
          <w:tcPr>
            <w:tcW w:type="dxa" w:w="2928"/>
          </w:tcPr>
          <w:p>
            <w:pPr>
              <w:spacing w:after="0"/>
              <w:jc w:val="left"/>
            </w:pPr>
            <w:r>
              <w:rPr>
                <w:sz w:val="16"/>
              </w:rPr>
              <w:t>Hurricane Irene</w:t>
            </w:r>
          </w:p>
        </w:tc>
        <w:tc>
          <w:tcPr>
            <w:tcW w:type="dxa" w:w="4867"/>
          </w:tcPr>
          <w:p>
            <w:pPr>
              <w:spacing w:after="0"/>
              <w:jc w:val="left"/>
            </w:pPr>
            <w:r>
              <w:rPr>
                <w:sz w:val="16"/>
              </w:rPr>
              <w:t>Mecklenburg Electric Co-Op</w:t>
            </w:r>
          </w:p>
        </w:tc>
        <w:tc>
          <w:tcPr>
            <w:tcW w:type="dxa" w:w="2223"/>
          </w:tcPr>
          <w:p>
            <w:pPr>
              <w:spacing w:after="0"/>
              <w:jc w:val="right"/>
            </w:pPr>
            <w:r>
              <w:rPr>
                <w:sz w:val="16"/>
              </w:rPr>
              <w:t>$641,681.59</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3</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2</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50</w:t>
            </w:r>
          </w:p>
        </w:tc>
        <w:tc>
          <w:tcPr>
            <w:tcW w:type="dxa" w:w="1071"/>
          </w:tcPr>
          <w:p>
            <w:pPr>
              <w:spacing w:after="0"/>
              <w:jc w:val="right"/>
            </w:pPr>
            <w:r>
              <w:rPr>
                <w:sz w:val="16"/>
              </w:rPr>
              <w:t>4</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4</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6</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Ice Storm</w:t>
            </w:r>
          </w:p>
        </w:tc>
        <w:tc>
          <w:tcPr>
            <w:tcW w:type="dxa" w:w="1823"/>
          </w:tcPr>
          <w:p>
            <w:pPr>
              <w:spacing w:after="0"/>
              <w:jc w:val="right"/>
            </w:pPr>
            <w:r>
              <w:rPr>
                <w:sz w:val="16"/>
              </w:rPr>
              <w:t>3</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46</w:t>
            </w:r>
          </w:p>
        </w:tc>
        <w:tc>
          <w:tcPr>
            <w:tcW w:type="dxa" w:w="1071"/>
          </w:tcPr>
          <w:p>
            <w:pPr>
              <w:spacing w:after="0"/>
              <w:jc w:val="right"/>
            </w:pPr>
            <w:r>
              <w:rPr>
                <w:sz w:val="16"/>
              </w:rPr>
              <w:t>20</w:t>
            </w:r>
          </w:p>
        </w:tc>
        <w:tc>
          <w:tcPr>
            <w:tcW w:type="dxa" w:w="1748"/>
          </w:tcPr>
          <w:p>
            <w:pPr>
              <w:spacing w:after="0"/>
              <w:jc w:val="right"/>
            </w:pPr>
            <w:r>
              <w:rPr>
                <w:sz w:val="16"/>
              </w:rPr>
              <w:t>2</w:t>
            </w:r>
          </w:p>
        </w:tc>
        <w:tc>
          <w:tcPr>
            <w:tcW w:type="dxa" w:w="763"/>
          </w:tcPr>
          <w:p>
            <w:pPr>
              <w:spacing w:after="0"/>
              <w:jc w:val="right"/>
            </w:pPr>
            <w:r>
              <w:rPr>
                <w:sz w:val="16"/>
              </w:rPr>
              <w:t>20</w:t>
            </w:r>
          </w:p>
        </w:tc>
        <w:tc>
          <w:tcPr>
            <w:tcW w:type="dxa" w:w="1500"/>
          </w:tcPr>
          <w:p>
            <w:pPr>
              <w:spacing w:after="0"/>
              <w:jc w:val="right"/>
            </w:pPr>
            <w:r>
              <w:rPr>
                <w:sz w:val="16"/>
              </w:rPr>
              <w:t>3</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23"/>
          </w:tcPr>
          <w:p>
            <w:pPr>
              <w:spacing w:after="0"/>
              <w:jc w:val="right"/>
            </w:pPr>
            <w:r>
              <w:rPr>
                <w:sz w:val="16"/>
              </w:rPr>
              <w:t>3</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213</w:t>
            </w:r>
          </w:p>
        </w:tc>
        <w:tc>
          <w:tcPr>
            <w:tcW w:type="dxa" w:w="1071"/>
          </w:tcPr>
          <w:p>
            <w:pPr>
              <w:spacing w:after="0"/>
              <w:jc w:val="right"/>
            </w:pPr>
            <w:r>
              <w:rPr>
                <w:sz w:val="16"/>
              </w:rPr>
              <w:t>42</w:t>
            </w:r>
          </w:p>
        </w:tc>
        <w:tc>
          <w:tcPr>
            <w:tcW w:type="dxa" w:w="1748"/>
          </w:tcPr>
          <w:p>
            <w:pPr>
              <w:spacing w:after="0"/>
              <w:jc w:val="right"/>
            </w:pPr>
            <w:r>
              <w:rPr>
                <w:sz w:val="16"/>
              </w:rPr>
              <w:t>5</w:t>
            </w:r>
          </w:p>
        </w:tc>
        <w:tc>
          <w:tcPr>
            <w:tcW w:type="dxa" w:w="763"/>
          </w:tcPr>
          <w:p>
            <w:pPr>
              <w:spacing w:after="0"/>
              <w:jc w:val="right"/>
            </w:pPr>
            <w:r>
              <w:rPr>
                <w:sz w:val="16"/>
              </w:rPr>
              <w:t>41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r>
              <w:rPr>
                <w:sz w:val="16"/>
              </w:rPr>
              <w:t>Includes 2 High Wind and 1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11</w:t>
            </w:r>
          </w:p>
        </w:tc>
        <w:tc>
          <w:tcPr>
            <w:tcW w:type="dxa" w:w="1071"/>
          </w:tcPr>
          <w:p>
            <w:pPr>
              <w:spacing w:after="0"/>
              <w:jc w:val="right"/>
            </w:pPr>
            <w:r>
              <w:rPr>
                <w:sz w:val="16"/>
              </w:rPr>
              <w:t>0</w:t>
            </w:r>
          </w:p>
        </w:tc>
        <w:tc>
          <w:tcPr>
            <w:tcW w:type="dxa" w:w="1748"/>
          </w:tcPr>
          <w:p>
            <w:pPr>
              <w:spacing w:after="0"/>
              <w:jc w:val="right"/>
            </w:pPr>
            <w:r>
              <w:rPr>
                <w:sz w:val="16"/>
              </w:rPr>
              <w:t>1</w:t>
            </w: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70</w:t>
            </w:r>
          </w:p>
        </w:tc>
        <w:tc>
          <w:tcPr>
            <w:tcW w:type="dxa" w:w="1071"/>
          </w:tcPr>
          <w:p>
            <w:pPr>
              <w:spacing w:after="0"/>
              <w:jc w:val="right"/>
            </w:pPr>
            <w:r>
              <w:rPr>
                <w:sz w:val="16"/>
              </w:rPr>
              <w:t>11</w:t>
            </w:r>
          </w:p>
        </w:tc>
        <w:tc>
          <w:tcPr>
            <w:tcW w:type="dxa" w:w="1748"/>
          </w:tcPr>
          <w:p>
            <w:pPr>
              <w:spacing w:after="0"/>
              <w:jc w:val="right"/>
            </w:pPr>
            <w:r>
              <w:rPr>
                <w:sz w:val="16"/>
              </w:rPr>
              <w:t>1</w:t>
            </w:r>
          </w:p>
        </w:tc>
        <w:tc>
          <w:tcPr>
            <w:tcW w:type="dxa" w:w="763"/>
          </w:tcPr>
          <w:p>
            <w:pPr>
              <w:spacing w:after="0"/>
              <w:jc w:val="right"/>
            </w:pPr>
            <w:r>
              <w:rPr>
                <w:sz w:val="16"/>
              </w:rPr>
              <w:t>7</w:t>
            </w:r>
          </w:p>
        </w:tc>
        <w:tc>
          <w:tcPr>
            <w:tcW w:type="dxa" w:w="1500"/>
          </w:tcPr>
          <w:p>
            <w:pPr>
              <w:spacing w:after="0"/>
              <w:jc w:val="right"/>
            </w:pPr>
            <w:r>
              <w:rPr>
                <w:sz w:val="16"/>
              </w:rPr>
              <w:t>5</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30"/>
        <w:gridCol w:w="2939"/>
        <w:gridCol w:w="929"/>
        <w:gridCol w:w="2588"/>
        <w:gridCol w:w="1255"/>
        <w:gridCol w:w="271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30"/>
            <w:shd w:val="clear" w:color="auto" w:fill="E8E8E8"/>
          </w:tcPr>
          <w:p>
            <w:pPr>
              <w:spacing w:after="0"/>
              <w:jc w:val="left"/>
            </w:pPr>
            <w:r>
              <w:rPr>
                <w:b/>
                <w:sz w:val="16"/>
              </w:rPr>
              <w:t>Magnitude or extent</w:t>
            </w:r>
          </w:p>
        </w:tc>
        <w:tc>
          <w:tcPr>
            <w:tcW w:type="dxa" w:w="2939"/>
            <w:shd w:val="clear" w:color="auto" w:fill="E8E8E8"/>
          </w:tcPr>
          <w:p>
            <w:pPr>
              <w:spacing w:after="0"/>
              <w:jc w:val="left"/>
            </w:pPr>
            <w:r>
              <w:rPr>
                <w:b/>
                <w:sz w:val="16"/>
              </w:rPr>
              <w:t>Damage</w:t>
            </w:r>
          </w:p>
          <w:p>
            <w:pPr>
              <w:spacing w:after="0"/>
              <w:jc w:val="left"/>
            </w:pPr>
            <w:r>
              <w:rPr>
                <w:i/>
                <w:color w:val="555555"/>
                <w:sz w:val="14"/>
              </w:rPr>
              <w:t>nominal dollars</w:t>
            </w:r>
          </w:p>
        </w:tc>
        <w:tc>
          <w:tcPr>
            <w:tcW w:type="dxa" w:w="92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88"/>
            <w:shd w:val="clear" w:color="auto" w:fill="E8E8E8"/>
          </w:tcPr>
          <w:p>
            <w:pPr>
              <w:spacing w:after="0"/>
              <w:jc w:val="left"/>
            </w:pPr>
            <w:r>
              <w:rPr>
                <w:b/>
                <w:sz w:val="16"/>
              </w:rPr>
              <w:t>Location</w:t>
            </w:r>
          </w:p>
        </w:tc>
        <w:tc>
          <w:tcPr>
            <w:tcW w:type="dxa" w:w="1255"/>
            <w:shd w:val="clear" w:color="auto" w:fill="E8E8E8"/>
          </w:tcPr>
          <w:p>
            <w:pPr>
              <w:spacing w:after="0"/>
              <w:jc w:val="left"/>
            </w:pPr>
            <w:r>
              <w:rPr>
                <w:b/>
                <w:sz w:val="16"/>
              </w:rPr>
              <w:t>Flags</w:t>
            </w:r>
          </w:p>
        </w:tc>
        <w:tc>
          <w:tcPr>
            <w:tcW w:type="dxa" w:w="271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2024-04-11</w:t>
            </w:r>
          </w:p>
        </w:tc>
        <w:tc>
          <w:tcPr>
            <w:tcW w:type="dxa" w:w="1215"/>
          </w:tcPr>
          <w:p>
            <w:pPr>
              <w:spacing w:after="0"/>
              <w:jc w:val="left"/>
            </w:pPr>
            <w:r>
              <w:rPr>
                <w:sz w:val="16"/>
              </w:rPr>
              <w:t>Thunderstorm Wind</w:t>
            </w:r>
          </w:p>
        </w:tc>
        <w:tc>
          <w:tcPr>
            <w:tcW w:type="dxa" w:w="1430"/>
          </w:tcPr>
          <w:p>
            <w:pPr>
              <w:spacing w:after="0"/>
              <w:jc w:val="left"/>
            </w:pPr>
            <w:r>
              <w:rPr>
                <w:sz w:val="16"/>
              </w:rPr>
              <w:t>69 kt (79 mph) estimated gust</w:t>
            </w:r>
          </w:p>
        </w:tc>
        <w:tc>
          <w:tcPr>
            <w:tcW w:type="dxa" w:w="2939"/>
          </w:tcPr>
          <w:p>
            <w:pPr>
              <w:spacing w:after="0"/>
              <w:jc w:val="left"/>
            </w:pPr>
            <w:r>
              <w:rPr>
                <w:sz w:val="16"/>
              </w:rPr>
              <w:t>$5,000 property; $0 crops (2024 dollars)</w:t>
            </w:r>
          </w:p>
        </w:tc>
        <w:tc>
          <w:tcPr>
            <w:tcW w:type="dxa" w:w="929"/>
          </w:tcPr>
          <w:p>
            <w:pPr>
              <w:spacing w:after="0"/>
              <w:jc w:val="right"/>
            </w:pPr>
            <w:r>
              <w:rPr>
                <w:sz w:val="16"/>
              </w:rPr>
              <w:t>0, 0</w:t>
            </w:r>
          </w:p>
        </w:tc>
        <w:tc>
          <w:tcPr>
            <w:tcW w:type="dxa" w:w="2588"/>
          </w:tcPr>
          <w:p>
            <w:pPr>
              <w:spacing w:after="0"/>
              <w:jc w:val="left"/>
            </w:pPr>
            <w:r>
              <w:rPr>
                <w:sz w:val="16"/>
              </w:rPr>
              <w:t>BLANKS</w:t>
            </w:r>
          </w:p>
        </w:tc>
        <w:tc>
          <w:tcPr>
            <w:tcW w:type="dxa" w:w="1255"/>
          </w:tcPr>
          <w:p>
            <w:pPr>
              <w:spacing w:after="0"/>
              <w:jc w:val="left"/>
            </w:pPr>
            <w:r>
              <w:rPr>
                <w:sz w:val="16"/>
              </w:rPr>
              <w:t>new since last plan; within last 5 years</w:t>
            </w:r>
          </w:p>
        </w:tc>
        <w:tc>
          <w:tcPr>
            <w:tcW w:type="dxa" w:w="2719"/>
          </w:tcPr>
          <w:p>
            <w:pPr>
              <w:spacing w:after="0"/>
              <w:jc w:val="left"/>
            </w:pPr>
            <w:r>
              <w:rPr>
                <w:sz w:val="16"/>
              </w:rPr>
              <w:t>B1-c worst recorded: Thunderstorm Wind</w:t>
            </w:r>
          </w:p>
        </w:tc>
      </w:tr>
      <w:tr>
        <w:trPr>
          <w:cantSplit/>
        </w:trPr>
        <w:tc>
          <w:tcPr>
            <w:tcW w:type="dxa" w:w="1037"/>
          </w:tcPr>
          <w:p>
            <w:pPr>
              <w:spacing w:after="0"/>
              <w:jc w:val="left"/>
            </w:pPr>
            <w:r>
              <w:rPr>
                <w:sz w:val="16"/>
              </w:rPr>
              <w:t>2024-01-09</w:t>
            </w:r>
          </w:p>
        </w:tc>
        <w:tc>
          <w:tcPr>
            <w:tcW w:type="dxa" w:w="1215"/>
          </w:tcPr>
          <w:p>
            <w:pPr>
              <w:spacing w:after="0"/>
              <w:jc w:val="left"/>
            </w:pPr>
            <w:r>
              <w:rPr>
                <w:sz w:val="16"/>
              </w:rPr>
              <w:t>Flash Flood</w:t>
            </w:r>
          </w:p>
        </w:tc>
        <w:tc>
          <w:tcPr>
            <w:tcW w:type="dxa" w:w="1430"/>
          </w:tcPr>
          <w:p>
            <w:pPr>
              <w:spacing w:after="0"/>
              <w:jc w:val="left"/>
            </w:pPr>
          </w:p>
        </w:tc>
        <w:tc>
          <w:tcPr>
            <w:tcW w:type="dxa" w:w="2939"/>
          </w:tcPr>
          <w:p>
            <w:pPr>
              <w:spacing w:after="0"/>
              <w:jc w:val="left"/>
            </w:pPr>
            <w:r>
              <w:rPr>
                <w:sz w:val="16"/>
              </w:rPr>
              <w:t>$5,000 property; $0 crops (2024 dollars)</w:t>
            </w:r>
          </w:p>
        </w:tc>
        <w:tc>
          <w:tcPr>
            <w:tcW w:type="dxa" w:w="929"/>
          </w:tcPr>
          <w:p>
            <w:pPr>
              <w:spacing w:after="0"/>
              <w:jc w:val="right"/>
            </w:pPr>
            <w:r>
              <w:rPr>
                <w:sz w:val="16"/>
              </w:rPr>
              <w:t>1, 0</w:t>
            </w:r>
          </w:p>
        </w:tc>
        <w:tc>
          <w:tcPr>
            <w:tcW w:type="dxa" w:w="2588"/>
          </w:tcPr>
          <w:p>
            <w:pPr>
              <w:spacing w:after="0"/>
              <w:jc w:val="left"/>
            </w:pPr>
            <w:r>
              <w:rPr>
                <w:sz w:val="16"/>
              </w:rPr>
              <w:t>BLACKRIDGE</w:t>
            </w:r>
          </w:p>
        </w:tc>
        <w:tc>
          <w:tcPr>
            <w:tcW w:type="dxa" w:w="1255"/>
          </w:tcPr>
          <w:p>
            <w:pPr>
              <w:spacing w:after="0"/>
              <w:jc w:val="left"/>
            </w:pPr>
            <w:r>
              <w:rPr>
                <w:sz w:val="16"/>
              </w:rPr>
              <w:t>new since last plan; within last 5 years</w:t>
            </w:r>
          </w:p>
        </w:tc>
        <w:tc>
          <w:tcPr>
            <w:tcW w:type="dxa" w:w="2719"/>
          </w:tcPr>
          <w:p>
            <w:pPr>
              <w:spacing w:after="0"/>
              <w:jc w:val="left"/>
            </w:pPr>
            <w:r>
              <w:rPr>
                <w:sz w:val="16"/>
              </w:rPr>
              <w:t>deaths or injuries recorded</w:t>
            </w:r>
          </w:p>
        </w:tc>
      </w:tr>
      <w:tr>
        <w:trPr>
          <w:cantSplit/>
        </w:trPr>
        <w:tc>
          <w:tcPr>
            <w:tcW w:type="dxa" w:w="1037"/>
          </w:tcPr>
          <w:p>
            <w:pPr>
              <w:spacing w:after="0"/>
              <w:jc w:val="left"/>
            </w:pPr>
            <w:r>
              <w:rPr>
                <w:sz w:val="16"/>
              </w:rPr>
              <w:t>2021-02-18</w:t>
            </w:r>
          </w:p>
        </w:tc>
        <w:tc>
          <w:tcPr>
            <w:tcW w:type="dxa" w:w="1215"/>
          </w:tcPr>
          <w:p>
            <w:pPr>
              <w:spacing w:after="0"/>
              <w:jc w:val="left"/>
            </w:pPr>
            <w:r>
              <w:rPr>
                <w:sz w:val="16"/>
              </w:rPr>
              <w:t>Winter Storm</w:t>
            </w:r>
          </w:p>
        </w:tc>
        <w:tc>
          <w:tcPr>
            <w:tcW w:type="dxa" w:w="1430"/>
          </w:tcPr>
          <w:p>
            <w:pPr>
              <w:spacing w:after="0"/>
              <w:jc w:val="left"/>
            </w:pPr>
          </w:p>
        </w:tc>
        <w:tc>
          <w:tcPr>
            <w:tcW w:type="dxa" w:w="2939"/>
          </w:tcPr>
          <w:p>
            <w:pPr>
              <w:spacing w:after="0"/>
              <w:jc w:val="left"/>
            </w:pPr>
            <w:r>
              <w:rPr>
                <w:sz w:val="16"/>
              </w:rPr>
              <w:t>$30,000 property; $0 crops (zone total, 2021 dollars)</w:t>
            </w:r>
          </w:p>
        </w:tc>
        <w:tc>
          <w:tcPr>
            <w:tcW w:type="dxa" w:w="929"/>
          </w:tcPr>
          <w:p>
            <w:pPr>
              <w:spacing w:after="0"/>
              <w:jc w:val="right"/>
            </w:pPr>
            <w:r>
              <w:rPr>
                <w:sz w:val="16"/>
              </w:rPr>
              <w:t>0, 0</w:t>
            </w:r>
          </w:p>
        </w:tc>
        <w:tc>
          <w:tcPr>
            <w:tcW w:type="dxa" w:w="2588"/>
          </w:tcPr>
          <w:p>
            <w:pPr>
              <w:spacing w:after="0"/>
              <w:jc w:val="left"/>
            </w:pPr>
            <w:r>
              <w:rPr>
                <w:sz w:val="16"/>
              </w:rPr>
              <w:t>NWS zone VAZ065 (MECKLENBURG), zone-level</w:t>
            </w:r>
          </w:p>
        </w:tc>
        <w:tc>
          <w:tcPr>
            <w:tcW w:type="dxa" w:w="1255"/>
          </w:tcPr>
          <w:p>
            <w:pPr>
              <w:spacing w:after="0"/>
              <w:jc w:val="left"/>
            </w:pPr>
            <w:r>
              <w:rPr>
                <w:sz w:val="16"/>
              </w:rPr>
              <w:t>new since last plan</w:t>
            </w:r>
          </w:p>
        </w:tc>
        <w:tc>
          <w:tcPr>
            <w:tcW w:type="dxa" w:w="271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2021-02-13</w:t>
            </w:r>
          </w:p>
        </w:tc>
        <w:tc>
          <w:tcPr>
            <w:tcW w:type="dxa" w:w="1215"/>
          </w:tcPr>
          <w:p>
            <w:pPr>
              <w:spacing w:after="0"/>
              <w:jc w:val="left"/>
            </w:pPr>
            <w:r>
              <w:rPr>
                <w:sz w:val="16"/>
              </w:rPr>
              <w:t>Ice Storm</w:t>
            </w:r>
          </w:p>
        </w:tc>
        <w:tc>
          <w:tcPr>
            <w:tcW w:type="dxa" w:w="1430"/>
          </w:tcPr>
          <w:p>
            <w:pPr>
              <w:spacing w:after="0"/>
              <w:jc w:val="left"/>
            </w:pPr>
          </w:p>
        </w:tc>
        <w:tc>
          <w:tcPr>
            <w:tcW w:type="dxa" w:w="2939"/>
          </w:tcPr>
          <w:p>
            <w:pPr>
              <w:spacing w:after="0"/>
              <w:jc w:val="left"/>
            </w:pPr>
            <w:r>
              <w:rPr>
                <w:sz w:val="16"/>
              </w:rPr>
              <w:t>$50,000 property; $0 crops (zone total, 2021 dollars)</w:t>
            </w:r>
          </w:p>
        </w:tc>
        <w:tc>
          <w:tcPr>
            <w:tcW w:type="dxa" w:w="929"/>
          </w:tcPr>
          <w:p>
            <w:pPr>
              <w:spacing w:after="0"/>
              <w:jc w:val="right"/>
            </w:pPr>
            <w:r>
              <w:rPr>
                <w:sz w:val="16"/>
              </w:rPr>
              <w:t>0, 0</w:t>
            </w:r>
          </w:p>
        </w:tc>
        <w:tc>
          <w:tcPr>
            <w:tcW w:type="dxa" w:w="2588"/>
          </w:tcPr>
          <w:p>
            <w:pPr>
              <w:spacing w:after="0"/>
              <w:jc w:val="left"/>
            </w:pPr>
            <w:r>
              <w:rPr>
                <w:sz w:val="16"/>
              </w:rPr>
              <w:t>NWS zone VAZ065 (MECKLENBURG), zone-level</w:t>
            </w:r>
          </w:p>
        </w:tc>
        <w:tc>
          <w:tcPr>
            <w:tcW w:type="dxa" w:w="1255"/>
          </w:tcPr>
          <w:p>
            <w:pPr>
              <w:spacing w:after="0"/>
              <w:jc w:val="left"/>
            </w:pPr>
            <w:r>
              <w:rPr>
                <w:sz w:val="16"/>
              </w:rPr>
              <w:t>new since last plan</w:t>
            </w:r>
          </w:p>
        </w:tc>
        <w:tc>
          <w:tcPr>
            <w:tcW w:type="dxa" w:w="2719"/>
          </w:tcPr>
          <w:p>
            <w:pPr>
              <w:spacing w:after="0"/>
              <w:jc w:val="left"/>
            </w:pPr>
            <w:r>
              <w:rPr>
                <w:sz w:val="16"/>
              </w:rPr>
              <w:t>B1-c worst recorded: Ice Storm</w:t>
            </w:r>
          </w:p>
        </w:tc>
      </w:tr>
      <w:tr>
        <w:trPr>
          <w:cantSplit/>
        </w:trPr>
        <w:tc>
          <w:tcPr>
            <w:tcW w:type="dxa" w:w="1037"/>
          </w:tcPr>
          <w:p>
            <w:pPr>
              <w:spacing w:after="0"/>
              <w:jc w:val="left"/>
            </w:pPr>
            <w:r>
              <w:rPr>
                <w:sz w:val="16"/>
              </w:rPr>
              <w:t>2016-02-24</w:t>
            </w:r>
          </w:p>
        </w:tc>
        <w:tc>
          <w:tcPr>
            <w:tcW w:type="dxa" w:w="1215"/>
          </w:tcPr>
          <w:p>
            <w:pPr>
              <w:spacing w:after="0"/>
              <w:jc w:val="left"/>
            </w:pPr>
            <w:r>
              <w:rPr>
                <w:sz w:val="16"/>
              </w:rPr>
              <w:t>Hail</w:t>
            </w:r>
          </w:p>
        </w:tc>
        <w:tc>
          <w:tcPr>
            <w:tcW w:type="dxa" w:w="1430"/>
          </w:tcPr>
          <w:p>
            <w:pPr>
              <w:spacing w:after="0"/>
              <w:jc w:val="left"/>
            </w:pPr>
            <w:r>
              <w:rPr>
                <w:sz w:val="16"/>
              </w:rPr>
              <w:t>3 in</w:t>
            </w:r>
          </w:p>
        </w:tc>
        <w:tc>
          <w:tcPr>
            <w:tcW w:type="dxa" w:w="2939"/>
          </w:tcPr>
          <w:p>
            <w:pPr>
              <w:spacing w:after="0"/>
              <w:jc w:val="left"/>
            </w:pPr>
            <w:r>
              <w:rPr>
                <w:sz w:val="16"/>
              </w:rPr>
              <w:t>$0 property; $0 crops (2016 dollars)</w:t>
            </w:r>
          </w:p>
        </w:tc>
        <w:tc>
          <w:tcPr>
            <w:tcW w:type="dxa" w:w="929"/>
          </w:tcPr>
          <w:p>
            <w:pPr>
              <w:spacing w:after="0"/>
              <w:jc w:val="right"/>
            </w:pPr>
            <w:r>
              <w:rPr>
                <w:sz w:val="16"/>
              </w:rPr>
              <w:t>0, 0</w:t>
            </w:r>
          </w:p>
        </w:tc>
        <w:tc>
          <w:tcPr>
            <w:tcW w:type="dxa" w:w="2588"/>
          </w:tcPr>
          <w:p>
            <w:pPr>
              <w:spacing w:after="0"/>
              <w:jc w:val="left"/>
            </w:pPr>
            <w:r>
              <w:rPr>
                <w:sz w:val="16"/>
              </w:rPr>
              <w:t>PHILLIS</w:t>
            </w:r>
          </w:p>
        </w:tc>
        <w:tc>
          <w:tcPr>
            <w:tcW w:type="dxa" w:w="1255"/>
          </w:tcPr>
          <w:p>
            <w:pPr>
              <w:spacing w:after="0"/>
              <w:jc w:val="left"/>
            </w:pPr>
          </w:p>
        </w:tc>
        <w:tc>
          <w:tcPr>
            <w:tcW w:type="dxa" w:w="2719"/>
          </w:tcPr>
          <w:p>
            <w:pPr>
              <w:spacing w:after="0"/>
              <w:jc w:val="left"/>
            </w:pPr>
            <w:r>
              <w:rPr>
                <w:sz w:val="16"/>
              </w:rPr>
              <w:t>B1-c worst recorded: Hail</w:t>
            </w:r>
          </w:p>
        </w:tc>
      </w:tr>
      <w:tr>
        <w:trPr>
          <w:cantSplit/>
        </w:trPr>
        <w:tc>
          <w:tcPr>
            <w:tcW w:type="dxa" w:w="1037"/>
          </w:tcPr>
          <w:p>
            <w:pPr>
              <w:spacing w:after="0"/>
              <w:jc w:val="left"/>
            </w:pPr>
            <w:r>
              <w:rPr>
                <w:sz w:val="16"/>
              </w:rPr>
              <w:t>2012-07-05</w:t>
            </w:r>
          </w:p>
        </w:tc>
        <w:tc>
          <w:tcPr>
            <w:tcW w:type="dxa" w:w="1215"/>
          </w:tcPr>
          <w:p>
            <w:pPr>
              <w:spacing w:after="0"/>
              <w:jc w:val="left"/>
            </w:pPr>
            <w:r>
              <w:rPr>
                <w:sz w:val="16"/>
              </w:rPr>
              <w:t>Heat</w:t>
            </w:r>
          </w:p>
        </w:tc>
        <w:tc>
          <w:tcPr>
            <w:tcW w:type="dxa" w:w="1430"/>
          </w:tcPr>
          <w:p>
            <w:pPr>
              <w:spacing w:after="0"/>
              <w:jc w:val="left"/>
            </w:pPr>
          </w:p>
        </w:tc>
        <w:tc>
          <w:tcPr>
            <w:tcW w:type="dxa" w:w="2939"/>
          </w:tcPr>
          <w:p>
            <w:pPr>
              <w:spacing w:after="0"/>
              <w:jc w:val="left"/>
            </w:pPr>
            <w:r>
              <w:rPr>
                <w:sz w:val="16"/>
              </w:rPr>
              <w:t>$0 property; $0 crops (zone total, 2012 dollars)</w:t>
            </w:r>
          </w:p>
        </w:tc>
        <w:tc>
          <w:tcPr>
            <w:tcW w:type="dxa" w:w="929"/>
          </w:tcPr>
          <w:p>
            <w:pPr>
              <w:spacing w:after="0"/>
              <w:jc w:val="right"/>
            </w:pPr>
            <w:r>
              <w:rPr>
                <w:sz w:val="16"/>
              </w:rPr>
              <w:t>0, 0</w:t>
            </w:r>
          </w:p>
        </w:tc>
        <w:tc>
          <w:tcPr>
            <w:tcW w:type="dxa" w:w="2588"/>
          </w:tcPr>
          <w:p>
            <w:pPr>
              <w:spacing w:after="0"/>
              <w:jc w:val="left"/>
            </w:pPr>
            <w:r>
              <w:rPr>
                <w:sz w:val="16"/>
              </w:rPr>
              <w:t>NWS zone VAZ065 (MECKLENBURG), zone-level</w:t>
            </w:r>
          </w:p>
        </w:tc>
        <w:tc>
          <w:tcPr>
            <w:tcW w:type="dxa" w:w="1255"/>
          </w:tcPr>
          <w:p>
            <w:pPr>
              <w:spacing w:after="0"/>
              <w:jc w:val="left"/>
            </w:pPr>
          </w:p>
        </w:tc>
        <w:tc>
          <w:tcPr>
            <w:tcW w:type="dxa" w:w="2719"/>
          </w:tcPr>
          <w:p>
            <w:pPr>
              <w:spacing w:after="0"/>
              <w:jc w:val="left"/>
            </w:pPr>
            <w:r>
              <w:rPr>
                <w:sz w:val="16"/>
              </w:rPr>
              <w:t>B1-c worst recorded: Excessive Heat, Heat</w:t>
            </w:r>
          </w:p>
        </w:tc>
      </w:tr>
      <w:tr>
        <w:trPr>
          <w:cantSplit/>
        </w:trPr>
        <w:tc>
          <w:tcPr>
            <w:tcW w:type="dxa" w:w="1037"/>
          </w:tcPr>
          <w:p>
            <w:pPr>
              <w:spacing w:after="0"/>
              <w:jc w:val="left"/>
            </w:pPr>
            <w:r>
              <w:rPr>
                <w:sz w:val="16"/>
              </w:rPr>
              <w:t>2008-02-10</w:t>
            </w:r>
          </w:p>
        </w:tc>
        <w:tc>
          <w:tcPr>
            <w:tcW w:type="dxa" w:w="1215"/>
          </w:tcPr>
          <w:p>
            <w:pPr>
              <w:spacing w:after="0"/>
              <w:jc w:val="left"/>
            </w:pPr>
            <w:r>
              <w:rPr>
                <w:sz w:val="16"/>
              </w:rPr>
              <w:t>High Wind</w:t>
            </w:r>
          </w:p>
        </w:tc>
        <w:tc>
          <w:tcPr>
            <w:tcW w:type="dxa" w:w="1430"/>
          </w:tcPr>
          <w:p>
            <w:pPr>
              <w:spacing w:after="0"/>
              <w:jc w:val="left"/>
            </w:pPr>
            <w:r>
              <w:rPr>
                <w:sz w:val="16"/>
              </w:rPr>
              <w:t>54 kt (62 mph) measured gust</w:t>
            </w:r>
          </w:p>
        </w:tc>
        <w:tc>
          <w:tcPr>
            <w:tcW w:type="dxa" w:w="2939"/>
          </w:tcPr>
          <w:p>
            <w:pPr>
              <w:spacing w:after="0"/>
              <w:jc w:val="left"/>
            </w:pPr>
            <w:r>
              <w:rPr>
                <w:sz w:val="16"/>
              </w:rPr>
              <w:t>$1,000 property; $0 crops (zone total, 2008 dollars)</w:t>
            </w:r>
          </w:p>
        </w:tc>
        <w:tc>
          <w:tcPr>
            <w:tcW w:type="dxa" w:w="929"/>
          </w:tcPr>
          <w:p>
            <w:pPr>
              <w:spacing w:after="0"/>
              <w:jc w:val="right"/>
            </w:pPr>
            <w:r>
              <w:rPr>
                <w:sz w:val="16"/>
              </w:rPr>
              <w:t>0, 0</w:t>
            </w:r>
          </w:p>
        </w:tc>
        <w:tc>
          <w:tcPr>
            <w:tcW w:type="dxa" w:w="2588"/>
          </w:tcPr>
          <w:p>
            <w:pPr>
              <w:spacing w:after="0"/>
              <w:jc w:val="left"/>
            </w:pPr>
            <w:r>
              <w:rPr>
                <w:sz w:val="16"/>
              </w:rPr>
              <w:t>NWS zone VAZ065 (MECKLENBURG), zone-level</w:t>
            </w:r>
          </w:p>
        </w:tc>
        <w:tc>
          <w:tcPr>
            <w:tcW w:type="dxa" w:w="1255"/>
          </w:tcPr>
          <w:p>
            <w:pPr>
              <w:spacing w:after="0"/>
              <w:jc w:val="left"/>
            </w:pPr>
          </w:p>
        </w:tc>
        <w:tc>
          <w:tcPr>
            <w:tcW w:type="dxa" w:w="2719"/>
          </w:tcPr>
          <w:p>
            <w:pPr>
              <w:spacing w:after="0"/>
              <w:jc w:val="left"/>
            </w:pPr>
            <w:r>
              <w:rPr>
                <w:sz w:val="16"/>
              </w:rPr>
              <w:t>B1-c worst recorded: High Wind and Strong Wind</w:t>
            </w:r>
          </w:p>
        </w:tc>
      </w:tr>
      <w:tr>
        <w:trPr>
          <w:cantSplit/>
        </w:trPr>
        <w:tc>
          <w:tcPr>
            <w:tcW w:type="dxa" w:w="1037"/>
          </w:tcPr>
          <w:p>
            <w:pPr>
              <w:spacing w:after="0"/>
              <w:jc w:val="left"/>
            </w:pPr>
            <w:r>
              <w:rPr>
                <w:sz w:val="16"/>
              </w:rPr>
              <w:t>2003-09-18</w:t>
            </w:r>
          </w:p>
        </w:tc>
        <w:tc>
          <w:tcPr>
            <w:tcW w:type="dxa" w:w="1215"/>
          </w:tcPr>
          <w:p>
            <w:pPr>
              <w:spacing w:after="0"/>
              <w:jc w:val="left"/>
            </w:pPr>
            <w:r>
              <w:rPr>
                <w:sz w:val="16"/>
              </w:rPr>
              <w:t>Tropical Storm</w:t>
            </w:r>
          </w:p>
        </w:tc>
        <w:tc>
          <w:tcPr>
            <w:tcW w:type="dxa" w:w="1430"/>
          </w:tcPr>
          <w:p>
            <w:pPr>
              <w:spacing w:after="0"/>
              <w:jc w:val="left"/>
            </w:pPr>
          </w:p>
        </w:tc>
        <w:tc>
          <w:tcPr>
            <w:tcW w:type="dxa" w:w="2939"/>
          </w:tcPr>
          <w:p>
            <w:pPr>
              <w:spacing w:after="0"/>
              <w:jc w:val="left"/>
            </w:pPr>
            <w:r>
              <w:rPr>
                <w:sz w:val="16"/>
              </w:rPr>
              <w:t>$4,000,000 property; $3,000,000 crops (zone total, 2003 dollars)</w:t>
            </w:r>
          </w:p>
        </w:tc>
        <w:tc>
          <w:tcPr>
            <w:tcW w:type="dxa" w:w="929"/>
          </w:tcPr>
          <w:p>
            <w:pPr>
              <w:spacing w:after="0"/>
              <w:jc w:val="right"/>
            </w:pPr>
            <w:r>
              <w:rPr>
                <w:sz w:val="16"/>
              </w:rPr>
              <w:t>0, 0</w:t>
            </w:r>
          </w:p>
        </w:tc>
        <w:tc>
          <w:tcPr>
            <w:tcW w:type="dxa" w:w="2588"/>
          </w:tcPr>
          <w:p>
            <w:pPr>
              <w:spacing w:after="0"/>
              <w:jc w:val="left"/>
            </w:pPr>
            <w:r>
              <w:rPr>
                <w:sz w:val="16"/>
              </w:rPr>
              <w:t>NWS zone VAZ065 (MECKLENBURG), zone-level</w:t>
            </w:r>
          </w:p>
        </w:tc>
        <w:tc>
          <w:tcPr>
            <w:tcW w:type="dxa" w:w="1255"/>
          </w:tcPr>
          <w:p>
            <w:pPr>
              <w:spacing w:after="0"/>
              <w:jc w:val="left"/>
            </w:pPr>
          </w:p>
        </w:tc>
        <w:tc>
          <w:tcPr>
            <w:tcW w:type="dxa" w:w="271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2000-08-27</w:t>
            </w:r>
          </w:p>
        </w:tc>
        <w:tc>
          <w:tcPr>
            <w:tcW w:type="dxa" w:w="1215"/>
          </w:tcPr>
          <w:p>
            <w:pPr>
              <w:spacing w:after="0"/>
              <w:jc w:val="left"/>
            </w:pPr>
            <w:r>
              <w:rPr>
                <w:sz w:val="16"/>
              </w:rPr>
              <w:t>Lightning</w:t>
            </w:r>
          </w:p>
        </w:tc>
        <w:tc>
          <w:tcPr>
            <w:tcW w:type="dxa" w:w="1430"/>
          </w:tcPr>
          <w:p>
            <w:pPr>
              <w:spacing w:after="0"/>
              <w:jc w:val="left"/>
            </w:pPr>
          </w:p>
        </w:tc>
        <w:tc>
          <w:tcPr>
            <w:tcW w:type="dxa" w:w="2939"/>
          </w:tcPr>
          <w:p>
            <w:pPr>
              <w:spacing w:after="0"/>
              <w:jc w:val="left"/>
            </w:pPr>
            <w:r>
              <w:rPr>
                <w:sz w:val="16"/>
              </w:rPr>
              <w:t>$10,000 property; $0 crops (2000 dollars)</w:t>
            </w:r>
          </w:p>
        </w:tc>
        <w:tc>
          <w:tcPr>
            <w:tcW w:type="dxa" w:w="929"/>
          </w:tcPr>
          <w:p>
            <w:pPr>
              <w:spacing w:after="0"/>
              <w:jc w:val="right"/>
            </w:pPr>
            <w:r>
              <w:rPr>
                <w:sz w:val="16"/>
              </w:rPr>
              <w:t>0, 0</w:t>
            </w:r>
          </w:p>
        </w:tc>
        <w:tc>
          <w:tcPr>
            <w:tcW w:type="dxa" w:w="2588"/>
          </w:tcPr>
          <w:p>
            <w:pPr>
              <w:spacing w:after="0"/>
              <w:jc w:val="left"/>
            </w:pPr>
            <w:r>
              <w:rPr>
                <w:sz w:val="16"/>
              </w:rPr>
              <w:t>SKIPWITH</w:t>
            </w:r>
          </w:p>
        </w:tc>
        <w:tc>
          <w:tcPr>
            <w:tcW w:type="dxa" w:w="1255"/>
          </w:tcPr>
          <w:p>
            <w:pPr>
              <w:spacing w:after="0"/>
              <w:jc w:val="left"/>
            </w:pPr>
          </w:p>
        </w:tc>
        <w:tc>
          <w:tcPr>
            <w:tcW w:type="dxa" w:w="2719"/>
          </w:tcPr>
          <w:p>
            <w:pPr>
              <w:spacing w:after="0"/>
              <w:jc w:val="left"/>
            </w:pPr>
            <w:r>
              <w:rPr>
                <w:sz w:val="16"/>
              </w:rPr>
              <w:t>B1-c worst recorded: Lightning</w:t>
            </w:r>
          </w:p>
        </w:tc>
      </w:tr>
      <w:tr>
        <w:trPr>
          <w:cantSplit/>
        </w:trPr>
        <w:tc>
          <w:tcPr>
            <w:tcW w:type="dxa" w:w="1037"/>
          </w:tcPr>
          <w:p>
            <w:pPr>
              <w:spacing w:after="0"/>
              <w:jc w:val="left"/>
            </w:pPr>
            <w:r>
              <w:rPr>
                <w:sz w:val="16"/>
              </w:rPr>
              <w:t>1999-09-16</w:t>
            </w:r>
          </w:p>
        </w:tc>
        <w:tc>
          <w:tcPr>
            <w:tcW w:type="dxa" w:w="1215"/>
          </w:tcPr>
          <w:p>
            <w:pPr>
              <w:spacing w:after="0"/>
              <w:jc w:val="left"/>
            </w:pPr>
            <w:r>
              <w:rPr>
                <w:sz w:val="16"/>
              </w:rPr>
              <w:t>Flash Flood</w:t>
            </w:r>
          </w:p>
        </w:tc>
        <w:tc>
          <w:tcPr>
            <w:tcW w:type="dxa" w:w="1430"/>
          </w:tcPr>
          <w:p>
            <w:pPr>
              <w:spacing w:after="0"/>
              <w:jc w:val="left"/>
            </w:pPr>
          </w:p>
        </w:tc>
        <w:tc>
          <w:tcPr>
            <w:tcW w:type="dxa" w:w="2939"/>
          </w:tcPr>
          <w:p>
            <w:pPr>
              <w:spacing w:after="0"/>
              <w:jc w:val="left"/>
            </w:pPr>
            <w:r>
              <w:rPr>
                <w:sz w:val="16"/>
              </w:rPr>
              <w:t>$153,000 property; crops not reported (1999 dollars)</w:t>
            </w:r>
          </w:p>
        </w:tc>
        <w:tc>
          <w:tcPr>
            <w:tcW w:type="dxa" w:w="929"/>
          </w:tcPr>
          <w:p>
            <w:pPr>
              <w:spacing w:after="0"/>
              <w:jc w:val="right"/>
            </w:pPr>
            <w:r>
              <w:rPr>
                <w:sz w:val="16"/>
              </w:rPr>
              <w:t>0, 0</w:t>
            </w:r>
          </w:p>
        </w:tc>
        <w:tc>
          <w:tcPr>
            <w:tcW w:type="dxa" w:w="2588"/>
          </w:tcPr>
          <w:p>
            <w:pPr>
              <w:spacing w:after="0"/>
              <w:jc w:val="left"/>
            </w:pPr>
            <w:r>
              <w:rPr>
                <w:sz w:val="16"/>
              </w:rPr>
              <w:t>COUNTYWIDE</w:t>
            </w:r>
          </w:p>
        </w:tc>
        <w:tc>
          <w:tcPr>
            <w:tcW w:type="dxa" w:w="1255"/>
          </w:tcPr>
          <w:p>
            <w:pPr>
              <w:spacing w:after="0"/>
              <w:jc w:val="left"/>
            </w:pPr>
          </w:p>
        </w:tc>
        <w:tc>
          <w:tcPr>
            <w:tcW w:type="dxa" w:w="2719"/>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1989-06-15</w:t>
            </w:r>
          </w:p>
        </w:tc>
        <w:tc>
          <w:tcPr>
            <w:tcW w:type="dxa" w:w="1215"/>
          </w:tcPr>
          <w:p>
            <w:pPr>
              <w:spacing w:after="0"/>
              <w:jc w:val="left"/>
            </w:pPr>
            <w:r>
              <w:rPr>
                <w:sz w:val="16"/>
              </w:rPr>
              <w:t>Thunderstorm Wind</w:t>
            </w:r>
          </w:p>
        </w:tc>
        <w:tc>
          <w:tcPr>
            <w:tcW w:type="dxa" w:w="1430"/>
          </w:tcPr>
          <w:p>
            <w:pPr>
              <w:spacing w:after="0"/>
              <w:jc w:val="left"/>
            </w:pPr>
            <w:r>
              <w:rPr>
                <w:sz w:val="16"/>
              </w:rPr>
              <w:t>speed not recorded</w:t>
            </w:r>
          </w:p>
        </w:tc>
        <w:tc>
          <w:tcPr>
            <w:tcW w:type="dxa" w:w="2939"/>
          </w:tcPr>
          <w:p>
            <w:pPr>
              <w:spacing w:after="0"/>
              <w:jc w:val="left"/>
            </w:pPr>
            <w:r>
              <w:rPr>
                <w:sz w:val="16"/>
              </w:rPr>
              <w:t>damage not recorded (pre-1996 record)</w:t>
            </w:r>
          </w:p>
        </w:tc>
        <w:tc>
          <w:tcPr>
            <w:tcW w:type="dxa" w:w="929"/>
          </w:tcPr>
          <w:p>
            <w:pPr>
              <w:spacing w:after="0"/>
              <w:jc w:val="right"/>
            </w:pPr>
            <w:r>
              <w:rPr>
                <w:sz w:val="16"/>
              </w:rPr>
              <w:t>0, 2</w:t>
            </w:r>
          </w:p>
        </w:tc>
        <w:tc>
          <w:tcPr>
            <w:tcW w:type="dxa" w:w="2588"/>
          </w:tcPr>
          <w:p>
            <w:pPr>
              <w:spacing w:after="0"/>
              <w:jc w:val="left"/>
            </w:pPr>
            <w:r>
              <w:rPr>
                <w:sz w:val="16"/>
              </w:rPr>
              <w:t>location not recorded</w:t>
            </w:r>
          </w:p>
        </w:tc>
        <w:tc>
          <w:tcPr>
            <w:tcW w:type="dxa" w:w="1255"/>
          </w:tcPr>
          <w:p>
            <w:pPr>
              <w:spacing w:after="0"/>
              <w:jc w:val="left"/>
            </w:pPr>
          </w:p>
        </w:tc>
        <w:tc>
          <w:tcPr>
            <w:tcW w:type="dxa" w:w="2719"/>
          </w:tcPr>
          <w:p>
            <w:pPr>
              <w:spacing w:after="0"/>
              <w:jc w:val="left"/>
            </w:pPr>
            <w:r>
              <w:rPr>
                <w:sz w:val="16"/>
              </w:rPr>
              <w:t>deaths or injuries recorded</w:t>
            </w:r>
          </w:p>
        </w:tc>
      </w:tr>
      <w:tr>
        <w:trPr>
          <w:cantSplit/>
        </w:trPr>
        <w:tc>
          <w:tcPr>
            <w:tcW w:type="dxa" w:w="1037"/>
          </w:tcPr>
          <w:p>
            <w:pPr>
              <w:spacing w:after="0"/>
              <w:jc w:val="left"/>
            </w:pPr>
            <w:r>
              <w:rPr>
                <w:sz w:val="16"/>
              </w:rPr>
              <w:t>1988-08-29</w:t>
            </w:r>
          </w:p>
        </w:tc>
        <w:tc>
          <w:tcPr>
            <w:tcW w:type="dxa" w:w="1215"/>
          </w:tcPr>
          <w:p>
            <w:pPr>
              <w:spacing w:after="0"/>
              <w:jc w:val="left"/>
            </w:pPr>
            <w:r>
              <w:rPr>
                <w:sz w:val="16"/>
              </w:rPr>
              <w:t>Tornado</w:t>
            </w:r>
          </w:p>
        </w:tc>
        <w:tc>
          <w:tcPr>
            <w:tcW w:type="dxa" w:w="1430"/>
          </w:tcPr>
          <w:p>
            <w:pPr>
              <w:spacing w:after="0"/>
              <w:jc w:val="left"/>
            </w:pPr>
            <w:r>
              <w:rPr>
                <w:sz w:val="16"/>
              </w:rPr>
              <w:t>F2, 4 mi path length (whole path, pre-1996), 3 yd wide</w:t>
            </w:r>
          </w:p>
        </w:tc>
        <w:tc>
          <w:tcPr>
            <w:tcW w:type="dxa" w:w="2939"/>
          </w:tcPr>
          <w:p>
            <w:pPr>
              <w:spacing w:after="0"/>
              <w:jc w:val="left"/>
            </w:pPr>
            <w:r>
              <w:rPr>
                <w:sz w:val="16"/>
              </w:rPr>
              <w:t>$2,500,000 property; crops not recorded (1988 dollars)</w:t>
            </w:r>
          </w:p>
        </w:tc>
        <w:tc>
          <w:tcPr>
            <w:tcW w:type="dxa" w:w="929"/>
          </w:tcPr>
          <w:p>
            <w:pPr>
              <w:spacing w:after="0"/>
              <w:jc w:val="right"/>
            </w:pPr>
            <w:r>
              <w:rPr>
                <w:sz w:val="16"/>
              </w:rPr>
              <w:t>0, 1</w:t>
            </w:r>
          </w:p>
        </w:tc>
        <w:tc>
          <w:tcPr>
            <w:tcW w:type="dxa" w:w="2588"/>
          </w:tcPr>
          <w:p>
            <w:pPr>
              <w:spacing w:after="0"/>
              <w:jc w:val="left"/>
            </w:pPr>
            <w:r>
              <w:rPr>
                <w:sz w:val="16"/>
              </w:rPr>
              <w:t>location not recorded</w:t>
            </w:r>
          </w:p>
        </w:tc>
        <w:tc>
          <w:tcPr>
            <w:tcW w:type="dxa" w:w="1255"/>
          </w:tcPr>
          <w:p>
            <w:pPr>
              <w:spacing w:after="0"/>
              <w:jc w:val="left"/>
            </w:pPr>
          </w:p>
        </w:tc>
        <w:tc>
          <w:tcPr>
            <w:tcW w:type="dxa" w:w="2719"/>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(404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6"/>
        <w:gridCol w:w="1278"/>
        <w:gridCol w:w="1579"/>
        <w:gridCol w:w="1037"/>
        <w:gridCol w:w="1969"/>
        <w:gridCol w:w="1523"/>
        <w:gridCol w:w="1512"/>
        <w:gridCol w:w="1037"/>
        <w:gridCol w:w="1894"/>
      </w:tblGrid>
      <w:tr>
        <w:trPr>
          <w:cantSplit/>
          <w:tblHeader/>
        </w:trPr>
        <w:tc>
          <w:tcPr>
            <w:tcW w:type="dxa" w:w="1037"/>
            <w:shd w:val="clear" w:color="auto" w:fill="E8E8E8"/>
          </w:tcPr>
          <w:p>
            <w:pPr>
              <w:spacing w:after="0"/>
              <w:jc w:val="left"/>
            </w:pPr>
            <w:r>
              <w:rPr>
                <w:b/>
                <w:sz w:val="16"/>
              </w:rPr>
              <w:t>Hazard</w:t>
            </w:r>
          </w:p>
        </w:tc>
        <w:tc>
          <w:tcPr>
            <w:tcW w:type="dxa" w:w="124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8"/>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69"/>
            <w:shd w:val="clear" w:color="auto" w:fill="E8E8E8"/>
          </w:tcPr>
          <w:p>
            <w:pPr>
              <w:spacing w:after="0"/>
              <w:jc w:val="left"/>
            </w:pPr>
            <w:r>
              <w:rPr>
                <w:b/>
                <w:sz w:val="16"/>
              </w:rPr>
              <w:t>Descriptor basis</w:t>
            </w:r>
          </w:p>
        </w:tc>
        <w:tc>
          <w:tcPr>
            <w:tcW w:type="dxa" w:w="1523"/>
            <w:shd w:val="clear" w:color="auto" w:fill="E8E8E8"/>
          </w:tcPr>
          <w:p>
            <w:pPr>
              <w:spacing w:after="0"/>
              <w:jc w:val="right"/>
            </w:pPr>
            <w:r>
              <w:rPr>
                <w:b/>
                <w:sz w:val="16"/>
              </w:rPr>
              <w:t>NRI events or days in its record period (hail, wind and tornado are area-weighted, so can be fractional)</w:t>
            </w:r>
          </w:p>
        </w:tc>
        <w:tc>
          <w:tcPr>
            <w:tcW w:type="dxa" w:w="151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6"/>
          </w:tcPr>
          <w:p>
            <w:pPr>
              <w:spacing w:after="0"/>
              <w:jc w:val="right"/>
            </w:pPr>
            <w:r>
              <w:rPr>
                <w:sz w:val="16"/>
              </w:rPr>
              <w:t>0.526</w:t>
            </w:r>
          </w:p>
        </w:tc>
        <w:tc>
          <w:tcPr>
            <w:tcW w:type="dxa" w:w="1278"/>
          </w:tcPr>
          <w:p>
            <w:pPr>
              <w:spacing w:after="0"/>
              <w:jc w:val="left"/>
            </w:pPr>
            <w:r>
              <w:rPr>
                <w:sz w:val="16"/>
              </w:rPr>
              <w:t>event-days per year</w:t>
            </w:r>
          </w:p>
        </w:tc>
        <w:tc>
          <w:tcPr>
            <w:tcW w:type="dxa" w:w="1579"/>
          </w:tcPr>
          <w:p>
            <w:pPr>
              <w:spacing w:after="0"/>
              <w:jc w:val="left"/>
            </w:pPr>
            <w:r>
              <w:rPr>
                <w:sz w:val="16"/>
              </w:rPr>
              <w:t>about 0.526 days per year</w:t>
            </w:r>
          </w:p>
        </w:tc>
        <w:tc>
          <w:tcPr>
            <w:tcW w:type="dxa" w:w="1037"/>
          </w:tcPr>
          <w:p>
            <w:pPr>
              <w:spacing w:after="0"/>
              <w:jc w:val="left"/>
            </w:pPr>
          </w:p>
        </w:tc>
        <w:tc>
          <w:tcPr>
            <w:tcW w:type="dxa" w:w="1969"/>
          </w:tcPr>
          <w:p>
            <w:pPr>
              <w:spacing w:after="0"/>
              <w:jc w:val="left"/>
            </w:pPr>
            <w:r>
              <w:rPr>
                <w:sz w:val="16"/>
              </w:rPr>
              <w:t>Storm Events event-days in 0 of 30 years, 1996 to 2025 (0%)</w:t>
            </w:r>
          </w:p>
        </w:tc>
        <w:tc>
          <w:tcPr>
            <w:tcW w:type="dxa" w:w="1523"/>
          </w:tcPr>
          <w:p>
            <w:pPr>
              <w:spacing w:after="0"/>
              <w:jc w:val="right"/>
            </w:pPr>
            <w:r>
              <w:rPr>
                <w:sz w:val="16"/>
              </w:rPr>
              <w:t>10</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6"/>
          </w:tcPr>
          <w:p>
            <w:pPr>
              <w:spacing w:after="0"/>
              <w:jc w:val="right"/>
            </w:pPr>
            <w:r>
              <w:rPr>
                <w:sz w:val="16"/>
              </w:rPr>
              <w:t>10.3</w:t>
            </w:r>
          </w:p>
        </w:tc>
        <w:tc>
          <w:tcPr>
            <w:tcW w:type="dxa" w:w="1278"/>
          </w:tcPr>
          <w:p>
            <w:pPr>
              <w:spacing w:after="0"/>
              <w:jc w:val="left"/>
            </w:pPr>
            <w:r>
              <w:rPr>
                <w:sz w:val="16"/>
              </w:rPr>
              <w:t>event-days per year</w:t>
            </w:r>
          </w:p>
        </w:tc>
        <w:tc>
          <w:tcPr>
            <w:tcW w:type="dxa" w:w="1579"/>
          </w:tcPr>
          <w:p>
            <w:pPr>
              <w:spacing w:after="0"/>
              <w:jc w:val="left"/>
            </w:pPr>
            <w:r>
              <w:rPr>
                <w:sz w:val="16"/>
              </w:rPr>
              <w:t>about 10.3 days per year</w:t>
            </w:r>
          </w:p>
        </w:tc>
        <w:tc>
          <w:tcPr>
            <w:tcW w:type="dxa" w:w="1037"/>
          </w:tcPr>
          <w:p>
            <w:pPr>
              <w:spacing w:after="0"/>
              <w:jc w:val="left"/>
            </w:pPr>
          </w:p>
        </w:tc>
        <w:tc>
          <w:tcPr>
            <w:tcW w:type="dxa" w:w="1969"/>
          </w:tcPr>
          <w:p>
            <w:pPr>
              <w:spacing w:after="0"/>
              <w:jc w:val="left"/>
            </w:pPr>
            <w:r>
              <w:rPr>
                <w:sz w:val="16"/>
              </w:rPr>
              <w:t>Storm Events event-days in 0 of 30 years, 1996 to 2025 (0%)</w:t>
            </w:r>
          </w:p>
        </w:tc>
        <w:tc>
          <w:tcPr>
            <w:tcW w:type="dxa" w:w="1523"/>
          </w:tcPr>
          <w:p>
            <w:pPr>
              <w:spacing w:after="0"/>
              <w:jc w:val="right"/>
            </w:pPr>
            <w:r>
              <w:rPr>
                <w:sz w:val="16"/>
              </w:rPr>
              <w:t>371</w:t>
            </w:r>
          </w:p>
        </w:tc>
        <w:tc>
          <w:tcPr>
            <w:tcW w:type="dxa" w:w="151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6"/>
          </w:tcPr>
          <w:p>
            <w:pPr>
              <w:spacing w:after="0"/>
              <w:jc w:val="right"/>
            </w:pPr>
            <w:r>
              <w:rPr>
                <w:sz w:val="16"/>
              </w:rPr>
              <w:t>0.00137</w:t>
            </w:r>
          </w:p>
        </w:tc>
        <w:tc>
          <w:tcPr>
            <w:tcW w:type="dxa" w:w="1278"/>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0.137%</w:t>
            </w:r>
          </w:p>
        </w:tc>
        <w:tc>
          <w:tcPr>
            <w:tcW w:type="dxa" w:w="1037"/>
          </w:tcPr>
          <w:p>
            <w:pPr>
              <w:spacing w:after="0"/>
              <w:jc w:val="left"/>
            </w:pPr>
          </w:p>
        </w:tc>
        <w:tc>
          <w:tcPr>
            <w:tcW w:type="dxa" w:w="1969"/>
          </w:tcPr>
          <w:p>
            <w:pPr>
              <w:spacing w:after="0"/>
              <w:jc w:val="left"/>
            </w:pP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6"/>
          </w:tcPr>
          <w:p>
            <w:pPr>
              <w:spacing w:after="0"/>
              <w:jc w:val="right"/>
            </w:pPr>
            <w:r>
              <w:rPr>
                <w:sz w:val="16"/>
              </w:rPr>
              <w:t>3.18</w:t>
            </w:r>
          </w:p>
        </w:tc>
        <w:tc>
          <w:tcPr>
            <w:tcW w:type="dxa" w:w="1278"/>
          </w:tcPr>
          <w:p>
            <w:pPr>
              <w:spacing w:after="0"/>
              <w:jc w:val="left"/>
            </w:pPr>
            <w:r>
              <w:rPr>
                <w:sz w:val="16"/>
              </w:rPr>
              <w:t>events per year</w:t>
            </w:r>
          </w:p>
        </w:tc>
        <w:tc>
          <w:tcPr>
            <w:tcW w:type="dxa" w:w="1579"/>
          </w:tcPr>
          <w:p>
            <w:pPr>
              <w:spacing w:after="0"/>
              <w:jc w:val="left"/>
            </w:pPr>
            <w:r>
              <w:rPr>
                <w:sz w:val="16"/>
              </w:rPr>
              <w:t>about 3.18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121.6 (modeled)</w:t>
            </w:r>
          </w:p>
        </w:tc>
        <w:tc>
          <w:tcPr>
            <w:tcW w:type="dxa" w:w="1512"/>
          </w:tcPr>
          <w:p>
            <w:pPr>
              <w:spacing w:after="0"/>
              <w:jc w:val="left"/>
            </w:pPr>
            <w:r>
              <w:rPr>
                <w:sz w:val="16"/>
              </w:rPr>
              <w:t>1986 to 2023 (38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Heat Wave</w:t>
            </w:r>
          </w:p>
        </w:tc>
        <w:tc>
          <w:tcPr>
            <w:tcW w:type="dxa" w:w="1246"/>
          </w:tcPr>
          <w:p>
            <w:pPr>
              <w:spacing w:after="0"/>
              <w:jc w:val="right"/>
            </w:pPr>
            <w:r>
              <w:rPr>
                <w:sz w:val="16"/>
              </w:rPr>
              <w:t>4.16</w:t>
            </w:r>
          </w:p>
        </w:tc>
        <w:tc>
          <w:tcPr>
            <w:tcW w:type="dxa" w:w="1278"/>
          </w:tcPr>
          <w:p>
            <w:pPr>
              <w:spacing w:after="0"/>
              <w:jc w:val="left"/>
            </w:pPr>
            <w:r>
              <w:rPr>
                <w:sz w:val="16"/>
              </w:rPr>
              <w:t>event-days per year</w:t>
            </w:r>
          </w:p>
        </w:tc>
        <w:tc>
          <w:tcPr>
            <w:tcW w:type="dxa" w:w="1579"/>
          </w:tcPr>
          <w:p>
            <w:pPr>
              <w:spacing w:after="0"/>
              <w:jc w:val="left"/>
            </w:pPr>
            <w:r>
              <w:rPr>
                <w:sz w:val="16"/>
              </w:rPr>
              <w:t>about 4.16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4 of 30 years, 1996 to 2025 (13.3%)</w:t>
            </w:r>
          </w:p>
        </w:tc>
        <w:tc>
          <w:tcPr>
            <w:tcW w:type="dxa" w:w="1523"/>
          </w:tcPr>
          <w:p>
            <w:pPr>
              <w:spacing w:after="0"/>
              <w:jc w:val="right"/>
            </w:pPr>
            <w:r>
              <w:rPr>
                <w:sz w:val="16"/>
              </w:rPr>
              <w:t>63</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Hurricane</w:t>
            </w:r>
          </w:p>
        </w:tc>
        <w:tc>
          <w:tcPr>
            <w:tcW w:type="dxa" w:w="1246"/>
          </w:tcPr>
          <w:p>
            <w:pPr>
              <w:spacing w:after="0"/>
              <w:jc w:val="right"/>
            </w:pPr>
            <w:r>
              <w:rPr>
                <w:sz w:val="16"/>
              </w:rPr>
              <w:t>0.138</w:t>
            </w:r>
          </w:p>
        </w:tc>
        <w:tc>
          <w:tcPr>
            <w:tcW w:type="dxa" w:w="1278"/>
          </w:tcPr>
          <w:p>
            <w:pPr>
              <w:spacing w:after="0"/>
              <w:jc w:val="left"/>
            </w:pPr>
            <w:r>
              <w:rPr>
                <w:sz w:val="16"/>
              </w:rPr>
              <w:t>events per year</w:t>
            </w:r>
          </w:p>
        </w:tc>
        <w:tc>
          <w:tcPr>
            <w:tcW w:type="dxa" w:w="1579"/>
          </w:tcPr>
          <w:p>
            <w:pPr>
              <w:spacing w:after="0"/>
              <w:jc w:val="left"/>
            </w:pPr>
            <w:r>
              <w:rPr>
                <w:sz w:val="16"/>
              </w:rPr>
              <w:t>about 1 in 7 years</w:t>
            </w:r>
          </w:p>
        </w:tc>
        <w:tc>
          <w:tcPr>
            <w:tcW w:type="dxa" w:w="1037"/>
          </w:tcPr>
          <w:p>
            <w:pPr>
              <w:spacing w:after="0"/>
              <w:jc w:val="left"/>
            </w:pPr>
            <w:r>
              <w:rPr>
                <w:sz w:val="16"/>
              </w:rPr>
              <w:t>Likely</w:t>
            </w:r>
          </w:p>
        </w:tc>
        <w:tc>
          <w:tcPr>
            <w:tcW w:type="dxa" w:w="1969"/>
          </w:tcPr>
          <w:p>
            <w:pPr>
              <w:spacing w:after="0"/>
              <w:jc w:val="left"/>
            </w:pPr>
            <w:r>
              <w:rPr>
                <w:sz w:val="16"/>
              </w:rPr>
              <w:t>FEMA annualized frequency (modeled)</w:t>
            </w:r>
          </w:p>
        </w:tc>
        <w:tc>
          <w:tcPr>
            <w:tcW w:type="dxa" w:w="1523"/>
          </w:tcPr>
          <w:p>
            <w:pPr>
              <w:spacing w:after="0"/>
              <w:jc w:val="right"/>
            </w:pPr>
            <w:r>
              <w:rPr>
                <w:sz w:val="16"/>
              </w:rPr>
              <w:t>46</w:t>
            </w:r>
          </w:p>
        </w:tc>
        <w:tc>
          <w:tcPr>
            <w:tcW w:type="dxa" w:w="1512"/>
          </w:tcPr>
          <w:p>
            <w:pPr>
              <w:spacing w:after="0"/>
              <w:jc w:val="left"/>
            </w:pPr>
            <w:r>
              <w:rPr>
                <w:sz w:val="16"/>
              </w:rPr>
              <w:t>1851 to 2024 (Atlantic)</w:t>
            </w:r>
          </w:p>
        </w:tc>
        <w:tc>
          <w:tcPr>
            <w:tcW w:type="dxa" w:w="1037"/>
          </w:tcPr>
          <w:p>
            <w:pPr>
              <w:spacing w:after="0"/>
              <w:jc w:val="left"/>
            </w:pPr>
            <w:r>
              <w:rPr>
                <w:sz w:val="16"/>
              </w:rPr>
              <w:t>see B1-f</w:t>
            </w:r>
          </w:p>
        </w:tc>
        <w:tc>
          <w:tcPr>
            <w:tcW w:type="dxa" w:w="189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6"/>
          </w:tcPr>
          <w:p>
            <w:pPr>
              <w:spacing w:after="0"/>
              <w:jc w:val="right"/>
            </w:pPr>
            <w:r>
              <w:rPr>
                <w:sz w:val="16"/>
              </w:rPr>
              <w:t>1.38</w:t>
            </w:r>
          </w:p>
        </w:tc>
        <w:tc>
          <w:tcPr>
            <w:tcW w:type="dxa" w:w="1278"/>
          </w:tcPr>
          <w:p>
            <w:pPr>
              <w:spacing w:after="0"/>
              <w:jc w:val="left"/>
            </w:pPr>
            <w:r>
              <w:rPr>
                <w:sz w:val="16"/>
              </w:rPr>
              <w:t>event-days per year</w:t>
            </w:r>
          </w:p>
        </w:tc>
        <w:tc>
          <w:tcPr>
            <w:tcW w:type="dxa" w:w="1579"/>
          </w:tcPr>
          <w:p>
            <w:pPr>
              <w:spacing w:after="0"/>
              <w:jc w:val="left"/>
            </w:pPr>
            <w:r>
              <w:rPr>
                <w:sz w:val="16"/>
              </w:rPr>
              <w:t>about 1.38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3 of 30 years, 1996 to 2025 (10%)</w:t>
            </w:r>
          </w:p>
        </w:tc>
        <w:tc>
          <w:tcPr>
            <w:tcW w:type="dxa" w:w="1523"/>
          </w:tcPr>
          <w:p>
            <w:pPr>
              <w:spacing w:after="0"/>
              <w:jc w:val="right"/>
            </w:pPr>
            <w:r>
              <w:rPr>
                <w:sz w:val="16"/>
              </w:rPr>
              <w:t>94</w:t>
            </w:r>
          </w:p>
        </w:tc>
        <w:tc>
          <w:tcPr>
            <w:tcW w:type="dxa" w:w="1512"/>
          </w:tcPr>
          <w:p>
            <w:pPr>
              <w:spacing w:after="0"/>
              <w:jc w:val="left"/>
            </w:pPr>
            <w:r>
              <w:rPr>
                <w:sz w:val="16"/>
              </w:rPr>
              <w:t>1946-12-31 to 2014-02-12 (67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Inland Flooding</w:t>
            </w:r>
          </w:p>
        </w:tc>
        <w:tc>
          <w:tcPr>
            <w:tcW w:type="dxa" w:w="1246"/>
          </w:tcPr>
          <w:p>
            <w:pPr>
              <w:spacing w:after="0"/>
              <w:jc w:val="right"/>
            </w:pPr>
            <w:r>
              <w:rPr>
                <w:sz w:val="16"/>
              </w:rPr>
              <w:t>0.821</w:t>
            </w:r>
          </w:p>
        </w:tc>
        <w:tc>
          <w:tcPr>
            <w:tcW w:type="dxa" w:w="1278"/>
          </w:tcPr>
          <w:p>
            <w:pPr>
              <w:spacing w:after="0"/>
              <w:jc w:val="left"/>
            </w:pPr>
            <w:r>
              <w:rPr>
                <w:sz w:val="16"/>
              </w:rPr>
              <w:t>event-days per year</w:t>
            </w:r>
          </w:p>
        </w:tc>
        <w:tc>
          <w:tcPr>
            <w:tcW w:type="dxa" w:w="1579"/>
          </w:tcPr>
          <w:p>
            <w:pPr>
              <w:spacing w:after="0"/>
              <w:jc w:val="left"/>
            </w:pPr>
            <w:r>
              <w:rPr>
                <w:sz w:val="16"/>
              </w:rPr>
              <w:t>about 0.821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17 of 30 years, 1996 to 2025 (56.7%)</w:t>
            </w:r>
          </w:p>
        </w:tc>
        <w:tc>
          <w:tcPr>
            <w:tcW w:type="dxa" w:w="1523"/>
          </w:tcPr>
          <w:p>
            <w:pPr>
              <w:spacing w:after="0"/>
              <w:jc w:val="right"/>
            </w:pPr>
            <w:r>
              <w:rPr>
                <w:sz w:val="16"/>
              </w:rPr>
              <w:t>23</w:t>
            </w:r>
          </w:p>
        </w:tc>
        <w:tc>
          <w:tcPr>
            <w:tcW w:type="dxa" w:w="1512"/>
          </w:tcPr>
          <w:p>
            <w:pPr>
              <w:spacing w:after="0"/>
              <w:jc w:val="left"/>
            </w:pPr>
            <w:r>
              <w:rPr>
                <w:sz w:val="16"/>
              </w:rPr>
              <w:t>1996 to 2023 (28 years)</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Landslide</w:t>
            </w:r>
          </w:p>
        </w:tc>
        <w:tc>
          <w:tcPr>
            <w:tcW w:type="dxa" w:w="1246"/>
          </w:tcPr>
          <w:p>
            <w:pPr>
              <w:spacing w:after="0"/>
              <w:jc w:val="right"/>
            </w:pPr>
            <w:r>
              <w:rPr>
                <w:sz w:val="16"/>
              </w:rPr>
              <w:t>0.429</w:t>
            </w:r>
          </w:p>
        </w:tc>
        <w:tc>
          <w:tcPr>
            <w:tcW w:type="dxa" w:w="1278"/>
          </w:tcPr>
          <w:p>
            <w:pPr>
              <w:spacing w:after="0"/>
              <w:jc w:val="left"/>
            </w:pPr>
            <w:r>
              <w:rPr>
                <w:sz w:val="16"/>
              </w:rPr>
              <w:t>events per year (modeled)</w:t>
            </w:r>
          </w:p>
        </w:tc>
        <w:tc>
          <w:tcPr>
            <w:tcW w:type="dxa" w:w="1579"/>
          </w:tcPr>
          <w:p>
            <w:pPr>
              <w:spacing w:after="0"/>
              <w:jc w:val="left"/>
            </w:pPr>
            <w:r>
              <w:rPr>
                <w:sz w:val="16"/>
              </w:rPr>
              <w:t>about 1 in 2 years</w:t>
            </w:r>
          </w:p>
        </w:tc>
        <w:tc>
          <w:tcPr>
            <w:tcW w:type="dxa" w:w="1037"/>
          </w:tcPr>
          <w:p>
            <w:pPr>
              <w:spacing w:after="0"/>
              <w:jc w:val="left"/>
            </w:pPr>
            <w:r>
              <w:rPr>
                <w:sz w:val="16"/>
              </w:rPr>
              <w:t>Likely</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Lightning</w:t>
            </w:r>
          </w:p>
        </w:tc>
        <w:tc>
          <w:tcPr>
            <w:tcW w:type="dxa" w:w="1246"/>
          </w:tcPr>
          <w:p>
            <w:pPr>
              <w:spacing w:after="0"/>
              <w:jc w:val="right"/>
            </w:pPr>
            <w:r>
              <w:rPr>
                <w:sz w:val="16"/>
              </w:rPr>
              <w:t>44.9</w:t>
            </w:r>
          </w:p>
        </w:tc>
        <w:tc>
          <w:tcPr>
            <w:tcW w:type="dxa" w:w="1278"/>
          </w:tcPr>
          <w:p>
            <w:pPr>
              <w:spacing w:after="0"/>
              <w:jc w:val="left"/>
            </w:pPr>
            <w:r>
              <w:rPr>
                <w:sz w:val="16"/>
              </w:rPr>
              <w:t>days per year with a strike</w:t>
            </w:r>
          </w:p>
        </w:tc>
        <w:tc>
          <w:tcPr>
            <w:tcW w:type="dxa" w:w="1579"/>
          </w:tcPr>
          <w:p>
            <w:pPr>
              <w:spacing w:after="0"/>
              <w:jc w:val="left"/>
            </w:pPr>
            <w:r>
              <w:rPr>
                <w:sz w:val="16"/>
              </w:rPr>
              <w:t>about 44.9 days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1995 to 2023 (29 years; CONUS)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Strong Wind</w:t>
            </w:r>
          </w:p>
        </w:tc>
        <w:tc>
          <w:tcPr>
            <w:tcW w:type="dxa" w:w="1246"/>
          </w:tcPr>
          <w:p>
            <w:pPr>
              <w:spacing w:after="0"/>
              <w:jc w:val="right"/>
            </w:pPr>
            <w:r>
              <w:rPr>
                <w:sz w:val="16"/>
              </w:rPr>
              <w:t>1.35</w:t>
            </w:r>
          </w:p>
        </w:tc>
        <w:tc>
          <w:tcPr>
            <w:tcW w:type="dxa" w:w="1278"/>
          </w:tcPr>
          <w:p>
            <w:pPr>
              <w:spacing w:after="0"/>
              <w:jc w:val="left"/>
            </w:pPr>
            <w:r>
              <w:rPr>
                <w:sz w:val="16"/>
              </w:rPr>
              <w:t>events per year</w:t>
            </w:r>
          </w:p>
        </w:tc>
        <w:tc>
          <w:tcPr>
            <w:tcW w:type="dxa" w:w="1579"/>
          </w:tcPr>
          <w:p>
            <w:pPr>
              <w:spacing w:after="0"/>
              <w:jc w:val="left"/>
            </w:pPr>
            <w:r>
              <w:rPr>
                <w:sz w:val="16"/>
              </w:rPr>
              <w:t>about 1.35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52</w:t>
            </w:r>
          </w:p>
        </w:tc>
        <w:tc>
          <w:tcPr>
            <w:tcW w:type="dxa" w:w="1512"/>
          </w:tcPr>
          <w:p>
            <w:pPr>
              <w:spacing w:after="0"/>
              <w:jc w:val="left"/>
            </w:pPr>
            <w:r>
              <w:rPr>
                <w:sz w:val="16"/>
              </w:rPr>
              <w:t>1986 to 2023 (38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Tornado</w:t>
            </w:r>
          </w:p>
        </w:tc>
        <w:tc>
          <w:tcPr>
            <w:tcW w:type="dxa" w:w="1246"/>
          </w:tcPr>
          <w:p>
            <w:pPr>
              <w:spacing w:after="0"/>
              <w:jc w:val="right"/>
            </w:pPr>
            <w:r>
              <w:rPr>
                <w:sz w:val="16"/>
              </w:rPr>
              <w:t>0.269</w:t>
            </w:r>
          </w:p>
        </w:tc>
        <w:tc>
          <w:tcPr>
            <w:tcW w:type="dxa" w:w="1278"/>
          </w:tcPr>
          <w:p>
            <w:pPr>
              <w:spacing w:after="0"/>
              <w:jc w:val="left"/>
            </w:pPr>
            <w:r>
              <w:rPr>
                <w:sz w:val="16"/>
              </w:rPr>
              <w:t>events per year</w:t>
            </w:r>
          </w:p>
        </w:tc>
        <w:tc>
          <w:tcPr>
            <w:tcW w:type="dxa" w:w="1579"/>
          </w:tcPr>
          <w:p>
            <w:pPr>
              <w:spacing w:after="0"/>
              <w:jc w:val="left"/>
            </w:pPr>
            <w:r>
              <w:rPr>
                <w:sz w:val="16"/>
              </w:rPr>
              <w:t>about 1 in 4 years</w:t>
            </w:r>
          </w:p>
        </w:tc>
        <w:tc>
          <w:tcPr>
            <w:tcW w:type="dxa" w:w="1037"/>
          </w:tcPr>
          <w:p>
            <w:pPr>
              <w:spacing w:after="0"/>
              <w:jc w:val="left"/>
            </w:pPr>
            <w:r>
              <w:rPr>
                <w:sz w:val="16"/>
              </w:rPr>
              <w:t>Likely</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1950 to 2023 (EF2+); 1986 to 2023 (EF0-1)</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Wildfire</w:t>
            </w:r>
          </w:p>
        </w:tc>
        <w:tc>
          <w:tcPr>
            <w:tcW w:type="dxa" w:w="1246"/>
          </w:tcPr>
          <w:p>
            <w:pPr>
              <w:spacing w:after="0"/>
              <w:jc w:val="right"/>
            </w:pPr>
            <w:r>
              <w:rPr>
                <w:sz w:val="16"/>
              </w:rPr>
              <w:t>0.00014</w:t>
            </w:r>
          </w:p>
        </w:tc>
        <w:tc>
          <w:tcPr>
            <w:tcW w:type="dxa" w:w="1278"/>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0.014%</w:t>
            </w:r>
          </w:p>
        </w:tc>
        <w:tc>
          <w:tcPr>
            <w:tcW w:type="dxa" w:w="1037"/>
          </w:tcPr>
          <w:p>
            <w:pPr>
              <w:spacing w:after="0"/>
              <w:jc w:val="left"/>
            </w:pPr>
          </w:p>
        </w:tc>
        <w:tc>
          <w:tcPr>
            <w:tcW w:type="dxa" w:w="1969"/>
          </w:tcPr>
          <w:p>
            <w:pPr>
              <w:spacing w:after="0"/>
              <w:jc w:val="left"/>
            </w:pPr>
            <w:r>
              <w:rPr>
                <w:sz w:val="16"/>
              </w:rPr>
              <w:t>Storm Events records in 0 of 30 years, 1996 to 2025 (0%)</w:t>
            </w: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6"/>
          </w:tcPr>
          <w:p>
            <w:pPr>
              <w:spacing w:after="0"/>
              <w:jc w:val="right"/>
            </w:pPr>
            <w:r>
              <w:rPr>
                <w:sz w:val="16"/>
              </w:rPr>
              <w:t>4.95</w:t>
            </w:r>
          </w:p>
        </w:tc>
        <w:tc>
          <w:tcPr>
            <w:tcW w:type="dxa" w:w="1278"/>
          </w:tcPr>
          <w:p>
            <w:pPr>
              <w:spacing w:after="0"/>
              <w:jc w:val="left"/>
            </w:pPr>
            <w:r>
              <w:rPr>
                <w:sz w:val="16"/>
              </w:rPr>
              <w:t>event-days per year</w:t>
            </w:r>
          </w:p>
        </w:tc>
        <w:tc>
          <w:tcPr>
            <w:tcW w:type="dxa" w:w="1579"/>
          </w:tcPr>
          <w:p>
            <w:pPr>
              <w:spacing w:after="0"/>
              <w:jc w:val="left"/>
            </w:pPr>
            <w:r>
              <w:rPr>
                <w:sz w:val="16"/>
              </w:rPr>
              <w:t>about 4.95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23 of 30 years, 1996 to 2025 (76.7%)</w:t>
            </w:r>
          </w:p>
        </w:tc>
        <w:tc>
          <w:tcPr>
            <w:tcW w:type="dxa" w:w="1523"/>
          </w:tcPr>
          <w:p>
            <w:pPr>
              <w:spacing w:after="0"/>
              <w:jc w:val="right"/>
            </w:pPr>
            <w:r>
              <w:rPr>
                <w:sz w:val="16"/>
              </w:rPr>
              <w:t>94</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158</w:t>
            </w:r>
          </w:p>
        </w:tc>
        <w:tc>
          <w:tcPr>
            <w:tcW w:type="dxa" w:w="1381"/>
          </w:tcPr>
          <w:p>
            <w:pPr>
              <w:spacing w:after="0"/>
              <w:jc w:val="right"/>
            </w:pPr>
            <w:r>
              <w:rPr>
                <w:sz w:val="16"/>
              </w:rPr>
              <w:t>30</w:t>
            </w:r>
          </w:p>
        </w:tc>
        <w:tc>
          <w:tcPr>
            <w:tcW w:type="dxa" w:w="1381"/>
          </w:tcPr>
          <w:p>
            <w:pPr>
              <w:spacing w:after="0"/>
              <w:jc w:val="right"/>
            </w:pPr>
            <w:r>
              <w:rPr>
                <w:sz w:val="16"/>
              </w:rPr>
              <w:t>5.27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Cold Wave</w:t>
            </w:r>
          </w:p>
        </w:tc>
        <w:tc>
          <w:tcPr>
            <w:tcW w:type="dxa" w:w="1597"/>
          </w:tcPr>
          <w:p>
            <w:pPr>
              <w:spacing w:after="0"/>
              <w:jc w:val="right"/>
            </w:pPr>
            <w:r>
              <w:rPr>
                <w:sz w:val="16"/>
              </w:rPr>
              <w:t>12 of 12</w:t>
            </w:r>
          </w:p>
        </w:tc>
        <w:tc>
          <w:tcPr>
            <w:tcW w:type="dxa" w:w="1205"/>
          </w:tcPr>
          <w:p>
            <w:pPr>
              <w:spacing w:after="0"/>
              <w:jc w:val="right"/>
            </w:pPr>
            <w:r>
              <w:rPr>
                <w:sz w:val="16"/>
              </w:rPr>
              <w:t>26.7</w:t>
            </w:r>
          </w:p>
        </w:tc>
        <w:tc>
          <w:tcPr>
            <w:tcW w:type="dxa" w:w="1264"/>
          </w:tcPr>
          <w:p>
            <w:pPr>
              <w:spacing w:after="0"/>
              <w:jc w:val="right"/>
            </w:pPr>
            <w:r>
              <w:rPr>
                <w:sz w:val="16"/>
              </w:rPr>
              <w:t>45.0</w:t>
            </w:r>
          </w:p>
        </w:tc>
        <w:tc>
          <w:tcPr>
            <w:tcW w:type="dxa" w:w="1205"/>
          </w:tcPr>
          <w:p>
            <w:pPr>
              <w:spacing w:after="0"/>
              <w:jc w:val="right"/>
            </w:pPr>
            <w:r>
              <w:rPr>
                <w:sz w:val="16"/>
              </w:rPr>
              <w:t>51.3</w:t>
            </w:r>
          </w:p>
        </w:tc>
        <w:tc>
          <w:tcPr>
            <w:tcW w:type="dxa" w:w="6911"/>
          </w:tcPr>
          <w:p>
            <w:pPr>
              <w:spacing w:after="0"/>
              <w:jc w:val="left"/>
            </w:pPr>
            <w:r>
              <w:rPr>
                <w:sz w:val="16"/>
              </w:rPr>
              <w:t>Relatively Moderate 3, Relatively Low 9</w:t>
            </w:r>
          </w:p>
        </w:tc>
      </w:tr>
      <w:tr>
        <w:trPr>
          <w:cantSplit/>
        </w:trPr>
        <w:tc>
          <w:tcPr>
            <w:tcW w:type="dxa" w:w="1929"/>
          </w:tcPr>
          <w:p>
            <w:pPr>
              <w:spacing w:after="0"/>
              <w:jc w:val="left"/>
            </w:pPr>
            <w:r>
              <w:rPr>
                <w:sz w:val="16"/>
              </w:rPr>
              <w:t>Drought</w:t>
            </w:r>
          </w:p>
        </w:tc>
        <w:tc>
          <w:tcPr>
            <w:tcW w:type="dxa" w:w="1597"/>
          </w:tcPr>
          <w:p>
            <w:pPr>
              <w:spacing w:after="0"/>
              <w:jc w:val="right"/>
            </w:pPr>
            <w:r>
              <w:rPr>
                <w:sz w:val="16"/>
              </w:rPr>
              <w:t>12 of 12</w:t>
            </w:r>
          </w:p>
        </w:tc>
        <w:tc>
          <w:tcPr>
            <w:tcW w:type="dxa" w:w="1205"/>
          </w:tcPr>
          <w:p>
            <w:pPr>
              <w:spacing w:after="0"/>
              <w:jc w:val="right"/>
            </w:pPr>
            <w:r>
              <w:rPr>
                <w:sz w:val="16"/>
              </w:rPr>
              <w:t>92.7</w:t>
            </w:r>
          </w:p>
        </w:tc>
        <w:tc>
          <w:tcPr>
            <w:tcW w:type="dxa" w:w="1264"/>
          </w:tcPr>
          <w:p>
            <w:pPr>
              <w:spacing w:after="0"/>
              <w:jc w:val="right"/>
            </w:pPr>
            <w:r>
              <w:rPr>
                <w:sz w:val="16"/>
              </w:rPr>
              <w:t>97.1</w:t>
            </w:r>
          </w:p>
        </w:tc>
        <w:tc>
          <w:tcPr>
            <w:tcW w:type="dxa" w:w="1205"/>
          </w:tcPr>
          <w:p>
            <w:pPr>
              <w:spacing w:after="0"/>
              <w:jc w:val="right"/>
            </w:pPr>
            <w:r>
              <w:rPr>
                <w:sz w:val="16"/>
              </w:rPr>
              <w:t>99.3</w:t>
            </w:r>
          </w:p>
        </w:tc>
        <w:tc>
          <w:tcPr>
            <w:tcW w:type="dxa" w:w="6911"/>
          </w:tcPr>
          <w:p>
            <w:pPr>
              <w:spacing w:after="0"/>
              <w:jc w:val="left"/>
            </w:pPr>
            <w:r>
              <w:rPr>
                <w:sz w:val="16"/>
              </w:rPr>
              <w:t>Relatively High 2, Relatively Moderate 10</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12 of 12</w:t>
            </w:r>
          </w:p>
        </w:tc>
        <w:tc>
          <w:tcPr>
            <w:tcW w:type="dxa" w:w="1205"/>
          </w:tcPr>
          <w:p>
            <w:pPr>
              <w:spacing w:after="0"/>
              <w:jc w:val="right"/>
            </w:pPr>
            <w:r>
              <w:rPr>
                <w:sz w:val="16"/>
              </w:rPr>
              <w:t>27.0</w:t>
            </w:r>
          </w:p>
        </w:tc>
        <w:tc>
          <w:tcPr>
            <w:tcW w:type="dxa" w:w="1264"/>
          </w:tcPr>
          <w:p>
            <w:pPr>
              <w:spacing w:after="0"/>
              <w:jc w:val="right"/>
            </w:pPr>
            <w:r>
              <w:rPr>
                <w:sz w:val="16"/>
              </w:rPr>
              <w:t>62.3</w:t>
            </w:r>
          </w:p>
        </w:tc>
        <w:tc>
          <w:tcPr>
            <w:tcW w:type="dxa" w:w="1205"/>
          </w:tcPr>
          <w:p>
            <w:pPr>
              <w:spacing w:after="0"/>
              <w:jc w:val="right"/>
            </w:pPr>
            <w:r>
              <w:rPr>
                <w:sz w:val="16"/>
              </w:rPr>
              <w:t>72.9</w:t>
            </w:r>
          </w:p>
        </w:tc>
        <w:tc>
          <w:tcPr>
            <w:tcW w:type="dxa" w:w="6911"/>
          </w:tcPr>
          <w:p>
            <w:pPr>
              <w:spacing w:after="0"/>
              <w:jc w:val="left"/>
            </w:pPr>
            <w:r>
              <w:rPr>
                <w:sz w:val="16"/>
              </w:rPr>
              <w:t>Relatively Low 10, Very Low 2</w:t>
            </w:r>
          </w:p>
        </w:tc>
      </w:tr>
      <w:tr>
        <w:trPr>
          <w:cantSplit/>
        </w:trPr>
        <w:tc>
          <w:tcPr>
            <w:tcW w:type="dxa" w:w="1929"/>
          </w:tcPr>
          <w:p>
            <w:pPr>
              <w:spacing w:after="0"/>
              <w:jc w:val="left"/>
            </w:pPr>
            <w:r>
              <w:rPr>
                <w:sz w:val="16"/>
              </w:rPr>
              <w:t>Hail</w:t>
            </w:r>
          </w:p>
        </w:tc>
        <w:tc>
          <w:tcPr>
            <w:tcW w:type="dxa" w:w="1597"/>
          </w:tcPr>
          <w:p>
            <w:pPr>
              <w:spacing w:after="0"/>
              <w:jc w:val="right"/>
            </w:pPr>
            <w:r>
              <w:rPr>
                <w:sz w:val="16"/>
              </w:rPr>
              <w:t>12 of 12</w:t>
            </w:r>
          </w:p>
        </w:tc>
        <w:tc>
          <w:tcPr>
            <w:tcW w:type="dxa" w:w="1205"/>
          </w:tcPr>
          <w:p>
            <w:pPr>
              <w:spacing w:after="0"/>
              <w:jc w:val="right"/>
            </w:pPr>
            <w:r>
              <w:rPr>
                <w:sz w:val="16"/>
              </w:rPr>
              <w:t>53.2</w:t>
            </w:r>
          </w:p>
        </w:tc>
        <w:tc>
          <w:tcPr>
            <w:tcW w:type="dxa" w:w="1264"/>
          </w:tcPr>
          <w:p>
            <w:pPr>
              <w:spacing w:after="0"/>
              <w:jc w:val="right"/>
            </w:pPr>
            <w:r>
              <w:rPr>
                <w:sz w:val="16"/>
              </w:rPr>
              <w:t>65.5</w:t>
            </w:r>
          </w:p>
        </w:tc>
        <w:tc>
          <w:tcPr>
            <w:tcW w:type="dxa" w:w="1205"/>
          </w:tcPr>
          <w:p>
            <w:pPr>
              <w:spacing w:after="0"/>
              <w:jc w:val="right"/>
            </w:pPr>
            <w:r>
              <w:rPr>
                <w:sz w:val="16"/>
              </w:rPr>
              <w:t>71.5</w:t>
            </w:r>
          </w:p>
        </w:tc>
        <w:tc>
          <w:tcPr>
            <w:tcW w:type="dxa" w:w="6911"/>
          </w:tcPr>
          <w:p>
            <w:pPr>
              <w:spacing w:after="0"/>
              <w:jc w:val="left"/>
            </w:pPr>
            <w:r>
              <w:rPr>
                <w:sz w:val="16"/>
              </w:rPr>
              <w:t>Relatively Moderate 3, Relatively Low 9</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12 of 12</w:t>
            </w:r>
          </w:p>
        </w:tc>
        <w:tc>
          <w:tcPr>
            <w:tcW w:type="dxa" w:w="1205"/>
          </w:tcPr>
          <w:p>
            <w:pPr>
              <w:spacing w:after="0"/>
              <w:jc w:val="right"/>
            </w:pPr>
            <w:r>
              <w:rPr>
                <w:sz w:val="16"/>
              </w:rPr>
              <w:t>16.1</w:t>
            </w:r>
          </w:p>
        </w:tc>
        <w:tc>
          <w:tcPr>
            <w:tcW w:type="dxa" w:w="1264"/>
          </w:tcPr>
          <w:p>
            <w:pPr>
              <w:spacing w:after="0"/>
              <w:jc w:val="right"/>
            </w:pPr>
            <w:r>
              <w:rPr>
                <w:sz w:val="16"/>
              </w:rPr>
              <w:t>46.6</w:t>
            </w:r>
          </w:p>
        </w:tc>
        <w:tc>
          <w:tcPr>
            <w:tcW w:type="dxa" w:w="1205"/>
          </w:tcPr>
          <w:p>
            <w:pPr>
              <w:spacing w:after="0"/>
              <w:jc w:val="right"/>
            </w:pPr>
            <w:r>
              <w:rPr>
                <w:sz w:val="16"/>
              </w:rPr>
              <w:t>57.1</w:t>
            </w:r>
          </w:p>
        </w:tc>
        <w:tc>
          <w:tcPr>
            <w:tcW w:type="dxa" w:w="6911"/>
          </w:tcPr>
          <w:p>
            <w:pPr>
              <w:spacing w:after="0"/>
              <w:jc w:val="left"/>
            </w:pPr>
            <w:r>
              <w:rPr>
                <w:sz w:val="16"/>
              </w:rPr>
              <w:t>Relatively Moderate 1, Relatively Low 10, Very Low 1</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12 of 12</w:t>
            </w:r>
          </w:p>
        </w:tc>
        <w:tc>
          <w:tcPr>
            <w:tcW w:type="dxa" w:w="1205"/>
          </w:tcPr>
          <w:p>
            <w:pPr>
              <w:spacing w:after="0"/>
              <w:jc w:val="right"/>
            </w:pPr>
            <w:r>
              <w:rPr>
                <w:sz w:val="16"/>
              </w:rPr>
              <w:t>80.8</w:t>
            </w:r>
          </w:p>
        </w:tc>
        <w:tc>
          <w:tcPr>
            <w:tcW w:type="dxa" w:w="1264"/>
          </w:tcPr>
          <w:p>
            <w:pPr>
              <w:spacing w:after="0"/>
              <w:jc w:val="right"/>
            </w:pPr>
            <w:r>
              <w:rPr>
                <w:sz w:val="16"/>
              </w:rPr>
              <w:t>86.1</w:t>
            </w:r>
          </w:p>
        </w:tc>
        <w:tc>
          <w:tcPr>
            <w:tcW w:type="dxa" w:w="1205"/>
          </w:tcPr>
          <w:p>
            <w:pPr>
              <w:spacing w:after="0"/>
              <w:jc w:val="right"/>
            </w:pPr>
            <w:r>
              <w:rPr>
                <w:sz w:val="16"/>
              </w:rPr>
              <w:t>89.5</w:t>
            </w:r>
          </w:p>
        </w:tc>
        <w:tc>
          <w:tcPr>
            <w:tcW w:type="dxa" w:w="6911"/>
          </w:tcPr>
          <w:p>
            <w:pPr>
              <w:spacing w:after="0"/>
              <w:jc w:val="left"/>
            </w:pPr>
            <w:r>
              <w:rPr>
                <w:sz w:val="16"/>
              </w:rPr>
              <w:t>Relatively Moderate 12</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12 of 12</w:t>
            </w:r>
          </w:p>
        </w:tc>
        <w:tc>
          <w:tcPr>
            <w:tcW w:type="dxa" w:w="1205"/>
          </w:tcPr>
          <w:p>
            <w:pPr>
              <w:spacing w:after="0"/>
              <w:jc w:val="right"/>
            </w:pPr>
            <w:r>
              <w:rPr>
                <w:sz w:val="16"/>
              </w:rPr>
              <w:t>39.4</w:t>
            </w:r>
          </w:p>
        </w:tc>
        <w:tc>
          <w:tcPr>
            <w:tcW w:type="dxa" w:w="1264"/>
          </w:tcPr>
          <w:p>
            <w:pPr>
              <w:spacing w:after="0"/>
              <w:jc w:val="right"/>
            </w:pPr>
            <w:r>
              <w:rPr>
                <w:sz w:val="16"/>
              </w:rPr>
              <w:t>57.2</w:t>
            </w:r>
          </w:p>
        </w:tc>
        <w:tc>
          <w:tcPr>
            <w:tcW w:type="dxa" w:w="1205"/>
          </w:tcPr>
          <w:p>
            <w:pPr>
              <w:spacing w:after="0"/>
              <w:jc w:val="right"/>
            </w:pPr>
            <w:r>
              <w:rPr>
                <w:sz w:val="16"/>
              </w:rPr>
              <w:t>69.0</w:t>
            </w:r>
          </w:p>
        </w:tc>
        <w:tc>
          <w:tcPr>
            <w:tcW w:type="dxa" w:w="6911"/>
          </w:tcPr>
          <w:p>
            <w:pPr>
              <w:spacing w:after="0"/>
              <w:jc w:val="left"/>
            </w:pPr>
            <w:r>
              <w:rPr>
                <w:sz w:val="16"/>
              </w:rPr>
              <w:t>Relatively Moderate 1, Relatively Low 11</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12 of 12</w:t>
            </w:r>
          </w:p>
        </w:tc>
        <w:tc>
          <w:tcPr>
            <w:tcW w:type="dxa" w:w="1205"/>
          </w:tcPr>
          <w:p>
            <w:pPr>
              <w:spacing w:after="0"/>
              <w:jc w:val="right"/>
            </w:pPr>
            <w:r>
              <w:rPr>
                <w:sz w:val="16"/>
              </w:rPr>
              <w:t>29.3</w:t>
            </w:r>
          </w:p>
        </w:tc>
        <w:tc>
          <w:tcPr>
            <w:tcW w:type="dxa" w:w="1264"/>
          </w:tcPr>
          <w:p>
            <w:pPr>
              <w:spacing w:after="0"/>
              <w:jc w:val="right"/>
            </w:pPr>
            <w:r>
              <w:rPr>
                <w:sz w:val="16"/>
              </w:rPr>
              <w:t>43.0</w:t>
            </w:r>
          </w:p>
        </w:tc>
        <w:tc>
          <w:tcPr>
            <w:tcW w:type="dxa" w:w="1205"/>
          </w:tcPr>
          <w:p>
            <w:pPr>
              <w:spacing w:after="0"/>
              <w:jc w:val="right"/>
            </w:pPr>
            <w:r>
              <w:rPr>
                <w:sz w:val="16"/>
              </w:rPr>
              <w:t>87.4</w:t>
            </w:r>
          </w:p>
        </w:tc>
        <w:tc>
          <w:tcPr>
            <w:tcW w:type="dxa" w:w="6911"/>
          </w:tcPr>
          <w:p>
            <w:pPr>
              <w:spacing w:after="0"/>
              <w:jc w:val="left"/>
            </w:pPr>
            <w:r>
              <w:rPr>
                <w:sz w:val="16"/>
              </w:rPr>
              <w:t>Relatively High 1, Relatively Moderate 4, Relatively Low 7</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12 of 12</w:t>
            </w:r>
          </w:p>
        </w:tc>
        <w:tc>
          <w:tcPr>
            <w:tcW w:type="dxa" w:w="1205"/>
          </w:tcPr>
          <w:p>
            <w:pPr>
              <w:spacing w:after="0"/>
              <w:jc w:val="right"/>
            </w:pPr>
            <w:r>
              <w:rPr>
                <w:sz w:val="16"/>
              </w:rPr>
              <w:t>58.3</w:t>
            </w:r>
          </w:p>
        </w:tc>
        <w:tc>
          <w:tcPr>
            <w:tcW w:type="dxa" w:w="1264"/>
          </w:tcPr>
          <w:p>
            <w:pPr>
              <w:spacing w:after="0"/>
              <w:jc w:val="right"/>
            </w:pPr>
            <w:r>
              <w:rPr>
                <w:sz w:val="16"/>
              </w:rPr>
              <w:t>73.6</w:t>
            </w:r>
          </w:p>
        </w:tc>
        <w:tc>
          <w:tcPr>
            <w:tcW w:type="dxa" w:w="1205"/>
          </w:tcPr>
          <w:p>
            <w:pPr>
              <w:spacing w:after="0"/>
              <w:jc w:val="right"/>
            </w:pPr>
            <w:r>
              <w:rPr>
                <w:sz w:val="16"/>
              </w:rPr>
              <w:t>81.9</w:t>
            </w:r>
          </w:p>
        </w:tc>
        <w:tc>
          <w:tcPr>
            <w:tcW w:type="dxa" w:w="6911"/>
          </w:tcPr>
          <w:p>
            <w:pPr>
              <w:spacing w:after="0"/>
              <w:jc w:val="left"/>
            </w:pPr>
            <w:r>
              <w:rPr>
                <w:sz w:val="16"/>
              </w:rPr>
              <w:t>Relatively Low 2, Very Low 10</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12 of 12</w:t>
            </w:r>
          </w:p>
        </w:tc>
        <w:tc>
          <w:tcPr>
            <w:tcW w:type="dxa" w:w="1205"/>
          </w:tcPr>
          <w:p>
            <w:pPr>
              <w:spacing w:after="0"/>
              <w:jc w:val="right"/>
            </w:pPr>
            <w:r>
              <w:rPr>
                <w:sz w:val="16"/>
              </w:rPr>
              <w:t>29.6</w:t>
            </w:r>
          </w:p>
        </w:tc>
        <w:tc>
          <w:tcPr>
            <w:tcW w:type="dxa" w:w="1264"/>
          </w:tcPr>
          <w:p>
            <w:pPr>
              <w:spacing w:after="0"/>
              <w:jc w:val="right"/>
            </w:pPr>
            <w:r>
              <w:rPr>
                <w:sz w:val="16"/>
              </w:rPr>
              <w:t>56.7</w:t>
            </w:r>
          </w:p>
        </w:tc>
        <w:tc>
          <w:tcPr>
            <w:tcW w:type="dxa" w:w="1205"/>
          </w:tcPr>
          <w:p>
            <w:pPr>
              <w:spacing w:after="0"/>
              <w:jc w:val="right"/>
            </w:pPr>
            <w:r>
              <w:rPr>
                <w:sz w:val="16"/>
              </w:rPr>
              <w:t>66.2</w:t>
            </w:r>
          </w:p>
        </w:tc>
        <w:tc>
          <w:tcPr>
            <w:tcW w:type="dxa" w:w="6911"/>
          </w:tcPr>
          <w:p>
            <w:pPr>
              <w:spacing w:after="0"/>
              <w:jc w:val="left"/>
            </w:pPr>
            <w:r>
              <w:rPr>
                <w:sz w:val="16"/>
              </w:rPr>
              <w:t>Relatively Moderate 8, Relatively Low 4</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12 of 12</w:t>
            </w:r>
          </w:p>
        </w:tc>
        <w:tc>
          <w:tcPr>
            <w:tcW w:type="dxa" w:w="1205"/>
          </w:tcPr>
          <w:p>
            <w:pPr>
              <w:spacing w:after="0"/>
              <w:jc w:val="right"/>
            </w:pPr>
            <w:r>
              <w:rPr>
                <w:sz w:val="16"/>
              </w:rPr>
              <w:t>24.9</w:t>
            </w:r>
          </w:p>
        </w:tc>
        <w:tc>
          <w:tcPr>
            <w:tcW w:type="dxa" w:w="1264"/>
          </w:tcPr>
          <w:p>
            <w:pPr>
              <w:spacing w:after="0"/>
              <w:jc w:val="right"/>
            </w:pPr>
            <w:r>
              <w:rPr>
                <w:sz w:val="16"/>
              </w:rPr>
              <w:t>57.4</w:t>
            </w:r>
          </w:p>
        </w:tc>
        <w:tc>
          <w:tcPr>
            <w:tcW w:type="dxa" w:w="1205"/>
          </w:tcPr>
          <w:p>
            <w:pPr>
              <w:spacing w:after="0"/>
              <w:jc w:val="right"/>
            </w:pPr>
            <w:r>
              <w:rPr>
                <w:sz w:val="16"/>
              </w:rPr>
              <w:t>67.5</w:t>
            </w:r>
          </w:p>
        </w:tc>
        <w:tc>
          <w:tcPr>
            <w:tcW w:type="dxa" w:w="6911"/>
          </w:tcPr>
          <w:p>
            <w:pPr>
              <w:spacing w:after="0"/>
              <w:jc w:val="left"/>
            </w:pPr>
            <w:r>
              <w:rPr>
                <w:sz w:val="16"/>
              </w:rPr>
              <w:t>Relatively Moderate 7, Relatively Low 5</w:t>
            </w:r>
          </w:p>
        </w:tc>
      </w:tr>
      <w:tr>
        <w:trPr>
          <w:cantSplit/>
        </w:trPr>
        <w:tc>
          <w:tcPr>
            <w:tcW w:type="dxa" w:w="1929"/>
          </w:tcPr>
          <w:p>
            <w:pPr>
              <w:spacing w:after="0"/>
              <w:jc w:val="left"/>
            </w:pPr>
            <w:r>
              <w:rPr>
                <w:sz w:val="16"/>
              </w:rPr>
              <w:t>Tornado</w:t>
            </w:r>
          </w:p>
        </w:tc>
        <w:tc>
          <w:tcPr>
            <w:tcW w:type="dxa" w:w="1597"/>
          </w:tcPr>
          <w:p>
            <w:pPr>
              <w:spacing w:after="0"/>
              <w:jc w:val="right"/>
            </w:pPr>
            <w:r>
              <w:rPr>
                <w:sz w:val="16"/>
              </w:rPr>
              <w:t>12 of 12</w:t>
            </w:r>
          </w:p>
        </w:tc>
        <w:tc>
          <w:tcPr>
            <w:tcW w:type="dxa" w:w="1205"/>
          </w:tcPr>
          <w:p>
            <w:pPr>
              <w:spacing w:after="0"/>
              <w:jc w:val="right"/>
            </w:pPr>
            <w:r>
              <w:rPr>
                <w:sz w:val="16"/>
              </w:rPr>
              <w:t>32.7</w:t>
            </w:r>
          </w:p>
        </w:tc>
        <w:tc>
          <w:tcPr>
            <w:tcW w:type="dxa" w:w="1264"/>
          </w:tcPr>
          <w:p>
            <w:pPr>
              <w:spacing w:after="0"/>
              <w:jc w:val="right"/>
            </w:pPr>
            <w:r>
              <w:rPr>
                <w:sz w:val="16"/>
              </w:rPr>
              <w:t>45.5</w:t>
            </w:r>
          </w:p>
        </w:tc>
        <w:tc>
          <w:tcPr>
            <w:tcW w:type="dxa" w:w="1205"/>
          </w:tcPr>
          <w:p>
            <w:pPr>
              <w:spacing w:after="0"/>
              <w:jc w:val="right"/>
            </w:pPr>
            <w:r>
              <w:rPr>
                <w:sz w:val="16"/>
              </w:rPr>
              <w:t>53.4</w:t>
            </w:r>
          </w:p>
        </w:tc>
        <w:tc>
          <w:tcPr>
            <w:tcW w:type="dxa" w:w="6911"/>
          </w:tcPr>
          <w:p>
            <w:pPr>
              <w:spacing w:after="0"/>
              <w:jc w:val="left"/>
            </w:pPr>
            <w:r>
              <w:rPr>
                <w:sz w:val="16"/>
              </w:rPr>
              <w:t>Relatively Moderate 1, Relatively Low 11</w:t>
            </w:r>
          </w:p>
        </w:tc>
      </w:tr>
      <w:tr>
        <w:trPr>
          <w:cantSplit/>
        </w:trPr>
        <w:tc>
          <w:tcPr>
            <w:tcW w:type="dxa" w:w="1929"/>
          </w:tcPr>
          <w:p>
            <w:pPr>
              <w:spacing w:after="0"/>
              <w:jc w:val="left"/>
            </w:pPr>
            <w:r>
              <w:rPr>
                <w:sz w:val="16"/>
              </w:rPr>
              <w:t>Wildfire</w:t>
            </w:r>
          </w:p>
        </w:tc>
        <w:tc>
          <w:tcPr>
            <w:tcW w:type="dxa" w:w="1597"/>
          </w:tcPr>
          <w:p>
            <w:pPr>
              <w:spacing w:after="0"/>
              <w:jc w:val="right"/>
            </w:pPr>
            <w:r>
              <w:rPr>
                <w:sz w:val="16"/>
              </w:rPr>
              <w:t>12 of 12</w:t>
            </w:r>
          </w:p>
        </w:tc>
        <w:tc>
          <w:tcPr>
            <w:tcW w:type="dxa" w:w="1205"/>
          </w:tcPr>
          <w:p>
            <w:pPr>
              <w:spacing w:after="0"/>
              <w:jc w:val="right"/>
            </w:pPr>
            <w:r>
              <w:rPr>
                <w:sz w:val="16"/>
              </w:rPr>
              <w:t>53.1</w:t>
            </w:r>
          </w:p>
        </w:tc>
        <w:tc>
          <w:tcPr>
            <w:tcW w:type="dxa" w:w="1264"/>
          </w:tcPr>
          <w:p>
            <w:pPr>
              <w:spacing w:after="0"/>
              <w:jc w:val="right"/>
            </w:pPr>
            <w:r>
              <w:rPr>
                <w:sz w:val="16"/>
              </w:rPr>
              <w:t>64.1</w:t>
            </w:r>
          </w:p>
        </w:tc>
        <w:tc>
          <w:tcPr>
            <w:tcW w:type="dxa" w:w="1205"/>
          </w:tcPr>
          <w:p>
            <w:pPr>
              <w:spacing w:after="0"/>
              <w:jc w:val="right"/>
            </w:pPr>
            <w:r>
              <w:rPr>
                <w:sz w:val="16"/>
              </w:rPr>
              <w:t>69.1</w:t>
            </w:r>
          </w:p>
        </w:tc>
        <w:tc>
          <w:tcPr>
            <w:tcW w:type="dxa" w:w="6911"/>
          </w:tcPr>
          <w:p>
            <w:pPr>
              <w:spacing w:after="0"/>
              <w:jc w:val="left"/>
            </w:pPr>
            <w:r>
              <w:rPr>
                <w:sz w:val="16"/>
              </w:rPr>
              <w:t>Relatively Low 2, Very Low 10</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12 of 12</w:t>
            </w:r>
          </w:p>
        </w:tc>
        <w:tc>
          <w:tcPr>
            <w:tcW w:type="dxa" w:w="1205"/>
          </w:tcPr>
          <w:p>
            <w:pPr>
              <w:spacing w:after="0"/>
              <w:jc w:val="right"/>
            </w:pPr>
            <w:r>
              <w:rPr>
                <w:sz w:val="16"/>
              </w:rPr>
              <w:t>52.1</w:t>
            </w:r>
          </w:p>
        </w:tc>
        <w:tc>
          <w:tcPr>
            <w:tcW w:type="dxa" w:w="1264"/>
          </w:tcPr>
          <w:p>
            <w:pPr>
              <w:spacing w:after="0"/>
              <w:jc w:val="right"/>
            </w:pPr>
            <w:r>
              <w:rPr>
                <w:sz w:val="16"/>
              </w:rPr>
              <w:t>75.4</w:t>
            </w:r>
          </w:p>
        </w:tc>
        <w:tc>
          <w:tcPr>
            <w:tcW w:type="dxa" w:w="1205"/>
          </w:tcPr>
          <w:p>
            <w:pPr>
              <w:spacing w:after="0"/>
              <w:jc w:val="right"/>
            </w:pPr>
            <w:r>
              <w:rPr>
                <w:sz w:val="16"/>
              </w:rPr>
              <w:t>81.9</w:t>
            </w:r>
          </w:p>
        </w:tc>
        <w:tc>
          <w:tcPr>
            <w:tcW w:type="dxa" w:w="6911"/>
          </w:tcPr>
          <w:p>
            <w:pPr>
              <w:spacing w:after="0"/>
              <w:jc w:val="left"/>
            </w:pPr>
            <w:r>
              <w:rPr>
                <w:sz w:val="16"/>
              </w:rPr>
              <w:t>Relatively High 1, Relatively Moderate 11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4"/>
        <w:gridCol w:w="703"/>
        <w:gridCol w:w="2089"/>
        <w:gridCol w:w="2181"/>
        <w:gridCol w:w="2255"/>
        <w:gridCol w:w="2550"/>
        <w:gridCol w:w="2800"/>
      </w:tblGrid>
      <w:tr>
        <w:trPr>
          <w:cantSplit/>
          <w:tblHeader/>
        </w:trPr>
        <w:tc>
          <w:tcPr>
            <w:tcW w:type="dxa" w:w="1534"/>
            <w:shd w:val="clear" w:color="auto" w:fill="E8E8E8"/>
          </w:tcPr>
          <w:p>
            <w:pPr>
              <w:spacing w:after="0"/>
              <w:jc w:val="left"/>
            </w:pPr>
            <w:r>
              <w:rPr>
                <w:b/>
                <w:sz w:val="16"/>
              </w:rPr>
              <w:t>Jurisdiction</w:t>
            </w:r>
          </w:p>
        </w:tc>
        <w:tc>
          <w:tcPr>
            <w:tcW w:type="dxa" w:w="703"/>
            <w:shd w:val="clear" w:color="auto" w:fill="E8E8E8"/>
          </w:tcPr>
          <w:p>
            <w:pPr>
              <w:spacing w:after="0"/>
              <w:jc w:val="left"/>
            </w:pPr>
            <w:r>
              <w:rPr>
                <w:b/>
                <w:sz w:val="16"/>
              </w:rPr>
              <w:t>Type</w:t>
            </w:r>
          </w:p>
        </w:tc>
        <w:tc>
          <w:tcPr>
            <w:tcW w:type="dxa" w:w="2089"/>
            <w:shd w:val="clear" w:color="auto" w:fill="E8E8E8"/>
          </w:tcPr>
          <w:p>
            <w:pPr>
              <w:spacing w:after="0"/>
              <w:jc w:val="left"/>
            </w:pPr>
            <w:r>
              <w:rPr>
                <w:b/>
                <w:sz w:val="16"/>
              </w:rPr>
              <w:t>Plan status</w:t>
            </w:r>
          </w:p>
        </w:tc>
        <w:tc>
          <w:tcPr>
            <w:tcW w:type="dxa" w:w="218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5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5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800"/>
            <w:shd w:val="clear" w:color="auto" w:fill="E8E8E8"/>
          </w:tcPr>
          <w:p>
            <w:pPr>
              <w:spacing w:after="0"/>
              <w:jc w:val="left"/>
            </w:pPr>
            <w:r>
              <w:rPr>
                <w:b/>
                <w:sz w:val="16"/>
              </w:rPr>
              <w:t>Notes</w:t>
            </w:r>
          </w:p>
        </w:tc>
      </w:tr>
      <w:tr>
        <w:trPr>
          <w:cantSplit/>
        </w:trPr>
        <w:tc>
          <w:tcPr>
            <w:tcW w:type="dxa" w:w="1534"/>
          </w:tcPr>
          <w:p>
            <w:pPr>
              <w:spacing w:after="0"/>
              <w:jc w:val="left"/>
            </w:pPr>
            <w:r>
              <w:rPr>
                <w:sz w:val="16"/>
              </w:rPr>
              <w:t>Mecklenburg County</w:t>
            </w:r>
          </w:p>
        </w:tc>
        <w:tc>
          <w:tcPr>
            <w:tcW w:type="dxa" w:w="703"/>
          </w:tcPr>
          <w:p>
            <w:pPr>
              <w:spacing w:after="0"/>
              <w:jc w:val="left"/>
            </w:pPr>
            <w:r>
              <w:rPr>
                <w:sz w:val="16"/>
              </w:rPr>
              <w:t>County</w:t>
            </w:r>
          </w:p>
        </w:tc>
        <w:tc>
          <w:tcPr>
            <w:tcW w:type="dxa" w:w="2089"/>
          </w:tcPr>
          <w:p>
            <w:pPr>
              <w:spacing w:after="0"/>
              <w:jc w:val="left"/>
            </w:pPr>
            <w:r>
              <w:rPr>
                <w:sz w:val="16"/>
              </w:rPr>
              <w:t>Expired on 2025-09-01</w:t>
            </w:r>
          </w:p>
        </w:tc>
        <w:tc>
          <w:tcPr>
            <w:tcW w:type="dxa" w:w="2181"/>
          </w:tcPr>
          <w:p>
            <w:pPr>
              <w:spacing w:after="0"/>
              <w:jc w:val="right"/>
            </w:pPr>
            <w:r>
              <w:rPr>
                <w:sz w:val="16"/>
              </w:rPr>
              <w:t>FMA RL 0, SRL 0; any 0</w:t>
            </w:r>
          </w:p>
        </w:tc>
        <w:tc>
          <w:tcPr>
            <w:tcW w:type="dxa" w:w="2255"/>
          </w:tcPr>
          <w:p>
            <w:pPr>
              <w:spacing w:after="0"/>
              <w:jc w:val="right"/>
            </w:pPr>
            <w:r>
              <w:rPr>
                <w:sz w:val="16"/>
              </w:rPr>
              <w:t>$14,761.49</w:t>
            </w:r>
          </w:p>
        </w:tc>
        <w:tc>
          <w:tcPr>
            <w:tcW w:type="dxa" w:w="2550"/>
          </w:tcPr>
          <w:p>
            <w:pPr>
              <w:spacing w:after="0"/>
              <w:jc w:val="right"/>
            </w:pPr>
            <w:r>
              <w:rPr>
                <w:sz w:val="16"/>
              </w:rPr>
              <w:t>0 total; 0 since its plan</w:t>
            </w:r>
          </w:p>
        </w:tc>
        <w:tc>
          <w:tcPr>
            <w:tcW w:type="dxa" w:w="2800"/>
          </w:tcPr>
          <w:p>
            <w:pPr>
              <w:spacing w:after="0"/>
              <w:jc w:val="left"/>
            </w:pPr>
          </w:p>
        </w:tc>
      </w:tr>
      <w:tr>
        <w:trPr>
          <w:cantSplit/>
        </w:trPr>
        <w:tc>
          <w:tcPr>
            <w:tcW w:type="dxa" w:w="1534"/>
          </w:tcPr>
          <w:p>
            <w:pPr>
              <w:spacing w:after="0"/>
              <w:jc w:val="left"/>
            </w:pPr>
            <w:r>
              <w:rPr>
                <w:sz w:val="16"/>
              </w:rPr>
              <w:t>Boydton town</w:t>
            </w:r>
          </w:p>
        </w:tc>
        <w:tc>
          <w:tcPr>
            <w:tcW w:type="dxa" w:w="703"/>
          </w:tcPr>
          <w:p>
            <w:pPr>
              <w:spacing w:after="0"/>
              <w:jc w:val="left"/>
            </w:pPr>
            <w:r>
              <w:rPr>
                <w:sz w:val="16"/>
              </w:rPr>
              <w:t>Town</w:t>
            </w:r>
          </w:p>
        </w:tc>
        <w:tc>
          <w:tcPr>
            <w:tcW w:type="dxa" w:w="2089"/>
          </w:tcPr>
          <w:p>
            <w:pPr>
              <w:spacing w:after="0"/>
              <w:jc w:val="left"/>
            </w:pPr>
            <w:r>
              <w:rPr>
                <w:sz w:val="16"/>
              </w:rPr>
              <w:t>Expired on 2025-09-01</w:t>
            </w:r>
          </w:p>
        </w:tc>
        <w:tc>
          <w:tcPr>
            <w:tcW w:type="dxa" w:w="2181"/>
          </w:tcPr>
          <w:p>
            <w:pPr>
              <w:spacing w:after="0"/>
              <w:jc w:val="right"/>
            </w:pPr>
            <w:r>
              <w:rPr>
                <w:sz w:val="16"/>
              </w:rPr>
              <w:t>FMA RL 0, SRL 0; any 0</w:t>
            </w:r>
          </w:p>
        </w:tc>
        <w:tc>
          <w:tcPr>
            <w:tcW w:type="dxa" w:w="2255"/>
          </w:tcPr>
          <w:p>
            <w:pPr>
              <w:spacing w:after="0"/>
              <w:jc w:val="right"/>
            </w:pPr>
            <w:r>
              <w:rPr>
                <w:sz w:val="16"/>
              </w:rPr>
              <w:t>$4,756.95</w:t>
            </w:r>
          </w:p>
        </w:tc>
        <w:tc>
          <w:tcPr>
            <w:tcW w:type="dxa" w:w="2550"/>
          </w:tcPr>
          <w:p>
            <w:pPr>
              <w:spacing w:after="0"/>
              <w:jc w:val="right"/>
            </w:pPr>
            <w:r>
              <w:rPr>
                <w:sz w:val="16"/>
              </w:rPr>
              <w:t>30 total; 4 since its plan</w:t>
            </w:r>
          </w:p>
        </w:tc>
        <w:tc>
          <w:tcPr>
            <w:tcW w:type="dxa" w:w="2800"/>
          </w:tcPr>
          <w:p>
            <w:pPr>
              <w:spacing w:after="0"/>
              <w:jc w:val="left"/>
            </w:pPr>
          </w:p>
        </w:tc>
      </w:tr>
      <w:tr>
        <w:trPr>
          <w:cantSplit/>
        </w:trPr>
        <w:tc>
          <w:tcPr>
            <w:tcW w:type="dxa" w:w="1534"/>
          </w:tcPr>
          <w:p>
            <w:pPr>
              <w:spacing w:after="0"/>
              <w:jc w:val="left"/>
            </w:pPr>
            <w:r>
              <w:rPr>
                <w:sz w:val="16"/>
              </w:rPr>
              <w:t>Brodnax town</w:t>
            </w:r>
          </w:p>
        </w:tc>
        <w:tc>
          <w:tcPr>
            <w:tcW w:type="dxa" w:w="703"/>
          </w:tcPr>
          <w:p>
            <w:pPr>
              <w:spacing w:after="0"/>
              <w:jc w:val="left"/>
            </w:pPr>
            <w:r>
              <w:rPr>
                <w:sz w:val="16"/>
              </w:rPr>
              <w:t>Town</w:t>
            </w:r>
          </w:p>
        </w:tc>
        <w:tc>
          <w:tcPr>
            <w:tcW w:type="dxa" w:w="2089"/>
          </w:tcPr>
          <w:p>
            <w:pPr>
              <w:spacing w:after="0"/>
              <w:jc w:val="left"/>
            </w:pPr>
            <w:r>
              <w:rPr>
                <w:sz w:val="16"/>
              </w:rPr>
              <w:t>Expired on 2025-09-01</w:t>
            </w:r>
          </w:p>
        </w:tc>
        <w:tc>
          <w:tcPr>
            <w:tcW w:type="dxa" w:w="2181"/>
          </w:tcPr>
          <w:p>
            <w:pPr>
              <w:spacing w:after="0"/>
              <w:jc w:val="right"/>
            </w:pPr>
            <w:r>
              <w:rPr>
                <w:sz w:val="16"/>
              </w:rPr>
              <w:t>FMA RL 0, SRL 0; any 0</w:t>
            </w:r>
          </w:p>
        </w:tc>
        <w:tc>
          <w:tcPr>
            <w:tcW w:type="dxa" w:w="2255"/>
          </w:tcPr>
          <w:p>
            <w:pPr>
              <w:spacing w:after="0"/>
              <w:jc w:val="right"/>
            </w:pPr>
            <w:r>
              <w:rPr>
                <w:sz w:val="16"/>
              </w:rPr>
              <w:t>no Public Assistance recorded</w:t>
            </w:r>
          </w:p>
        </w:tc>
        <w:tc>
          <w:tcPr>
            <w:tcW w:type="dxa" w:w="2550"/>
          </w:tcPr>
          <w:p>
            <w:pPr>
              <w:spacing w:after="0"/>
              <w:jc w:val="right"/>
            </w:pPr>
            <w:r>
              <w:rPr>
                <w:sz w:val="16"/>
              </w:rPr>
              <w:t>1 total; 0 since its plan</w:t>
            </w:r>
          </w:p>
        </w:tc>
        <w:tc>
          <w:tcPr>
            <w:tcW w:type="dxa" w:w="2800"/>
          </w:tcPr>
          <w:p>
            <w:pPr>
              <w:spacing w:after="0"/>
              <w:jc w:val="left"/>
            </w:pPr>
          </w:p>
        </w:tc>
      </w:tr>
      <w:tr>
        <w:trPr>
          <w:cantSplit/>
        </w:trPr>
        <w:tc>
          <w:tcPr>
            <w:tcW w:type="dxa" w:w="1534"/>
          </w:tcPr>
          <w:p>
            <w:pPr>
              <w:spacing w:after="0"/>
              <w:jc w:val="left"/>
            </w:pPr>
            <w:r>
              <w:rPr>
                <w:sz w:val="16"/>
              </w:rPr>
              <w:t>Chase City town</w:t>
            </w:r>
          </w:p>
        </w:tc>
        <w:tc>
          <w:tcPr>
            <w:tcW w:type="dxa" w:w="703"/>
          </w:tcPr>
          <w:p>
            <w:pPr>
              <w:spacing w:after="0"/>
              <w:jc w:val="left"/>
            </w:pPr>
            <w:r>
              <w:rPr>
                <w:sz w:val="16"/>
              </w:rPr>
              <w:t>Town</w:t>
            </w:r>
          </w:p>
        </w:tc>
        <w:tc>
          <w:tcPr>
            <w:tcW w:type="dxa" w:w="2089"/>
          </w:tcPr>
          <w:p>
            <w:pPr>
              <w:spacing w:after="0"/>
              <w:jc w:val="left"/>
            </w:pPr>
            <w:r>
              <w:rPr>
                <w:sz w:val="16"/>
              </w:rPr>
              <w:t>Expired on 2025-09-01</w:t>
            </w:r>
          </w:p>
        </w:tc>
        <w:tc>
          <w:tcPr>
            <w:tcW w:type="dxa" w:w="2181"/>
          </w:tcPr>
          <w:p>
            <w:pPr>
              <w:spacing w:after="0"/>
              <w:jc w:val="right"/>
            </w:pPr>
            <w:r>
              <w:rPr>
                <w:sz w:val="16"/>
              </w:rPr>
              <w:t>FMA RL 0, SRL 0; any 0</w:t>
            </w:r>
          </w:p>
        </w:tc>
        <w:tc>
          <w:tcPr>
            <w:tcW w:type="dxa" w:w="2255"/>
          </w:tcPr>
          <w:p>
            <w:pPr>
              <w:spacing w:after="0"/>
              <w:jc w:val="right"/>
            </w:pPr>
            <w:r>
              <w:rPr>
                <w:sz w:val="16"/>
              </w:rPr>
              <w:t>$151,490.52</w:t>
            </w:r>
          </w:p>
        </w:tc>
        <w:tc>
          <w:tcPr>
            <w:tcW w:type="dxa" w:w="2550"/>
          </w:tcPr>
          <w:p>
            <w:pPr>
              <w:spacing w:after="0"/>
              <w:jc w:val="right"/>
            </w:pPr>
            <w:r>
              <w:rPr>
                <w:sz w:val="16"/>
              </w:rPr>
              <w:t>45 total; 3 since its plan</w:t>
            </w:r>
          </w:p>
        </w:tc>
        <w:tc>
          <w:tcPr>
            <w:tcW w:type="dxa" w:w="2800"/>
          </w:tcPr>
          <w:p>
            <w:pPr>
              <w:spacing w:after="0"/>
              <w:jc w:val="left"/>
            </w:pPr>
          </w:p>
        </w:tc>
      </w:tr>
      <w:tr>
        <w:trPr>
          <w:cantSplit/>
        </w:trPr>
        <w:tc>
          <w:tcPr>
            <w:tcW w:type="dxa" w:w="1534"/>
          </w:tcPr>
          <w:p>
            <w:pPr>
              <w:spacing w:after="0"/>
              <w:jc w:val="left"/>
            </w:pPr>
            <w:r>
              <w:rPr>
                <w:sz w:val="16"/>
              </w:rPr>
              <w:t>Clarksville town</w:t>
            </w:r>
          </w:p>
        </w:tc>
        <w:tc>
          <w:tcPr>
            <w:tcW w:type="dxa" w:w="703"/>
          </w:tcPr>
          <w:p>
            <w:pPr>
              <w:spacing w:after="0"/>
              <w:jc w:val="left"/>
            </w:pPr>
            <w:r>
              <w:rPr>
                <w:sz w:val="16"/>
              </w:rPr>
              <w:t>Town</w:t>
            </w:r>
          </w:p>
        </w:tc>
        <w:tc>
          <w:tcPr>
            <w:tcW w:type="dxa" w:w="2089"/>
          </w:tcPr>
          <w:p>
            <w:pPr>
              <w:spacing w:after="0"/>
              <w:jc w:val="left"/>
            </w:pPr>
            <w:r>
              <w:rPr>
                <w:sz w:val="16"/>
              </w:rPr>
              <w:t>Expired on 2025-09-01</w:t>
            </w:r>
          </w:p>
        </w:tc>
        <w:tc>
          <w:tcPr>
            <w:tcW w:type="dxa" w:w="2181"/>
          </w:tcPr>
          <w:p>
            <w:pPr>
              <w:spacing w:after="0"/>
              <w:jc w:val="right"/>
            </w:pPr>
            <w:r>
              <w:rPr>
                <w:sz w:val="16"/>
              </w:rPr>
              <w:t>FMA RL 0, SRL 0; any 0</w:t>
            </w:r>
          </w:p>
        </w:tc>
        <w:tc>
          <w:tcPr>
            <w:tcW w:type="dxa" w:w="2255"/>
          </w:tcPr>
          <w:p>
            <w:pPr>
              <w:spacing w:after="0"/>
              <w:jc w:val="right"/>
            </w:pPr>
            <w:r>
              <w:rPr>
                <w:sz w:val="16"/>
              </w:rPr>
              <w:t>$128,598.01</w:t>
            </w:r>
          </w:p>
        </w:tc>
        <w:tc>
          <w:tcPr>
            <w:tcW w:type="dxa" w:w="2550"/>
          </w:tcPr>
          <w:p>
            <w:pPr>
              <w:spacing w:after="0"/>
              <w:jc w:val="right"/>
            </w:pPr>
            <w:r>
              <w:rPr>
                <w:sz w:val="16"/>
              </w:rPr>
              <w:t>23 total; 2 since its plan</w:t>
            </w:r>
          </w:p>
        </w:tc>
        <w:tc>
          <w:tcPr>
            <w:tcW w:type="dxa" w:w="2800"/>
          </w:tcPr>
          <w:p>
            <w:pPr>
              <w:spacing w:after="0"/>
              <w:jc w:val="left"/>
            </w:pPr>
          </w:p>
        </w:tc>
      </w:tr>
      <w:tr>
        <w:trPr>
          <w:cantSplit/>
        </w:trPr>
        <w:tc>
          <w:tcPr>
            <w:tcW w:type="dxa" w:w="1534"/>
          </w:tcPr>
          <w:p>
            <w:pPr>
              <w:spacing w:after="0"/>
              <w:jc w:val="left"/>
            </w:pPr>
            <w:r>
              <w:rPr>
                <w:sz w:val="16"/>
              </w:rPr>
              <w:t>La Crosse town</w:t>
            </w:r>
          </w:p>
        </w:tc>
        <w:tc>
          <w:tcPr>
            <w:tcW w:type="dxa" w:w="703"/>
          </w:tcPr>
          <w:p>
            <w:pPr>
              <w:spacing w:after="0"/>
              <w:jc w:val="left"/>
            </w:pPr>
            <w:r>
              <w:rPr>
                <w:sz w:val="16"/>
              </w:rPr>
              <w:t>Town</w:t>
            </w:r>
          </w:p>
        </w:tc>
        <w:tc>
          <w:tcPr>
            <w:tcW w:type="dxa" w:w="2089"/>
          </w:tcPr>
          <w:p>
            <w:pPr>
              <w:spacing w:after="0"/>
              <w:jc w:val="left"/>
            </w:pPr>
            <w:r>
              <w:rPr>
                <w:sz w:val="16"/>
              </w:rPr>
              <w:t>Expired on 2025-09-01</w:t>
            </w:r>
          </w:p>
        </w:tc>
        <w:tc>
          <w:tcPr>
            <w:tcW w:type="dxa" w:w="2181"/>
          </w:tcPr>
          <w:p>
            <w:pPr>
              <w:spacing w:after="0"/>
              <w:jc w:val="right"/>
            </w:pPr>
            <w:r>
              <w:rPr>
                <w:sz w:val="16"/>
              </w:rPr>
              <w:t>FMA RL 0, SRL 0; any 0</w:t>
            </w:r>
          </w:p>
        </w:tc>
        <w:tc>
          <w:tcPr>
            <w:tcW w:type="dxa" w:w="2255"/>
          </w:tcPr>
          <w:p>
            <w:pPr>
              <w:spacing w:after="0"/>
              <w:jc w:val="right"/>
            </w:pPr>
            <w:r>
              <w:rPr>
                <w:sz w:val="16"/>
              </w:rPr>
              <w:t>no Public Assistance recorded</w:t>
            </w:r>
          </w:p>
        </w:tc>
        <w:tc>
          <w:tcPr>
            <w:tcW w:type="dxa" w:w="2550"/>
          </w:tcPr>
          <w:p>
            <w:pPr>
              <w:spacing w:after="0"/>
              <w:jc w:val="right"/>
            </w:pPr>
            <w:r>
              <w:rPr>
                <w:sz w:val="16"/>
              </w:rPr>
              <w:t>6 total; 1 since its plan</w:t>
            </w:r>
          </w:p>
        </w:tc>
        <w:tc>
          <w:tcPr>
            <w:tcW w:type="dxa" w:w="2800"/>
          </w:tcPr>
          <w:p>
            <w:pPr>
              <w:spacing w:after="0"/>
              <w:jc w:val="left"/>
            </w:pPr>
          </w:p>
        </w:tc>
      </w:tr>
      <w:tr>
        <w:trPr>
          <w:cantSplit/>
        </w:trPr>
        <w:tc>
          <w:tcPr>
            <w:tcW w:type="dxa" w:w="1534"/>
          </w:tcPr>
          <w:p>
            <w:pPr>
              <w:spacing w:after="0"/>
              <w:jc w:val="left"/>
            </w:pPr>
            <w:r>
              <w:rPr>
                <w:sz w:val="16"/>
              </w:rPr>
              <w:t>South Hill town</w:t>
            </w:r>
          </w:p>
        </w:tc>
        <w:tc>
          <w:tcPr>
            <w:tcW w:type="dxa" w:w="703"/>
          </w:tcPr>
          <w:p>
            <w:pPr>
              <w:spacing w:after="0"/>
              <w:jc w:val="left"/>
            </w:pPr>
            <w:r>
              <w:rPr>
                <w:sz w:val="16"/>
              </w:rPr>
              <w:t>Town</w:t>
            </w:r>
          </w:p>
        </w:tc>
        <w:tc>
          <w:tcPr>
            <w:tcW w:type="dxa" w:w="2089"/>
          </w:tcPr>
          <w:p>
            <w:pPr>
              <w:spacing w:after="0"/>
              <w:jc w:val="left"/>
            </w:pPr>
            <w:r>
              <w:rPr>
                <w:sz w:val="16"/>
              </w:rPr>
              <w:t>Expired on 2025-09-01</w:t>
            </w:r>
          </w:p>
        </w:tc>
        <w:tc>
          <w:tcPr>
            <w:tcW w:type="dxa" w:w="2181"/>
          </w:tcPr>
          <w:p>
            <w:pPr>
              <w:spacing w:after="0"/>
              <w:jc w:val="right"/>
            </w:pPr>
            <w:r>
              <w:rPr>
                <w:sz w:val="16"/>
              </w:rPr>
              <w:t>FMA RL 0, SRL 0; any 0</w:t>
            </w:r>
          </w:p>
        </w:tc>
        <w:tc>
          <w:tcPr>
            <w:tcW w:type="dxa" w:w="2255"/>
          </w:tcPr>
          <w:p>
            <w:pPr>
              <w:spacing w:after="0"/>
              <w:jc w:val="right"/>
            </w:pPr>
            <w:r>
              <w:rPr>
                <w:sz w:val="16"/>
              </w:rPr>
              <w:t>$252,687.97</w:t>
            </w:r>
          </w:p>
        </w:tc>
        <w:tc>
          <w:tcPr>
            <w:tcW w:type="dxa" w:w="2550"/>
          </w:tcPr>
          <w:p>
            <w:pPr>
              <w:spacing w:after="0"/>
              <w:jc w:val="right"/>
            </w:pPr>
            <w:r>
              <w:rPr>
                <w:sz w:val="16"/>
              </w:rPr>
              <w:t>38 total; 6 since its plan</w:t>
            </w:r>
          </w:p>
        </w:tc>
        <w:tc>
          <w:tcPr>
            <w:tcW w:type="dxa" w:w="2800"/>
          </w:tcPr>
          <w:p>
            <w:pPr>
              <w:spacing w:after="0"/>
              <w:jc w:val="left"/>
            </w:pPr>
            <w:r>
              <w:rPr>
                <w:sz w:val="16"/>
              </w:rPr>
              <w:t>Includes $27,004.45 for declarations not counted as hazard incidents (DR-4512-VA).</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28"/>
        <w:gridCol w:w="1038"/>
        <w:gridCol w:w="1037"/>
        <w:gridCol w:w="1126"/>
        <w:gridCol w:w="887"/>
        <w:gridCol w:w="1305"/>
        <w:gridCol w:w="1131"/>
        <w:gridCol w:w="1051"/>
        <w:gridCol w:w="1225"/>
        <w:gridCol w:w="166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8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2020-09-02</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2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6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$9,328,230,639</w:t>
            </w:r>
          </w:p>
        </w:tc>
        <w:tc>
          <w:tcPr>
            <w:tcW w:type="dxa" w:w="1128"/>
          </w:tcPr>
          <w:p>
            <w:pPr>
              <w:spacing w:after="0"/>
              <w:jc w:val="right"/>
            </w:pPr>
            <w:r>
              <w:rPr>
                <w:sz w:val="16"/>
              </w:rPr>
              <w:t>$64,333,424</w:t>
            </w:r>
          </w:p>
        </w:tc>
        <w:tc>
          <w:tcPr>
            <w:tcW w:type="dxa" w:w="1038"/>
          </w:tcPr>
          <w:p>
            <w:pPr>
              <w:spacing w:after="0"/>
              <w:jc w:val="right"/>
            </w:pPr>
            <w:r>
              <w:rPr>
                <w:sz w:val="16"/>
              </w:rPr>
              <w:t>30,027</w:t>
            </w:r>
          </w:p>
        </w:tc>
        <w:tc>
          <w:tcPr>
            <w:tcW w:type="dxa" w:w="1037"/>
          </w:tcPr>
          <w:p>
            <w:pPr>
              <w:spacing w:after="0"/>
              <w:jc w:val="right"/>
            </w:pPr>
            <w:r>
              <w:rPr>
                <w:sz w:val="16"/>
              </w:rPr>
              <w:t>$3,322</w:t>
            </w:r>
          </w:p>
        </w:tc>
        <w:tc>
          <w:tcPr>
            <w:tcW w:type="dxa" w:w="1126"/>
          </w:tcPr>
          <w:p>
            <w:pPr>
              <w:spacing w:after="0"/>
              <w:jc w:val="right"/>
            </w:pPr>
            <w:r>
              <w:rPr>
                <w:sz w:val="16"/>
              </w:rPr>
              <w:t>$22,416</w:t>
            </w:r>
          </w:p>
        </w:tc>
        <w:tc>
          <w:tcPr>
            <w:tcW w:type="dxa" w:w="887"/>
          </w:tcPr>
          <w:p>
            <w:pPr>
              <w:spacing w:after="0"/>
              <w:jc w:val="right"/>
            </w:pPr>
            <w:r>
              <w:rPr>
                <w:sz w:val="16"/>
              </w:rPr>
              <w:t>$323,334</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225"/>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8"/>
          </w:tcPr>
          <w:p>
            <w:pPr>
              <w:spacing w:after="0"/>
              <w:jc w:val="right"/>
            </w:pPr>
            <w:r>
              <w:rPr>
                <w:sz w:val="16"/>
              </w:rPr>
              <w:t>$49,907,450</w:t>
            </w:r>
          </w:p>
        </w:tc>
        <w:tc>
          <w:tcPr>
            <w:tcW w:type="dxa" w:w="1038"/>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$2,226,135</w:t>
            </w:r>
          </w:p>
        </w:tc>
        <w:tc>
          <w:tcPr>
            <w:tcW w:type="dxa" w:w="887"/>
          </w:tcPr>
          <w:p>
            <w:pPr>
              <w:spacing w:after="0"/>
              <w:jc w:val="right"/>
            </w:pPr>
            <w:r>
              <w:rPr>
                <w:sz w:val="16"/>
              </w:rPr>
              <w:t>n/a</w:t>
            </w:r>
          </w:p>
        </w:tc>
        <w:tc>
          <w:tcPr>
            <w:tcW w:type="dxa" w:w="1305"/>
          </w:tcPr>
          <w:p>
            <w:pPr>
              <w:spacing w:after="0"/>
              <w:jc w:val="right"/>
            </w:pPr>
            <w:r>
              <w:rPr>
                <w:sz w:val="16"/>
              </w:rPr>
              <w:t>4.46% (agriculture)</w:t>
            </w:r>
          </w:p>
        </w:tc>
        <w:tc>
          <w:tcPr>
            <w:tcW w:type="dxa" w:w="1131"/>
          </w:tcPr>
          <w:p>
            <w:pPr>
              <w:spacing w:after="0"/>
              <w:jc w:val="right"/>
            </w:pPr>
          </w:p>
        </w:tc>
        <w:tc>
          <w:tcPr>
            <w:tcW w:type="dxa" w:w="1051"/>
          </w:tcPr>
          <w:p>
            <w:pPr>
              <w:spacing w:after="0"/>
              <w:jc w:val="right"/>
            </w:pPr>
          </w:p>
        </w:tc>
        <w:tc>
          <w:tcPr>
            <w:tcW w:type="dxa" w:w="1225"/>
          </w:tcPr>
          <w:p>
            <w:pPr>
              <w:spacing w:after="0"/>
              <w:jc w:val="right"/>
            </w:pPr>
          </w:p>
        </w:tc>
        <w:tc>
          <w:tcPr>
            <w:tcW w:type="dxa" w:w="166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$16,410,709,009</w:t>
            </w:r>
          </w:p>
        </w:tc>
        <w:tc>
          <w:tcPr>
            <w:tcW w:type="dxa" w:w="1128"/>
          </w:tcPr>
          <w:p>
            <w:pPr>
              <w:spacing w:after="0"/>
              <w:jc w:val="right"/>
            </w:pPr>
            <w:r>
              <w:rPr>
                <w:sz w:val="16"/>
              </w:rPr>
              <w:t>n/a</w:t>
            </w:r>
          </w:p>
        </w:tc>
        <w:tc>
          <w:tcPr>
            <w:tcW w:type="dxa" w:w="1038"/>
          </w:tcPr>
          <w:p>
            <w:pPr>
              <w:spacing w:after="0"/>
              <w:jc w:val="right"/>
            </w:pPr>
            <w:r>
              <w:rPr>
                <w:sz w:val="16"/>
              </w:rPr>
              <w:t>30,319</w:t>
            </w:r>
          </w:p>
        </w:tc>
        <w:tc>
          <w:tcPr>
            <w:tcW w:type="dxa" w:w="1037"/>
          </w:tcPr>
          <w:p>
            <w:pPr>
              <w:spacing w:after="0"/>
              <w:jc w:val="right"/>
            </w:pPr>
            <w:r>
              <w:rPr>
                <w:sz w:val="16"/>
              </w:rPr>
              <w:t>$351,370</w:t>
            </w:r>
          </w:p>
        </w:tc>
        <w:tc>
          <w:tcPr>
            <w:tcW w:type="dxa" w:w="1126"/>
          </w:tcPr>
          <w:p>
            <w:pPr>
              <w:spacing w:after="0"/>
              <w:jc w:val="right"/>
            </w:pPr>
            <w:r>
              <w:rPr>
                <w:sz w:val="16"/>
              </w:rPr>
              <w:t>n/a</w:t>
            </w:r>
          </w:p>
        </w:tc>
        <w:tc>
          <w:tcPr>
            <w:tcW w:type="dxa" w:w="887"/>
          </w:tcPr>
          <w:p>
            <w:pPr>
              <w:spacing w:after="0"/>
              <w:jc w:val="right"/>
            </w:pPr>
            <w:r>
              <w:rPr>
                <w:sz w:val="16"/>
              </w:rPr>
              <w:t>$83,182</w:t>
            </w:r>
          </w:p>
        </w:tc>
        <w:tc>
          <w:tcPr>
            <w:tcW w:type="dxa" w:w="1305"/>
          </w:tcPr>
          <w:p>
            <w:pPr>
              <w:spacing w:after="0"/>
              <w:jc w:val="right"/>
            </w:pPr>
            <w:r>
              <w:rPr>
                <w:sz w:val="16"/>
              </w:rPr>
              <w:t>0.00214%</w:t>
            </w:r>
          </w:p>
        </w:tc>
        <w:tc>
          <w:tcPr>
            <w:tcW w:type="dxa" w:w="1131"/>
          </w:tcPr>
          <w:p>
            <w:pPr>
              <w:spacing w:after="0"/>
              <w:jc w:val="right"/>
            </w:pPr>
          </w:p>
        </w:tc>
        <w:tc>
          <w:tcPr>
            <w:tcW w:type="dxa" w:w="1051"/>
          </w:tcPr>
          <w:p>
            <w:pPr>
              <w:spacing w:after="0"/>
              <w:jc w:val="right"/>
            </w:pPr>
          </w:p>
        </w:tc>
        <w:tc>
          <w:tcPr>
            <w:tcW w:type="dxa" w:w="1225"/>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$9,328,230,639</w:t>
            </w:r>
          </w:p>
        </w:tc>
        <w:tc>
          <w:tcPr>
            <w:tcW w:type="dxa" w:w="1128"/>
          </w:tcPr>
          <w:p>
            <w:pPr>
              <w:spacing w:after="0"/>
              <w:jc w:val="right"/>
            </w:pPr>
            <w:r>
              <w:rPr>
                <w:sz w:val="16"/>
              </w:rPr>
              <w:t>$64,333,424</w:t>
            </w:r>
          </w:p>
        </w:tc>
        <w:tc>
          <w:tcPr>
            <w:tcW w:type="dxa" w:w="1038"/>
          </w:tcPr>
          <w:p>
            <w:pPr>
              <w:spacing w:after="0"/>
              <w:jc w:val="right"/>
            </w:pPr>
            <w:r>
              <w:rPr>
                <w:sz w:val="16"/>
              </w:rPr>
              <w:t>30,027</w:t>
            </w:r>
          </w:p>
        </w:tc>
        <w:tc>
          <w:tcPr>
            <w:tcW w:type="dxa" w:w="1037"/>
          </w:tcPr>
          <w:p>
            <w:pPr>
              <w:spacing w:after="0"/>
              <w:jc w:val="right"/>
            </w:pPr>
            <w:r>
              <w:rPr>
                <w:sz w:val="16"/>
              </w:rPr>
              <w:t>$101,975</w:t>
            </w:r>
          </w:p>
        </w:tc>
        <w:tc>
          <w:tcPr>
            <w:tcW w:type="dxa" w:w="1126"/>
          </w:tcPr>
          <w:p>
            <w:pPr>
              <w:spacing w:after="0"/>
              <w:jc w:val="right"/>
            </w:pPr>
            <w:r>
              <w:rPr>
                <w:sz w:val="16"/>
              </w:rPr>
              <w:t>$27,953</w:t>
            </w:r>
          </w:p>
        </w:tc>
        <w:tc>
          <w:tcPr>
            <w:tcW w:type="dxa" w:w="887"/>
          </w:tcPr>
          <w:p>
            <w:pPr>
              <w:spacing w:after="0"/>
              <w:jc w:val="right"/>
            </w:pPr>
            <w:r>
              <w:rPr>
                <w:sz w:val="16"/>
              </w:rPr>
              <w:t>$25,835</w:t>
            </w:r>
          </w:p>
        </w:tc>
        <w:tc>
          <w:tcPr>
            <w:tcW w:type="dxa" w:w="1305"/>
          </w:tcPr>
          <w:p>
            <w:pPr>
              <w:spacing w:after="0"/>
              <w:jc w:val="right"/>
            </w:pPr>
            <w:r>
              <w:rPr>
                <w:sz w:val="16"/>
              </w:rPr>
              <w:t>0.00109%</w:t>
            </w:r>
          </w:p>
        </w:tc>
        <w:tc>
          <w:tcPr>
            <w:tcW w:type="dxa" w:w="1131"/>
          </w:tcPr>
          <w:p>
            <w:pPr>
              <w:spacing w:after="0"/>
              <w:jc w:val="right"/>
            </w:pPr>
            <w:r>
              <w:rPr>
                <w:sz w:val="16"/>
              </w:rPr>
              <w:t>$0</w:t>
            </w:r>
          </w:p>
        </w:tc>
        <w:tc>
          <w:tcPr>
            <w:tcW w:type="dxa" w:w="1051"/>
          </w:tcPr>
          <w:p>
            <w:pPr>
              <w:spacing w:after="0"/>
              <w:jc w:val="right"/>
            </w:pPr>
          </w:p>
        </w:tc>
        <w:tc>
          <w:tcPr>
            <w:tcW w:type="dxa" w:w="1225"/>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$9,328,230,639</w:t>
            </w:r>
          </w:p>
        </w:tc>
        <w:tc>
          <w:tcPr>
            <w:tcW w:type="dxa" w:w="1128"/>
          </w:tcPr>
          <w:p>
            <w:pPr>
              <w:spacing w:after="0"/>
              <w:jc w:val="right"/>
            </w:pPr>
            <w:r>
              <w:rPr>
                <w:sz w:val="16"/>
              </w:rPr>
              <w:t>$64,333,424</w:t>
            </w:r>
          </w:p>
        </w:tc>
        <w:tc>
          <w:tcPr>
            <w:tcW w:type="dxa" w:w="1038"/>
          </w:tcPr>
          <w:p>
            <w:pPr>
              <w:spacing w:after="0"/>
              <w:jc w:val="right"/>
            </w:pPr>
            <w:r>
              <w:rPr>
                <w:sz w:val="16"/>
              </w:rPr>
              <w:t>30,027</w:t>
            </w:r>
          </w:p>
        </w:tc>
        <w:tc>
          <w:tcPr>
            <w:tcW w:type="dxa" w:w="1037"/>
          </w:tcPr>
          <w:p>
            <w:pPr>
              <w:spacing w:after="0"/>
              <w:jc w:val="right"/>
            </w:pPr>
            <w:r>
              <w:rPr>
                <w:sz w:val="16"/>
              </w:rPr>
              <w:t>$26</w:t>
            </w:r>
          </w:p>
        </w:tc>
        <w:tc>
          <w:tcPr>
            <w:tcW w:type="dxa" w:w="1126"/>
          </w:tcPr>
          <w:p>
            <w:pPr>
              <w:spacing w:after="0"/>
              <w:jc w:val="right"/>
            </w:pPr>
            <w:r>
              <w:rPr>
                <w:sz w:val="16"/>
              </w:rPr>
              <w:t>$74</w:t>
            </w:r>
          </w:p>
        </w:tc>
        <w:tc>
          <w:tcPr>
            <w:tcW w:type="dxa" w:w="887"/>
          </w:tcPr>
          <w:p>
            <w:pPr>
              <w:spacing w:after="0"/>
              <w:jc w:val="right"/>
            </w:pPr>
            <w:r>
              <w:rPr>
                <w:sz w:val="16"/>
              </w:rPr>
              <w:t>$291,497</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$0</w:t>
            </w:r>
          </w:p>
        </w:tc>
        <w:tc>
          <w:tcPr>
            <w:tcW w:type="dxa" w:w="1225"/>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$9,327,957,305</w:t>
            </w:r>
          </w:p>
        </w:tc>
        <w:tc>
          <w:tcPr>
            <w:tcW w:type="dxa" w:w="1128"/>
          </w:tcPr>
          <w:p>
            <w:pPr>
              <w:spacing w:after="0"/>
              <w:jc w:val="right"/>
            </w:pPr>
            <w:r>
              <w:rPr>
                <w:sz w:val="16"/>
              </w:rPr>
              <w:t>$64,333,424</w:t>
            </w:r>
          </w:p>
        </w:tc>
        <w:tc>
          <w:tcPr>
            <w:tcW w:type="dxa" w:w="1038"/>
          </w:tcPr>
          <w:p>
            <w:pPr>
              <w:spacing w:after="0"/>
              <w:jc w:val="right"/>
            </w:pPr>
            <w:r>
              <w:rPr>
                <w:sz w:val="16"/>
              </w:rPr>
              <w:t>30,027</w:t>
            </w:r>
          </w:p>
        </w:tc>
        <w:tc>
          <w:tcPr>
            <w:tcW w:type="dxa" w:w="1037"/>
          </w:tcPr>
          <w:p>
            <w:pPr>
              <w:spacing w:after="0"/>
              <w:jc w:val="right"/>
            </w:pPr>
            <w:r>
              <w:rPr>
                <w:sz w:val="16"/>
              </w:rPr>
              <w:t>$2,514,892</w:t>
            </w:r>
          </w:p>
        </w:tc>
        <w:tc>
          <w:tcPr>
            <w:tcW w:type="dxa" w:w="1126"/>
          </w:tcPr>
          <w:p>
            <w:pPr>
              <w:spacing w:after="0"/>
              <w:jc w:val="right"/>
            </w:pPr>
            <w:r>
              <w:rPr>
                <w:sz w:val="16"/>
              </w:rPr>
              <w:t>$235,847</w:t>
            </w:r>
          </w:p>
        </w:tc>
        <w:tc>
          <w:tcPr>
            <w:tcW w:type="dxa" w:w="887"/>
          </w:tcPr>
          <w:p>
            <w:pPr>
              <w:spacing w:after="0"/>
              <w:jc w:val="right"/>
            </w:pPr>
            <w:r>
              <w:rPr>
                <w:sz w:val="16"/>
              </w:rPr>
              <w:t>$52,434</w:t>
            </w:r>
          </w:p>
        </w:tc>
        <w:tc>
          <w:tcPr>
            <w:tcW w:type="dxa" w:w="1305"/>
          </w:tcPr>
          <w:p>
            <w:pPr>
              <w:spacing w:after="0"/>
              <w:jc w:val="right"/>
            </w:pPr>
            <w:r>
              <w:rPr>
                <w:sz w:val="16"/>
              </w:rPr>
              <w:t>0.027%</w:t>
            </w:r>
          </w:p>
        </w:tc>
        <w:tc>
          <w:tcPr>
            <w:tcW w:type="dxa" w:w="1131"/>
          </w:tcPr>
          <w:p>
            <w:pPr>
              <w:spacing w:after="0"/>
              <w:jc w:val="right"/>
            </w:pPr>
          </w:p>
        </w:tc>
        <w:tc>
          <w:tcPr>
            <w:tcW w:type="dxa" w:w="1051"/>
          </w:tcPr>
          <w:p>
            <w:pPr>
              <w:spacing w:after="0"/>
              <w:jc w:val="right"/>
            </w:pPr>
          </w:p>
        </w:tc>
        <w:tc>
          <w:tcPr>
            <w:tcW w:type="dxa" w:w="1225"/>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$9,328,230,639</w:t>
            </w:r>
          </w:p>
        </w:tc>
        <w:tc>
          <w:tcPr>
            <w:tcW w:type="dxa" w:w="1128"/>
          </w:tcPr>
          <w:p>
            <w:pPr>
              <w:spacing w:after="0"/>
              <w:jc w:val="right"/>
            </w:pPr>
            <w:r>
              <w:rPr>
                <w:sz w:val="16"/>
              </w:rPr>
              <w:t>n/a</w:t>
            </w:r>
          </w:p>
        </w:tc>
        <w:tc>
          <w:tcPr>
            <w:tcW w:type="dxa" w:w="1038"/>
          </w:tcPr>
          <w:p>
            <w:pPr>
              <w:spacing w:after="0"/>
              <w:jc w:val="right"/>
            </w:pPr>
            <w:r>
              <w:rPr>
                <w:sz w:val="16"/>
              </w:rPr>
              <w:t>30,027</w:t>
            </w:r>
          </w:p>
        </w:tc>
        <w:tc>
          <w:tcPr>
            <w:tcW w:type="dxa" w:w="1037"/>
          </w:tcPr>
          <w:p>
            <w:pPr>
              <w:spacing w:after="0"/>
              <w:jc w:val="right"/>
            </w:pPr>
            <w:r>
              <w:rPr>
                <w:sz w:val="16"/>
              </w:rPr>
              <w:t>$58,822</w:t>
            </w:r>
          </w:p>
        </w:tc>
        <w:tc>
          <w:tcPr>
            <w:tcW w:type="dxa" w:w="1126"/>
          </w:tcPr>
          <w:p>
            <w:pPr>
              <w:spacing w:after="0"/>
              <w:jc w:val="right"/>
            </w:pPr>
            <w:r>
              <w:rPr>
                <w:sz w:val="16"/>
              </w:rPr>
              <w:t>n/a</w:t>
            </w:r>
          </w:p>
        </w:tc>
        <w:tc>
          <w:tcPr>
            <w:tcW w:type="dxa" w:w="887"/>
          </w:tcPr>
          <w:p>
            <w:pPr>
              <w:spacing w:after="0"/>
              <w:jc w:val="right"/>
            </w:pPr>
            <w:r>
              <w:rPr>
                <w:sz w:val="16"/>
              </w:rPr>
              <w:t>$605</w:t>
            </w:r>
          </w:p>
        </w:tc>
        <w:tc>
          <w:tcPr>
            <w:tcW w:type="dxa" w:w="1305"/>
          </w:tcPr>
          <w:p>
            <w:pPr>
              <w:spacing w:after="0"/>
              <w:jc w:val="right"/>
            </w:pPr>
            <w:r>
              <w:rPr>
                <w:sz w:val="16"/>
              </w:rPr>
              <w:t>0.000631%</w:t>
            </w:r>
          </w:p>
        </w:tc>
        <w:tc>
          <w:tcPr>
            <w:tcW w:type="dxa" w:w="1131"/>
          </w:tcPr>
          <w:p>
            <w:pPr>
              <w:spacing w:after="0"/>
              <w:jc w:val="right"/>
            </w:pPr>
          </w:p>
        </w:tc>
        <w:tc>
          <w:tcPr>
            <w:tcW w:type="dxa" w:w="1051"/>
          </w:tcPr>
          <w:p>
            <w:pPr>
              <w:spacing w:after="0"/>
              <w:jc w:val="right"/>
            </w:pPr>
            <w:r>
              <w:rPr>
                <w:sz w:val="16"/>
              </w:rPr>
              <w:t>$50,000</w:t>
            </w:r>
          </w:p>
        </w:tc>
        <w:tc>
          <w:tcPr>
            <w:tcW w:type="dxa" w:w="1225"/>
          </w:tcPr>
          <w:p>
            <w:pPr>
              <w:spacing w:after="0"/>
              <w:jc w:val="right"/>
            </w:pPr>
            <w:r>
              <w:rPr>
                <w:sz w:val="16"/>
              </w:rPr>
              <w:t>$297,603.71</w:t>
            </w:r>
          </w:p>
        </w:tc>
        <w:tc>
          <w:tcPr>
            <w:tcW w:type="dxa" w:w="166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$9,315,354,761</w:t>
            </w:r>
          </w:p>
        </w:tc>
        <w:tc>
          <w:tcPr>
            <w:tcW w:type="dxa" w:w="1128"/>
          </w:tcPr>
          <w:p>
            <w:pPr>
              <w:spacing w:after="0"/>
              <w:jc w:val="right"/>
            </w:pPr>
            <w:r>
              <w:rPr>
                <w:sz w:val="16"/>
              </w:rPr>
              <w:t>$1,801,835</w:t>
            </w:r>
          </w:p>
        </w:tc>
        <w:tc>
          <w:tcPr>
            <w:tcW w:type="dxa" w:w="1038"/>
          </w:tcPr>
          <w:p>
            <w:pPr>
              <w:spacing w:after="0"/>
              <w:jc w:val="right"/>
            </w:pPr>
            <w:r>
              <w:rPr>
                <w:sz w:val="16"/>
              </w:rPr>
              <w:t>518</w:t>
            </w:r>
          </w:p>
        </w:tc>
        <w:tc>
          <w:tcPr>
            <w:tcW w:type="dxa" w:w="1037"/>
          </w:tcPr>
          <w:p>
            <w:pPr>
              <w:spacing w:after="0"/>
              <w:jc w:val="right"/>
            </w:pPr>
            <w:r>
              <w:rPr>
                <w:sz w:val="16"/>
              </w:rPr>
              <w:t>$5,774,159</w:t>
            </w:r>
          </w:p>
        </w:tc>
        <w:tc>
          <w:tcPr>
            <w:tcW w:type="dxa" w:w="1126"/>
          </w:tcPr>
          <w:p>
            <w:pPr>
              <w:spacing w:after="0"/>
              <w:jc w:val="right"/>
            </w:pPr>
            <w:r>
              <w:rPr>
                <w:sz w:val="16"/>
              </w:rPr>
              <w:t>$14,985</w:t>
            </w:r>
          </w:p>
        </w:tc>
        <w:tc>
          <w:tcPr>
            <w:tcW w:type="dxa" w:w="887"/>
          </w:tcPr>
          <w:p>
            <w:pPr>
              <w:spacing w:after="0"/>
              <w:jc w:val="right"/>
            </w:pPr>
            <w:r>
              <w:rPr>
                <w:sz w:val="16"/>
              </w:rPr>
              <w:t>$14,087</w:t>
            </w:r>
          </w:p>
        </w:tc>
        <w:tc>
          <w:tcPr>
            <w:tcW w:type="dxa" w:w="1305"/>
          </w:tcPr>
          <w:p>
            <w:pPr>
              <w:spacing w:after="0"/>
              <w:jc w:val="right"/>
            </w:pPr>
            <w:r>
              <w:rPr>
                <w:sz w:val="16"/>
              </w:rPr>
              <w:t>n/a (see note)</w:t>
            </w:r>
          </w:p>
        </w:tc>
        <w:tc>
          <w:tcPr>
            <w:tcW w:type="dxa" w:w="1131"/>
          </w:tcPr>
          <w:p>
            <w:pPr>
              <w:spacing w:after="0"/>
              <w:jc w:val="right"/>
            </w:pPr>
            <w:r>
              <w:rPr>
                <w:sz w:val="16"/>
              </w:rPr>
              <w:t>$5,500</w:t>
            </w:r>
          </w:p>
        </w:tc>
        <w:tc>
          <w:tcPr>
            <w:tcW w:type="dxa" w:w="1051"/>
          </w:tcPr>
          <w:p>
            <w:pPr>
              <w:spacing w:after="0"/>
              <w:jc w:val="right"/>
            </w:pPr>
          </w:p>
        </w:tc>
        <w:tc>
          <w:tcPr>
            <w:tcW w:type="dxa" w:w="1225"/>
          </w:tcPr>
          <w:p>
            <w:pPr>
              <w:spacing w:after="0"/>
              <w:jc w:val="right"/>
            </w:pPr>
          </w:p>
        </w:tc>
        <w:tc>
          <w:tcPr>
            <w:tcW w:type="dxa" w:w="166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$175,410,079</w:t>
            </w:r>
          </w:p>
        </w:tc>
        <w:tc>
          <w:tcPr>
            <w:tcW w:type="dxa" w:w="1128"/>
          </w:tcPr>
          <w:p>
            <w:pPr>
              <w:spacing w:after="0"/>
              <w:jc w:val="right"/>
            </w:pPr>
            <w:r>
              <w:rPr>
                <w:sz w:val="16"/>
              </w:rPr>
              <w:t>n/a</w:t>
            </w:r>
          </w:p>
        </w:tc>
        <w:tc>
          <w:tcPr>
            <w:tcW w:type="dxa" w:w="1038"/>
          </w:tcPr>
          <w:p>
            <w:pPr>
              <w:spacing w:after="0"/>
              <w:jc w:val="right"/>
            </w:pPr>
            <w:r>
              <w:rPr>
                <w:sz w:val="16"/>
              </w:rPr>
              <w:t>498</w:t>
            </w:r>
          </w:p>
        </w:tc>
        <w:tc>
          <w:tcPr>
            <w:tcW w:type="dxa" w:w="1037"/>
          </w:tcPr>
          <w:p>
            <w:pPr>
              <w:spacing w:after="0"/>
              <w:jc w:val="right"/>
            </w:pPr>
            <w:r>
              <w:rPr>
                <w:sz w:val="16"/>
              </w:rPr>
              <w:t>$380</w:t>
            </w:r>
          </w:p>
        </w:tc>
        <w:tc>
          <w:tcPr>
            <w:tcW w:type="dxa" w:w="1126"/>
          </w:tcPr>
          <w:p>
            <w:pPr>
              <w:spacing w:after="0"/>
              <w:jc w:val="right"/>
            </w:pPr>
            <w:r>
              <w:rPr>
                <w:sz w:val="16"/>
              </w:rPr>
              <w:t>n/a</w:t>
            </w:r>
          </w:p>
        </w:tc>
        <w:tc>
          <w:tcPr>
            <w:tcW w:type="dxa" w:w="887"/>
          </w:tcPr>
          <w:p>
            <w:pPr>
              <w:spacing w:after="0"/>
              <w:jc w:val="right"/>
            </w:pPr>
            <w:r>
              <w:rPr>
                <w:sz w:val="16"/>
              </w:rPr>
              <w:t>$75</w:t>
            </w:r>
          </w:p>
        </w:tc>
        <w:tc>
          <w:tcPr>
            <w:tcW w:type="dxa" w:w="1305"/>
          </w:tcPr>
          <w:p>
            <w:pPr>
              <w:spacing w:after="0"/>
              <w:jc w:val="right"/>
            </w:pPr>
            <w:r>
              <w:rPr>
                <w:sz w:val="16"/>
              </w:rPr>
              <w:t>0.000216%</w:t>
            </w:r>
          </w:p>
        </w:tc>
        <w:tc>
          <w:tcPr>
            <w:tcW w:type="dxa" w:w="1131"/>
          </w:tcPr>
          <w:p>
            <w:pPr>
              <w:spacing w:after="0"/>
              <w:jc w:val="right"/>
            </w:pPr>
          </w:p>
        </w:tc>
        <w:tc>
          <w:tcPr>
            <w:tcW w:type="dxa" w:w="1051"/>
          </w:tcPr>
          <w:p>
            <w:pPr>
              <w:spacing w:after="0"/>
              <w:jc w:val="right"/>
            </w:pPr>
          </w:p>
        </w:tc>
        <w:tc>
          <w:tcPr>
            <w:tcW w:type="dxa" w:w="1225"/>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$9,328,230,639</w:t>
            </w:r>
          </w:p>
        </w:tc>
        <w:tc>
          <w:tcPr>
            <w:tcW w:type="dxa" w:w="1128"/>
          </w:tcPr>
          <w:p>
            <w:pPr>
              <w:spacing w:after="0"/>
              <w:jc w:val="right"/>
            </w:pPr>
            <w:r>
              <w:rPr>
                <w:sz w:val="16"/>
              </w:rPr>
              <w:t>n/a</w:t>
            </w:r>
          </w:p>
        </w:tc>
        <w:tc>
          <w:tcPr>
            <w:tcW w:type="dxa" w:w="1038"/>
          </w:tcPr>
          <w:p>
            <w:pPr>
              <w:spacing w:after="0"/>
              <w:jc w:val="right"/>
            </w:pPr>
            <w:r>
              <w:rPr>
                <w:sz w:val="16"/>
              </w:rPr>
              <w:t>30,027</w:t>
            </w:r>
          </w:p>
        </w:tc>
        <w:tc>
          <w:tcPr>
            <w:tcW w:type="dxa" w:w="1037"/>
          </w:tcPr>
          <w:p>
            <w:pPr>
              <w:spacing w:after="0"/>
              <w:jc w:val="right"/>
            </w:pPr>
            <w:r>
              <w:rPr>
                <w:sz w:val="16"/>
              </w:rPr>
              <w:t>$11,437</w:t>
            </w:r>
          </w:p>
        </w:tc>
        <w:tc>
          <w:tcPr>
            <w:tcW w:type="dxa" w:w="1126"/>
          </w:tcPr>
          <w:p>
            <w:pPr>
              <w:spacing w:after="0"/>
              <w:jc w:val="right"/>
            </w:pPr>
            <w:r>
              <w:rPr>
                <w:sz w:val="16"/>
              </w:rPr>
              <w:t>n/a</w:t>
            </w:r>
          </w:p>
        </w:tc>
        <w:tc>
          <w:tcPr>
            <w:tcW w:type="dxa" w:w="887"/>
          </w:tcPr>
          <w:p>
            <w:pPr>
              <w:spacing w:after="0"/>
              <w:jc w:val="right"/>
            </w:pPr>
            <w:r>
              <w:rPr>
                <w:sz w:val="16"/>
              </w:rPr>
              <w:t>$107,304</w:t>
            </w:r>
          </w:p>
        </w:tc>
        <w:tc>
          <w:tcPr>
            <w:tcW w:type="dxa" w:w="1305"/>
          </w:tcPr>
          <w:p>
            <w:pPr>
              <w:spacing w:after="0"/>
              <w:jc w:val="right"/>
            </w:pPr>
            <w:r>
              <w:rPr>
                <w:sz w:val="16"/>
              </w:rPr>
              <w:t>0.000123%</w:t>
            </w:r>
          </w:p>
        </w:tc>
        <w:tc>
          <w:tcPr>
            <w:tcW w:type="dxa" w:w="1131"/>
          </w:tcPr>
          <w:p>
            <w:pPr>
              <w:spacing w:after="0"/>
              <w:jc w:val="right"/>
            </w:pPr>
            <w:r>
              <w:rPr>
                <w:sz w:val="16"/>
              </w:rPr>
              <w:t>$2,000</w:t>
            </w:r>
          </w:p>
        </w:tc>
        <w:tc>
          <w:tcPr>
            <w:tcW w:type="dxa" w:w="1051"/>
          </w:tcPr>
          <w:p>
            <w:pPr>
              <w:spacing w:after="0"/>
              <w:jc w:val="right"/>
            </w:pPr>
          </w:p>
        </w:tc>
        <w:tc>
          <w:tcPr>
            <w:tcW w:type="dxa" w:w="1225"/>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$9,328,230,639</w:t>
            </w:r>
          </w:p>
        </w:tc>
        <w:tc>
          <w:tcPr>
            <w:tcW w:type="dxa" w:w="1128"/>
          </w:tcPr>
          <w:p>
            <w:pPr>
              <w:spacing w:after="0"/>
              <w:jc w:val="right"/>
            </w:pPr>
            <w:r>
              <w:rPr>
                <w:sz w:val="16"/>
              </w:rPr>
              <w:t>$64,333,424</w:t>
            </w:r>
          </w:p>
        </w:tc>
        <w:tc>
          <w:tcPr>
            <w:tcW w:type="dxa" w:w="1038"/>
          </w:tcPr>
          <w:p>
            <w:pPr>
              <w:spacing w:after="0"/>
              <w:jc w:val="right"/>
            </w:pPr>
            <w:r>
              <w:rPr>
                <w:sz w:val="16"/>
              </w:rPr>
              <w:t>30,027</w:t>
            </w:r>
          </w:p>
        </w:tc>
        <w:tc>
          <w:tcPr>
            <w:tcW w:type="dxa" w:w="1037"/>
          </w:tcPr>
          <w:p>
            <w:pPr>
              <w:spacing w:after="0"/>
              <w:jc w:val="right"/>
            </w:pPr>
            <w:r>
              <w:rPr>
                <w:sz w:val="16"/>
              </w:rPr>
              <w:t>$38,610</w:t>
            </w:r>
          </w:p>
        </w:tc>
        <w:tc>
          <w:tcPr>
            <w:tcW w:type="dxa" w:w="1126"/>
          </w:tcPr>
          <w:p>
            <w:pPr>
              <w:spacing w:after="0"/>
              <w:jc w:val="right"/>
            </w:pPr>
            <w:r>
              <w:rPr>
                <w:sz w:val="16"/>
              </w:rPr>
              <w:t>$13,886</w:t>
            </w:r>
          </w:p>
        </w:tc>
        <w:tc>
          <w:tcPr>
            <w:tcW w:type="dxa" w:w="887"/>
          </w:tcPr>
          <w:p>
            <w:pPr>
              <w:spacing w:after="0"/>
              <w:jc w:val="right"/>
            </w:pPr>
            <w:r>
              <w:rPr>
                <w:sz w:val="16"/>
              </w:rPr>
              <w:t>$129,631</w:t>
            </w:r>
          </w:p>
        </w:tc>
        <w:tc>
          <w:tcPr>
            <w:tcW w:type="dxa" w:w="1305"/>
          </w:tcPr>
          <w:p>
            <w:pPr>
              <w:spacing w:after="0"/>
              <w:jc w:val="right"/>
            </w:pPr>
            <w:r>
              <w:rPr>
                <w:sz w:val="16"/>
              </w:rPr>
              <w:t>0.000414%</w:t>
            </w:r>
          </w:p>
        </w:tc>
        <w:tc>
          <w:tcPr>
            <w:tcW w:type="dxa" w:w="1131"/>
          </w:tcPr>
          <w:p>
            <w:pPr>
              <w:spacing w:after="0"/>
              <w:jc w:val="right"/>
            </w:pPr>
            <w:r>
              <w:rPr>
                <w:sz w:val="16"/>
              </w:rPr>
              <w:t>$84,000</w:t>
            </w:r>
          </w:p>
        </w:tc>
        <w:tc>
          <w:tcPr>
            <w:tcW w:type="dxa" w:w="1051"/>
          </w:tcPr>
          <w:p>
            <w:pPr>
              <w:spacing w:after="0"/>
              <w:jc w:val="right"/>
            </w:pPr>
            <w:r>
              <w:rPr>
                <w:sz w:val="16"/>
              </w:rPr>
              <w:t>$1,000</w:t>
            </w:r>
          </w:p>
        </w:tc>
        <w:tc>
          <w:tcPr>
            <w:tcW w:type="dxa" w:w="1225"/>
          </w:tcPr>
          <w:p>
            <w:pPr>
              <w:spacing w:after="0"/>
              <w:jc w:val="right"/>
            </w:pPr>
          </w:p>
        </w:tc>
        <w:tc>
          <w:tcPr>
            <w:tcW w:type="dxa" w:w="1663"/>
          </w:tcPr>
          <w:p>
            <w:pPr>
              <w:spacing w:after="0"/>
              <w:jc w:val="left"/>
            </w:pPr>
            <w:r>
              <w:rPr>
                <w:sz w:val="16"/>
              </w:rPr>
              <w:t>Storm Events damage since the plan includes 1 zone-level Strong Wind record ($1,000):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$9,328,230,639</w:t>
            </w:r>
          </w:p>
        </w:tc>
        <w:tc>
          <w:tcPr>
            <w:tcW w:type="dxa" w:w="1128"/>
          </w:tcPr>
          <w:p>
            <w:pPr>
              <w:spacing w:after="0"/>
              <w:jc w:val="right"/>
            </w:pPr>
            <w:r>
              <w:rPr>
                <w:sz w:val="16"/>
              </w:rPr>
              <w:t>$64,333,424</w:t>
            </w:r>
          </w:p>
        </w:tc>
        <w:tc>
          <w:tcPr>
            <w:tcW w:type="dxa" w:w="1038"/>
          </w:tcPr>
          <w:p>
            <w:pPr>
              <w:spacing w:after="0"/>
              <w:jc w:val="right"/>
            </w:pPr>
            <w:r>
              <w:rPr>
                <w:sz w:val="16"/>
              </w:rPr>
              <w:t>30,027</w:t>
            </w:r>
          </w:p>
        </w:tc>
        <w:tc>
          <w:tcPr>
            <w:tcW w:type="dxa" w:w="1037"/>
          </w:tcPr>
          <w:p>
            <w:pPr>
              <w:spacing w:after="0"/>
              <w:jc w:val="right"/>
            </w:pPr>
            <w:r>
              <w:rPr>
                <w:sz w:val="16"/>
              </w:rPr>
              <w:t>$330,805</w:t>
            </w:r>
          </w:p>
        </w:tc>
        <w:tc>
          <w:tcPr>
            <w:tcW w:type="dxa" w:w="1126"/>
          </w:tcPr>
          <w:p>
            <w:pPr>
              <w:spacing w:after="0"/>
              <w:jc w:val="right"/>
            </w:pPr>
            <w:r>
              <w:rPr>
                <w:sz w:val="16"/>
              </w:rPr>
              <w:t>$1,138</w:t>
            </w:r>
          </w:p>
        </w:tc>
        <w:tc>
          <w:tcPr>
            <w:tcW w:type="dxa" w:w="887"/>
          </w:tcPr>
          <w:p>
            <w:pPr>
              <w:spacing w:after="0"/>
              <w:jc w:val="right"/>
            </w:pPr>
            <w:r>
              <w:rPr>
                <w:sz w:val="16"/>
              </w:rPr>
              <w:t>$126,410</w:t>
            </w:r>
          </w:p>
        </w:tc>
        <w:tc>
          <w:tcPr>
            <w:tcW w:type="dxa" w:w="1305"/>
          </w:tcPr>
          <w:p>
            <w:pPr>
              <w:spacing w:after="0"/>
              <w:jc w:val="right"/>
            </w:pPr>
            <w:r>
              <w:rPr>
                <w:sz w:val="16"/>
              </w:rPr>
              <w:t>0.00355%</w:t>
            </w:r>
          </w:p>
        </w:tc>
        <w:tc>
          <w:tcPr>
            <w:tcW w:type="dxa" w:w="1131"/>
          </w:tcPr>
          <w:p>
            <w:pPr>
              <w:spacing w:after="0"/>
              <w:jc w:val="right"/>
            </w:pPr>
          </w:p>
        </w:tc>
        <w:tc>
          <w:tcPr>
            <w:tcW w:type="dxa" w:w="1051"/>
          </w:tcPr>
          <w:p>
            <w:pPr>
              <w:spacing w:after="0"/>
              <w:jc w:val="right"/>
            </w:pPr>
          </w:p>
        </w:tc>
        <w:tc>
          <w:tcPr>
            <w:tcW w:type="dxa" w:w="1225"/>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$1,273,720,968</w:t>
            </w:r>
          </w:p>
        </w:tc>
        <w:tc>
          <w:tcPr>
            <w:tcW w:type="dxa" w:w="1128"/>
          </w:tcPr>
          <w:p>
            <w:pPr>
              <w:spacing w:after="0"/>
              <w:jc w:val="right"/>
            </w:pPr>
            <w:r>
              <w:rPr>
                <w:sz w:val="16"/>
              </w:rPr>
              <w:t>$10,403,757</w:t>
            </w:r>
          </w:p>
        </w:tc>
        <w:tc>
          <w:tcPr>
            <w:tcW w:type="dxa" w:w="1038"/>
          </w:tcPr>
          <w:p>
            <w:pPr>
              <w:spacing w:after="0"/>
              <w:jc w:val="right"/>
            </w:pPr>
            <w:r>
              <w:rPr>
                <w:sz w:val="16"/>
              </w:rPr>
              <w:t>6,372</w:t>
            </w:r>
          </w:p>
        </w:tc>
        <w:tc>
          <w:tcPr>
            <w:tcW w:type="dxa" w:w="1037"/>
          </w:tcPr>
          <w:p>
            <w:pPr>
              <w:spacing w:after="0"/>
              <w:jc w:val="right"/>
            </w:pPr>
            <w:r>
              <w:rPr>
                <w:sz w:val="16"/>
              </w:rPr>
              <w:t>$6,162</w:t>
            </w:r>
          </w:p>
        </w:tc>
        <w:tc>
          <w:tcPr>
            <w:tcW w:type="dxa" w:w="1126"/>
          </w:tcPr>
          <w:p>
            <w:pPr>
              <w:spacing w:after="0"/>
              <w:jc w:val="right"/>
            </w:pPr>
            <w:r>
              <w:rPr>
                <w:sz w:val="16"/>
              </w:rPr>
              <w:t>$10</w:t>
            </w:r>
          </w:p>
        </w:tc>
        <w:tc>
          <w:tcPr>
            <w:tcW w:type="dxa" w:w="887"/>
          </w:tcPr>
          <w:p>
            <w:pPr>
              <w:spacing w:after="0"/>
              <w:jc w:val="right"/>
            </w:pPr>
            <w:r>
              <w:rPr>
                <w:sz w:val="16"/>
              </w:rPr>
              <w:t>$1,014</w:t>
            </w:r>
          </w:p>
        </w:tc>
        <w:tc>
          <w:tcPr>
            <w:tcW w:type="dxa" w:w="1305"/>
          </w:tcPr>
          <w:p>
            <w:pPr>
              <w:spacing w:after="0"/>
              <w:jc w:val="right"/>
            </w:pPr>
            <w:r>
              <w:rPr>
                <w:sz w:val="16"/>
              </w:rPr>
              <w:t>0.000484%</w:t>
            </w:r>
          </w:p>
        </w:tc>
        <w:tc>
          <w:tcPr>
            <w:tcW w:type="dxa" w:w="1131"/>
          </w:tcPr>
          <w:p>
            <w:pPr>
              <w:spacing w:after="0"/>
              <w:jc w:val="right"/>
            </w:pPr>
          </w:p>
        </w:tc>
        <w:tc>
          <w:tcPr>
            <w:tcW w:type="dxa" w:w="1051"/>
          </w:tcPr>
          <w:p>
            <w:pPr>
              <w:spacing w:after="0"/>
              <w:jc w:val="right"/>
            </w:pPr>
          </w:p>
        </w:tc>
        <w:tc>
          <w:tcPr>
            <w:tcW w:type="dxa" w:w="1225"/>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$9,328,230,639</w:t>
            </w:r>
          </w:p>
        </w:tc>
        <w:tc>
          <w:tcPr>
            <w:tcW w:type="dxa" w:w="1128"/>
          </w:tcPr>
          <w:p>
            <w:pPr>
              <w:spacing w:after="0"/>
              <w:jc w:val="right"/>
            </w:pPr>
            <w:r>
              <w:rPr>
                <w:sz w:val="16"/>
              </w:rPr>
              <w:t>$64,333,424</w:t>
            </w:r>
          </w:p>
        </w:tc>
        <w:tc>
          <w:tcPr>
            <w:tcW w:type="dxa" w:w="1038"/>
          </w:tcPr>
          <w:p>
            <w:pPr>
              <w:spacing w:after="0"/>
              <w:jc w:val="right"/>
            </w:pPr>
            <w:r>
              <w:rPr>
                <w:sz w:val="16"/>
              </w:rPr>
              <w:t>30,027</w:t>
            </w:r>
          </w:p>
        </w:tc>
        <w:tc>
          <w:tcPr>
            <w:tcW w:type="dxa" w:w="1037"/>
          </w:tcPr>
          <w:p>
            <w:pPr>
              <w:spacing w:after="0"/>
              <w:jc w:val="right"/>
            </w:pPr>
            <w:r>
              <w:rPr>
                <w:sz w:val="16"/>
              </w:rPr>
              <w:t>$6,074</w:t>
            </w:r>
          </w:p>
        </w:tc>
        <w:tc>
          <w:tcPr>
            <w:tcW w:type="dxa" w:w="1126"/>
          </w:tcPr>
          <w:p>
            <w:pPr>
              <w:spacing w:after="0"/>
              <w:jc w:val="right"/>
            </w:pPr>
            <w:r>
              <w:rPr>
                <w:sz w:val="16"/>
              </w:rPr>
              <w:t>$17</w:t>
            </w:r>
          </w:p>
        </w:tc>
        <w:tc>
          <w:tcPr>
            <w:tcW w:type="dxa" w:w="887"/>
          </w:tcPr>
          <w:p>
            <w:pPr>
              <w:spacing w:after="0"/>
              <w:jc w:val="right"/>
            </w:pPr>
            <w:r>
              <w:rPr>
                <w:sz w:val="16"/>
              </w:rPr>
              <w:t>$56,048</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$32,000</w:t>
            </w:r>
          </w:p>
        </w:tc>
        <w:tc>
          <w:tcPr>
            <w:tcW w:type="dxa" w:w="1225"/>
          </w:tcPr>
          <w:p>
            <w:pPr>
              <w:spacing w:after="0"/>
              <w:jc w:val="right"/>
            </w:pPr>
            <w:r>
              <w:rPr>
                <w:sz w:val="16"/>
              </w:rPr>
              <w:t>no Public Assistance recorded (1 declaration)</w:t>
            </w:r>
          </w:p>
        </w:tc>
        <w:tc>
          <w:tcPr>
            <w:tcW w:type="dxa" w:w="166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2020-09-02 (Storm Events through 2026-06-30): 66 county-coded records, 66 with a damage value recorded (including $0), $91,500; 14 zone-level records, 13 with a damage value recorded (including $0), $83,000 reported for the zone; Public Assistance: $297,603.71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30,027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$9,328,230,639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$64,333,424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$11,740,496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$1,211,456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Mecklenburg County</w:t>
            </w:r>
          </w:p>
        </w:tc>
        <w:tc>
          <w:tcPr>
            <w:tcW w:type="dxa" w:w="1604"/>
          </w:tcPr>
          <w:p>
            <w:pPr>
              <w:spacing w:after="0"/>
              <w:jc w:val="left"/>
            </w:pPr>
            <w:r>
              <w:rPr>
                <w:sz w:val="16"/>
              </w:rPr>
              <w:t>510189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Boydton town</w:t>
            </w:r>
          </w:p>
        </w:tc>
        <w:tc>
          <w:tcPr>
            <w:tcW w:type="dxa" w:w="1604"/>
          </w:tcPr>
          <w:p>
            <w:pPr>
              <w:spacing w:after="0"/>
              <w:jc w:val="left"/>
            </w:pPr>
            <w:r>
              <w:rPr>
                <w:sz w:val="16"/>
              </w:rPr>
              <w:t>510269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Brodnax town</w:t>
            </w:r>
          </w:p>
        </w:tc>
        <w:tc>
          <w:tcPr>
            <w:tcW w:type="dxa" w:w="1604"/>
          </w:tcPr>
          <w:p>
            <w:pPr>
              <w:spacing w:after="0"/>
              <w:jc w:val="left"/>
            </w:pPr>
            <w:r>
              <w:rPr>
                <w:sz w:val="16"/>
              </w:rPr>
              <w:t>510202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Chase City town</w:t>
            </w:r>
          </w:p>
        </w:tc>
        <w:tc>
          <w:tcPr>
            <w:tcW w:type="dxa" w:w="1604"/>
          </w:tcPr>
          <w:p>
            <w:pPr>
              <w:spacing w:after="0"/>
              <w:jc w:val="left"/>
            </w:pPr>
            <w:r>
              <w:rPr>
                <w:sz w:val="16"/>
              </w:rPr>
              <w:t>510297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Clarksville town</w:t>
            </w:r>
          </w:p>
        </w:tc>
        <w:tc>
          <w:tcPr>
            <w:tcW w:type="dxa" w:w="1604"/>
          </w:tcPr>
          <w:p>
            <w:pPr>
              <w:spacing w:after="0"/>
              <w:jc w:val="left"/>
            </w:pPr>
            <w:r>
              <w:rPr>
                <w:sz w:val="16"/>
              </w:rPr>
              <w:t>510209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La Crosse town</w:t>
            </w:r>
          </w:p>
        </w:tc>
        <w:tc>
          <w:tcPr>
            <w:tcW w:type="dxa" w:w="1604"/>
          </w:tcPr>
          <w:p>
            <w:pPr>
              <w:spacing w:after="0"/>
              <w:jc w:val="left"/>
            </w:pPr>
            <w:r>
              <w:rPr>
                <w:sz w:val="16"/>
              </w:rPr>
              <w:t>510165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South Hill town</w:t>
            </w:r>
          </w:p>
        </w:tc>
        <w:tc>
          <w:tcPr>
            <w:tcW w:type="dxa" w:w="1604"/>
          </w:tcPr>
          <w:p>
            <w:pPr>
              <w:spacing w:after="0"/>
              <w:jc w:val="left"/>
            </w:pPr>
            <w:r>
              <w:rPr>
                <w:sz w:val="16"/>
              </w:rPr>
              <w:t>510008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Mecklenburg County, VA: risk-assessment baseline packet, release 2026-10 (data as of 2026-09-30; County FIPS 51117). Automated baseline. </w:t>
      </w:r>
      <w:hyperlink r:id="rId15">
        <w:r>
          <w:rPr>
            <w:color w:val="1F4E99"/>
            <w:sz w:val="17"/>
            <w:u w:val="single"/>
          </w:rPr>
          <w:t>https://hazardplain.org/va/51117/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hazard-plain_2026-10_VA_51117.docx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Mecklenburg County,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11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Mecklenburg County, VA: Risk-assessment baseline packet</dc:title>
  <dc:subject>Hazard Plain release 2026-10, as of 2026-09-30. Automated baseline</dc:subject>
  <dc:creator>Hazard Plain</dc:creator>
  <cp:keywords>Hazard Plain; hazard mitigation; risk assessment; 51117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