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Mathews County, VA</w:t>
      </w:r>
    </w:p>
    <w:p>
      <w:pPr>
        <w:spacing w:after="120" w:before="0"/>
      </w:pPr>
      <w:r>
        <w:rPr>
          <w:color w:val="555555"/>
          <w:sz w:val="24"/>
        </w:rPr>
        <w:t>Risk-assessment baseline packet</w:t>
      </w:r>
    </w:p>
    <w:p>
      <w:pPr>
        <w:spacing w:after="120" w:before="0"/>
      </w:pPr>
      <w:r>
        <w:rPr>
          <w:b/>
          <w:sz w:val="18"/>
        </w:rPr>
        <w:t xml:space="preserve">County FIPS: </w:t>
      </w:r>
      <w:r>
        <w:rPr>
          <w:sz w:val="18"/>
        </w:rPr>
        <w:t>51115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2027-04-11. Plan: PDC 18 Middle Peninsula Hazard Mitigation Plan (FEMA plan 108207), approved 2022-04-12.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2022-04-12: 1 new hazard declaration (1 incident)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Coastal Flooding ($1,621,576 a year), Inland Flooding ($1,107,053) and Hurricane ($462,066).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2027-04-11</w:t>
      </w:r>
    </w:p>
    <w:p>
      <w:pPr>
        <w:keepNext/>
        <w:spacing w:after="40" w:before="0"/>
      </w:pPr>
      <w:r>
        <w:rPr>
          <w:b/>
        </w:rPr>
        <w:t xml:space="preserve">Plan: </w:t>
      </w:r>
      <w:r>
        <w:rPr/>
        <w:t>PDC 18 Middle Peninsula Hazard Mitigation Plan (FEMA plan 108207)</w:t>
      </w:r>
    </w:p>
    <w:p>
      <w:pPr>
        <w:keepNext/>
        <w:spacing w:after="40" w:before="0"/>
      </w:pPr>
      <w:r>
        <w:rPr>
          <w:b/>
        </w:rPr>
        <w:t xml:space="preserve">Approved: </w:t>
      </w:r>
      <w:r>
        <w:rPr/>
        <w:t>2022-04-12</w:t>
      </w:r>
    </w:p>
    <w:p>
      <w:pPr>
        <w:keepNext/>
        <w:spacing w:after="40" w:before="0"/>
      </w:pPr>
      <w:r>
        <w:rPr>
          <w:b/>
        </w:rPr>
        <w:t xml:space="preserve">Days to expiry: </w:t>
      </w:r>
      <w:r>
        <w:rPr/>
        <w:t>193</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16 (44 CFR 77.2); any definition: 165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5"/>
        <w:gridCol w:w="680"/>
        <w:gridCol w:w="2116"/>
        <w:gridCol w:w="1736"/>
        <w:gridCol w:w="1037"/>
        <w:gridCol w:w="1037"/>
        <w:gridCol w:w="859"/>
        <w:gridCol w:w="2597"/>
        <w:gridCol w:w="2715"/>
      </w:tblGrid>
      <w:tr>
        <w:trPr>
          <w:cantSplit/>
          <w:tblHeader/>
        </w:trPr>
        <w:tc>
          <w:tcPr>
            <w:tcW w:type="dxa" w:w="133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16"/>
            <w:shd w:val="clear" w:color="auto" w:fill="E8E8E8"/>
          </w:tcPr>
          <w:p>
            <w:pPr>
              <w:spacing w:after="0"/>
              <w:jc w:val="left"/>
            </w:pPr>
            <w:r>
              <w:rPr>
                <w:b/>
                <w:sz w:val="16"/>
              </w:rPr>
              <w:t>Status</w:t>
            </w:r>
          </w:p>
        </w:tc>
        <w:tc>
          <w:tcPr>
            <w:tcW w:type="dxa" w:w="173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97"/>
            <w:shd w:val="clear" w:color="auto" w:fill="E8E8E8"/>
          </w:tcPr>
          <w:p>
            <w:pPr>
              <w:spacing w:after="0"/>
              <w:jc w:val="left"/>
            </w:pPr>
            <w:r>
              <w:rPr>
                <w:b/>
                <w:sz w:val="16"/>
              </w:rPr>
              <w:t>Update underway</w:t>
            </w:r>
          </w:p>
        </w:tc>
        <w:tc>
          <w:tcPr>
            <w:tcW w:type="dxa" w:w="2715"/>
            <w:shd w:val="clear" w:color="auto" w:fill="E8E8E8"/>
          </w:tcPr>
          <w:p>
            <w:pPr>
              <w:spacing w:after="0"/>
              <w:jc w:val="left"/>
            </w:pPr>
            <w:r>
              <w:rPr>
                <w:b/>
                <w:sz w:val="16"/>
              </w:rPr>
              <w:t>Notes</w:t>
            </w:r>
          </w:p>
        </w:tc>
      </w:tr>
      <w:tr>
        <w:trPr>
          <w:cantSplit/>
        </w:trPr>
        <w:tc>
          <w:tcPr>
            <w:tcW w:type="dxa" w:w="1335"/>
          </w:tcPr>
          <w:p>
            <w:pPr>
              <w:spacing w:after="0"/>
              <w:jc w:val="left"/>
            </w:pPr>
            <w:r>
              <w:rPr>
                <w:sz w:val="16"/>
              </w:rPr>
              <w:t>Mathews County</w:t>
            </w:r>
          </w:p>
        </w:tc>
        <w:tc>
          <w:tcPr>
            <w:tcW w:type="dxa" w:w="680"/>
          </w:tcPr>
          <w:p>
            <w:pPr>
              <w:spacing w:after="0"/>
              <w:jc w:val="left"/>
            </w:pPr>
            <w:r>
              <w:rPr>
                <w:sz w:val="16"/>
              </w:rPr>
              <w:t>County</w:t>
            </w:r>
          </w:p>
        </w:tc>
        <w:tc>
          <w:tcPr>
            <w:tcW w:type="dxa" w:w="2116"/>
          </w:tcPr>
          <w:p>
            <w:pPr>
              <w:spacing w:after="0"/>
              <w:jc w:val="left"/>
            </w:pPr>
            <w:r>
              <w:rPr>
                <w:sz w:val="16"/>
              </w:rPr>
              <w:t>Approved, expires 2027-04-11</w:t>
            </w:r>
          </w:p>
        </w:tc>
        <w:tc>
          <w:tcPr>
            <w:tcW w:type="dxa" w:w="1736"/>
          </w:tcPr>
          <w:p>
            <w:pPr>
              <w:spacing w:after="0"/>
              <w:jc w:val="left"/>
            </w:pPr>
            <w:r>
              <w:rPr>
                <w:sz w:val="16"/>
              </w:rPr>
              <w:t>PDC 18 Middle Peninsula Hazard Mitigation Plan (FEMA plan 108207)</w:t>
            </w:r>
          </w:p>
        </w:tc>
        <w:tc>
          <w:tcPr>
            <w:tcW w:type="dxa" w:w="1037"/>
          </w:tcPr>
          <w:p>
            <w:pPr>
              <w:spacing w:after="0"/>
              <w:jc w:val="left"/>
            </w:pPr>
            <w:r>
              <w:rPr>
                <w:sz w:val="16"/>
              </w:rPr>
              <w:t>2022-04-12</w:t>
            </w:r>
          </w:p>
        </w:tc>
        <w:tc>
          <w:tcPr>
            <w:tcW w:type="dxa" w:w="1037"/>
          </w:tcPr>
          <w:p>
            <w:pPr>
              <w:spacing w:after="0"/>
              <w:jc w:val="left"/>
            </w:pPr>
            <w:r>
              <w:rPr>
                <w:sz w:val="16"/>
              </w:rPr>
              <w:t>2027-04-11</w:t>
            </w:r>
          </w:p>
        </w:tc>
        <w:tc>
          <w:tcPr>
            <w:tcW w:type="dxa" w:w="859"/>
          </w:tcPr>
          <w:p>
            <w:pPr>
              <w:spacing w:after="0"/>
              <w:jc w:val="right"/>
            </w:pPr>
            <w:r>
              <w:rPr>
                <w:sz w:val="16"/>
              </w:rPr>
              <w:t>193</w:t>
            </w:r>
          </w:p>
        </w:tc>
        <w:tc>
          <w:tcPr>
            <w:tcW w:type="dxa" w:w="2597"/>
          </w:tcPr>
          <w:p>
            <w:pPr>
              <w:spacing w:after="0"/>
              <w:jc w:val="left"/>
            </w:pPr>
            <w:r>
              <w:rPr>
                <w:sz w:val="16"/>
              </w:rPr>
              <w:t>FEMA tracker shows a plan in progress</w:t>
            </w:r>
          </w:p>
        </w:tc>
        <w:tc>
          <w:tcPr>
            <w:tcW w:type="dxa" w:w="2715"/>
          </w:tcPr>
          <w:p>
            <w:pPr>
              <w:spacing w:after="0"/>
              <w:jc w:val="left"/>
            </w:pPr>
            <w:r>
              <w:rPr>
                <w:sz w:val="16"/>
              </w:rPr>
              <w:t>this jurisdiction approved 2022-04-26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108207 covers 12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72"/>
        <w:gridCol w:w="1372"/>
        <w:gridCol w:w="1037"/>
        <w:gridCol w:w="1126"/>
        <w:gridCol w:w="1922"/>
        <w:gridCol w:w="1193"/>
        <w:gridCol w:w="2132"/>
        <w:gridCol w:w="2198"/>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2"/>
            <w:shd w:val="clear" w:color="auto" w:fill="E8E8E8"/>
          </w:tcPr>
          <w:p>
            <w:pPr>
              <w:spacing w:after="0"/>
              <w:jc w:val="left"/>
            </w:pPr>
            <w:r>
              <w:rPr>
                <w:b/>
                <w:sz w:val="16"/>
              </w:rPr>
              <w:t>NRI risk rating</w:t>
            </w:r>
          </w:p>
        </w:tc>
        <w:tc>
          <w:tcPr>
            <w:tcW w:type="dxa" w:w="13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8"/>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Coastal Flooding</w:t>
            </w:r>
          </w:p>
        </w:tc>
        <w:tc>
          <w:tcPr>
            <w:tcW w:type="dxa" w:w="1372"/>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$1,588,028</w:t>
            </w:r>
          </w:p>
        </w:tc>
        <w:tc>
          <w:tcPr>
            <w:tcW w:type="dxa" w:w="1126"/>
          </w:tcPr>
          <w:p>
            <w:pPr>
              <w:spacing w:after="0"/>
              <w:jc w:val="right"/>
            </w:pPr>
            <w:r>
              <w:rPr>
                <w:sz w:val="16"/>
              </w:rPr>
              <w:t>n/a</w:t>
            </w:r>
          </w:p>
        </w:tc>
        <w:tc>
          <w:tcPr>
            <w:tcW w:type="dxa" w:w="1922"/>
          </w:tcPr>
          <w:p>
            <w:pPr>
              <w:spacing w:after="0"/>
              <w:jc w:val="right"/>
            </w:pPr>
            <w:r>
              <w:rPr>
                <w:sz w:val="16"/>
              </w:rPr>
              <w:t>$33,548</w:t>
            </w:r>
          </w:p>
        </w:tc>
        <w:tc>
          <w:tcPr>
            <w:tcW w:type="dxa" w:w="1193"/>
          </w:tcPr>
          <w:p>
            <w:pPr>
              <w:spacing w:after="0"/>
              <w:jc w:val="right"/>
            </w:pPr>
            <w:r>
              <w:rPr>
                <w:sz w:val="16"/>
              </w:rPr>
              <w:t>$1,621,576</w:t>
            </w:r>
          </w:p>
        </w:tc>
        <w:tc>
          <w:tcPr>
            <w:tcW w:type="dxa" w:w="2132"/>
          </w:tcPr>
          <w:p>
            <w:pPr>
              <w:spacing w:after="0"/>
              <w:jc w:val="right"/>
            </w:pPr>
            <w:r>
              <w:rPr>
                <w:sz w:val="16"/>
              </w:rPr>
              <w:t>14</w:t>
            </w:r>
          </w:p>
        </w:tc>
        <w:tc>
          <w:tcPr>
            <w:tcW w:type="dxa" w:w="2198"/>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$1,060,774</w:t>
            </w:r>
          </w:p>
        </w:tc>
        <w:tc>
          <w:tcPr>
            <w:tcW w:type="dxa" w:w="1126"/>
          </w:tcPr>
          <w:p>
            <w:pPr>
              <w:spacing w:after="0"/>
              <w:jc w:val="right"/>
            </w:pPr>
            <w:r>
              <w:rPr>
                <w:sz w:val="16"/>
              </w:rPr>
              <w:t>$7,263</w:t>
            </w:r>
          </w:p>
        </w:tc>
        <w:tc>
          <w:tcPr>
            <w:tcW w:type="dxa" w:w="1922"/>
          </w:tcPr>
          <w:p>
            <w:pPr>
              <w:spacing w:after="0"/>
              <w:jc w:val="right"/>
            </w:pPr>
            <w:r>
              <w:rPr>
                <w:sz w:val="16"/>
              </w:rPr>
              <w:t>$39,016</w:t>
            </w:r>
          </w:p>
        </w:tc>
        <w:tc>
          <w:tcPr>
            <w:tcW w:type="dxa" w:w="1193"/>
          </w:tcPr>
          <w:p>
            <w:pPr>
              <w:spacing w:after="0"/>
              <w:jc w:val="right"/>
            </w:pPr>
            <w:r>
              <w:rPr>
                <w:sz w:val="16"/>
              </w:rPr>
              <w:t>$1,107,053</w:t>
            </w:r>
          </w:p>
        </w:tc>
        <w:tc>
          <w:tcPr>
            <w:tcW w:type="dxa" w:w="2132"/>
          </w:tcPr>
          <w:p>
            <w:pPr>
              <w:spacing w:after="0"/>
              <w:jc w:val="right"/>
            </w:pPr>
            <w:r>
              <w:rPr>
                <w:sz w:val="16"/>
              </w:rPr>
              <w:t>13</w:t>
            </w:r>
          </w:p>
        </w:tc>
        <w:tc>
          <w:tcPr>
            <w:tcW w:type="dxa" w:w="2198"/>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Hurricane</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$418,979</w:t>
            </w:r>
          </w:p>
        </w:tc>
        <w:tc>
          <w:tcPr>
            <w:tcW w:type="dxa" w:w="1126"/>
          </w:tcPr>
          <w:p>
            <w:pPr>
              <w:spacing w:after="0"/>
              <w:jc w:val="right"/>
            </w:pPr>
            <w:r>
              <w:rPr>
                <w:sz w:val="16"/>
              </w:rPr>
              <w:t>$35,130</w:t>
            </w:r>
          </w:p>
        </w:tc>
        <w:tc>
          <w:tcPr>
            <w:tcW w:type="dxa" w:w="1922"/>
          </w:tcPr>
          <w:p>
            <w:pPr>
              <w:spacing w:after="0"/>
              <w:jc w:val="right"/>
            </w:pPr>
            <w:r>
              <w:rPr>
                <w:sz w:val="16"/>
              </w:rPr>
              <w:t>$7,958</w:t>
            </w:r>
          </w:p>
        </w:tc>
        <w:tc>
          <w:tcPr>
            <w:tcW w:type="dxa" w:w="1193"/>
          </w:tcPr>
          <w:p>
            <w:pPr>
              <w:spacing w:after="0"/>
              <w:jc w:val="right"/>
            </w:pPr>
            <w:r>
              <w:rPr>
                <w:sz w:val="16"/>
              </w:rPr>
              <w:t>$462,066</w:t>
            </w:r>
          </w:p>
        </w:tc>
        <w:tc>
          <w:tcPr>
            <w:tcW w:type="dxa" w:w="2132"/>
          </w:tcPr>
          <w:p>
            <w:pPr>
              <w:spacing w:after="0"/>
              <w:jc w:val="right"/>
            </w:pPr>
            <w:r>
              <w:rPr>
                <w:sz w:val="16"/>
              </w:rPr>
              <w:t>8</w:t>
            </w:r>
          </w:p>
        </w:tc>
        <w:tc>
          <w:tcPr>
            <w:tcW w:type="dxa" w:w="2198"/>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$127,170</w:t>
            </w:r>
          </w:p>
        </w:tc>
        <w:tc>
          <w:tcPr>
            <w:tcW w:type="dxa" w:w="1126"/>
          </w:tcPr>
          <w:p>
            <w:pPr>
              <w:spacing w:after="0"/>
              <w:jc w:val="right"/>
            </w:pPr>
            <w:r>
              <w:rPr>
                <w:sz w:val="16"/>
              </w:rPr>
              <w:t>$102</w:t>
            </w:r>
          </w:p>
        </w:tc>
        <w:tc>
          <w:tcPr>
            <w:tcW w:type="dxa" w:w="1922"/>
          </w:tcPr>
          <w:p>
            <w:pPr>
              <w:spacing w:after="0"/>
              <w:jc w:val="right"/>
            </w:pPr>
            <w:r>
              <w:rPr>
                <w:sz w:val="16"/>
              </w:rPr>
              <w:t>$62,837</w:t>
            </w:r>
          </w:p>
        </w:tc>
        <w:tc>
          <w:tcPr>
            <w:tcW w:type="dxa" w:w="1193"/>
          </w:tcPr>
          <w:p>
            <w:pPr>
              <w:spacing w:after="0"/>
              <w:jc w:val="right"/>
            </w:pPr>
            <w:r>
              <w:rPr>
                <w:sz w:val="16"/>
              </w:rPr>
              <w:t>$190,109</w:t>
            </w:r>
          </w:p>
        </w:tc>
        <w:tc>
          <w:tcPr>
            <w:tcW w:type="dxa" w:w="2132"/>
          </w:tcPr>
          <w:p>
            <w:pPr>
              <w:spacing w:after="0"/>
              <w:jc w:val="right"/>
            </w:pPr>
            <w:r>
              <w:rPr>
                <w:sz w:val="16"/>
              </w:rPr>
              <w:t>50</w:t>
            </w:r>
          </w:p>
        </w:tc>
        <w:tc>
          <w:tcPr>
            <w:tcW w:type="dxa" w:w="2198"/>
          </w:tcPr>
          <w:p>
            <w:pPr>
              <w:spacing w:after="0"/>
              <w:jc w:val="left"/>
            </w:pPr>
            <w:r>
              <w:rPr>
                <w:sz w:val="16"/>
              </w:rPr>
              <w:t>Includes 5 High Wind and 2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Tornado</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$59,176</w:t>
            </w:r>
          </w:p>
        </w:tc>
        <w:tc>
          <w:tcPr>
            <w:tcW w:type="dxa" w:w="1126"/>
          </w:tcPr>
          <w:p>
            <w:pPr>
              <w:spacing w:after="0"/>
              <w:jc w:val="right"/>
            </w:pPr>
            <w:r>
              <w:rPr>
                <w:sz w:val="16"/>
              </w:rPr>
              <w:t>$88</w:t>
            </w:r>
          </w:p>
        </w:tc>
        <w:tc>
          <w:tcPr>
            <w:tcW w:type="dxa" w:w="1922"/>
          </w:tcPr>
          <w:p>
            <w:pPr>
              <w:spacing w:after="0"/>
              <w:jc w:val="right"/>
            </w:pPr>
            <w:r>
              <w:rPr>
                <w:sz w:val="16"/>
              </w:rPr>
              <w:t>$74,007</w:t>
            </w:r>
          </w:p>
        </w:tc>
        <w:tc>
          <w:tcPr>
            <w:tcW w:type="dxa" w:w="1193"/>
          </w:tcPr>
          <w:p>
            <w:pPr>
              <w:spacing w:after="0"/>
              <w:jc w:val="right"/>
            </w:pPr>
            <w:r>
              <w:rPr>
                <w:sz w:val="16"/>
              </w:rPr>
              <w:t>$133,270</w:t>
            </w:r>
          </w:p>
        </w:tc>
        <w:tc>
          <w:tcPr>
            <w:tcW w:type="dxa" w:w="2132"/>
          </w:tcPr>
          <w:p>
            <w:pPr>
              <w:spacing w:after="0"/>
              <w:jc w:val="right"/>
            </w:pPr>
            <w:r>
              <w:rPr>
                <w:sz w:val="16"/>
              </w:rPr>
              <w:t>5</w:t>
            </w:r>
          </w:p>
        </w:tc>
        <w:tc>
          <w:tcPr>
            <w:tcW w:type="dxa" w:w="2198"/>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Cold Wave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$1,119</w:t>
            </w:r>
          </w:p>
        </w:tc>
        <w:tc>
          <w:tcPr>
            <w:tcW w:type="dxa" w:w="1126"/>
          </w:tcPr>
          <w:p>
            <w:pPr>
              <w:spacing w:after="0"/>
              <w:jc w:val="right"/>
            </w:pPr>
            <w:r>
              <w:rPr>
                <w:sz w:val="16"/>
              </w:rPr>
              <w:t>$2,191</w:t>
            </w:r>
          </w:p>
        </w:tc>
        <w:tc>
          <w:tcPr>
            <w:tcW w:type="dxa" w:w="1922"/>
          </w:tcPr>
          <w:p>
            <w:pPr>
              <w:spacing w:after="0"/>
              <w:jc w:val="right"/>
            </w:pPr>
            <w:r>
              <w:rPr>
                <w:sz w:val="16"/>
              </w:rPr>
              <w:t>$96,621</w:t>
            </w:r>
          </w:p>
        </w:tc>
        <w:tc>
          <w:tcPr>
            <w:tcW w:type="dxa" w:w="1193"/>
          </w:tcPr>
          <w:p>
            <w:pPr>
              <w:spacing w:after="0"/>
              <w:jc w:val="right"/>
            </w:pPr>
            <w:r>
              <w:rPr>
                <w:sz w:val="16"/>
              </w:rPr>
              <w:t>$99,931</w:t>
            </w:r>
          </w:p>
        </w:tc>
        <w:tc>
          <w:tcPr>
            <w:tcW w:type="dxa" w:w="2132"/>
          </w:tcPr>
          <w:p>
            <w:pPr>
              <w:spacing w:after="0"/>
              <w:jc w:val="right"/>
            </w:pPr>
            <w:r>
              <w:rPr>
                <w:sz w:val="16"/>
              </w:rPr>
              <w:t>2</w:t>
            </w:r>
          </w:p>
        </w:tc>
        <w:tc>
          <w:tcPr>
            <w:tcW w:type="dxa" w:w="2198"/>
          </w:tcPr>
          <w:p>
            <w:pPr>
              <w:spacing w:after="0"/>
              <w:jc w:val="left"/>
            </w:pPr>
            <w:r>
              <w:rPr>
                <w:sz w:val="16"/>
              </w:rPr>
              <w:t>Includes 2 Frost/Freeze records (outside NRI's Cold Wave definition; counted in this table and in B1-d, not in the B1-e descriptor).</w:t>
            </w:r>
          </w:p>
        </w:tc>
      </w:tr>
      <w:tr>
        <w:trPr>
          <w:cantSplit/>
        </w:trPr>
        <w:tc>
          <w:tcPr>
            <w:tcW w:type="dxa" w:w="723"/>
          </w:tcPr>
          <w:p>
            <w:pPr>
              <w:spacing w:after="0"/>
              <w:jc w:val="right"/>
            </w:pPr>
            <w:r>
              <w:rPr>
                <w:sz w:val="16"/>
              </w:rPr>
              <w:t>7</w:t>
            </w:r>
          </w:p>
        </w:tc>
        <w:tc>
          <w:tcPr>
            <w:tcW w:type="dxa" w:w="1037"/>
          </w:tcPr>
          <w:p>
            <w:pPr>
              <w:spacing w:after="0"/>
              <w:jc w:val="left"/>
            </w:pPr>
            <w:r>
              <w:rPr>
                <w:sz w:val="16"/>
              </w:rPr>
              <w:t>Drought</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$99,709</w:t>
            </w:r>
          </w:p>
        </w:tc>
        <w:tc>
          <w:tcPr>
            <w:tcW w:type="dxa" w:w="1922"/>
          </w:tcPr>
          <w:p>
            <w:pPr>
              <w:spacing w:after="0"/>
              <w:jc w:val="right"/>
            </w:pPr>
            <w:r>
              <w:rPr>
                <w:sz w:val="16"/>
              </w:rPr>
              <w:t>n/a</w:t>
            </w:r>
          </w:p>
        </w:tc>
        <w:tc>
          <w:tcPr>
            <w:tcW w:type="dxa" w:w="1193"/>
          </w:tcPr>
          <w:p>
            <w:pPr>
              <w:spacing w:after="0"/>
              <w:jc w:val="right"/>
            </w:pPr>
            <w:r>
              <w:rPr>
                <w:sz w:val="16"/>
              </w:rPr>
              <w:t>$99,709</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8</w:t>
            </w:r>
          </w:p>
        </w:tc>
        <w:tc>
          <w:tcPr>
            <w:tcW w:type="dxa" w:w="1037"/>
          </w:tcPr>
          <w:p>
            <w:pPr>
              <w:spacing w:after="0"/>
              <w:jc w:val="left"/>
            </w:pPr>
            <w:r>
              <w:rPr>
                <w:sz w:val="16"/>
              </w:rPr>
              <w:t>Earthquake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$61,118</w:t>
            </w:r>
          </w:p>
        </w:tc>
        <w:tc>
          <w:tcPr>
            <w:tcW w:type="dxa" w:w="1126"/>
          </w:tcPr>
          <w:p>
            <w:pPr>
              <w:spacing w:after="0"/>
              <w:jc w:val="right"/>
            </w:pPr>
            <w:r>
              <w:rPr>
                <w:sz w:val="16"/>
              </w:rPr>
              <w:t>n/a</w:t>
            </w:r>
          </w:p>
        </w:tc>
        <w:tc>
          <w:tcPr>
            <w:tcW w:type="dxa" w:w="1922"/>
          </w:tcPr>
          <w:p>
            <w:pPr>
              <w:spacing w:after="0"/>
              <w:jc w:val="right"/>
            </w:pPr>
            <w:r>
              <w:rPr>
                <w:sz w:val="16"/>
              </w:rPr>
              <w:t>$12,892</w:t>
            </w:r>
          </w:p>
        </w:tc>
        <w:tc>
          <w:tcPr>
            <w:tcW w:type="dxa" w:w="1193"/>
          </w:tcPr>
          <w:p>
            <w:pPr>
              <w:spacing w:after="0"/>
              <w:jc w:val="right"/>
            </w:pPr>
            <w:r>
              <w:rPr>
                <w:sz w:val="16"/>
              </w:rPr>
              <w:t>$74,010</w:t>
            </w:r>
          </w:p>
        </w:tc>
        <w:tc>
          <w:tcPr>
            <w:tcW w:type="dxa" w:w="2132"/>
          </w:tcPr>
          <w:p>
            <w:pPr>
              <w:spacing w:after="0"/>
              <w:jc w:val="right"/>
            </w:pPr>
          </w:p>
        </w:tc>
        <w:tc>
          <w:tcPr>
            <w:tcW w:type="dxa" w:w="2198"/>
          </w:tcPr>
          <w:p>
            <w:pPr>
              <w:spacing w:after="0"/>
              <w:jc w:val="left"/>
            </w:pPr>
            <w:r>
              <w:rPr>
                <w:sz w:val="16"/>
              </w:rPr>
              <w:t>Storm Events does not record earthquakes.</w:t>
            </w:r>
          </w:p>
        </w:tc>
      </w:tr>
      <w:tr>
        <w:trPr>
          <w:cantSplit/>
        </w:trPr>
        <w:tc>
          <w:tcPr>
            <w:tcW w:type="dxa" w:w="723"/>
          </w:tcPr>
          <w:p>
            <w:pPr>
              <w:spacing w:after="0"/>
              <w:jc w:val="right"/>
            </w:pPr>
            <w:r>
              <w:rPr>
                <w:sz w:val="16"/>
              </w:rPr>
              <w:t>9</w:t>
            </w:r>
          </w:p>
        </w:tc>
        <w:tc>
          <w:tcPr>
            <w:tcW w:type="dxa" w:w="1037"/>
          </w:tcPr>
          <w:p>
            <w:pPr>
              <w:spacing w:after="0"/>
              <w:jc w:val="left"/>
            </w:pPr>
            <w:r>
              <w:rPr>
                <w:sz w:val="16"/>
              </w:rPr>
              <w:t>Heat Wave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$5</w:t>
            </w:r>
          </w:p>
        </w:tc>
        <w:tc>
          <w:tcPr>
            <w:tcW w:type="dxa" w:w="1922"/>
          </w:tcPr>
          <w:p>
            <w:pPr>
              <w:spacing w:after="0"/>
              <w:jc w:val="right"/>
            </w:pPr>
            <w:r>
              <w:rPr>
                <w:sz w:val="16"/>
              </w:rPr>
              <w:t>$72,988</w:t>
            </w:r>
          </w:p>
        </w:tc>
        <w:tc>
          <w:tcPr>
            <w:tcW w:type="dxa" w:w="1193"/>
          </w:tcPr>
          <w:p>
            <w:pPr>
              <w:spacing w:after="0"/>
              <w:jc w:val="right"/>
            </w:pPr>
            <w:r>
              <w:rPr>
                <w:sz w:val="16"/>
              </w:rPr>
              <w:t>$73,002</w:t>
            </w:r>
          </w:p>
        </w:tc>
        <w:tc>
          <w:tcPr>
            <w:tcW w:type="dxa" w:w="2132"/>
          </w:tcPr>
          <w:p>
            <w:pPr>
              <w:spacing w:after="0"/>
              <w:jc w:val="right"/>
            </w:pPr>
            <w:r>
              <w:rPr>
                <w:sz w:val="16"/>
              </w:rPr>
              <w:t>4</w:t>
            </w:r>
          </w:p>
        </w:tc>
        <w:tc>
          <w:tcPr>
            <w:tcW w:type="dxa" w:w="2198"/>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$25,552</w:t>
            </w:r>
          </w:p>
        </w:tc>
        <w:tc>
          <w:tcPr>
            <w:tcW w:type="dxa" w:w="1126"/>
          </w:tcPr>
          <w:p>
            <w:pPr>
              <w:spacing w:after="0"/>
              <w:jc w:val="right"/>
            </w:pPr>
            <w:r>
              <w:rPr>
                <w:sz w:val="16"/>
              </w:rPr>
              <w:t>n/a</w:t>
            </w:r>
          </w:p>
        </w:tc>
        <w:tc>
          <w:tcPr>
            <w:tcW w:type="dxa" w:w="1922"/>
          </w:tcPr>
          <w:p>
            <w:pPr>
              <w:spacing w:after="0"/>
              <w:jc w:val="right"/>
            </w:pPr>
            <w:r>
              <w:rPr>
                <w:sz w:val="16"/>
              </w:rPr>
              <w:t>$176</w:t>
            </w:r>
          </w:p>
        </w:tc>
        <w:tc>
          <w:tcPr>
            <w:tcW w:type="dxa" w:w="1193"/>
          </w:tcPr>
          <w:p>
            <w:pPr>
              <w:spacing w:after="0"/>
              <w:jc w:val="right"/>
            </w:pPr>
            <w:r>
              <w:rPr>
                <w:sz w:val="16"/>
              </w:rPr>
              <w:t>$25,728</w:t>
            </w:r>
          </w:p>
        </w:tc>
        <w:tc>
          <w:tcPr>
            <w:tcW w:type="dxa" w:w="2132"/>
          </w:tcPr>
          <w:p>
            <w:pPr>
              <w:spacing w:after="0"/>
              <w:jc w:val="right"/>
            </w:pPr>
            <w:r>
              <w:rPr>
                <w:sz w:val="16"/>
              </w:rPr>
              <w:t>1</w:t>
            </w:r>
          </w:p>
        </w:tc>
        <w:tc>
          <w:tcPr>
            <w:tcW w:type="dxa" w:w="2198"/>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$13,933</w:t>
            </w:r>
          </w:p>
        </w:tc>
        <w:tc>
          <w:tcPr>
            <w:tcW w:type="dxa" w:w="1126"/>
          </w:tcPr>
          <w:p>
            <w:pPr>
              <w:spacing w:after="0"/>
              <w:jc w:val="right"/>
            </w:pPr>
            <w:r>
              <w:rPr>
                <w:sz w:val="16"/>
              </w:rPr>
              <w:t>$4,615</w:t>
            </w:r>
          </w:p>
        </w:tc>
        <w:tc>
          <w:tcPr>
            <w:tcW w:type="dxa" w:w="1922"/>
          </w:tcPr>
          <w:p>
            <w:pPr>
              <w:spacing w:after="0"/>
              <w:jc w:val="right"/>
            </w:pPr>
            <w:r>
              <w:rPr>
                <w:sz w:val="16"/>
              </w:rPr>
              <w:t>$5,161</w:t>
            </w:r>
          </w:p>
        </w:tc>
        <w:tc>
          <w:tcPr>
            <w:tcW w:type="dxa" w:w="1193"/>
          </w:tcPr>
          <w:p>
            <w:pPr>
              <w:spacing w:after="0"/>
              <w:jc w:val="right"/>
            </w:pPr>
            <w:r>
              <w:rPr>
                <w:sz w:val="16"/>
              </w:rPr>
              <w:t>$23,708</w:t>
            </w:r>
          </w:p>
        </w:tc>
        <w:tc>
          <w:tcPr>
            <w:tcW w:type="dxa" w:w="2132"/>
          </w:tcPr>
          <w:p>
            <w:pPr>
              <w:spacing w:after="0"/>
              <w:jc w:val="right"/>
            </w:pPr>
            <w:r>
              <w:rPr>
                <w:sz w:val="16"/>
              </w:rPr>
              <w:t>7</w:t>
            </w:r>
          </w:p>
        </w:tc>
        <w:tc>
          <w:tcPr>
            <w:tcW w:type="dxa" w:w="2198"/>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Lightning</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$6,768</w:t>
            </w:r>
          </w:p>
        </w:tc>
        <w:tc>
          <w:tcPr>
            <w:tcW w:type="dxa" w:w="1126"/>
          </w:tcPr>
          <w:p>
            <w:pPr>
              <w:spacing w:after="0"/>
              <w:jc w:val="right"/>
            </w:pPr>
            <w:r>
              <w:rPr>
                <w:sz w:val="16"/>
              </w:rPr>
              <w:t>n/a</w:t>
            </w:r>
          </w:p>
        </w:tc>
        <w:tc>
          <w:tcPr>
            <w:tcW w:type="dxa" w:w="1922"/>
          </w:tcPr>
          <w:p>
            <w:pPr>
              <w:spacing w:after="0"/>
              <w:jc w:val="right"/>
            </w:pPr>
            <w:r>
              <w:rPr>
                <w:sz w:val="16"/>
              </w:rPr>
              <w:t>$15,616</w:t>
            </w:r>
          </w:p>
        </w:tc>
        <w:tc>
          <w:tcPr>
            <w:tcW w:type="dxa" w:w="1193"/>
          </w:tcPr>
          <w:p>
            <w:pPr>
              <w:spacing w:after="0"/>
              <w:jc w:val="right"/>
            </w:pPr>
            <w:r>
              <w:rPr>
                <w:sz w:val="16"/>
              </w:rPr>
              <w:t>$22,384</w:t>
            </w:r>
          </w:p>
        </w:tc>
        <w:tc>
          <w:tcPr>
            <w:tcW w:type="dxa" w:w="2132"/>
          </w:tcPr>
          <w:p>
            <w:pPr>
              <w:spacing w:after="0"/>
              <w:jc w:val="right"/>
            </w:pPr>
            <w:r>
              <w:rPr>
                <w:sz w:val="16"/>
              </w:rPr>
              <w:t>2</w:t>
            </w:r>
          </w:p>
        </w:tc>
        <w:tc>
          <w:tcPr>
            <w:tcW w:type="dxa" w:w="2198"/>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$18,213</w:t>
            </w:r>
          </w:p>
        </w:tc>
        <w:tc>
          <w:tcPr>
            <w:tcW w:type="dxa" w:w="1126"/>
          </w:tcPr>
          <w:p>
            <w:pPr>
              <w:spacing w:after="0"/>
              <w:jc w:val="right"/>
            </w:pPr>
            <w:r>
              <w:rPr>
                <w:sz w:val="16"/>
              </w:rPr>
              <w:t>$3</w:t>
            </w:r>
          </w:p>
        </w:tc>
        <w:tc>
          <w:tcPr>
            <w:tcW w:type="dxa" w:w="1922"/>
          </w:tcPr>
          <w:p>
            <w:pPr>
              <w:spacing w:after="0"/>
              <w:jc w:val="right"/>
            </w:pPr>
            <w:r>
              <w:rPr>
                <w:sz w:val="16"/>
              </w:rPr>
              <w:t>$1,307</w:t>
            </w:r>
          </w:p>
        </w:tc>
        <w:tc>
          <w:tcPr>
            <w:tcW w:type="dxa" w:w="1193"/>
          </w:tcPr>
          <w:p>
            <w:pPr>
              <w:spacing w:after="0"/>
              <w:jc w:val="right"/>
            </w:pPr>
            <w:r>
              <w:rPr>
                <w:sz w:val="16"/>
              </w:rPr>
              <w:t>$19,523</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Winter Weather</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$489</w:t>
            </w:r>
          </w:p>
        </w:tc>
        <w:tc>
          <w:tcPr>
            <w:tcW w:type="dxa" w:w="1126"/>
          </w:tcPr>
          <w:p>
            <w:pPr>
              <w:spacing w:after="0"/>
              <w:jc w:val="right"/>
            </w:pPr>
            <w:r>
              <w:rPr>
                <w:sz w:val="16"/>
              </w:rPr>
              <w:t>$1</w:t>
            </w:r>
          </w:p>
        </w:tc>
        <w:tc>
          <w:tcPr>
            <w:tcW w:type="dxa" w:w="1922"/>
          </w:tcPr>
          <w:p>
            <w:pPr>
              <w:spacing w:after="0"/>
              <w:jc w:val="right"/>
            </w:pPr>
            <w:r>
              <w:rPr>
                <w:sz w:val="16"/>
              </w:rPr>
              <w:t>$2,324</w:t>
            </w:r>
          </w:p>
        </w:tc>
        <w:tc>
          <w:tcPr>
            <w:tcW w:type="dxa" w:w="1193"/>
          </w:tcPr>
          <w:p>
            <w:pPr>
              <w:spacing w:after="0"/>
              <w:jc w:val="right"/>
            </w:pPr>
            <w:r>
              <w:rPr>
                <w:sz w:val="16"/>
              </w:rPr>
              <w:t>$2,814</w:t>
            </w:r>
          </w:p>
        </w:tc>
        <w:tc>
          <w:tcPr>
            <w:tcW w:type="dxa" w:w="2132"/>
          </w:tcPr>
          <w:p>
            <w:pPr>
              <w:spacing w:after="0"/>
              <w:jc w:val="right"/>
            </w:pPr>
            <w:r>
              <w:rPr>
                <w:sz w:val="16"/>
              </w:rPr>
              <w:t>65</w:t>
            </w:r>
          </w:p>
        </w:tc>
        <w:tc>
          <w:tcPr>
            <w:tcW w:type="dxa" w:w="2198"/>
          </w:tcPr>
          <w:p>
            <w:pPr>
              <w:spacing w:after="0"/>
              <w:jc w:val="left"/>
            </w:pPr>
          </w:p>
        </w:tc>
      </w:tr>
      <w:tr>
        <w:trPr>
          <w:cantSplit/>
        </w:trPr>
        <w:tc>
          <w:tcPr>
            <w:tcW w:type="dxa" w:w="723"/>
          </w:tcPr>
          <w:p>
            <w:pPr>
              <w:spacing w:after="0"/>
              <w:jc w:val="right"/>
            </w:pPr>
            <w:r>
              <w:rPr>
                <w:sz w:val="16"/>
              </w:rPr>
              <w:t>15</w:t>
            </w:r>
          </w:p>
        </w:tc>
        <w:tc>
          <w:tcPr>
            <w:tcW w:type="dxa" w:w="1037"/>
          </w:tcPr>
          <w:p>
            <w:pPr>
              <w:spacing w:after="0"/>
              <w:jc w:val="left"/>
            </w:pPr>
            <w:r>
              <w:rPr>
                <w:sz w:val="16"/>
              </w:rPr>
              <w:t>Landslide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922"/>
          </w:tcPr>
          <w:p>
            <w:pPr>
              <w:spacing w:after="0"/>
              <w:jc w:val="right"/>
            </w:pPr>
            <w:r>
              <w:rPr>
                <w:sz w:val="16"/>
              </w:rPr>
              <w:t>under $1</w:t>
            </w:r>
          </w:p>
        </w:tc>
        <w:tc>
          <w:tcPr>
            <w:tcW w:type="dxa" w:w="1193"/>
          </w:tcPr>
          <w:p>
            <w:pPr>
              <w:spacing w:after="0"/>
              <w:jc w:val="right"/>
            </w:pPr>
            <w:r>
              <w:rPr>
                <w:sz w:val="16"/>
              </w:rPr>
              <w:t>$2</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p>
        </w:tc>
        <w:tc>
          <w:tcPr>
            <w:tcW w:type="dxa" w:w="1037"/>
          </w:tcPr>
          <w:p>
            <w:pPr>
              <w:spacing w:after="0"/>
              <w:jc w:val="left"/>
            </w:pPr>
            <w:r>
              <w:rPr>
                <w:sz w:val="16"/>
              </w:rPr>
              <w:t>Tsunami</w:t>
            </w:r>
          </w:p>
        </w:tc>
        <w:tc>
          <w:tcPr>
            <w:tcW w:type="dxa" w:w="1372"/>
          </w:tcPr>
          <w:p>
            <w:pPr>
              <w:spacing w:after="0"/>
              <w:jc w:val="left"/>
            </w:pPr>
            <w:r>
              <w:rPr>
                <w:sz w:val="16"/>
              </w:rPr>
              <w:t>Insufficient Data</w:t>
            </w:r>
          </w:p>
        </w:tc>
        <w:tc>
          <w:tcPr>
            <w:tcW w:type="dxa" w:w="1372"/>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22"/>
          </w:tcPr>
          <w:p>
            <w:pPr>
              <w:spacing w:after="0"/>
              <w:jc w:val="right"/>
            </w:pPr>
            <w:r>
              <w:rPr>
                <w:sz w:val="16"/>
              </w:rPr>
              <w:t>n/a</w:t>
            </w:r>
          </w:p>
        </w:tc>
        <w:tc>
          <w:tcPr>
            <w:tcW w:type="dxa" w:w="1193"/>
          </w:tcPr>
          <w:p>
            <w:pPr>
              <w:spacing w:after="0"/>
              <w:jc w:val="right"/>
            </w:pPr>
            <w:r>
              <w:rPr>
                <w:sz w:val="16"/>
              </w:rPr>
              <w:t>n/a</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9514.01 (Relatively Low, 56.5); tract 9514.02 (Very Low, 41.1); tract 9513.01 (Very Low, 37.5)</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9514.01 (Relatively Moderate, 84.5); tract 9514.02 (Relatively Moderate, 79.7); tract 9513.01 (Relatively Moderate, 79.4)</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9513.01 (Very Low, 45.6); tract 9514.01 (Very Low, 27.6); tract 9513.02 (Very Low, 19.3)</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9514.01 (Relatively Low, 46.7); tract 9513.01 (Relatively Low, 42.7); tract 9514.02 (Relatively Low, 39.5)</w:t>
            </w:r>
          </w:p>
        </w:tc>
      </w:tr>
      <w:tr>
        <w:trPr>
          <w:cantSplit/>
        </w:trPr>
        <w:tc>
          <w:tcPr>
            <w:tcW w:type="dxa" w:w="3241"/>
          </w:tcPr>
          <w:p>
            <w:pPr>
              <w:spacing w:after="0"/>
              <w:jc w:val="left"/>
            </w:pPr>
            <w:r>
              <w:rPr>
                <w:sz w:val="16"/>
              </w:rPr>
              <w:t>Tsunami</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9514.01 (Relatively Low, 83.3); tract 9514.02 (Relatively Low, 81.5); tract 9513.01 (Relatively Low, 79.4)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9514.01 is Census Tract 9514.01).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9"/>
        <w:gridCol w:w="2009"/>
        <w:gridCol w:w="1917"/>
        <w:gridCol w:w="1465"/>
        <w:gridCol w:w="1606"/>
        <w:gridCol w:w="1776"/>
        <w:gridCol w:w="1861"/>
        <w:gridCol w:w="1588"/>
      </w:tblGrid>
      <w:tr>
        <w:trPr>
          <w:cantSplit/>
          <w:tblHeader/>
        </w:trPr>
        <w:tc>
          <w:tcPr>
            <w:tcW w:type="dxa" w:w="1889"/>
            <w:shd w:val="clear" w:color="auto" w:fill="E8E8E8"/>
          </w:tcPr>
          <w:p>
            <w:pPr>
              <w:spacing w:after="0"/>
              <w:jc w:val="left"/>
            </w:pPr>
            <w:r>
              <w:rPr>
                <w:b/>
                <w:sz w:val="16"/>
              </w:rPr>
              <w:t>Hazard</w:t>
            </w:r>
          </w:p>
        </w:tc>
        <w:tc>
          <w:tcPr>
            <w:tcW w:type="dxa" w:w="2009"/>
            <w:shd w:val="clear" w:color="auto" w:fill="E8E8E8"/>
          </w:tcPr>
          <w:p>
            <w:pPr>
              <w:spacing w:after="0"/>
              <w:jc w:val="left"/>
            </w:pPr>
            <w:r>
              <w:rPr>
                <w:b/>
                <w:sz w:val="16"/>
              </w:rPr>
              <w:t>Scale</w:t>
            </w:r>
          </w:p>
        </w:tc>
        <w:tc>
          <w:tcPr>
            <w:tcW w:type="dxa" w:w="19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5"/>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776"/>
            <w:shd w:val="clear" w:color="auto" w:fill="E8E8E8"/>
          </w:tcPr>
          <w:p>
            <w:pPr>
              <w:spacing w:after="0"/>
              <w:jc w:val="left"/>
            </w:pPr>
            <w:r>
              <w:rPr>
                <w:b/>
                <w:sz w:val="16"/>
              </w:rPr>
              <w:t>Most damaging (when different)</w:t>
            </w:r>
          </w:p>
        </w:tc>
        <w:tc>
          <w:tcPr>
            <w:tcW w:type="dxa" w:w="1861"/>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89"/>
          </w:tcPr>
          <w:p>
            <w:pPr>
              <w:spacing w:after="0"/>
              <w:jc w:val="left"/>
            </w:pPr>
            <w:r>
              <w:rPr>
                <w:sz w:val="16"/>
              </w:rPr>
              <w:t>Coastal Flood, Storm Surge/Tide</w:t>
            </w:r>
          </w:p>
        </w:tc>
        <w:tc>
          <w:tcPr>
            <w:tcW w:type="dxa" w:w="2009"/>
          </w:tcPr>
          <w:p>
            <w:pPr>
              <w:spacing w:after="0"/>
              <w:jc w:val="left"/>
            </w:pPr>
            <w:r>
              <w:rPr>
                <w:sz w:val="16"/>
              </w:rPr>
              <w:t>none in data (flood depth: FIRM)</w:t>
            </w:r>
          </w:p>
        </w:tc>
        <w:tc>
          <w:tcPr>
            <w:tcW w:type="dxa" w:w="1917"/>
          </w:tcPr>
          <w:p>
            <w:pPr>
              <w:spacing w:after="0"/>
              <w:jc w:val="right"/>
            </w:pPr>
            <w:r>
              <w:rPr>
                <w:sz w:val="16"/>
              </w:rPr>
              <w:t>14 records, 1998 to 2025 (14 zone-level)</w:t>
            </w:r>
          </w:p>
        </w:tc>
        <w:tc>
          <w:tcPr>
            <w:tcW w:type="dxa" w:w="1465"/>
          </w:tcPr>
          <w:p>
            <w:pPr>
              <w:spacing w:after="0"/>
              <w:jc w:val="left"/>
            </w:pPr>
          </w:p>
        </w:tc>
        <w:tc>
          <w:tcPr>
            <w:tcW w:type="dxa" w:w="1606"/>
          </w:tcPr>
          <w:p>
            <w:pPr>
              <w:spacing w:after="0"/>
              <w:jc w:val="left"/>
            </w:pPr>
            <w:r>
              <w:rPr>
                <w:sz w:val="16"/>
              </w:rPr>
              <w:t>Coastal Flood, 2006-09-01, $5,600,000 property; crops not reported (2006 dollars); NWS zone VAZ086</w:t>
            </w:r>
          </w:p>
        </w:tc>
        <w:tc>
          <w:tcPr>
            <w:tcW w:type="dxa" w:w="1776"/>
          </w:tcPr>
          <w:p>
            <w:pPr>
              <w:spacing w:after="0"/>
              <w:jc w:val="left"/>
            </w:pPr>
          </w:p>
        </w:tc>
        <w:tc>
          <w:tcPr>
            <w:tcW w:type="dxa" w:w="1861"/>
          </w:tcPr>
          <w:p>
            <w:pPr>
              <w:spacing w:after="0"/>
              <w:jc w:val="left"/>
            </w:pPr>
            <w:r>
              <w:rPr>
                <w:sz w:val="16"/>
              </w:rPr>
              <w:t>Countywide (zone-level records).</w:t>
            </w:r>
          </w:p>
        </w:tc>
        <w:tc>
          <w:tcPr>
            <w:tcW w:type="dxa" w:w="1588"/>
          </w:tcPr>
          <w:p>
            <w:pPr>
              <w:spacing w:after="0"/>
              <w:jc w:val="left"/>
            </w:pPr>
            <w:r>
              <w:rPr>
                <w:sz w:val="16"/>
              </w:rPr>
              <w:t>Flood depth: see the FEMA Flood Insurance Rate Map.</w:t>
            </w:r>
          </w:p>
        </w:tc>
      </w:tr>
      <w:tr>
        <w:trPr>
          <w:cantSplit/>
        </w:trPr>
        <w:tc>
          <w:tcPr>
            <w:tcW w:type="dxa" w:w="1889"/>
          </w:tcPr>
          <w:p>
            <w:pPr>
              <w:spacing w:after="0"/>
              <w:jc w:val="left"/>
            </w:pPr>
            <w:r>
              <w:rPr>
                <w:sz w:val="16"/>
              </w:rPr>
              <w:t>Cold/Wind Chill, Extreme Cold/Wind Chill</w:t>
            </w:r>
          </w:p>
        </w:tc>
        <w:tc>
          <w:tcPr>
            <w:tcW w:type="dxa" w:w="2009"/>
          </w:tcPr>
          <w:p>
            <w:pPr>
              <w:spacing w:after="0"/>
              <w:jc w:val="left"/>
            </w:pPr>
            <w:r>
              <w:rPr>
                <w:sz w:val="16"/>
              </w:rPr>
              <w:t>wind chill</w:t>
            </w:r>
          </w:p>
        </w:tc>
        <w:tc>
          <w:tcPr>
            <w:tcW w:type="dxa" w:w="1917"/>
          </w:tcPr>
          <w:p>
            <w:pPr>
              <w:spacing w:after="0"/>
              <w:jc w:val="right"/>
            </w:pPr>
            <w:r>
              <w:rPr>
                <w:sz w:val="16"/>
              </w:rPr>
              <w:t>0</w:t>
            </w:r>
          </w:p>
        </w:tc>
        <w:tc>
          <w:tcPr>
            <w:tcW w:type="dxa" w:w="1465"/>
          </w:tcPr>
          <w:p>
            <w:pPr>
              <w:spacing w:after="0"/>
              <w:jc w:val="left"/>
            </w:pPr>
          </w:p>
        </w:tc>
        <w:tc>
          <w:tcPr>
            <w:tcW w:type="dxa" w:w="1606"/>
          </w:tcPr>
          <w:p>
            <w:pPr>
              <w:spacing w:after="0"/>
              <w:jc w:val="left"/>
            </w:pPr>
          </w:p>
        </w:tc>
        <w:tc>
          <w:tcPr>
            <w:tcW w:type="dxa" w:w="1776"/>
          </w:tcPr>
          <w:p>
            <w:pPr>
              <w:spacing w:after="0"/>
              <w:jc w:val="left"/>
            </w:pPr>
          </w:p>
        </w:tc>
        <w:tc>
          <w:tcPr>
            <w:tcW w:type="dxa" w:w="1861"/>
          </w:tcPr>
          <w:p>
            <w:pPr>
              <w:spacing w:after="0"/>
              <w:jc w:val="left"/>
            </w:pPr>
          </w:p>
        </w:tc>
        <w:tc>
          <w:tcPr>
            <w:tcW w:type="dxa" w:w="1588"/>
          </w:tcPr>
          <w:p>
            <w:pPr>
              <w:spacing w:after="0"/>
              <w:jc w:val="left"/>
            </w:pPr>
          </w:p>
        </w:tc>
      </w:tr>
      <w:tr>
        <w:trPr>
          <w:cantSplit/>
        </w:trPr>
        <w:tc>
          <w:tcPr>
            <w:tcW w:type="dxa" w:w="1889"/>
          </w:tcPr>
          <w:p>
            <w:pPr>
              <w:spacing w:after="0"/>
              <w:jc w:val="left"/>
            </w:pPr>
            <w:r>
              <w:rPr>
                <w:sz w:val="16"/>
              </w:rPr>
              <w:t>Frost/Freeze (outside NRI's Cold Wave definition)</w:t>
            </w:r>
          </w:p>
        </w:tc>
        <w:tc>
          <w:tcPr>
            <w:tcW w:type="dxa" w:w="2009"/>
          </w:tcPr>
          <w:p>
            <w:pPr>
              <w:spacing w:after="0"/>
              <w:jc w:val="left"/>
            </w:pPr>
            <w:r>
              <w:rPr>
                <w:sz w:val="16"/>
              </w:rPr>
              <w:t>crop damage</w:t>
            </w:r>
          </w:p>
        </w:tc>
        <w:tc>
          <w:tcPr>
            <w:tcW w:type="dxa" w:w="1917"/>
          </w:tcPr>
          <w:p>
            <w:pPr>
              <w:spacing w:after="0"/>
              <w:jc w:val="right"/>
            </w:pPr>
            <w:r>
              <w:rPr>
                <w:sz w:val="16"/>
              </w:rPr>
              <w:t>2 records, 2003 to 2016 (2 zone-level)</w:t>
            </w:r>
          </w:p>
        </w:tc>
        <w:tc>
          <w:tcPr>
            <w:tcW w:type="dxa" w:w="1465"/>
          </w:tcPr>
          <w:p>
            <w:pPr>
              <w:spacing w:after="0"/>
              <w:jc w:val="left"/>
            </w:pPr>
          </w:p>
        </w:tc>
        <w:tc>
          <w:tcPr>
            <w:tcW w:type="dxa" w:w="1606"/>
          </w:tcPr>
          <w:p>
            <w:pPr>
              <w:spacing w:after="0"/>
              <w:jc w:val="left"/>
            </w:pPr>
            <w:r>
              <w:rPr>
                <w:sz w:val="16"/>
              </w:rPr>
              <w:t>No crop damage reported in 2 records.</w:t>
            </w:r>
          </w:p>
        </w:tc>
        <w:tc>
          <w:tcPr>
            <w:tcW w:type="dxa" w:w="1776"/>
          </w:tcPr>
          <w:p>
            <w:pPr>
              <w:spacing w:after="0"/>
              <w:jc w:val="left"/>
            </w:pPr>
          </w:p>
        </w:tc>
        <w:tc>
          <w:tcPr>
            <w:tcW w:type="dxa" w:w="1861"/>
          </w:tcPr>
          <w:p>
            <w:pPr>
              <w:spacing w:after="0"/>
              <w:jc w:val="left"/>
            </w:pPr>
            <w:r>
              <w:rPr>
                <w:sz w:val="16"/>
              </w:rPr>
              <w:t>Countywide (zone-level records).</w:t>
            </w:r>
          </w:p>
        </w:tc>
        <w:tc>
          <w:tcPr>
            <w:tcW w:type="dxa" w:w="1588"/>
          </w:tcPr>
          <w:p>
            <w:pPr>
              <w:spacing w:after="0"/>
              <w:jc w:val="left"/>
            </w:pPr>
          </w:p>
        </w:tc>
      </w:tr>
      <w:tr>
        <w:trPr>
          <w:cantSplit/>
        </w:trPr>
        <w:tc>
          <w:tcPr>
            <w:tcW w:type="dxa" w:w="1889"/>
          </w:tcPr>
          <w:p>
            <w:pPr>
              <w:spacing w:after="0"/>
              <w:jc w:val="left"/>
            </w:pPr>
            <w:r>
              <w:rPr>
                <w:sz w:val="16"/>
              </w:rPr>
              <w:t>Drought</w:t>
            </w:r>
          </w:p>
        </w:tc>
        <w:tc>
          <w:tcPr>
            <w:tcW w:type="dxa" w:w="2009"/>
          </w:tcPr>
          <w:p>
            <w:pPr>
              <w:spacing w:after="0"/>
              <w:jc w:val="left"/>
            </w:pPr>
            <w:r>
              <w:rPr>
                <w:sz w:val="16"/>
              </w:rPr>
              <w:t>U.S. Drought Monitor scale (D0 to D4)</w:t>
            </w:r>
          </w:p>
        </w:tc>
        <w:tc>
          <w:tcPr>
            <w:tcW w:type="dxa" w:w="1917"/>
          </w:tcPr>
          <w:p>
            <w:pPr>
              <w:spacing w:after="0"/>
              <w:jc w:val="right"/>
            </w:pPr>
            <w:r>
              <w:rPr>
                <w:sz w:val="16"/>
              </w:rPr>
              <w:t>0</w:t>
            </w:r>
          </w:p>
        </w:tc>
        <w:tc>
          <w:tcPr>
            <w:tcW w:type="dxa" w:w="1465"/>
          </w:tcPr>
          <w:p>
            <w:pPr>
              <w:spacing w:after="0"/>
              <w:jc w:val="left"/>
            </w:pPr>
          </w:p>
        </w:tc>
        <w:tc>
          <w:tcPr>
            <w:tcW w:type="dxa" w:w="1606"/>
          </w:tcPr>
          <w:p>
            <w:pPr>
              <w:spacing w:after="0"/>
              <w:jc w:val="left"/>
            </w:pPr>
          </w:p>
        </w:tc>
        <w:tc>
          <w:tcPr>
            <w:tcW w:type="dxa" w:w="1776"/>
          </w:tcPr>
          <w:p>
            <w:pPr>
              <w:spacing w:after="0"/>
              <w:jc w:val="left"/>
            </w:pPr>
          </w:p>
        </w:tc>
        <w:tc>
          <w:tcPr>
            <w:tcW w:type="dxa" w:w="1861"/>
          </w:tcPr>
          <w:p>
            <w:pPr>
              <w:spacing w:after="0"/>
              <w:jc w:val="left"/>
            </w:pP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9"/>
          </w:tcPr>
          <w:p>
            <w:pPr>
              <w:spacing w:after="0"/>
              <w:jc w:val="left"/>
            </w:pPr>
            <w:r>
              <w:rPr>
                <w:sz w:val="16"/>
              </w:rPr>
              <w:t>Earthquake</w:t>
            </w:r>
          </w:p>
        </w:tc>
        <w:tc>
          <w:tcPr>
            <w:tcW w:type="dxa" w:w="2009"/>
          </w:tcPr>
          <w:p>
            <w:pPr>
              <w:spacing w:after="0"/>
              <w:jc w:val="left"/>
            </w:pPr>
            <w:r>
              <w:rPr>
                <w:sz w:val="16"/>
              </w:rPr>
              <w:t>Modified Mercalli (local data)</w:t>
            </w:r>
          </w:p>
        </w:tc>
        <w:tc>
          <w:tcPr>
            <w:tcW w:type="dxa" w:w="1917"/>
          </w:tcPr>
          <w:p>
            <w:pPr>
              <w:spacing w:after="0"/>
              <w:jc w:val="right"/>
            </w:pPr>
            <w:r>
              <w:rPr>
                <w:sz w:val="16"/>
              </w:rPr>
              <w:t>0</w:t>
            </w:r>
          </w:p>
        </w:tc>
        <w:tc>
          <w:tcPr>
            <w:tcW w:type="dxa" w:w="1465"/>
          </w:tcPr>
          <w:p>
            <w:pPr>
              <w:spacing w:after="0"/>
              <w:jc w:val="left"/>
            </w:pPr>
          </w:p>
        </w:tc>
        <w:tc>
          <w:tcPr>
            <w:tcW w:type="dxa" w:w="1606"/>
          </w:tcPr>
          <w:p>
            <w:pPr>
              <w:spacing w:after="0"/>
              <w:jc w:val="left"/>
            </w:pPr>
          </w:p>
        </w:tc>
        <w:tc>
          <w:tcPr>
            <w:tcW w:type="dxa" w:w="1776"/>
          </w:tcPr>
          <w:p>
            <w:pPr>
              <w:spacing w:after="0"/>
              <w:jc w:val="left"/>
            </w:pPr>
          </w:p>
        </w:tc>
        <w:tc>
          <w:tcPr>
            <w:tcW w:type="dxa" w:w="1861"/>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89"/>
          </w:tcPr>
          <w:p>
            <w:pPr>
              <w:spacing w:after="0"/>
              <w:jc w:val="left"/>
            </w:pPr>
            <w:r>
              <w:rPr>
                <w:sz w:val="16"/>
              </w:rPr>
              <w:t>Hail</w:t>
            </w:r>
          </w:p>
        </w:tc>
        <w:tc>
          <w:tcPr>
            <w:tcW w:type="dxa" w:w="2009"/>
          </w:tcPr>
          <w:p>
            <w:pPr>
              <w:spacing w:after="0"/>
              <w:jc w:val="left"/>
            </w:pPr>
            <w:r>
              <w:rPr>
                <w:sz w:val="16"/>
              </w:rPr>
              <w:t>hail size (inches)</w:t>
            </w:r>
          </w:p>
        </w:tc>
        <w:tc>
          <w:tcPr>
            <w:tcW w:type="dxa" w:w="1917"/>
          </w:tcPr>
          <w:p>
            <w:pPr>
              <w:spacing w:after="0"/>
              <w:jc w:val="right"/>
            </w:pPr>
            <w:r>
              <w:rPr>
                <w:sz w:val="16"/>
              </w:rPr>
              <w:t>8 records, 1957 to 2023</w:t>
            </w:r>
          </w:p>
        </w:tc>
        <w:tc>
          <w:tcPr>
            <w:tcW w:type="dxa" w:w="1465"/>
          </w:tcPr>
          <w:p>
            <w:pPr>
              <w:spacing w:after="0"/>
              <w:jc w:val="left"/>
            </w:pPr>
            <w:r>
              <w:rPr>
                <w:sz w:val="16"/>
              </w:rPr>
              <w:t>0.88 in to 1.25 in (median 1 in); 8 with a recorded value</w:t>
            </w:r>
          </w:p>
        </w:tc>
        <w:tc>
          <w:tcPr>
            <w:tcW w:type="dxa" w:w="1606"/>
          </w:tcPr>
          <w:p>
            <w:pPr>
              <w:spacing w:after="0"/>
              <w:jc w:val="left"/>
            </w:pPr>
            <w:r>
              <w:rPr>
                <w:sz w:val="16"/>
              </w:rPr>
              <w:t>1.25 in hail, 2016-05-02</w:t>
            </w:r>
          </w:p>
        </w:tc>
        <w:tc>
          <w:tcPr>
            <w:tcW w:type="dxa" w:w="1776"/>
          </w:tcPr>
          <w:p>
            <w:pPr>
              <w:spacing w:after="0"/>
              <w:jc w:val="left"/>
            </w:pPr>
          </w:p>
        </w:tc>
        <w:tc>
          <w:tcPr>
            <w:tcW w:type="dxa" w:w="1861"/>
          </w:tcPr>
          <w:p>
            <w:pPr>
              <w:spacing w:after="0"/>
              <w:jc w:val="left"/>
            </w:pPr>
            <w:r>
              <w:rPr>
                <w:sz w:val="16"/>
              </w:rPr>
              <w:t>No event record names a jurisdiction in the plan.</w:t>
            </w:r>
          </w:p>
        </w:tc>
        <w:tc>
          <w:tcPr>
            <w:tcW w:type="dxa" w:w="1588"/>
          </w:tcPr>
          <w:p>
            <w:pPr>
              <w:spacing w:after="0"/>
              <w:jc w:val="left"/>
            </w:pPr>
          </w:p>
        </w:tc>
      </w:tr>
      <w:tr>
        <w:trPr>
          <w:cantSplit/>
        </w:trPr>
        <w:tc>
          <w:tcPr>
            <w:tcW w:type="dxa" w:w="1889"/>
          </w:tcPr>
          <w:p>
            <w:pPr>
              <w:spacing w:after="0"/>
              <w:jc w:val="left"/>
            </w:pPr>
            <w:r>
              <w:rPr>
                <w:sz w:val="16"/>
              </w:rPr>
              <w:t>Excessive Heat, Heat</w:t>
            </w:r>
          </w:p>
        </w:tc>
        <w:tc>
          <w:tcPr>
            <w:tcW w:type="dxa" w:w="2009"/>
          </w:tcPr>
          <w:p>
            <w:pPr>
              <w:spacing w:after="0"/>
              <w:jc w:val="left"/>
            </w:pPr>
            <w:r>
              <w:rPr>
                <w:sz w:val="16"/>
              </w:rPr>
              <w:t>heat index (in event narratives)</w:t>
            </w:r>
          </w:p>
        </w:tc>
        <w:tc>
          <w:tcPr>
            <w:tcW w:type="dxa" w:w="1917"/>
          </w:tcPr>
          <w:p>
            <w:pPr>
              <w:spacing w:after="0"/>
              <w:jc w:val="right"/>
            </w:pPr>
            <w:r>
              <w:rPr>
                <w:sz w:val="16"/>
              </w:rPr>
              <w:t>4 records, 1996 to 2025 (4 zone-level)</w:t>
            </w:r>
          </w:p>
        </w:tc>
        <w:tc>
          <w:tcPr>
            <w:tcW w:type="dxa" w:w="1465"/>
          </w:tcPr>
          <w:p>
            <w:pPr>
              <w:spacing w:after="0"/>
              <w:jc w:val="left"/>
            </w:pPr>
            <w:r>
              <w:rPr>
                <w:sz w:val="16"/>
              </w:rPr>
              <w:t>3 days to 4 days (median 3.5 days); 4 with a recorded value</w:t>
            </w:r>
          </w:p>
        </w:tc>
        <w:tc>
          <w:tcPr>
            <w:tcW w:type="dxa" w:w="1606"/>
          </w:tcPr>
          <w:p>
            <w:pPr>
              <w:spacing w:after="0"/>
              <w:jc w:val="left"/>
            </w:pPr>
            <w:r>
              <w:rPr>
                <w:sz w:val="16"/>
              </w:rPr>
              <w:t>4 consecutive days, 2012-07-05 to 2012-07-08, zone-level</w:t>
            </w:r>
          </w:p>
        </w:tc>
        <w:tc>
          <w:tcPr>
            <w:tcW w:type="dxa" w:w="1776"/>
          </w:tcPr>
          <w:p>
            <w:pPr>
              <w:spacing w:after="0"/>
              <w:jc w:val="left"/>
            </w:pPr>
          </w:p>
        </w:tc>
        <w:tc>
          <w:tcPr>
            <w:tcW w:type="dxa" w:w="1861"/>
          </w:tcPr>
          <w:p>
            <w:pPr>
              <w:spacing w:after="0"/>
              <w:jc w:val="left"/>
            </w:pPr>
            <w:r>
              <w:rPr>
                <w:sz w:val="16"/>
              </w:rPr>
              <w:t>Countywide (zone-level records).</w:t>
            </w:r>
          </w:p>
        </w:tc>
        <w:tc>
          <w:tcPr>
            <w:tcW w:type="dxa" w:w="1588"/>
          </w:tcPr>
          <w:p>
            <w:pPr>
              <w:spacing w:after="0"/>
              <w:jc w:val="left"/>
            </w:pPr>
          </w:p>
        </w:tc>
      </w:tr>
      <w:tr>
        <w:trPr>
          <w:cantSplit/>
        </w:trPr>
        <w:tc>
          <w:tcPr>
            <w:tcW w:type="dxa" w:w="1889"/>
          </w:tcPr>
          <w:p>
            <w:pPr>
              <w:spacing w:after="0"/>
              <w:jc w:val="left"/>
            </w:pPr>
            <w:r>
              <w:rPr>
                <w:sz w:val="16"/>
              </w:rPr>
              <w:t>Hurricane, Tropical Storm, Tropical Depression</w:t>
            </w:r>
          </w:p>
        </w:tc>
        <w:tc>
          <w:tcPr>
            <w:tcW w:type="dxa" w:w="2009"/>
          </w:tcPr>
          <w:p>
            <w:pPr>
              <w:spacing w:after="0"/>
              <w:jc w:val="left"/>
            </w:pPr>
            <w:r>
              <w:rPr>
                <w:sz w:val="16"/>
              </w:rPr>
              <w:t>Saffir-Simpson</w:t>
            </w:r>
          </w:p>
        </w:tc>
        <w:tc>
          <w:tcPr>
            <w:tcW w:type="dxa" w:w="1917"/>
          </w:tcPr>
          <w:p>
            <w:pPr>
              <w:spacing w:after="0"/>
              <w:jc w:val="right"/>
            </w:pPr>
            <w:r>
              <w:rPr>
                <w:sz w:val="16"/>
              </w:rPr>
              <w:t>8 records, 1999 to 2021 (8 zone-level)</w:t>
            </w:r>
          </w:p>
        </w:tc>
        <w:tc>
          <w:tcPr>
            <w:tcW w:type="dxa" w:w="1465"/>
          </w:tcPr>
          <w:p>
            <w:pPr>
              <w:spacing w:after="0"/>
              <w:jc w:val="left"/>
            </w:pPr>
          </w:p>
        </w:tc>
        <w:tc>
          <w:tcPr>
            <w:tcW w:type="dxa" w:w="1606"/>
          </w:tcPr>
          <w:p>
            <w:pPr>
              <w:spacing w:after="0"/>
              <w:jc w:val="left"/>
            </w:pPr>
            <w:r>
              <w:rPr>
                <w:sz w:val="16"/>
              </w:rPr>
              <w:t>Strongest recorded: Hurricane record (NOAA event type 'Hurricane (Typhoon)'), 2003-09-18 to 2003-09-19, $21,000,000 property; $1,000,000 crops (2003 dollars); NWS zone VAZ086</w:t>
            </w:r>
          </w:p>
        </w:tc>
        <w:tc>
          <w:tcPr>
            <w:tcW w:type="dxa" w:w="1776"/>
          </w:tcPr>
          <w:p>
            <w:pPr>
              <w:spacing w:after="0"/>
              <w:jc w:val="left"/>
            </w:pPr>
          </w:p>
        </w:tc>
        <w:tc>
          <w:tcPr>
            <w:tcW w:type="dxa" w:w="1861"/>
          </w:tcPr>
          <w:p>
            <w:pPr>
              <w:spacing w:after="0"/>
              <w:jc w:val="left"/>
            </w:pPr>
            <w:r>
              <w:rPr>
                <w:sz w:val="16"/>
              </w:rPr>
              <w:t>Countywide (zone-level records).</w:t>
            </w: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9"/>
          </w:tcPr>
          <w:p>
            <w:pPr>
              <w:spacing w:after="0"/>
              <w:jc w:val="left"/>
            </w:pPr>
            <w:r>
              <w:rPr>
                <w:sz w:val="16"/>
              </w:rPr>
              <w:t>Ice Storm</w:t>
            </w:r>
          </w:p>
        </w:tc>
        <w:tc>
          <w:tcPr>
            <w:tcW w:type="dxa" w:w="2009"/>
          </w:tcPr>
          <w:p>
            <w:pPr>
              <w:spacing w:after="0"/>
              <w:jc w:val="left"/>
            </w:pPr>
            <w:r>
              <w:rPr>
                <w:sz w:val="16"/>
              </w:rPr>
              <w:t>Sperry-Piltz ice scale (local data)</w:t>
            </w:r>
          </w:p>
        </w:tc>
        <w:tc>
          <w:tcPr>
            <w:tcW w:type="dxa" w:w="1917"/>
          </w:tcPr>
          <w:p>
            <w:pPr>
              <w:spacing w:after="0"/>
              <w:jc w:val="right"/>
            </w:pPr>
            <w:r>
              <w:rPr>
                <w:sz w:val="16"/>
              </w:rPr>
              <w:t>1 record, 1998 (1 zone-level)</w:t>
            </w:r>
          </w:p>
        </w:tc>
        <w:tc>
          <w:tcPr>
            <w:tcW w:type="dxa" w:w="1465"/>
          </w:tcPr>
          <w:p>
            <w:pPr>
              <w:spacing w:after="0"/>
              <w:jc w:val="left"/>
            </w:pPr>
          </w:p>
        </w:tc>
        <w:tc>
          <w:tcPr>
            <w:tcW w:type="dxa" w:w="1606"/>
          </w:tcPr>
          <w:p>
            <w:pPr>
              <w:spacing w:after="0"/>
              <w:jc w:val="left"/>
            </w:pPr>
            <w:r>
              <w:rPr>
                <w:sz w:val="16"/>
              </w:rPr>
              <w:t>No damage reported in 1 record.</w:t>
            </w:r>
          </w:p>
        </w:tc>
        <w:tc>
          <w:tcPr>
            <w:tcW w:type="dxa" w:w="1776"/>
          </w:tcPr>
          <w:p>
            <w:pPr>
              <w:spacing w:after="0"/>
              <w:jc w:val="left"/>
            </w:pPr>
          </w:p>
        </w:tc>
        <w:tc>
          <w:tcPr>
            <w:tcW w:type="dxa" w:w="1861"/>
          </w:tcPr>
          <w:p>
            <w:pPr>
              <w:spacing w:after="0"/>
              <w:jc w:val="left"/>
            </w:pPr>
            <w:r>
              <w:rPr>
                <w:sz w:val="16"/>
              </w:rPr>
              <w:t>Countywide (zone-level records).</w:t>
            </w:r>
          </w:p>
        </w:tc>
        <w:tc>
          <w:tcPr>
            <w:tcW w:type="dxa" w:w="1588"/>
          </w:tcPr>
          <w:p>
            <w:pPr>
              <w:spacing w:after="0"/>
              <w:jc w:val="left"/>
            </w:pPr>
          </w:p>
        </w:tc>
      </w:tr>
      <w:tr>
        <w:trPr>
          <w:cantSplit/>
        </w:trPr>
        <w:tc>
          <w:tcPr>
            <w:tcW w:type="dxa" w:w="1889"/>
          </w:tcPr>
          <w:p>
            <w:pPr>
              <w:spacing w:after="0"/>
              <w:jc w:val="left"/>
            </w:pPr>
            <w:r>
              <w:rPr>
                <w:sz w:val="16"/>
              </w:rPr>
              <w:t>Flash Flood, Flood, Lakeshore Flood</w:t>
            </w:r>
          </w:p>
        </w:tc>
        <w:tc>
          <w:tcPr>
            <w:tcW w:type="dxa" w:w="2009"/>
          </w:tcPr>
          <w:p>
            <w:pPr>
              <w:spacing w:after="0"/>
              <w:jc w:val="left"/>
            </w:pPr>
            <w:r>
              <w:rPr>
                <w:sz w:val="16"/>
              </w:rPr>
              <w:t>damage and flood days (flood depth: FIRM)</w:t>
            </w:r>
          </w:p>
        </w:tc>
        <w:tc>
          <w:tcPr>
            <w:tcW w:type="dxa" w:w="1917"/>
          </w:tcPr>
          <w:p>
            <w:pPr>
              <w:spacing w:after="0"/>
              <w:jc w:val="right"/>
            </w:pPr>
            <w:r>
              <w:rPr>
                <w:sz w:val="16"/>
              </w:rPr>
              <w:t>13 records, 1996 to 2022</w:t>
            </w:r>
          </w:p>
        </w:tc>
        <w:tc>
          <w:tcPr>
            <w:tcW w:type="dxa" w:w="1465"/>
          </w:tcPr>
          <w:p>
            <w:pPr>
              <w:spacing w:after="0"/>
              <w:jc w:val="left"/>
            </w:pPr>
          </w:p>
        </w:tc>
        <w:tc>
          <w:tcPr>
            <w:tcW w:type="dxa" w:w="1606"/>
          </w:tcPr>
          <w:p>
            <w:pPr>
              <w:spacing w:after="0"/>
              <w:jc w:val="left"/>
            </w:pPr>
            <w:r>
              <w:rPr>
                <w:sz w:val="16"/>
              </w:rPr>
              <w:t>Flood, 1996-08-03, $2,000 property; crops not reported (1996 dollars)</w:t>
            </w:r>
          </w:p>
        </w:tc>
        <w:tc>
          <w:tcPr>
            <w:tcW w:type="dxa" w:w="1776"/>
          </w:tcPr>
          <w:p>
            <w:pPr>
              <w:spacing w:after="0"/>
              <w:jc w:val="left"/>
            </w:pPr>
          </w:p>
        </w:tc>
        <w:tc>
          <w:tcPr>
            <w:tcW w:type="dxa" w:w="1861"/>
          </w:tcPr>
          <w:p>
            <w:pPr>
              <w:spacing w:after="0"/>
              <w:jc w:val="left"/>
            </w:pPr>
            <w:r>
              <w:rPr>
                <w:sz w:val="16"/>
              </w:rPr>
              <w:t>No event record names a jurisdiction in the plan.</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9"/>
          </w:tcPr>
          <w:p>
            <w:pPr>
              <w:spacing w:after="0"/>
              <w:jc w:val="left"/>
            </w:pPr>
            <w:r>
              <w:rPr>
                <w:sz w:val="16"/>
              </w:rPr>
              <w:t>Debris Flow</w:t>
            </w:r>
          </w:p>
        </w:tc>
        <w:tc>
          <w:tcPr>
            <w:tcW w:type="dxa" w:w="2009"/>
          </w:tcPr>
          <w:p>
            <w:pPr>
              <w:spacing w:after="0"/>
              <w:jc w:val="left"/>
            </w:pPr>
            <w:r>
              <w:rPr>
                <w:sz w:val="16"/>
              </w:rPr>
              <w:t>none (count and damage only)</w:t>
            </w:r>
          </w:p>
        </w:tc>
        <w:tc>
          <w:tcPr>
            <w:tcW w:type="dxa" w:w="1917"/>
          </w:tcPr>
          <w:p>
            <w:pPr>
              <w:spacing w:after="0"/>
              <w:jc w:val="right"/>
            </w:pPr>
            <w:r>
              <w:rPr>
                <w:sz w:val="16"/>
              </w:rPr>
              <w:t>0</w:t>
            </w:r>
          </w:p>
        </w:tc>
        <w:tc>
          <w:tcPr>
            <w:tcW w:type="dxa" w:w="1465"/>
          </w:tcPr>
          <w:p>
            <w:pPr>
              <w:spacing w:after="0"/>
              <w:jc w:val="left"/>
            </w:pPr>
          </w:p>
        </w:tc>
        <w:tc>
          <w:tcPr>
            <w:tcW w:type="dxa" w:w="1606"/>
          </w:tcPr>
          <w:p>
            <w:pPr>
              <w:spacing w:after="0"/>
              <w:jc w:val="left"/>
            </w:pPr>
          </w:p>
        </w:tc>
        <w:tc>
          <w:tcPr>
            <w:tcW w:type="dxa" w:w="1776"/>
          </w:tcPr>
          <w:p>
            <w:pPr>
              <w:spacing w:after="0"/>
              <w:jc w:val="left"/>
            </w:pPr>
          </w:p>
        </w:tc>
        <w:tc>
          <w:tcPr>
            <w:tcW w:type="dxa" w:w="1861"/>
          </w:tcPr>
          <w:p>
            <w:pPr>
              <w:spacing w:after="0"/>
              <w:jc w:val="left"/>
            </w:pPr>
          </w:p>
        </w:tc>
        <w:tc>
          <w:tcPr>
            <w:tcW w:type="dxa" w:w="1588"/>
          </w:tcPr>
          <w:p>
            <w:pPr>
              <w:spacing w:after="0"/>
              <w:jc w:val="left"/>
            </w:pPr>
          </w:p>
        </w:tc>
      </w:tr>
      <w:tr>
        <w:trPr>
          <w:cantSplit/>
        </w:trPr>
        <w:tc>
          <w:tcPr>
            <w:tcW w:type="dxa" w:w="1889"/>
          </w:tcPr>
          <w:p>
            <w:pPr>
              <w:spacing w:after="0"/>
              <w:jc w:val="left"/>
            </w:pPr>
            <w:r>
              <w:rPr>
                <w:sz w:val="16"/>
              </w:rPr>
              <w:t>Lightning</w:t>
            </w:r>
          </w:p>
        </w:tc>
        <w:tc>
          <w:tcPr>
            <w:tcW w:type="dxa" w:w="2009"/>
          </w:tcPr>
          <w:p>
            <w:pPr>
              <w:spacing w:after="0"/>
              <w:jc w:val="left"/>
            </w:pPr>
            <w:r>
              <w:rPr>
                <w:sz w:val="16"/>
              </w:rPr>
              <w:t>annualized frequency (the measure FEMA's Local Mitigation Planning Handbook names)</w:t>
            </w:r>
          </w:p>
        </w:tc>
        <w:tc>
          <w:tcPr>
            <w:tcW w:type="dxa" w:w="1917"/>
          </w:tcPr>
          <w:p>
            <w:pPr>
              <w:spacing w:after="0"/>
              <w:jc w:val="right"/>
            </w:pPr>
            <w:r>
              <w:rPr>
                <w:sz w:val="16"/>
              </w:rPr>
              <w:t>2 records, 2000 to 2003</w:t>
            </w:r>
          </w:p>
        </w:tc>
        <w:tc>
          <w:tcPr>
            <w:tcW w:type="dxa" w:w="1465"/>
          </w:tcPr>
          <w:p>
            <w:pPr>
              <w:spacing w:after="0"/>
              <w:jc w:val="left"/>
            </w:pPr>
          </w:p>
        </w:tc>
        <w:tc>
          <w:tcPr>
            <w:tcW w:type="dxa" w:w="1606"/>
          </w:tcPr>
          <w:p>
            <w:pPr>
              <w:spacing w:after="0"/>
              <w:jc w:val="left"/>
            </w:pPr>
            <w:r>
              <w:rPr>
                <w:sz w:val="16"/>
              </w:rPr>
              <w:t>Lightning, 2000-08-06, $75,000 property; $0 crops (2000 dollars)</w:t>
            </w:r>
          </w:p>
        </w:tc>
        <w:tc>
          <w:tcPr>
            <w:tcW w:type="dxa" w:w="1776"/>
          </w:tcPr>
          <w:p>
            <w:pPr>
              <w:spacing w:after="0"/>
              <w:jc w:val="left"/>
            </w:pPr>
          </w:p>
        </w:tc>
        <w:tc>
          <w:tcPr>
            <w:tcW w:type="dxa" w:w="1861"/>
          </w:tcPr>
          <w:p>
            <w:pPr>
              <w:spacing w:after="0"/>
              <w:jc w:val="left"/>
            </w:pPr>
            <w:r>
              <w:rPr>
                <w:sz w:val="16"/>
              </w:rPr>
              <w:t>No event record names a jurisdiction in the plan.</w:t>
            </w:r>
          </w:p>
        </w:tc>
        <w:tc>
          <w:tcPr>
            <w:tcW w:type="dxa" w:w="1588"/>
          </w:tcPr>
          <w:p>
            <w:pPr>
              <w:spacing w:after="0"/>
              <w:jc w:val="left"/>
            </w:pPr>
            <w:r>
              <w:rPr>
                <w:sz w:val="16"/>
              </w:rPr>
              <w:t>Storm Events lists lightning with damage or casualties.</w:t>
            </w:r>
          </w:p>
        </w:tc>
      </w:tr>
      <w:tr>
        <w:trPr>
          <w:cantSplit/>
        </w:trPr>
        <w:tc>
          <w:tcPr>
            <w:tcW w:type="dxa" w:w="1889"/>
          </w:tcPr>
          <w:p>
            <w:pPr>
              <w:spacing w:after="0"/>
              <w:jc w:val="left"/>
            </w:pPr>
            <w:r>
              <w:rPr>
                <w:sz w:val="16"/>
              </w:rPr>
              <w:t>High Wind and Strong Wind (outside NRI's Strong Wind definition)</w:t>
            </w:r>
          </w:p>
        </w:tc>
        <w:tc>
          <w:tcPr>
            <w:tcW w:type="dxa" w:w="2009"/>
          </w:tcPr>
          <w:p>
            <w:pPr>
              <w:spacing w:after="0"/>
              <w:jc w:val="left"/>
            </w:pPr>
            <w:r>
              <w:rPr>
                <w:sz w:val="16"/>
              </w:rPr>
              <w:t>wind speed (kt and mph)</w:t>
            </w:r>
          </w:p>
        </w:tc>
        <w:tc>
          <w:tcPr>
            <w:tcW w:type="dxa" w:w="1917"/>
          </w:tcPr>
          <w:p>
            <w:pPr>
              <w:spacing w:after="0"/>
              <w:jc w:val="right"/>
            </w:pPr>
            <w:r>
              <w:rPr>
                <w:sz w:val="16"/>
              </w:rPr>
              <w:t>7 records, 2003 to 2026 (7 zone-level)</w:t>
            </w:r>
          </w:p>
        </w:tc>
        <w:tc>
          <w:tcPr>
            <w:tcW w:type="dxa" w:w="1465"/>
          </w:tcPr>
          <w:p>
            <w:pPr>
              <w:spacing w:after="0"/>
              <w:jc w:val="left"/>
            </w:pPr>
            <w:r>
              <w:rPr>
                <w:sz w:val="16"/>
              </w:rPr>
              <w:t>35 kt (40 mph) to 50 kt (58 mph) (median 45 kt (52 mph)); 7 with a recorded value</w:t>
            </w:r>
          </w:p>
        </w:tc>
        <w:tc>
          <w:tcPr>
            <w:tcW w:type="dxa" w:w="1606"/>
          </w:tcPr>
          <w:p>
            <w:pPr>
              <w:spacing w:after="0"/>
              <w:jc w:val="left"/>
            </w:pPr>
            <w:r>
              <w:rPr>
                <w:sz w:val="16"/>
              </w:rPr>
              <w:t>50 kt (58 mph) estimated gust, High Wind, 2018-10-11; same speed and measurement basis also recorded on 2012-10-29, 2018-03-02; NWS zone VAZ086</w:t>
            </w:r>
          </w:p>
        </w:tc>
        <w:tc>
          <w:tcPr>
            <w:tcW w:type="dxa" w:w="1776"/>
          </w:tcPr>
          <w:p>
            <w:pPr>
              <w:spacing w:after="0"/>
              <w:jc w:val="left"/>
            </w:pPr>
            <w:r>
              <w:rPr>
                <w:sz w:val="16"/>
              </w:rPr>
              <w:t>High Wind, 2006-09-01, $3,000,000 property; crops not reported (zone total, 2006 dollars)</w:t>
            </w:r>
          </w:p>
        </w:tc>
        <w:tc>
          <w:tcPr>
            <w:tcW w:type="dxa" w:w="1861"/>
          </w:tcPr>
          <w:p>
            <w:pPr>
              <w:spacing w:after="0"/>
              <w:jc w:val="left"/>
            </w:pPr>
            <w:r>
              <w:rPr>
                <w:sz w:val="16"/>
              </w:rPr>
              <w:t>Countywide (zone-level records).</w:t>
            </w:r>
          </w:p>
        </w:tc>
        <w:tc>
          <w:tcPr>
            <w:tcW w:type="dxa" w:w="1588"/>
          </w:tcPr>
          <w:p>
            <w:pPr>
              <w:spacing w:after="0"/>
              <w:jc w:val="left"/>
            </w:pPr>
          </w:p>
        </w:tc>
      </w:tr>
      <w:tr>
        <w:trPr>
          <w:cantSplit/>
        </w:trPr>
        <w:tc>
          <w:tcPr>
            <w:tcW w:type="dxa" w:w="1889"/>
          </w:tcPr>
          <w:p>
            <w:pPr>
              <w:spacing w:after="0"/>
              <w:jc w:val="left"/>
            </w:pPr>
            <w:r>
              <w:rPr>
                <w:sz w:val="16"/>
              </w:rPr>
              <w:t>Thunderstorm Wind</w:t>
            </w:r>
          </w:p>
        </w:tc>
        <w:tc>
          <w:tcPr>
            <w:tcW w:type="dxa" w:w="2009"/>
          </w:tcPr>
          <w:p>
            <w:pPr>
              <w:spacing w:after="0"/>
              <w:jc w:val="left"/>
            </w:pPr>
            <w:r>
              <w:rPr>
                <w:sz w:val="16"/>
              </w:rPr>
              <w:t>wind speed (kt and mph)</w:t>
            </w:r>
          </w:p>
        </w:tc>
        <w:tc>
          <w:tcPr>
            <w:tcW w:type="dxa" w:w="1917"/>
          </w:tcPr>
          <w:p>
            <w:pPr>
              <w:spacing w:after="0"/>
              <w:jc w:val="right"/>
            </w:pPr>
            <w:r>
              <w:rPr>
                <w:sz w:val="16"/>
              </w:rPr>
              <w:t>57 records, 1976 to 2025</w:t>
            </w:r>
          </w:p>
        </w:tc>
        <w:tc>
          <w:tcPr>
            <w:tcW w:type="dxa" w:w="1465"/>
          </w:tcPr>
          <w:p>
            <w:pPr>
              <w:spacing w:after="0"/>
              <w:jc w:val="left"/>
            </w:pPr>
            <w:r>
              <w:rPr>
                <w:sz w:val="16"/>
              </w:rPr>
              <w:t>50 kt (58 mph) to 74 kt (85 mph) (median 50 kt (58 mph)); 35 with a recorded value</w:t>
            </w:r>
          </w:p>
        </w:tc>
        <w:tc>
          <w:tcPr>
            <w:tcW w:type="dxa" w:w="1606"/>
          </w:tcPr>
          <w:p>
            <w:pPr>
              <w:spacing w:after="0"/>
              <w:jc w:val="left"/>
            </w:pPr>
            <w:r>
              <w:rPr>
                <w:sz w:val="16"/>
              </w:rPr>
              <w:t>74 kt (85 mph), measurement type not recorded, Thunderstorm Wind, 1988-08-19</w:t>
            </w:r>
          </w:p>
        </w:tc>
        <w:tc>
          <w:tcPr>
            <w:tcW w:type="dxa" w:w="1776"/>
          </w:tcPr>
          <w:p>
            <w:pPr>
              <w:spacing w:after="0"/>
              <w:jc w:val="left"/>
            </w:pPr>
            <w:r>
              <w:rPr>
                <w:sz w:val="16"/>
              </w:rPr>
              <w:t>Thunderstorm Wind, 2025-03-05, $20,000 property; $0 crops (2025 dollars)</w:t>
            </w:r>
          </w:p>
        </w:tc>
        <w:tc>
          <w:tcPr>
            <w:tcW w:type="dxa" w:w="1861"/>
          </w:tcPr>
          <w:p>
            <w:pPr>
              <w:spacing w:after="0"/>
              <w:jc w:val="left"/>
            </w:pPr>
            <w:r>
              <w:rPr>
                <w:sz w:val="16"/>
              </w:rPr>
              <w:t>No event record names a jurisdiction in the plan.</w:t>
            </w:r>
          </w:p>
        </w:tc>
        <w:tc>
          <w:tcPr>
            <w:tcW w:type="dxa" w:w="1588"/>
          </w:tcPr>
          <w:p>
            <w:pPr>
              <w:spacing w:after="0"/>
              <w:jc w:val="left"/>
            </w:pPr>
          </w:p>
        </w:tc>
      </w:tr>
      <w:tr>
        <w:trPr>
          <w:cantSplit/>
        </w:trPr>
        <w:tc>
          <w:tcPr>
            <w:tcW w:type="dxa" w:w="1889"/>
          </w:tcPr>
          <w:p>
            <w:pPr>
              <w:spacing w:after="0"/>
              <w:jc w:val="left"/>
            </w:pPr>
            <w:r>
              <w:rPr>
                <w:sz w:val="16"/>
              </w:rPr>
              <w:t>Tornado</w:t>
            </w:r>
          </w:p>
        </w:tc>
        <w:tc>
          <w:tcPr>
            <w:tcW w:type="dxa" w:w="2009"/>
          </w:tcPr>
          <w:p>
            <w:pPr>
              <w:spacing w:after="0"/>
              <w:jc w:val="left"/>
            </w:pPr>
            <w:r>
              <w:rPr>
                <w:sz w:val="16"/>
              </w:rPr>
              <w:t>Enhanced Fujita (Fujita before Feb 2007)</w:t>
            </w:r>
          </w:p>
        </w:tc>
        <w:tc>
          <w:tcPr>
            <w:tcW w:type="dxa" w:w="1917"/>
          </w:tcPr>
          <w:p>
            <w:pPr>
              <w:spacing w:after="0"/>
              <w:jc w:val="right"/>
            </w:pPr>
            <w:r>
              <w:rPr>
                <w:sz w:val="16"/>
              </w:rPr>
              <w:t>7 records, 1975 to 2012</w:t>
            </w:r>
          </w:p>
        </w:tc>
        <w:tc>
          <w:tcPr>
            <w:tcW w:type="dxa" w:w="1465"/>
          </w:tcPr>
          <w:p>
            <w:pPr>
              <w:spacing w:after="0"/>
              <w:jc w:val="left"/>
            </w:pPr>
            <w:r>
              <w:rPr>
                <w:sz w:val="16"/>
              </w:rPr>
              <w:t>F/EF0 to F/EF3 (median F/EF1); 7 with a recorded value</w:t>
            </w:r>
          </w:p>
        </w:tc>
        <w:tc>
          <w:tcPr>
            <w:tcW w:type="dxa" w:w="1606"/>
          </w:tcPr>
          <w:p>
            <w:pPr>
              <w:spacing w:after="0"/>
              <w:jc w:val="left"/>
            </w:pPr>
            <w:r>
              <w:rPr>
                <w:sz w:val="16"/>
              </w:rPr>
              <w:t>EF3 tornado, 2011-04-16, 1.25 mi within this county, 500 yd wide, $5,000 property; $0 crops (2011 dollars)</w:t>
            </w:r>
          </w:p>
        </w:tc>
        <w:tc>
          <w:tcPr>
            <w:tcW w:type="dxa" w:w="1776"/>
          </w:tcPr>
          <w:p>
            <w:pPr>
              <w:spacing w:after="0"/>
              <w:jc w:val="left"/>
            </w:pPr>
            <w:r>
              <w:rPr>
                <w:sz w:val="16"/>
              </w:rPr>
              <w:t>Tornado, 1989-03-30, $250,000 property; crops not recorded (1989 dollars)</w:t>
            </w:r>
          </w:p>
        </w:tc>
        <w:tc>
          <w:tcPr>
            <w:tcW w:type="dxa" w:w="1861"/>
          </w:tcPr>
          <w:p>
            <w:pPr>
              <w:spacing w:after="0"/>
              <w:jc w:val="left"/>
            </w:pPr>
            <w:r>
              <w:rPr>
                <w:sz w:val="16"/>
              </w:rPr>
              <w:t>No event record names a jurisdiction in the plan.</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9"/>
          </w:tcPr>
          <w:p>
            <w:pPr>
              <w:spacing w:after="0"/>
              <w:jc w:val="left"/>
            </w:pPr>
            <w:r>
              <w:rPr>
                <w:sz w:val="16"/>
              </w:rPr>
              <w:t>Tsunami</w:t>
            </w:r>
          </w:p>
        </w:tc>
        <w:tc>
          <w:tcPr>
            <w:tcW w:type="dxa" w:w="2009"/>
          </w:tcPr>
          <w:p>
            <w:pPr>
              <w:spacing w:after="0"/>
              <w:jc w:val="left"/>
            </w:pPr>
            <w:r>
              <w:rPr>
                <w:sz w:val="16"/>
              </w:rPr>
              <w:t>none (count and damage only)</w:t>
            </w:r>
          </w:p>
        </w:tc>
        <w:tc>
          <w:tcPr>
            <w:tcW w:type="dxa" w:w="1917"/>
          </w:tcPr>
          <w:p>
            <w:pPr>
              <w:spacing w:after="0"/>
              <w:jc w:val="right"/>
            </w:pPr>
            <w:r>
              <w:rPr>
                <w:sz w:val="16"/>
              </w:rPr>
              <w:t>0</w:t>
            </w:r>
          </w:p>
        </w:tc>
        <w:tc>
          <w:tcPr>
            <w:tcW w:type="dxa" w:w="1465"/>
          </w:tcPr>
          <w:p>
            <w:pPr>
              <w:spacing w:after="0"/>
              <w:jc w:val="left"/>
            </w:pPr>
          </w:p>
        </w:tc>
        <w:tc>
          <w:tcPr>
            <w:tcW w:type="dxa" w:w="1606"/>
          </w:tcPr>
          <w:p>
            <w:pPr>
              <w:spacing w:after="0"/>
              <w:jc w:val="left"/>
            </w:pPr>
          </w:p>
        </w:tc>
        <w:tc>
          <w:tcPr>
            <w:tcW w:type="dxa" w:w="1776"/>
          </w:tcPr>
          <w:p>
            <w:pPr>
              <w:spacing w:after="0"/>
              <w:jc w:val="left"/>
            </w:pPr>
          </w:p>
        </w:tc>
        <w:tc>
          <w:tcPr>
            <w:tcW w:type="dxa" w:w="1861"/>
          </w:tcPr>
          <w:p>
            <w:pPr>
              <w:spacing w:after="0"/>
              <w:jc w:val="left"/>
            </w:pPr>
          </w:p>
        </w:tc>
        <w:tc>
          <w:tcPr>
            <w:tcW w:type="dxa" w:w="1588"/>
          </w:tcPr>
          <w:p>
            <w:pPr>
              <w:spacing w:after="0"/>
              <w:jc w:val="left"/>
            </w:pPr>
          </w:p>
        </w:tc>
      </w:tr>
      <w:tr>
        <w:trPr>
          <w:cantSplit/>
        </w:trPr>
        <w:tc>
          <w:tcPr>
            <w:tcW w:type="dxa" w:w="1889"/>
          </w:tcPr>
          <w:p>
            <w:pPr>
              <w:spacing w:after="0"/>
              <w:jc w:val="left"/>
            </w:pPr>
            <w:r>
              <w:rPr>
                <w:sz w:val="16"/>
              </w:rPr>
              <w:t>Wildfire</w:t>
            </w:r>
          </w:p>
        </w:tc>
        <w:tc>
          <w:tcPr>
            <w:tcW w:type="dxa" w:w="2009"/>
          </w:tcPr>
          <w:p>
            <w:pPr>
              <w:spacing w:after="0"/>
              <w:jc w:val="left"/>
            </w:pPr>
            <w:r>
              <w:rPr>
                <w:sz w:val="16"/>
              </w:rPr>
              <w:t>acres burned (local data)</w:t>
            </w:r>
          </w:p>
        </w:tc>
        <w:tc>
          <w:tcPr>
            <w:tcW w:type="dxa" w:w="1917"/>
          </w:tcPr>
          <w:p>
            <w:pPr>
              <w:spacing w:after="0"/>
              <w:jc w:val="right"/>
            </w:pPr>
            <w:r>
              <w:rPr>
                <w:sz w:val="16"/>
              </w:rPr>
              <w:t>0</w:t>
            </w:r>
          </w:p>
        </w:tc>
        <w:tc>
          <w:tcPr>
            <w:tcW w:type="dxa" w:w="1465"/>
          </w:tcPr>
          <w:p>
            <w:pPr>
              <w:spacing w:after="0"/>
              <w:jc w:val="left"/>
            </w:pPr>
          </w:p>
        </w:tc>
        <w:tc>
          <w:tcPr>
            <w:tcW w:type="dxa" w:w="1606"/>
          </w:tcPr>
          <w:p>
            <w:pPr>
              <w:spacing w:after="0"/>
              <w:jc w:val="left"/>
            </w:pPr>
          </w:p>
        </w:tc>
        <w:tc>
          <w:tcPr>
            <w:tcW w:type="dxa" w:w="1776"/>
          </w:tcPr>
          <w:p>
            <w:pPr>
              <w:spacing w:after="0"/>
              <w:jc w:val="left"/>
            </w:pPr>
          </w:p>
        </w:tc>
        <w:tc>
          <w:tcPr>
            <w:tcW w:type="dxa" w:w="1861"/>
          </w:tcPr>
          <w:p>
            <w:pPr>
              <w:spacing w:after="0"/>
              <w:jc w:val="left"/>
            </w:pPr>
          </w:p>
        </w:tc>
        <w:tc>
          <w:tcPr>
            <w:tcW w:type="dxa" w:w="1588"/>
          </w:tcPr>
          <w:p>
            <w:pPr>
              <w:spacing w:after="0"/>
              <w:jc w:val="left"/>
            </w:pPr>
          </w:p>
        </w:tc>
      </w:tr>
      <w:tr>
        <w:trPr>
          <w:cantSplit/>
        </w:trPr>
        <w:tc>
          <w:tcPr>
            <w:tcW w:type="dxa" w:w="1889"/>
          </w:tcPr>
          <w:p>
            <w:pPr>
              <w:spacing w:after="0"/>
              <w:jc w:val="left"/>
            </w:pPr>
            <w:r>
              <w:rPr>
                <w:sz w:val="16"/>
              </w:rPr>
              <w:t>Winter Storm, Heavy Snow, Blizzard, Lake-Effect Snow, Winter Weather, Sleet</w:t>
            </w:r>
          </w:p>
        </w:tc>
        <w:tc>
          <w:tcPr>
            <w:tcW w:type="dxa" w:w="2009"/>
          </w:tcPr>
          <w:p>
            <w:pPr>
              <w:spacing w:after="0"/>
              <w:jc w:val="left"/>
            </w:pPr>
            <w:r>
              <w:rPr>
                <w:sz w:val="16"/>
              </w:rPr>
              <w:t>none in data (snowfall: local data)</w:t>
            </w:r>
          </w:p>
        </w:tc>
        <w:tc>
          <w:tcPr>
            <w:tcW w:type="dxa" w:w="1917"/>
          </w:tcPr>
          <w:p>
            <w:pPr>
              <w:spacing w:after="0"/>
              <w:jc w:val="right"/>
            </w:pPr>
            <w:r>
              <w:rPr>
                <w:sz w:val="16"/>
              </w:rPr>
              <w:t>65 records, 1996 to 2025 (65 zone-level)</w:t>
            </w:r>
          </w:p>
        </w:tc>
        <w:tc>
          <w:tcPr>
            <w:tcW w:type="dxa" w:w="1465"/>
          </w:tcPr>
          <w:p>
            <w:pPr>
              <w:spacing w:after="0"/>
              <w:jc w:val="left"/>
            </w:pPr>
          </w:p>
        </w:tc>
        <w:tc>
          <w:tcPr>
            <w:tcW w:type="dxa" w:w="1606"/>
          </w:tcPr>
          <w:p>
            <w:pPr>
              <w:spacing w:after="0"/>
              <w:jc w:val="left"/>
            </w:pPr>
            <w:r>
              <w:rPr>
                <w:sz w:val="16"/>
              </w:rPr>
              <w:t>Winter Weather, 2021-02-13, $20,000 property; $0 crops (2021 dollars); NWS zone VAZ086</w:t>
            </w:r>
          </w:p>
        </w:tc>
        <w:tc>
          <w:tcPr>
            <w:tcW w:type="dxa" w:w="1776"/>
          </w:tcPr>
          <w:p>
            <w:pPr>
              <w:spacing w:after="0"/>
              <w:jc w:val="left"/>
            </w:pPr>
          </w:p>
        </w:tc>
        <w:tc>
          <w:tcPr>
            <w:tcW w:type="dxa" w:w="1861"/>
          </w:tcPr>
          <w:p>
            <w:pPr>
              <w:spacing w:after="0"/>
              <w:jc w:val="left"/>
            </w:pPr>
            <w:r>
              <w:rPr>
                <w:sz w:val="16"/>
              </w:rPr>
              <w:t>Countywide (zone-level records).</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2556"/>
        <w:gridCol w:w="2204"/>
        <w:gridCol w:w="2634"/>
        <w:gridCol w:w="1350"/>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2556"/>
            <w:shd w:val="clear" w:color="auto" w:fill="E8E8E8"/>
          </w:tcPr>
          <w:p>
            <w:pPr>
              <w:spacing w:after="0"/>
              <w:jc w:val="left"/>
            </w:pPr>
            <w:r>
              <w:rPr>
                <w:b/>
                <w:sz w:val="16"/>
              </w:rPr>
              <w:t>Title</w:t>
            </w:r>
          </w:p>
        </w:tc>
        <w:tc>
          <w:tcPr>
            <w:tcW w:type="dxa" w:w="2204"/>
            <w:shd w:val="clear" w:color="auto" w:fill="E8E8E8"/>
          </w:tcPr>
          <w:p>
            <w:pPr>
              <w:spacing w:after="0"/>
              <w:jc w:val="left"/>
            </w:pPr>
            <w:r>
              <w:rPr>
                <w:b/>
                <w:sz w:val="16"/>
              </w:rPr>
              <w:t>Mapped hazard</w:t>
            </w:r>
          </w:p>
        </w:tc>
        <w:tc>
          <w:tcPr>
            <w:tcW w:type="dxa" w:w="26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0"/>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6"/>
          </w:tcPr>
          <w:p>
            <w:pPr>
              <w:spacing w:after="0"/>
              <w:jc w:val="left"/>
            </w:pPr>
            <w:r>
              <w:rPr>
                <w:sz w:val="16"/>
              </w:rPr>
              <w:t>Emergency</w:t>
            </w:r>
          </w:p>
        </w:tc>
        <w:tc>
          <w:tcPr>
            <w:tcW w:type="dxa" w:w="2556"/>
          </w:tcPr>
          <w:p>
            <w:pPr>
              <w:spacing w:after="0"/>
              <w:jc w:val="left"/>
            </w:pPr>
            <w:r>
              <w:rPr>
                <w:sz w:val="16"/>
              </w:rPr>
              <w:t>Severe Winter Storm</w:t>
            </w:r>
          </w:p>
        </w:tc>
        <w:tc>
          <w:tcPr>
            <w:tcW w:type="dxa" w:w="2204"/>
          </w:tcPr>
          <w:p>
            <w:pPr>
              <w:spacing w:after="0"/>
              <w:jc w:val="left"/>
            </w:pPr>
            <w:r>
              <w:rPr>
                <w:sz w:val="16"/>
              </w:rPr>
              <w:t>Winter Weather</w:t>
            </w:r>
          </w:p>
        </w:tc>
        <w:tc>
          <w:tcPr>
            <w:tcW w:type="dxa" w:w="2634"/>
          </w:tcPr>
          <w:p>
            <w:pPr>
              <w:spacing w:after="0"/>
              <w:jc w:val="right"/>
            </w:pPr>
            <w:r>
              <w:rPr>
                <w:sz w:val="16"/>
              </w:rPr>
              <w:t>no Public Assistance recorded</w:t>
            </w:r>
          </w:p>
        </w:tc>
        <w:tc>
          <w:tcPr>
            <w:tcW w:type="dxa" w:w="1350"/>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6"/>
          </w:tcPr>
          <w:p>
            <w:pPr>
              <w:spacing w:after="0"/>
              <w:jc w:val="left"/>
            </w:pPr>
            <w:r>
              <w:rPr>
                <w:sz w:val="16"/>
              </w:rPr>
              <w:t>Major disaster</w:t>
            </w:r>
          </w:p>
        </w:tc>
        <w:tc>
          <w:tcPr>
            <w:tcW w:type="dxa" w:w="2556"/>
          </w:tcPr>
          <w:p>
            <w:pPr>
              <w:spacing w:after="0"/>
              <w:jc w:val="left"/>
            </w:pPr>
            <w:r>
              <w:rPr>
                <w:sz w:val="16"/>
              </w:rPr>
              <w:t>COVID-19 Pandemic</w:t>
            </w:r>
          </w:p>
        </w:tc>
        <w:tc>
          <w:tcPr>
            <w:tcW w:type="dxa" w:w="2204"/>
          </w:tcPr>
          <w:p>
            <w:pPr>
              <w:spacing w:after="0"/>
              <w:jc w:val="left"/>
            </w:pPr>
            <w:r>
              <w:rPr>
                <w:sz w:val="16"/>
              </w:rPr>
              <w:t>Non-natural, not counted</w:t>
            </w:r>
          </w:p>
        </w:tc>
        <w:tc>
          <w:tcPr>
            <w:tcW w:type="dxa" w:w="2634"/>
          </w:tcPr>
          <w:p>
            <w:pPr>
              <w:spacing w:after="0"/>
              <w:jc w:val="right"/>
            </w:pPr>
            <w:r>
              <w:rPr>
                <w:sz w:val="16"/>
              </w:rPr>
              <w:t>$17,098.57</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6"/>
          </w:tcPr>
          <w:p>
            <w:pPr>
              <w:spacing w:after="0"/>
              <w:jc w:val="left"/>
            </w:pPr>
            <w:r>
              <w:rPr>
                <w:sz w:val="16"/>
              </w:rPr>
              <w:t>Emergency</w:t>
            </w:r>
          </w:p>
        </w:tc>
        <w:tc>
          <w:tcPr>
            <w:tcW w:type="dxa" w:w="2556"/>
          </w:tcPr>
          <w:p>
            <w:pPr>
              <w:spacing w:after="0"/>
              <w:jc w:val="left"/>
            </w:pPr>
            <w:r>
              <w:rPr>
                <w:sz w:val="16"/>
              </w:rPr>
              <w:t>COVID-19</w:t>
            </w:r>
          </w:p>
        </w:tc>
        <w:tc>
          <w:tcPr>
            <w:tcW w:type="dxa" w:w="2204"/>
          </w:tcPr>
          <w:p>
            <w:pPr>
              <w:spacing w:after="0"/>
              <w:jc w:val="left"/>
            </w:pPr>
            <w:r>
              <w:rPr>
                <w:sz w:val="16"/>
              </w:rPr>
              <w:t>Non-natural, not counted</w:t>
            </w:r>
          </w:p>
        </w:tc>
        <w:tc>
          <w:tcPr>
            <w:tcW w:type="dxa" w:w="2634"/>
          </w:tcPr>
          <w:p>
            <w:pPr>
              <w:spacing w:after="0"/>
              <w:jc w:val="right"/>
            </w:pPr>
            <w:r>
              <w:rPr>
                <w:sz w:val="16"/>
              </w:rPr>
              <w:t>no Public Assistance recorded</w:t>
            </w:r>
          </w:p>
        </w:tc>
        <w:tc>
          <w:tcPr>
            <w:tcW w:type="dxa" w:w="1350"/>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66"/>
          </w:tcPr>
          <w:p>
            <w:pPr>
              <w:spacing w:after="0"/>
              <w:jc w:val="left"/>
            </w:pPr>
            <w:r>
              <w:rPr>
                <w:sz w:val="16"/>
              </w:rPr>
              <w:t>Major disaster</w:t>
            </w:r>
          </w:p>
        </w:tc>
        <w:tc>
          <w:tcPr>
            <w:tcW w:type="dxa" w:w="2556"/>
          </w:tcPr>
          <w:p>
            <w:pPr>
              <w:spacing w:after="0"/>
              <w:jc w:val="left"/>
            </w:pPr>
            <w:r>
              <w:rPr>
                <w:sz w:val="16"/>
              </w:rPr>
              <w:t>Hurricane Florence</w:t>
            </w:r>
          </w:p>
        </w:tc>
        <w:tc>
          <w:tcPr>
            <w:tcW w:type="dxa" w:w="2204"/>
          </w:tcPr>
          <w:p>
            <w:pPr>
              <w:spacing w:after="0"/>
              <w:jc w:val="left"/>
            </w:pPr>
            <w:r>
              <w:rPr>
                <w:sz w:val="16"/>
              </w:rPr>
              <w:t>Hurricane</w:t>
            </w:r>
          </w:p>
        </w:tc>
        <w:tc>
          <w:tcPr>
            <w:tcW w:type="dxa" w:w="2634"/>
          </w:tcPr>
          <w:p>
            <w:pPr>
              <w:spacing w:after="0"/>
              <w:jc w:val="right"/>
            </w:pPr>
            <w:r>
              <w:rPr>
                <w:sz w:val="16"/>
              </w:rPr>
              <w:t>no Public Assistance recorded</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6"/>
          </w:tcPr>
          <w:p>
            <w:pPr>
              <w:spacing w:after="0"/>
              <w:jc w:val="left"/>
            </w:pPr>
            <w:r>
              <w:rPr>
                <w:sz w:val="16"/>
              </w:rPr>
              <w:t>Emergency</w:t>
            </w:r>
          </w:p>
        </w:tc>
        <w:tc>
          <w:tcPr>
            <w:tcW w:type="dxa" w:w="2556"/>
          </w:tcPr>
          <w:p>
            <w:pPr>
              <w:spacing w:after="0"/>
              <w:jc w:val="left"/>
            </w:pPr>
            <w:r>
              <w:rPr>
                <w:sz w:val="16"/>
              </w:rPr>
              <w:t>Hurricane Florence</w:t>
            </w:r>
          </w:p>
        </w:tc>
        <w:tc>
          <w:tcPr>
            <w:tcW w:type="dxa" w:w="2204"/>
          </w:tcPr>
          <w:p>
            <w:pPr>
              <w:spacing w:after="0"/>
              <w:jc w:val="left"/>
            </w:pPr>
            <w:r>
              <w:rPr>
                <w:sz w:val="16"/>
              </w:rPr>
              <w:t>Hurricane</w:t>
            </w:r>
          </w:p>
        </w:tc>
        <w:tc>
          <w:tcPr>
            <w:tcW w:type="dxa" w:w="2634"/>
          </w:tcPr>
          <w:p>
            <w:pPr>
              <w:spacing w:after="0"/>
              <w:jc w:val="right"/>
            </w:pPr>
            <w:r>
              <w:rPr>
                <w:sz w:val="16"/>
              </w:rPr>
              <w:t>no Public Assistance recorded</w:t>
            </w:r>
          </w:p>
        </w:tc>
        <w:tc>
          <w:tcPr>
            <w:tcW w:type="dxa" w:w="1350"/>
          </w:tcPr>
          <w:p>
            <w:pPr>
              <w:spacing w:after="0"/>
              <w:jc w:val="left"/>
            </w:pPr>
          </w:p>
        </w:tc>
        <w:tc>
          <w:tcPr>
            <w:tcW w:type="dxa" w:w="892"/>
          </w:tcPr>
          <w:p>
            <w:pPr>
              <w:spacing w:after="0"/>
              <w:jc w:val="left"/>
            </w:pPr>
            <w:r>
              <w:rPr>
                <w:sz w:val="16"/>
              </w:rPr>
              <w:t>same incident as DR-4401</w:t>
            </w: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66"/>
          </w:tcPr>
          <w:p>
            <w:pPr>
              <w:spacing w:after="0"/>
              <w:jc w:val="left"/>
            </w:pPr>
            <w:r>
              <w:rPr>
                <w:sz w:val="16"/>
              </w:rPr>
              <w:t>Major disaster</w:t>
            </w:r>
          </w:p>
        </w:tc>
        <w:tc>
          <w:tcPr>
            <w:tcW w:type="dxa" w:w="2556"/>
          </w:tcPr>
          <w:p>
            <w:pPr>
              <w:spacing w:after="0"/>
              <w:jc w:val="left"/>
            </w:pPr>
            <w:r>
              <w:rPr>
                <w:sz w:val="16"/>
              </w:rPr>
              <w:t>Hurricane Sandy</w:t>
            </w:r>
          </w:p>
        </w:tc>
        <w:tc>
          <w:tcPr>
            <w:tcW w:type="dxa" w:w="2204"/>
          </w:tcPr>
          <w:p>
            <w:pPr>
              <w:spacing w:after="0"/>
              <w:jc w:val="left"/>
            </w:pPr>
            <w:r>
              <w:rPr>
                <w:sz w:val="16"/>
              </w:rPr>
              <w:t>Hurricane</w:t>
            </w:r>
          </w:p>
        </w:tc>
        <w:tc>
          <w:tcPr>
            <w:tcW w:type="dxa" w:w="2634"/>
          </w:tcPr>
          <w:p>
            <w:pPr>
              <w:spacing w:after="0"/>
              <w:jc w:val="right"/>
            </w:pPr>
            <w:r>
              <w:rPr>
                <w:sz w:val="16"/>
              </w:rPr>
              <w:t>no Public Assistance recorded</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6"/>
          </w:tcPr>
          <w:p>
            <w:pPr>
              <w:spacing w:after="0"/>
              <w:jc w:val="left"/>
            </w:pPr>
            <w:r>
              <w:rPr>
                <w:sz w:val="16"/>
              </w:rPr>
              <w:t>Emergency</w:t>
            </w:r>
          </w:p>
        </w:tc>
        <w:tc>
          <w:tcPr>
            <w:tcW w:type="dxa" w:w="2556"/>
          </w:tcPr>
          <w:p>
            <w:pPr>
              <w:spacing w:after="0"/>
              <w:jc w:val="left"/>
            </w:pPr>
            <w:r>
              <w:rPr>
                <w:sz w:val="16"/>
              </w:rPr>
              <w:t>Hurricane Sandy</w:t>
            </w:r>
          </w:p>
        </w:tc>
        <w:tc>
          <w:tcPr>
            <w:tcW w:type="dxa" w:w="2204"/>
          </w:tcPr>
          <w:p>
            <w:pPr>
              <w:spacing w:after="0"/>
              <w:jc w:val="left"/>
            </w:pPr>
            <w:r>
              <w:rPr>
                <w:sz w:val="16"/>
              </w:rPr>
              <w:t>Hurricane</w:t>
            </w:r>
          </w:p>
        </w:tc>
        <w:tc>
          <w:tcPr>
            <w:tcW w:type="dxa" w:w="2634"/>
          </w:tcPr>
          <w:p>
            <w:pPr>
              <w:spacing w:after="0"/>
              <w:jc w:val="right"/>
            </w:pPr>
            <w:r>
              <w:rPr>
                <w:sz w:val="16"/>
              </w:rPr>
              <w:t>no Public Assistance recorded</w:t>
            </w:r>
          </w:p>
        </w:tc>
        <w:tc>
          <w:tcPr>
            <w:tcW w:type="dxa" w:w="1350"/>
          </w:tcPr>
          <w:p>
            <w:pPr>
              <w:spacing w:after="0"/>
              <w:jc w:val="left"/>
            </w:pPr>
          </w:p>
        </w:tc>
        <w:tc>
          <w:tcPr>
            <w:tcW w:type="dxa" w:w="892"/>
          </w:tcPr>
          <w:p>
            <w:pPr>
              <w:spacing w:after="0"/>
              <w:jc w:val="left"/>
            </w:pPr>
            <w:r>
              <w:rPr>
                <w:sz w:val="16"/>
              </w:rPr>
              <w:t>same incident as DR-4092</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66"/>
          </w:tcPr>
          <w:p>
            <w:pPr>
              <w:spacing w:after="0"/>
              <w:jc w:val="left"/>
            </w:pPr>
            <w:r>
              <w:rPr>
                <w:sz w:val="16"/>
              </w:rPr>
              <w:t>Major disaster</w:t>
            </w:r>
          </w:p>
        </w:tc>
        <w:tc>
          <w:tcPr>
            <w:tcW w:type="dxa" w:w="2556"/>
          </w:tcPr>
          <w:p>
            <w:pPr>
              <w:spacing w:after="0"/>
              <w:jc w:val="left"/>
            </w:pPr>
            <w:r>
              <w:rPr>
                <w:sz w:val="16"/>
              </w:rPr>
              <w:t>Hurricane Irene</w:t>
            </w:r>
          </w:p>
        </w:tc>
        <w:tc>
          <w:tcPr>
            <w:tcW w:type="dxa" w:w="2204"/>
          </w:tcPr>
          <w:p>
            <w:pPr>
              <w:spacing w:after="0"/>
              <w:jc w:val="left"/>
            </w:pPr>
            <w:r>
              <w:rPr>
                <w:sz w:val="16"/>
              </w:rPr>
              <w:t>Hurricane</w:t>
            </w:r>
          </w:p>
        </w:tc>
        <w:tc>
          <w:tcPr>
            <w:tcW w:type="dxa" w:w="2634"/>
          </w:tcPr>
          <w:p>
            <w:pPr>
              <w:spacing w:after="0"/>
              <w:jc w:val="right"/>
            </w:pPr>
            <w:r>
              <w:rPr>
                <w:sz w:val="16"/>
              </w:rPr>
              <w:t>$28,029.88</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66"/>
          </w:tcPr>
          <w:p>
            <w:pPr>
              <w:spacing w:after="0"/>
              <w:jc w:val="left"/>
            </w:pPr>
            <w:r>
              <w:rPr>
                <w:sz w:val="16"/>
              </w:rPr>
              <w:t>Emergency</w:t>
            </w:r>
          </w:p>
        </w:tc>
        <w:tc>
          <w:tcPr>
            <w:tcW w:type="dxa" w:w="2556"/>
          </w:tcPr>
          <w:p>
            <w:pPr>
              <w:spacing w:after="0"/>
              <w:jc w:val="left"/>
            </w:pPr>
            <w:r>
              <w:rPr>
                <w:sz w:val="16"/>
              </w:rPr>
              <w:t>Hurricane Irene</w:t>
            </w:r>
          </w:p>
        </w:tc>
        <w:tc>
          <w:tcPr>
            <w:tcW w:type="dxa" w:w="2204"/>
          </w:tcPr>
          <w:p>
            <w:pPr>
              <w:spacing w:after="0"/>
              <w:jc w:val="left"/>
            </w:pPr>
            <w:r>
              <w:rPr>
                <w:sz w:val="16"/>
              </w:rPr>
              <w:t>Hurricane</w:t>
            </w:r>
          </w:p>
        </w:tc>
        <w:tc>
          <w:tcPr>
            <w:tcW w:type="dxa" w:w="2634"/>
          </w:tcPr>
          <w:p>
            <w:pPr>
              <w:spacing w:after="0"/>
              <w:jc w:val="right"/>
            </w:pPr>
            <w:r>
              <w:rPr>
                <w:sz w:val="16"/>
              </w:rPr>
              <w:t>no Public Assistance recorded</w:t>
            </w:r>
          </w:p>
        </w:tc>
        <w:tc>
          <w:tcPr>
            <w:tcW w:type="dxa" w:w="1350"/>
          </w:tcPr>
          <w:p>
            <w:pPr>
              <w:spacing w:after="0"/>
              <w:jc w:val="left"/>
            </w:pPr>
          </w:p>
        </w:tc>
        <w:tc>
          <w:tcPr>
            <w:tcW w:type="dxa" w:w="892"/>
          </w:tcPr>
          <w:p>
            <w:pPr>
              <w:spacing w:after="0"/>
              <w:jc w:val="left"/>
            </w:pPr>
            <w:r>
              <w:rPr>
                <w:sz w:val="16"/>
              </w:rPr>
              <w:t>same incident as DR-4024</w:t>
            </w: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66"/>
          </w:tcPr>
          <w:p>
            <w:pPr>
              <w:spacing w:after="0"/>
              <w:jc w:val="left"/>
            </w:pPr>
            <w:r>
              <w:rPr>
                <w:sz w:val="16"/>
              </w:rPr>
              <w:t>Major disaster</w:t>
            </w:r>
          </w:p>
        </w:tc>
        <w:tc>
          <w:tcPr>
            <w:tcW w:type="dxa" w:w="2556"/>
          </w:tcPr>
          <w:p>
            <w:pPr>
              <w:spacing w:after="0"/>
              <w:jc w:val="left"/>
            </w:pPr>
            <w:r>
              <w:rPr>
                <w:sz w:val="16"/>
              </w:rPr>
              <w:t>Tropical Depression Ernesto, Severe Storms and Flooding</w:t>
            </w:r>
          </w:p>
        </w:tc>
        <w:tc>
          <w:tcPr>
            <w:tcW w:type="dxa" w:w="2204"/>
          </w:tcPr>
          <w:p>
            <w:pPr>
              <w:spacing w:after="0"/>
              <w:jc w:val="left"/>
            </w:pPr>
            <w:r>
              <w:rPr>
                <w:sz w:val="16"/>
              </w:rPr>
              <w:t>Hurricane; Inland Flooding</w:t>
            </w:r>
          </w:p>
        </w:tc>
        <w:tc>
          <w:tcPr>
            <w:tcW w:type="dxa" w:w="2634"/>
          </w:tcPr>
          <w:p>
            <w:pPr>
              <w:spacing w:after="0"/>
              <w:jc w:val="right"/>
            </w:pPr>
            <w:r>
              <w:rPr>
                <w:sz w:val="16"/>
              </w:rPr>
              <w:t>$18,136.63</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6"/>
          </w:tcPr>
          <w:p>
            <w:pPr>
              <w:spacing w:after="0"/>
              <w:jc w:val="left"/>
            </w:pPr>
            <w:r>
              <w:rPr>
                <w:sz w:val="16"/>
              </w:rPr>
              <w:t>Emergency</w:t>
            </w:r>
          </w:p>
        </w:tc>
        <w:tc>
          <w:tcPr>
            <w:tcW w:type="dxa" w:w="2556"/>
          </w:tcPr>
          <w:p>
            <w:pPr>
              <w:spacing w:after="0"/>
              <w:jc w:val="left"/>
            </w:pPr>
            <w:r>
              <w:rPr>
                <w:sz w:val="16"/>
              </w:rPr>
              <w:t>Hurricane Katrina Evacuation</w:t>
            </w:r>
          </w:p>
        </w:tc>
        <w:tc>
          <w:tcPr>
            <w:tcW w:type="dxa" w:w="2204"/>
          </w:tcPr>
          <w:p>
            <w:pPr>
              <w:spacing w:after="0"/>
              <w:jc w:val="left"/>
            </w:pPr>
            <w:r>
              <w:rPr>
                <w:sz w:val="16"/>
              </w:rPr>
              <w:t>Hurricane: evacuation support, not a local hazard event; not counted</w:t>
            </w:r>
          </w:p>
        </w:tc>
        <w:tc>
          <w:tcPr>
            <w:tcW w:type="dxa" w:w="2634"/>
          </w:tcPr>
          <w:p>
            <w:pPr>
              <w:spacing w:after="0"/>
              <w:jc w:val="right"/>
            </w:pPr>
            <w:r>
              <w:rPr>
                <w:sz w:val="16"/>
              </w:rPr>
              <w:t>no Public Assistance recorded</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6"/>
          </w:tcPr>
          <w:p>
            <w:pPr>
              <w:spacing w:after="0"/>
              <w:jc w:val="left"/>
            </w:pPr>
            <w:r>
              <w:rPr>
                <w:sz w:val="16"/>
              </w:rPr>
              <w:t>Major disaster</w:t>
            </w:r>
          </w:p>
        </w:tc>
        <w:tc>
          <w:tcPr>
            <w:tcW w:type="dxa" w:w="2556"/>
          </w:tcPr>
          <w:p>
            <w:pPr>
              <w:spacing w:after="0"/>
              <w:jc w:val="left"/>
            </w:pPr>
            <w:r>
              <w:rPr>
                <w:sz w:val="16"/>
              </w:rPr>
              <w:t>Hurricane Isabel</w:t>
            </w:r>
          </w:p>
        </w:tc>
        <w:tc>
          <w:tcPr>
            <w:tcW w:type="dxa" w:w="2204"/>
          </w:tcPr>
          <w:p>
            <w:pPr>
              <w:spacing w:after="0"/>
              <w:jc w:val="left"/>
            </w:pPr>
            <w:r>
              <w:rPr>
                <w:sz w:val="16"/>
              </w:rPr>
              <w:t>Hurricane</w:t>
            </w:r>
          </w:p>
        </w:tc>
        <w:tc>
          <w:tcPr>
            <w:tcW w:type="dxa" w:w="2634"/>
          </w:tcPr>
          <w:p>
            <w:pPr>
              <w:spacing w:after="0"/>
              <w:jc w:val="right"/>
            </w:pPr>
            <w:r>
              <w:rPr>
                <w:sz w:val="16"/>
              </w:rPr>
              <w:t>$250,493.51</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66"/>
          </w:tcPr>
          <w:p>
            <w:pPr>
              <w:spacing w:after="0"/>
              <w:jc w:val="left"/>
            </w:pPr>
            <w:r>
              <w:rPr>
                <w:sz w:val="16"/>
              </w:rPr>
              <w:t>Major disaster</w:t>
            </w:r>
          </w:p>
        </w:tc>
        <w:tc>
          <w:tcPr>
            <w:tcW w:type="dxa" w:w="2556"/>
          </w:tcPr>
          <w:p>
            <w:pPr>
              <w:spacing w:after="0"/>
              <w:jc w:val="left"/>
            </w:pPr>
            <w:r>
              <w:rPr>
                <w:sz w:val="16"/>
              </w:rPr>
              <w:t>Hurricane Floyd Major Disaster Declarations</w:t>
            </w:r>
          </w:p>
        </w:tc>
        <w:tc>
          <w:tcPr>
            <w:tcW w:type="dxa" w:w="2204"/>
          </w:tcPr>
          <w:p>
            <w:pPr>
              <w:spacing w:after="0"/>
              <w:jc w:val="left"/>
            </w:pPr>
            <w:r>
              <w:rPr>
                <w:sz w:val="16"/>
              </w:rPr>
              <w:t>Hurricane</w:t>
            </w:r>
          </w:p>
        </w:tc>
        <w:tc>
          <w:tcPr>
            <w:tcW w:type="dxa" w:w="2634"/>
          </w:tcPr>
          <w:p>
            <w:pPr>
              <w:spacing w:after="0"/>
              <w:jc w:val="right"/>
            </w:pPr>
            <w:r>
              <w:rPr>
                <w:sz w:val="16"/>
              </w:rPr>
              <w:t>$3,630.47</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1999-09-13</w:t>
            </w:r>
          </w:p>
        </w:tc>
        <w:tc>
          <w:tcPr>
            <w:tcW w:type="dxa" w:w="1037"/>
          </w:tcPr>
          <w:p>
            <w:pPr>
              <w:spacing w:after="0"/>
              <w:jc w:val="left"/>
            </w:pPr>
            <w:r>
              <w:rPr>
                <w:sz w:val="16"/>
              </w:rPr>
              <w:t>EM-3147-VA</w:t>
            </w:r>
          </w:p>
        </w:tc>
        <w:tc>
          <w:tcPr>
            <w:tcW w:type="dxa" w:w="1366"/>
          </w:tcPr>
          <w:p>
            <w:pPr>
              <w:spacing w:after="0"/>
              <w:jc w:val="left"/>
            </w:pPr>
            <w:r>
              <w:rPr>
                <w:sz w:val="16"/>
              </w:rPr>
              <w:t>Emergency</w:t>
            </w:r>
          </w:p>
        </w:tc>
        <w:tc>
          <w:tcPr>
            <w:tcW w:type="dxa" w:w="2556"/>
          </w:tcPr>
          <w:p>
            <w:pPr>
              <w:spacing w:after="0"/>
              <w:jc w:val="left"/>
            </w:pPr>
            <w:r>
              <w:rPr>
                <w:sz w:val="16"/>
              </w:rPr>
              <w:t>Hurricane Floyd Emergency Declarations</w:t>
            </w:r>
          </w:p>
        </w:tc>
        <w:tc>
          <w:tcPr>
            <w:tcW w:type="dxa" w:w="2204"/>
          </w:tcPr>
          <w:p>
            <w:pPr>
              <w:spacing w:after="0"/>
              <w:jc w:val="left"/>
            </w:pPr>
            <w:r>
              <w:rPr>
                <w:sz w:val="16"/>
              </w:rPr>
              <w:t>Hurricane</w:t>
            </w:r>
          </w:p>
        </w:tc>
        <w:tc>
          <w:tcPr>
            <w:tcW w:type="dxa" w:w="2634"/>
          </w:tcPr>
          <w:p>
            <w:pPr>
              <w:spacing w:after="0"/>
              <w:jc w:val="right"/>
            </w:pPr>
            <w:r>
              <w:rPr>
                <w:sz w:val="16"/>
              </w:rPr>
              <w:t>no Public Assistance recorded</w:t>
            </w:r>
          </w:p>
        </w:tc>
        <w:tc>
          <w:tcPr>
            <w:tcW w:type="dxa" w:w="1350"/>
          </w:tcPr>
          <w:p>
            <w:pPr>
              <w:spacing w:after="0"/>
              <w:jc w:val="left"/>
            </w:pPr>
          </w:p>
        </w:tc>
        <w:tc>
          <w:tcPr>
            <w:tcW w:type="dxa" w:w="892"/>
          </w:tcPr>
          <w:p>
            <w:pPr>
              <w:spacing w:after="0"/>
              <w:jc w:val="left"/>
            </w:pPr>
            <w:r>
              <w:rPr>
                <w:sz w:val="16"/>
              </w:rPr>
              <w:t>same incident as DR-1293</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6"/>
          </w:tcPr>
          <w:p>
            <w:pPr>
              <w:spacing w:after="0"/>
              <w:jc w:val="left"/>
            </w:pPr>
            <w:r>
              <w:rPr>
                <w:sz w:val="16"/>
              </w:rPr>
              <w:t>Major disaster</w:t>
            </w:r>
          </w:p>
        </w:tc>
        <w:tc>
          <w:tcPr>
            <w:tcW w:type="dxa" w:w="2556"/>
          </w:tcPr>
          <w:p>
            <w:pPr>
              <w:spacing w:after="0"/>
              <w:jc w:val="left"/>
            </w:pPr>
            <w:r>
              <w:rPr>
                <w:sz w:val="16"/>
              </w:rPr>
              <w:t>Hurricane Fran and Associated Severe Storm Cond</w:t>
            </w:r>
          </w:p>
        </w:tc>
        <w:tc>
          <w:tcPr>
            <w:tcW w:type="dxa" w:w="2204"/>
          </w:tcPr>
          <w:p>
            <w:pPr>
              <w:spacing w:after="0"/>
              <w:jc w:val="left"/>
            </w:pPr>
            <w:r>
              <w:rPr>
                <w:sz w:val="16"/>
              </w:rPr>
              <w:t>Hurricane</w:t>
            </w:r>
          </w:p>
        </w:tc>
        <w:tc>
          <w:tcPr>
            <w:tcW w:type="dxa" w:w="2634"/>
          </w:tcPr>
          <w:p>
            <w:pPr>
              <w:spacing w:after="0"/>
              <w:jc w:val="right"/>
            </w:pPr>
            <w:r>
              <w:rPr>
                <w:sz w:val="16"/>
              </w:rPr>
              <w:t>PA not declared for this county</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6"/>
          </w:tcPr>
          <w:p>
            <w:pPr>
              <w:spacing w:after="0"/>
              <w:jc w:val="left"/>
            </w:pPr>
            <w:r>
              <w:rPr>
                <w:sz w:val="16"/>
              </w:rPr>
              <w:t>Major disaster</w:t>
            </w:r>
          </w:p>
        </w:tc>
        <w:tc>
          <w:tcPr>
            <w:tcW w:type="dxa" w:w="2556"/>
          </w:tcPr>
          <w:p>
            <w:pPr>
              <w:spacing w:after="0"/>
              <w:jc w:val="left"/>
            </w:pPr>
            <w:r>
              <w:rPr>
                <w:sz w:val="16"/>
              </w:rPr>
              <w:t>Blizzard of 96 (Severe Snow Storm)</w:t>
            </w:r>
          </w:p>
        </w:tc>
        <w:tc>
          <w:tcPr>
            <w:tcW w:type="dxa" w:w="2204"/>
          </w:tcPr>
          <w:p>
            <w:pPr>
              <w:spacing w:after="0"/>
              <w:jc w:val="left"/>
            </w:pPr>
            <w:r>
              <w:rPr>
                <w:sz w:val="16"/>
              </w:rPr>
              <w:t>Winter Weather</w:t>
            </w:r>
          </w:p>
        </w:tc>
        <w:tc>
          <w:tcPr>
            <w:tcW w:type="dxa" w:w="2634"/>
          </w:tcPr>
          <w:p>
            <w:pPr>
              <w:spacing w:after="0"/>
              <w:jc w:val="right"/>
            </w:pPr>
            <w:r>
              <w:rPr>
                <w:sz w:val="16"/>
              </w:rPr>
              <w:t>no Public Assistance recorded</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6"/>
          </w:tcPr>
          <w:p>
            <w:pPr>
              <w:spacing w:after="0"/>
              <w:jc w:val="left"/>
            </w:pPr>
            <w:r>
              <w:rPr>
                <w:sz w:val="16"/>
              </w:rPr>
              <w:t>Emergency</w:t>
            </w:r>
          </w:p>
        </w:tc>
        <w:tc>
          <w:tcPr>
            <w:tcW w:type="dxa" w:w="2556"/>
          </w:tcPr>
          <w:p>
            <w:pPr>
              <w:spacing w:after="0"/>
              <w:jc w:val="left"/>
            </w:pPr>
            <w:r>
              <w:rPr>
                <w:sz w:val="16"/>
              </w:rPr>
              <w:t>Severe Winter Storm</w:t>
            </w:r>
          </w:p>
        </w:tc>
        <w:tc>
          <w:tcPr>
            <w:tcW w:type="dxa" w:w="2204"/>
          </w:tcPr>
          <w:p>
            <w:pPr>
              <w:spacing w:after="0"/>
              <w:jc w:val="left"/>
            </w:pPr>
            <w:r>
              <w:rPr>
                <w:sz w:val="16"/>
              </w:rPr>
              <w:t>Winter Weather</w:t>
            </w:r>
          </w:p>
        </w:tc>
        <w:tc>
          <w:tcPr>
            <w:tcW w:type="dxa" w:w="2634"/>
          </w:tcPr>
          <w:p>
            <w:pPr>
              <w:spacing w:after="0"/>
              <w:jc w:val="right"/>
            </w:pPr>
            <w:r>
              <w:rPr>
                <w:sz w:val="16"/>
              </w:rPr>
              <w:t>no Public Assistance recorded</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66"/>
          </w:tcPr>
          <w:p>
            <w:pPr>
              <w:spacing w:after="0"/>
              <w:jc w:val="left"/>
            </w:pPr>
            <w:r>
              <w:rPr>
                <w:sz w:val="16"/>
              </w:rPr>
              <w:t>Major disaster</w:t>
            </w:r>
          </w:p>
        </w:tc>
        <w:tc>
          <w:tcPr>
            <w:tcW w:type="dxa" w:w="2556"/>
          </w:tcPr>
          <w:p>
            <w:pPr>
              <w:spacing w:after="0"/>
              <w:jc w:val="left"/>
            </w:pPr>
            <w:r>
              <w:rPr>
                <w:sz w:val="16"/>
              </w:rPr>
              <w:t>Severe Storms &amp; Flooding</w:t>
            </w:r>
          </w:p>
        </w:tc>
        <w:tc>
          <w:tcPr>
            <w:tcW w:type="dxa" w:w="2204"/>
          </w:tcPr>
          <w:p>
            <w:pPr>
              <w:spacing w:after="0"/>
              <w:jc w:val="left"/>
            </w:pPr>
            <w:r>
              <w:rPr>
                <w:sz w:val="16"/>
              </w:rPr>
              <w:t>Inland Flooding</w:t>
            </w:r>
          </w:p>
        </w:tc>
        <w:tc>
          <w:tcPr>
            <w:tcW w:type="dxa" w:w="2634"/>
          </w:tcPr>
          <w:p>
            <w:pPr>
              <w:spacing w:after="0"/>
              <w:jc w:val="right"/>
            </w:pPr>
            <w:r>
              <w:rPr>
                <w:sz w:val="16"/>
              </w:rPr>
              <w:t>PA not declared for this county</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66"/>
          </w:tcPr>
          <w:p>
            <w:pPr>
              <w:spacing w:after="0"/>
              <w:jc w:val="left"/>
            </w:pPr>
            <w:r>
              <w:rPr>
                <w:sz w:val="16"/>
              </w:rPr>
              <w:t>Major disaster</w:t>
            </w:r>
          </w:p>
        </w:tc>
        <w:tc>
          <w:tcPr>
            <w:tcW w:type="dxa" w:w="2556"/>
          </w:tcPr>
          <w:p>
            <w:pPr>
              <w:spacing w:after="0"/>
              <w:jc w:val="left"/>
            </w:pPr>
            <w:r>
              <w:rPr>
                <w:sz w:val="16"/>
              </w:rPr>
              <w:t>Ice Conditions</w:t>
            </w:r>
          </w:p>
        </w:tc>
        <w:tc>
          <w:tcPr>
            <w:tcW w:type="dxa" w:w="2204"/>
          </w:tcPr>
          <w:p>
            <w:pPr>
              <w:spacing w:after="0"/>
              <w:jc w:val="left"/>
            </w:pPr>
            <w:r>
              <w:rPr>
                <w:sz w:val="16"/>
              </w:rPr>
              <w:t>Cold Wave</w:t>
            </w:r>
          </w:p>
        </w:tc>
        <w:tc>
          <w:tcPr>
            <w:tcW w:type="dxa" w:w="2634"/>
          </w:tcPr>
          <w:p>
            <w:pPr>
              <w:spacing w:after="0"/>
              <w:jc w:val="right"/>
            </w:pPr>
            <w:r>
              <w:rPr>
                <w:sz w:val="16"/>
              </w:rPr>
              <w:t>PA not declared for this county</w:t>
            </w:r>
          </w:p>
        </w:tc>
        <w:tc>
          <w:tcPr>
            <w:tcW w:type="dxa" w:w="1350"/>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6"/>
          </w:tcPr>
          <w:p>
            <w:pPr>
              <w:spacing w:after="0"/>
              <w:jc w:val="left"/>
            </w:pPr>
            <w:r>
              <w:rPr>
                <w:sz w:val="16"/>
              </w:rPr>
              <w:t>Major disaster</w:t>
            </w:r>
          </w:p>
        </w:tc>
        <w:tc>
          <w:tcPr>
            <w:tcW w:type="dxa" w:w="2556"/>
          </w:tcPr>
          <w:p>
            <w:pPr>
              <w:spacing w:after="0"/>
              <w:jc w:val="left"/>
            </w:pPr>
            <w:r>
              <w:rPr>
                <w:sz w:val="16"/>
              </w:rPr>
              <w:t>Tropical Storm Agnes</w:t>
            </w:r>
          </w:p>
        </w:tc>
        <w:tc>
          <w:tcPr>
            <w:tcW w:type="dxa" w:w="2204"/>
          </w:tcPr>
          <w:p>
            <w:pPr>
              <w:spacing w:after="0"/>
              <w:jc w:val="left"/>
            </w:pPr>
            <w:r>
              <w:rPr>
                <w:sz w:val="16"/>
              </w:rPr>
              <w:t>Inland Flooding (primary); also designated: Hurricane</w:t>
            </w:r>
          </w:p>
        </w:tc>
        <w:tc>
          <w:tcPr>
            <w:tcW w:type="dxa" w:w="2634"/>
          </w:tcPr>
          <w:p>
            <w:pPr>
              <w:spacing w:after="0"/>
              <w:jc w:val="right"/>
            </w:pPr>
            <w:r>
              <w:rPr>
                <w:sz w:val="16"/>
              </w:rPr>
              <w:t>no Public Assistance recorded</w:t>
            </w:r>
          </w:p>
        </w:tc>
        <w:tc>
          <w:tcPr>
            <w:tcW w:type="dxa" w:w="1350"/>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14</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64</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65</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7"/>
        <w:gridCol w:w="1865"/>
        <w:gridCol w:w="2850"/>
        <w:gridCol w:w="924"/>
        <w:gridCol w:w="2145"/>
        <w:gridCol w:w="1008"/>
        <w:gridCol w:w="2857"/>
      </w:tblGrid>
      <w:tr>
        <w:trPr>
          <w:cantSplit/>
          <w:tblHeader/>
        </w:trPr>
        <w:tc>
          <w:tcPr>
            <w:tcW w:type="dxa" w:w="1037"/>
            <w:shd w:val="clear" w:color="auto" w:fill="E8E8E8"/>
          </w:tcPr>
          <w:p>
            <w:pPr>
              <w:spacing w:after="0"/>
              <w:jc w:val="left"/>
            </w:pPr>
            <w:r>
              <w:rPr>
                <w:b/>
                <w:sz w:val="16"/>
              </w:rPr>
              <w:t>Date</w:t>
            </w:r>
          </w:p>
        </w:tc>
        <w:tc>
          <w:tcPr>
            <w:tcW w:type="dxa" w:w="1427"/>
            <w:shd w:val="clear" w:color="auto" w:fill="E8E8E8"/>
          </w:tcPr>
          <w:p>
            <w:pPr>
              <w:spacing w:after="0"/>
              <w:jc w:val="left"/>
            </w:pPr>
            <w:r>
              <w:rPr>
                <w:b/>
                <w:sz w:val="16"/>
              </w:rPr>
              <w:t>Event type</w:t>
            </w:r>
          </w:p>
        </w:tc>
        <w:tc>
          <w:tcPr>
            <w:tcW w:type="dxa" w:w="1865"/>
            <w:shd w:val="clear" w:color="auto" w:fill="E8E8E8"/>
          </w:tcPr>
          <w:p>
            <w:pPr>
              <w:spacing w:after="0"/>
              <w:jc w:val="left"/>
            </w:pPr>
            <w:r>
              <w:rPr>
                <w:b/>
                <w:sz w:val="16"/>
              </w:rPr>
              <w:t>Magnitude or extent</w:t>
            </w:r>
          </w:p>
        </w:tc>
        <w:tc>
          <w:tcPr>
            <w:tcW w:type="dxa" w:w="2850"/>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45"/>
            <w:shd w:val="clear" w:color="auto" w:fill="E8E8E8"/>
          </w:tcPr>
          <w:p>
            <w:pPr>
              <w:spacing w:after="0"/>
              <w:jc w:val="left"/>
            </w:pPr>
            <w:r>
              <w:rPr>
                <w:b/>
                <w:sz w:val="16"/>
              </w:rPr>
              <w:t>Location</w:t>
            </w:r>
          </w:p>
        </w:tc>
        <w:tc>
          <w:tcPr>
            <w:tcW w:type="dxa" w:w="1008"/>
            <w:shd w:val="clear" w:color="auto" w:fill="E8E8E8"/>
          </w:tcPr>
          <w:p>
            <w:pPr>
              <w:spacing w:after="0"/>
              <w:jc w:val="left"/>
            </w:pPr>
            <w:r>
              <w:rPr>
                <w:b/>
                <w:sz w:val="16"/>
              </w:rPr>
              <w:t>Flags</w:t>
            </w:r>
          </w:p>
        </w:tc>
        <w:tc>
          <w:tcPr>
            <w:tcW w:type="dxa" w:w="28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2025-03-05</w:t>
            </w:r>
          </w:p>
        </w:tc>
        <w:tc>
          <w:tcPr>
            <w:tcW w:type="dxa" w:w="1427"/>
          </w:tcPr>
          <w:p>
            <w:pPr>
              <w:spacing w:after="0"/>
              <w:jc w:val="left"/>
            </w:pPr>
            <w:r>
              <w:rPr>
                <w:sz w:val="16"/>
              </w:rPr>
              <w:t>Thunderstorm Wind</w:t>
            </w:r>
          </w:p>
        </w:tc>
        <w:tc>
          <w:tcPr>
            <w:tcW w:type="dxa" w:w="1865"/>
          </w:tcPr>
          <w:p>
            <w:pPr>
              <w:spacing w:after="0"/>
              <w:jc w:val="left"/>
            </w:pPr>
            <w:r>
              <w:rPr>
                <w:sz w:val="16"/>
              </w:rPr>
              <w:t>70 kt (81 mph) estimated gust</w:t>
            </w:r>
          </w:p>
        </w:tc>
        <w:tc>
          <w:tcPr>
            <w:tcW w:type="dxa" w:w="2850"/>
          </w:tcPr>
          <w:p>
            <w:pPr>
              <w:spacing w:after="0"/>
              <w:jc w:val="left"/>
            </w:pPr>
            <w:r>
              <w:rPr>
                <w:sz w:val="16"/>
              </w:rPr>
              <w:t>$20,000 property; $0 crops (2025 dollars)</w:t>
            </w:r>
          </w:p>
        </w:tc>
        <w:tc>
          <w:tcPr>
            <w:tcW w:type="dxa" w:w="924"/>
          </w:tcPr>
          <w:p>
            <w:pPr>
              <w:spacing w:after="0"/>
              <w:jc w:val="right"/>
            </w:pPr>
            <w:r>
              <w:rPr>
                <w:sz w:val="16"/>
              </w:rPr>
              <w:t>0, 0</w:t>
            </w:r>
          </w:p>
        </w:tc>
        <w:tc>
          <w:tcPr>
            <w:tcW w:type="dxa" w:w="2145"/>
          </w:tcPr>
          <w:p>
            <w:pPr>
              <w:spacing w:after="0"/>
              <w:jc w:val="left"/>
            </w:pPr>
            <w:r>
              <w:rPr>
                <w:sz w:val="16"/>
              </w:rPr>
              <w:t>COBBS CREEK</w:t>
            </w:r>
          </w:p>
        </w:tc>
        <w:tc>
          <w:tcPr>
            <w:tcW w:type="dxa" w:w="1008"/>
          </w:tcPr>
          <w:p>
            <w:pPr>
              <w:spacing w:after="0"/>
              <w:jc w:val="left"/>
            </w:pPr>
            <w:r>
              <w:rPr>
                <w:sz w:val="16"/>
              </w:rPr>
              <w:t>new since last plan; within last 5 years</w:t>
            </w:r>
          </w:p>
        </w:tc>
        <w:tc>
          <w:tcPr>
            <w:tcW w:type="dxa" w:w="2857"/>
          </w:tcPr>
          <w:p>
            <w:pPr>
              <w:spacing w:after="0"/>
              <w:jc w:val="left"/>
            </w:pPr>
            <w:r>
              <w:rPr>
                <w:sz w:val="16"/>
              </w:rPr>
              <w:t>B1-c most damaging: Thunderstorm Wind</w:t>
            </w:r>
          </w:p>
        </w:tc>
      </w:tr>
      <w:tr>
        <w:trPr>
          <w:cantSplit/>
        </w:trPr>
        <w:tc>
          <w:tcPr>
            <w:tcW w:type="dxa" w:w="1037"/>
          </w:tcPr>
          <w:p>
            <w:pPr>
              <w:spacing w:after="0"/>
              <w:jc w:val="left"/>
            </w:pPr>
            <w:r>
              <w:rPr>
                <w:sz w:val="16"/>
              </w:rPr>
              <w:t>2021-02-13</w:t>
            </w:r>
          </w:p>
        </w:tc>
        <w:tc>
          <w:tcPr>
            <w:tcW w:type="dxa" w:w="1427"/>
          </w:tcPr>
          <w:p>
            <w:pPr>
              <w:spacing w:after="0"/>
              <w:jc w:val="left"/>
            </w:pPr>
            <w:r>
              <w:rPr>
                <w:sz w:val="16"/>
              </w:rPr>
              <w:t>Winter Weather</w:t>
            </w:r>
          </w:p>
        </w:tc>
        <w:tc>
          <w:tcPr>
            <w:tcW w:type="dxa" w:w="1865"/>
          </w:tcPr>
          <w:p>
            <w:pPr>
              <w:spacing w:after="0"/>
              <w:jc w:val="left"/>
            </w:pPr>
          </w:p>
        </w:tc>
        <w:tc>
          <w:tcPr>
            <w:tcW w:type="dxa" w:w="2850"/>
          </w:tcPr>
          <w:p>
            <w:pPr>
              <w:spacing w:after="0"/>
              <w:jc w:val="left"/>
            </w:pPr>
            <w:r>
              <w:rPr>
                <w:sz w:val="16"/>
              </w:rPr>
              <w:t>$20,000 property; $0 crops (zone total, 2021 dollars)</w:t>
            </w:r>
          </w:p>
        </w:tc>
        <w:tc>
          <w:tcPr>
            <w:tcW w:type="dxa" w:w="924"/>
          </w:tcPr>
          <w:p>
            <w:pPr>
              <w:spacing w:after="0"/>
              <w:jc w:val="right"/>
            </w:pPr>
            <w:r>
              <w:rPr>
                <w:sz w:val="16"/>
              </w:rPr>
              <w:t>0, 0</w:t>
            </w:r>
          </w:p>
        </w:tc>
        <w:tc>
          <w:tcPr>
            <w:tcW w:type="dxa" w:w="2145"/>
          </w:tcPr>
          <w:p>
            <w:pPr>
              <w:spacing w:after="0"/>
              <w:jc w:val="left"/>
            </w:pPr>
            <w:r>
              <w:rPr>
                <w:sz w:val="16"/>
              </w:rPr>
              <w:t>NWS zone VAZ086 (MATHEWS), zone-level</w:t>
            </w:r>
          </w:p>
        </w:tc>
        <w:tc>
          <w:tcPr>
            <w:tcW w:type="dxa" w:w="1008"/>
          </w:tcPr>
          <w:p>
            <w:pPr>
              <w:spacing w:after="0"/>
              <w:jc w:val="left"/>
            </w:pPr>
          </w:p>
        </w:tc>
        <w:tc>
          <w:tcPr>
            <w:tcW w:type="dxa" w:w="28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2018-10-11</w:t>
            </w:r>
          </w:p>
        </w:tc>
        <w:tc>
          <w:tcPr>
            <w:tcW w:type="dxa" w:w="1427"/>
          </w:tcPr>
          <w:p>
            <w:pPr>
              <w:spacing w:after="0"/>
              <w:jc w:val="left"/>
            </w:pPr>
            <w:r>
              <w:rPr>
                <w:sz w:val="16"/>
              </w:rPr>
              <w:t>High Wind</w:t>
            </w:r>
          </w:p>
        </w:tc>
        <w:tc>
          <w:tcPr>
            <w:tcW w:type="dxa" w:w="1865"/>
          </w:tcPr>
          <w:p>
            <w:pPr>
              <w:spacing w:after="0"/>
              <w:jc w:val="left"/>
            </w:pPr>
            <w:r>
              <w:rPr>
                <w:sz w:val="16"/>
              </w:rPr>
              <w:t>50 kt (58 mph) estimated gust</w:t>
            </w:r>
          </w:p>
        </w:tc>
        <w:tc>
          <w:tcPr>
            <w:tcW w:type="dxa" w:w="2850"/>
          </w:tcPr>
          <w:p>
            <w:pPr>
              <w:spacing w:after="0"/>
              <w:jc w:val="left"/>
            </w:pPr>
            <w:r>
              <w:rPr>
                <w:sz w:val="16"/>
              </w:rPr>
              <w:t>$10,000 property; $0 crops (zone total, 2018 dollars)</w:t>
            </w:r>
          </w:p>
        </w:tc>
        <w:tc>
          <w:tcPr>
            <w:tcW w:type="dxa" w:w="924"/>
          </w:tcPr>
          <w:p>
            <w:pPr>
              <w:spacing w:after="0"/>
              <w:jc w:val="right"/>
            </w:pPr>
            <w:r>
              <w:rPr>
                <w:sz w:val="16"/>
              </w:rPr>
              <w:t>0, 0</w:t>
            </w:r>
          </w:p>
        </w:tc>
        <w:tc>
          <w:tcPr>
            <w:tcW w:type="dxa" w:w="2145"/>
          </w:tcPr>
          <w:p>
            <w:pPr>
              <w:spacing w:after="0"/>
              <w:jc w:val="left"/>
            </w:pPr>
            <w:r>
              <w:rPr>
                <w:sz w:val="16"/>
              </w:rPr>
              <w:t>NWS zone VAZ086 (MATHEWS), zone-level</w:t>
            </w:r>
          </w:p>
        </w:tc>
        <w:tc>
          <w:tcPr>
            <w:tcW w:type="dxa" w:w="1008"/>
          </w:tcPr>
          <w:p>
            <w:pPr>
              <w:spacing w:after="0"/>
              <w:jc w:val="left"/>
            </w:pPr>
          </w:p>
        </w:tc>
        <w:tc>
          <w:tcPr>
            <w:tcW w:type="dxa" w:w="2857"/>
          </w:tcPr>
          <w:p>
            <w:pPr>
              <w:spacing w:after="0"/>
              <w:jc w:val="left"/>
            </w:pPr>
            <w:r>
              <w:rPr>
                <w:sz w:val="16"/>
              </w:rPr>
              <w:t>B1-c worst recorded: High Wind and Strong Wind</w:t>
            </w:r>
          </w:p>
        </w:tc>
      </w:tr>
      <w:tr>
        <w:trPr>
          <w:cantSplit/>
        </w:trPr>
        <w:tc>
          <w:tcPr>
            <w:tcW w:type="dxa" w:w="1037"/>
          </w:tcPr>
          <w:p>
            <w:pPr>
              <w:spacing w:after="0"/>
              <w:jc w:val="left"/>
            </w:pPr>
            <w:r>
              <w:rPr>
                <w:sz w:val="16"/>
              </w:rPr>
              <w:t>2016-05-02</w:t>
            </w:r>
          </w:p>
        </w:tc>
        <w:tc>
          <w:tcPr>
            <w:tcW w:type="dxa" w:w="1427"/>
          </w:tcPr>
          <w:p>
            <w:pPr>
              <w:spacing w:after="0"/>
              <w:jc w:val="left"/>
            </w:pPr>
            <w:r>
              <w:rPr>
                <w:sz w:val="16"/>
              </w:rPr>
              <w:t>Hail</w:t>
            </w:r>
          </w:p>
        </w:tc>
        <w:tc>
          <w:tcPr>
            <w:tcW w:type="dxa" w:w="1865"/>
          </w:tcPr>
          <w:p>
            <w:pPr>
              <w:spacing w:after="0"/>
              <w:jc w:val="left"/>
            </w:pPr>
            <w:r>
              <w:rPr>
                <w:sz w:val="16"/>
              </w:rPr>
              <w:t>1.25 in</w:t>
            </w:r>
          </w:p>
        </w:tc>
        <w:tc>
          <w:tcPr>
            <w:tcW w:type="dxa" w:w="2850"/>
          </w:tcPr>
          <w:p>
            <w:pPr>
              <w:spacing w:after="0"/>
              <w:jc w:val="left"/>
            </w:pPr>
            <w:r>
              <w:rPr>
                <w:sz w:val="16"/>
              </w:rPr>
              <w:t>$0 property; $0 crops (2016 dollars)</w:t>
            </w:r>
          </w:p>
        </w:tc>
        <w:tc>
          <w:tcPr>
            <w:tcW w:type="dxa" w:w="924"/>
          </w:tcPr>
          <w:p>
            <w:pPr>
              <w:spacing w:after="0"/>
              <w:jc w:val="right"/>
            </w:pPr>
            <w:r>
              <w:rPr>
                <w:sz w:val="16"/>
              </w:rPr>
              <w:t>0, 0</w:t>
            </w:r>
          </w:p>
        </w:tc>
        <w:tc>
          <w:tcPr>
            <w:tcW w:type="dxa" w:w="2145"/>
          </w:tcPr>
          <w:p>
            <w:pPr>
              <w:spacing w:after="0"/>
              <w:jc w:val="left"/>
            </w:pPr>
            <w:r>
              <w:rPr>
                <w:sz w:val="16"/>
              </w:rPr>
              <w:t>PORT HAYWOOD</w:t>
            </w:r>
          </w:p>
        </w:tc>
        <w:tc>
          <w:tcPr>
            <w:tcW w:type="dxa" w:w="1008"/>
          </w:tcPr>
          <w:p>
            <w:pPr>
              <w:spacing w:after="0"/>
              <w:jc w:val="left"/>
            </w:pPr>
          </w:p>
        </w:tc>
        <w:tc>
          <w:tcPr>
            <w:tcW w:type="dxa" w:w="2857"/>
          </w:tcPr>
          <w:p>
            <w:pPr>
              <w:spacing w:after="0"/>
              <w:jc w:val="left"/>
            </w:pPr>
            <w:r>
              <w:rPr>
                <w:sz w:val="16"/>
              </w:rPr>
              <w:t>B1-c worst recorded: Hail</w:t>
            </w:r>
          </w:p>
        </w:tc>
      </w:tr>
      <w:tr>
        <w:trPr>
          <w:cantSplit/>
        </w:trPr>
        <w:tc>
          <w:tcPr>
            <w:tcW w:type="dxa" w:w="1037"/>
          </w:tcPr>
          <w:p>
            <w:pPr>
              <w:spacing w:after="0"/>
              <w:jc w:val="left"/>
            </w:pPr>
            <w:r>
              <w:rPr>
                <w:sz w:val="16"/>
              </w:rPr>
              <w:t>2012-07-05</w:t>
            </w:r>
          </w:p>
        </w:tc>
        <w:tc>
          <w:tcPr>
            <w:tcW w:type="dxa" w:w="1427"/>
          </w:tcPr>
          <w:p>
            <w:pPr>
              <w:spacing w:after="0"/>
              <w:jc w:val="left"/>
            </w:pPr>
            <w:r>
              <w:rPr>
                <w:sz w:val="16"/>
              </w:rPr>
              <w:t>Heat</w:t>
            </w:r>
          </w:p>
        </w:tc>
        <w:tc>
          <w:tcPr>
            <w:tcW w:type="dxa" w:w="1865"/>
          </w:tcPr>
          <w:p>
            <w:pPr>
              <w:spacing w:after="0"/>
              <w:jc w:val="left"/>
            </w:pPr>
          </w:p>
        </w:tc>
        <w:tc>
          <w:tcPr>
            <w:tcW w:type="dxa" w:w="2850"/>
          </w:tcPr>
          <w:p>
            <w:pPr>
              <w:spacing w:after="0"/>
              <w:jc w:val="left"/>
            </w:pPr>
            <w:r>
              <w:rPr>
                <w:sz w:val="16"/>
              </w:rPr>
              <w:t>$0 property; $0 crops (zone total, 2012 dollars)</w:t>
            </w:r>
          </w:p>
        </w:tc>
        <w:tc>
          <w:tcPr>
            <w:tcW w:type="dxa" w:w="924"/>
          </w:tcPr>
          <w:p>
            <w:pPr>
              <w:spacing w:after="0"/>
              <w:jc w:val="right"/>
            </w:pPr>
            <w:r>
              <w:rPr>
                <w:sz w:val="16"/>
              </w:rPr>
              <w:t>0, 0</w:t>
            </w:r>
          </w:p>
        </w:tc>
        <w:tc>
          <w:tcPr>
            <w:tcW w:type="dxa" w:w="2145"/>
          </w:tcPr>
          <w:p>
            <w:pPr>
              <w:spacing w:after="0"/>
              <w:jc w:val="left"/>
            </w:pPr>
            <w:r>
              <w:rPr>
                <w:sz w:val="16"/>
              </w:rPr>
              <w:t>NWS zone VAZ086 (MATHEWS), zone-level</w:t>
            </w:r>
          </w:p>
        </w:tc>
        <w:tc>
          <w:tcPr>
            <w:tcW w:type="dxa" w:w="1008"/>
          </w:tcPr>
          <w:p>
            <w:pPr>
              <w:spacing w:after="0"/>
              <w:jc w:val="left"/>
            </w:pPr>
          </w:p>
        </w:tc>
        <w:tc>
          <w:tcPr>
            <w:tcW w:type="dxa" w:w="2857"/>
          </w:tcPr>
          <w:p>
            <w:pPr>
              <w:spacing w:after="0"/>
              <w:jc w:val="left"/>
            </w:pPr>
            <w:r>
              <w:rPr>
                <w:sz w:val="16"/>
              </w:rPr>
              <w:t>B1-c worst recorded: Excessive Heat, Heat</w:t>
            </w:r>
          </w:p>
        </w:tc>
      </w:tr>
      <w:tr>
        <w:trPr>
          <w:cantSplit/>
        </w:trPr>
        <w:tc>
          <w:tcPr>
            <w:tcW w:type="dxa" w:w="1037"/>
          </w:tcPr>
          <w:p>
            <w:pPr>
              <w:spacing w:after="0"/>
              <w:jc w:val="left"/>
            </w:pPr>
            <w:r>
              <w:rPr>
                <w:sz w:val="16"/>
              </w:rPr>
              <w:t>2011-04-16</w:t>
            </w:r>
          </w:p>
        </w:tc>
        <w:tc>
          <w:tcPr>
            <w:tcW w:type="dxa" w:w="1427"/>
          </w:tcPr>
          <w:p>
            <w:pPr>
              <w:spacing w:after="0"/>
              <w:jc w:val="left"/>
            </w:pPr>
            <w:r>
              <w:rPr>
                <w:sz w:val="16"/>
              </w:rPr>
              <w:t>Tornado</w:t>
            </w:r>
          </w:p>
        </w:tc>
        <w:tc>
          <w:tcPr>
            <w:tcW w:type="dxa" w:w="1865"/>
          </w:tcPr>
          <w:p>
            <w:pPr>
              <w:spacing w:after="0"/>
              <w:jc w:val="left"/>
            </w:pPr>
            <w:r>
              <w:rPr>
                <w:sz w:val="16"/>
              </w:rPr>
              <w:t>EF3, 1.25 mi within this county, 500 yd wide</w:t>
            </w:r>
          </w:p>
        </w:tc>
        <w:tc>
          <w:tcPr>
            <w:tcW w:type="dxa" w:w="2850"/>
          </w:tcPr>
          <w:p>
            <w:pPr>
              <w:spacing w:after="0"/>
              <w:jc w:val="left"/>
            </w:pPr>
            <w:r>
              <w:rPr>
                <w:sz w:val="16"/>
              </w:rPr>
              <w:t>$5,000 property; $0 crops (2011 dollars)</w:t>
            </w:r>
          </w:p>
        </w:tc>
        <w:tc>
          <w:tcPr>
            <w:tcW w:type="dxa" w:w="924"/>
          </w:tcPr>
          <w:p>
            <w:pPr>
              <w:spacing w:after="0"/>
              <w:jc w:val="right"/>
            </w:pPr>
            <w:r>
              <w:rPr>
                <w:sz w:val="16"/>
              </w:rPr>
              <w:t>0, 0</w:t>
            </w:r>
          </w:p>
        </w:tc>
        <w:tc>
          <w:tcPr>
            <w:tcW w:type="dxa" w:w="2145"/>
          </w:tcPr>
          <w:p>
            <w:pPr>
              <w:spacing w:after="0"/>
              <w:jc w:val="left"/>
            </w:pPr>
            <w:r>
              <w:rPr>
                <w:sz w:val="16"/>
              </w:rPr>
              <w:t>NORTH</w:t>
            </w:r>
          </w:p>
        </w:tc>
        <w:tc>
          <w:tcPr>
            <w:tcW w:type="dxa" w:w="1008"/>
          </w:tcPr>
          <w:p>
            <w:pPr>
              <w:spacing w:after="0"/>
              <w:jc w:val="left"/>
            </w:pPr>
          </w:p>
        </w:tc>
        <w:tc>
          <w:tcPr>
            <w:tcW w:type="dxa" w:w="2857"/>
          </w:tcPr>
          <w:p>
            <w:pPr>
              <w:spacing w:after="0"/>
              <w:jc w:val="left"/>
            </w:pPr>
            <w:r>
              <w:rPr>
                <w:sz w:val="16"/>
              </w:rPr>
              <w:t>B1-c worst recorded: Tornado</w:t>
            </w:r>
          </w:p>
        </w:tc>
      </w:tr>
      <w:tr>
        <w:trPr>
          <w:cantSplit/>
        </w:trPr>
        <w:tc>
          <w:tcPr>
            <w:tcW w:type="dxa" w:w="1037"/>
          </w:tcPr>
          <w:p>
            <w:pPr>
              <w:spacing w:after="0"/>
              <w:jc w:val="left"/>
            </w:pPr>
            <w:r>
              <w:rPr>
                <w:sz w:val="16"/>
              </w:rPr>
              <w:t>2006-09-01</w:t>
            </w:r>
          </w:p>
        </w:tc>
        <w:tc>
          <w:tcPr>
            <w:tcW w:type="dxa" w:w="1427"/>
          </w:tcPr>
          <w:p>
            <w:pPr>
              <w:spacing w:after="0"/>
              <w:jc w:val="left"/>
            </w:pPr>
            <w:r>
              <w:rPr>
                <w:sz w:val="16"/>
              </w:rPr>
              <w:t>Coastal Flood</w:t>
            </w:r>
          </w:p>
        </w:tc>
        <w:tc>
          <w:tcPr>
            <w:tcW w:type="dxa" w:w="1865"/>
          </w:tcPr>
          <w:p>
            <w:pPr>
              <w:spacing w:after="0"/>
              <w:jc w:val="left"/>
            </w:pPr>
          </w:p>
        </w:tc>
        <w:tc>
          <w:tcPr>
            <w:tcW w:type="dxa" w:w="2850"/>
          </w:tcPr>
          <w:p>
            <w:pPr>
              <w:spacing w:after="0"/>
              <w:jc w:val="left"/>
            </w:pPr>
            <w:r>
              <w:rPr>
                <w:sz w:val="16"/>
              </w:rPr>
              <w:t>$5,600,000 property; crops not reported (zone total, 2006 dollars)</w:t>
            </w:r>
          </w:p>
        </w:tc>
        <w:tc>
          <w:tcPr>
            <w:tcW w:type="dxa" w:w="924"/>
          </w:tcPr>
          <w:p>
            <w:pPr>
              <w:spacing w:after="0"/>
              <w:jc w:val="right"/>
            </w:pPr>
            <w:r>
              <w:rPr>
                <w:sz w:val="16"/>
              </w:rPr>
              <w:t>0, 0</w:t>
            </w:r>
          </w:p>
        </w:tc>
        <w:tc>
          <w:tcPr>
            <w:tcW w:type="dxa" w:w="2145"/>
          </w:tcPr>
          <w:p>
            <w:pPr>
              <w:spacing w:after="0"/>
              <w:jc w:val="left"/>
            </w:pPr>
            <w:r>
              <w:rPr>
                <w:sz w:val="16"/>
              </w:rPr>
              <w:t>NWS zone VAZ086 (MATHEWS), zone-level</w:t>
            </w:r>
          </w:p>
        </w:tc>
        <w:tc>
          <w:tcPr>
            <w:tcW w:type="dxa" w:w="1008"/>
          </w:tcPr>
          <w:p>
            <w:pPr>
              <w:spacing w:after="0"/>
              <w:jc w:val="left"/>
            </w:pPr>
          </w:p>
        </w:tc>
        <w:tc>
          <w:tcPr>
            <w:tcW w:type="dxa" w:w="2857"/>
          </w:tcPr>
          <w:p>
            <w:pPr>
              <w:spacing w:after="0"/>
              <w:jc w:val="left"/>
            </w:pPr>
            <w:r>
              <w:rPr>
                <w:sz w:val="16"/>
              </w:rPr>
              <w:t>B1-c worst recorded: Coastal Flood, Storm Surge/Tide</w:t>
            </w:r>
          </w:p>
        </w:tc>
      </w:tr>
      <w:tr>
        <w:trPr>
          <w:cantSplit/>
        </w:trPr>
        <w:tc>
          <w:tcPr>
            <w:tcW w:type="dxa" w:w="1037"/>
          </w:tcPr>
          <w:p>
            <w:pPr>
              <w:spacing w:after="0"/>
              <w:jc w:val="left"/>
            </w:pPr>
            <w:r>
              <w:rPr>
                <w:sz w:val="16"/>
              </w:rPr>
              <w:t>2006-09-01</w:t>
            </w:r>
          </w:p>
        </w:tc>
        <w:tc>
          <w:tcPr>
            <w:tcW w:type="dxa" w:w="1427"/>
          </w:tcPr>
          <w:p>
            <w:pPr>
              <w:spacing w:after="0"/>
              <w:jc w:val="left"/>
            </w:pPr>
            <w:r>
              <w:rPr>
                <w:sz w:val="16"/>
              </w:rPr>
              <w:t>High Wind</w:t>
            </w:r>
          </w:p>
        </w:tc>
        <w:tc>
          <w:tcPr>
            <w:tcW w:type="dxa" w:w="1865"/>
          </w:tcPr>
          <w:p>
            <w:pPr>
              <w:spacing w:after="0"/>
              <w:jc w:val="left"/>
            </w:pPr>
            <w:r>
              <w:rPr>
                <w:sz w:val="16"/>
              </w:rPr>
              <w:t>35 kt (40 mph) estimated sustained</w:t>
            </w:r>
          </w:p>
        </w:tc>
        <w:tc>
          <w:tcPr>
            <w:tcW w:type="dxa" w:w="2850"/>
          </w:tcPr>
          <w:p>
            <w:pPr>
              <w:spacing w:after="0"/>
              <w:jc w:val="left"/>
            </w:pPr>
            <w:r>
              <w:rPr>
                <w:sz w:val="16"/>
              </w:rPr>
              <w:t>$3,000,000 property; crops not reported (zone total, 2006 dollars)</w:t>
            </w:r>
          </w:p>
        </w:tc>
        <w:tc>
          <w:tcPr>
            <w:tcW w:type="dxa" w:w="924"/>
          </w:tcPr>
          <w:p>
            <w:pPr>
              <w:spacing w:after="0"/>
              <w:jc w:val="right"/>
            </w:pPr>
            <w:r>
              <w:rPr>
                <w:sz w:val="16"/>
              </w:rPr>
              <w:t>0, 0</w:t>
            </w:r>
          </w:p>
        </w:tc>
        <w:tc>
          <w:tcPr>
            <w:tcW w:type="dxa" w:w="2145"/>
          </w:tcPr>
          <w:p>
            <w:pPr>
              <w:spacing w:after="0"/>
              <w:jc w:val="left"/>
            </w:pPr>
            <w:r>
              <w:rPr>
                <w:sz w:val="16"/>
              </w:rPr>
              <w:t>NWS zone VAZ086 (MATHEWS), zone-level</w:t>
            </w:r>
          </w:p>
        </w:tc>
        <w:tc>
          <w:tcPr>
            <w:tcW w:type="dxa" w:w="1008"/>
          </w:tcPr>
          <w:p>
            <w:pPr>
              <w:spacing w:after="0"/>
              <w:jc w:val="left"/>
            </w:pPr>
          </w:p>
        </w:tc>
        <w:tc>
          <w:tcPr>
            <w:tcW w:type="dxa" w:w="2857"/>
          </w:tcPr>
          <w:p>
            <w:pPr>
              <w:spacing w:after="0"/>
              <w:jc w:val="left"/>
            </w:pPr>
            <w:r>
              <w:rPr>
                <w:sz w:val="16"/>
              </w:rPr>
              <w:t>B1-c most damaging: High Wind and Strong Wind</w:t>
            </w:r>
          </w:p>
        </w:tc>
      </w:tr>
      <w:tr>
        <w:trPr>
          <w:cantSplit/>
        </w:trPr>
        <w:tc>
          <w:tcPr>
            <w:tcW w:type="dxa" w:w="1037"/>
          </w:tcPr>
          <w:p>
            <w:pPr>
              <w:spacing w:after="0"/>
              <w:jc w:val="left"/>
            </w:pPr>
            <w:r>
              <w:rPr>
                <w:sz w:val="16"/>
              </w:rPr>
              <w:t>2003-09-18</w:t>
            </w:r>
          </w:p>
        </w:tc>
        <w:tc>
          <w:tcPr>
            <w:tcW w:type="dxa" w:w="1427"/>
          </w:tcPr>
          <w:p>
            <w:pPr>
              <w:spacing w:after="0"/>
              <w:jc w:val="left"/>
            </w:pPr>
            <w:r>
              <w:rPr>
                <w:sz w:val="16"/>
              </w:rPr>
              <w:t>Hurricane (NOAA event type 'Hurricane (Typhoon)')</w:t>
            </w:r>
          </w:p>
        </w:tc>
        <w:tc>
          <w:tcPr>
            <w:tcW w:type="dxa" w:w="1865"/>
          </w:tcPr>
          <w:p>
            <w:pPr>
              <w:spacing w:after="0"/>
              <w:jc w:val="left"/>
            </w:pPr>
          </w:p>
        </w:tc>
        <w:tc>
          <w:tcPr>
            <w:tcW w:type="dxa" w:w="2850"/>
          </w:tcPr>
          <w:p>
            <w:pPr>
              <w:spacing w:after="0"/>
              <w:jc w:val="left"/>
            </w:pPr>
            <w:r>
              <w:rPr>
                <w:sz w:val="16"/>
              </w:rPr>
              <w:t>$21,000,000 property; $1,000,000 crops (zone total, 2003 dollars)</w:t>
            </w:r>
          </w:p>
        </w:tc>
        <w:tc>
          <w:tcPr>
            <w:tcW w:type="dxa" w:w="924"/>
          </w:tcPr>
          <w:p>
            <w:pPr>
              <w:spacing w:after="0"/>
              <w:jc w:val="right"/>
            </w:pPr>
            <w:r>
              <w:rPr>
                <w:sz w:val="16"/>
              </w:rPr>
              <w:t>0, 0</w:t>
            </w:r>
          </w:p>
        </w:tc>
        <w:tc>
          <w:tcPr>
            <w:tcW w:type="dxa" w:w="2145"/>
          </w:tcPr>
          <w:p>
            <w:pPr>
              <w:spacing w:after="0"/>
              <w:jc w:val="left"/>
            </w:pPr>
            <w:r>
              <w:rPr>
                <w:sz w:val="16"/>
              </w:rPr>
              <w:t>NWS zone VAZ086 (MATHEWS), zone-level</w:t>
            </w:r>
          </w:p>
        </w:tc>
        <w:tc>
          <w:tcPr>
            <w:tcW w:type="dxa" w:w="1008"/>
          </w:tcPr>
          <w:p>
            <w:pPr>
              <w:spacing w:after="0"/>
              <w:jc w:val="left"/>
            </w:pPr>
          </w:p>
        </w:tc>
        <w:tc>
          <w:tcPr>
            <w:tcW w:type="dxa" w:w="28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2000-08-06</w:t>
            </w:r>
          </w:p>
        </w:tc>
        <w:tc>
          <w:tcPr>
            <w:tcW w:type="dxa" w:w="1427"/>
          </w:tcPr>
          <w:p>
            <w:pPr>
              <w:spacing w:after="0"/>
              <w:jc w:val="left"/>
            </w:pPr>
            <w:r>
              <w:rPr>
                <w:sz w:val="16"/>
              </w:rPr>
              <w:t>Lightning</w:t>
            </w:r>
          </w:p>
        </w:tc>
        <w:tc>
          <w:tcPr>
            <w:tcW w:type="dxa" w:w="1865"/>
          </w:tcPr>
          <w:p>
            <w:pPr>
              <w:spacing w:after="0"/>
              <w:jc w:val="left"/>
            </w:pPr>
          </w:p>
        </w:tc>
        <w:tc>
          <w:tcPr>
            <w:tcW w:type="dxa" w:w="2850"/>
          </w:tcPr>
          <w:p>
            <w:pPr>
              <w:spacing w:after="0"/>
              <w:jc w:val="left"/>
            </w:pPr>
            <w:r>
              <w:rPr>
                <w:sz w:val="16"/>
              </w:rPr>
              <w:t>$75,000 property; $0 crops (2000 dollars)</w:t>
            </w:r>
          </w:p>
        </w:tc>
        <w:tc>
          <w:tcPr>
            <w:tcW w:type="dxa" w:w="924"/>
          </w:tcPr>
          <w:p>
            <w:pPr>
              <w:spacing w:after="0"/>
              <w:jc w:val="right"/>
            </w:pPr>
            <w:r>
              <w:rPr>
                <w:sz w:val="16"/>
              </w:rPr>
              <w:t>0, 0</w:t>
            </w:r>
          </w:p>
        </w:tc>
        <w:tc>
          <w:tcPr>
            <w:tcW w:type="dxa" w:w="2145"/>
          </w:tcPr>
          <w:p>
            <w:pPr>
              <w:spacing w:after="0"/>
              <w:jc w:val="left"/>
            </w:pPr>
            <w:r>
              <w:rPr>
                <w:sz w:val="16"/>
              </w:rPr>
              <w:t>GWYNN</w:t>
            </w:r>
          </w:p>
        </w:tc>
        <w:tc>
          <w:tcPr>
            <w:tcW w:type="dxa" w:w="1008"/>
          </w:tcPr>
          <w:p>
            <w:pPr>
              <w:spacing w:after="0"/>
              <w:jc w:val="left"/>
            </w:pPr>
          </w:p>
        </w:tc>
        <w:tc>
          <w:tcPr>
            <w:tcW w:type="dxa" w:w="2857"/>
          </w:tcPr>
          <w:p>
            <w:pPr>
              <w:spacing w:after="0"/>
              <w:jc w:val="left"/>
            </w:pPr>
            <w:r>
              <w:rPr>
                <w:sz w:val="16"/>
              </w:rPr>
              <w:t>B1-c worst recorded: Lightning</w:t>
            </w:r>
          </w:p>
        </w:tc>
      </w:tr>
      <w:tr>
        <w:trPr>
          <w:cantSplit/>
        </w:trPr>
        <w:tc>
          <w:tcPr>
            <w:tcW w:type="dxa" w:w="1037"/>
          </w:tcPr>
          <w:p>
            <w:pPr>
              <w:spacing w:after="0"/>
              <w:jc w:val="left"/>
            </w:pPr>
            <w:r>
              <w:rPr>
                <w:sz w:val="16"/>
              </w:rPr>
              <w:t>1996-08-03</w:t>
            </w:r>
          </w:p>
        </w:tc>
        <w:tc>
          <w:tcPr>
            <w:tcW w:type="dxa" w:w="1427"/>
          </w:tcPr>
          <w:p>
            <w:pPr>
              <w:spacing w:after="0"/>
              <w:jc w:val="left"/>
            </w:pPr>
            <w:r>
              <w:rPr>
                <w:sz w:val="16"/>
              </w:rPr>
              <w:t>Flood</w:t>
            </w:r>
          </w:p>
        </w:tc>
        <w:tc>
          <w:tcPr>
            <w:tcW w:type="dxa" w:w="1865"/>
          </w:tcPr>
          <w:p>
            <w:pPr>
              <w:spacing w:after="0"/>
              <w:jc w:val="left"/>
            </w:pPr>
          </w:p>
        </w:tc>
        <w:tc>
          <w:tcPr>
            <w:tcW w:type="dxa" w:w="2850"/>
          </w:tcPr>
          <w:p>
            <w:pPr>
              <w:spacing w:after="0"/>
              <w:jc w:val="left"/>
            </w:pPr>
            <w:r>
              <w:rPr>
                <w:sz w:val="16"/>
              </w:rPr>
              <w:t>$2,000 property; crops not reported (1996 dollars)</w:t>
            </w:r>
          </w:p>
        </w:tc>
        <w:tc>
          <w:tcPr>
            <w:tcW w:type="dxa" w:w="924"/>
          </w:tcPr>
          <w:p>
            <w:pPr>
              <w:spacing w:after="0"/>
              <w:jc w:val="right"/>
            </w:pPr>
            <w:r>
              <w:rPr>
                <w:sz w:val="16"/>
              </w:rPr>
              <w:t>0, 0</w:t>
            </w:r>
          </w:p>
        </w:tc>
        <w:tc>
          <w:tcPr>
            <w:tcW w:type="dxa" w:w="2145"/>
          </w:tcPr>
          <w:p>
            <w:pPr>
              <w:spacing w:after="0"/>
              <w:jc w:val="left"/>
            </w:pPr>
            <w:r>
              <w:rPr>
                <w:sz w:val="16"/>
              </w:rPr>
              <w:t>MATHEWS</w:t>
            </w:r>
          </w:p>
        </w:tc>
        <w:tc>
          <w:tcPr>
            <w:tcW w:type="dxa" w:w="1008"/>
          </w:tcPr>
          <w:p>
            <w:pPr>
              <w:spacing w:after="0"/>
              <w:jc w:val="left"/>
            </w:pPr>
          </w:p>
        </w:tc>
        <w:tc>
          <w:tcPr>
            <w:tcW w:type="dxa" w:w="28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1988-08-19</w:t>
            </w:r>
          </w:p>
        </w:tc>
        <w:tc>
          <w:tcPr>
            <w:tcW w:type="dxa" w:w="1427"/>
          </w:tcPr>
          <w:p>
            <w:pPr>
              <w:spacing w:after="0"/>
              <w:jc w:val="left"/>
            </w:pPr>
            <w:r>
              <w:rPr>
                <w:sz w:val="16"/>
              </w:rPr>
              <w:t>Thunderstorm Wind</w:t>
            </w:r>
          </w:p>
        </w:tc>
        <w:tc>
          <w:tcPr>
            <w:tcW w:type="dxa" w:w="1865"/>
          </w:tcPr>
          <w:p>
            <w:pPr>
              <w:spacing w:after="0"/>
              <w:jc w:val="left"/>
            </w:pPr>
            <w:r>
              <w:rPr>
                <w:sz w:val="16"/>
              </w:rPr>
              <w:t>74 kt (85 mph), measurement type not recorded</w:t>
            </w:r>
          </w:p>
        </w:tc>
        <w:tc>
          <w:tcPr>
            <w:tcW w:type="dxa" w:w="2850"/>
          </w:tcPr>
          <w:p>
            <w:pPr>
              <w:spacing w:after="0"/>
              <w:jc w:val="left"/>
            </w:pPr>
            <w:r>
              <w:rPr>
                <w:sz w:val="16"/>
              </w:rPr>
              <w:t>damage not recorded (pre-1996 record)</w:t>
            </w:r>
          </w:p>
        </w:tc>
        <w:tc>
          <w:tcPr>
            <w:tcW w:type="dxa" w:w="924"/>
          </w:tcPr>
          <w:p>
            <w:pPr>
              <w:spacing w:after="0"/>
              <w:jc w:val="right"/>
            </w:pPr>
            <w:r>
              <w:rPr>
                <w:sz w:val="16"/>
              </w:rPr>
              <w:t>0, 0</w:t>
            </w:r>
          </w:p>
        </w:tc>
        <w:tc>
          <w:tcPr>
            <w:tcW w:type="dxa" w:w="2145"/>
          </w:tcPr>
          <w:p>
            <w:pPr>
              <w:spacing w:after="0"/>
              <w:jc w:val="left"/>
            </w:pPr>
            <w:r>
              <w:rPr>
                <w:sz w:val="16"/>
              </w:rPr>
              <w:t>location not recorded</w:t>
            </w:r>
          </w:p>
        </w:tc>
        <w:tc>
          <w:tcPr>
            <w:tcW w:type="dxa" w:w="1008"/>
          </w:tcPr>
          <w:p>
            <w:pPr>
              <w:spacing w:after="0"/>
              <w:jc w:val="left"/>
            </w:pPr>
          </w:p>
        </w:tc>
        <w:tc>
          <w:tcPr>
            <w:tcW w:type="dxa" w:w="2857"/>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425"/>
        <w:gridCol w:w="1546"/>
        <w:gridCol w:w="1037"/>
        <w:gridCol w:w="1882"/>
        <w:gridCol w:w="1511"/>
        <w:gridCol w:w="1468"/>
        <w:gridCol w:w="1037"/>
        <w:gridCol w:w="1943"/>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2"/>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7"/>
          </w:tcPr>
          <w:p>
            <w:pPr>
              <w:spacing w:after="0"/>
              <w:jc w:val="right"/>
            </w:pPr>
            <w:r>
              <w:rPr>
                <w:sz w:val="16"/>
              </w:rPr>
              <w:t>3.69</w:t>
            </w:r>
          </w:p>
        </w:tc>
        <w:tc>
          <w:tcPr>
            <w:tcW w:type="dxa" w:w="1425"/>
          </w:tcPr>
          <w:p>
            <w:pPr>
              <w:spacing w:after="0"/>
              <w:jc w:val="left"/>
            </w:pPr>
            <w:r>
              <w:rPr>
                <w:sz w:val="16"/>
              </w:rPr>
              <w:t>events per year at a location (modeled)</w:t>
            </w:r>
          </w:p>
        </w:tc>
        <w:tc>
          <w:tcPr>
            <w:tcW w:type="dxa" w:w="1546"/>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7"/>
          </w:tcPr>
          <w:p>
            <w:pPr>
              <w:spacing w:after="0"/>
              <w:jc w:val="right"/>
            </w:pPr>
            <w:r>
              <w:rPr>
                <w:sz w:val="16"/>
              </w:rPr>
              <w:t>0.579</w:t>
            </w:r>
          </w:p>
        </w:tc>
        <w:tc>
          <w:tcPr>
            <w:tcW w:type="dxa" w:w="1425"/>
          </w:tcPr>
          <w:p>
            <w:pPr>
              <w:spacing w:after="0"/>
              <w:jc w:val="left"/>
            </w:pPr>
            <w:r>
              <w:rPr>
                <w:sz w:val="16"/>
              </w:rPr>
              <w:t>event-days per year</w:t>
            </w:r>
          </w:p>
        </w:tc>
        <w:tc>
          <w:tcPr>
            <w:tcW w:type="dxa" w:w="1546"/>
          </w:tcPr>
          <w:p>
            <w:pPr>
              <w:spacing w:after="0"/>
              <w:jc w:val="left"/>
            </w:pPr>
            <w:r>
              <w:rPr>
                <w:sz w:val="16"/>
              </w:rPr>
              <w:t>about 0.579 days per year</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11</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7"/>
          </w:tcPr>
          <w:p>
            <w:pPr>
              <w:spacing w:after="0"/>
              <w:jc w:val="right"/>
            </w:pPr>
            <w:r>
              <w:rPr>
                <w:sz w:val="16"/>
              </w:rPr>
              <w:t>2.66</w:t>
            </w:r>
          </w:p>
        </w:tc>
        <w:tc>
          <w:tcPr>
            <w:tcW w:type="dxa" w:w="1425"/>
          </w:tcPr>
          <w:p>
            <w:pPr>
              <w:spacing w:after="0"/>
              <w:jc w:val="left"/>
            </w:pPr>
            <w:r>
              <w:rPr>
                <w:sz w:val="16"/>
              </w:rPr>
              <w:t>event-days per year</w:t>
            </w:r>
          </w:p>
        </w:tc>
        <w:tc>
          <w:tcPr>
            <w:tcW w:type="dxa" w:w="1546"/>
          </w:tcPr>
          <w:p>
            <w:pPr>
              <w:spacing w:after="0"/>
              <w:jc w:val="left"/>
            </w:pPr>
            <w:r>
              <w:rPr>
                <w:sz w:val="16"/>
              </w:rPr>
              <w:t>about 2.66 days per year</w:t>
            </w:r>
          </w:p>
        </w:tc>
        <w:tc>
          <w:tcPr>
            <w:tcW w:type="dxa" w:w="1037"/>
          </w:tcPr>
          <w:p>
            <w:pPr>
              <w:spacing w:after="0"/>
              <w:jc w:val="left"/>
            </w:pPr>
          </w:p>
        </w:tc>
        <w:tc>
          <w:tcPr>
            <w:tcW w:type="dxa" w:w="1882"/>
          </w:tcPr>
          <w:p>
            <w:pPr>
              <w:spacing w:after="0"/>
              <w:jc w:val="left"/>
            </w:pPr>
            <w:r>
              <w:rPr>
                <w:sz w:val="16"/>
              </w:rPr>
              <w:t>Storm Events event-days in 0 of 30 years, 1996 to 2025 (0%)</w:t>
            </w:r>
          </w:p>
        </w:tc>
        <w:tc>
          <w:tcPr>
            <w:tcW w:type="dxa" w:w="1511"/>
          </w:tcPr>
          <w:p>
            <w:pPr>
              <w:spacing w:after="0"/>
              <w:jc w:val="right"/>
            </w:pPr>
            <w:r>
              <w:rPr>
                <w:sz w:val="16"/>
              </w:rPr>
              <w:t>70</w:t>
            </w:r>
          </w:p>
        </w:tc>
        <w:tc>
          <w:tcPr>
            <w:tcW w:type="dxa" w:w="14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0.00101</w:t>
            </w:r>
          </w:p>
        </w:tc>
        <w:tc>
          <w:tcPr>
            <w:tcW w:type="dxa" w:w="1425"/>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0.101%</w:t>
            </w:r>
          </w:p>
        </w:tc>
        <w:tc>
          <w:tcPr>
            <w:tcW w:type="dxa" w:w="1037"/>
          </w:tcPr>
          <w:p>
            <w:pPr>
              <w:spacing w:after="0"/>
              <w:jc w:val="left"/>
            </w:pPr>
          </w:p>
        </w:tc>
        <w:tc>
          <w:tcPr>
            <w:tcW w:type="dxa" w:w="1882"/>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1.79</w:t>
            </w:r>
          </w:p>
        </w:tc>
        <w:tc>
          <w:tcPr>
            <w:tcW w:type="dxa" w:w="1425"/>
          </w:tcPr>
          <w:p>
            <w:pPr>
              <w:spacing w:after="0"/>
              <w:jc w:val="left"/>
            </w:pPr>
            <w:r>
              <w:rPr>
                <w:sz w:val="16"/>
              </w:rPr>
              <w:t>events per year</w:t>
            </w:r>
          </w:p>
        </w:tc>
        <w:tc>
          <w:tcPr>
            <w:tcW w:type="dxa" w:w="1546"/>
          </w:tcPr>
          <w:p>
            <w:pPr>
              <w:spacing w:after="0"/>
              <w:jc w:val="left"/>
            </w:pPr>
            <w:r>
              <w:rPr>
                <w:sz w:val="16"/>
              </w:rPr>
              <w:t>about 1.79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97.5 (modeled)</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5.37</w:t>
            </w:r>
          </w:p>
        </w:tc>
        <w:tc>
          <w:tcPr>
            <w:tcW w:type="dxa" w:w="1425"/>
          </w:tcPr>
          <w:p>
            <w:pPr>
              <w:spacing w:after="0"/>
              <w:jc w:val="left"/>
            </w:pPr>
            <w:r>
              <w:rPr>
                <w:sz w:val="16"/>
              </w:rPr>
              <w:t>event-days per year</w:t>
            </w:r>
          </w:p>
        </w:tc>
        <w:tc>
          <w:tcPr>
            <w:tcW w:type="dxa" w:w="1546"/>
          </w:tcPr>
          <w:p>
            <w:pPr>
              <w:spacing w:after="0"/>
              <w:jc w:val="left"/>
            </w:pPr>
            <w:r>
              <w:rPr>
                <w:sz w:val="16"/>
              </w:rPr>
              <w:t>about 5.37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4 of 30 years, 1996 to 2025 (13.3%)</w:t>
            </w:r>
          </w:p>
        </w:tc>
        <w:tc>
          <w:tcPr>
            <w:tcW w:type="dxa" w:w="1511"/>
          </w:tcPr>
          <w:p>
            <w:pPr>
              <w:spacing w:after="0"/>
              <w:jc w:val="right"/>
            </w:pPr>
            <w:r>
              <w:rPr>
                <w:sz w:val="16"/>
              </w:rPr>
              <w:t>80</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Hurricane</w:t>
            </w:r>
          </w:p>
        </w:tc>
        <w:tc>
          <w:tcPr>
            <w:tcW w:type="dxa" w:w="1227"/>
          </w:tcPr>
          <w:p>
            <w:pPr>
              <w:spacing w:after="0"/>
              <w:jc w:val="right"/>
            </w:pPr>
            <w:r>
              <w:rPr>
                <w:sz w:val="16"/>
              </w:rPr>
              <w:t>0.196</w:t>
            </w:r>
          </w:p>
        </w:tc>
        <w:tc>
          <w:tcPr>
            <w:tcW w:type="dxa" w:w="1425"/>
          </w:tcPr>
          <w:p>
            <w:pPr>
              <w:spacing w:after="0"/>
              <w:jc w:val="left"/>
            </w:pPr>
            <w:r>
              <w:rPr>
                <w:sz w:val="16"/>
              </w:rPr>
              <w:t>events per year</w:t>
            </w:r>
          </w:p>
        </w:tc>
        <w:tc>
          <w:tcPr>
            <w:tcW w:type="dxa" w:w="1546"/>
          </w:tcPr>
          <w:p>
            <w:pPr>
              <w:spacing w:after="0"/>
              <w:jc w:val="left"/>
            </w:pPr>
            <w:r>
              <w:rPr>
                <w:sz w:val="16"/>
              </w:rPr>
              <w:t>about 1 in 5 years</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70</w:t>
            </w:r>
          </w:p>
        </w:tc>
        <w:tc>
          <w:tcPr>
            <w:tcW w:type="dxa" w:w="1468"/>
          </w:tcPr>
          <w:p>
            <w:pPr>
              <w:spacing w:after="0"/>
              <w:jc w:val="left"/>
            </w:pPr>
            <w:r>
              <w:rPr>
                <w:sz w:val="16"/>
              </w:rPr>
              <w:t>1851 to 2024 (Atlantic)</w:t>
            </w:r>
          </w:p>
        </w:tc>
        <w:tc>
          <w:tcPr>
            <w:tcW w:type="dxa" w:w="1037"/>
          </w:tcPr>
          <w:p>
            <w:pPr>
              <w:spacing w:after="0"/>
              <w:jc w:val="left"/>
            </w:pPr>
            <w:r>
              <w:rPr>
                <w:sz w:val="16"/>
              </w:rPr>
              <w:t>see B1-f</w:t>
            </w:r>
          </w:p>
        </w:tc>
        <w:tc>
          <w:tcPr>
            <w:tcW w:type="dxa" w:w="19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0.89</w:t>
            </w:r>
          </w:p>
        </w:tc>
        <w:tc>
          <w:tcPr>
            <w:tcW w:type="dxa" w:w="1425"/>
          </w:tcPr>
          <w:p>
            <w:pPr>
              <w:spacing w:after="0"/>
              <w:jc w:val="left"/>
            </w:pPr>
            <w:r>
              <w:rPr>
                <w:sz w:val="16"/>
              </w:rPr>
              <w:t>event-days per year</w:t>
            </w:r>
          </w:p>
        </w:tc>
        <w:tc>
          <w:tcPr>
            <w:tcW w:type="dxa" w:w="1546"/>
          </w:tcPr>
          <w:p>
            <w:pPr>
              <w:spacing w:after="0"/>
              <w:jc w:val="left"/>
            </w:pPr>
            <w:r>
              <w:rPr>
                <w:sz w:val="16"/>
              </w:rPr>
              <w:t>about 0.89 days per year</w:t>
            </w:r>
          </w:p>
        </w:tc>
        <w:tc>
          <w:tcPr>
            <w:tcW w:type="dxa" w:w="1037"/>
          </w:tcPr>
          <w:p>
            <w:pPr>
              <w:spacing w:after="0"/>
              <w:jc w:val="left"/>
            </w:pPr>
            <w:r>
              <w:rPr>
                <w:sz w:val="16"/>
              </w:rPr>
              <w:t>Possible</w:t>
            </w:r>
          </w:p>
        </w:tc>
        <w:tc>
          <w:tcPr>
            <w:tcW w:type="dxa" w:w="1882"/>
          </w:tcPr>
          <w:p>
            <w:pPr>
              <w:spacing w:after="0"/>
              <w:jc w:val="left"/>
            </w:pPr>
            <w:r>
              <w:rPr>
                <w:sz w:val="16"/>
              </w:rPr>
              <w:t>Storm Events event-days in 1 of 30 years, 1996 to 2025 (3.33%)</w:t>
            </w:r>
          </w:p>
        </w:tc>
        <w:tc>
          <w:tcPr>
            <w:tcW w:type="dxa" w:w="1511"/>
          </w:tcPr>
          <w:p>
            <w:pPr>
              <w:spacing w:after="0"/>
              <w:jc w:val="right"/>
            </w:pPr>
            <w:r>
              <w:rPr>
                <w:sz w:val="16"/>
              </w:rPr>
              <w:t>30</w:t>
            </w:r>
          </w:p>
        </w:tc>
        <w:tc>
          <w:tcPr>
            <w:tcW w:type="dxa" w:w="1468"/>
          </w:tcPr>
          <w:p>
            <w:pPr>
              <w:spacing w:after="0"/>
              <w:jc w:val="left"/>
            </w:pPr>
            <w:r>
              <w:rPr>
                <w:sz w:val="16"/>
              </w:rPr>
              <w:t>1946-12-31 to 2014-02-12 (67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0.464</w:t>
            </w:r>
          </w:p>
        </w:tc>
        <w:tc>
          <w:tcPr>
            <w:tcW w:type="dxa" w:w="1425"/>
          </w:tcPr>
          <w:p>
            <w:pPr>
              <w:spacing w:after="0"/>
              <w:jc w:val="left"/>
            </w:pPr>
            <w:r>
              <w:rPr>
                <w:sz w:val="16"/>
              </w:rPr>
              <w:t>event-days per year</w:t>
            </w:r>
          </w:p>
        </w:tc>
        <w:tc>
          <w:tcPr>
            <w:tcW w:type="dxa" w:w="1546"/>
          </w:tcPr>
          <w:p>
            <w:pPr>
              <w:spacing w:after="0"/>
              <w:jc w:val="left"/>
            </w:pPr>
            <w:r>
              <w:rPr>
                <w:sz w:val="16"/>
              </w:rPr>
              <w:t>about 0.464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12 of 30 years, 1996 to 2025 (40%)</w:t>
            </w:r>
          </w:p>
        </w:tc>
        <w:tc>
          <w:tcPr>
            <w:tcW w:type="dxa" w:w="1511"/>
          </w:tcPr>
          <w:p>
            <w:pPr>
              <w:spacing w:after="0"/>
              <w:jc w:val="right"/>
            </w:pPr>
            <w:r>
              <w:rPr>
                <w:sz w:val="16"/>
              </w:rPr>
              <w:t>13</w:t>
            </w:r>
          </w:p>
        </w:tc>
        <w:tc>
          <w:tcPr>
            <w:tcW w:type="dxa" w:w="1468"/>
          </w:tcPr>
          <w:p>
            <w:pPr>
              <w:spacing w:after="0"/>
              <w:jc w:val="left"/>
            </w:pPr>
            <w:r>
              <w:rPr>
                <w:sz w:val="16"/>
              </w:rPr>
              <w:t>1996 to 2023 (28 years)</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0.00993</w:t>
            </w:r>
          </w:p>
        </w:tc>
        <w:tc>
          <w:tcPr>
            <w:tcW w:type="dxa" w:w="1425"/>
          </w:tcPr>
          <w:p>
            <w:pPr>
              <w:spacing w:after="0"/>
              <w:jc w:val="left"/>
            </w:pPr>
            <w:r>
              <w:rPr>
                <w:sz w:val="16"/>
              </w:rPr>
              <w:t>events per year (modeled)</w:t>
            </w:r>
          </w:p>
        </w:tc>
        <w:tc>
          <w:tcPr>
            <w:tcW w:type="dxa" w:w="1546"/>
          </w:tcPr>
          <w:p>
            <w:pPr>
              <w:spacing w:after="0"/>
              <w:jc w:val="left"/>
            </w:pPr>
            <w:r>
              <w:rPr>
                <w:sz w:val="16"/>
              </w:rPr>
              <w:t>about 1 in 101 years</w:t>
            </w:r>
          </w:p>
        </w:tc>
        <w:tc>
          <w:tcPr>
            <w:tcW w:type="dxa" w:w="1037"/>
          </w:tcPr>
          <w:p>
            <w:pPr>
              <w:spacing w:after="0"/>
              <w:jc w:val="left"/>
            </w:pPr>
            <w:r>
              <w:rPr>
                <w:sz w:val="16"/>
              </w:rPr>
              <w:t>Unlikely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39.7</w:t>
            </w:r>
          </w:p>
        </w:tc>
        <w:tc>
          <w:tcPr>
            <w:tcW w:type="dxa" w:w="1425"/>
          </w:tcPr>
          <w:p>
            <w:pPr>
              <w:spacing w:after="0"/>
              <w:jc w:val="left"/>
            </w:pPr>
            <w:r>
              <w:rPr>
                <w:sz w:val="16"/>
              </w:rPr>
              <w:t>days per year with a strike</w:t>
            </w:r>
          </w:p>
        </w:tc>
        <w:tc>
          <w:tcPr>
            <w:tcW w:type="dxa" w:w="1546"/>
          </w:tcPr>
          <w:p>
            <w:pPr>
              <w:spacing w:after="0"/>
              <w:jc w:val="left"/>
            </w:pPr>
            <w:r>
              <w:rPr>
                <w:sz w:val="16"/>
              </w:rPr>
              <w:t>about 39.7 days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1995 to 2023 (29 years; CONUS)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1.02</w:t>
            </w:r>
          </w:p>
        </w:tc>
        <w:tc>
          <w:tcPr>
            <w:tcW w:type="dxa" w:w="1425"/>
          </w:tcPr>
          <w:p>
            <w:pPr>
              <w:spacing w:after="0"/>
              <w:jc w:val="left"/>
            </w:pPr>
            <w:r>
              <w:rPr>
                <w:sz w:val="16"/>
              </w:rPr>
              <w:t>events per year</w:t>
            </w:r>
          </w:p>
        </w:tc>
        <w:tc>
          <w:tcPr>
            <w:tcW w:type="dxa" w:w="1546"/>
          </w:tcPr>
          <w:p>
            <w:pPr>
              <w:spacing w:after="0"/>
              <w:jc w:val="left"/>
            </w:pPr>
            <w:r>
              <w:rPr>
                <w:sz w:val="16"/>
              </w:rPr>
              <w:t>about 1.02 per year</w:t>
            </w:r>
          </w:p>
        </w:tc>
        <w:tc>
          <w:tcPr>
            <w:tcW w:type="dxa" w:w="1037"/>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11"/>
          </w:tcPr>
          <w:p>
            <w:pPr>
              <w:spacing w:after="0"/>
              <w:jc w:val="right"/>
            </w:pPr>
            <w:r>
              <w:rPr>
                <w:sz w:val="16"/>
              </w:rPr>
              <w:t>20</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943"/>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0.107</w:t>
            </w:r>
          </w:p>
        </w:tc>
        <w:tc>
          <w:tcPr>
            <w:tcW w:type="dxa" w:w="1425"/>
          </w:tcPr>
          <w:p>
            <w:pPr>
              <w:spacing w:after="0"/>
              <w:jc w:val="left"/>
            </w:pPr>
            <w:r>
              <w:rPr>
                <w:sz w:val="16"/>
              </w:rPr>
              <w:t>events per year</w:t>
            </w:r>
          </w:p>
        </w:tc>
        <w:tc>
          <w:tcPr>
            <w:tcW w:type="dxa" w:w="1546"/>
          </w:tcPr>
          <w:p>
            <w:pPr>
              <w:spacing w:after="0"/>
              <w:jc w:val="left"/>
            </w:pPr>
            <w:r>
              <w:rPr>
                <w:sz w:val="16"/>
              </w:rPr>
              <w:t>about 1 in 9 years</w:t>
            </w:r>
          </w:p>
        </w:tc>
        <w:tc>
          <w:tcPr>
            <w:tcW w:type="dxa" w:w="1037"/>
          </w:tcPr>
          <w:p>
            <w:pPr>
              <w:spacing w:after="0"/>
              <w:jc w:val="left"/>
            </w:pPr>
            <w:r>
              <w:rPr>
                <w:sz w:val="16"/>
              </w:rPr>
              <w:t>Likely</w:t>
            </w:r>
          </w:p>
        </w:tc>
        <w:tc>
          <w:tcPr>
            <w:tcW w:type="dxa" w:w="1882"/>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1950 to 2023 (EF2+); 1986 to 2023 (EF0-1)</w:t>
            </w:r>
          </w:p>
        </w:tc>
        <w:tc>
          <w:tcPr>
            <w:tcW w:type="dxa" w:w="1037"/>
          </w:tcPr>
          <w:p>
            <w:pPr>
              <w:spacing w:after="0"/>
              <w:jc w:val="left"/>
            </w:pPr>
            <w:r>
              <w:rPr>
                <w:sz w:val="16"/>
              </w:rPr>
              <w:t>see B1-f</w:t>
            </w:r>
          </w:p>
        </w:tc>
        <w:tc>
          <w:tcPr>
            <w:tcW w:type="dxa" w:w="1943"/>
          </w:tcPr>
          <w:p>
            <w:pPr>
              <w:spacing w:after="0"/>
              <w:jc w:val="left"/>
            </w:pPr>
          </w:p>
        </w:tc>
      </w:tr>
      <w:tr>
        <w:trPr>
          <w:cantSplit/>
        </w:trPr>
        <w:tc>
          <w:tcPr>
            <w:tcW w:type="dxa" w:w="1037"/>
          </w:tcPr>
          <w:p>
            <w:pPr>
              <w:spacing w:after="0"/>
              <w:jc w:val="left"/>
            </w:pPr>
            <w:r>
              <w:rPr>
                <w:sz w:val="16"/>
              </w:rPr>
              <w:t>Tsunami</w:t>
            </w:r>
          </w:p>
        </w:tc>
        <w:tc>
          <w:tcPr>
            <w:tcW w:type="dxa" w:w="1227"/>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46"/>
          </w:tcPr>
          <w:p>
            <w:pPr>
              <w:spacing w:after="0"/>
              <w:jc w:val="left"/>
            </w:pP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7"/>
          </w:tcPr>
          <w:p>
            <w:pPr>
              <w:spacing w:after="0"/>
              <w:jc w:val="right"/>
            </w:pPr>
            <w:r>
              <w:rPr>
                <w:sz w:val="16"/>
              </w:rPr>
              <w:t>0.000297</w:t>
            </w:r>
          </w:p>
        </w:tc>
        <w:tc>
          <w:tcPr>
            <w:tcW w:type="dxa" w:w="1425"/>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0.0297%</w:t>
            </w:r>
          </w:p>
        </w:tc>
        <w:tc>
          <w:tcPr>
            <w:tcW w:type="dxa" w:w="1037"/>
          </w:tcPr>
          <w:p>
            <w:pPr>
              <w:spacing w:after="0"/>
              <w:jc w:val="left"/>
            </w:pPr>
          </w:p>
        </w:tc>
        <w:tc>
          <w:tcPr>
            <w:tcW w:type="dxa" w:w="1882"/>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9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4.16</w:t>
            </w:r>
          </w:p>
        </w:tc>
        <w:tc>
          <w:tcPr>
            <w:tcW w:type="dxa" w:w="1425"/>
          </w:tcPr>
          <w:p>
            <w:pPr>
              <w:spacing w:after="0"/>
              <w:jc w:val="left"/>
            </w:pPr>
            <w:r>
              <w:rPr>
                <w:sz w:val="16"/>
              </w:rPr>
              <w:t>event-days per year</w:t>
            </w:r>
          </w:p>
        </w:tc>
        <w:tc>
          <w:tcPr>
            <w:tcW w:type="dxa" w:w="1546"/>
          </w:tcPr>
          <w:p>
            <w:pPr>
              <w:spacing w:after="0"/>
              <w:jc w:val="left"/>
            </w:pPr>
            <w:r>
              <w:rPr>
                <w:sz w:val="16"/>
              </w:rPr>
              <w:t>about 4.16 days per year</w:t>
            </w:r>
          </w:p>
        </w:tc>
        <w:tc>
          <w:tcPr>
            <w:tcW w:type="dxa" w:w="1037"/>
          </w:tcPr>
          <w:p>
            <w:pPr>
              <w:spacing w:after="0"/>
              <w:jc w:val="left"/>
            </w:pPr>
            <w:r>
              <w:rPr>
                <w:sz w:val="16"/>
              </w:rPr>
              <w:t>Likely</w:t>
            </w:r>
          </w:p>
        </w:tc>
        <w:tc>
          <w:tcPr>
            <w:tcW w:type="dxa" w:w="1882"/>
          </w:tcPr>
          <w:p>
            <w:pPr>
              <w:spacing w:after="0"/>
              <w:jc w:val="left"/>
            </w:pPr>
            <w:r>
              <w:rPr>
                <w:sz w:val="16"/>
              </w:rPr>
              <w:t>Storm Events event-days in 22 of 30 years, 1996 to 2025 (73.3%)</w:t>
            </w:r>
          </w:p>
        </w:tc>
        <w:tc>
          <w:tcPr>
            <w:tcW w:type="dxa" w:w="1511"/>
          </w:tcPr>
          <w:p>
            <w:pPr>
              <w:spacing w:after="0"/>
              <w:jc w:val="right"/>
            </w:pPr>
            <w:r>
              <w:rPr>
                <w:sz w:val="16"/>
              </w:rPr>
              <w:t>79</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9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Coastal Flooding</w:t>
            </w:r>
          </w:p>
        </w:tc>
        <w:tc>
          <w:tcPr>
            <w:tcW w:type="dxa" w:w="1514"/>
          </w:tcPr>
          <w:p>
            <w:pPr>
              <w:spacing w:after="0"/>
              <w:jc w:val="right"/>
            </w:pPr>
            <w:r>
              <w:rPr>
                <w:sz w:val="16"/>
              </w:rPr>
              <w:t>4 of 4</w:t>
            </w:r>
          </w:p>
        </w:tc>
        <w:tc>
          <w:tcPr>
            <w:tcW w:type="dxa" w:w="1443"/>
          </w:tcPr>
          <w:p>
            <w:pPr>
              <w:spacing w:after="0"/>
              <w:jc w:val="right"/>
            </w:pPr>
            <w:r>
              <w:rPr>
                <w:sz w:val="16"/>
              </w:rPr>
              <w:t>94.0</w:t>
            </w:r>
          </w:p>
        </w:tc>
        <w:tc>
          <w:tcPr>
            <w:tcW w:type="dxa" w:w="1514"/>
          </w:tcPr>
          <w:p>
            <w:pPr>
              <w:spacing w:after="0"/>
              <w:jc w:val="right"/>
            </w:pPr>
            <w:r>
              <w:rPr>
                <w:sz w:val="16"/>
              </w:rPr>
              <w:t>98.5</w:t>
            </w:r>
          </w:p>
        </w:tc>
        <w:tc>
          <w:tcPr>
            <w:tcW w:type="dxa" w:w="1443"/>
          </w:tcPr>
          <w:p>
            <w:pPr>
              <w:spacing w:after="0"/>
              <w:jc w:val="right"/>
            </w:pPr>
            <w:r>
              <w:rPr>
                <w:sz w:val="16"/>
              </w:rPr>
              <w:t>99.6</w:t>
            </w:r>
          </w:p>
        </w:tc>
        <w:tc>
          <w:tcPr>
            <w:tcW w:type="dxa" w:w="5889"/>
          </w:tcPr>
          <w:p>
            <w:pPr>
              <w:spacing w:after="0"/>
              <w:jc w:val="left"/>
            </w:pPr>
            <w:r>
              <w:rPr>
                <w:sz w:val="16"/>
              </w:rPr>
              <w:t>Very High 1, Relatively High 2, Relatively Moderate 1</w:t>
            </w:r>
          </w:p>
        </w:tc>
      </w:tr>
      <w:tr>
        <w:trPr>
          <w:cantSplit/>
        </w:trPr>
        <w:tc>
          <w:tcPr>
            <w:tcW w:type="dxa" w:w="2309"/>
          </w:tcPr>
          <w:p>
            <w:pPr>
              <w:spacing w:after="0"/>
              <w:jc w:val="left"/>
            </w:pPr>
            <w:r>
              <w:rPr>
                <w:sz w:val="16"/>
              </w:rPr>
              <w:t>Cold Wave</w:t>
            </w:r>
          </w:p>
        </w:tc>
        <w:tc>
          <w:tcPr>
            <w:tcW w:type="dxa" w:w="1514"/>
          </w:tcPr>
          <w:p>
            <w:pPr>
              <w:spacing w:after="0"/>
              <w:jc w:val="right"/>
            </w:pPr>
            <w:r>
              <w:rPr>
                <w:sz w:val="16"/>
              </w:rPr>
              <w:t>4 of 4</w:t>
            </w:r>
          </w:p>
        </w:tc>
        <w:tc>
          <w:tcPr>
            <w:tcW w:type="dxa" w:w="1443"/>
          </w:tcPr>
          <w:p>
            <w:pPr>
              <w:spacing w:after="0"/>
              <w:jc w:val="right"/>
            </w:pPr>
            <w:r>
              <w:rPr>
                <w:sz w:val="16"/>
              </w:rPr>
              <w:t>34.7</w:t>
            </w:r>
          </w:p>
        </w:tc>
        <w:tc>
          <w:tcPr>
            <w:tcW w:type="dxa" w:w="1514"/>
          </w:tcPr>
          <w:p>
            <w:pPr>
              <w:spacing w:after="0"/>
              <w:jc w:val="right"/>
            </w:pPr>
            <w:r>
              <w:rPr>
                <w:sz w:val="16"/>
              </w:rPr>
              <w:t>36.6</w:t>
            </w:r>
          </w:p>
        </w:tc>
        <w:tc>
          <w:tcPr>
            <w:tcW w:type="dxa" w:w="1443"/>
          </w:tcPr>
          <w:p>
            <w:pPr>
              <w:spacing w:after="0"/>
              <w:jc w:val="right"/>
            </w:pPr>
            <w:r>
              <w:rPr>
                <w:sz w:val="16"/>
              </w:rPr>
              <w:t>45.5</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Drought</w:t>
            </w:r>
          </w:p>
        </w:tc>
        <w:tc>
          <w:tcPr>
            <w:tcW w:type="dxa" w:w="1514"/>
          </w:tcPr>
          <w:p>
            <w:pPr>
              <w:spacing w:after="0"/>
              <w:jc w:val="right"/>
            </w:pPr>
            <w:r>
              <w:rPr>
                <w:sz w:val="16"/>
              </w:rPr>
              <w:t>4 of 4</w:t>
            </w:r>
          </w:p>
        </w:tc>
        <w:tc>
          <w:tcPr>
            <w:tcW w:type="dxa" w:w="1443"/>
          </w:tcPr>
          <w:p>
            <w:pPr>
              <w:spacing w:after="0"/>
              <w:jc w:val="right"/>
            </w:pPr>
            <w:r>
              <w:rPr>
                <w:sz w:val="16"/>
              </w:rPr>
              <w:t>89.0</w:t>
            </w:r>
          </w:p>
        </w:tc>
        <w:tc>
          <w:tcPr>
            <w:tcW w:type="dxa" w:w="1514"/>
          </w:tcPr>
          <w:p>
            <w:pPr>
              <w:spacing w:after="0"/>
              <w:jc w:val="right"/>
            </w:pPr>
            <w:r>
              <w:rPr>
                <w:sz w:val="16"/>
              </w:rPr>
              <w:t>92.3</w:t>
            </w:r>
          </w:p>
        </w:tc>
        <w:tc>
          <w:tcPr>
            <w:tcW w:type="dxa" w:w="1443"/>
          </w:tcPr>
          <w:p>
            <w:pPr>
              <w:spacing w:after="0"/>
              <w:jc w:val="right"/>
            </w:pPr>
            <w:r>
              <w:rPr>
                <w:sz w:val="16"/>
              </w:rPr>
              <w:t>93.2</w:t>
            </w:r>
          </w:p>
        </w:tc>
        <w:tc>
          <w:tcPr>
            <w:tcW w:type="dxa" w:w="5889"/>
          </w:tcPr>
          <w:p>
            <w:pPr>
              <w:spacing w:after="0"/>
              <w:jc w:val="left"/>
            </w:pPr>
            <w:r>
              <w:rPr>
                <w:sz w:val="16"/>
              </w:rPr>
              <w:t>Relatively Moderate 3, Relatively Low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4 of 4</w:t>
            </w:r>
          </w:p>
        </w:tc>
        <w:tc>
          <w:tcPr>
            <w:tcW w:type="dxa" w:w="1443"/>
          </w:tcPr>
          <w:p>
            <w:pPr>
              <w:spacing w:after="0"/>
              <w:jc w:val="right"/>
            </w:pPr>
            <w:r>
              <w:rPr>
                <w:sz w:val="16"/>
              </w:rPr>
              <w:t>36.8</w:t>
            </w:r>
          </w:p>
        </w:tc>
        <w:tc>
          <w:tcPr>
            <w:tcW w:type="dxa" w:w="1514"/>
          </w:tcPr>
          <w:p>
            <w:pPr>
              <w:spacing w:after="0"/>
              <w:jc w:val="right"/>
            </w:pPr>
            <w:r>
              <w:rPr>
                <w:sz w:val="16"/>
              </w:rPr>
              <w:t>39.3</w:t>
            </w:r>
          </w:p>
        </w:tc>
        <w:tc>
          <w:tcPr>
            <w:tcW w:type="dxa" w:w="1443"/>
          </w:tcPr>
          <w:p>
            <w:pPr>
              <w:spacing w:after="0"/>
              <w:jc w:val="right"/>
            </w:pPr>
            <w:r>
              <w:rPr>
                <w:sz w:val="16"/>
              </w:rPr>
              <w:t>56.5</w:t>
            </w:r>
          </w:p>
        </w:tc>
        <w:tc>
          <w:tcPr>
            <w:tcW w:type="dxa" w:w="5889"/>
          </w:tcPr>
          <w:p>
            <w:pPr>
              <w:spacing w:after="0"/>
              <w:jc w:val="left"/>
            </w:pPr>
            <w:r>
              <w:rPr>
                <w:sz w:val="16"/>
              </w:rPr>
              <w:t>Relatively Low 1, Very Low 3</w:t>
            </w:r>
          </w:p>
        </w:tc>
      </w:tr>
      <w:tr>
        <w:trPr>
          <w:cantSplit/>
        </w:trPr>
        <w:tc>
          <w:tcPr>
            <w:tcW w:type="dxa" w:w="2309"/>
          </w:tcPr>
          <w:p>
            <w:pPr>
              <w:spacing w:after="0"/>
              <w:jc w:val="left"/>
            </w:pPr>
            <w:r>
              <w:rPr>
                <w:sz w:val="16"/>
              </w:rPr>
              <w:t>Hail</w:t>
            </w:r>
          </w:p>
        </w:tc>
        <w:tc>
          <w:tcPr>
            <w:tcW w:type="dxa" w:w="1514"/>
          </w:tcPr>
          <w:p>
            <w:pPr>
              <w:spacing w:after="0"/>
              <w:jc w:val="right"/>
            </w:pPr>
            <w:r>
              <w:rPr>
                <w:sz w:val="16"/>
              </w:rPr>
              <w:t>4 of 4</w:t>
            </w:r>
          </w:p>
        </w:tc>
        <w:tc>
          <w:tcPr>
            <w:tcW w:type="dxa" w:w="1443"/>
          </w:tcPr>
          <w:p>
            <w:pPr>
              <w:spacing w:after="0"/>
              <w:jc w:val="right"/>
            </w:pPr>
            <w:r>
              <w:rPr>
                <w:sz w:val="16"/>
              </w:rPr>
              <w:t>46.7</w:t>
            </w:r>
          </w:p>
        </w:tc>
        <w:tc>
          <w:tcPr>
            <w:tcW w:type="dxa" w:w="1514"/>
          </w:tcPr>
          <w:p>
            <w:pPr>
              <w:spacing w:after="0"/>
              <w:jc w:val="right"/>
            </w:pPr>
            <w:r>
              <w:rPr>
                <w:sz w:val="16"/>
              </w:rPr>
              <w:t>49.0</w:t>
            </w:r>
          </w:p>
        </w:tc>
        <w:tc>
          <w:tcPr>
            <w:tcW w:type="dxa" w:w="1443"/>
          </w:tcPr>
          <w:p>
            <w:pPr>
              <w:spacing w:after="0"/>
              <w:jc w:val="right"/>
            </w:pPr>
            <w:r>
              <w:rPr>
                <w:sz w:val="16"/>
              </w:rPr>
              <w:t>56.6</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Heat Wave</w:t>
            </w:r>
          </w:p>
        </w:tc>
        <w:tc>
          <w:tcPr>
            <w:tcW w:type="dxa" w:w="1514"/>
          </w:tcPr>
          <w:p>
            <w:pPr>
              <w:spacing w:after="0"/>
              <w:jc w:val="right"/>
            </w:pPr>
            <w:r>
              <w:rPr>
                <w:sz w:val="16"/>
              </w:rPr>
              <w:t>4 of 4</w:t>
            </w:r>
          </w:p>
        </w:tc>
        <w:tc>
          <w:tcPr>
            <w:tcW w:type="dxa" w:w="1443"/>
          </w:tcPr>
          <w:p>
            <w:pPr>
              <w:spacing w:after="0"/>
              <w:jc w:val="right"/>
            </w:pPr>
            <w:r>
              <w:rPr>
                <w:sz w:val="16"/>
              </w:rPr>
              <w:t>26.5</w:t>
            </w:r>
          </w:p>
        </w:tc>
        <w:tc>
          <w:tcPr>
            <w:tcW w:type="dxa" w:w="1514"/>
          </w:tcPr>
          <w:p>
            <w:pPr>
              <w:spacing w:after="0"/>
              <w:jc w:val="right"/>
            </w:pPr>
            <w:r>
              <w:rPr>
                <w:sz w:val="16"/>
              </w:rPr>
              <w:t>29.5</w:t>
            </w:r>
          </w:p>
        </w:tc>
        <w:tc>
          <w:tcPr>
            <w:tcW w:type="dxa" w:w="1443"/>
          </w:tcPr>
          <w:p>
            <w:pPr>
              <w:spacing w:after="0"/>
              <w:jc w:val="right"/>
            </w:pPr>
            <w:r>
              <w:rPr>
                <w:sz w:val="16"/>
              </w:rPr>
              <w:t>42.4</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Hurricane</w:t>
            </w:r>
          </w:p>
        </w:tc>
        <w:tc>
          <w:tcPr>
            <w:tcW w:type="dxa" w:w="1514"/>
          </w:tcPr>
          <w:p>
            <w:pPr>
              <w:spacing w:after="0"/>
              <w:jc w:val="right"/>
            </w:pPr>
            <w:r>
              <w:rPr>
                <w:sz w:val="16"/>
              </w:rPr>
              <w:t>4 of 4</w:t>
            </w:r>
          </w:p>
        </w:tc>
        <w:tc>
          <w:tcPr>
            <w:tcW w:type="dxa" w:w="1443"/>
          </w:tcPr>
          <w:p>
            <w:pPr>
              <w:spacing w:after="0"/>
              <w:jc w:val="right"/>
            </w:pPr>
            <w:r>
              <w:rPr>
                <w:sz w:val="16"/>
              </w:rPr>
              <w:t>78.5</w:t>
            </w:r>
          </w:p>
        </w:tc>
        <w:tc>
          <w:tcPr>
            <w:tcW w:type="dxa" w:w="1514"/>
          </w:tcPr>
          <w:p>
            <w:pPr>
              <w:spacing w:after="0"/>
              <w:jc w:val="right"/>
            </w:pPr>
            <w:r>
              <w:rPr>
                <w:sz w:val="16"/>
              </w:rPr>
              <w:t>79.5</w:t>
            </w:r>
          </w:p>
        </w:tc>
        <w:tc>
          <w:tcPr>
            <w:tcW w:type="dxa" w:w="1443"/>
          </w:tcPr>
          <w:p>
            <w:pPr>
              <w:spacing w:after="0"/>
              <w:jc w:val="right"/>
            </w:pPr>
            <w:r>
              <w:rPr>
                <w:sz w:val="16"/>
              </w:rPr>
              <w:t>84.5</w:t>
            </w:r>
          </w:p>
        </w:tc>
        <w:tc>
          <w:tcPr>
            <w:tcW w:type="dxa" w:w="5889"/>
          </w:tcPr>
          <w:p>
            <w:pPr>
              <w:spacing w:after="0"/>
              <w:jc w:val="left"/>
            </w:pPr>
            <w:r>
              <w:rPr>
                <w:sz w:val="16"/>
              </w:rPr>
              <w:t>Relatively Moderate 3, Relatively Low 1</w:t>
            </w:r>
          </w:p>
        </w:tc>
      </w:tr>
      <w:tr>
        <w:trPr>
          <w:cantSplit/>
        </w:trPr>
        <w:tc>
          <w:tcPr>
            <w:tcW w:type="dxa" w:w="2309"/>
          </w:tcPr>
          <w:p>
            <w:pPr>
              <w:spacing w:after="0"/>
              <w:jc w:val="left"/>
            </w:pPr>
            <w:r>
              <w:rPr>
                <w:sz w:val="16"/>
              </w:rPr>
              <w:t>Ice Storm</w:t>
            </w:r>
          </w:p>
        </w:tc>
        <w:tc>
          <w:tcPr>
            <w:tcW w:type="dxa" w:w="1514"/>
          </w:tcPr>
          <w:p>
            <w:pPr>
              <w:spacing w:after="0"/>
              <w:jc w:val="right"/>
            </w:pPr>
            <w:r>
              <w:rPr>
                <w:sz w:val="16"/>
              </w:rPr>
              <w:t>4 of 4</w:t>
            </w:r>
          </w:p>
        </w:tc>
        <w:tc>
          <w:tcPr>
            <w:tcW w:type="dxa" w:w="1443"/>
          </w:tcPr>
          <w:p>
            <w:pPr>
              <w:spacing w:after="0"/>
              <w:jc w:val="right"/>
            </w:pPr>
            <w:r>
              <w:rPr>
                <w:sz w:val="16"/>
              </w:rPr>
              <w:t>59.4</w:t>
            </w:r>
          </w:p>
        </w:tc>
        <w:tc>
          <w:tcPr>
            <w:tcW w:type="dxa" w:w="1514"/>
          </w:tcPr>
          <w:p>
            <w:pPr>
              <w:spacing w:after="0"/>
              <w:jc w:val="right"/>
            </w:pPr>
            <w:r>
              <w:rPr>
                <w:sz w:val="16"/>
              </w:rPr>
              <w:t>63.7</w:t>
            </w:r>
          </w:p>
        </w:tc>
        <w:tc>
          <w:tcPr>
            <w:tcW w:type="dxa" w:w="1443"/>
          </w:tcPr>
          <w:p>
            <w:pPr>
              <w:spacing w:after="0"/>
              <w:jc w:val="right"/>
            </w:pPr>
            <w:r>
              <w:rPr>
                <w:sz w:val="16"/>
              </w:rPr>
              <w:t>66.4</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4 of 4</w:t>
            </w:r>
          </w:p>
        </w:tc>
        <w:tc>
          <w:tcPr>
            <w:tcW w:type="dxa" w:w="1443"/>
          </w:tcPr>
          <w:p>
            <w:pPr>
              <w:spacing w:after="0"/>
              <w:jc w:val="right"/>
            </w:pPr>
            <w:r>
              <w:rPr>
                <w:sz w:val="16"/>
              </w:rPr>
              <w:t>15.9</w:t>
            </w:r>
          </w:p>
        </w:tc>
        <w:tc>
          <w:tcPr>
            <w:tcW w:type="dxa" w:w="1514"/>
          </w:tcPr>
          <w:p>
            <w:pPr>
              <w:spacing w:after="0"/>
              <w:jc w:val="right"/>
            </w:pPr>
            <w:r>
              <w:rPr>
                <w:sz w:val="16"/>
              </w:rPr>
              <w:t>18.6</w:t>
            </w:r>
          </w:p>
        </w:tc>
        <w:tc>
          <w:tcPr>
            <w:tcW w:type="dxa" w:w="1443"/>
          </w:tcPr>
          <w:p>
            <w:pPr>
              <w:spacing w:after="0"/>
              <w:jc w:val="right"/>
            </w:pPr>
            <w:r>
              <w:rPr>
                <w:sz w:val="16"/>
              </w:rPr>
              <w:t>43.1</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Landslide</w:t>
            </w:r>
          </w:p>
        </w:tc>
        <w:tc>
          <w:tcPr>
            <w:tcW w:type="dxa" w:w="1514"/>
          </w:tcPr>
          <w:p>
            <w:pPr>
              <w:spacing w:after="0"/>
              <w:jc w:val="right"/>
            </w:pPr>
            <w:r>
              <w:rPr>
                <w:sz w:val="16"/>
              </w:rPr>
              <w:t>4 of 4</w:t>
            </w:r>
          </w:p>
        </w:tc>
        <w:tc>
          <w:tcPr>
            <w:tcW w:type="dxa" w:w="1443"/>
          </w:tcPr>
          <w:p>
            <w:pPr>
              <w:spacing w:after="0"/>
              <w:jc w:val="right"/>
            </w:pPr>
            <w:r>
              <w:rPr>
                <w:sz w:val="16"/>
              </w:rPr>
              <w:t>17.5</w:t>
            </w:r>
          </w:p>
        </w:tc>
        <w:tc>
          <w:tcPr>
            <w:tcW w:type="dxa" w:w="1514"/>
          </w:tcPr>
          <w:p>
            <w:pPr>
              <w:spacing w:after="0"/>
              <w:jc w:val="right"/>
            </w:pPr>
            <w:r>
              <w:rPr>
                <w:sz w:val="16"/>
              </w:rPr>
              <w:t>23.4</w:t>
            </w:r>
          </w:p>
        </w:tc>
        <w:tc>
          <w:tcPr>
            <w:tcW w:type="dxa" w:w="1443"/>
          </w:tcPr>
          <w:p>
            <w:pPr>
              <w:spacing w:after="0"/>
              <w:jc w:val="right"/>
            </w:pPr>
            <w:r>
              <w:rPr>
                <w:sz w:val="16"/>
              </w:rPr>
              <w:t>45.6</w:t>
            </w:r>
          </w:p>
        </w:tc>
        <w:tc>
          <w:tcPr>
            <w:tcW w:type="dxa" w:w="5889"/>
          </w:tcPr>
          <w:p>
            <w:pPr>
              <w:spacing w:after="0"/>
              <w:jc w:val="left"/>
            </w:pPr>
            <w:r>
              <w:rPr>
                <w:sz w:val="16"/>
              </w:rPr>
              <w:t>Very Low 4</w:t>
            </w:r>
          </w:p>
        </w:tc>
      </w:tr>
      <w:tr>
        <w:trPr>
          <w:cantSplit/>
        </w:trPr>
        <w:tc>
          <w:tcPr>
            <w:tcW w:type="dxa" w:w="2309"/>
          </w:tcPr>
          <w:p>
            <w:pPr>
              <w:spacing w:after="0"/>
              <w:jc w:val="left"/>
            </w:pPr>
            <w:r>
              <w:rPr>
                <w:sz w:val="16"/>
              </w:rPr>
              <w:t>Lightning</w:t>
            </w:r>
          </w:p>
        </w:tc>
        <w:tc>
          <w:tcPr>
            <w:tcW w:type="dxa" w:w="1514"/>
          </w:tcPr>
          <w:p>
            <w:pPr>
              <w:spacing w:after="0"/>
              <w:jc w:val="right"/>
            </w:pPr>
            <w:r>
              <w:rPr>
                <w:sz w:val="16"/>
              </w:rPr>
              <w:t>4 of 4</w:t>
            </w:r>
          </w:p>
        </w:tc>
        <w:tc>
          <w:tcPr>
            <w:tcW w:type="dxa" w:w="1443"/>
          </w:tcPr>
          <w:p>
            <w:pPr>
              <w:spacing w:after="0"/>
              <w:jc w:val="right"/>
            </w:pPr>
            <w:r>
              <w:rPr>
                <w:sz w:val="16"/>
              </w:rPr>
              <w:t>30.1</w:t>
            </w:r>
          </w:p>
        </w:tc>
        <w:tc>
          <w:tcPr>
            <w:tcW w:type="dxa" w:w="1514"/>
          </w:tcPr>
          <w:p>
            <w:pPr>
              <w:spacing w:after="0"/>
              <w:jc w:val="right"/>
            </w:pPr>
            <w:r>
              <w:rPr>
                <w:sz w:val="16"/>
              </w:rPr>
              <w:t>33.5</w:t>
            </w:r>
          </w:p>
        </w:tc>
        <w:tc>
          <w:tcPr>
            <w:tcW w:type="dxa" w:w="1443"/>
          </w:tcPr>
          <w:p>
            <w:pPr>
              <w:spacing w:after="0"/>
              <w:jc w:val="right"/>
            </w:pPr>
            <w:r>
              <w:rPr>
                <w:sz w:val="16"/>
              </w:rPr>
              <w:t>44.4</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4 of 4</w:t>
            </w:r>
          </w:p>
        </w:tc>
        <w:tc>
          <w:tcPr>
            <w:tcW w:type="dxa" w:w="1443"/>
          </w:tcPr>
          <w:p>
            <w:pPr>
              <w:spacing w:after="0"/>
              <w:jc w:val="right"/>
            </w:pPr>
            <w:r>
              <w:rPr>
                <w:sz w:val="16"/>
              </w:rPr>
              <w:t>78.0</w:t>
            </w:r>
          </w:p>
        </w:tc>
        <w:tc>
          <w:tcPr>
            <w:tcW w:type="dxa" w:w="1514"/>
          </w:tcPr>
          <w:p>
            <w:pPr>
              <w:spacing w:after="0"/>
              <w:jc w:val="right"/>
            </w:pPr>
            <w:r>
              <w:rPr>
                <w:sz w:val="16"/>
              </w:rPr>
              <w:t>81.0</w:t>
            </w:r>
          </w:p>
        </w:tc>
        <w:tc>
          <w:tcPr>
            <w:tcW w:type="dxa" w:w="1443"/>
          </w:tcPr>
          <w:p>
            <w:pPr>
              <w:spacing w:after="0"/>
              <w:jc w:val="right"/>
            </w:pPr>
            <w:r>
              <w:rPr>
                <w:sz w:val="16"/>
              </w:rPr>
              <w:t>86.7</w:t>
            </w:r>
          </w:p>
        </w:tc>
        <w:tc>
          <w:tcPr>
            <w:tcW w:type="dxa" w:w="5889"/>
          </w:tcPr>
          <w:p>
            <w:pPr>
              <w:spacing w:after="0"/>
              <w:jc w:val="left"/>
            </w:pPr>
            <w:r>
              <w:rPr>
                <w:sz w:val="16"/>
              </w:rPr>
              <w:t>Relatively High 2, Relatively Moderate 2</w:t>
            </w:r>
          </w:p>
        </w:tc>
      </w:tr>
      <w:tr>
        <w:trPr>
          <w:cantSplit/>
        </w:trPr>
        <w:tc>
          <w:tcPr>
            <w:tcW w:type="dxa" w:w="2309"/>
          </w:tcPr>
          <w:p>
            <w:pPr>
              <w:spacing w:after="0"/>
              <w:jc w:val="left"/>
            </w:pPr>
            <w:r>
              <w:rPr>
                <w:sz w:val="16"/>
              </w:rPr>
              <w:t>Tornado</w:t>
            </w:r>
          </w:p>
        </w:tc>
        <w:tc>
          <w:tcPr>
            <w:tcW w:type="dxa" w:w="1514"/>
          </w:tcPr>
          <w:p>
            <w:pPr>
              <w:spacing w:after="0"/>
              <w:jc w:val="right"/>
            </w:pPr>
            <w:r>
              <w:rPr>
                <w:sz w:val="16"/>
              </w:rPr>
              <w:t>4 of 4</w:t>
            </w:r>
          </w:p>
        </w:tc>
        <w:tc>
          <w:tcPr>
            <w:tcW w:type="dxa" w:w="1443"/>
          </w:tcPr>
          <w:p>
            <w:pPr>
              <w:spacing w:after="0"/>
              <w:jc w:val="right"/>
            </w:pPr>
            <w:r>
              <w:rPr>
                <w:sz w:val="16"/>
              </w:rPr>
              <w:t>38.9</w:t>
            </w:r>
          </w:p>
        </w:tc>
        <w:tc>
          <w:tcPr>
            <w:tcW w:type="dxa" w:w="1514"/>
          </w:tcPr>
          <w:p>
            <w:pPr>
              <w:spacing w:after="0"/>
              <w:jc w:val="right"/>
            </w:pPr>
            <w:r>
              <w:rPr>
                <w:sz w:val="16"/>
              </w:rPr>
              <w:t>41.1</w:t>
            </w:r>
          </w:p>
        </w:tc>
        <w:tc>
          <w:tcPr>
            <w:tcW w:type="dxa" w:w="1443"/>
          </w:tcPr>
          <w:p>
            <w:pPr>
              <w:spacing w:after="0"/>
              <w:jc w:val="right"/>
            </w:pPr>
            <w:r>
              <w:rPr>
                <w:sz w:val="16"/>
              </w:rPr>
              <w:t>46.7</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Tsunami</w:t>
            </w:r>
          </w:p>
        </w:tc>
        <w:tc>
          <w:tcPr>
            <w:tcW w:type="dxa" w:w="1514"/>
          </w:tcPr>
          <w:p>
            <w:pPr>
              <w:spacing w:after="0"/>
              <w:jc w:val="right"/>
            </w:pPr>
            <w:r>
              <w:rPr>
                <w:sz w:val="16"/>
              </w:rPr>
              <w:t>0 of 4</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Insufficient Data 4</w:t>
            </w:r>
          </w:p>
        </w:tc>
      </w:tr>
      <w:tr>
        <w:trPr>
          <w:cantSplit/>
        </w:trPr>
        <w:tc>
          <w:tcPr>
            <w:tcW w:type="dxa" w:w="2309"/>
          </w:tcPr>
          <w:p>
            <w:pPr>
              <w:spacing w:after="0"/>
              <w:jc w:val="left"/>
            </w:pPr>
            <w:r>
              <w:rPr>
                <w:sz w:val="16"/>
              </w:rPr>
              <w:t>Wildfire</w:t>
            </w:r>
          </w:p>
        </w:tc>
        <w:tc>
          <w:tcPr>
            <w:tcW w:type="dxa" w:w="1514"/>
          </w:tcPr>
          <w:p>
            <w:pPr>
              <w:spacing w:after="0"/>
              <w:jc w:val="right"/>
            </w:pPr>
            <w:r>
              <w:rPr>
                <w:sz w:val="16"/>
              </w:rPr>
              <w:t>4 of 4</w:t>
            </w:r>
          </w:p>
        </w:tc>
        <w:tc>
          <w:tcPr>
            <w:tcW w:type="dxa" w:w="1443"/>
          </w:tcPr>
          <w:p>
            <w:pPr>
              <w:spacing w:after="0"/>
              <w:jc w:val="right"/>
            </w:pPr>
            <w:r>
              <w:rPr>
                <w:sz w:val="16"/>
              </w:rPr>
              <w:t>77.3</w:t>
            </w:r>
          </w:p>
        </w:tc>
        <w:tc>
          <w:tcPr>
            <w:tcW w:type="dxa" w:w="1514"/>
          </w:tcPr>
          <w:p>
            <w:pPr>
              <w:spacing w:after="0"/>
              <w:jc w:val="right"/>
            </w:pPr>
            <w:r>
              <w:rPr>
                <w:sz w:val="16"/>
              </w:rPr>
              <w:t>80.4</w:t>
            </w:r>
          </w:p>
        </w:tc>
        <w:tc>
          <w:tcPr>
            <w:tcW w:type="dxa" w:w="1443"/>
          </w:tcPr>
          <w:p>
            <w:pPr>
              <w:spacing w:after="0"/>
              <w:jc w:val="right"/>
            </w:pPr>
            <w:r>
              <w:rPr>
                <w:sz w:val="16"/>
              </w:rPr>
              <w:t>83.3</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4 of 4</w:t>
            </w:r>
          </w:p>
        </w:tc>
        <w:tc>
          <w:tcPr>
            <w:tcW w:type="dxa" w:w="1443"/>
          </w:tcPr>
          <w:p>
            <w:pPr>
              <w:spacing w:after="0"/>
              <w:jc w:val="right"/>
            </w:pPr>
            <w:r>
              <w:rPr>
                <w:sz w:val="16"/>
              </w:rPr>
              <w:t>27.6</w:t>
            </w:r>
          </w:p>
        </w:tc>
        <w:tc>
          <w:tcPr>
            <w:tcW w:type="dxa" w:w="1514"/>
          </w:tcPr>
          <w:p>
            <w:pPr>
              <w:spacing w:after="0"/>
              <w:jc w:val="right"/>
            </w:pPr>
            <w:r>
              <w:rPr>
                <w:sz w:val="16"/>
              </w:rPr>
              <w:t>28.9</w:t>
            </w:r>
          </w:p>
        </w:tc>
        <w:tc>
          <w:tcPr>
            <w:tcW w:type="dxa" w:w="1443"/>
          </w:tcPr>
          <w:p>
            <w:pPr>
              <w:spacing w:after="0"/>
              <w:jc w:val="right"/>
            </w:pPr>
            <w:r>
              <w:rPr>
                <w:sz w:val="16"/>
              </w:rPr>
              <w:t>34.9</w:t>
            </w:r>
          </w:p>
        </w:tc>
        <w:tc>
          <w:tcPr>
            <w:tcW w:type="dxa" w:w="5889"/>
          </w:tcPr>
          <w:p>
            <w:pPr>
              <w:spacing w:after="0"/>
              <w:jc w:val="left"/>
            </w:pPr>
            <w:r>
              <w:rPr>
                <w:sz w:val="16"/>
              </w:rPr>
              <w:t>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8"/>
        <w:gridCol w:w="680"/>
        <w:gridCol w:w="2595"/>
        <w:gridCol w:w="2426"/>
        <w:gridCol w:w="2150"/>
        <w:gridCol w:w="2327"/>
        <w:gridCol w:w="2545"/>
      </w:tblGrid>
      <w:tr>
        <w:trPr>
          <w:cantSplit/>
          <w:tblHeader/>
        </w:trPr>
        <w:tc>
          <w:tcPr>
            <w:tcW w:type="dxa" w:w="138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95"/>
            <w:shd w:val="clear" w:color="auto" w:fill="E8E8E8"/>
          </w:tcPr>
          <w:p>
            <w:pPr>
              <w:spacing w:after="0"/>
              <w:jc w:val="left"/>
            </w:pPr>
            <w:r>
              <w:rPr>
                <w:b/>
                <w:sz w:val="16"/>
              </w:rPr>
              <w:t>Plan status</w:t>
            </w:r>
          </w:p>
        </w:tc>
        <w:tc>
          <w:tcPr>
            <w:tcW w:type="dxa" w:w="24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5"/>
            <w:shd w:val="clear" w:color="auto" w:fill="E8E8E8"/>
          </w:tcPr>
          <w:p>
            <w:pPr>
              <w:spacing w:after="0"/>
              <w:jc w:val="left"/>
            </w:pPr>
            <w:r>
              <w:rPr>
                <w:b/>
                <w:sz w:val="16"/>
              </w:rPr>
              <w:t>Notes</w:t>
            </w:r>
          </w:p>
        </w:tc>
      </w:tr>
      <w:tr>
        <w:trPr>
          <w:cantSplit/>
        </w:trPr>
        <w:tc>
          <w:tcPr>
            <w:tcW w:type="dxa" w:w="1388"/>
          </w:tcPr>
          <w:p>
            <w:pPr>
              <w:spacing w:after="0"/>
              <w:jc w:val="left"/>
            </w:pPr>
            <w:r>
              <w:rPr>
                <w:sz w:val="16"/>
              </w:rPr>
              <w:t>Mathews County</w:t>
            </w:r>
          </w:p>
        </w:tc>
        <w:tc>
          <w:tcPr>
            <w:tcW w:type="dxa" w:w="680"/>
          </w:tcPr>
          <w:p>
            <w:pPr>
              <w:spacing w:after="0"/>
              <w:jc w:val="left"/>
            </w:pPr>
            <w:r>
              <w:rPr>
                <w:sz w:val="16"/>
              </w:rPr>
              <w:t>County</w:t>
            </w:r>
          </w:p>
        </w:tc>
        <w:tc>
          <w:tcPr>
            <w:tcW w:type="dxa" w:w="2595"/>
          </w:tcPr>
          <w:p>
            <w:pPr>
              <w:spacing w:after="0"/>
              <w:jc w:val="left"/>
            </w:pPr>
            <w:r>
              <w:rPr>
                <w:sz w:val="16"/>
              </w:rPr>
              <w:t>Approved, expires 2027-04-11</w:t>
            </w:r>
          </w:p>
        </w:tc>
        <w:tc>
          <w:tcPr>
            <w:tcW w:type="dxa" w:w="2426"/>
          </w:tcPr>
          <w:p>
            <w:pPr>
              <w:spacing w:after="0"/>
              <w:jc w:val="right"/>
            </w:pPr>
            <w:r>
              <w:rPr>
                <w:sz w:val="16"/>
              </w:rPr>
              <w:t>FMA RL 13, SRL 16; any 165</w:t>
            </w:r>
          </w:p>
        </w:tc>
        <w:tc>
          <w:tcPr>
            <w:tcW w:type="dxa" w:w="2150"/>
          </w:tcPr>
          <w:p>
            <w:pPr>
              <w:spacing w:after="0"/>
              <w:jc w:val="right"/>
            </w:pPr>
            <w:r>
              <w:rPr>
                <w:sz w:val="16"/>
              </w:rPr>
              <w:t>$309,718.47</w:t>
            </w:r>
          </w:p>
        </w:tc>
        <w:tc>
          <w:tcPr>
            <w:tcW w:type="dxa" w:w="2327"/>
          </w:tcPr>
          <w:p>
            <w:pPr>
              <w:spacing w:after="0"/>
              <w:jc w:val="right"/>
            </w:pPr>
            <w:r>
              <w:rPr>
                <w:sz w:val="16"/>
              </w:rPr>
              <w:t>0 total; 0 since its plan</w:t>
            </w:r>
          </w:p>
        </w:tc>
        <w:tc>
          <w:tcPr>
            <w:tcW w:type="dxa" w:w="2545"/>
          </w:tcPr>
          <w:p>
            <w:pPr>
              <w:spacing w:after="0"/>
              <w:jc w:val="left"/>
            </w:pPr>
            <w:r>
              <w:rPr>
                <w:sz w:val="16"/>
              </w:rPr>
              <w:t>Includes $17,098.57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2022-04-12</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$1,245,036,901</w:t>
            </w:r>
          </w:p>
        </w:tc>
        <w:tc>
          <w:tcPr>
            <w:tcW w:type="dxa" w:w="1134"/>
          </w:tcPr>
          <w:p>
            <w:pPr>
              <w:spacing w:after="0"/>
              <w:jc w:val="right"/>
            </w:pPr>
            <w:r>
              <w:rPr>
                <w:sz w:val="16"/>
              </w:rPr>
              <w:t>n/a</w:t>
            </w:r>
          </w:p>
        </w:tc>
        <w:tc>
          <w:tcPr>
            <w:tcW w:type="dxa" w:w="1043"/>
          </w:tcPr>
          <w:p>
            <w:pPr>
              <w:spacing w:after="0"/>
              <w:jc w:val="right"/>
            </w:pPr>
            <w:r>
              <w:rPr>
                <w:sz w:val="16"/>
              </w:rPr>
              <w:t>3,491</w:t>
            </w:r>
          </w:p>
        </w:tc>
        <w:tc>
          <w:tcPr>
            <w:tcW w:type="dxa" w:w="1037"/>
          </w:tcPr>
          <w:p>
            <w:pPr>
              <w:spacing w:after="0"/>
              <w:jc w:val="right"/>
            </w:pPr>
            <w:r>
              <w:rPr>
                <w:sz w:val="16"/>
              </w:rPr>
              <w:t>$1,588,028</w:t>
            </w:r>
          </w:p>
        </w:tc>
        <w:tc>
          <w:tcPr>
            <w:tcW w:type="dxa" w:w="1126"/>
          </w:tcPr>
          <w:p>
            <w:pPr>
              <w:spacing w:after="0"/>
              <w:jc w:val="right"/>
            </w:pPr>
            <w:r>
              <w:rPr>
                <w:sz w:val="16"/>
              </w:rPr>
              <w:t>n/a</w:t>
            </w:r>
          </w:p>
        </w:tc>
        <w:tc>
          <w:tcPr>
            <w:tcW w:type="dxa" w:w="970"/>
          </w:tcPr>
          <w:p>
            <w:pPr>
              <w:spacing w:after="0"/>
              <w:jc w:val="right"/>
            </w:pPr>
            <w:r>
              <w:rPr>
                <w:sz w:val="16"/>
              </w:rPr>
              <w:t>$33,548</w:t>
            </w:r>
          </w:p>
        </w:tc>
        <w:tc>
          <w:tcPr>
            <w:tcW w:type="dxa" w:w="1305"/>
          </w:tcPr>
          <w:p>
            <w:pPr>
              <w:spacing w:after="0"/>
              <w:jc w:val="right"/>
            </w:pPr>
            <w:r>
              <w:rPr>
                <w:sz w:val="16"/>
              </w:rPr>
              <w:t>0.128%</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$2,760,846,711</w:t>
            </w:r>
          </w:p>
        </w:tc>
        <w:tc>
          <w:tcPr>
            <w:tcW w:type="dxa" w:w="1134"/>
          </w:tcPr>
          <w:p>
            <w:pPr>
              <w:spacing w:after="0"/>
              <w:jc w:val="right"/>
            </w:pPr>
            <w:r>
              <w:rPr>
                <w:sz w:val="16"/>
              </w:rPr>
              <w:t>$4,862,640</w:t>
            </w:r>
          </w:p>
        </w:tc>
        <w:tc>
          <w:tcPr>
            <w:tcW w:type="dxa" w:w="1043"/>
          </w:tcPr>
          <w:p>
            <w:pPr>
              <w:spacing w:after="0"/>
              <w:jc w:val="right"/>
            </w:pPr>
            <w:r>
              <w:rPr>
                <w:sz w:val="16"/>
              </w:rPr>
              <w:t>8,533</w:t>
            </w:r>
          </w:p>
        </w:tc>
        <w:tc>
          <w:tcPr>
            <w:tcW w:type="dxa" w:w="1037"/>
          </w:tcPr>
          <w:p>
            <w:pPr>
              <w:spacing w:after="0"/>
              <w:jc w:val="right"/>
            </w:pPr>
            <w:r>
              <w:rPr>
                <w:sz w:val="16"/>
              </w:rPr>
              <w:t>$1,119</w:t>
            </w:r>
          </w:p>
        </w:tc>
        <w:tc>
          <w:tcPr>
            <w:tcW w:type="dxa" w:w="1126"/>
          </w:tcPr>
          <w:p>
            <w:pPr>
              <w:spacing w:after="0"/>
              <w:jc w:val="right"/>
            </w:pPr>
            <w:r>
              <w:rPr>
                <w:sz w:val="16"/>
              </w:rPr>
              <w:t>$2,191</w:t>
            </w:r>
          </w:p>
        </w:tc>
        <w:tc>
          <w:tcPr>
            <w:tcW w:type="dxa" w:w="970"/>
          </w:tcPr>
          <w:p>
            <w:pPr>
              <w:spacing w:after="0"/>
              <w:jc w:val="right"/>
            </w:pPr>
            <w:r>
              <w:rPr>
                <w:sz w:val="16"/>
              </w:rPr>
              <w:t>$96,621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$1,712,909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$99,709</w:t>
            </w:r>
          </w:p>
        </w:tc>
        <w:tc>
          <w:tcPr>
            <w:tcW w:type="dxa" w:w="970"/>
          </w:tcPr>
          <w:p>
            <w:pPr>
              <w:spacing w:after="0"/>
              <w:jc w:val="right"/>
            </w:pPr>
            <w:r>
              <w:rPr>
                <w:sz w:val="16"/>
              </w:rPr>
              <w:t>n/a</w:t>
            </w:r>
          </w:p>
        </w:tc>
        <w:tc>
          <w:tcPr>
            <w:tcW w:type="dxa" w:w="1305"/>
          </w:tcPr>
          <w:p>
            <w:pPr>
              <w:spacing w:after="0"/>
              <w:jc w:val="right"/>
            </w:pPr>
            <w:r>
              <w:rPr>
                <w:sz w:val="16"/>
              </w:rPr>
              <w:t>5.82%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$4,595,193,219</w:t>
            </w:r>
          </w:p>
        </w:tc>
        <w:tc>
          <w:tcPr>
            <w:tcW w:type="dxa" w:w="1134"/>
          </w:tcPr>
          <w:p>
            <w:pPr>
              <w:spacing w:after="0"/>
              <w:jc w:val="right"/>
            </w:pPr>
            <w:r>
              <w:rPr>
                <w:sz w:val="16"/>
              </w:rPr>
              <w:t>n/a</w:t>
            </w:r>
          </w:p>
        </w:tc>
        <w:tc>
          <w:tcPr>
            <w:tcW w:type="dxa" w:w="1043"/>
          </w:tcPr>
          <w:p>
            <w:pPr>
              <w:spacing w:after="0"/>
              <w:jc w:val="right"/>
            </w:pPr>
            <w:r>
              <w:rPr>
                <w:sz w:val="16"/>
              </w:rPr>
              <w:t>8,533</w:t>
            </w:r>
          </w:p>
        </w:tc>
        <w:tc>
          <w:tcPr>
            <w:tcW w:type="dxa" w:w="1037"/>
          </w:tcPr>
          <w:p>
            <w:pPr>
              <w:spacing w:after="0"/>
              <w:jc w:val="right"/>
            </w:pPr>
            <w:r>
              <w:rPr>
                <w:sz w:val="16"/>
              </w:rPr>
              <w:t>$61,118</w:t>
            </w:r>
          </w:p>
        </w:tc>
        <w:tc>
          <w:tcPr>
            <w:tcW w:type="dxa" w:w="1126"/>
          </w:tcPr>
          <w:p>
            <w:pPr>
              <w:spacing w:after="0"/>
              <w:jc w:val="right"/>
            </w:pPr>
            <w:r>
              <w:rPr>
                <w:sz w:val="16"/>
              </w:rPr>
              <w:t>n/a</w:t>
            </w:r>
          </w:p>
        </w:tc>
        <w:tc>
          <w:tcPr>
            <w:tcW w:type="dxa" w:w="970"/>
          </w:tcPr>
          <w:p>
            <w:pPr>
              <w:spacing w:after="0"/>
              <w:jc w:val="right"/>
            </w:pPr>
            <w:r>
              <w:rPr>
                <w:sz w:val="16"/>
              </w:rPr>
              <w:t>$12,892</w:t>
            </w:r>
          </w:p>
        </w:tc>
        <w:tc>
          <w:tcPr>
            <w:tcW w:type="dxa" w:w="1305"/>
          </w:tcPr>
          <w:p>
            <w:pPr>
              <w:spacing w:after="0"/>
              <w:jc w:val="right"/>
            </w:pPr>
            <w:r>
              <w:rPr>
                <w:sz w:val="16"/>
              </w:rPr>
              <w:t>0.00133%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$2,760,846,711</w:t>
            </w:r>
          </w:p>
        </w:tc>
        <w:tc>
          <w:tcPr>
            <w:tcW w:type="dxa" w:w="1134"/>
          </w:tcPr>
          <w:p>
            <w:pPr>
              <w:spacing w:after="0"/>
              <w:jc w:val="right"/>
            </w:pPr>
            <w:r>
              <w:rPr>
                <w:sz w:val="16"/>
              </w:rPr>
              <w:t>$4,862,640</w:t>
            </w:r>
          </w:p>
        </w:tc>
        <w:tc>
          <w:tcPr>
            <w:tcW w:type="dxa" w:w="1043"/>
          </w:tcPr>
          <w:p>
            <w:pPr>
              <w:spacing w:after="0"/>
              <w:jc w:val="right"/>
            </w:pPr>
            <w:r>
              <w:rPr>
                <w:sz w:val="16"/>
              </w:rPr>
              <w:t>8,533</w:t>
            </w:r>
          </w:p>
        </w:tc>
        <w:tc>
          <w:tcPr>
            <w:tcW w:type="dxa" w:w="1037"/>
          </w:tcPr>
          <w:p>
            <w:pPr>
              <w:spacing w:after="0"/>
              <w:jc w:val="right"/>
            </w:pPr>
            <w:r>
              <w:rPr>
                <w:sz w:val="16"/>
              </w:rPr>
              <w:t>$13,933</w:t>
            </w:r>
          </w:p>
        </w:tc>
        <w:tc>
          <w:tcPr>
            <w:tcW w:type="dxa" w:w="1126"/>
          </w:tcPr>
          <w:p>
            <w:pPr>
              <w:spacing w:after="0"/>
              <w:jc w:val="right"/>
            </w:pPr>
            <w:r>
              <w:rPr>
                <w:sz w:val="16"/>
              </w:rPr>
              <w:t>$4,615</w:t>
            </w:r>
          </w:p>
        </w:tc>
        <w:tc>
          <w:tcPr>
            <w:tcW w:type="dxa" w:w="970"/>
          </w:tcPr>
          <w:p>
            <w:pPr>
              <w:spacing w:after="0"/>
              <w:jc w:val="right"/>
            </w:pPr>
            <w:r>
              <w:rPr>
                <w:sz w:val="16"/>
              </w:rPr>
              <w:t>$5,161</w:t>
            </w:r>
          </w:p>
        </w:tc>
        <w:tc>
          <w:tcPr>
            <w:tcW w:type="dxa" w:w="1305"/>
          </w:tcPr>
          <w:p>
            <w:pPr>
              <w:spacing w:after="0"/>
              <w:jc w:val="right"/>
            </w:pPr>
            <w:r>
              <w:rPr>
                <w:sz w:val="16"/>
              </w:rPr>
              <w:t>0.000505%</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$2,760,846,711</w:t>
            </w:r>
          </w:p>
        </w:tc>
        <w:tc>
          <w:tcPr>
            <w:tcW w:type="dxa" w:w="1134"/>
          </w:tcPr>
          <w:p>
            <w:pPr>
              <w:spacing w:after="0"/>
              <w:jc w:val="right"/>
            </w:pPr>
            <w:r>
              <w:rPr>
                <w:sz w:val="16"/>
              </w:rPr>
              <w:t>$4,862,640</w:t>
            </w:r>
          </w:p>
        </w:tc>
        <w:tc>
          <w:tcPr>
            <w:tcW w:type="dxa" w:w="1043"/>
          </w:tcPr>
          <w:p>
            <w:pPr>
              <w:spacing w:after="0"/>
              <w:jc w:val="right"/>
            </w:pPr>
            <w:r>
              <w:rPr>
                <w:sz w:val="16"/>
              </w:rPr>
              <w:t>8,533</w:t>
            </w:r>
          </w:p>
        </w:tc>
        <w:tc>
          <w:tcPr>
            <w:tcW w:type="dxa" w:w="1037"/>
          </w:tcPr>
          <w:p>
            <w:pPr>
              <w:spacing w:after="0"/>
              <w:jc w:val="right"/>
            </w:pPr>
            <w:r>
              <w:rPr>
                <w:sz w:val="16"/>
              </w:rPr>
              <w:t>$10</w:t>
            </w:r>
          </w:p>
        </w:tc>
        <w:tc>
          <w:tcPr>
            <w:tcW w:type="dxa" w:w="1126"/>
          </w:tcPr>
          <w:p>
            <w:pPr>
              <w:spacing w:after="0"/>
              <w:jc w:val="right"/>
            </w:pPr>
            <w:r>
              <w:rPr>
                <w:sz w:val="16"/>
              </w:rPr>
              <w:t>$5</w:t>
            </w:r>
          </w:p>
        </w:tc>
        <w:tc>
          <w:tcPr>
            <w:tcW w:type="dxa" w:w="970"/>
          </w:tcPr>
          <w:p>
            <w:pPr>
              <w:spacing w:after="0"/>
              <w:jc w:val="right"/>
            </w:pPr>
            <w:r>
              <w:rPr>
                <w:sz w:val="16"/>
              </w:rPr>
              <w:t>$72,988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$2,760,846,711</w:t>
            </w:r>
          </w:p>
        </w:tc>
        <w:tc>
          <w:tcPr>
            <w:tcW w:type="dxa" w:w="1134"/>
          </w:tcPr>
          <w:p>
            <w:pPr>
              <w:spacing w:after="0"/>
              <w:jc w:val="right"/>
            </w:pPr>
            <w:r>
              <w:rPr>
                <w:sz w:val="16"/>
              </w:rPr>
              <w:t>$4,862,640</w:t>
            </w:r>
          </w:p>
        </w:tc>
        <w:tc>
          <w:tcPr>
            <w:tcW w:type="dxa" w:w="1043"/>
          </w:tcPr>
          <w:p>
            <w:pPr>
              <w:spacing w:after="0"/>
              <w:jc w:val="right"/>
            </w:pPr>
            <w:r>
              <w:rPr>
                <w:sz w:val="16"/>
              </w:rPr>
              <w:t>8,533</w:t>
            </w:r>
          </w:p>
        </w:tc>
        <w:tc>
          <w:tcPr>
            <w:tcW w:type="dxa" w:w="1037"/>
          </w:tcPr>
          <w:p>
            <w:pPr>
              <w:spacing w:after="0"/>
              <w:jc w:val="right"/>
            </w:pPr>
            <w:r>
              <w:rPr>
                <w:sz w:val="16"/>
              </w:rPr>
              <w:t>$418,979</w:t>
            </w:r>
          </w:p>
        </w:tc>
        <w:tc>
          <w:tcPr>
            <w:tcW w:type="dxa" w:w="1126"/>
          </w:tcPr>
          <w:p>
            <w:pPr>
              <w:spacing w:after="0"/>
              <w:jc w:val="right"/>
            </w:pPr>
            <w:r>
              <w:rPr>
                <w:sz w:val="16"/>
              </w:rPr>
              <w:t>$35,130</w:t>
            </w:r>
          </w:p>
        </w:tc>
        <w:tc>
          <w:tcPr>
            <w:tcW w:type="dxa" w:w="970"/>
          </w:tcPr>
          <w:p>
            <w:pPr>
              <w:spacing w:after="0"/>
              <w:jc w:val="right"/>
            </w:pPr>
            <w:r>
              <w:rPr>
                <w:sz w:val="16"/>
              </w:rPr>
              <w:t>$7,958</w:t>
            </w:r>
          </w:p>
        </w:tc>
        <w:tc>
          <w:tcPr>
            <w:tcW w:type="dxa" w:w="1305"/>
          </w:tcPr>
          <w:p>
            <w:pPr>
              <w:spacing w:after="0"/>
              <w:jc w:val="right"/>
            </w:pPr>
            <w:r>
              <w:rPr>
                <w:sz w:val="16"/>
              </w:rPr>
              <w:t>0.0152%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$2,760,846,711</w:t>
            </w:r>
          </w:p>
        </w:tc>
        <w:tc>
          <w:tcPr>
            <w:tcW w:type="dxa" w:w="1134"/>
          </w:tcPr>
          <w:p>
            <w:pPr>
              <w:spacing w:after="0"/>
              <w:jc w:val="right"/>
            </w:pPr>
            <w:r>
              <w:rPr>
                <w:sz w:val="16"/>
              </w:rPr>
              <w:t>n/a</w:t>
            </w:r>
          </w:p>
        </w:tc>
        <w:tc>
          <w:tcPr>
            <w:tcW w:type="dxa" w:w="1043"/>
          </w:tcPr>
          <w:p>
            <w:pPr>
              <w:spacing w:after="0"/>
              <w:jc w:val="right"/>
            </w:pPr>
            <w:r>
              <w:rPr>
                <w:sz w:val="16"/>
              </w:rPr>
              <w:t>8,533</w:t>
            </w:r>
          </w:p>
        </w:tc>
        <w:tc>
          <w:tcPr>
            <w:tcW w:type="dxa" w:w="1037"/>
          </w:tcPr>
          <w:p>
            <w:pPr>
              <w:spacing w:after="0"/>
              <w:jc w:val="right"/>
            </w:pPr>
            <w:r>
              <w:rPr>
                <w:sz w:val="16"/>
              </w:rPr>
              <w:t>$25,552</w:t>
            </w:r>
          </w:p>
        </w:tc>
        <w:tc>
          <w:tcPr>
            <w:tcW w:type="dxa" w:w="1126"/>
          </w:tcPr>
          <w:p>
            <w:pPr>
              <w:spacing w:after="0"/>
              <w:jc w:val="right"/>
            </w:pPr>
            <w:r>
              <w:rPr>
                <w:sz w:val="16"/>
              </w:rPr>
              <w:t>n/a</w:t>
            </w:r>
          </w:p>
        </w:tc>
        <w:tc>
          <w:tcPr>
            <w:tcW w:type="dxa" w:w="970"/>
          </w:tcPr>
          <w:p>
            <w:pPr>
              <w:spacing w:after="0"/>
              <w:jc w:val="right"/>
            </w:pPr>
            <w:r>
              <w:rPr>
                <w:sz w:val="16"/>
              </w:rPr>
              <w:t>$176</w:t>
            </w:r>
          </w:p>
        </w:tc>
        <w:tc>
          <w:tcPr>
            <w:tcW w:type="dxa" w:w="1305"/>
          </w:tcPr>
          <w:p>
            <w:pPr>
              <w:spacing w:after="0"/>
              <w:jc w:val="right"/>
            </w:pPr>
            <w:r>
              <w:rPr>
                <w:sz w:val="16"/>
              </w:rPr>
              <w:t>0.000926%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$2,743,517,605</w:t>
            </w:r>
          </w:p>
        </w:tc>
        <w:tc>
          <w:tcPr>
            <w:tcW w:type="dxa" w:w="1134"/>
          </w:tcPr>
          <w:p>
            <w:pPr>
              <w:spacing w:after="0"/>
              <w:jc w:val="right"/>
            </w:pPr>
            <w:r>
              <w:rPr>
                <w:sz w:val="16"/>
              </w:rPr>
              <w:t>$1,632,412</w:t>
            </w:r>
          </w:p>
        </w:tc>
        <w:tc>
          <w:tcPr>
            <w:tcW w:type="dxa" w:w="1043"/>
          </w:tcPr>
          <w:p>
            <w:pPr>
              <w:spacing w:after="0"/>
              <w:jc w:val="right"/>
            </w:pPr>
            <w:r>
              <w:rPr>
                <w:sz w:val="16"/>
              </w:rPr>
              <w:t>2,540</w:t>
            </w:r>
          </w:p>
        </w:tc>
        <w:tc>
          <w:tcPr>
            <w:tcW w:type="dxa" w:w="1037"/>
          </w:tcPr>
          <w:p>
            <w:pPr>
              <w:spacing w:after="0"/>
              <w:jc w:val="right"/>
            </w:pPr>
            <w:r>
              <w:rPr>
                <w:sz w:val="16"/>
              </w:rPr>
              <w:t>$1,060,774</w:t>
            </w:r>
          </w:p>
        </w:tc>
        <w:tc>
          <w:tcPr>
            <w:tcW w:type="dxa" w:w="1126"/>
          </w:tcPr>
          <w:p>
            <w:pPr>
              <w:spacing w:after="0"/>
              <w:jc w:val="right"/>
            </w:pPr>
            <w:r>
              <w:rPr>
                <w:sz w:val="16"/>
              </w:rPr>
              <w:t>$7,263</w:t>
            </w:r>
          </w:p>
        </w:tc>
        <w:tc>
          <w:tcPr>
            <w:tcW w:type="dxa" w:w="970"/>
          </w:tcPr>
          <w:p>
            <w:pPr>
              <w:spacing w:after="0"/>
              <w:jc w:val="right"/>
            </w:pPr>
            <w:r>
              <w:rPr>
                <w:sz w:val="16"/>
              </w:rPr>
              <w:t>$39,016</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$7,379,924</w:t>
            </w:r>
          </w:p>
        </w:tc>
        <w:tc>
          <w:tcPr>
            <w:tcW w:type="dxa" w:w="1134"/>
          </w:tcPr>
          <w:p>
            <w:pPr>
              <w:spacing w:after="0"/>
              <w:jc w:val="right"/>
            </w:pPr>
            <w:r>
              <w:rPr>
                <w:sz w:val="16"/>
              </w:rPr>
              <w:t>n/a</w:t>
            </w:r>
          </w:p>
        </w:tc>
        <w:tc>
          <w:tcPr>
            <w:tcW w:type="dxa" w:w="1043"/>
          </w:tcPr>
          <w:p>
            <w:pPr>
              <w:spacing w:after="0"/>
              <w:jc w:val="right"/>
            </w:pPr>
            <w:r>
              <w:rPr>
                <w:sz w:val="16"/>
              </w:rPr>
              <w:t>24</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970"/>
          </w:tcPr>
          <w:p>
            <w:pPr>
              <w:spacing w:after="0"/>
              <w:jc w:val="right"/>
            </w:pPr>
            <w:r>
              <w:rPr>
                <w:sz w:val="16"/>
              </w:rPr>
              <w:t>under $1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$2,760,846,711</w:t>
            </w:r>
          </w:p>
        </w:tc>
        <w:tc>
          <w:tcPr>
            <w:tcW w:type="dxa" w:w="1134"/>
          </w:tcPr>
          <w:p>
            <w:pPr>
              <w:spacing w:after="0"/>
              <w:jc w:val="right"/>
            </w:pPr>
            <w:r>
              <w:rPr>
                <w:sz w:val="16"/>
              </w:rPr>
              <w:t>n/a</w:t>
            </w:r>
          </w:p>
        </w:tc>
        <w:tc>
          <w:tcPr>
            <w:tcW w:type="dxa" w:w="1043"/>
          </w:tcPr>
          <w:p>
            <w:pPr>
              <w:spacing w:after="0"/>
              <w:jc w:val="right"/>
            </w:pPr>
            <w:r>
              <w:rPr>
                <w:sz w:val="16"/>
              </w:rPr>
              <w:t>8,533</w:t>
            </w:r>
          </w:p>
        </w:tc>
        <w:tc>
          <w:tcPr>
            <w:tcW w:type="dxa" w:w="1037"/>
          </w:tcPr>
          <w:p>
            <w:pPr>
              <w:spacing w:after="0"/>
              <w:jc w:val="right"/>
            </w:pPr>
            <w:r>
              <w:rPr>
                <w:sz w:val="16"/>
              </w:rPr>
              <w:t>$6,768</w:t>
            </w:r>
          </w:p>
        </w:tc>
        <w:tc>
          <w:tcPr>
            <w:tcW w:type="dxa" w:w="1126"/>
          </w:tcPr>
          <w:p>
            <w:pPr>
              <w:spacing w:after="0"/>
              <w:jc w:val="right"/>
            </w:pPr>
            <w:r>
              <w:rPr>
                <w:sz w:val="16"/>
              </w:rPr>
              <w:t>n/a</w:t>
            </w:r>
          </w:p>
        </w:tc>
        <w:tc>
          <w:tcPr>
            <w:tcW w:type="dxa" w:w="970"/>
          </w:tcPr>
          <w:p>
            <w:pPr>
              <w:spacing w:after="0"/>
              <w:jc w:val="right"/>
            </w:pPr>
            <w:r>
              <w:rPr>
                <w:sz w:val="16"/>
              </w:rPr>
              <w:t>$15,616</w:t>
            </w:r>
          </w:p>
        </w:tc>
        <w:tc>
          <w:tcPr>
            <w:tcW w:type="dxa" w:w="1305"/>
          </w:tcPr>
          <w:p>
            <w:pPr>
              <w:spacing w:after="0"/>
              <w:jc w:val="right"/>
            </w:pPr>
            <w:r>
              <w:rPr>
                <w:sz w:val="16"/>
              </w:rPr>
              <w:t>0.000245%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$2,760,846,711</w:t>
            </w:r>
          </w:p>
        </w:tc>
        <w:tc>
          <w:tcPr>
            <w:tcW w:type="dxa" w:w="1134"/>
          </w:tcPr>
          <w:p>
            <w:pPr>
              <w:spacing w:after="0"/>
              <w:jc w:val="right"/>
            </w:pPr>
            <w:r>
              <w:rPr>
                <w:sz w:val="16"/>
              </w:rPr>
              <w:t>$4,862,640</w:t>
            </w:r>
          </w:p>
        </w:tc>
        <w:tc>
          <w:tcPr>
            <w:tcW w:type="dxa" w:w="1043"/>
          </w:tcPr>
          <w:p>
            <w:pPr>
              <w:spacing w:after="0"/>
              <w:jc w:val="right"/>
            </w:pPr>
            <w:r>
              <w:rPr>
                <w:sz w:val="16"/>
              </w:rPr>
              <w:t>8,533</w:t>
            </w:r>
          </w:p>
        </w:tc>
        <w:tc>
          <w:tcPr>
            <w:tcW w:type="dxa" w:w="1037"/>
          </w:tcPr>
          <w:p>
            <w:pPr>
              <w:spacing w:after="0"/>
              <w:jc w:val="right"/>
            </w:pPr>
            <w:r>
              <w:rPr>
                <w:sz w:val="16"/>
              </w:rPr>
              <w:t>$127,170</w:t>
            </w:r>
          </w:p>
        </w:tc>
        <w:tc>
          <w:tcPr>
            <w:tcW w:type="dxa" w:w="1126"/>
          </w:tcPr>
          <w:p>
            <w:pPr>
              <w:spacing w:after="0"/>
              <w:jc w:val="right"/>
            </w:pPr>
            <w:r>
              <w:rPr>
                <w:sz w:val="16"/>
              </w:rPr>
              <w:t>$102</w:t>
            </w:r>
          </w:p>
        </w:tc>
        <w:tc>
          <w:tcPr>
            <w:tcW w:type="dxa" w:w="970"/>
          </w:tcPr>
          <w:p>
            <w:pPr>
              <w:spacing w:after="0"/>
              <w:jc w:val="right"/>
            </w:pPr>
            <w:r>
              <w:rPr>
                <w:sz w:val="16"/>
              </w:rPr>
              <w:t>$62,837</w:t>
            </w:r>
          </w:p>
        </w:tc>
        <w:tc>
          <w:tcPr>
            <w:tcW w:type="dxa" w:w="1305"/>
          </w:tcPr>
          <w:p>
            <w:pPr>
              <w:spacing w:after="0"/>
              <w:jc w:val="right"/>
            </w:pPr>
            <w:r>
              <w:rPr>
                <w:sz w:val="16"/>
              </w:rPr>
              <w:t>0.00461%</w:t>
            </w:r>
          </w:p>
        </w:tc>
        <w:tc>
          <w:tcPr>
            <w:tcW w:type="dxa" w:w="1197"/>
          </w:tcPr>
          <w:p>
            <w:pPr>
              <w:spacing w:after="0"/>
              <w:jc w:val="right"/>
            </w:pPr>
            <w:r>
              <w:rPr>
                <w:sz w:val="16"/>
              </w:rPr>
              <w:t>$45,500</w:t>
            </w: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$2,760,846,711</w:t>
            </w:r>
          </w:p>
        </w:tc>
        <w:tc>
          <w:tcPr>
            <w:tcW w:type="dxa" w:w="1134"/>
          </w:tcPr>
          <w:p>
            <w:pPr>
              <w:spacing w:after="0"/>
              <w:jc w:val="right"/>
            </w:pPr>
            <w:r>
              <w:rPr>
                <w:sz w:val="16"/>
              </w:rPr>
              <w:t>$4,862,640</w:t>
            </w:r>
          </w:p>
        </w:tc>
        <w:tc>
          <w:tcPr>
            <w:tcW w:type="dxa" w:w="1043"/>
          </w:tcPr>
          <w:p>
            <w:pPr>
              <w:spacing w:after="0"/>
              <w:jc w:val="right"/>
            </w:pPr>
            <w:r>
              <w:rPr>
                <w:sz w:val="16"/>
              </w:rPr>
              <w:t>8,533</w:t>
            </w:r>
          </w:p>
        </w:tc>
        <w:tc>
          <w:tcPr>
            <w:tcW w:type="dxa" w:w="1037"/>
          </w:tcPr>
          <w:p>
            <w:pPr>
              <w:spacing w:after="0"/>
              <w:jc w:val="right"/>
            </w:pPr>
            <w:r>
              <w:rPr>
                <w:sz w:val="16"/>
              </w:rPr>
              <w:t>$59,176</w:t>
            </w:r>
          </w:p>
        </w:tc>
        <w:tc>
          <w:tcPr>
            <w:tcW w:type="dxa" w:w="1126"/>
          </w:tcPr>
          <w:p>
            <w:pPr>
              <w:spacing w:after="0"/>
              <w:jc w:val="right"/>
            </w:pPr>
            <w:r>
              <w:rPr>
                <w:sz w:val="16"/>
              </w:rPr>
              <w:t>$88</w:t>
            </w:r>
          </w:p>
        </w:tc>
        <w:tc>
          <w:tcPr>
            <w:tcW w:type="dxa" w:w="970"/>
          </w:tcPr>
          <w:p>
            <w:pPr>
              <w:spacing w:after="0"/>
              <w:jc w:val="right"/>
            </w:pPr>
            <w:r>
              <w:rPr>
                <w:sz w:val="16"/>
              </w:rPr>
              <w:t>$74,007</w:t>
            </w:r>
          </w:p>
        </w:tc>
        <w:tc>
          <w:tcPr>
            <w:tcW w:type="dxa" w:w="1305"/>
          </w:tcPr>
          <w:p>
            <w:pPr>
              <w:spacing w:after="0"/>
              <w:jc w:val="right"/>
            </w:pPr>
            <w:r>
              <w:rPr>
                <w:sz w:val="16"/>
              </w:rPr>
              <w:t>0.00214%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70"/>
          </w:tcPr>
          <w:p>
            <w:pPr>
              <w:spacing w:after="0"/>
              <w:jc w:val="right"/>
            </w:pPr>
            <w:r>
              <w:rPr>
                <w:sz w:val="16"/>
              </w:rPr>
              <w:t>n/a</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$729,296,358</w:t>
            </w:r>
          </w:p>
        </w:tc>
        <w:tc>
          <w:tcPr>
            <w:tcW w:type="dxa" w:w="1134"/>
          </w:tcPr>
          <w:p>
            <w:pPr>
              <w:spacing w:after="0"/>
              <w:jc w:val="right"/>
            </w:pPr>
            <w:r>
              <w:rPr>
                <w:sz w:val="16"/>
              </w:rPr>
              <w:t>$1,337,533</w:t>
            </w:r>
          </w:p>
        </w:tc>
        <w:tc>
          <w:tcPr>
            <w:tcW w:type="dxa" w:w="1043"/>
          </w:tcPr>
          <w:p>
            <w:pPr>
              <w:spacing w:after="0"/>
              <w:jc w:val="right"/>
            </w:pPr>
            <w:r>
              <w:rPr>
                <w:sz w:val="16"/>
              </w:rPr>
              <w:t>2,804</w:t>
            </w:r>
          </w:p>
        </w:tc>
        <w:tc>
          <w:tcPr>
            <w:tcW w:type="dxa" w:w="1037"/>
          </w:tcPr>
          <w:p>
            <w:pPr>
              <w:spacing w:after="0"/>
              <w:jc w:val="right"/>
            </w:pPr>
            <w:r>
              <w:rPr>
                <w:sz w:val="16"/>
              </w:rPr>
              <w:t>$18,213</w:t>
            </w:r>
          </w:p>
        </w:tc>
        <w:tc>
          <w:tcPr>
            <w:tcW w:type="dxa" w:w="1126"/>
          </w:tcPr>
          <w:p>
            <w:pPr>
              <w:spacing w:after="0"/>
              <w:jc w:val="right"/>
            </w:pPr>
            <w:r>
              <w:rPr>
                <w:sz w:val="16"/>
              </w:rPr>
              <w:t>$3</w:t>
            </w:r>
          </w:p>
        </w:tc>
        <w:tc>
          <w:tcPr>
            <w:tcW w:type="dxa" w:w="970"/>
          </w:tcPr>
          <w:p>
            <w:pPr>
              <w:spacing w:after="0"/>
              <w:jc w:val="right"/>
            </w:pPr>
            <w:r>
              <w:rPr>
                <w:sz w:val="16"/>
              </w:rPr>
              <w:t>$1,307</w:t>
            </w:r>
          </w:p>
        </w:tc>
        <w:tc>
          <w:tcPr>
            <w:tcW w:type="dxa" w:w="1305"/>
          </w:tcPr>
          <w:p>
            <w:pPr>
              <w:spacing w:after="0"/>
              <w:jc w:val="right"/>
            </w:pPr>
            <w:r>
              <w:rPr>
                <w:sz w:val="16"/>
              </w:rPr>
              <w:t>0.0025%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$2,760,846,711</w:t>
            </w:r>
          </w:p>
        </w:tc>
        <w:tc>
          <w:tcPr>
            <w:tcW w:type="dxa" w:w="1134"/>
          </w:tcPr>
          <w:p>
            <w:pPr>
              <w:spacing w:after="0"/>
              <w:jc w:val="right"/>
            </w:pPr>
            <w:r>
              <w:rPr>
                <w:sz w:val="16"/>
              </w:rPr>
              <w:t>$4,862,640</w:t>
            </w:r>
          </w:p>
        </w:tc>
        <w:tc>
          <w:tcPr>
            <w:tcW w:type="dxa" w:w="1043"/>
          </w:tcPr>
          <w:p>
            <w:pPr>
              <w:spacing w:after="0"/>
              <w:jc w:val="right"/>
            </w:pPr>
            <w:r>
              <w:rPr>
                <w:sz w:val="16"/>
              </w:rPr>
              <w:t>8,533</w:t>
            </w:r>
          </w:p>
        </w:tc>
        <w:tc>
          <w:tcPr>
            <w:tcW w:type="dxa" w:w="1037"/>
          </w:tcPr>
          <w:p>
            <w:pPr>
              <w:spacing w:after="0"/>
              <w:jc w:val="right"/>
            </w:pPr>
            <w:r>
              <w:rPr>
                <w:sz w:val="16"/>
              </w:rPr>
              <w:t>$489</w:t>
            </w:r>
          </w:p>
        </w:tc>
        <w:tc>
          <w:tcPr>
            <w:tcW w:type="dxa" w:w="1126"/>
          </w:tcPr>
          <w:p>
            <w:pPr>
              <w:spacing w:after="0"/>
              <w:jc w:val="right"/>
            </w:pPr>
            <w:r>
              <w:rPr>
                <w:sz w:val="16"/>
              </w:rPr>
              <w:t>$1</w:t>
            </w:r>
          </w:p>
        </w:tc>
        <w:tc>
          <w:tcPr>
            <w:tcW w:type="dxa" w:w="970"/>
          </w:tcPr>
          <w:p>
            <w:pPr>
              <w:spacing w:after="0"/>
              <w:jc w:val="right"/>
            </w:pPr>
            <w:r>
              <w:rPr>
                <w:sz w:val="16"/>
              </w:rPr>
              <w:t>$2,324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$2,000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2022-04-12 (Storm Events through 2026-06-30): 10 county-coded records, 10 with a damage value recorded (including $0), $45,500; 9 zone-level records, 8 with a damage value recorded (including $0), $2,000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8,533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$2,760,846,711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$4,862,640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$3,530,437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$424,448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13</w:t>
            </w:r>
          </w:p>
        </w:tc>
        <w:tc>
          <w:tcPr>
            <w:tcW w:type="dxa" w:w="1336"/>
          </w:tcPr>
          <w:p>
            <w:pPr>
              <w:spacing w:after="0"/>
              <w:jc w:val="right"/>
            </w:pPr>
            <w:r>
              <w:rPr>
                <w:sz w:val="16"/>
              </w:rPr>
              <w:t>16</w:t>
            </w:r>
          </w:p>
        </w:tc>
        <w:tc>
          <w:tcPr>
            <w:tcW w:type="dxa" w:w="1336"/>
          </w:tcPr>
          <w:p>
            <w:pPr>
              <w:spacing w:after="0"/>
              <w:jc w:val="right"/>
            </w:pPr>
            <w:r>
              <w:rPr>
                <w:sz w:val="16"/>
              </w:rPr>
              <w:t>151</w:t>
            </w:r>
          </w:p>
        </w:tc>
        <w:tc>
          <w:tcPr>
            <w:tcW w:type="dxa" w:w="1336"/>
          </w:tcPr>
          <w:p>
            <w:pPr>
              <w:spacing w:after="0"/>
              <w:jc w:val="right"/>
            </w:pPr>
            <w:r>
              <w:rPr>
                <w:sz w:val="16"/>
              </w:rPr>
              <w:t>8</w:t>
            </w:r>
          </w:p>
        </w:tc>
        <w:tc>
          <w:tcPr>
            <w:tcW w:type="dxa" w:w="1336"/>
          </w:tcPr>
          <w:p>
            <w:pPr>
              <w:spacing w:after="0"/>
              <w:jc w:val="right"/>
            </w:pPr>
            <w:r>
              <w:rPr>
                <w:sz w:val="16"/>
              </w:rPr>
              <w:t>165</w:t>
            </w:r>
          </w:p>
        </w:tc>
        <w:tc>
          <w:tcPr>
            <w:tcW w:type="dxa" w:w="1336"/>
          </w:tcPr>
          <w:p>
            <w:pPr>
              <w:spacing w:after="0"/>
              <w:jc w:val="right"/>
            </w:pPr>
            <w:r>
              <w:rPr>
                <w:sz w:val="16"/>
              </w:rPr>
              <w:t>14</w:t>
            </w:r>
          </w:p>
        </w:tc>
        <w:tc>
          <w:tcPr>
            <w:tcW w:type="dxa" w:w="1487"/>
          </w:tcPr>
          <w:p>
            <w:pPr>
              <w:spacing w:after="0"/>
              <w:jc w:val="right"/>
            </w:pPr>
            <w:r>
              <w:rPr>
                <w:sz w:val="16"/>
              </w:rPr>
              <w:t>51</w:t>
            </w:r>
          </w:p>
        </w:tc>
      </w:tr>
      <w:tr>
        <w:trPr>
          <w:cantSplit/>
        </w:trPr>
        <w:tc>
          <w:tcPr>
            <w:tcW w:type="dxa" w:w="4609"/>
          </w:tcPr>
          <w:p>
            <w:pPr>
              <w:spacing w:after="0"/>
              <w:jc w:val="left"/>
            </w:pPr>
            <w:r>
              <w:rPr>
                <w:sz w:val="16"/>
              </w:rPr>
              <w:t>of which: Mathews County (unincorporated area)</w:t>
            </w:r>
          </w:p>
        </w:tc>
        <w:tc>
          <w:tcPr>
            <w:tcW w:type="dxa" w:w="1336"/>
          </w:tcPr>
          <w:p>
            <w:pPr>
              <w:spacing w:after="0"/>
              <w:jc w:val="right"/>
            </w:pPr>
            <w:r>
              <w:rPr>
                <w:sz w:val="16"/>
              </w:rPr>
              <w:t>13</w:t>
            </w:r>
          </w:p>
        </w:tc>
        <w:tc>
          <w:tcPr>
            <w:tcW w:type="dxa" w:w="1336"/>
          </w:tcPr>
          <w:p>
            <w:pPr>
              <w:spacing w:after="0"/>
              <w:jc w:val="right"/>
            </w:pPr>
            <w:r>
              <w:rPr>
                <w:sz w:val="16"/>
              </w:rPr>
              <w:t>16</w:t>
            </w:r>
          </w:p>
        </w:tc>
        <w:tc>
          <w:tcPr>
            <w:tcW w:type="dxa" w:w="1336"/>
          </w:tcPr>
          <w:p>
            <w:pPr>
              <w:spacing w:after="0"/>
              <w:jc w:val="right"/>
            </w:pPr>
            <w:r>
              <w:rPr>
                <w:sz w:val="16"/>
              </w:rPr>
              <w:t>151</w:t>
            </w:r>
          </w:p>
        </w:tc>
        <w:tc>
          <w:tcPr>
            <w:tcW w:type="dxa" w:w="1336"/>
          </w:tcPr>
          <w:p>
            <w:pPr>
              <w:spacing w:after="0"/>
              <w:jc w:val="right"/>
            </w:pPr>
            <w:r>
              <w:rPr>
                <w:sz w:val="16"/>
              </w:rPr>
              <w:t>8</w:t>
            </w:r>
          </w:p>
        </w:tc>
        <w:tc>
          <w:tcPr>
            <w:tcW w:type="dxa" w:w="1336"/>
          </w:tcPr>
          <w:p>
            <w:pPr>
              <w:spacing w:after="0"/>
              <w:jc w:val="right"/>
            </w:pPr>
            <w:r>
              <w:rPr>
                <w:sz w:val="16"/>
              </w:rPr>
              <w:t>165</w:t>
            </w:r>
          </w:p>
        </w:tc>
        <w:tc>
          <w:tcPr>
            <w:tcW w:type="dxa" w:w="1336"/>
          </w:tcPr>
          <w:p>
            <w:pPr>
              <w:spacing w:after="0"/>
              <w:jc w:val="right"/>
            </w:pPr>
            <w:r>
              <w:rPr>
                <w:sz w:val="16"/>
              </w:rPr>
              <w:t>14</w:t>
            </w:r>
          </w:p>
        </w:tc>
        <w:tc>
          <w:tcPr>
            <w:tcW w:type="dxa" w:w="1487"/>
          </w:tcPr>
          <w:p>
            <w:pPr>
              <w:spacing w:after="0"/>
              <w:jc w:val="right"/>
            </w:pPr>
            <w:r>
              <w:rPr>
                <w:sz w:val="16"/>
              </w:rPr>
              <w:t>51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Mathews County</w:t>
            </w:r>
          </w:p>
        </w:tc>
        <w:tc>
          <w:tcPr>
            <w:tcW w:type="dxa" w:w="1620"/>
          </w:tcPr>
          <w:p>
            <w:pPr>
              <w:spacing w:after="0"/>
              <w:jc w:val="left"/>
            </w:pPr>
            <w:r>
              <w:rPr>
                <w:sz w:val="16"/>
              </w:rPr>
              <w:t>510096</w:t>
            </w:r>
          </w:p>
        </w:tc>
        <w:tc>
          <w:tcPr>
            <w:tcW w:type="dxa" w:w="1455"/>
          </w:tcPr>
          <w:p>
            <w:pPr>
              <w:spacing w:after="0"/>
              <w:jc w:val="right"/>
            </w:pPr>
            <w:r>
              <w:rPr>
                <w:sz w:val="16"/>
              </w:rPr>
              <w:t>13</w:t>
            </w:r>
          </w:p>
        </w:tc>
        <w:tc>
          <w:tcPr>
            <w:tcW w:type="dxa" w:w="1455"/>
          </w:tcPr>
          <w:p>
            <w:pPr>
              <w:spacing w:after="0"/>
              <w:jc w:val="right"/>
            </w:pPr>
            <w:r>
              <w:rPr>
                <w:sz w:val="16"/>
              </w:rPr>
              <w:t>16</w:t>
            </w:r>
          </w:p>
        </w:tc>
        <w:tc>
          <w:tcPr>
            <w:tcW w:type="dxa" w:w="1455"/>
          </w:tcPr>
          <w:p>
            <w:pPr>
              <w:spacing w:after="0"/>
              <w:jc w:val="right"/>
            </w:pPr>
            <w:r>
              <w:rPr>
                <w:sz w:val="16"/>
              </w:rPr>
              <w:t>151</w:t>
            </w:r>
          </w:p>
        </w:tc>
        <w:tc>
          <w:tcPr>
            <w:tcW w:type="dxa" w:w="1455"/>
          </w:tcPr>
          <w:p>
            <w:pPr>
              <w:spacing w:after="0"/>
              <w:jc w:val="right"/>
            </w:pPr>
            <w:r>
              <w:rPr>
                <w:sz w:val="16"/>
              </w:rPr>
              <w:t>8</w:t>
            </w:r>
          </w:p>
        </w:tc>
        <w:tc>
          <w:tcPr>
            <w:tcW w:type="dxa" w:w="1455"/>
          </w:tcPr>
          <w:p>
            <w:pPr>
              <w:spacing w:after="0"/>
              <w:jc w:val="right"/>
            </w:pPr>
            <w:r>
              <w:rPr>
                <w:sz w:val="16"/>
              </w:rPr>
              <w:t>165</w:t>
            </w:r>
          </w:p>
        </w:tc>
        <w:tc>
          <w:tcPr>
            <w:tcW w:type="dxa" w:w="1455"/>
          </w:tcPr>
          <w:p>
            <w:pPr>
              <w:spacing w:after="0"/>
              <w:jc w:val="right"/>
            </w:pPr>
            <w:r>
              <w:rPr>
                <w:sz w:val="16"/>
              </w:rPr>
              <w:t>14</w:t>
            </w:r>
          </w:p>
        </w:tc>
        <w:tc>
          <w:tcPr>
            <w:tcW w:type="dxa" w:w="1620"/>
          </w:tcPr>
          <w:p>
            <w:pPr>
              <w:spacing w:after="0"/>
              <w:jc w:val="right"/>
            </w:pPr>
            <w:r>
              <w:rPr>
                <w:sz w:val="16"/>
              </w:rPr>
              <w:t>51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13</w:t>
            </w:r>
          </w:p>
        </w:tc>
        <w:tc>
          <w:tcPr>
            <w:tcW w:type="dxa" w:w="1496"/>
          </w:tcPr>
          <w:p>
            <w:pPr>
              <w:spacing w:after="0"/>
              <w:jc w:val="right"/>
            </w:pPr>
            <w:r>
              <w:rPr>
                <w:sz w:val="16"/>
              </w:rPr>
              <w:t>16</w:t>
            </w:r>
          </w:p>
        </w:tc>
        <w:tc>
          <w:tcPr>
            <w:tcW w:type="dxa" w:w="1496"/>
          </w:tcPr>
          <w:p>
            <w:pPr>
              <w:spacing w:after="0"/>
              <w:jc w:val="right"/>
            </w:pPr>
            <w:r>
              <w:rPr>
                <w:sz w:val="16"/>
              </w:rPr>
              <w:t>147</w:t>
            </w:r>
          </w:p>
        </w:tc>
        <w:tc>
          <w:tcPr>
            <w:tcW w:type="dxa" w:w="1496"/>
          </w:tcPr>
          <w:p>
            <w:pPr>
              <w:spacing w:after="0"/>
              <w:jc w:val="right"/>
            </w:pPr>
            <w:r>
              <w:rPr>
                <w:sz w:val="16"/>
              </w:rPr>
              <w:t>8</w:t>
            </w:r>
          </w:p>
        </w:tc>
        <w:tc>
          <w:tcPr>
            <w:tcW w:type="dxa" w:w="1496"/>
          </w:tcPr>
          <w:p>
            <w:pPr>
              <w:spacing w:after="0"/>
              <w:jc w:val="right"/>
            </w:pPr>
            <w:r>
              <w:rPr>
                <w:sz w:val="16"/>
              </w:rPr>
              <w:t>161</w:t>
            </w:r>
          </w:p>
        </w:tc>
        <w:tc>
          <w:tcPr>
            <w:tcW w:type="dxa" w:w="1496"/>
          </w:tcPr>
          <w:p>
            <w:pPr>
              <w:spacing w:after="0"/>
              <w:jc w:val="right"/>
            </w:pPr>
            <w:r>
              <w:rPr>
                <w:sz w:val="16"/>
              </w:rPr>
              <w:t>14</w:t>
            </w:r>
          </w:p>
        </w:tc>
        <w:tc>
          <w:tcPr>
            <w:tcW w:type="dxa" w:w="1665"/>
          </w:tcPr>
          <w:p>
            <w:pPr>
              <w:spacing w:after="0"/>
              <w:jc w:val="right"/>
            </w:pPr>
            <w:r>
              <w:rPr>
                <w:sz w:val="16"/>
              </w:rPr>
              <w:t>50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8 properties are FMA repetitive loss but not NFIP repetitive loss, and 146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Mathews County, VA: risk-assessment baseline packet, release 2026-10 (data as of 2026-09-30; County FIPS 51115). Automated baseline. </w:t>
      </w:r>
      <w:hyperlink r:id="rId15">
        <w:r>
          <w:rPr>
            <w:color w:val="1F4E99"/>
            <w:sz w:val="17"/>
            <w:u w:val="single"/>
          </w:rPr>
          <w:t>https://hazardplain.org/va/51115/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Mathews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 County, VA: Risk-assessment baseline packet</dc:title>
  <dc:subject>Hazard Plain release 2026-10, as of 2026-09-30. Automated baseline</dc:subject>
  <dc:creator>Hazard Plain</dc:creator>
  <cp:keywords>Hazard Plain; hazard mitigation; risk assessment; 51115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