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Madison County, VA</w:t>
      </w:r>
    </w:p>
    <w:p>
      <w:pPr>
        <w:spacing w:after="120" w:before="0"/>
      </w:pPr>
      <w:r>
        <w:rPr>
          <w:color w:val="555555"/>
          <w:sz w:val="24"/>
        </w:rPr>
        <w:t>Risk-assessment baseline packet</w:t>
      </w:r>
    </w:p>
    <w:p>
      <w:pPr>
        <w:spacing w:after="120" w:before="0"/>
      </w:pPr>
      <w:r>
        <w:rPr>
          <w:b/>
          <w:sz w:val="18"/>
        </w:rPr>
        <w:t xml:space="preserve">County FIPS: </w:t>
      </w:r>
      <w:r>
        <w:rPr>
          <w:sz w:val="18"/>
        </w:rPr>
        <w:t>51113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2031-06-23. Plan: PDC 09 Rappahannock-Rapidan Hazard Mitigation Plan (FEMA plan 111181), approved 2026-06-24.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2026-06-24: no new hazard declaration and 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($2,583,000 a year), Hurricane ($657,866) and Strong Wind ($353,285).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51113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2031-06-23</w:t>
      </w:r>
    </w:p>
    <w:p>
      <w:pPr>
        <w:keepNext/>
        <w:spacing w:after="40" w:before="0"/>
      </w:pPr>
      <w:r>
        <w:rPr>
          <w:b/>
        </w:rPr>
        <w:t xml:space="preserve">Plan: </w:t>
      </w:r>
      <w:r>
        <w:rPr/>
        <w:t>PDC 09 Rappahannock-Rapidan Hazard Mitigation Plan (FEMA plan 111181)</w:t>
      </w:r>
    </w:p>
    <w:p>
      <w:pPr>
        <w:keepNext/>
        <w:spacing w:after="40" w:before="0"/>
      </w:pPr>
      <w:r>
        <w:rPr>
          <w:b/>
        </w:rPr>
        <w:t xml:space="preserve">Approved: </w:t>
      </w:r>
      <w:r>
        <w:rPr/>
        <w:t>2026-06-24</w:t>
      </w:r>
    </w:p>
    <w:p>
      <w:pPr>
        <w:keepNext/>
        <w:spacing w:after="40" w:before="0"/>
      </w:pPr>
      <w:r>
        <w:rPr>
          <w:b/>
        </w:rPr>
        <w:t xml:space="preserve">Days to expiry: </w:t>
      </w:r>
      <w:r>
        <w:rPr/>
        <w:t>1,727</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2026-06-24)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76"/>
        <w:gridCol w:w="720"/>
        <w:gridCol w:w="2799"/>
        <w:gridCol w:w="2326"/>
        <w:gridCol w:w="1098"/>
        <w:gridCol w:w="1098"/>
        <w:gridCol w:w="946"/>
        <w:gridCol w:w="3650"/>
      </w:tblGrid>
      <w:tr>
        <w:trPr>
          <w:cantSplit/>
          <w:tblHeader/>
        </w:trPr>
        <w:tc>
          <w:tcPr>
            <w:tcW w:type="dxa" w:w="1476"/>
            <w:shd w:val="clear" w:color="auto" w:fill="E8E8E8"/>
          </w:tcPr>
          <w:p>
            <w:pPr>
              <w:spacing w:after="0"/>
              <w:jc w:val="left"/>
            </w:pPr>
            <w:r>
              <w:rPr>
                <w:b/>
                <w:sz w:val="16"/>
              </w:rPr>
              <w:t>Jurisdiction</w:t>
            </w:r>
          </w:p>
        </w:tc>
        <w:tc>
          <w:tcPr>
            <w:tcW w:type="dxa" w:w="720"/>
            <w:shd w:val="clear" w:color="auto" w:fill="E8E8E8"/>
          </w:tcPr>
          <w:p>
            <w:pPr>
              <w:spacing w:after="0"/>
              <w:jc w:val="left"/>
            </w:pPr>
            <w:r>
              <w:rPr>
                <w:b/>
                <w:sz w:val="16"/>
              </w:rPr>
              <w:t>Type</w:t>
            </w:r>
          </w:p>
        </w:tc>
        <w:tc>
          <w:tcPr>
            <w:tcW w:type="dxa" w:w="2799"/>
            <w:shd w:val="clear" w:color="auto" w:fill="E8E8E8"/>
          </w:tcPr>
          <w:p>
            <w:pPr>
              <w:spacing w:after="0"/>
              <w:jc w:val="left"/>
            </w:pPr>
            <w:r>
              <w:rPr>
                <w:b/>
                <w:sz w:val="16"/>
              </w:rPr>
              <w:t>Status</w:t>
            </w:r>
          </w:p>
        </w:tc>
        <w:tc>
          <w:tcPr>
            <w:tcW w:type="dxa" w:w="2326"/>
            <w:shd w:val="clear" w:color="auto" w:fill="E8E8E8"/>
          </w:tcPr>
          <w:p>
            <w:pPr>
              <w:spacing w:after="0"/>
              <w:jc w:val="left"/>
            </w:pPr>
            <w:r>
              <w:rPr>
                <w:b/>
                <w:sz w:val="16"/>
              </w:rPr>
              <w:t>Plan</w:t>
            </w:r>
          </w:p>
        </w:tc>
        <w:tc>
          <w:tcPr>
            <w:tcW w:type="dxa" w:w="1098"/>
            <w:shd w:val="clear" w:color="auto" w:fill="E8E8E8"/>
          </w:tcPr>
          <w:p>
            <w:pPr>
              <w:spacing w:after="0"/>
              <w:jc w:val="left"/>
            </w:pPr>
            <w:r>
              <w:rPr>
                <w:b/>
                <w:sz w:val="16"/>
              </w:rPr>
              <w:t>Approved</w:t>
            </w:r>
          </w:p>
        </w:tc>
        <w:tc>
          <w:tcPr>
            <w:tcW w:type="dxa" w:w="1098"/>
            <w:shd w:val="clear" w:color="auto" w:fill="E8E8E8"/>
          </w:tcPr>
          <w:p>
            <w:pPr>
              <w:spacing w:after="0"/>
              <w:jc w:val="left"/>
            </w:pPr>
            <w:r>
              <w:rPr>
                <w:b/>
                <w:sz w:val="16"/>
              </w:rPr>
              <w:t>Expires</w:t>
            </w:r>
          </w:p>
        </w:tc>
        <w:tc>
          <w:tcPr>
            <w:tcW w:type="dxa" w:w="94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650"/>
            <w:shd w:val="clear" w:color="auto" w:fill="E8E8E8"/>
          </w:tcPr>
          <w:p>
            <w:pPr>
              <w:spacing w:after="0"/>
              <w:jc w:val="left"/>
            </w:pPr>
            <w:r>
              <w:rPr>
                <w:b/>
                <w:sz w:val="16"/>
              </w:rPr>
              <w:t>Notes</w:t>
            </w:r>
          </w:p>
        </w:tc>
      </w:tr>
      <w:tr>
        <w:trPr>
          <w:cantSplit/>
        </w:trPr>
        <w:tc>
          <w:tcPr>
            <w:tcW w:type="dxa" w:w="1476"/>
          </w:tcPr>
          <w:p>
            <w:pPr>
              <w:spacing w:after="0"/>
              <w:jc w:val="left"/>
            </w:pPr>
            <w:r>
              <w:rPr>
                <w:sz w:val="16"/>
              </w:rPr>
              <w:t>Madison County</w:t>
            </w:r>
          </w:p>
        </w:tc>
        <w:tc>
          <w:tcPr>
            <w:tcW w:type="dxa" w:w="720"/>
          </w:tcPr>
          <w:p>
            <w:pPr>
              <w:spacing w:after="0"/>
              <w:jc w:val="left"/>
            </w:pPr>
            <w:r>
              <w:rPr>
                <w:sz w:val="16"/>
              </w:rPr>
              <w:t>County</w:t>
            </w:r>
          </w:p>
        </w:tc>
        <w:tc>
          <w:tcPr>
            <w:tcW w:type="dxa" w:w="2799"/>
          </w:tcPr>
          <w:p>
            <w:pPr>
              <w:spacing w:after="0"/>
              <w:jc w:val="left"/>
            </w:pPr>
            <w:r>
              <w:rPr>
                <w:sz w:val="16"/>
              </w:rPr>
              <w:t>Approved, expires 2031-06-23</w:t>
            </w:r>
          </w:p>
        </w:tc>
        <w:tc>
          <w:tcPr>
            <w:tcW w:type="dxa" w:w="2326"/>
          </w:tcPr>
          <w:p>
            <w:pPr>
              <w:spacing w:after="0"/>
              <w:jc w:val="left"/>
            </w:pPr>
            <w:r>
              <w:rPr>
                <w:sz w:val="16"/>
              </w:rPr>
              <w:t>PDC 09 Rappahannock-Rapidan Hazard Mitigation Plan (FEMA plan 111181)</w:t>
            </w:r>
          </w:p>
        </w:tc>
        <w:tc>
          <w:tcPr>
            <w:tcW w:type="dxa" w:w="1098"/>
          </w:tcPr>
          <w:p>
            <w:pPr>
              <w:spacing w:after="0"/>
              <w:jc w:val="left"/>
            </w:pPr>
            <w:r>
              <w:rPr>
                <w:sz w:val="16"/>
              </w:rPr>
              <w:t>2026-06-24</w:t>
            </w:r>
          </w:p>
        </w:tc>
        <w:tc>
          <w:tcPr>
            <w:tcW w:type="dxa" w:w="1098"/>
          </w:tcPr>
          <w:p>
            <w:pPr>
              <w:spacing w:after="0"/>
              <w:jc w:val="left"/>
            </w:pPr>
            <w:r>
              <w:rPr>
                <w:sz w:val="16"/>
              </w:rPr>
              <w:t>2031-06-23</w:t>
            </w:r>
          </w:p>
        </w:tc>
        <w:tc>
          <w:tcPr>
            <w:tcW w:type="dxa" w:w="946"/>
          </w:tcPr>
          <w:p>
            <w:pPr>
              <w:spacing w:after="0"/>
              <w:jc w:val="right"/>
            </w:pPr>
            <w:r>
              <w:rPr>
                <w:sz w:val="16"/>
              </w:rPr>
              <w:t>1,727</w:t>
            </w:r>
          </w:p>
        </w:tc>
        <w:tc>
          <w:tcPr>
            <w:tcW w:type="dxa" w:w="3650"/>
          </w:tcPr>
          <w:p>
            <w:pPr>
              <w:spacing w:after="0"/>
              <w:jc w:val="left"/>
            </w:pPr>
            <w:r>
              <w:rPr>
                <w:sz w:val="16"/>
              </w:rPr>
              <w:t>this jurisdiction approved 2026-07-14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111181 lists 10 other participants not on this page, 4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6"/>
        <w:gridCol w:w="1037"/>
        <w:gridCol w:w="1037"/>
        <w:gridCol w:w="1037"/>
        <w:gridCol w:w="1037"/>
        <w:gridCol w:w="1126"/>
        <w:gridCol w:w="1679"/>
        <w:gridCol w:w="1157"/>
        <w:gridCol w:w="1881"/>
        <w:gridCol w:w="3416"/>
      </w:tblGrid>
      <w:tr>
        <w:trPr>
          <w:cantSplit/>
          <w:tblHeader/>
        </w:trPr>
        <w:tc>
          <w:tcPr>
            <w:tcW w:type="dxa" w:w="70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03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7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8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416"/>
            <w:shd w:val="clear" w:color="auto" w:fill="E8E8E8"/>
          </w:tcPr>
          <w:p>
            <w:pPr>
              <w:spacing w:after="0"/>
              <w:jc w:val="left"/>
            </w:pPr>
            <w:r>
              <w:rPr>
                <w:b/>
                <w:sz w:val="16"/>
              </w:rPr>
              <w:t>Storm Events coverage note</w:t>
            </w:r>
          </w:p>
        </w:tc>
      </w:tr>
      <w:tr>
        <w:trPr>
          <w:cantSplit/>
        </w:trPr>
        <w:tc>
          <w:tcPr>
            <w:tcW w:type="dxa" w:w="706"/>
          </w:tcPr>
          <w:p>
            <w:pPr>
              <w:spacing w:after="0"/>
              <w:jc w:val="right"/>
            </w:pPr>
            <w:r>
              <w:rPr>
                <w:sz w:val="16"/>
              </w:rPr>
              <w:t>1</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$2,210,530</w:t>
            </w:r>
          </w:p>
        </w:tc>
        <w:tc>
          <w:tcPr>
            <w:tcW w:type="dxa" w:w="1126"/>
          </w:tcPr>
          <w:p>
            <w:pPr>
              <w:spacing w:after="0"/>
              <w:jc w:val="right"/>
            </w:pPr>
            <w:r>
              <w:rPr>
                <w:sz w:val="16"/>
              </w:rPr>
              <w:t>$126,535</w:t>
            </w:r>
          </w:p>
        </w:tc>
        <w:tc>
          <w:tcPr>
            <w:tcW w:type="dxa" w:w="1679"/>
          </w:tcPr>
          <w:p>
            <w:pPr>
              <w:spacing w:after="0"/>
              <w:jc w:val="right"/>
            </w:pPr>
            <w:r>
              <w:rPr>
                <w:sz w:val="16"/>
              </w:rPr>
              <w:t>$245,935</w:t>
            </w:r>
          </w:p>
        </w:tc>
        <w:tc>
          <w:tcPr>
            <w:tcW w:type="dxa" w:w="1157"/>
          </w:tcPr>
          <w:p>
            <w:pPr>
              <w:spacing w:after="0"/>
              <w:jc w:val="right"/>
            </w:pPr>
            <w:r>
              <w:rPr>
                <w:sz w:val="16"/>
              </w:rPr>
              <w:t>$2,583,000</w:t>
            </w:r>
          </w:p>
        </w:tc>
        <w:tc>
          <w:tcPr>
            <w:tcW w:type="dxa" w:w="1881"/>
          </w:tcPr>
          <w:p>
            <w:pPr>
              <w:spacing w:after="0"/>
              <w:jc w:val="right"/>
            </w:pPr>
            <w:r>
              <w:rPr>
                <w:sz w:val="16"/>
              </w:rPr>
              <w:t>145</w:t>
            </w:r>
          </w:p>
        </w:tc>
        <w:tc>
          <w:tcPr>
            <w:tcW w:type="dxa" w:w="3416"/>
          </w:tcPr>
          <w:p>
            <w:pPr>
              <w:spacing w:after="0"/>
              <w:jc w:val="left"/>
            </w:pPr>
          </w:p>
        </w:tc>
      </w:tr>
      <w:tr>
        <w:trPr>
          <w:cantSplit/>
        </w:trPr>
        <w:tc>
          <w:tcPr>
            <w:tcW w:type="dxa" w:w="706"/>
          </w:tcPr>
          <w:p>
            <w:pPr>
              <w:spacing w:after="0"/>
              <w:jc w:val="right"/>
            </w:pPr>
            <w:r>
              <w:rPr>
                <w:sz w:val="16"/>
              </w:rPr>
              <w:t>2</w:t>
            </w:r>
          </w:p>
        </w:tc>
        <w:tc>
          <w:tcPr>
            <w:tcW w:type="dxa" w:w="1037"/>
          </w:tcPr>
          <w:p>
            <w:pPr>
              <w:spacing w:after="0"/>
              <w:jc w:val="left"/>
            </w:pPr>
            <w:r>
              <w:rPr>
                <w:sz w:val="16"/>
              </w:rPr>
              <w:t>Hurricane</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$540,286</w:t>
            </w:r>
          </w:p>
        </w:tc>
        <w:tc>
          <w:tcPr>
            <w:tcW w:type="dxa" w:w="1126"/>
          </w:tcPr>
          <w:p>
            <w:pPr>
              <w:spacing w:after="0"/>
              <w:jc w:val="right"/>
            </w:pPr>
            <w:r>
              <w:rPr>
                <w:sz w:val="16"/>
              </w:rPr>
              <w:t>$101,770</w:t>
            </w:r>
          </w:p>
        </w:tc>
        <w:tc>
          <w:tcPr>
            <w:tcW w:type="dxa" w:w="1679"/>
          </w:tcPr>
          <w:p>
            <w:pPr>
              <w:spacing w:after="0"/>
              <w:jc w:val="right"/>
            </w:pPr>
            <w:r>
              <w:rPr>
                <w:sz w:val="16"/>
              </w:rPr>
              <w:t>$15,810</w:t>
            </w:r>
          </w:p>
        </w:tc>
        <w:tc>
          <w:tcPr>
            <w:tcW w:type="dxa" w:w="1157"/>
          </w:tcPr>
          <w:p>
            <w:pPr>
              <w:spacing w:after="0"/>
              <w:jc w:val="right"/>
            </w:pPr>
            <w:r>
              <w:rPr>
                <w:sz w:val="16"/>
              </w:rPr>
              <w:t>$657,866</w:t>
            </w:r>
          </w:p>
        </w:tc>
        <w:tc>
          <w:tcPr>
            <w:tcW w:type="dxa" w:w="1881"/>
          </w:tcPr>
          <w:p>
            <w:pPr>
              <w:spacing w:after="0"/>
              <w:jc w:val="right"/>
            </w:pPr>
            <w:r>
              <w:rPr>
                <w:sz w:val="16"/>
              </w:rPr>
              <w:t>1</w:t>
            </w:r>
          </w:p>
        </w:tc>
        <w:tc>
          <w:tcPr>
            <w:tcW w:type="dxa" w:w="3416"/>
          </w:tcPr>
          <w:p>
            <w:pPr>
              <w:spacing w:after="0"/>
              <w:jc w:val="left"/>
            </w:pPr>
          </w:p>
        </w:tc>
      </w:tr>
      <w:tr>
        <w:trPr>
          <w:cantSplit/>
        </w:trPr>
        <w:tc>
          <w:tcPr>
            <w:tcW w:type="dxa" w:w="706"/>
          </w:tcPr>
          <w:p>
            <w:pPr>
              <w:spacing w:after="0"/>
              <w:jc w:val="right"/>
            </w:pPr>
            <w:r>
              <w:rPr>
                <w:sz w:val="16"/>
              </w:rPr>
              <w:t>3</w:t>
            </w:r>
          </w:p>
        </w:tc>
        <w:tc>
          <w:tcPr>
            <w:tcW w:type="dxa" w:w="1037"/>
          </w:tcPr>
          <w:p>
            <w:pPr>
              <w:spacing w:after="0"/>
              <w:jc w:val="left"/>
            </w:pPr>
            <w:r>
              <w:rPr>
                <w:sz w:val="16"/>
              </w:rPr>
              <w:t>Strong Wind</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$60,200</w:t>
            </w:r>
          </w:p>
        </w:tc>
        <w:tc>
          <w:tcPr>
            <w:tcW w:type="dxa" w:w="1126"/>
          </w:tcPr>
          <w:p>
            <w:pPr>
              <w:spacing w:after="0"/>
              <w:jc w:val="right"/>
            </w:pPr>
            <w:r>
              <w:rPr>
                <w:sz w:val="16"/>
              </w:rPr>
              <w:t>$77,590</w:t>
            </w:r>
          </w:p>
        </w:tc>
        <w:tc>
          <w:tcPr>
            <w:tcW w:type="dxa" w:w="1679"/>
          </w:tcPr>
          <w:p>
            <w:pPr>
              <w:spacing w:after="0"/>
              <w:jc w:val="right"/>
            </w:pPr>
            <w:r>
              <w:rPr>
                <w:sz w:val="16"/>
              </w:rPr>
              <w:t>$215,495</w:t>
            </w:r>
          </w:p>
        </w:tc>
        <w:tc>
          <w:tcPr>
            <w:tcW w:type="dxa" w:w="1157"/>
          </w:tcPr>
          <w:p>
            <w:pPr>
              <w:spacing w:after="0"/>
              <w:jc w:val="right"/>
            </w:pPr>
            <w:r>
              <w:rPr>
                <w:sz w:val="16"/>
              </w:rPr>
              <w:t>$353,285</w:t>
            </w:r>
          </w:p>
        </w:tc>
        <w:tc>
          <w:tcPr>
            <w:tcW w:type="dxa" w:w="1881"/>
          </w:tcPr>
          <w:p>
            <w:pPr>
              <w:spacing w:after="0"/>
              <w:jc w:val="right"/>
            </w:pPr>
            <w:r>
              <w:rPr>
                <w:sz w:val="16"/>
              </w:rPr>
              <w:t>201</w:t>
            </w:r>
          </w:p>
        </w:tc>
        <w:tc>
          <w:tcPr>
            <w:tcW w:type="dxa" w:w="3416"/>
          </w:tcPr>
          <w:p>
            <w:pPr>
              <w:spacing w:after="0"/>
              <w:jc w:val="left"/>
            </w:pPr>
            <w:r>
              <w:rPr>
                <w:sz w:val="16"/>
              </w:rPr>
              <w:t>Includes 16 High Wind and 12 Strong Wind records (NOAA non-thunderstorm wind types, outside NRI's Strong Wind definition).</w:t>
            </w:r>
          </w:p>
        </w:tc>
      </w:tr>
      <w:tr>
        <w:trPr>
          <w:cantSplit/>
        </w:trPr>
        <w:tc>
          <w:tcPr>
            <w:tcW w:type="dxa" w:w="706"/>
          </w:tcPr>
          <w:p>
            <w:pPr>
              <w:spacing w:after="0"/>
              <w:jc w:val="right"/>
            </w:pPr>
            <w:r>
              <w:rPr>
                <w:sz w:val="16"/>
              </w:rPr>
              <w:t>4</w:t>
            </w:r>
          </w:p>
        </w:tc>
        <w:tc>
          <w:tcPr>
            <w:tcW w:type="dxa" w:w="1037"/>
          </w:tcPr>
          <w:p>
            <w:pPr>
              <w:spacing w:after="0"/>
              <w:jc w:val="left"/>
            </w:pPr>
            <w:r>
              <w:rPr>
                <w:sz w:val="16"/>
              </w:rPr>
              <w:t>Drought</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$262,854</w:t>
            </w:r>
          </w:p>
        </w:tc>
        <w:tc>
          <w:tcPr>
            <w:tcW w:type="dxa" w:w="1679"/>
          </w:tcPr>
          <w:p>
            <w:pPr>
              <w:spacing w:after="0"/>
              <w:jc w:val="right"/>
            </w:pPr>
            <w:r>
              <w:rPr>
                <w:sz w:val="16"/>
              </w:rPr>
              <w:t>n/a</w:t>
            </w:r>
          </w:p>
        </w:tc>
        <w:tc>
          <w:tcPr>
            <w:tcW w:type="dxa" w:w="1157"/>
          </w:tcPr>
          <w:p>
            <w:pPr>
              <w:spacing w:after="0"/>
              <w:jc w:val="right"/>
            </w:pPr>
            <w:r>
              <w:rPr>
                <w:sz w:val="16"/>
              </w:rPr>
              <w:t>$262,854</w:t>
            </w:r>
          </w:p>
        </w:tc>
        <w:tc>
          <w:tcPr>
            <w:tcW w:type="dxa" w:w="1881"/>
          </w:tcPr>
          <w:p>
            <w:pPr>
              <w:spacing w:after="0"/>
              <w:jc w:val="right"/>
            </w:pPr>
            <w:r>
              <w:rPr>
                <w:sz w:val="16"/>
              </w:rPr>
              <w:t>11</w:t>
            </w:r>
          </w:p>
        </w:tc>
        <w:tc>
          <w:tcPr>
            <w:tcW w:type="dxa" w:w="3416"/>
          </w:tcPr>
          <w:p>
            <w:pPr>
              <w:spacing w:after="0"/>
              <w:jc w:val="left"/>
            </w:pPr>
          </w:p>
        </w:tc>
      </w:tr>
      <w:tr>
        <w:trPr>
          <w:cantSplit/>
        </w:trPr>
        <w:tc>
          <w:tcPr>
            <w:tcW w:type="dxa" w:w="706"/>
          </w:tcPr>
          <w:p>
            <w:pPr>
              <w:spacing w:after="0"/>
              <w:jc w:val="right"/>
            </w:pPr>
            <w:r>
              <w:rPr>
                <w:sz w:val="16"/>
              </w:rPr>
              <w:t>5</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$156,518</w:t>
            </w:r>
          </w:p>
        </w:tc>
        <w:tc>
          <w:tcPr>
            <w:tcW w:type="dxa" w:w="1126"/>
          </w:tcPr>
          <w:p>
            <w:pPr>
              <w:spacing w:after="0"/>
              <w:jc w:val="right"/>
            </w:pPr>
            <w:r>
              <w:rPr>
                <w:sz w:val="16"/>
              </w:rPr>
              <w:t>n/a</w:t>
            </w:r>
          </w:p>
        </w:tc>
        <w:tc>
          <w:tcPr>
            <w:tcW w:type="dxa" w:w="1679"/>
          </w:tcPr>
          <w:p>
            <w:pPr>
              <w:spacing w:after="0"/>
              <w:jc w:val="right"/>
            </w:pPr>
            <w:r>
              <w:rPr>
                <w:sz w:val="16"/>
              </w:rPr>
              <w:t>$58,469</w:t>
            </w:r>
          </w:p>
        </w:tc>
        <w:tc>
          <w:tcPr>
            <w:tcW w:type="dxa" w:w="1157"/>
          </w:tcPr>
          <w:p>
            <w:pPr>
              <w:spacing w:after="0"/>
              <w:jc w:val="right"/>
            </w:pPr>
            <w:r>
              <w:rPr>
                <w:sz w:val="16"/>
              </w:rPr>
              <w:t>$214,987</w:t>
            </w:r>
          </w:p>
        </w:tc>
        <w:tc>
          <w:tcPr>
            <w:tcW w:type="dxa" w:w="1881"/>
          </w:tcPr>
          <w:p>
            <w:pPr>
              <w:spacing w:after="0"/>
              <w:jc w:val="right"/>
            </w:pPr>
          </w:p>
        </w:tc>
        <w:tc>
          <w:tcPr>
            <w:tcW w:type="dxa" w:w="3416"/>
          </w:tcPr>
          <w:p>
            <w:pPr>
              <w:spacing w:after="0"/>
              <w:jc w:val="left"/>
            </w:pPr>
            <w:r>
              <w:rPr>
                <w:sz w:val="16"/>
              </w:rPr>
              <w:t>Storm Events does not record earthquakes.</w:t>
            </w:r>
          </w:p>
        </w:tc>
      </w:tr>
      <w:tr>
        <w:trPr>
          <w:cantSplit/>
        </w:trPr>
        <w:tc>
          <w:tcPr>
            <w:tcW w:type="dxa" w:w="706"/>
          </w:tcPr>
          <w:p>
            <w:pPr>
              <w:spacing w:after="0"/>
              <w:jc w:val="right"/>
            </w:pPr>
            <w:r>
              <w:rPr>
                <w:sz w:val="16"/>
              </w:rPr>
              <w:t>6</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$87,018</w:t>
            </w:r>
          </w:p>
        </w:tc>
        <w:tc>
          <w:tcPr>
            <w:tcW w:type="dxa" w:w="1126"/>
          </w:tcPr>
          <w:p>
            <w:pPr>
              <w:spacing w:after="0"/>
              <w:jc w:val="right"/>
            </w:pPr>
            <w:r>
              <w:rPr>
                <w:sz w:val="16"/>
              </w:rPr>
              <w:t>$758</w:t>
            </w:r>
          </w:p>
        </w:tc>
        <w:tc>
          <w:tcPr>
            <w:tcW w:type="dxa" w:w="1679"/>
          </w:tcPr>
          <w:p>
            <w:pPr>
              <w:spacing w:after="0"/>
              <w:jc w:val="right"/>
            </w:pPr>
            <w:r>
              <w:rPr>
                <w:sz w:val="16"/>
              </w:rPr>
              <w:t>$43,175</w:t>
            </w:r>
          </w:p>
        </w:tc>
        <w:tc>
          <w:tcPr>
            <w:tcW w:type="dxa" w:w="1157"/>
          </w:tcPr>
          <w:p>
            <w:pPr>
              <w:spacing w:after="0"/>
              <w:jc w:val="right"/>
            </w:pPr>
            <w:r>
              <w:rPr>
                <w:sz w:val="16"/>
              </w:rPr>
              <w:t>$130,950</w:t>
            </w:r>
          </w:p>
        </w:tc>
        <w:tc>
          <w:tcPr>
            <w:tcW w:type="dxa" w:w="1881"/>
          </w:tcPr>
          <w:p>
            <w:pPr>
              <w:spacing w:after="0"/>
              <w:jc w:val="right"/>
            </w:pPr>
            <w:r>
              <w:rPr>
                <w:sz w:val="16"/>
              </w:rPr>
              <w:t>5</w:t>
            </w:r>
          </w:p>
        </w:tc>
        <w:tc>
          <w:tcPr>
            <w:tcW w:type="dxa" w:w="3416"/>
          </w:tcPr>
          <w:p>
            <w:pPr>
              <w:spacing w:after="0"/>
              <w:jc w:val="left"/>
            </w:pPr>
          </w:p>
        </w:tc>
      </w:tr>
      <w:tr>
        <w:trPr>
          <w:cantSplit/>
        </w:trPr>
        <w:tc>
          <w:tcPr>
            <w:tcW w:type="dxa" w:w="706"/>
          </w:tcPr>
          <w:p>
            <w:pPr>
              <w:spacing w:after="0"/>
              <w:jc w:val="right"/>
            </w:pPr>
            <w:r>
              <w:rPr>
                <w:sz w:val="16"/>
              </w:rPr>
              <w:t>7</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$8</w:t>
            </w:r>
          </w:p>
        </w:tc>
        <w:tc>
          <w:tcPr>
            <w:tcW w:type="dxa" w:w="1126"/>
          </w:tcPr>
          <w:p>
            <w:pPr>
              <w:spacing w:after="0"/>
              <w:jc w:val="right"/>
            </w:pPr>
            <w:r>
              <w:rPr>
                <w:sz w:val="16"/>
              </w:rPr>
              <w:t>$33</w:t>
            </w:r>
          </w:p>
        </w:tc>
        <w:tc>
          <w:tcPr>
            <w:tcW w:type="dxa" w:w="1679"/>
          </w:tcPr>
          <w:p>
            <w:pPr>
              <w:spacing w:after="0"/>
              <w:jc w:val="right"/>
            </w:pPr>
            <w:r>
              <w:rPr>
                <w:sz w:val="16"/>
              </w:rPr>
              <w:t>$123,853</w:t>
            </w:r>
          </w:p>
        </w:tc>
        <w:tc>
          <w:tcPr>
            <w:tcW w:type="dxa" w:w="1157"/>
          </w:tcPr>
          <w:p>
            <w:pPr>
              <w:spacing w:after="0"/>
              <w:jc w:val="right"/>
            </w:pPr>
            <w:r>
              <w:rPr>
                <w:sz w:val="16"/>
              </w:rPr>
              <w:t>$123,894</w:t>
            </w:r>
          </w:p>
        </w:tc>
        <w:tc>
          <w:tcPr>
            <w:tcW w:type="dxa" w:w="1881"/>
          </w:tcPr>
          <w:p>
            <w:pPr>
              <w:spacing w:after="0"/>
              <w:jc w:val="right"/>
            </w:pPr>
            <w:r>
              <w:rPr>
                <w:sz w:val="16"/>
              </w:rPr>
              <w:t>34</w:t>
            </w:r>
          </w:p>
        </w:tc>
        <w:tc>
          <w:tcPr>
            <w:tcW w:type="dxa" w:w="3416"/>
          </w:tcPr>
          <w:p>
            <w:pPr>
              <w:spacing w:after="0"/>
              <w:jc w:val="left"/>
            </w:pPr>
          </w:p>
        </w:tc>
      </w:tr>
      <w:tr>
        <w:trPr>
          <w:cantSplit/>
        </w:trPr>
        <w:tc>
          <w:tcPr>
            <w:tcW w:type="dxa" w:w="706"/>
          </w:tcPr>
          <w:p>
            <w:pPr>
              <w:spacing w:after="0"/>
              <w:jc w:val="right"/>
            </w:pPr>
            <w:r>
              <w:rPr>
                <w:sz w:val="16"/>
              </w:rPr>
              <w:t>8</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$54,264</w:t>
            </w:r>
          </w:p>
        </w:tc>
        <w:tc>
          <w:tcPr>
            <w:tcW w:type="dxa" w:w="1126"/>
          </w:tcPr>
          <w:p>
            <w:pPr>
              <w:spacing w:after="0"/>
              <w:jc w:val="right"/>
            </w:pPr>
            <w:r>
              <w:rPr>
                <w:sz w:val="16"/>
              </w:rPr>
              <w:t>$11,633</w:t>
            </w:r>
          </w:p>
        </w:tc>
        <w:tc>
          <w:tcPr>
            <w:tcW w:type="dxa" w:w="1679"/>
          </w:tcPr>
          <w:p>
            <w:pPr>
              <w:spacing w:after="0"/>
              <w:jc w:val="right"/>
            </w:pPr>
            <w:r>
              <w:rPr>
                <w:sz w:val="16"/>
              </w:rPr>
              <w:t>$13,631</w:t>
            </w:r>
          </w:p>
        </w:tc>
        <w:tc>
          <w:tcPr>
            <w:tcW w:type="dxa" w:w="1157"/>
          </w:tcPr>
          <w:p>
            <w:pPr>
              <w:spacing w:after="0"/>
              <w:jc w:val="right"/>
            </w:pPr>
            <w:r>
              <w:rPr>
                <w:sz w:val="16"/>
              </w:rPr>
              <w:t>$79,528</w:t>
            </w:r>
          </w:p>
        </w:tc>
        <w:tc>
          <w:tcPr>
            <w:tcW w:type="dxa" w:w="1881"/>
          </w:tcPr>
          <w:p>
            <w:pPr>
              <w:spacing w:after="0"/>
              <w:jc w:val="right"/>
            </w:pPr>
            <w:r>
              <w:rPr>
                <w:sz w:val="16"/>
              </w:rPr>
              <w:t>83</w:t>
            </w:r>
          </w:p>
        </w:tc>
        <w:tc>
          <w:tcPr>
            <w:tcW w:type="dxa" w:w="3416"/>
          </w:tcPr>
          <w:p>
            <w:pPr>
              <w:spacing w:after="0"/>
              <w:jc w:val="left"/>
            </w:pPr>
            <w:r>
              <w:rPr>
                <w:sz w:val="16"/>
              </w:rPr>
              <w:t>Includes 44 Frost/Freeze records (outside NRI's Cold Wave definition; counted in this table and in B1-d, not in the B1-e descriptor).</w:t>
            </w:r>
          </w:p>
        </w:tc>
      </w:tr>
      <w:tr>
        <w:trPr>
          <w:cantSplit/>
        </w:trPr>
        <w:tc>
          <w:tcPr>
            <w:tcW w:type="dxa" w:w="706"/>
          </w:tcPr>
          <w:p>
            <w:pPr>
              <w:spacing w:after="0"/>
              <w:jc w:val="right"/>
            </w:pPr>
            <w:r>
              <w:rPr>
                <w:sz w:val="16"/>
              </w:rPr>
              <w:t>9</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$2,420</w:t>
            </w:r>
          </w:p>
        </w:tc>
        <w:tc>
          <w:tcPr>
            <w:tcW w:type="dxa" w:w="1126"/>
          </w:tcPr>
          <w:p>
            <w:pPr>
              <w:spacing w:after="0"/>
              <w:jc w:val="right"/>
            </w:pPr>
            <w:r>
              <w:rPr>
                <w:sz w:val="16"/>
              </w:rPr>
              <w:t>n/a</w:t>
            </w:r>
          </w:p>
        </w:tc>
        <w:tc>
          <w:tcPr>
            <w:tcW w:type="dxa" w:w="1679"/>
          </w:tcPr>
          <w:p>
            <w:pPr>
              <w:spacing w:after="0"/>
              <w:jc w:val="right"/>
            </w:pPr>
            <w:r>
              <w:rPr>
                <w:sz w:val="16"/>
              </w:rPr>
              <w:t>$75,475</w:t>
            </w:r>
          </w:p>
        </w:tc>
        <w:tc>
          <w:tcPr>
            <w:tcW w:type="dxa" w:w="1157"/>
          </w:tcPr>
          <w:p>
            <w:pPr>
              <w:spacing w:after="0"/>
              <w:jc w:val="right"/>
            </w:pPr>
            <w:r>
              <w:rPr>
                <w:sz w:val="16"/>
              </w:rPr>
              <w:t>$77,895</w:t>
            </w:r>
          </w:p>
        </w:tc>
        <w:tc>
          <w:tcPr>
            <w:tcW w:type="dxa" w:w="1881"/>
          </w:tcPr>
          <w:p>
            <w:pPr>
              <w:spacing w:after="0"/>
              <w:jc w:val="right"/>
            </w:pPr>
            <w:r>
              <w:rPr>
                <w:sz w:val="16"/>
              </w:rPr>
              <w:t>2</w:t>
            </w:r>
          </w:p>
        </w:tc>
        <w:tc>
          <w:tcPr>
            <w:tcW w:type="dxa" w:w="3416"/>
          </w:tcPr>
          <w:p>
            <w:pPr>
              <w:spacing w:after="0"/>
              <w:jc w:val="left"/>
            </w:pPr>
          </w:p>
        </w:tc>
      </w:tr>
      <w:tr>
        <w:trPr>
          <w:cantSplit/>
        </w:trPr>
        <w:tc>
          <w:tcPr>
            <w:tcW w:type="dxa" w:w="706"/>
          </w:tcPr>
          <w:p>
            <w:pPr>
              <w:spacing w:after="0"/>
              <w:jc w:val="right"/>
            </w:pPr>
            <w:r>
              <w:rPr>
                <w:sz w:val="16"/>
              </w:rPr>
              <w:t>10</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$41,693</w:t>
            </w:r>
          </w:p>
        </w:tc>
        <w:tc>
          <w:tcPr>
            <w:tcW w:type="dxa" w:w="1126"/>
          </w:tcPr>
          <w:p>
            <w:pPr>
              <w:spacing w:after="0"/>
              <w:jc w:val="right"/>
            </w:pPr>
            <w:r>
              <w:rPr>
                <w:sz w:val="16"/>
              </w:rPr>
              <w:t>$3,821</w:t>
            </w:r>
          </w:p>
        </w:tc>
        <w:tc>
          <w:tcPr>
            <w:tcW w:type="dxa" w:w="1679"/>
          </w:tcPr>
          <w:p>
            <w:pPr>
              <w:spacing w:after="0"/>
              <w:jc w:val="right"/>
            </w:pPr>
            <w:r>
              <w:rPr>
                <w:sz w:val="16"/>
              </w:rPr>
              <w:t>$31,247</w:t>
            </w:r>
          </w:p>
        </w:tc>
        <w:tc>
          <w:tcPr>
            <w:tcW w:type="dxa" w:w="1157"/>
          </w:tcPr>
          <w:p>
            <w:pPr>
              <w:spacing w:after="0"/>
              <w:jc w:val="right"/>
            </w:pPr>
            <w:r>
              <w:rPr>
                <w:sz w:val="16"/>
              </w:rPr>
              <w:t>$76,761</w:t>
            </w:r>
          </w:p>
        </w:tc>
        <w:tc>
          <w:tcPr>
            <w:tcW w:type="dxa" w:w="1881"/>
          </w:tcPr>
          <w:p>
            <w:pPr>
              <w:spacing w:after="0"/>
              <w:jc w:val="right"/>
            </w:pPr>
            <w:r>
              <w:rPr>
                <w:sz w:val="16"/>
              </w:rPr>
              <w:t>24</w:t>
            </w:r>
          </w:p>
        </w:tc>
        <w:tc>
          <w:tcPr>
            <w:tcW w:type="dxa" w:w="3416"/>
          </w:tcPr>
          <w:p>
            <w:pPr>
              <w:spacing w:after="0"/>
              <w:jc w:val="left"/>
            </w:pPr>
          </w:p>
        </w:tc>
      </w:tr>
      <w:tr>
        <w:trPr>
          <w:cantSplit/>
        </w:trPr>
        <w:tc>
          <w:tcPr>
            <w:tcW w:type="dxa" w:w="706"/>
          </w:tcPr>
          <w:p>
            <w:pPr>
              <w:spacing w:after="0"/>
              <w:jc w:val="right"/>
            </w:pPr>
            <w:r>
              <w:rPr>
                <w:sz w:val="16"/>
              </w:rPr>
              <w:t>11</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$21,119</w:t>
            </w:r>
          </w:p>
        </w:tc>
        <w:tc>
          <w:tcPr>
            <w:tcW w:type="dxa" w:w="1126"/>
          </w:tcPr>
          <w:p>
            <w:pPr>
              <w:spacing w:after="0"/>
              <w:jc w:val="right"/>
            </w:pPr>
            <w:r>
              <w:rPr>
                <w:sz w:val="16"/>
              </w:rPr>
              <w:t>$74</w:t>
            </w:r>
          </w:p>
        </w:tc>
        <w:tc>
          <w:tcPr>
            <w:tcW w:type="dxa" w:w="1679"/>
          </w:tcPr>
          <w:p>
            <w:pPr>
              <w:spacing w:after="0"/>
              <w:jc w:val="right"/>
            </w:pPr>
            <w:r>
              <w:rPr>
                <w:sz w:val="16"/>
              </w:rPr>
              <w:t>$6,390</w:t>
            </w:r>
          </w:p>
        </w:tc>
        <w:tc>
          <w:tcPr>
            <w:tcW w:type="dxa" w:w="1157"/>
          </w:tcPr>
          <w:p>
            <w:pPr>
              <w:spacing w:after="0"/>
              <w:jc w:val="right"/>
            </w:pPr>
            <w:r>
              <w:rPr>
                <w:sz w:val="16"/>
              </w:rPr>
              <w:t>$27,583</w:t>
            </w:r>
          </w:p>
        </w:tc>
        <w:tc>
          <w:tcPr>
            <w:tcW w:type="dxa" w:w="1881"/>
          </w:tcPr>
          <w:p>
            <w:pPr>
              <w:spacing w:after="0"/>
              <w:jc w:val="right"/>
            </w:pPr>
            <w:r>
              <w:rPr>
                <w:sz w:val="16"/>
              </w:rPr>
              <w:t>2</w:t>
            </w:r>
          </w:p>
        </w:tc>
        <w:tc>
          <w:tcPr>
            <w:tcW w:type="dxa" w:w="3416"/>
          </w:tcPr>
          <w:p>
            <w:pPr>
              <w:spacing w:after="0"/>
              <w:jc w:val="left"/>
            </w:pPr>
          </w:p>
        </w:tc>
      </w:tr>
      <w:tr>
        <w:trPr>
          <w:cantSplit/>
        </w:trPr>
        <w:tc>
          <w:tcPr>
            <w:tcW w:type="dxa" w:w="706"/>
          </w:tcPr>
          <w:p>
            <w:pPr>
              <w:spacing w:after="0"/>
              <w:jc w:val="right"/>
            </w:pPr>
            <w:r>
              <w:rPr>
                <w:sz w:val="16"/>
              </w:rPr>
              <w:t>12</w:t>
            </w:r>
          </w:p>
        </w:tc>
        <w:tc>
          <w:tcPr>
            <w:tcW w:type="dxa" w:w="1037"/>
          </w:tcPr>
          <w:p>
            <w:pPr>
              <w:spacing w:after="0"/>
              <w:jc w:val="left"/>
            </w:pPr>
            <w:r>
              <w:rPr>
                <w:sz w:val="16"/>
              </w:rPr>
              <w:t>Winter Weather</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$5,876</w:t>
            </w:r>
          </w:p>
        </w:tc>
        <w:tc>
          <w:tcPr>
            <w:tcW w:type="dxa" w:w="1126"/>
          </w:tcPr>
          <w:p>
            <w:pPr>
              <w:spacing w:after="0"/>
              <w:jc w:val="right"/>
            </w:pPr>
            <w:r>
              <w:rPr>
                <w:sz w:val="16"/>
              </w:rPr>
              <w:t>$19</w:t>
            </w:r>
          </w:p>
        </w:tc>
        <w:tc>
          <w:tcPr>
            <w:tcW w:type="dxa" w:w="1679"/>
          </w:tcPr>
          <w:p>
            <w:pPr>
              <w:spacing w:after="0"/>
              <w:jc w:val="right"/>
            </w:pPr>
            <w:r>
              <w:rPr>
                <w:sz w:val="16"/>
              </w:rPr>
              <w:t>$5,731</w:t>
            </w:r>
          </w:p>
        </w:tc>
        <w:tc>
          <w:tcPr>
            <w:tcW w:type="dxa" w:w="1157"/>
          </w:tcPr>
          <w:p>
            <w:pPr>
              <w:spacing w:after="0"/>
              <w:jc w:val="right"/>
            </w:pPr>
            <w:r>
              <w:rPr>
                <w:sz w:val="16"/>
              </w:rPr>
              <w:t>$11,626</w:t>
            </w:r>
          </w:p>
        </w:tc>
        <w:tc>
          <w:tcPr>
            <w:tcW w:type="dxa" w:w="1881"/>
          </w:tcPr>
          <w:p>
            <w:pPr>
              <w:spacing w:after="0"/>
              <w:jc w:val="right"/>
            </w:pPr>
            <w:r>
              <w:rPr>
                <w:sz w:val="16"/>
              </w:rPr>
              <w:t>224</w:t>
            </w:r>
          </w:p>
        </w:tc>
        <w:tc>
          <w:tcPr>
            <w:tcW w:type="dxa" w:w="3416"/>
          </w:tcPr>
          <w:p>
            <w:pPr>
              <w:spacing w:after="0"/>
              <w:jc w:val="left"/>
            </w:pPr>
          </w:p>
        </w:tc>
      </w:tr>
      <w:tr>
        <w:trPr>
          <w:cantSplit/>
        </w:trPr>
        <w:tc>
          <w:tcPr>
            <w:tcW w:type="dxa" w:w="706"/>
          </w:tcPr>
          <w:p>
            <w:pPr>
              <w:spacing w:after="0"/>
              <w:jc w:val="right"/>
            </w:pPr>
            <w:r>
              <w:rPr>
                <w:sz w:val="16"/>
              </w:rPr>
              <w:t>13</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$5,303</w:t>
            </w:r>
          </w:p>
        </w:tc>
        <w:tc>
          <w:tcPr>
            <w:tcW w:type="dxa" w:w="1126"/>
          </w:tcPr>
          <w:p>
            <w:pPr>
              <w:spacing w:after="0"/>
              <w:jc w:val="right"/>
            </w:pPr>
            <w:r>
              <w:rPr>
                <w:sz w:val="16"/>
              </w:rPr>
              <w:t>n/a</w:t>
            </w:r>
          </w:p>
        </w:tc>
        <w:tc>
          <w:tcPr>
            <w:tcW w:type="dxa" w:w="1679"/>
          </w:tcPr>
          <w:p>
            <w:pPr>
              <w:spacing w:after="0"/>
              <w:jc w:val="right"/>
            </w:pPr>
            <w:r>
              <w:rPr>
                <w:sz w:val="16"/>
              </w:rPr>
              <w:t>$124</w:t>
            </w:r>
          </w:p>
        </w:tc>
        <w:tc>
          <w:tcPr>
            <w:tcW w:type="dxa" w:w="1157"/>
          </w:tcPr>
          <w:p>
            <w:pPr>
              <w:spacing w:after="0"/>
              <w:jc w:val="right"/>
            </w:pPr>
            <w:r>
              <w:rPr>
                <w:sz w:val="16"/>
              </w:rPr>
              <w:t>$5,426</w:t>
            </w:r>
          </w:p>
        </w:tc>
        <w:tc>
          <w:tcPr>
            <w:tcW w:type="dxa" w:w="1881"/>
          </w:tcPr>
          <w:p>
            <w:pPr>
              <w:spacing w:after="0"/>
              <w:jc w:val="right"/>
            </w:pPr>
            <w:r>
              <w:rPr>
                <w:sz w:val="16"/>
              </w:rPr>
              <w:t>10</w:t>
            </w:r>
          </w:p>
        </w:tc>
        <w:tc>
          <w:tcPr>
            <w:tcW w:type="dxa" w:w="3416"/>
          </w:tcPr>
          <w:p>
            <w:pPr>
              <w:spacing w:after="0"/>
              <w:jc w:val="left"/>
            </w:pPr>
          </w:p>
        </w:tc>
      </w:tr>
      <w:tr>
        <w:trPr>
          <w:cantSplit/>
        </w:trPr>
        <w:tc>
          <w:tcPr>
            <w:tcW w:type="dxa" w:w="706"/>
          </w:tcPr>
          <w:p>
            <w:pPr>
              <w:spacing w:after="0"/>
              <w:jc w:val="right"/>
            </w:pPr>
            <w:r>
              <w:rPr>
                <w:sz w:val="16"/>
              </w:rPr>
              <w:t>14</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$349</w:t>
            </w:r>
          </w:p>
        </w:tc>
        <w:tc>
          <w:tcPr>
            <w:tcW w:type="dxa" w:w="1126"/>
          </w:tcPr>
          <w:p>
            <w:pPr>
              <w:spacing w:after="0"/>
              <w:jc w:val="right"/>
            </w:pPr>
            <w:r>
              <w:rPr>
                <w:sz w:val="16"/>
              </w:rPr>
              <w:t>n/a</w:t>
            </w:r>
          </w:p>
        </w:tc>
        <w:tc>
          <w:tcPr>
            <w:tcW w:type="dxa" w:w="1679"/>
          </w:tcPr>
          <w:p>
            <w:pPr>
              <w:spacing w:after="0"/>
              <w:jc w:val="right"/>
            </w:pPr>
            <w:r>
              <w:rPr>
                <w:sz w:val="16"/>
              </w:rPr>
              <w:t>$1,031</w:t>
            </w:r>
          </w:p>
        </w:tc>
        <w:tc>
          <w:tcPr>
            <w:tcW w:type="dxa" w:w="1157"/>
          </w:tcPr>
          <w:p>
            <w:pPr>
              <w:spacing w:after="0"/>
              <w:jc w:val="right"/>
            </w:pPr>
            <w:r>
              <w:rPr>
                <w:sz w:val="16"/>
              </w:rPr>
              <w:t>$1,380</w:t>
            </w:r>
          </w:p>
        </w:tc>
        <w:tc>
          <w:tcPr>
            <w:tcW w:type="dxa" w:w="1881"/>
          </w:tcPr>
          <w:p>
            <w:pPr>
              <w:spacing w:after="0"/>
              <w:jc w:val="right"/>
            </w:pPr>
            <w:r>
              <w:rPr>
                <w:sz w:val="16"/>
              </w:rPr>
              <w:t>0</w:t>
            </w:r>
          </w:p>
        </w:tc>
        <w:tc>
          <w:tcPr>
            <w:tcW w:type="dxa" w:w="3416"/>
          </w:tcPr>
          <w:p>
            <w:pPr>
              <w:spacing w:after="0"/>
              <w:jc w:val="left"/>
            </w:pPr>
            <w:r>
              <w:rPr>
                <w:sz w:val="16"/>
              </w:rPr>
              <w:t>No recorded events in Storm Events since 1996 (data through 2026-06-30).</w:t>
            </w:r>
          </w:p>
        </w:tc>
      </w:tr>
      <w:tr>
        <w:trPr>
          <w:cantSplit/>
        </w:trPr>
        <w:tc>
          <w:tcPr>
            <w:tcW w:type="dxa" w:w="706"/>
          </w:tcPr>
          <w:p>
            <w:pPr>
              <w:spacing w:after="0"/>
              <w:jc w:val="right"/>
            </w:pPr>
            <w:r>
              <w:rPr>
                <w:sz w:val="16"/>
              </w:rPr>
              <w:t>15</w:t>
            </w:r>
          </w:p>
        </w:tc>
        <w:tc>
          <w:tcPr>
            <w:tcW w:type="dxa" w:w="1037"/>
          </w:tcPr>
          <w:p>
            <w:pPr>
              <w:spacing w:after="0"/>
              <w:jc w:val="left"/>
            </w:pPr>
            <w:r>
              <w:rPr>
                <w:sz w:val="16"/>
              </w:rPr>
              <w:t>Avalanche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679"/>
          </w:tcPr>
          <w:p>
            <w:pPr>
              <w:spacing w:after="0"/>
              <w:jc w:val="right"/>
            </w:pPr>
            <w:r>
              <w:rPr>
                <w:sz w:val="16"/>
              </w:rPr>
              <w:t>$789</w:t>
            </w:r>
          </w:p>
        </w:tc>
        <w:tc>
          <w:tcPr>
            <w:tcW w:type="dxa" w:w="1157"/>
          </w:tcPr>
          <w:p>
            <w:pPr>
              <w:spacing w:after="0"/>
              <w:jc w:val="right"/>
            </w:pPr>
            <w:r>
              <w:rPr>
                <w:sz w:val="16"/>
              </w:rPr>
              <w:t>$789</w:t>
            </w:r>
          </w:p>
        </w:tc>
        <w:tc>
          <w:tcPr>
            <w:tcW w:type="dxa" w:w="1881"/>
          </w:tcPr>
          <w:p>
            <w:pPr>
              <w:spacing w:after="0"/>
              <w:jc w:val="right"/>
            </w:pPr>
            <w:r>
              <w:rPr>
                <w:sz w:val="16"/>
              </w:rPr>
              <w:t>0</w:t>
            </w:r>
          </w:p>
        </w:tc>
        <w:tc>
          <w:tcPr>
            <w:tcW w:type="dxa" w:w="341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41"/>
        <w:gridCol w:w="10871"/>
      </w:tblGrid>
      <w:tr>
        <w:trPr>
          <w:cantSplit/>
          <w:tblHeader/>
        </w:trPr>
        <w:tc>
          <w:tcPr>
            <w:tcW w:type="dxa" w:w="3241"/>
            <w:shd w:val="clear" w:color="auto" w:fill="E8E8E8"/>
          </w:tcPr>
          <w:p>
            <w:pPr>
              <w:spacing w:after="0"/>
              <w:jc w:val="left"/>
            </w:pPr>
            <w:r>
              <w:rPr>
                <w:b/>
                <w:sz w:val="16"/>
              </w:rPr>
              <w:t>Hazard</w:t>
            </w:r>
          </w:p>
        </w:tc>
        <w:tc>
          <w:tcPr>
            <w:tcW w:type="dxa" w:w="108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41"/>
          </w:tcPr>
          <w:p>
            <w:pPr>
              <w:spacing w:after="0"/>
              <w:jc w:val="left"/>
            </w:pPr>
            <w:r>
              <w:rPr>
                <w:sz w:val="16"/>
              </w:rPr>
              <w:t>Avalanche</w:t>
            </w:r>
          </w:p>
        </w:tc>
        <w:tc>
          <w:tcPr>
            <w:tcW w:type="dxa" w:w="10871"/>
          </w:tcPr>
          <w:p>
            <w:pPr>
              <w:spacing w:after="0"/>
              <w:jc w:val="left"/>
            </w:pPr>
            <w:r>
              <w:rPr>
                <w:sz w:val="16"/>
              </w:rPr>
              <w:t>tract 9302.02 (Very Low, 43.0)</w:t>
            </w:r>
          </w:p>
        </w:tc>
      </w:tr>
      <w:tr>
        <w:trPr>
          <w:cantSplit/>
        </w:trPr>
        <w:tc>
          <w:tcPr>
            <w:tcW w:type="dxa" w:w="3241"/>
          </w:tcPr>
          <w:p>
            <w:pPr>
              <w:spacing w:after="0"/>
              <w:jc w:val="left"/>
            </w:pPr>
            <w:r>
              <w:rPr>
                <w:sz w:val="16"/>
              </w:rPr>
              <w:t>Earthquake</w:t>
            </w:r>
          </w:p>
        </w:tc>
        <w:tc>
          <w:tcPr>
            <w:tcW w:type="dxa" w:w="10871"/>
          </w:tcPr>
          <w:p>
            <w:pPr>
              <w:spacing w:after="0"/>
              <w:jc w:val="left"/>
            </w:pPr>
            <w:r>
              <w:rPr>
                <w:sz w:val="16"/>
              </w:rPr>
              <w:t>tract 9302.01 (Relatively Low, 76.0); tract 9301.02 (Relatively Low, 59.2); tract 9301.01 (Relatively Low, 55.5)</w:t>
            </w:r>
          </w:p>
        </w:tc>
      </w:tr>
      <w:tr>
        <w:trPr>
          <w:cantSplit/>
        </w:trPr>
        <w:tc>
          <w:tcPr>
            <w:tcW w:type="dxa" w:w="3241"/>
          </w:tcPr>
          <w:p>
            <w:pPr>
              <w:spacing w:after="0"/>
              <w:jc w:val="left"/>
            </w:pPr>
            <w:r>
              <w:rPr>
                <w:sz w:val="16"/>
              </w:rPr>
              <w:t>Hurricane</w:t>
            </w:r>
          </w:p>
        </w:tc>
        <w:tc>
          <w:tcPr>
            <w:tcW w:type="dxa" w:w="10871"/>
          </w:tcPr>
          <w:p>
            <w:pPr>
              <w:spacing w:after="0"/>
              <w:jc w:val="left"/>
            </w:pPr>
            <w:r>
              <w:rPr>
                <w:sz w:val="16"/>
              </w:rPr>
              <w:t>tract 9302.01 (Relatively Moderate, 84.7); tract 9301.01 (Relatively Moderate, 82.1); tract 9301.02 (Relatively Moderate, 81.9)</w:t>
            </w:r>
          </w:p>
        </w:tc>
      </w:tr>
      <w:tr>
        <w:trPr>
          <w:cantSplit/>
        </w:trPr>
        <w:tc>
          <w:tcPr>
            <w:tcW w:type="dxa" w:w="3241"/>
          </w:tcPr>
          <w:p>
            <w:pPr>
              <w:spacing w:after="0"/>
              <w:jc w:val="left"/>
            </w:pPr>
            <w:r>
              <w:rPr>
                <w:sz w:val="16"/>
              </w:rPr>
              <w:t>Landslide</w:t>
            </w:r>
          </w:p>
        </w:tc>
        <w:tc>
          <w:tcPr>
            <w:tcW w:type="dxa" w:w="10871"/>
          </w:tcPr>
          <w:p>
            <w:pPr>
              <w:spacing w:after="0"/>
              <w:jc w:val="left"/>
            </w:pPr>
            <w:r>
              <w:rPr>
                <w:sz w:val="16"/>
              </w:rPr>
              <w:t>tract 9302.02 (Relatively Low, 93.2); tract 9302.01 (Very Low, 74.8); tract 9301.01 (Very Low, 74.1)</w:t>
            </w:r>
          </w:p>
        </w:tc>
      </w:tr>
      <w:tr>
        <w:trPr>
          <w:cantSplit/>
        </w:trPr>
        <w:tc>
          <w:tcPr>
            <w:tcW w:type="dxa" w:w="3241"/>
          </w:tcPr>
          <w:p>
            <w:pPr>
              <w:spacing w:after="0"/>
              <w:jc w:val="left"/>
            </w:pPr>
            <w:r>
              <w:rPr>
                <w:sz w:val="16"/>
              </w:rPr>
              <w:t>Tornado</w:t>
            </w:r>
          </w:p>
        </w:tc>
        <w:tc>
          <w:tcPr>
            <w:tcW w:type="dxa" w:w="10871"/>
          </w:tcPr>
          <w:p>
            <w:pPr>
              <w:spacing w:after="0"/>
              <w:jc w:val="left"/>
            </w:pPr>
            <w:r>
              <w:rPr>
                <w:sz w:val="16"/>
              </w:rPr>
              <w:t>tract 9302.01 (Relatively Low, 44.1); tract 9301.01 (Relatively Low, 39.9); tract 9301.02 (Relatively Low, 38.3)</w:t>
            </w:r>
          </w:p>
        </w:tc>
      </w:tr>
      <w:tr>
        <w:trPr>
          <w:cantSplit/>
        </w:trPr>
        <w:tc>
          <w:tcPr>
            <w:tcW w:type="dxa" w:w="3241"/>
          </w:tcPr>
          <w:p>
            <w:pPr>
              <w:spacing w:after="0"/>
              <w:jc w:val="left"/>
            </w:pPr>
            <w:r>
              <w:rPr>
                <w:sz w:val="16"/>
              </w:rPr>
              <w:t>Wildfire</w:t>
            </w:r>
          </w:p>
        </w:tc>
        <w:tc>
          <w:tcPr>
            <w:tcW w:type="dxa" w:w="10871"/>
          </w:tcPr>
          <w:p>
            <w:pPr>
              <w:spacing w:after="0"/>
              <w:jc w:val="left"/>
            </w:pPr>
            <w:r>
              <w:rPr>
                <w:sz w:val="16"/>
              </w:rPr>
              <w:t>tract 9301.01 (Relatively Low, 83.5); tract 9302.01 (Relatively Low, 81.8); tract 9302.02 (Relatively Low, 81.5)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9302.02 is Census Tract 9302.02).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8"/>
        <w:gridCol w:w="1809"/>
        <w:gridCol w:w="1699"/>
        <w:gridCol w:w="1846"/>
        <w:gridCol w:w="1627"/>
        <w:gridCol w:w="1510"/>
        <w:gridCol w:w="2016"/>
        <w:gridCol w:w="1838"/>
      </w:tblGrid>
      <w:tr>
        <w:trPr>
          <w:cantSplit/>
          <w:tblHeader/>
        </w:trPr>
        <w:tc>
          <w:tcPr>
            <w:tcW w:type="dxa" w:w="1768"/>
            <w:shd w:val="clear" w:color="auto" w:fill="E8E8E8"/>
          </w:tcPr>
          <w:p>
            <w:pPr>
              <w:spacing w:after="0"/>
              <w:jc w:val="left"/>
            </w:pPr>
            <w:r>
              <w:rPr>
                <w:b/>
                <w:sz w:val="16"/>
              </w:rPr>
              <w:t>Hazard</w:t>
            </w:r>
          </w:p>
        </w:tc>
        <w:tc>
          <w:tcPr>
            <w:tcW w:type="dxa" w:w="1809"/>
            <w:shd w:val="clear" w:color="auto" w:fill="E8E8E8"/>
          </w:tcPr>
          <w:p>
            <w:pPr>
              <w:spacing w:after="0"/>
              <w:jc w:val="left"/>
            </w:pPr>
            <w:r>
              <w:rPr>
                <w:b/>
                <w:sz w:val="16"/>
              </w:rPr>
              <w:t>Scale</w:t>
            </w:r>
          </w:p>
        </w:tc>
        <w:tc>
          <w:tcPr>
            <w:tcW w:type="dxa" w:w="169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46"/>
            <w:shd w:val="clear" w:color="auto" w:fill="E8E8E8"/>
          </w:tcPr>
          <w:p>
            <w:pPr>
              <w:spacing w:after="0"/>
              <w:jc w:val="left"/>
            </w:pPr>
            <w:r>
              <w:rPr>
                <w:b/>
                <w:sz w:val="16"/>
              </w:rPr>
              <w:t>Observed range</w:t>
            </w:r>
          </w:p>
        </w:tc>
        <w:tc>
          <w:tcPr>
            <w:tcW w:type="dxa" w:w="1627"/>
            <w:shd w:val="clear" w:color="auto" w:fill="E8E8E8"/>
          </w:tcPr>
          <w:p>
            <w:pPr>
              <w:spacing w:after="0"/>
              <w:jc w:val="left"/>
            </w:pPr>
            <w:r>
              <w:rPr>
                <w:b/>
                <w:sz w:val="16"/>
              </w:rPr>
              <w:t>Worst recorded event</w:t>
            </w:r>
          </w:p>
        </w:tc>
        <w:tc>
          <w:tcPr>
            <w:tcW w:type="dxa" w:w="1510"/>
            <w:shd w:val="clear" w:color="auto" w:fill="E8E8E8"/>
          </w:tcPr>
          <w:p>
            <w:pPr>
              <w:spacing w:after="0"/>
              <w:jc w:val="left"/>
            </w:pPr>
            <w:r>
              <w:rPr>
                <w:b/>
                <w:sz w:val="16"/>
              </w:rPr>
              <w:t>Most damaging (when different)</w:t>
            </w:r>
          </w:p>
        </w:tc>
        <w:tc>
          <w:tcPr>
            <w:tcW w:type="dxa" w:w="2016"/>
            <w:shd w:val="clear" w:color="auto" w:fill="E8E8E8"/>
          </w:tcPr>
          <w:p>
            <w:pPr>
              <w:spacing w:after="0"/>
              <w:jc w:val="left"/>
            </w:pPr>
            <w:r>
              <w:rPr>
                <w:b/>
                <w:sz w:val="16"/>
              </w:rPr>
              <w:t>How it applies to jurisdictions</w:t>
            </w:r>
          </w:p>
        </w:tc>
        <w:tc>
          <w:tcPr>
            <w:tcW w:type="dxa" w:w="1838"/>
            <w:shd w:val="clear" w:color="auto" w:fill="E8E8E8"/>
          </w:tcPr>
          <w:p>
            <w:pPr>
              <w:spacing w:after="0"/>
              <w:jc w:val="left"/>
            </w:pPr>
            <w:r>
              <w:rPr>
                <w:b/>
                <w:sz w:val="16"/>
              </w:rPr>
              <w:t>Note</w:t>
            </w:r>
          </w:p>
        </w:tc>
      </w:tr>
      <w:tr>
        <w:trPr>
          <w:cantSplit/>
        </w:trPr>
        <w:tc>
          <w:tcPr>
            <w:tcW w:type="dxa" w:w="1768"/>
          </w:tcPr>
          <w:p>
            <w:pPr>
              <w:spacing w:after="0"/>
              <w:jc w:val="left"/>
            </w:pPr>
            <w:r>
              <w:rPr>
                <w:sz w:val="16"/>
              </w:rPr>
              <w:t>Avalanche</w:t>
            </w:r>
          </w:p>
        </w:tc>
        <w:tc>
          <w:tcPr>
            <w:tcW w:type="dxa" w:w="1809"/>
          </w:tcPr>
          <w:p>
            <w:pPr>
              <w:spacing w:after="0"/>
              <w:jc w:val="left"/>
            </w:pPr>
            <w:r>
              <w:rPr>
                <w:sz w:val="16"/>
              </w:rPr>
              <w:t>none (count and damage only)</w:t>
            </w:r>
          </w:p>
        </w:tc>
        <w:tc>
          <w:tcPr>
            <w:tcW w:type="dxa" w:w="1699"/>
          </w:tcPr>
          <w:p>
            <w:pPr>
              <w:spacing w:after="0"/>
              <w:jc w:val="right"/>
            </w:pPr>
            <w:r>
              <w:rPr>
                <w:sz w:val="16"/>
              </w:rPr>
              <w:t>0</w:t>
            </w:r>
          </w:p>
        </w:tc>
        <w:tc>
          <w:tcPr>
            <w:tcW w:type="dxa" w:w="1846"/>
          </w:tcPr>
          <w:p>
            <w:pPr>
              <w:spacing w:after="0"/>
              <w:jc w:val="left"/>
            </w:pPr>
          </w:p>
        </w:tc>
        <w:tc>
          <w:tcPr>
            <w:tcW w:type="dxa" w:w="1627"/>
          </w:tcPr>
          <w:p>
            <w:pPr>
              <w:spacing w:after="0"/>
              <w:jc w:val="left"/>
            </w:pPr>
          </w:p>
        </w:tc>
        <w:tc>
          <w:tcPr>
            <w:tcW w:type="dxa" w:w="1510"/>
          </w:tcPr>
          <w:p>
            <w:pPr>
              <w:spacing w:after="0"/>
              <w:jc w:val="left"/>
            </w:pPr>
          </w:p>
        </w:tc>
        <w:tc>
          <w:tcPr>
            <w:tcW w:type="dxa" w:w="2016"/>
          </w:tcPr>
          <w:p>
            <w:pPr>
              <w:spacing w:after="0"/>
              <w:jc w:val="left"/>
            </w:pPr>
          </w:p>
        </w:tc>
        <w:tc>
          <w:tcPr>
            <w:tcW w:type="dxa" w:w="1838"/>
          </w:tcPr>
          <w:p>
            <w:pPr>
              <w:spacing w:after="0"/>
              <w:jc w:val="left"/>
            </w:pPr>
          </w:p>
        </w:tc>
      </w:tr>
      <w:tr>
        <w:trPr>
          <w:cantSplit/>
        </w:trPr>
        <w:tc>
          <w:tcPr>
            <w:tcW w:type="dxa" w:w="1768"/>
          </w:tcPr>
          <w:p>
            <w:pPr>
              <w:spacing w:after="0"/>
              <w:jc w:val="left"/>
            </w:pPr>
            <w:r>
              <w:rPr>
                <w:sz w:val="16"/>
              </w:rPr>
              <w:t>Cold/Wind Chill, Extreme Cold/Wind Chill</w:t>
            </w:r>
          </w:p>
        </w:tc>
        <w:tc>
          <w:tcPr>
            <w:tcW w:type="dxa" w:w="1809"/>
          </w:tcPr>
          <w:p>
            <w:pPr>
              <w:spacing w:after="0"/>
              <w:jc w:val="left"/>
            </w:pPr>
            <w:r>
              <w:rPr>
                <w:sz w:val="16"/>
              </w:rPr>
              <w:t>wind chill</w:t>
            </w:r>
          </w:p>
        </w:tc>
        <w:tc>
          <w:tcPr>
            <w:tcW w:type="dxa" w:w="1699"/>
          </w:tcPr>
          <w:p>
            <w:pPr>
              <w:spacing w:after="0"/>
              <w:jc w:val="right"/>
            </w:pPr>
            <w:r>
              <w:rPr>
                <w:sz w:val="16"/>
              </w:rPr>
              <w:t>39 records, 1998 to 2026 (39 zone-level)</w:t>
            </w:r>
          </w:p>
        </w:tc>
        <w:tc>
          <w:tcPr>
            <w:tcW w:type="dxa" w:w="1846"/>
          </w:tcPr>
          <w:p>
            <w:pPr>
              <w:spacing w:after="0"/>
              <w:jc w:val="left"/>
            </w:pPr>
            <w:r>
              <w:rPr>
                <w:sz w:val="16"/>
              </w:rPr>
              <w:t>1 day to 11 days (median 2 days); 28 with a recorded value</w:t>
            </w:r>
          </w:p>
        </w:tc>
        <w:tc>
          <w:tcPr>
            <w:tcW w:type="dxa" w:w="1627"/>
          </w:tcPr>
          <w:p>
            <w:pPr>
              <w:spacing w:after="0"/>
              <w:jc w:val="left"/>
            </w:pPr>
            <w:r>
              <w:rPr>
                <w:sz w:val="16"/>
              </w:rPr>
              <w:t>11 consecutive days, 2026-01-23 to 2026-02-02, zone-level</w:t>
            </w:r>
          </w:p>
        </w:tc>
        <w:tc>
          <w:tcPr>
            <w:tcW w:type="dxa" w:w="1510"/>
          </w:tcPr>
          <w:p>
            <w:pPr>
              <w:spacing w:after="0"/>
              <w:jc w:val="left"/>
            </w:pPr>
          </w:p>
        </w:tc>
        <w:tc>
          <w:tcPr>
            <w:tcW w:type="dxa" w:w="2016"/>
          </w:tcPr>
          <w:p>
            <w:pPr>
              <w:spacing w:after="0"/>
              <w:jc w:val="left"/>
            </w:pPr>
            <w:r>
              <w:rPr>
                <w:sz w:val="16"/>
              </w:rPr>
              <w:t>Countywide (zone-level records).</w:t>
            </w:r>
          </w:p>
        </w:tc>
        <w:tc>
          <w:tcPr>
            <w:tcW w:type="dxa" w:w="1838"/>
          </w:tcPr>
          <w:p>
            <w:pPr>
              <w:spacing w:after="0"/>
              <w:jc w:val="left"/>
            </w:pPr>
          </w:p>
        </w:tc>
      </w:tr>
      <w:tr>
        <w:trPr>
          <w:cantSplit/>
        </w:trPr>
        <w:tc>
          <w:tcPr>
            <w:tcW w:type="dxa" w:w="1768"/>
          </w:tcPr>
          <w:p>
            <w:pPr>
              <w:spacing w:after="0"/>
              <w:jc w:val="left"/>
            </w:pPr>
            <w:r>
              <w:rPr>
                <w:sz w:val="16"/>
              </w:rPr>
              <w:t>Frost/Freeze (outside NRI's Cold Wave definition)</w:t>
            </w:r>
          </w:p>
        </w:tc>
        <w:tc>
          <w:tcPr>
            <w:tcW w:type="dxa" w:w="1809"/>
          </w:tcPr>
          <w:p>
            <w:pPr>
              <w:spacing w:after="0"/>
              <w:jc w:val="left"/>
            </w:pPr>
            <w:r>
              <w:rPr>
                <w:sz w:val="16"/>
              </w:rPr>
              <w:t>crop damage</w:t>
            </w:r>
          </w:p>
        </w:tc>
        <w:tc>
          <w:tcPr>
            <w:tcW w:type="dxa" w:w="1699"/>
          </w:tcPr>
          <w:p>
            <w:pPr>
              <w:spacing w:after="0"/>
              <w:jc w:val="right"/>
            </w:pPr>
            <w:r>
              <w:rPr>
                <w:sz w:val="16"/>
              </w:rPr>
              <w:t>44 records, 1997 to 2021 (44 zone-level)</w:t>
            </w:r>
          </w:p>
        </w:tc>
        <w:tc>
          <w:tcPr>
            <w:tcW w:type="dxa" w:w="1846"/>
          </w:tcPr>
          <w:p>
            <w:pPr>
              <w:spacing w:after="0"/>
              <w:jc w:val="left"/>
            </w:pPr>
          </w:p>
        </w:tc>
        <w:tc>
          <w:tcPr>
            <w:tcW w:type="dxa" w:w="1627"/>
          </w:tcPr>
          <w:p>
            <w:pPr>
              <w:spacing w:after="0"/>
              <w:jc w:val="left"/>
            </w:pPr>
            <w:r>
              <w:rPr>
                <w:sz w:val="16"/>
              </w:rPr>
              <w:t>Frost/Freeze, 1997-04-10, $200,000 crop damage (1997 dollars); NWS zone VAZ039</w:t>
            </w:r>
          </w:p>
        </w:tc>
        <w:tc>
          <w:tcPr>
            <w:tcW w:type="dxa" w:w="1510"/>
          </w:tcPr>
          <w:p>
            <w:pPr>
              <w:spacing w:after="0"/>
              <w:jc w:val="left"/>
            </w:pPr>
          </w:p>
        </w:tc>
        <w:tc>
          <w:tcPr>
            <w:tcW w:type="dxa" w:w="2016"/>
          </w:tcPr>
          <w:p>
            <w:pPr>
              <w:spacing w:after="0"/>
              <w:jc w:val="left"/>
            </w:pPr>
            <w:r>
              <w:rPr>
                <w:sz w:val="16"/>
              </w:rPr>
              <w:t>Countywide (zone-level records).</w:t>
            </w:r>
          </w:p>
        </w:tc>
        <w:tc>
          <w:tcPr>
            <w:tcW w:type="dxa" w:w="1838"/>
          </w:tcPr>
          <w:p>
            <w:pPr>
              <w:spacing w:after="0"/>
              <w:jc w:val="left"/>
            </w:pPr>
          </w:p>
        </w:tc>
      </w:tr>
      <w:tr>
        <w:trPr>
          <w:cantSplit/>
        </w:trPr>
        <w:tc>
          <w:tcPr>
            <w:tcW w:type="dxa" w:w="1768"/>
          </w:tcPr>
          <w:p>
            <w:pPr>
              <w:spacing w:after="0"/>
              <w:jc w:val="left"/>
            </w:pPr>
            <w:r>
              <w:rPr>
                <w:sz w:val="16"/>
              </w:rPr>
              <w:t>Drought</w:t>
            </w:r>
          </w:p>
        </w:tc>
        <w:tc>
          <w:tcPr>
            <w:tcW w:type="dxa" w:w="1809"/>
          </w:tcPr>
          <w:p>
            <w:pPr>
              <w:spacing w:after="0"/>
              <w:jc w:val="left"/>
            </w:pPr>
            <w:r>
              <w:rPr>
                <w:sz w:val="16"/>
              </w:rPr>
              <w:t>U.S. Drought Monitor scale (D0 to D4)</w:t>
            </w:r>
          </w:p>
        </w:tc>
        <w:tc>
          <w:tcPr>
            <w:tcW w:type="dxa" w:w="1699"/>
          </w:tcPr>
          <w:p>
            <w:pPr>
              <w:spacing w:after="0"/>
              <w:jc w:val="right"/>
            </w:pPr>
            <w:r>
              <w:rPr>
                <w:sz w:val="16"/>
              </w:rPr>
              <w:t>11 records, 1998 to 2007 (11 zone-level)</w:t>
            </w:r>
          </w:p>
        </w:tc>
        <w:tc>
          <w:tcPr>
            <w:tcW w:type="dxa" w:w="1846"/>
          </w:tcPr>
          <w:p>
            <w:pPr>
              <w:spacing w:after="0"/>
              <w:jc w:val="left"/>
            </w:pPr>
            <w:r>
              <w:rPr>
                <w:sz w:val="16"/>
              </w:rPr>
              <w:t>29 days to 153 days (median 31 days); 5 with a recorded value</w:t>
            </w:r>
          </w:p>
        </w:tc>
        <w:tc>
          <w:tcPr>
            <w:tcW w:type="dxa" w:w="1627"/>
          </w:tcPr>
          <w:p>
            <w:pPr>
              <w:spacing w:after="0"/>
              <w:jc w:val="left"/>
            </w:pPr>
            <w:r>
              <w:rPr>
                <w:sz w:val="16"/>
              </w:rPr>
              <w:t>153 days (5 months), 1999-05-01 to 1999-09-30, a run of 5 consecutive Storm Events drought records, zone-level</w:t>
            </w:r>
          </w:p>
        </w:tc>
        <w:tc>
          <w:tcPr>
            <w:tcW w:type="dxa" w:w="1510"/>
          </w:tcPr>
          <w:p>
            <w:pPr>
              <w:spacing w:after="0"/>
              <w:jc w:val="left"/>
            </w:pPr>
            <w:r>
              <w:rPr>
                <w:sz w:val="16"/>
              </w:rPr>
              <w:t>Drought, 1999-08-01, property not reported; $4,000,000 crops (zone total, 1999 dollars)</w:t>
            </w:r>
          </w:p>
        </w:tc>
        <w:tc>
          <w:tcPr>
            <w:tcW w:type="dxa" w:w="2016"/>
          </w:tcPr>
          <w:p>
            <w:pPr>
              <w:spacing w:after="0"/>
              <w:jc w:val="left"/>
            </w:pPr>
            <w:r>
              <w:rPr>
                <w:sz w:val="16"/>
              </w:rPr>
              <w:t>Countywide (zone-level records).</w:t>
            </w:r>
          </w:p>
        </w:tc>
        <w:tc>
          <w:tcPr>
            <w:tcW w:type="dxa" w:w="183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8"/>
          </w:tcPr>
          <w:p>
            <w:pPr>
              <w:spacing w:after="0"/>
              <w:jc w:val="left"/>
            </w:pPr>
            <w:r>
              <w:rPr>
                <w:sz w:val="16"/>
              </w:rPr>
              <w:t>Earthquake</w:t>
            </w:r>
          </w:p>
        </w:tc>
        <w:tc>
          <w:tcPr>
            <w:tcW w:type="dxa" w:w="1809"/>
          </w:tcPr>
          <w:p>
            <w:pPr>
              <w:spacing w:after="0"/>
              <w:jc w:val="left"/>
            </w:pPr>
            <w:r>
              <w:rPr>
                <w:sz w:val="16"/>
              </w:rPr>
              <w:t>Modified Mercalli (local data)</w:t>
            </w:r>
          </w:p>
        </w:tc>
        <w:tc>
          <w:tcPr>
            <w:tcW w:type="dxa" w:w="1699"/>
          </w:tcPr>
          <w:p>
            <w:pPr>
              <w:spacing w:after="0"/>
              <w:jc w:val="right"/>
            </w:pPr>
            <w:r>
              <w:rPr>
                <w:sz w:val="16"/>
              </w:rPr>
              <w:t>0</w:t>
            </w:r>
          </w:p>
        </w:tc>
        <w:tc>
          <w:tcPr>
            <w:tcW w:type="dxa" w:w="1846"/>
          </w:tcPr>
          <w:p>
            <w:pPr>
              <w:spacing w:after="0"/>
              <w:jc w:val="left"/>
            </w:pPr>
          </w:p>
        </w:tc>
        <w:tc>
          <w:tcPr>
            <w:tcW w:type="dxa" w:w="1627"/>
          </w:tcPr>
          <w:p>
            <w:pPr>
              <w:spacing w:after="0"/>
              <w:jc w:val="left"/>
            </w:pPr>
          </w:p>
        </w:tc>
        <w:tc>
          <w:tcPr>
            <w:tcW w:type="dxa" w:w="1510"/>
          </w:tcPr>
          <w:p>
            <w:pPr>
              <w:spacing w:after="0"/>
              <w:jc w:val="left"/>
            </w:pPr>
          </w:p>
        </w:tc>
        <w:tc>
          <w:tcPr>
            <w:tcW w:type="dxa" w:w="2016"/>
          </w:tcPr>
          <w:p>
            <w:pPr>
              <w:spacing w:after="0"/>
              <w:jc w:val="left"/>
            </w:pPr>
          </w:p>
        </w:tc>
        <w:tc>
          <w:tcPr>
            <w:tcW w:type="dxa" w:w="1838"/>
          </w:tcPr>
          <w:p>
            <w:pPr>
              <w:spacing w:after="0"/>
              <w:jc w:val="left"/>
            </w:pPr>
            <w:r>
              <w:rPr>
                <w:sz w:val="16"/>
              </w:rPr>
              <w:t>Storm Events does not record earthquakes; the USGS earthquake catalog is the source.</w:t>
            </w:r>
          </w:p>
        </w:tc>
      </w:tr>
      <w:tr>
        <w:trPr>
          <w:cantSplit/>
        </w:trPr>
        <w:tc>
          <w:tcPr>
            <w:tcW w:type="dxa" w:w="1768"/>
          </w:tcPr>
          <w:p>
            <w:pPr>
              <w:spacing w:after="0"/>
              <w:jc w:val="left"/>
            </w:pPr>
            <w:r>
              <w:rPr>
                <w:sz w:val="16"/>
              </w:rPr>
              <w:t>Hail</w:t>
            </w:r>
          </w:p>
        </w:tc>
        <w:tc>
          <w:tcPr>
            <w:tcW w:type="dxa" w:w="1809"/>
          </w:tcPr>
          <w:p>
            <w:pPr>
              <w:spacing w:after="0"/>
              <w:jc w:val="left"/>
            </w:pPr>
            <w:r>
              <w:rPr>
                <w:sz w:val="16"/>
              </w:rPr>
              <w:t>hail size (inches)</w:t>
            </w:r>
          </w:p>
        </w:tc>
        <w:tc>
          <w:tcPr>
            <w:tcW w:type="dxa" w:w="1699"/>
          </w:tcPr>
          <w:p>
            <w:pPr>
              <w:spacing w:after="0"/>
              <w:jc w:val="right"/>
            </w:pPr>
            <w:r>
              <w:rPr>
                <w:sz w:val="16"/>
              </w:rPr>
              <w:t>24 records, 1998 to 2022</w:t>
            </w:r>
          </w:p>
        </w:tc>
        <w:tc>
          <w:tcPr>
            <w:tcW w:type="dxa" w:w="1846"/>
          </w:tcPr>
          <w:p>
            <w:pPr>
              <w:spacing w:after="0"/>
              <w:jc w:val="left"/>
            </w:pPr>
            <w:r>
              <w:rPr>
                <w:sz w:val="16"/>
              </w:rPr>
              <w:t>0.75 in to 2.75 in (median 1 in); 24 with a recorded value</w:t>
            </w:r>
          </w:p>
        </w:tc>
        <w:tc>
          <w:tcPr>
            <w:tcW w:type="dxa" w:w="1627"/>
          </w:tcPr>
          <w:p>
            <w:pPr>
              <w:spacing w:after="0"/>
              <w:jc w:val="left"/>
            </w:pPr>
            <w:r>
              <w:rPr>
                <w:sz w:val="16"/>
              </w:rPr>
              <w:t>2.75 in hail, 1998-06-16</w:t>
            </w:r>
          </w:p>
        </w:tc>
        <w:tc>
          <w:tcPr>
            <w:tcW w:type="dxa" w:w="1510"/>
          </w:tcPr>
          <w:p>
            <w:pPr>
              <w:spacing w:after="0"/>
              <w:jc w:val="left"/>
            </w:pPr>
          </w:p>
        </w:tc>
        <w:tc>
          <w:tcPr>
            <w:tcW w:type="dxa" w:w="2016"/>
          </w:tcPr>
          <w:p>
            <w:pPr>
              <w:spacing w:after="0"/>
              <w:jc w:val="left"/>
            </w:pPr>
            <w:r>
              <w:rPr>
                <w:sz w:val="16"/>
              </w:rPr>
              <w:t>No event record names a jurisdiction in the plan.</w:t>
            </w:r>
          </w:p>
        </w:tc>
        <w:tc>
          <w:tcPr>
            <w:tcW w:type="dxa" w:w="1838"/>
          </w:tcPr>
          <w:p>
            <w:pPr>
              <w:spacing w:after="0"/>
              <w:jc w:val="left"/>
            </w:pPr>
          </w:p>
        </w:tc>
      </w:tr>
      <w:tr>
        <w:trPr>
          <w:cantSplit/>
        </w:trPr>
        <w:tc>
          <w:tcPr>
            <w:tcW w:type="dxa" w:w="1768"/>
          </w:tcPr>
          <w:p>
            <w:pPr>
              <w:spacing w:after="0"/>
              <w:jc w:val="left"/>
            </w:pPr>
            <w:r>
              <w:rPr>
                <w:sz w:val="16"/>
              </w:rPr>
              <w:t>Excessive Heat, Heat</w:t>
            </w:r>
          </w:p>
        </w:tc>
        <w:tc>
          <w:tcPr>
            <w:tcW w:type="dxa" w:w="1809"/>
          </w:tcPr>
          <w:p>
            <w:pPr>
              <w:spacing w:after="0"/>
              <w:jc w:val="left"/>
            </w:pPr>
            <w:r>
              <w:rPr>
                <w:sz w:val="16"/>
              </w:rPr>
              <w:t>heat index (in event narratives)</w:t>
            </w:r>
          </w:p>
        </w:tc>
        <w:tc>
          <w:tcPr>
            <w:tcW w:type="dxa" w:w="1699"/>
          </w:tcPr>
          <w:p>
            <w:pPr>
              <w:spacing w:after="0"/>
              <w:jc w:val="right"/>
            </w:pPr>
            <w:r>
              <w:rPr>
                <w:sz w:val="16"/>
              </w:rPr>
              <w:t>34 records, 1996 to 2021 (34 zone-level)</w:t>
            </w:r>
          </w:p>
        </w:tc>
        <w:tc>
          <w:tcPr>
            <w:tcW w:type="dxa" w:w="1846"/>
          </w:tcPr>
          <w:p>
            <w:pPr>
              <w:spacing w:after="0"/>
              <w:jc w:val="left"/>
            </w:pPr>
            <w:r>
              <w:rPr>
                <w:sz w:val="16"/>
              </w:rPr>
              <w:t>1 day to 8 days (median 2 days); 27 with a recorded value</w:t>
            </w:r>
          </w:p>
        </w:tc>
        <w:tc>
          <w:tcPr>
            <w:tcW w:type="dxa" w:w="1627"/>
          </w:tcPr>
          <w:p>
            <w:pPr>
              <w:spacing w:after="0"/>
              <w:jc w:val="left"/>
            </w:pPr>
            <w:r>
              <w:rPr>
                <w:sz w:val="16"/>
              </w:rPr>
              <w:t>8 consecutive days, 2002-08-12 to 2002-08-19, zone-level</w:t>
            </w:r>
          </w:p>
        </w:tc>
        <w:tc>
          <w:tcPr>
            <w:tcW w:type="dxa" w:w="1510"/>
          </w:tcPr>
          <w:p>
            <w:pPr>
              <w:spacing w:after="0"/>
              <w:jc w:val="left"/>
            </w:pPr>
          </w:p>
        </w:tc>
        <w:tc>
          <w:tcPr>
            <w:tcW w:type="dxa" w:w="2016"/>
          </w:tcPr>
          <w:p>
            <w:pPr>
              <w:spacing w:after="0"/>
              <w:jc w:val="left"/>
            </w:pPr>
            <w:r>
              <w:rPr>
                <w:sz w:val="16"/>
              </w:rPr>
              <w:t>Countywide (zone-level records).</w:t>
            </w:r>
          </w:p>
        </w:tc>
        <w:tc>
          <w:tcPr>
            <w:tcW w:type="dxa" w:w="1838"/>
          </w:tcPr>
          <w:p>
            <w:pPr>
              <w:spacing w:after="0"/>
              <w:jc w:val="left"/>
            </w:pPr>
            <w:r>
              <w:rPr>
                <w:sz w:val="16"/>
              </w:rPr>
              <w:t>Heat records from November to March (unseasonable warmth, not a heat wave) are counted but not used for the longest run.</w:t>
            </w:r>
          </w:p>
        </w:tc>
      </w:tr>
      <w:tr>
        <w:trPr>
          <w:cantSplit/>
        </w:trPr>
        <w:tc>
          <w:tcPr>
            <w:tcW w:type="dxa" w:w="1768"/>
          </w:tcPr>
          <w:p>
            <w:pPr>
              <w:spacing w:after="0"/>
              <w:jc w:val="left"/>
            </w:pPr>
            <w:r>
              <w:rPr>
                <w:sz w:val="16"/>
              </w:rPr>
              <w:t>Hurricane, Tropical Storm, Tropical Depression</w:t>
            </w:r>
          </w:p>
        </w:tc>
        <w:tc>
          <w:tcPr>
            <w:tcW w:type="dxa" w:w="1809"/>
          </w:tcPr>
          <w:p>
            <w:pPr>
              <w:spacing w:after="0"/>
              <w:jc w:val="left"/>
            </w:pPr>
            <w:r>
              <w:rPr>
                <w:sz w:val="16"/>
              </w:rPr>
              <w:t>Saffir-Simpson</w:t>
            </w:r>
          </w:p>
        </w:tc>
        <w:tc>
          <w:tcPr>
            <w:tcW w:type="dxa" w:w="1699"/>
          </w:tcPr>
          <w:p>
            <w:pPr>
              <w:spacing w:after="0"/>
              <w:jc w:val="right"/>
            </w:pPr>
            <w:r>
              <w:rPr>
                <w:sz w:val="16"/>
              </w:rPr>
              <w:t>1 record, 2011 (1 zone-level)</w:t>
            </w:r>
          </w:p>
        </w:tc>
        <w:tc>
          <w:tcPr>
            <w:tcW w:type="dxa" w:w="1846"/>
          </w:tcPr>
          <w:p>
            <w:pPr>
              <w:spacing w:after="0"/>
              <w:jc w:val="left"/>
            </w:pPr>
          </w:p>
        </w:tc>
        <w:tc>
          <w:tcPr>
            <w:tcW w:type="dxa" w:w="1627"/>
          </w:tcPr>
          <w:p>
            <w:pPr>
              <w:spacing w:after="0"/>
              <w:jc w:val="left"/>
            </w:pPr>
            <w:r>
              <w:rPr>
                <w:sz w:val="16"/>
              </w:rPr>
              <w:t>Strongest recorded: Tropical Storm record, 2011-08-27, $5,000 property; crops not reported (2011 dollars); NWS zone VAZ039</w:t>
            </w:r>
          </w:p>
        </w:tc>
        <w:tc>
          <w:tcPr>
            <w:tcW w:type="dxa" w:w="1510"/>
          </w:tcPr>
          <w:p>
            <w:pPr>
              <w:spacing w:after="0"/>
              <w:jc w:val="left"/>
            </w:pPr>
          </w:p>
        </w:tc>
        <w:tc>
          <w:tcPr>
            <w:tcW w:type="dxa" w:w="2016"/>
          </w:tcPr>
          <w:p>
            <w:pPr>
              <w:spacing w:after="0"/>
              <w:jc w:val="left"/>
            </w:pPr>
            <w:r>
              <w:rPr>
                <w:sz w:val="16"/>
              </w:rPr>
              <w:t>Countywide (zone-level records).</w:t>
            </w:r>
          </w:p>
        </w:tc>
        <w:tc>
          <w:tcPr>
            <w:tcW w:type="dxa" w:w="183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68"/>
          </w:tcPr>
          <w:p>
            <w:pPr>
              <w:spacing w:after="0"/>
              <w:jc w:val="left"/>
            </w:pPr>
            <w:r>
              <w:rPr>
                <w:sz w:val="16"/>
              </w:rPr>
              <w:t>Ice Storm</w:t>
            </w:r>
          </w:p>
        </w:tc>
        <w:tc>
          <w:tcPr>
            <w:tcW w:type="dxa" w:w="1809"/>
          </w:tcPr>
          <w:p>
            <w:pPr>
              <w:spacing w:after="0"/>
              <w:jc w:val="left"/>
            </w:pPr>
            <w:r>
              <w:rPr>
                <w:sz w:val="16"/>
              </w:rPr>
              <w:t>Sperry-Piltz ice scale (local data)</w:t>
            </w:r>
          </w:p>
        </w:tc>
        <w:tc>
          <w:tcPr>
            <w:tcW w:type="dxa" w:w="1699"/>
          </w:tcPr>
          <w:p>
            <w:pPr>
              <w:spacing w:after="0"/>
              <w:jc w:val="right"/>
            </w:pPr>
            <w:r>
              <w:rPr>
                <w:sz w:val="16"/>
              </w:rPr>
              <w:t>10 records, 1998 to 2025 (10 zone-level)</w:t>
            </w:r>
          </w:p>
        </w:tc>
        <w:tc>
          <w:tcPr>
            <w:tcW w:type="dxa" w:w="1846"/>
          </w:tcPr>
          <w:p>
            <w:pPr>
              <w:spacing w:after="0"/>
              <w:jc w:val="left"/>
            </w:pPr>
          </w:p>
        </w:tc>
        <w:tc>
          <w:tcPr>
            <w:tcW w:type="dxa" w:w="1627"/>
          </w:tcPr>
          <w:p>
            <w:pPr>
              <w:spacing w:after="0"/>
              <w:jc w:val="left"/>
            </w:pPr>
            <w:r>
              <w:rPr>
                <w:sz w:val="16"/>
              </w:rPr>
              <w:t>Ice Storm, 1998-02-04, $10,000 property; $50,000 crops (1998 dollars); NWS zone VAZ039</w:t>
            </w:r>
          </w:p>
        </w:tc>
        <w:tc>
          <w:tcPr>
            <w:tcW w:type="dxa" w:w="1510"/>
          </w:tcPr>
          <w:p>
            <w:pPr>
              <w:spacing w:after="0"/>
              <w:jc w:val="left"/>
            </w:pPr>
          </w:p>
        </w:tc>
        <w:tc>
          <w:tcPr>
            <w:tcW w:type="dxa" w:w="2016"/>
          </w:tcPr>
          <w:p>
            <w:pPr>
              <w:spacing w:after="0"/>
              <w:jc w:val="left"/>
            </w:pPr>
            <w:r>
              <w:rPr>
                <w:sz w:val="16"/>
              </w:rPr>
              <w:t>Countywide (zone-level records).</w:t>
            </w:r>
          </w:p>
        </w:tc>
        <w:tc>
          <w:tcPr>
            <w:tcW w:type="dxa" w:w="1838"/>
          </w:tcPr>
          <w:p>
            <w:pPr>
              <w:spacing w:after="0"/>
              <w:jc w:val="left"/>
            </w:pPr>
          </w:p>
        </w:tc>
      </w:tr>
      <w:tr>
        <w:trPr>
          <w:cantSplit/>
        </w:trPr>
        <w:tc>
          <w:tcPr>
            <w:tcW w:type="dxa" w:w="1768"/>
          </w:tcPr>
          <w:p>
            <w:pPr>
              <w:spacing w:after="0"/>
              <w:jc w:val="left"/>
            </w:pPr>
            <w:r>
              <w:rPr>
                <w:sz w:val="16"/>
              </w:rPr>
              <w:t>Flash Flood, Flood, Lakeshore Flood</w:t>
            </w:r>
          </w:p>
        </w:tc>
        <w:tc>
          <w:tcPr>
            <w:tcW w:type="dxa" w:w="1809"/>
          </w:tcPr>
          <w:p>
            <w:pPr>
              <w:spacing w:after="0"/>
              <w:jc w:val="left"/>
            </w:pPr>
            <w:r>
              <w:rPr>
                <w:sz w:val="16"/>
              </w:rPr>
              <w:t>damage and flood days (flood depth: FIRM)</w:t>
            </w:r>
          </w:p>
        </w:tc>
        <w:tc>
          <w:tcPr>
            <w:tcW w:type="dxa" w:w="1699"/>
          </w:tcPr>
          <w:p>
            <w:pPr>
              <w:spacing w:after="0"/>
              <w:jc w:val="right"/>
            </w:pPr>
            <w:r>
              <w:rPr>
                <w:sz w:val="16"/>
              </w:rPr>
              <w:t>145 records, 1996 to 2025 (7 zone-level)</w:t>
            </w:r>
          </w:p>
        </w:tc>
        <w:tc>
          <w:tcPr>
            <w:tcW w:type="dxa" w:w="1846"/>
          </w:tcPr>
          <w:p>
            <w:pPr>
              <w:spacing w:after="0"/>
              <w:jc w:val="left"/>
            </w:pPr>
          </w:p>
        </w:tc>
        <w:tc>
          <w:tcPr>
            <w:tcW w:type="dxa" w:w="1627"/>
          </w:tcPr>
          <w:p>
            <w:pPr>
              <w:spacing w:after="0"/>
              <w:jc w:val="left"/>
            </w:pPr>
            <w:r>
              <w:rPr>
                <w:sz w:val="16"/>
              </w:rPr>
              <w:t>Flood, 1996-09-06, $1,000,000 property; $2,000,000 crops (1996 dollars); NWS zone VAZ039</w:t>
            </w:r>
          </w:p>
        </w:tc>
        <w:tc>
          <w:tcPr>
            <w:tcW w:type="dxa" w:w="1510"/>
          </w:tcPr>
          <w:p>
            <w:pPr>
              <w:spacing w:after="0"/>
              <w:jc w:val="left"/>
            </w:pPr>
          </w:p>
        </w:tc>
        <w:tc>
          <w:tcPr>
            <w:tcW w:type="dxa" w:w="2016"/>
          </w:tcPr>
          <w:p>
            <w:pPr>
              <w:spacing w:after="0"/>
              <w:jc w:val="left"/>
            </w:pPr>
            <w:r>
              <w:rPr>
                <w:sz w:val="16"/>
              </w:rPr>
              <w:t>No event record names a jurisdiction in the plan. Zone-level records (7) apply countywide.</w:t>
            </w:r>
          </w:p>
        </w:tc>
        <w:tc>
          <w:tcPr>
            <w:tcW w:type="dxa" w:w="183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68"/>
          </w:tcPr>
          <w:p>
            <w:pPr>
              <w:spacing w:after="0"/>
              <w:jc w:val="left"/>
            </w:pPr>
            <w:r>
              <w:rPr>
                <w:sz w:val="16"/>
              </w:rPr>
              <w:t>Debris Flow</w:t>
            </w:r>
          </w:p>
        </w:tc>
        <w:tc>
          <w:tcPr>
            <w:tcW w:type="dxa" w:w="1809"/>
          </w:tcPr>
          <w:p>
            <w:pPr>
              <w:spacing w:after="0"/>
              <w:jc w:val="left"/>
            </w:pPr>
            <w:r>
              <w:rPr>
                <w:sz w:val="16"/>
              </w:rPr>
              <w:t>none (count and damage only)</w:t>
            </w:r>
          </w:p>
        </w:tc>
        <w:tc>
          <w:tcPr>
            <w:tcW w:type="dxa" w:w="1699"/>
          </w:tcPr>
          <w:p>
            <w:pPr>
              <w:spacing w:after="0"/>
              <w:jc w:val="right"/>
            </w:pPr>
            <w:r>
              <w:rPr>
                <w:sz w:val="16"/>
              </w:rPr>
              <w:t>0</w:t>
            </w:r>
          </w:p>
        </w:tc>
        <w:tc>
          <w:tcPr>
            <w:tcW w:type="dxa" w:w="1846"/>
          </w:tcPr>
          <w:p>
            <w:pPr>
              <w:spacing w:after="0"/>
              <w:jc w:val="left"/>
            </w:pPr>
          </w:p>
        </w:tc>
        <w:tc>
          <w:tcPr>
            <w:tcW w:type="dxa" w:w="1627"/>
          </w:tcPr>
          <w:p>
            <w:pPr>
              <w:spacing w:after="0"/>
              <w:jc w:val="left"/>
            </w:pPr>
          </w:p>
        </w:tc>
        <w:tc>
          <w:tcPr>
            <w:tcW w:type="dxa" w:w="1510"/>
          </w:tcPr>
          <w:p>
            <w:pPr>
              <w:spacing w:after="0"/>
              <w:jc w:val="left"/>
            </w:pPr>
          </w:p>
        </w:tc>
        <w:tc>
          <w:tcPr>
            <w:tcW w:type="dxa" w:w="2016"/>
          </w:tcPr>
          <w:p>
            <w:pPr>
              <w:spacing w:after="0"/>
              <w:jc w:val="left"/>
            </w:pPr>
          </w:p>
        </w:tc>
        <w:tc>
          <w:tcPr>
            <w:tcW w:type="dxa" w:w="1838"/>
          </w:tcPr>
          <w:p>
            <w:pPr>
              <w:spacing w:after="0"/>
              <w:jc w:val="left"/>
            </w:pPr>
          </w:p>
        </w:tc>
      </w:tr>
      <w:tr>
        <w:trPr>
          <w:cantSplit/>
        </w:trPr>
        <w:tc>
          <w:tcPr>
            <w:tcW w:type="dxa" w:w="1768"/>
          </w:tcPr>
          <w:p>
            <w:pPr>
              <w:spacing w:after="0"/>
              <w:jc w:val="left"/>
            </w:pPr>
            <w:r>
              <w:rPr>
                <w:sz w:val="16"/>
              </w:rPr>
              <w:t>Lightning</w:t>
            </w:r>
          </w:p>
        </w:tc>
        <w:tc>
          <w:tcPr>
            <w:tcW w:type="dxa" w:w="1809"/>
          </w:tcPr>
          <w:p>
            <w:pPr>
              <w:spacing w:after="0"/>
              <w:jc w:val="left"/>
            </w:pPr>
            <w:r>
              <w:rPr>
                <w:sz w:val="16"/>
              </w:rPr>
              <w:t>annualized frequency (the measure FEMA's Local Mitigation Planning Handbook names)</w:t>
            </w:r>
          </w:p>
        </w:tc>
        <w:tc>
          <w:tcPr>
            <w:tcW w:type="dxa" w:w="1699"/>
          </w:tcPr>
          <w:p>
            <w:pPr>
              <w:spacing w:after="0"/>
              <w:jc w:val="right"/>
            </w:pPr>
            <w:r>
              <w:rPr>
                <w:sz w:val="16"/>
              </w:rPr>
              <w:t>2 records, 2000 to 2003</w:t>
            </w:r>
          </w:p>
        </w:tc>
        <w:tc>
          <w:tcPr>
            <w:tcW w:type="dxa" w:w="1846"/>
          </w:tcPr>
          <w:p>
            <w:pPr>
              <w:spacing w:after="0"/>
              <w:jc w:val="left"/>
            </w:pPr>
          </w:p>
        </w:tc>
        <w:tc>
          <w:tcPr>
            <w:tcW w:type="dxa" w:w="1627"/>
          </w:tcPr>
          <w:p>
            <w:pPr>
              <w:spacing w:after="0"/>
              <w:jc w:val="left"/>
            </w:pPr>
            <w:r>
              <w:rPr>
                <w:sz w:val="16"/>
              </w:rPr>
              <w:t>Lightning, 2000-05-10, $10,000 property; crops not reported (2000 dollars)</w:t>
            </w:r>
          </w:p>
        </w:tc>
        <w:tc>
          <w:tcPr>
            <w:tcW w:type="dxa" w:w="1510"/>
          </w:tcPr>
          <w:p>
            <w:pPr>
              <w:spacing w:after="0"/>
              <w:jc w:val="left"/>
            </w:pPr>
          </w:p>
        </w:tc>
        <w:tc>
          <w:tcPr>
            <w:tcW w:type="dxa" w:w="2016"/>
          </w:tcPr>
          <w:p>
            <w:pPr>
              <w:spacing w:after="0"/>
              <w:jc w:val="left"/>
            </w:pPr>
            <w:r>
              <w:rPr>
                <w:sz w:val="16"/>
              </w:rPr>
              <w:t>No event record names a jurisdiction in the plan.</w:t>
            </w:r>
          </w:p>
        </w:tc>
        <w:tc>
          <w:tcPr>
            <w:tcW w:type="dxa" w:w="1838"/>
          </w:tcPr>
          <w:p>
            <w:pPr>
              <w:spacing w:after="0"/>
              <w:jc w:val="left"/>
            </w:pPr>
            <w:r>
              <w:rPr>
                <w:sz w:val="16"/>
              </w:rPr>
              <w:t>Storm Events lists lightning with damage or casualties.</w:t>
            </w:r>
          </w:p>
        </w:tc>
      </w:tr>
      <w:tr>
        <w:trPr>
          <w:cantSplit/>
        </w:trPr>
        <w:tc>
          <w:tcPr>
            <w:tcW w:type="dxa" w:w="1768"/>
          </w:tcPr>
          <w:p>
            <w:pPr>
              <w:spacing w:after="0"/>
              <w:jc w:val="left"/>
            </w:pPr>
            <w:r>
              <w:rPr>
                <w:sz w:val="16"/>
              </w:rPr>
              <w:t>High Wind and Strong Wind (outside NRI's Strong Wind definition)</w:t>
            </w:r>
          </w:p>
        </w:tc>
        <w:tc>
          <w:tcPr>
            <w:tcW w:type="dxa" w:w="1809"/>
          </w:tcPr>
          <w:p>
            <w:pPr>
              <w:spacing w:after="0"/>
              <w:jc w:val="left"/>
            </w:pPr>
            <w:r>
              <w:rPr>
                <w:sz w:val="16"/>
              </w:rPr>
              <w:t>wind speed (kt and mph)</w:t>
            </w:r>
          </w:p>
        </w:tc>
        <w:tc>
          <w:tcPr>
            <w:tcW w:type="dxa" w:w="1699"/>
          </w:tcPr>
          <w:p>
            <w:pPr>
              <w:spacing w:after="0"/>
              <w:jc w:val="right"/>
            </w:pPr>
            <w:r>
              <w:rPr>
                <w:sz w:val="16"/>
              </w:rPr>
              <w:t>28 records, 1996 to 2026 (28 zone-level)</w:t>
            </w:r>
          </w:p>
        </w:tc>
        <w:tc>
          <w:tcPr>
            <w:tcW w:type="dxa" w:w="1846"/>
          </w:tcPr>
          <w:p>
            <w:pPr>
              <w:spacing w:after="0"/>
              <w:jc w:val="left"/>
            </w:pPr>
            <w:r>
              <w:rPr>
                <w:sz w:val="16"/>
              </w:rPr>
              <w:t>30 kt (35 mph) to 61 kt (70 mph) (median 51 kt (59 mph)); 19 with a recorded value</w:t>
            </w:r>
          </w:p>
        </w:tc>
        <w:tc>
          <w:tcPr>
            <w:tcW w:type="dxa" w:w="1627"/>
          </w:tcPr>
          <w:p>
            <w:pPr>
              <w:spacing w:after="0"/>
              <w:jc w:val="left"/>
            </w:pPr>
            <w:r>
              <w:rPr>
                <w:sz w:val="16"/>
              </w:rPr>
              <w:t>61 kt (70 mph) measured gust, High Wind, 2019-02-24; NWS zone VAZ507</w:t>
            </w:r>
          </w:p>
        </w:tc>
        <w:tc>
          <w:tcPr>
            <w:tcW w:type="dxa" w:w="1510"/>
          </w:tcPr>
          <w:p>
            <w:pPr>
              <w:spacing w:after="0"/>
              <w:jc w:val="left"/>
            </w:pPr>
            <w:r>
              <w:rPr>
                <w:sz w:val="16"/>
              </w:rPr>
              <w:t>High Wind, 1996-09-06, $20,000 property; $750,000 crops (zone total, 1996 dollars)</w:t>
            </w:r>
          </w:p>
        </w:tc>
        <w:tc>
          <w:tcPr>
            <w:tcW w:type="dxa" w:w="2016"/>
          </w:tcPr>
          <w:p>
            <w:pPr>
              <w:spacing w:after="0"/>
              <w:jc w:val="left"/>
            </w:pPr>
            <w:r>
              <w:rPr>
                <w:sz w:val="16"/>
              </w:rPr>
              <w:t>Countywide (zone-level records).</w:t>
            </w:r>
          </w:p>
        </w:tc>
        <w:tc>
          <w:tcPr>
            <w:tcW w:type="dxa" w:w="1838"/>
          </w:tcPr>
          <w:p>
            <w:pPr>
              <w:spacing w:after="0"/>
              <w:jc w:val="left"/>
            </w:pPr>
          </w:p>
        </w:tc>
      </w:tr>
      <w:tr>
        <w:trPr>
          <w:cantSplit/>
        </w:trPr>
        <w:tc>
          <w:tcPr>
            <w:tcW w:type="dxa" w:w="1768"/>
          </w:tcPr>
          <w:p>
            <w:pPr>
              <w:spacing w:after="0"/>
              <w:jc w:val="left"/>
            </w:pPr>
            <w:r>
              <w:rPr>
                <w:sz w:val="16"/>
              </w:rPr>
              <w:t>Thunderstorm Wind</w:t>
            </w:r>
          </w:p>
        </w:tc>
        <w:tc>
          <w:tcPr>
            <w:tcW w:type="dxa" w:w="1809"/>
          </w:tcPr>
          <w:p>
            <w:pPr>
              <w:spacing w:after="0"/>
              <w:jc w:val="left"/>
            </w:pPr>
            <w:r>
              <w:rPr>
                <w:sz w:val="16"/>
              </w:rPr>
              <w:t>wind speed (kt and mph)</w:t>
            </w:r>
          </w:p>
        </w:tc>
        <w:tc>
          <w:tcPr>
            <w:tcW w:type="dxa" w:w="1699"/>
          </w:tcPr>
          <w:p>
            <w:pPr>
              <w:spacing w:after="0"/>
              <w:jc w:val="right"/>
            </w:pPr>
            <w:r>
              <w:rPr>
                <w:sz w:val="16"/>
              </w:rPr>
              <w:t>183 records, 1974 to 2026</w:t>
            </w:r>
          </w:p>
        </w:tc>
        <w:tc>
          <w:tcPr>
            <w:tcW w:type="dxa" w:w="1846"/>
          </w:tcPr>
          <w:p>
            <w:pPr>
              <w:spacing w:after="0"/>
              <w:jc w:val="left"/>
            </w:pPr>
            <w:r>
              <w:rPr>
                <w:sz w:val="16"/>
              </w:rPr>
              <w:t>50 kt (58 mph) to 70 kt (81 mph) (median 50 kt (58 mph)); 159 with a recorded value</w:t>
            </w:r>
          </w:p>
        </w:tc>
        <w:tc>
          <w:tcPr>
            <w:tcW w:type="dxa" w:w="1627"/>
          </w:tcPr>
          <w:p>
            <w:pPr>
              <w:spacing w:after="0"/>
              <w:jc w:val="left"/>
            </w:pPr>
            <w:r>
              <w:rPr>
                <w:sz w:val="16"/>
              </w:rPr>
              <w:t>70 kt (81 mph) estimated gust, Thunderstorm Wind, 2023-08-07</w:t>
            </w:r>
          </w:p>
        </w:tc>
        <w:tc>
          <w:tcPr>
            <w:tcW w:type="dxa" w:w="1510"/>
          </w:tcPr>
          <w:p>
            <w:pPr>
              <w:spacing w:after="0"/>
              <w:jc w:val="left"/>
            </w:pPr>
          </w:p>
        </w:tc>
        <w:tc>
          <w:tcPr>
            <w:tcW w:type="dxa" w:w="2016"/>
          </w:tcPr>
          <w:p>
            <w:pPr>
              <w:spacing w:after="0"/>
              <w:jc w:val="left"/>
            </w:pPr>
            <w:r>
              <w:rPr>
                <w:sz w:val="16"/>
              </w:rPr>
              <w:t>No event record names a jurisdiction in the plan.</w:t>
            </w:r>
          </w:p>
        </w:tc>
        <w:tc>
          <w:tcPr>
            <w:tcW w:type="dxa" w:w="1838"/>
          </w:tcPr>
          <w:p>
            <w:pPr>
              <w:spacing w:after="0"/>
              <w:jc w:val="left"/>
            </w:pPr>
          </w:p>
        </w:tc>
      </w:tr>
      <w:tr>
        <w:trPr>
          <w:cantSplit/>
        </w:trPr>
        <w:tc>
          <w:tcPr>
            <w:tcW w:type="dxa" w:w="1768"/>
          </w:tcPr>
          <w:p>
            <w:pPr>
              <w:spacing w:after="0"/>
              <w:jc w:val="left"/>
            </w:pPr>
            <w:r>
              <w:rPr>
                <w:sz w:val="16"/>
              </w:rPr>
              <w:t>Tornado</w:t>
            </w:r>
          </w:p>
        </w:tc>
        <w:tc>
          <w:tcPr>
            <w:tcW w:type="dxa" w:w="1809"/>
          </w:tcPr>
          <w:p>
            <w:pPr>
              <w:spacing w:after="0"/>
              <w:jc w:val="left"/>
            </w:pPr>
            <w:r>
              <w:rPr>
                <w:sz w:val="16"/>
              </w:rPr>
              <w:t>Enhanced Fujita (Fujita before Feb 2007)</w:t>
            </w:r>
          </w:p>
        </w:tc>
        <w:tc>
          <w:tcPr>
            <w:tcW w:type="dxa" w:w="1699"/>
          </w:tcPr>
          <w:p>
            <w:pPr>
              <w:spacing w:after="0"/>
              <w:jc w:val="right"/>
            </w:pPr>
            <w:r>
              <w:rPr>
                <w:sz w:val="16"/>
              </w:rPr>
              <w:t>9 records, 1960 to 2005</w:t>
            </w:r>
          </w:p>
        </w:tc>
        <w:tc>
          <w:tcPr>
            <w:tcW w:type="dxa" w:w="1846"/>
          </w:tcPr>
          <w:p>
            <w:pPr>
              <w:spacing w:after="0"/>
              <w:jc w:val="left"/>
            </w:pPr>
            <w:r>
              <w:rPr>
                <w:sz w:val="16"/>
              </w:rPr>
              <w:t>F/EF0 to F/EF2 (median F/EF1); 8 with a recorded value</w:t>
            </w:r>
          </w:p>
        </w:tc>
        <w:tc>
          <w:tcPr>
            <w:tcW w:type="dxa" w:w="1627"/>
          </w:tcPr>
          <w:p>
            <w:pPr>
              <w:spacing w:after="0"/>
              <w:jc w:val="left"/>
            </w:pPr>
            <w:r>
              <w:rPr>
                <w:sz w:val="16"/>
              </w:rPr>
              <w:t>F2 tornado, 2004-09-17, 8 mi within this county, 400 yd wide, $200,000 property; crops not reported (2004 dollars)</w:t>
            </w:r>
          </w:p>
        </w:tc>
        <w:tc>
          <w:tcPr>
            <w:tcW w:type="dxa" w:w="1510"/>
          </w:tcPr>
          <w:p>
            <w:pPr>
              <w:spacing w:after="0"/>
              <w:jc w:val="left"/>
            </w:pPr>
            <w:r>
              <w:rPr>
                <w:sz w:val="16"/>
              </w:rPr>
              <w:t>Tornado, 1976-03-21, $250,000 property; crops not recorded (1976 dollars)</w:t>
            </w:r>
          </w:p>
        </w:tc>
        <w:tc>
          <w:tcPr>
            <w:tcW w:type="dxa" w:w="2016"/>
          </w:tcPr>
          <w:p>
            <w:pPr>
              <w:spacing w:after="0"/>
              <w:jc w:val="left"/>
            </w:pPr>
            <w:r>
              <w:rPr>
                <w:sz w:val="16"/>
              </w:rPr>
              <w:t>No event record names a jurisdiction in the plan.</w:t>
            </w:r>
          </w:p>
        </w:tc>
        <w:tc>
          <w:tcPr>
            <w:tcW w:type="dxa" w:w="183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68"/>
          </w:tcPr>
          <w:p>
            <w:pPr>
              <w:spacing w:after="0"/>
              <w:jc w:val="left"/>
            </w:pPr>
            <w:r>
              <w:rPr>
                <w:sz w:val="16"/>
              </w:rPr>
              <w:t>Wildfire</w:t>
            </w:r>
          </w:p>
        </w:tc>
        <w:tc>
          <w:tcPr>
            <w:tcW w:type="dxa" w:w="1809"/>
          </w:tcPr>
          <w:p>
            <w:pPr>
              <w:spacing w:after="0"/>
              <w:jc w:val="left"/>
            </w:pPr>
            <w:r>
              <w:rPr>
                <w:sz w:val="16"/>
              </w:rPr>
              <w:t>acres burned (local data)</w:t>
            </w:r>
          </w:p>
        </w:tc>
        <w:tc>
          <w:tcPr>
            <w:tcW w:type="dxa" w:w="1699"/>
          </w:tcPr>
          <w:p>
            <w:pPr>
              <w:spacing w:after="0"/>
              <w:jc w:val="right"/>
            </w:pPr>
            <w:r>
              <w:rPr>
                <w:sz w:val="16"/>
              </w:rPr>
              <w:t>2 records, 1999 to 2000</w:t>
            </w:r>
          </w:p>
        </w:tc>
        <w:tc>
          <w:tcPr>
            <w:tcW w:type="dxa" w:w="1846"/>
          </w:tcPr>
          <w:p>
            <w:pPr>
              <w:spacing w:after="0"/>
              <w:jc w:val="left"/>
            </w:pPr>
          </w:p>
        </w:tc>
        <w:tc>
          <w:tcPr>
            <w:tcW w:type="dxa" w:w="1627"/>
          </w:tcPr>
          <w:p>
            <w:pPr>
              <w:spacing w:after="0"/>
              <w:jc w:val="left"/>
            </w:pPr>
            <w:r>
              <w:rPr>
                <w:sz w:val="16"/>
              </w:rPr>
              <w:t>No damage reported in 2 records.</w:t>
            </w:r>
          </w:p>
        </w:tc>
        <w:tc>
          <w:tcPr>
            <w:tcW w:type="dxa" w:w="1510"/>
          </w:tcPr>
          <w:p>
            <w:pPr>
              <w:spacing w:after="0"/>
              <w:jc w:val="left"/>
            </w:pPr>
          </w:p>
        </w:tc>
        <w:tc>
          <w:tcPr>
            <w:tcW w:type="dxa" w:w="2016"/>
          </w:tcPr>
          <w:p>
            <w:pPr>
              <w:spacing w:after="0"/>
              <w:jc w:val="left"/>
            </w:pPr>
            <w:r>
              <w:rPr>
                <w:sz w:val="16"/>
              </w:rPr>
              <w:t>No event record names a jurisdiction in the plan.</w:t>
            </w:r>
          </w:p>
        </w:tc>
        <w:tc>
          <w:tcPr>
            <w:tcW w:type="dxa" w:w="1838"/>
          </w:tcPr>
          <w:p>
            <w:pPr>
              <w:spacing w:after="0"/>
              <w:jc w:val="left"/>
            </w:pPr>
          </w:p>
        </w:tc>
      </w:tr>
      <w:tr>
        <w:trPr>
          <w:cantSplit/>
        </w:trPr>
        <w:tc>
          <w:tcPr>
            <w:tcW w:type="dxa" w:w="1768"/>
          </w:tcPr>
          <w:p>
            <w:pPr>
              <w:spacing w:after="0"/>
              <w:jc w:val="left"/>
            </w:pPr>
            <w:r>
              <w:rPr>
                <w:sz w:val="16"/>
              </w:rPr>
              <w:t>Winter Storm, Heavy Snow, Blizzard, Lake-Effect Snow, Winter Weather, Sleet</w:t>
            </w:r>
          </w:p>
        </w:tc>
        <w:tc>
          <w:tcPr>
            <w:tcW w:type="dxa" w:w="1809"/>
          </w:tcPr>
          <w:p>
            <w:pPr>
              <w:spacing w:after="0"/>
              <w:jc w:val="left"/>
            </w:pPr>
            <w:r>
              <w:rPr>
                <w:sz w:val="16"/>
              </w:rPr>
              <w:t>none in data (snowfall: local data)</w:t>
            </w:r>
          </w:p>
        </w:tc>
        <w:tc>
          <w:tcPr>
            <w:tcW w:type="dxa" w:w="1699"/>
          </w:tcPr>
          <w:p>
            <w:pPr>
              <w:spacing w:after="0"/>
              <w:jc w:val="right"/>
            </w:pPr>
            <w:r>
              <w:rPr>
                <w:sz w:val="16"/>
              </w:rPr>
              <w:t>224 records, 1996 to 2026 (224 zone-level)</w:t>
            </w:r>
          </w:p>
        </w:tc>
        <w:tc>
          <w:tcPr>
            <w:tcW w:type="dxa" w:w="1846"/>
          </w:tcPr>
          <w:p>
            <w:pPr>
              <w:spacing w:after="0"/>
              <w:jc w:val="left"/>
            </w:pPr>
          </w:p>
        </w:tc>
        <w:tc>
          <w:tcPr>
            <w:tcW w:type="dxa" w:w="1627"/>
          </w:tcPr>
          <w:p>
            <w:pPr>
              <w:spacing w:after="0"/>
              <w:jc w:val="left"/>
            </w:pPr>
            <w:r>
              <w:rPr>
                <w:sz w:val="16"/>
              </w:rPr>
              <w:t>Blizzard, 1996-01-07, $15,000 property; crops not reported (1996 dollars); NWS zone VAZ039</w:t>
            </w:r>
          </w:p>
        </w:tc>
        <w:tc>
          <w:tcPr>
            <w:tcW w:type="dxa" w:w="1510"/>
          </w:tcPr>
          <w:p>
            <w:pPr>
              <w:spacing w:after="0"/>
              <w:jc w:val="left"/>
            </w:pPr>
          </w:p>
        </w:tc>
        <w:tc>
          <w:tcPr>
            <w:tcW w:type="dxa" w:w="2016"/>
          </w:tcPr>
          <w:p>
            <w:pPr>
              <w:spacing w:after="0"/>
              <w:jc w:val="left"/>
            </w:pPr>
            <w:r>
              <w:rPr>
                <w:sz w:val="16"/>
              </w:rPr>
              <w:t>Countywide (zone-level records).</w:t>
            </w:r>
          </w:p>
        </w:tc>
        <w:tc>
          <w:tcPr>
            <w:tcW w:type="dxa" w:w="183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24 declarations covering 20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5"/>
        <w:gridCol w:w="2695"/>
        <w:gridCol w:w="2036"/>
        <w:gridCol w:w="2357"/>
        <w:gridCol w:w="1733"/>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5"/>
            <w:shd w:val="clear" w:color="auto" w:fill="E8E8E8"/>
          </w:tcPr>
          <w:p>
            <w:pPr>
              <w:spacing w:after="0"/>
              <w:jc w:val="left"/>
            </w:pPr>
            <w:r>
              <w:rPr>
                <w:b/>
                <w:sz w:val="16"/>
              </w:rPr>
              <w:t>Type</w:t>
            </w:r>
          </w:p>
        </w:tc>
        <w:tc>
          <w:tcPr>
            <w:tcW w:type="dxa" w:w="2695"/>
            <w:shd w:val="clear" w:color="auto" w:fill="E8E8E8"/>
          </w:tcPr>
          <w:p>
            <w:pPr>
              <w:spacing w:after="0"/>
              <w:jc w:val="left"/>
            </w:pPr>
            <w:r>
              <w:rPr>
                <w:b/>
                <w:sz w:val="16"/>
              </w:rPr>
              <w:t>Title</w:t>
            </w:r>
          </w:p>
        </w:tc>
        <w:tc>
          <w:tcPr>
            <w:tcW w:type="dxa" w:w="2036"/>
            <w:shd w:val="clear" w:color="auto" w:fill="E8E8E8"/>
          </w:tcPr>
          <w:p>
            <w:pPr>
              <w:spacing w:after="0"/>
              <w:jc w:val="left"/>
            </w:pPr>
            <w:r>
              <w:rPr>
                <w:b/>
                <w:sz w:val="16"/>
              </w:rPr>
              <w:t>Mapped hazard</w:t>
            </w:r>
          </w:p>
        </w:tc>
        <w:tc>
          <w:tcPr>
            <w:tcW w:type="dxa" w:w="235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33"/>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295"/>
          </w:tcPr>
          <w:p>
            <w:pPr>
              <w:spacing w:after="0"/>
              <w:jc w:val="left"/>
            </w:pPr>
            <w:r>
              <w:rPr>
                <w:sz w:val="16"/>
              </w:rPr>
              <w:t>Emergency</w:t>
            </w:r>
          </w:p>
        </w:tc>
        <w:tc>
          <w:tcPr>
            <w:tcW w:type="dxa" w:w="2695"/>
          </w:tcPr>
          <w:p>
            <w:pPr>
              <w:spacing w:after="0"/>
              <w:jc w:val="left"/>
            </w:pPr>
            <w:r>
              <w:rPr>
                <w:sz w:val="16"/>
              </w:rPr>
              <w:t>Severe Winter Storm</w:t>
            </w:r>
          </w:p>
        </w:tc>
        <w:tc>
          <w:tcPr>
            <w:tcW w:type="dxa" w:w="2036"/>
          </w:tcPr>
          <w:p>
            <w:pPr>
              <w:spacing w:after="0"/>
              <w:jc w:val="left"/>
            </w:pPr>
            <w:r>
              <w:rPr>
                <w:sz w:val="16"/>
              </w:rPr>
              <w:t>Winter Weather</w:t>
            </w:r>
          </w:p>
        </w:tc>
        <w:tc>
          <w:tcPr>
            <w:tcW w:type="dxa" w:w="2357"/>
          </w:tcPr>
          <w:p>
            <w:pPr>
              <w:spacing w:after="0"/>
              <w:jc w:val="right"/>
            </w:pPr>
            <w:r>
              <w:rPr>
                <w:sz w:val="16"/>
              </w:rPr>
              <w:t>no Public Assistance recorded</w:t>
            </w:r>
          </w:p>
        </w:tc>
        <w:tc>
          <w:tcPr>
            <w:tcW w:type="dxa" w:w="1733"/>
          </w:tcPr>
          <w:p>
            <w:pPr>
              <w:spacing w:after="0"/>
              <w:jc w:val="left"/>
            </w:pPr>
            <w:r>
              <w:rPr>
                <w:sz w:val="16"/>
              </w:rPr>
              <w:t>in the 12 months before plan approval; within last 5 years</w:t>
            </w:r>
          </w:p>
        </w:tc>
        <w:tc>
          <w:tcPr>
            <w:tcW w:type="dxa" w:w="886"/>
          </w:tcPr>
          <w:p>
            <w:pPr>
              <w:spacing w:after="0"/>
              <w:jc w:val="left"/>
            </w:pPr>
          </w:p>
        </w:tc>
      </w:tr>
      <w:tr>
        <w:trPr>
          <w:cantSplit/>
        </w:trPr>
        <w:tc>
          <w:tcPr>
            <w:tcW w:type="dxa" w:w="1037"/>
          </w:tcPr>
          <w:p>
            <w:pPr>
              <w:spacing w:after="0"/>
              <w:jc w:val="left"/>
            </w:pPr>
            <w:r>
              <w:rPr>
                <w:sz w:val="16"/>
              </w:rPr>
              <w:t>2024-10-01</w:t>
            </w:r>
          </w:p>
        </w:tc>
        <w:tc>
          <w:tcPr>
            <w:tcW w:type="dxa" w:w="1037"/>
          </w:tcPr>
          <w:p>
            <w:pPr>
              <w:spacing w:after="0"/>
              <w:jc w:val="left"/>
            </w:pPr>
            <w:r>
              <w:rPr>
                <w:sz w:val="16"/>
              </w:rPr>
              <w:t>2024-09-25</w:t>
            </w:r>
          </w:p>
        </w:tc>
        <w:tc>
          <w:tcPr>
            <w:tcW w:type="dxa" w:w="1037"/>
          </w:tcPr>
          <w:p>
            <w:pPr>
              <w:spacing w:after="0"/>
              <w:jc w:val="left"/>
            </w:pPr>
            <w:r>
              <w:rPr>
                <w:sz w:val="16"/>
              </w:rPr>
              <w:t>DR-4831-VA</w:t>
            </w:r>
          </w:p>
        </w:tc>
        <w:tc>
          <w:tcPr>
            <w:tcW w:type="dxa" w:w="1295"/>
          </w:tcPr>
          <w:p>
            <w:pPr>
              <w:spacing w:after="0"/>
              <w:jc w:val="left"/>
            </w:pPr>
            <w:r>
              <w:rPr>
                <w:sz w:val="16"/>
              </w:rPr>
              <w:t>Major disaster</w:t>
            </w:r>
          </w:p>
        </w:tc>
        <w:tc>
          <w:tcPr>
            <w:tcW w:type="dxa" w:w="2695"/>
          </w:tcPr>
          <w:p>
            <w:pPr>
              <w:spacing w:after="0"/>
              <w:jc w:val="left"/>
            </w:pPr>
            <w:r>
              <w:rPr>
                <w:sz w:val="16"/>
              </w:rPr>
              <w:t>Tropical Storm Helene</w:t>
            </w:r>
          </w:p>
        </w:tc>
        <w:tc>
          <w:tcPr>
            <w:tcW w:type="dxa" w:w="2036"/>
          </w:tcPr>
          <w:p>
            <w:pPr>
              <w:spacing w:after="0"/>
              <w:jc w:val="left"/>
            </w:pPr>
            <w:r>
              <w:rPr>
                <w:sz w:val="16"/>
              </w:rPr>
              <w:t>Hurricane</w:t>
            </w:r>
          </w:p>
        </w:tc>
        <w:tc>
          <w:tcPr>
            <w:tcW w:type="dxa" w:w="2357"/>
          </w:tcPr>
          <w:p>
            <w:pPr>
              <w:spacing w:after="0"/>
              <w:jc w:val="right"/>
            </w:pPr>
            <w:r>
              <w:rPr>
                <w:sz w:val="16"/>
              </w:rPr>
              <w:t>no Public Assistance recorded</w:t>
            </w:r>
          </w:p>
        </w:tc>
        <w:tc>
          <w:tcPr>
            <w:tcW w:type="dxa" w:w="1733"/>
          </w:tcPr>
          <w:p>
            <w:pPr>
              <w:spacing w:after="0"/>
              <w:jc w:val="left"/>
            </w:pPr>
            <w:r>
              <w:rPr>
                <w:sz w:val="16"/>
              </w:rPr>
              <w:t>within last 5 years</w:t>
            </w:r>
          </w:p>
        </w:tc>
        <w:tc>
          <w:tcPr>
            <w:tcW w:type="dxa" w:w="886"/>
          </w:tcPr>
          <w:p>
            <w:pPr>
              <w:spacing w:after="0"/>
              <w:jc w:val="left"/>
            </w:pPr>
          </w:p>
        </w:tc>
      </w:tr>
      <w:tr>
        <w:trPr>
          <w:cantSplit/>
        </w:trPr>
        <w:tc>
          <w:tcPr>
            <w:tcW w:type="dxa" w:w="1037"/>
          </w:tcPr>
          <w:p>
            <w:pPr>
              <w:spacing w:after="0"/>
              <w:jc w:val="left"/>
            </w:pPr>
            <w:r>
              <w:rPr>
                <w:sz w:val="16"/>
              </w:rPr>
              <w:t>2022-03-11</w:t>
            </w:r>
          </w:p>
        </w:tc>
        <w:tc>
          <w:tcPr>
            <w:tcW w:type="dxa" w:w="1037"/>
          </w:tcPr>
          <w:p>
            <w:pPr>
              <w:spacing w:after="0"/>
              <w:jc w:val="left"/>
            </w:pPr>
            <w:r>
              <w:rPr>
                <w:sz w:val="16"/>
              </w:rPr>
              <w:t>2022-01-02</w:t>
            </w:r>
          </w:p>
        </w:tc>
        <w:tc>
          <w:tcPr>
            <w:tcW w:type="dxa" w:w="1037"/>
          </w:tcPr>
          <w:p>
            <w:pPr>
              <w:spacing w:after="0"/>
              <w:jc w:val="left"/>
            </w:pPr>
            <w:r>
              <w:rPr>
                <w:sz w:val="16"/>
              </w:rPr>
              <w:t>DR-4644-VA</w:t>
            </w:r>
          </w:p>
        </w:tc>
        <w:tc>
          <w:tcPr>
            <w:tcW w:type="dxa" w:w="1295"/>
          </w:tcPr>
          <w:p>
            <w:pPr>
              <w:spacing w:after="0"/>
              <w:jc w:val="left"/>
            </w:pPr>
            <w:r>
              <w:rPr>
                <w:sz w:val="16"/>
              </w:rPr>
              <w:t>Major disaster</w:t>
            </w:r>
          </w:p>
        </w:tc>
        <w:tc>
          <w:tcPr>
            <w:tcW w:type="dxa" w:w="2695"/>
          </w:tcPr>
          <w:p>
            <w:pPr>
              <w:spacing w:after="0"/>
              <w:jc w:val="left"/>
            </w:pPr>
            <w:r>
              <w:rPr>
                <w:sz w:val="16"/>
              </w:rPr>
              <w:t>Severe Winter Storm and Snowstorm</w:t>
            </w:r>
          </w:p>
        </w:tc>
        <w:tc>
          <w:tcPr>
            <w:tcW w:type="dxa" w:w="2036"/>
          </w:tcPr>
          <w:p>
            <w:pPr>
              <w:spacing w:after="0"/>
              <w:jc w:val="left"/>
            </w:pPr>
            <w:r>
              <w:rPr>
                <w:sz w:val="16"/>
              </w:rPr>
              <w:t>Winter Weather</w:t>
            </w:r>
          </w:p>
        </w:tc>
        <w:tc>
          <w:tcPr>
            <w:tcW w:type="dxa" w:w="2357"/>
          </w:tcPr>
          <w:p>
            <w:pPr>
              <w:spacing w:after="0"/>
              <w:jc w:val="right"/>
            </w:pPr>
            <w:r>
              <w:rPr>
                <w:sz w:val="16"/>
              </w:rPr>
              <w:t>$5,349.74</w:t>
            </w:r>
          </w:p>
        </w:tc>
        <w:tc>
          <w:tcPr>
            <w:tcW w:type="dxa" w:w="1733"/>
          </w:tcPr>
          <w:p>
            <w:pPr>
              <w:spacing w:after="0"/>
              <w:jc w:val="left"/>
            </w:pPr>
            <w:r>
              <w:rPr>
                <w:sz w:val="16"/>
              </w:rPr>
              <w:t>within last 5 years</w:t>
            </w:r>
          </w:p>
        </w:tc>
        <w:tc>
          <w:tcPr>
            <w:tcW w:type="dxa" w:w="886"/>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295"/>
          </w:tcPr>
          <w:p>
            <w:pPr>
              <w:spacing w:after="0"/>
              <w:jc w:val="left"/>
            </w:pPr>
            <w:r>
              <w:rPr>
                <w:sz w:val="16"/>
              </w:rPr>
              <w:t>Major disaster</w:t>
            </w:r>
          </w:p>
        </w:tc>
        <w:tc>
          <w:tcPr>
            <w:tcW w:type="dxa" w:w="2695"/>
          </w:tcPr>
          <w:p>
            <w:pPr>
              <w:spacing w:after="0"/>
              <w:jc w:val="left"/>
            </w:pPr>
            <w:r>
              <w:rPr>
                <w:sz w:val="16"/>
              </w:rPr>
              <w:t>COVID-19 Pandemic</w:t>
            </w:r>
          </w:p>
        </w:tc>
        <w:tc>
          <w:tcPr>
            <w:tcW w:type="dxa" w:w="2036"/>
          </w:tcPr>
          <w:p>
            <w:pPr>
              <w:spacing w:after="0"/>
              <w:jc w:val="left"/>
            </w:pPr>
            <w:r>
              <w:rPr>
                <w:sz w:val="16"/>
              </w:rPr>
              <w:t>Non-natural, not counted</w:t>
            </w:r>
          </w:p>
        </w:tc>
        <w:tc>
          <w:tcPr>
            <w:tcW w:type="dxa" w:w="2357"/>
          </w:tcPr>
          <w:p>
            <w:pPr>
              <w:spacing w:after="0"/>
              <w:jc w:val="right"/>
            </w:pPr>
            <w:r>
              <w:rPr>
                <w:sz w:val="16"/>
              </w:rPr>
              <w:t>no Public Assistance recorded</w:t>
            </w:r>
          </w:p>
        </w:tc>
        <w:tc>
          <w:tcPr>
            <w:tcW w:type="dxa" w:w="173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295"/>
          </w:tcPr>
          <w:p>
            <w:pPr>
              <w:spacing w:after="0"/>
              <w:jc w:val="left"/>
            </w:pPr>
            <w:r>
              <w:rPr>
                <w:sz w:val="16"/>
              </w:rPr>
              <w:t>Emergency</w:t>
            </w:r>
          </w:p>
        </w:tc>
        <w:tc>
          <w:tcPr>
            <w:tcW w:type="dxa" w:w="2695"/>
          </w:tcPr>
          <w:p>
            <w:pPr>
              <w:spacing w:after="0"/>
              <w:jc w:val="left"/>
            </w:pPr>
            <w:r>
              <w:rPr>
                <w:sz w:val="16"/>
              </w:rPr>
              <w:t>COVID-19</w:t>
            </w:r>
          </w:p>
        </w:tc>
        <w:tc>
          <w:tcPr>
            <w:tcW w:type="dxa" w:w="2036"/>
          </w:tcPr>
          <w:p>
            <w:pPr>
              <w:spacing w:after="0"/>
              <w:jc w:val="left"/>
            </w:pPr>
            <w:r>
              <w:rPr>
                <w:sz w:val="16"/>
              </w:rPr>
              <w:t>Non-natural, not counted</w:t>
            </w:r>
          </w:p>
        </w:tc>
        <w:tc>
          <w:tcPr>
            <w:tcW w:type="dxa" w:w="2357"/>
          </w:tcPr>
          <w:p>
            <w:pPr>
              <w:spacing w:after="0"/>
              <w:jc w:val="right"/>
            </w:pPr>
            <w:r>
              <w:rPr>
                <w:sz w:val="16"/>
              </w:rPr>
              <w:t>no Public Assistance recorded</w:t>
            </w:r>
          </w:p>
        </w:tc>
        <w:tc>
          <w:tcPr>
            <w:tcW w:type="dxa" w:w="1733"/>
          </w:tcPr>
          <w:p>
            <w:pPr>
              <w:spacing w:after="0"/>
              <w:jc w:val="left"/>
            </w:pPr>
          </w:p>
        </w:tc>
        <w:tc>
          <w:tcPr>
            <w:tcW w:type="dxa" w:w="886"/>
          </w:tcPr>
          <w:p>
            <w:pPr>
              <w:spacing w:after="0"/>
              <w:jc w:val="left"/>
            </w:pPr>
            <w:r>
              <w:rPr>
                <w:sz w:val="16"/>
              </w:rPr>
              <w:t>same incident as DR-4512</w:t>
            </w: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295"/>
          </w:tcPr>
          <w:p>
            <w:pPr>
              <w:spacing w:after="0"/>
              <w:jc w:val="left"/>
            </w:pPr>
            <w:r>
              <w:rPr>
                <w:sz w:val="16"/>
              </w:rPr>
              <w:t>Emergency</w:t>
            </w:r>
          </w:p>
        </w:tc>
        <w:tc>
          <w:tcPr>
            <w:tcW w:type="dxa" w:w="2695"/>
          </w:tcPr>
          <w:p>
            <w:pPr>
              <w:spacing w:after="0"/>
              <w:jc w:val="left"/>
            </w:pPr>
            <w:r>
              <w:rPr>
                <w:sz w:val="16"/>
              </w:rPr>
              <w:t>Hurricane Florence</w:t>
            </w:r>
          </w:p>
        </w:tc>
        <w:tc>
          <w:tcPr>
            <w:tcW w:type="dxa" w:w="2036"/>
          </w:tcPr>
          <w:p>
            <w:pPr>
              <w:spacing w:after="0"/>
              <w:jc w:val="left"/>
            </w:pPr>
            <w:r>
              <w:rPr>
                <w:sz w:val="16"/>
              </w:rPr>
              <w:t>Hurricane</w:t>
            </w:r>
          </w:p>
        </w:tc>
        <w:tc>
          <w:tcPr>
            <w:tcW w:type="dxa" w:w="2357"/>
          </w:tcPr>
          <w:p>
            <w:pPr>
              <w:spacing w:after="0"/>
              <w:jc w:val="right"/>
            </w:pPr>
            <w:r>
              <w:rPr>
                <w:sz w:val="16"/>
              </w:rPr>
              <w:t>no Public Assistance recorded</w:t>
            </w:r>
          </w:p>
        </w:tc>
        <w:tc>
          <w:tcPr>
            <w:tcW w:type="dxa" w:w="173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2016-03-07</w:t>
            </w:r>
          </w:p>
        </w:tc>
        <w:tc>
          <w:tcPr>
            <w:tcW w:type="dxa" w:w="1037"/>
          </w:tcPr>
          <w:p>
            <w:pPr>
              <w:spacing w:after="0"/>
              <w:jc w:val="left"/>
            </w:pPr>
            <w:r>
              <w:rPr>
                <w:sz w:val="16"/>
              </w:rPr>
              <w:t>2016-01-22</w:t>
            </w:r>
          </w:p>
        </w:tc>
        <w:tc>
          <w:tcPr>
            <w:tcW w:type="dxa" w:w="1037"/>
          </w:tcPr>
          <w:p>
            <w:pPr>
              <w:spacing w:after="0"/>
              <w:jc w:val="left"/>
            </w:pPr>
            <w:r>
              <w:rPr>
                <w:sz w:val="16"/>
              </w:rPr>
              <w:t>DR-4262-VA</w:t>
            </w:r>
          </w:p>
        </w:tc>
        <w:tc>
          <w:tcPr>
            <w:tcW w:type="dxa" w:w="1295"/>
          </w:tcPr>
          <w:p>
            <w:pPr>
              <w:spacing w:after="0"/>
              <w:jc w:val="left"/>
            </w:pPr>
            <w:r>
              <w:rPr>
                <w:sz w:val="16"/>
              </w:rPr>
              <w:t>Major disaster</w:t>
            </w:r>
          </w:p>
        </w:tc>
        <w:tc>
          <w:tcPr>
            <w:tcW w:type="dxa" w:w="2695"/>
          </w:tcPr>
          <w:p>
            <w:pPr>
              <w:spacing w:after="0"/>
              <w:jc w:val="left"/>
            </w:pPr>
            <w:r>
              <w:rPr>
                <w:sz w:val="16"/>
              </w:rPr>
              <w:t>Severe Winter Storm and Snowstorm</w:t>
            </w:r>
          </w:p>
        </w:tc>
        <w:tc>
          <w:tcPr>
            <w:tcW w:type="dxa" w:w="2036"/>
          </w:tcPr>
          <w:p>
            <w:pPr>
              <w:spacing w:after="0"/>
              <w:jc w:val="left"/>
            </w:pPr>
            <w:r>
              <w:rPr>
                <w:sz w:val="16"/>
              </w:rPr>
              <w:t>Winter Weather</w:t>
            </w:r>
          </w:p>
        </w:tc>
        <w:tc>
          <w:tcPr>
            <w:tcW w:type="dxa" w:w="2357"/>
          </w:tcPr>
          <w:p>
            <w:pPr>
              <w:spacing w:after="0"/>
              <w:jc w:val="right"/>
            </w:pPr>
            <w:r>
              <w:rPr>
                <w:sz w:val="16"/>
              </w:rPr>
              <w:t>no Public Assistance recorded</w:t>
            </w:r>
          </w:p>
        </w:tc>
        <w:tc>
          <w:tcPr>
            <w:tcW w:type="dxa" w:w="173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2012-11-26</w:t>
            </w:r>
          </w:p>
        </w:tc>
        <w:tc>
          <w:tcPr>
            <w:tcW w:type="dxa" w:w="1037"/>
          </w:tcPr>
          <w:p>
            <w:pPr>
              <w:spacing w:after="0"/>
              <w:jc w:val="left"/>
            </w:pPr>
            <w:r>
              <w:rPr>
                <w:sz w:val="16"/>
              </w:rPr>
              <w:t>2012-10-26</w:t>
            </w:r>
          </w:p>
        </w:tc>
        <w:tc>
          <w:tcPr>
            <w:tcW w:type="dxa" w:w="1037"/>
          </w:tcPr>
          <w:p>
            <w:pPr>
              <w:spacing w:after="0"/>
              <w:jc w:val="left"/>
            </w:pPr>
            <w:r>
              <w:rPr>
                <w:sz w:val="16"/>
              </w:rPr>
              <w:t>DR-4092-VA</w:t>
            </w:r>
          </w:p>
        </w:tc>
        <w:tc>
          <w:tcPr>
            <w:tcW w:type="dxa" w:w="1295"/>
          </w:tcPr>
          <w:p>
            <w:pPr>
              <w:spacing w:after="0"/>
              <w:jc w:val="left"/>
            </w:pPr>
            <w:r>
              <w:rPr>
                <w:sz w:val="16"/>
              </w:rPr>
              <w:t>Major disaster</w:t>
            </w:r>
          </w:p>
        </w:tc>
        <w:tc>
          <w:tcPr>
            <w:tcW w:type="dxa" w:w="2695"/>
          </w:tcPr>
          <w:p>
            <w:pPr>
              <w:spacing w:after="0"/>
              <w:jc w:val="left"/>
            </w:pPr>
            <w:r>
              <w:rPr>
                <w:sz w:val="16"/>
              </w:rPr>
              <w:t>Hurricane Sandy</w:t>
            </w:r>
          </w:p>
        </w:tc>
        <w:tc>
          <w:tcPr>
            <w:tcW w:type="dxa" w:w="2036"/>
          </w:tcPr>
          <w:p>
            <w:pPr>
              <w:spacing w:after="0"/>
              <w:jc w:val="left"/>
            </w:pPr>
            <w:r>
              <w:rPr>
                <w:sz w:val="16"/>
              </w:rPr>
              <w:t>Hurricane</w:t>
            </w:r>
          </w:p>
        </w:tc>
        <w:tc>
          <w:tcPr>
            <w:tcW w:type="dxa" w:w="2357"/>
          </w:tcPr>
          <w:p>
            <w:pPr>
              <w:spacing w:after="0"/>
              <w:jc w:val="right"/>
            </w:pPr>
            <w:r>
              <w:rPr>
                <w:sz w:val="16"/>
              </w:rPr>
              <w:t>no Public Assistance recorded</w:t>
            </w:r>
          </w:p>
        </w:tc>
        <w:tc>
          <w:tcPr>
            <w:tcW w:type="dxa" w:w="173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295"/>
          </w:tcPr>
          <w:p>
            <w:pPr>
              <w:spacing w:after="0"/>
              <w:jc w:val="left"/>
            </w:pPr>
            <w:r>
              <w:rPr>
                <w:sz w:val="16"/>
              </w:rPr>
              <w:t>Emergency</w:t>
            </w:r>
          </w:p>
        </w:tc>
        <w:tc>
          <w:tcPr>
            <w:tcW w:type="dxa" w:w="2695"/>
          </w:tcPr>
          <w:p>
            <w:pPr>
              <w:spacing w:after="0"/>
              <w:jc w:val="left"/>
            </w:pPr>
            <w:r>
              <w:rPr>
                <w:sz w:val="16"/>
              </w:rPr>
              <w:t>Hurricane Sandy</w:t>
            </w:r>
          </w:p>
        </w:tc>
        <w:tc>
          <w:tcPr>
            <w:tcW w:type="dxa" w:w="2036"/>
          </w:tcPr>
          <w:p>
            <w:pPr>
              <w:spacing w:after="0"/>
              <w:jc w:val="left"/>
            </w:pPr>
            <w:r>
              <w:rPr>
                <w:sz w:val="16"/>
              </w:rPr>
              <w:t>Hurricane</w:t>
            </w:r>
          </w:p>
        </w:tc>
        <w:tc>
          <w:tcPr>
            <w:tcW w:type="dxa" w:w="2357"/>
          </w:tcPr>
          <w:p>
            <w:pPr>
              <w:spacing w:after="0"/>
              <w:jc w:val="right"/>
            </w:pPr>
            <w:r>
              <w:rPr>
                <w:sz w:val="16"/>
              </w:rPr>
              <w:t>no Public Assistance recorded</w:t>
            </w:r>
          </w:p>
        </w:tc>
        <w:tc>
          <w:tcPr>
            <w:tcW w:type="dxa" w:w="1733"/>
          </w:tcPr>
          <w:p>
            <w:pPr>
              <w:spacing w:after="0"/>
              <w:jc w:val="left"/>
            </w:pPr>
          </w:p>
        </w:tc>
        <w:tc>
          <w:tcPr>
            <w:tcW w:type="dxa" w:w="886"/>
          </w:tcPr>
          <w:p>
            <w:pPr>
              <w:spacing w:after="0"/>
              <w:jc w:val="left"/>
            </w:pPr>
            <w:r>
              <w:rPr>
                <w:sz w:val="16"/>
              </w:rPr>
              <w:t>same incident as DR-4092</w:t>
            </w:r>
          </w:p>
        </w:tc>
      </w:tr>
      <w:tr>
        <w:trPr>
          <w:cantSplit/>
        </w:trPr>
        <w:tc>
          <w:tcPr>
            <w:tcW w:type="dxa" w:w="1037"/>
          </w:tcPr>
          <w:p>
            <w:pPr>
              <w:spacing w:after="0"/>
              <w:jc w:val="left"/>
            </w:pPr>
            <w:r>
              <w:rPr>
                <w:sz w:val="16"/>
              </w:rPr>
              <w:t>2012-07-27</w:t>
            </w:r>
          </w:p>
        </w:tc>
        <w:tc>
          <w:tcPr>
            <w:tcW w:type="dxa" w:w="1037"/>
          </w:tcPr>
          <w:p>
            <w:pPr>
              <w:spacing w:after="0"/>
              <w:jc w:val="left"/>
            </w:pPr>
            <w:r>
              <w:rPr>
                <w:sz w:val="16"/>
              </w:rPr>
              <w:t>2012-06-29</w:t>
            </w:r>
          </w:p>
        </w:tc>
        <w:tc>
          <w:tcPr>
            <w:tcW w:type="dxa" w:w="1037"/>
          </w:tcPr>
          <w:p>
            <w:pPr>
              <w:spacing w:after="0"/>
              <w:jc w:val="left"/>
            </w:pPr>
            <w:r>
              <w:rPr>
                <w:sz w:val="16"/>
              </w:rPr>
              <w:t>DR-4072-VA</w:t>
            </w:r>
          </w:p>
        </w:tc>
        <w:tc>
          <w:tcPr>
            <w:tcW w:type="dxa" w:w="1295"/>
          </w:tcPr>
          <w:p>
            <w:pPr>
              <w:spacing w:after="0"/>
              <w:jc w:val="left"/>
            </w:pPr>
            <w:r>
              <w:rPr>
                <w:sz w:val="16"/>
              </w:rPr>
              <w:t>Major disaster</w:t>
            </w:r>
          </w:p>
        </w:tc>
        <w:tc>
          <w:tcPr>
            <w:tcW w:type="dxa" w:w="2695"/>
          </w:tcPr>
          <w:p>
            <w:pPr>
              <w:spacing w:after="0"/>
              <w:jc w:val="left"/>
            </w:pPr>
            <w:r>
              <w:rPr>
                <w:sz w:val="16"/>
              </w:rPr>
              <w:t>Severe Storms and Straight-Line Winds</w:t>
            </w:r>
          </w:p>
        </w:tc>
        <w:tc>
          <w:tcPr>
            <w:tcW w:type="dxa" w:w="2036"/>
          </w:tcPr>
          <w:p>
            <w:pPr>
              <w:spacing w:after="0"/>
              <w:jc w:val="left"/>
            </w:pPr>
            <w:r>
              <w:rPr>
                <w:sz w:val="16"/>
              </w:rPr>
              <w:t>Strong Wind</w:t>
            </w:r>
          </w:p>
        </w:tc>
        <w:tc>
          <w:tcPr>
            <w:tcW w:type="dxa" w:w="2357"/>
          </w:tcPr>
          <w:p>
            <w:pPr>
              <w:spacing w:after="0"/>
              <w:jc w:val="right"/>
            </w:pPr>
            <w:r>
              <w:rPr>
                <w:sz w:val="16"/>
              </w:rPr>
              <w:t>$2,448</w:t>
            </w:r>
          </w:p>
        </w:tc>
        <w:tc>
          <w:tcPr>
            <w:tcW w:type="dxa" w:w="173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2010-04-27</w:t>
            </w:r>
          </w:p>
        </w:tc>
        <w:tc>
          <w:tcPr>
            <w:tcW w:type="dxa" w:w="1037"/>
          </w:tcPr>
          <w:p>
            <w:pPr>
              <w:spacing w:after="0"/>
              <w:jc w:val="left"/>
            </w:pPr>
            <w:r>
              <w:rPr>
                <w:sz w:val="16"/>
              </w:rPr>
              <w:t>2010-02-05</w:t>
            </w:r>
          </w:p>
        </w:tc>
        <w:tc>
          <w:tcPr>
            <w:tcW w:type="dxa" w:w="1037"/>
          </w:tcPr>
          <w:p>
            <w:pPr>
              <w:spacing w:after="0"/>
              <w:jc w:val="left"/>
            </w:pPr>
            <w:r>
              <w:rPr>
                <w:sz w:val="16"/>
              </w:rPr>
              <w:t>DR-1905-VA</w:t>
            </w:r>
          </w:p>
        </w:tc>
        <w:tc>
          <w:tcPr>
            <w:tcW w:type="dxa" w:w="1295"/>
          </w:tcPr>
          <w:p>
            <w:pPr>
              <w:spacing w:after="0"/>
              <w:jc w:val="left"/>
            </w:pPr>
            <w:r>
              <w:rPr>
                <w:sz w:val="16"/>
              </w:rPr>
              <w:t>Major disaster</w:t>
            </w:r>
          </w:p>
        </w:tc>
        <w:tc>
          <w:tcPr>
            <w:tcW w:type="dxa" w:w="2695"/>
          </w:tcPr>
          <w:p>
            <w:pPr>
              <w:spacing w:after="0"/>
              <w:jc w:val="left"/>
            </w:pPr>
            <w:r>
              <w:rPr>
                <w:sz w:val="16"/>
              </w:rPr>
              <w:t>Severe Winter Storms and Snowstorms</w:t>
            </w:r>
          </w:p>
        </w:tc>
        <w:tc>
          <w:tcPr>
            <w:tcW w:type="dxa" w:w="2036"/>
          </w:tcPr>
          <w:p>
            <w:pPr>
              <w:spacing w:after="0"/>
              <w:jc w:val="left"/>
            </w:pPr>
            <w:r>
              <w:rPr>
                <w:sz w:val="16"/>
              </w:rPr>
              <w:t>Winter Weather</w:t>
            </w:r>
          </w:p>
        </w:tc>
        <w:tc>
          <w:tcPr>
            <w:tcW w:type="dxa" w:w="2357"/>
          </w:tcPr>
          <w:p>
            <w:pPr>
              <w:spacing w:after="0"/>
              <w:jc w:val="right"/>
            </w:pPr>
            <w:r>
              <w:rPr>
                <w:sz w:val="16"/>
              </w:rPr>
              <w:t>$3,807.32</w:t>
            </w:r>
          </w:p>
        </w:tc>
        <w:tc>
          <w:tcPr>
            <w:tcW w:type="dxa" w:w="173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2010-02-16</w:t>
            </w:r>
          </w:p>
        </w:tc>
        <w:tc>
          <w:tcPr>
            <w:tcW w:type="dxa" w:w="1037"/>
          </w:tcPr>
          <w:p>
            <w:pPr>
              <w:spacing w:after="0"/>
              <w:jc w:val="left"/>
            </w:pPr>
            <w:r>
              <w:rPr>
                <w:sz w:val="16"/>
              </w:rPr>
              <w:t>2009-12-18</w:t>
            </w:r>
          </w:p>
        </w:tc>
        <w:tc>
          <w:tcPr>
            <w:tcW w:type="dxa" w:w="1037"/>
          </w:tcPr>
          <w:p>
            <w:pPr>
              <w:spacing w:after="0"/>
              <w:jc w:val="left"/>
            </w:pPr>
            <w:r>
              <w:rPr>
                <w:sz w:val="16"/>
              </w:rPr>
              <w:t>DR-1874-VA</w:t>
            </w:r>
          </w:p>
        </w:tc>
        <w:tc>
          <w:tcPr>
            <w:tcW w:type="dxa" w:w="1295"/>
          </w:tcPr>
          <w:p>
            <w:pPr>
              <w:spacing w:after="0"/>
              <w:jc w:val="left"/>
            </w:pPr>
            <w:r>
              <w:rPr>
                <w:sz w:val="16"/>
              </w:rPr>
              <w:t>Major disaster</w:t>
            </w:r>
          </w:p>
        </w:tc>
        <w:tc>
          <w:tcPr>
            <w:tcW w:type="dxa" w:w="2695"/>
          </w:tcPr>
          <w:p>
            <w:pPr>
              <w:spacing w:after="0"/>
              <w:jc w:val="left"/>
            </w:pPr>
            <w:r>
              <w:rPr>
                <w:sz w:val="16"/>
              </w:rPr>
              <w:t>Severe Winter Storm and Snowstorm</w:t>
            </w:r>
          </w:p>
        </w:tc>
        <w:tc>
          <w:tcPr>
            <w:tcW w:type="dxa" w:w="2036"/>
          </w:tcPr>
          <w:p>
            <w:pPr>
              <w:spacing w:after="0"/>
              <w:jc w:val="left"/>
            </w:pPr>
            <w:r>
              <w:rPr>
                <w:sz w:val="16"/>
              </w:rPr>
              <w:t>Winter Weather</w:t>
            </w:r>
          </w:p>
        </w:tc>
        <w:tc>
          <w:tcPr>
            <w:tcW w:type="dxa" w:w="2357"/>
          </w:tcPr>
          <w:p>
            <w:pPr>
              <w:spacing w:after="0"/>
              <w:jc w:val="right"/>
            </w:pPr>
            <w:r>
              <w:rPr>
                <w:sz w:val="16"/>
              </w:rPr>
              <w:t>$8,340.61</w:t>
            </w:r>
          </w:p>
        </w:tc>
        <w:tc>
          <w:tcPr>
            <w:tcW w:type="dxa" w:w="173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295"/>
          </w:tcPr>
          <w:p>
            <w:pPr>
              <w:spacing w:after="0"/>
              <w:jc w:val="left"/>
            </w:pPr>
            <w:r>
              <w:rPr>
                <w:sz w:val="16"/>
              </w:rPr>
              <w:t>Emergency</w:t>
            </w:r>
          </w:p>
        </w:tc>
        <w:tc>
          <w:tcPr>
            <w:tcW w:type="dxa" w:w="2695"/>
          </w:tcPr>
          <w:p>
            <w:pPr>
              <w:spacing w:after="0"/>
              <w:jc w:val="left"/>
            </w:pPr>
            <w:r>
              <w:rPr>
                <w:sz w:val="16"/>
              </w:rPr>
              <w:t>Hurricane Katrina Evacuation</w:t>
            </w:r>
          </w:p>
        </w:tc>
        <w:tc>
          <w:tcPr>
            <w:tcW w:type="dxa" w:w="2036"/>
          </w:tcPr>
          <w:p>
            <w:pPr>
              <w:spacing w:after="0"/>
              <w:jc w:val="left"/>
            </w:pPr>
            <w:r>
              <w:rPr>
                <w:sz w:val="16"/>
              </w:rPr>
              <w:t>Hurricane: evacuation support, not a local hazard event; not counted</w:t>
            </w:r>
          </w:p>
        </w:tc>
        <w:tc>
          <w:tcPr>
            <w:tcW w:type="dxa" w:w="2357"/>
          </w:tcPr>
          <w:p>
            <w:pPr>
              <w:spacing w:after="0"/>
              <w:jc w:val="right"/>
            </w:pPr>
            <w:r>
              <w:rPr>
                <w:sz w:val="16"/>
              </w:rPr>
              <w:t>no Public Assistance recorded</w:t>
            </w:r>
          </w:p>
        </w:tc>
        <w:tc>
          <w:tcPr>
            <w:tcW w:type="dxa" w:w="173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DR-1491-VA</w:t>
            </w:r>
          </w:p>
        </w:tc>
        <w:tc>
          <w:tcPr>
            <w:tcW w:type="dxa" w:w="1295"/>
          </w:tcPr>
          <w:p>
            <w:pPr>
              <w:spacing w:after="0"/>
              <w:jc w:val="left"/>
            </w:pPr>
            <w:r>
              <w:rPr>
                <w:sz w:val="16"/>
              </w:rPr>
              <w:t>Major disaster</w:t>
            </w:r>
          </w:p>
        </w:tc>
        <w:tc>
          <w:tcPr>
            <w:tcW w:type="dxa" w:w="2695"/>
          </w:tcPr>
          <w:p>
            <w:pPr>
              <w:spacing w:after="0"/>
              <w:jc w:val="left"/>
            </w:pPr>
            <w:r>
              <w:rPr>
                <w:sz w:val="16"/>
              </w:rPr>
              <w:t>Hurricane Isabel</w:t>
            </w:r>
          </w:p>
        </w:tc>
        <w:tc>
          <w:tcPr>
            <w:tcW w:type="dxa" w:w="2036"/>
          </w:tcPr>
          <w:p>
            <w:pPr>
              <w:spacing w:after="0"/>
              <w:jc w:val="left"/>
            </w:pPr>
            <w:r>
              <w:rPr>
                <w:sz w:val="16"/>
              </w:rPr>
              <w:t>Hurricane</w:t>
            </w:r>
          </w:p>
        </w:tc>
        <w:tc>
          <w:tcPr>
            <w:tcW w:type="dxa" w:w="2357"/>
          </w:tcPr>
          <w:p>
            <w:pPr>
              <w:spacing w:after="0"/>
              <w:jc w:val="right"/>
            </w:pPr>
            <w:r>
              <w:rPr>
                <w:sz w:val="16"/>
              </w:rPr>
              <w:t>$31,052.88</w:t>
            </w:r>
          </w:p>
        </w:tc>
        <w:tc>
          <w:tcPr>
            <w:tcW w:type="dxa" w:w="173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2000-01-25</w:t>
            </w:r>
          </w:p>
        </w:tc>
        <w:tc>
          <w:tcPr>
            <w:tcW w:type="dxa" w:w="1037"/>
          </w:tcPr>
          <w:p>
            <w:pPr>
              <w:spacing w:after="0"/>
              <w:jc w:val="left"/>
            </w:pPr>
            <w:r>
              <w:rPr>
                <w:sz w:val="16"/>
              </w:rPr>
              <w:t>DR-1318-VA</w:t>
            </w:r>
          </w:p>
        </w:tc>
        <w:tc>
          <w:tcPr>
            <w:tcW w:type="dxa" w:w="1295"/>
          </w:tcPr>
          <w:p>
            <w:pPr>
              <w:spacing w:after="0"/>
              <w:jc w:val="left"/>
            </w:pPr>
            <w:r>
              <w:rPr>
                <w:sz w:val="16"/>
              </w:rPr>
              <w:t>Major disaster</w:t>
            </w:r>
          </w:p>
        </w:tc>
        <w:tc>
          <w:tcPr>
            <w:tcW w:type="dxa" w:w="2695"/>
          </w:tcPr>
          <w:p>
            <w:pPr>
              <w:spacing w:after="0"/>
              <w:jc w:val="left"/>
            </w:pPr>
            <w:r>
              <w:rPr>
                <w:sz w:val="16"/>
              </w:rPr>
              <w:t>Severe Winter Storms</w:t>
            </w:r>
          </w:p>
        </w:tc>
        <w:tc>
          <w:tcPr>
            <w:tcW w:type="dxa" w:w="2036"/>
          </w:tcPr>
          <w:p>
            <w:pPr>
              <w:spacing w:after="0"/>
              <w:jc w:val="left"/>
            </w:pPr>
            <w:r>
              <w:rPr>
                <w:sz w:val="16"/>
              </w:rPr>
              <w:t>Winter Weather</w:t>
            </w:r>
          </w:p>
        </w:tc>
        <w:tc>
          <w:tcPr>
            <w:tcW w:type="dxa" w:w="2357"/>
          </w:tcPr>
          <w:p>
            <w:pPr>
              <w:spacing w:after="0"/>
              <w:jc w:val="right"/>
            </w:pPr>
            <w:r>
              <w:rPr>
                <w:sz w:val="16"/>
              </w:rPr>
              <w:t>no Public Assistance recorded</w:t>
            </w:r>
          </w:p>
        </w:tc>
        <w:tc>
          <w:tcPr>
            <w:tcW w:type="dxa" w:w="173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DR-1135-VA</w:t>
            </w:r>
          </w:p>
        </w:tc>
        <w:tc>
          <w:tcPr>
            <w:tcW w:type="dxa" w:w="1295"/>
          </w:tcPr>
          <w:p>
            <w:pPr>
              <w:spacing w:after="0"/>
              <w:jc w:val="left"/>
            </w:pPr>
            <w:r>
              <w:rPr>
                <w:sz w:val="16"/>
              </w:rPr>
              <w:t>Major disaster</w:t>
            </w:r>
          </w:p>
        </w:tc>
        <w:tc>
          <w:tcPr>
            <w:tcW w:type="dxa" w:w="2695"/>
          </w:tcPr>
          <w:p>
            <w:pPr>
              <w:spacing w:after="0"/>
              <w:jc w:val="left"/>
            </w:pPr>
            <w:r>
              <w:rPr>
                <w:sz w:val="16"/>
              </w:rPr>
              <w:t>Hurricane Fran and Associated Severe Storm Cond</w:t>
            </w:r>
          </w:p>
        </w:tc>
        <w:tc>
          <w:tcPr>
            <w:tcW w:type="dxa" w:w="2036"/>
          </w:tcPr>
          <w:p>
            <w:pPr>
              <w:spacing w:after="0"/>
              <w:jc w:val="left"/>
            </w:pPr>
            <w:r>
              <w:rPr>
                <w:sz w:val="16"/>
              </w:rPr>
              <w:t>Hurricane</w:t>
            </w:r>
          </w:p>
        </w:tc>
        <w:tc>
          <w:tcPr>
            <w:tcW w:type="dxa" w:w="2357"/>
          </w:tcPr>
          <w:p>
            <w:pPr>
              <w:spacing w:after="0"/>
              <w:jc w:val="right"/>
            </w:pPr>
            <w:r>
              <w:rPr>
                <w:sz w:val="16"/>
              </w:rPr>
              <w:t>no Public Assistance recorded</w:t>
            </w:r>
          </w:p>
        </w:tc>
        <w:tc>
          <w:tcPr>
            <w:tcW w:type="dxa" w:w="173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295"/>
          </w:tcPr>
          <w:p>
            <w:pPr>
              <w:spacing w:after="0"/>
              <w:jc w:val="left"/>
            </w:pPr>
            <w:r>
              <w:rPr>
                <w:sz w:val="16"/>
              </w:rPr>
              <w:t>Major disaster</w:t>
            </w:r>
          </w:p>
        </w:tc>
        <w:tc>
          <w:tcPr>
            <w:tcW w:type="dxa" w:w="2695"/>
          </w:tcPr>
          <w:p>
            <w:pPr>
              <w:spacing w:after="0"/>
              <w:jc w:val="left"/>
            </w:pPr>
            <w:r>
              <w:rPr>
                <w:sz w:val="16"/>
              </w:rPr>
              <w:t>Blizzard of 96 (Severe Snow Storm)</w:t>
            </w:r>
          </w:p>
        </w:tc>
        <w:tc>
          <w:tcPr>
            <w:tcW w:type="dxa" w:w="2036"/>
          </w:tcPr>
          <w:p>
            <w:pPr>
              <w:spacing w:after="0"/>
              <w:jc w:val="left"/>
            </w:pPr>
            <w:r>
              <w:rPr>
                <w:sz w:val="16"/>
              </w:rPr>
              <w:t>Winter Weather</w:t>
            </w:r>
          </w:p>
        </w:tc>
        <w:tc>
          <w:tcPr>
            <w:tcW w:type="dxa" w:w="2357"/>
          </w:tcPr>
          <w:p>
            <w:pPr>
              <w:spacing w:after="0"/>
              <w:jc w:val="right"/>
            </w:pPr>
            <w:r>
              <w:rPr>
                <w:sz w:val="16"/>
              </w:rPr>
              <w:t>no Public Assistance recorded</w:t>
            </w:r>
          </w:p>
        </w:tc>
        <w:tc>
          <w:tcPr>
            <w:tcW w:type="dxa" w:w="173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1995-07-01</w:t>
            </w:r>
          </w:p>
        </w:tc>
        <w:tc>
          <w:tcPr>
            <w:tcW w:type="dxa" w:w="1037"/>
          </w:tcPr>
          <w:p>
            <w:pPr>
              <w:spacing w:after="0"/>
              <w:jc w:val="left"/>
            </w:pPr>
            <w:r>
              <w:rPr>
                <w:sz w:val="16"/>
              </w:rPr>
              <w:t>1995-06-22</w:t>
            </w:r>
          </w:p>
        </w:tc>
        <w:tc>
          <w:tcPr>
            <w:tcW w:type="dxa" w:w="1037"/>
          </w:tcPr>
          <w:p>
            <w:pPr>
              <w:spacing w:after="0"/>
              <w:jc w:val="left"/>
            </w:pPr>
            <w:r>
              <w:rPr>
                <w:sz w:val="16"/>
              </w:rPr>
              <w:t>DR-1059-VA</w:t>
            </w:r>
          </w:p>
        </w:tc>
        <w:tc>
          <w:tcPr>
            <w:tcW w:type="dxa" w:w="1295"/>
          </w:tcPr>
          <w:p>
            <w:pPr>
              <w:spacing w:after="0"/>
              <w:jc w:val="left"/>
            </w:pPr>
            <w:r>
              <w:rPr>
                <w:sz w:val="16"/>
              </w:rPr>
              <w:t>Major disaster</w:t>
            </w:r>
          </w:p>
        </w:tc>
        <w:tc>
          <w:tcPr>
            <w:tcW w:type="dxa" w:w="2695"/>
          </w:tcPr>
          <w:p>
            <w:pPr>
              <w:spacing w:after="0"/>
              <w:jc w:val="left"/>
            </w:pPr>
            <w:r>
              <w:rPr>
                <w:sz w:val="16"/>
              </w:rPr>
              <w:t>Severe Storms and Flooding</w:t>
            </w:r>
          </w:p>
        </w:tc>
        <w:tc>
          <w:tcPr>
            <w:tcW w:type="dxa" w:w="2036"/>
          </w:tcPr>
          <w:p>
            <w:pPr>
              <w:spacing w:after="0"/>
              <w:jc w:val="left"/>
            </w:pPr>
            <w:r>
              <w:rPr>
                <w:sz w:val="16"/>
              </w:rPr>
              <w:t>Inland Flooding</w:t>
            </w:r>
          </w:p>
        </w:tc>
        <w:tc>
          <w:tcPr>
            <w:tcW w:type="dxa" w:w="2357"/>
          </w:tcPr>
          <w:p>
            <w:pPr>
              <w:spacing w:after="0"/>
              <w:jc w:val="right"/>
            </w:pPr>
            <w:r>
              <w:rPr>
                <w:sz w:val="16"/>
              </w:rPr>
              <w:t>no Public Assistance recorded</w:t>
            </w:r>
          </w:p>
        </w:tc>
        <w:tc>
          <w:tcPr>
            <w:tcW w:type="dxa" w:w="173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1994-04-11</w:t>
            </w:r>
          </w:p>
        </w:tc>
        <w:tc>
          <w:tcPr>
            <w:tcW w:type="dxa" w:w="1037"/>
          </w:tcPr>
          <w:p>
            <w:pPr>
              <w:spacing w:after="0"/>
              <w:jc w:val="left"/>
            </w:pPr>
            <w:r>
              <w:rPr>
                <w:sz w:val="16"/>
              </w:rPr>
              <w:t>1994-03-01</w:t>
            </w:r>
          </w:p>
        </w:tc>
        <w:tc>
          <w:tcPr>
            <w:tcW w:type="dxa" w:w="1037"/>
          </w:tcPr>
          <w:p>
            <w:pPr>
              <w:spacing w:after="0"/>
              <w:jc w:val="left"/>
            </w:pPr>
            <w:r>
              <w:rPr>
                <w:sz w:val="16"/>
              </w:rPr>
              <w:t>DR-1021-VA</w:t>
            </w:r>
          </w:p>
        </w:tc>
        <w:tc>
          <w:tcPr>
            <w:tcW w:type="dxa" w:w="1295"/>
          </w:tcPr>
          <w:p>
            <w:pPr>
              <w:spacing w:after="0"/>
              <w:jc w:val="left"/>
            </w:pPr>
            <w:r>
              <w:rPr>
                <w:sz w:val="16"/>
              </w:rPr>
              <w:t>Major disaster</w:t>
            </w:r>
          </w:p>
        </w:tc>
        <w:tc>
          <w:tcPr>
            <w:tcW w:type="dxa" w:w="2695"/>
          </w:tcPr>
          <w:p>
            <w:pPr>
              <w:spacing w:after="0"/>
              <w:jc w:val="left"/>
            </w:pPr>
            <w:r>
              <w:rPr>
                <w:sz w:val="16"/>
              </w:rPr>
              <w:t>Severe Winter Ice Storm</w:t>
            </w:r>
          </w:p>
        </w:tc>
        <w:tc>
          <w:tcPr>
            <w:tcW w:type="dxa" w:w="2036"/>
          </w:tcPr>
          <w:p>
            <w:pPr>
              <w:spacing w:after="0"/>
              <w:jc w:val="left"/>
            </w:pPr>
            <w:r>
              <w:rPr>
                <w:sz w:val="16"/>
              </w:rPr>
              <w:t>Ice Storm; Winter Weather</w:t>
            </w:r>
          </w:p>
        </w:tc>
        <w:tc>
          <w:tcPr>
            <w:tcW w:type="dxa" w:w="2357"/>
          </w:tcPr>
          <w:p>
            <w:pPr>
              <w:spacing w:after="0"/>
              <w:jc w:val="right"/>
            </w:pPr>
            <w:r>
              <w:rPr>
                <w:sz w:val="16"/>
              </w:rPr>
              <w:t>no Public Assistance recorded</w:t>
            </w:r>
          </w:p>
        </w:tc>
        <w:tc>
          <w:tcPr>
            <w:tcW w:type="dxa" w:w="173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295"/>
          </w:tcPr>
          <w:p>
            <w:pPr>
              <w:spacing w:after="0"/>
              <w:jc w:val="left"/>
            </w:pPr>
            <w:r>
              <w:rPr>
                <w:sz w:val="16"/>
              </w:rPr>
              <w:t>Emergency</w:t>
            </w:r>
          </w:p>
        </w:tc>
        <w:tc>
          <w:tcPr>
            <w:tcW w:type="dxa" w:w="2695"/>
          </w:tcPr>
          <w:p>
            <w:pPr>
              <w:spacing w:after="0"/>
              <w:jc w:val="left"/>
            </w:pPr>
            <w:r>
              <w:rPr>
                <w:sz w:val="16"/>
              </w:rPr>
              <w:t>Severe Winter Storm</w:t>
            </w:r>
          </w:p>
        </w:tc>
        <w:tc>
          <w:tcPr>
            <w:tcW w:type="dxa" w:w="2036"/>
          </w:tcPr>
          <w:p>
            <w:pPr>
              <w:spacing w:after="0"/>
              <w:jc w:val="left"/>
            </w:pPr>
            <w:r>
              <w:rPr>
                <w:sz w:val="16"/>
              </w:rPr>
              <w:t>Winter Weather</w:t>
            </w:r>
          </w:p>
        </w:tc>
        <w:tc>
          <w:tcPr>
            <w:tcW w:type="dxa" w:w="2357"/>
          </w:tcPr>
          <w:p>
            <w:pPr>
              <w:spacing w:after="0"/>
              <w:jc w:val="right"/>
            </w:pPr>
            <w:r>
              <w:rPr>
                <w:sz w:val="16"/>
              </w:rPr>
              <w:t>no Public Assistance recorded</w:t>
            </w:r>
          </w:p>
        </w:tc>
        <w:tc>
          <w:tcPr>
            <w:tcW w:type="dxa" w:w="173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1985-11-09</w:t>
            </w:r>
          </w:p>
        </w:tc>
        <w:tc>
          <w:tcPr>
            <w:tcW w:type="dxa" w:w="1037"/>
          </w:tcPr>
          <w:p>
            <w:pPr>
              <w:spacing w:after="0"/>
              <w:jc w:val="left"/>
            </w:pPr>
            <w:r>
              <w:rPr>
                <w:sz w:val="16"/>
              </w:rPr>
              <w:t>1985-11-09</w:t>
            </w:r>
          </w:p>
        </w:tc>
        <w:tc>
          <w:tcPr>
            <w:tcW w:type="dxa" w:w="1037"/>
          </w:tcPr>
          <w:p>
            <w:pPr>
              <w:spacing w:after="0"/>
              <w:jc w:val="left"/>
            </w:pPr>
            <w:r>
              <w:rPr>
                <w:sz w:val="16"/>
              </w:rPr>
              <w:t>DR-755-VA</w:t>
            </w:r>
          </w:p>
        </w:tc>
        <w:tc>
          <w:tcPr>
            <w:tcW w:type="dxa" w:w="1295"/>
          </w:tcPr>
          <w:p>
            <w:pPr>
              <w:spacing w:after="0"/>
              <w:jc w:val="left"/>
            </w:pPr>
            <w:r>
              <w:rPr>
                <w:sz w:val="16"/>
              </w:rPr>
              <w:t>Major disaster</w:t>
            </w:r>
          </w:p>
        </w:tc>
        <w:tc>
          <w:tcPr>
            <w:tcW w:type="dxa" w:w="2695"/>
          </w:tcPr>
          <w:p>
            <w:pPr>
              <w:spacing w:after="0"/>
              <w:jc w:val="left"/>
            </w:pPr>
            <w:r>
              <w:rPr>
                <w:sz w:val="16"/>
              </w:rPr>
              <w:t>Severe Storms &amp; Flooding</w:t>
            </w:r>
          </w:p>
        </w:tc>
        <w:tc>
          <w:tcPr>
            <w:tcW w:type="dxa" w:w="2036"/>
          </w:tcPr>
          <w:p>
            <w:pPr>
              <w:spacing w:after="0"/>
              <w:jc w:val="left"/>
            </w:pPr>
            <w:r>
              <w:rPr>
                <w:sz w:val="16"/>
              </w:rPr>
              <w:t>Inland Flooding</w:t>
            </w:r>
          </w:p>
        </w:tc>
        <w:tc>
          <w:tcPr>
            <w:tcW w:type="dxa" w:w="2357"/>
          </w:tcPr>
          <w:p>
            <w:pPr>
              <w:spacing w:after="0"/>
              <w:jc w:val="right"/>
            </w:pPr>
            <w:r>
              <w:rPr>
                <w:sz w:val="16"/>
              </w:rPr>
              <w:t>no Public Assistance recorded</w:t>
            </w:r>
          </w:p>
        </w:tc>
        <w:tc>
          <w:tcPr>
            <w:tcW w:type="dxa" w:w="173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1977-07-23</w:t>
            </w:r>
          </w:p>
        </w:tc>
        <w:tc>
          <w:tcPr>
            <w:tcW w:type="dxa" w:w="1037"/>
          </w:tcPr>
          <w:p>
            <w:pPr>
              <w:spacing w:after="0"/>
              <w:jc w:val="left"/>
            </w:pPr>
            <w:r>
              <w:rPr>
                <w:sz w:val="16"/>
              </w:rPr>
              <w:t>1977-07-23</w:t>
            </w:r>
          </w:p>
        </w:tc>
        <w:tc>
          <w:tcPr>
            <w:tcW w:type="dxa" w:w="1037"/>
          </w:tcPr>
          <w:p>
            <w:pPr>
              <w:spacing w:after="0"/>
              <w:jc w:val="left"/>
            </w:pPr>
            <w:r>
              <w:rPr>
                <w:sz w:val="16"/>
              </w:rPr>
              <w:t>EM-3046-VA</w:t>
            </w:r>
          </w:p>
        </w:tc>
        <w:tc>
          <w:tcPr>
            <w:tcW w:type="dxa" w:w="1295"/>
          </w:tcPr>
          <w:p>
            <w:pPr>
              <w:spacing w:after="0"/>
              <w:jc w:val="left"/>
            </w:pPr>
            <w:r>
              <w:rPr>
                <w:sz w:val="16"/>
              </w:rPr>
              <w:t>Emergency</w:t>
            </w:r>
          </w:p>
        </w:tc>
        <w:tc>
          <w:tcPr>
            <w:tcW w:type="dxa" w:w="2695"/>
          </w:tcPr>
          <w:p>
            <w:pPr>
              <w:spacing w:after="0"/>
              <w:jc w:val="left"/>
            </w:pPr>
            <w:r>
              <w:rPr>
                <w:sz w:val="16"/>
              </w:rPr>
              <w:t>Drought</w:t>
            </w:r>
          </w:p>
        </w:tc>
        <w:tc>
          <w:tcPr>
            <w:tcW w:type="dxa" w:w="2036"/>
          </w:tcPr>
          <w:p>
            <w:pPr>
              <w:spacing w:after="0"/>
              <w:jc w:val="left"/>
            </w:pPr>
            <w:r>
              <w:rPr>
                <w:sz w:val="16"/>
              </w:rPr>
              <w:t>Drought</w:t>
            </w:r>
          </w:p>
        </w:tc>
        <w:tc>
          <w:tcPr>
            <w:tcW w:type="dxa" w:w="2357"/>
          </w:tcPr>
          <w:p>
            <w:pPr>
              <w:spacing w:after="0"/>
              <w:jc w:val="right"/>
            </w:pPr>
            <w:r>
              <w:rPr>
                <w:sz w:val="16"/>
              </w:rPr>
              <w:t>no Public Assistance recorded</w:t>
            </w:r>
          </w:p>
        </w:tc>
        <w:tc>
          <w:tcPr>
            <w:tcW w:type="dxa" w:w="173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1972-10-10</w:t>
            </w:r>
          </w:p>
        </w:tc>
        <w:tc>
          <w:tcPr>
            <w:tcW w:type="dxa" w:w="1037"/>
          </w:tcPr>
          <w:p>
            <w:pPr>
              <w:spacing w:after="0"/>
              <w:jc w:val="left"/>
            </w:pPr>
            <w:r>
              <w:rPr>
                <w:sz w:val="16"/>
              </w:rPr>
              <w:t>1972-10-10</w:t>
            </w:r>
          </w:p>
        </w:tc>
        <w:tc>
          <w:tcPr>
            <w:tcW w:type="dxa" w:w="1037"/>
          </w:tcPr>
          <w:p>
            <w:pPr>
              <w:spacing w:after="0"/>
              <w:jc w:val="left"/>
            </w:pPr>
            <w:r>
              <w:rPr>
                <w:sz w:val="16"/>
              </w:rPr>
              <w:t>DR-359-VA</w:t>
            </w:r>
          </w:p>
        </w:tc>
        <w:tc>
          <w:tcPr>
            <w:tcW w:type="dxa" w:w="1295"/>
          </w:tcPr>
          <w:p>
            <w:pPr>
              <w:spacing w:after="0"/>
              <w:jc w:val="left"/>
            </w:pPr>
            <w:r>
              <w:rPr>
                <w:sz w:val="16"/>
              </w:rPr>
              <w:t>Major disaster</w:t>
            </w:r>
          </w:p>
        </w:tc>
        <w:tc>
          <w:tcPr>
            <w:tcW w:type="dxa" w:w="2695"/>
          </w:tcPr>
          <w:p>
            <w:pPr>
              <w:spacing w:after="0"/>
              <w:jc w:val="left"/>
            </w:pPr>
            <w:r>
              <w:rPr>
                <w:sz w:val="16"/>
              </w:rPr>
              <w:t>Severe Storms &amp; Flooding</w:t>
            </w:r>
          </w:p>
        </w:tc>
        <w:tc>
          <w:tcPr>
            <w:tcW w:type="dxa" w:w="2036"/>
          </w:tcPr>
          <w:p>
            <w:pPr>
              <w:spacing w:after="0"/>
              <w:jc w:val="left"/>
            </w:pPr>
            <w:r>
              <w:rPr>
                <w:sz w:val="16"/>
              </w:rPr>
              <w:t>Inland Flooding</w:t>
            </w:r>
          </w:p>
        </w:tc>
        <w:tc>
          <w:tcPr>
            <w:tcW w:type="dxa" w:w="2357"/>
          </w:tcPr>
          <w:p>
            <w:pPr>
              <w:spacing w:after="0"/>
              <w:jc w:val="right"/>
            </w:pPr>
            <w:r>
              <w:rPr>
                <w:sz w:val="16"/>
              </w:rPr>
              <w:t>no Public Assistance recorded</w:t>
            </w:r>
          </w:p>
        </w:tc>
        <w:tc>
          <w:tcPr>
            <w:tcW w:type="dxa" w:w="173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DR-339-VA</w:t>
            </w:r>
          </w:p>
        </w:tc>
        <w:tc>
          <w:tcPr>
            <w:tcW w:type="dxa" w:w="1295"/>
          </w:tcPr>
          <w:p>
            <w:pPr>
              <w:spacing w:after="0"/>
              <w:jc w:val="left"/>
            </w:pPr>
            <w:r>
              <w:rPr>
                <w:sz w:val="16"/>
              </w:rPr>
              <w:t>Major disaster</w:t>
            </w:r>
          </w:p>
        </w:tc>
        <w:tc>
          <w:tcPr>
            <w:tcW w:type="dxa" w:w="2695"/>
          </w:tcPr>
          <w:p>
            <w:pPr>
              <w:spacing w:after="0"/>
              <w:jc w:val="left"/>
            </w:pPr>
            <w:r>
              <w:rPr>
                <w:sz w:val="16"/>
              </w:rPr>
              <w:t>Tropical Storm Agnes</w:t>
            </w:r>
          </w:p>
        </w:tc>
        <w:tc>
          <w:tcPr>
            <w:tcW w:type="dxa" w:w="2036"/>
          </w:tcPr>
          <w:p>
            <w:pPr>
              <w:spacing w:after="0"/>
              <w:jc w:val="left"/>
            </w:pPr>
            <w:r>
              <w:rPr>
                <w:sz w:val="16"/>
              </w:rPr>
              <w:t>Inland Flooding (primary); also designated: Hurricane</w:t>
            </w:r>
          </w:p>
        </w:tc>
        <w:tc>
          <w:tcPr>
            <w:tcW w:type="dxa" w:w="2357"/>
          </w:tcPr>
          <w:p>
            <w:pPr>
              <w:spacing w:after="0"/>
              <w:jc w:val="right"/>
            </w:pPr>
            <w:r>
              <w:rPr>
                <w:sz w:val="16"/>
              </w:rPr>
              <w:t>no Public Assistance recorded</w:t>
            </w:r>
          </w:p>
        </w:tc>
        <w:tc>
          <w:tcPr>
            <w:tcW w:type="dxa" w:w="1733"/>
          </w:tcPr>
          <w:p>
            <w:pPr>
              <w:spacing w:after="0"/>
              <w:jc w:val="left"/>
            </w:pPr>
          </w:p>
        </w:tc>
        <w:tc>
          <w:tcPr>
            <w:tcW w:type="dxa" w:w="8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01"/>
        <w:gridCol w:w="1110"/>
        <w:gridCol w:w="1912"/>
        <w:gridCol w:w="773"/>
        <w:gridCol w:w="1586"/>
        <w:gridCol w:w="1290"/>
        <w:gridCol w:w="1630"/>
        <w:gridCol w:w="2773"/>
      </w:tblGrid>
      <w:tr>
        <w:trPr>
          <w:cantSplit/>
          <w:tblHeader/>
        </w:trPr>
        <w:tc>
          <w:tcPr>
            <w:tcW w:type="dxa" w:w="1037"/>
            <w:shd w:val="clear" w:color="auto" w:fill="E8E8E8"/>
          </w:tcPr>
          <w:p>
            <w:pPr>
              <w:spacing w:after="0"/>
              <w:jc w:val="left"/>
            </w:pPr>
            <w:r>
              <w:rPr>
                <w:b/>
                <w:sz w:val="16"/>
              </w:rPr>
              <w:t>Hazard</w:t>
            </w:r>
          </w:p>
        </w:tc>
        <w:tc>
          <w:tcPr>
            <w:tcW w:type="dxa" w:w="20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0"/>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12"/>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3"/>
            <w:shd w:val="clear" w:color="auto" w:fill="E8E8E8"/>
          </w:tcPr>
          <w:p>
            <w:pPr>
              <w:spacing w:after="0"/>
              <w:jc w:val="right"/>
            </w:pPr>
            <w:r>
              <w:rPr>
                <w:b/>
                <w:sz w:val="16"/>
              </w:rPr>
              <w:t>Last 5 years</w:t>
            </w:r>
          </w:p>
          <w:p>
            <w:pPr>
              <w:spacing w:after="0"/>
              <w:jc w:val="right"/>
            </w:pPr>
            <w:r>
              <w:rPr>
                <w:i/>
                <w:color w:val="555555"/>
                <w:sz w:val="14"/>
              </w:rPr>
              <w:t>records</w:t>
            </w:r>
          </w:p>
        </w:tc>
        <w:tc>
          <w:tcPr>
            <w:tcW w:type="dxa" w:w="158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0"/>
            <w:shd w:val="clear" w:color="auto" w:fill="E8E8E8"/>
          </w:tcPr>
          <w:p>
            <w:pPr>
              <w:spacing w:after="0"/>
              <w:jc w:val="left"/>
            </w:pPr>
            <w:r>
              <w:rPr>
                <w:b/>
                <w:sz w:val="16"/>
              </w:rPr>
              <w:t>Period</w:t>
            </w:r>
          </w:p>
        </w:tc>
        <w:tc>
          <w:tcPr>
            <w:tcW w:type="dxa" w:w="277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001"/>
          </w:tcPr>
          <w:p>
            <w:pPr>
              <w:spacing w:after="0"/>
              <w:jc w:val="right"/>
            </w:pPr>
            <w:r>
              <w:rPr>
                <w:sz w:val="16"/>
              </w:rPr>
              <w:t>83</w:t>
            </w:r>
          </w:p>
        </w:tc>
        <w:tc>
          <w:tcPr>
            <w:tcW w:type="dxa" w:w="1110"/>
          </w:tcPr>
          <w:p>
            <w:pPr>
              <w:spacing w:after="0"/>
              <w:jc w:val="right"/>
            </w:pPr>
            <w:r>
              <w:rPr>
                <w:sz w:val="16"/>
              </w:rPr>
              <w:t>0</w:t>
            </w:r>
          </w:p>
        </w:tc>
        <w:tc>
          <w:tcPr>
            <w:tcW w:type="dxa" w:w="1912"/>
          </w:tcPr>
          <w:p>
            <w:pPr>
              <w:spacing w:after="0"/>
              <w:jc w:val="right"/>
            </w:pPr>
            <w:r>
              <w:rPr>
                <w:sz w:val="16"/>
              </w:rPr>
              <w:t>7</w:t>
            </w:r>
          </w:p>
        </w:tc>
        <w:tc>
          <w:tcPr>
            <w:tcW w:type="dxa" w:w="773"/>
          </w:tcPr>
          <w:p>
            <w:pPr>
              <w:spacing w:after="0"/>
              <w:jc w:val="right"/>
            </w:pPr>
            <w:r>
              <w:rPr>
                <w:sz w:val="16"/>
              </w:rPr>
              <w:t>19</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Includes 44 Frost/Freeze records.</w:t>
            </w:r>
          </w:p>
        </w:tc>
      </w:tr>
      <w:tr>
        <w:trPr>
          <w:cantSplit/>
        </w:trPr>
        <w:tc>
          <w:tcPr>
            <w:tcW w:type="dxa" w:w="1037"/>
          </w:tcPr>
          <w:p>
            <w:pPr>
              <w:spacing w:after="0"/>
              <w:jc w:val="left"/>
            </w:pPr>
            <w:r>
              <w:rPr>
                <w:sz w:val="16"/>
              </w:rPr>
              <w:t>Drought</w:t>
            </w:r>
          </w:p>
        </w:tc>
        <w:tc>
          <w:tcPr>
            <w:tcW w:type="dxa" w:w="2001"/>
          </w:tcPr>
          <w:p>
            <w:pPr>
              <w:spacing w:after="0"/>
              <w:jc w:val="right"/>
            </w:pPr>
            <w:r>
              <w:rPr>
                <w:sz w:val="16"/>
              </w:rPr>
              <w:t>11</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Earthquake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p>
        </w:tc>
        <w:tc>
          <w:tcPr>
            <w:tcW w:type="dxa" w:w="277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01"/>
          </w:tcPr>
          <w:p>
            <w:pPr>
              <w:spacing w:after="0"/>
              <w:jc w:val="right"/>
            </w:pPr>
            <w:r>
              <w:rPr>
                <w:sz w:val="16"/>
              </w:rPr>
              <w:t>24</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2</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p>
        </w:tc>
      </w:tr>
      <w:tr>
        <w:trPr>
          <w:cantSplit/>
        </w:trPr>
        <w:tc>
          <w:tcPr>
            <w:tcW w:type="dxa" w:w="1037"/>
          </w:tcPr>
          <w:p>
            <w:pPr>
              <w:spacing w:after="0"/>
              <w:jc w:val="left"/>
            </w:pPr>
            <w:r>
              <w:rPr>
                <w:sz w:val="16"/>
              </w:rPr>
              <w:t>Heat Wave</w:t>
            </w:r>
          </w:p>
        </w:tc>
        <w:tc>
          <w:tcPr>
            <w:tcW w:type="dxa" w:w="2001"/>
          </w:tcPr>
          <w:p>
            <w:pPr>
              <w:spacing w:after="0"/>
              <w:jc w:val="right"/>
            </w:pPr>
            <w:r>
              <w:rPr>
                <w:sz w:val="16"/>
              </w:rPr>
              <w:t>34</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Hurricane</w:t>
            </w:r>
          </w:p>
        </w:tc>
        <w:tc>
          <w:tcPr>
            <w:tcW w:type="dxa" w:w="2001"/>
          </w:tcPr>
          <w:p>
            <w:pPr>
              <w:spacing w:after="0"/>
              <w:jc w:val="right"/>
            </w:pPr>
            <w:r>
              <w:rPr>
                <w:sz w:val="16"/>
              </w:rPr>
              <w:t>1</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6</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Ice Storm</w:t>
            </w:r>
          </w:p>
        </w:tc>
        <w:tc>
          <w:tcPr>
            <w:tcW w:type="dxa" w:w="2001"/>
          </w:tcPr>
          <w:p>
            <w:pPr>
              <w:spacing w:after="0"/>
              <w:jc w:val="right"/>
            </w:pPr>
            <w:r>
              <w:rPr>
                <w:sz w:val="16"/>
              </w:rPr>
              <w:t>10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2</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Inland Flooding</w:t>
            </w:r>
          </w:p>
        </w:tc>
        <w:tc>
          <w:tcPr>
            <w:tcW w:type="dxa" w:w="2001"/>
          </w:tcPr>
          <w:p>
            <w:pPr>
              <w:spacing w:after="0"/>
              <w:jc w:val="right"/>
            </w:pPr>
            <w:r>
              <w:rPr>
                <w:sz w:val="16"/>
              </w:rPr>
              <w:t>145</w:t>
            </w:r>
          </w:p>
        </w:tc>
        <w:tc>
          <w:tcPr>
            <w:tcW w:type="dxa" w:w="1110"/>
          </w:tcPr>
          <w:p>
            <w:pPr>
              <w:spacing w:after="0"/>
              <w:jc w:val="right"/>
            </w:pPr>
            <w:r>
              <w:rPr>
                <w:sz w:val="16"/>
              </w:rPr>
              <w:t>0</w:t>
            </w:r>
          </w:p>
        </w:tc>
        <w:tc>
          <w:tcPr>
            <w:tcW w:type="dxa" w:w="1912"/>
          </w:tcPr>
          <w:p>
            <w:pPr>
              <w:spacing w:after="0"/>
              <w:jc w:val="right"/>
            </w:pPr>
            <w:r>
              <w:rPr>
                <w:sz w:val="16"/>
              </w:rPr>
              <w:t>3</w:t>
            </w:r>
          </w:p>
        </w:tc>
        <w:tc>
          <w:tcPr>
            <w:tcW w:type="dxa" w:w="773"/>
          </w:tcPr>
          <w:p>
            <w:pPr>
              <w:spacing w:after="0"/>
              <w:jc w:val="right"/>
            </w:pPr>
            <w:r>
              <w:rPr>
                <w:sz w:val="16"/>
              </w:rPr>
              <w:t>29</w:t>
            </w:r>
          </w:p>
        </w:tc>
        <w:tc>
          <w:tcPr>
            <w:tcW w:type="dxa" w:w="1586"/>
          </w:tcPr>
          <w:p>
            <w:pPr>
              <w:spacing w:after="0"/>
              <w:jc w:val="right"/>
            </w:pPr>
            <w:r>
              <w:rPr>
                <w:sz w:val="16"/>
              </w:rPr>
              <w:t>4</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Landslide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01"/>
          </w:tcPr>
          <w:p>
            <w:pPr>
              <w:spacing w:after="0"/>
              <w:jc w:val="right"/>
            </w:pPr>
            <w:r>
              <w:rPr>
                <w:sz w:val="16"/>
              </w:rPr>
              <w:t>2</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Strong Wind</w:t>
            </w:r>
          </w:p>
        </w:tc>
        <w:tc>
          <w:tcPr>
            <w:tcW w:type="dxa" w:w="2001"/>
          </w:tcPr>
          <w:p>
            <w:pPr>
              <w:spacing w:after="0"/>
              <w:jc w:val="right"/>
            </w:pPr>
            <w:r>
              <w:rPr>
                <w:sz w:val="16"/>
              </w:rPr>
              <w:t>211</w:t>
            </w:r>
          </w:p>
        </w:tc>
        <w:tc>
          <w:tcPr>
            <w:tcW w:type="dxa" w:w="1110"/>
          </w:tcPr>
          <w:p>
            <w:pPr>
              <w:spacing w:after="0"/>
              <w:jc w:val="right"/>
            </w:pPr>
            <w:r>
              <w:rPr>
                <w:sz w:val="16"/>
              </w:rPr>
              <w:t>0</w:t>
            </w:r>
          </w:p>
        </w:tc>
        <w:tc>
          <w:tcPr>
            <w:tcW w:type="dxa" w:w="1912"/>
          </w:tcPr>
          <w:p>
            <w:pPr>
              <w:spacing w:after="0"/>
              <w:jc w:val="right"/>
            </w:pPr>
            <w:r>
              <w:rPr>
                <w:sz w:val="16"/>
              </w:rPr>
              <w:t>15</w:t>
            </w:r>
          </w:p>
        </w:tc>
        <w:tc>
          <w:tcPr>
            <w:tcW w:type="dxa" w:w="773"/>
          </w:tcPr>
          <w:p>
            <w:pPr>
              <w:spacing w:after="0"/>
              <w:jc w:val="right"/>
            </w:pPr>
            <w:r>
              <w:rPr>
                <w:sz w:val="16"/>
              </w:rPr>
              <w:t>45</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r>
              <w:rPr>
                <w:sz w:val="16"/>
              </w:rPr>
              <w:t>Includes 16 High Wind and 12 Strong Wind records.</w:t>
            </w:r>
          </w:p>
        </w:tc>
      </w:tr>
      <w:tr>
        <w:trPr>
          <w:cantSplit/>
        </w:trPr>
        <w:tc>
          <w:tcPr>
            <w:tcW w:type="dxa" w:w="1037"/>
          </w:tcPr>
          <w:p>
            <w:pPr>
              <w:spacing w:after="0"/>
              <w:jc w:val="left"/>
            </w:pPr>
            <w:r>
              <w:rPr>
                <w:sz w:val="16"/>
              </w:rPr>
              <w:t>Tornado</w:t>
            </w:r>
          </w:p>
        </w:tc>
        <w:tc>
          <w:tcPr>
            <w:tcW w:type="dxa" w:w="2001"/>
          </w:tcPr>
          <w:p>
            <w:pPr>
              <w:spacing w:after="0"/>
              <w:jc w:val="right"/>
            </w:pPr>
            <w:r>
              <w:rPr>
                <w:sz w:val="16"/>
              </w:rPr>
              <w:t>9</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1950 to 2026-06-30</w:t>
            </w:r>
          </w:p>
        </w:tc>
        <w:tc>
          <w:tcPr>
            <w:tcW w:type="dxa" w:w="2773"/>
          </w:tcPr>
          <w:p>
            <w:pPr>
              <w:spacing w:after="0"/>
              <w:jc w:val="left"/>
            </w:pPr>
          </w:p>
        </w:tc>
      </w:tr>
      <w:tr>
        <w:trPr>
          <w:cantSplit/>
        </w:trPr>
        <w:tc>
          <w:tcPr>
            <w:tcW w:type="dxa" w:w="1037"/>
          </w:tcPr>
          <w:p>
            <w:pPr>
              <w:spacing w:after="0"/>
              <w:jc w:val="left"/>
            </w:pPr>
            <w:r>
              <w:rPr>
                <w:sz w:val="16"/>
              </w:rPr>
              <w:t>Wildfire</w:t>
            </w:r>
          </w:p>
        </w:tc>
        <w:tc>
          <w:tcPr>
            <w:tcW w:type="dxa" w:w="2001"/>
          </w:tcPr>
          <w:p>
            <w:pPr>
              <w:spacing w:after="0"/>
              <w:jc w:val="right"/>
            </w:pPr>
            <w:r>
              <w:rPr>
                <w:sz w:val="16"/>
              </w:rPr>
              <w:t>2</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Winter Weather</w:t>
            </w:r>
          </w:p>
        </w:tc>
        <w:tc>
          <w:tcPr>
            <w:tcW w:type="dxa" w:w="2001"/>
          </w:tcPr>
          <w:p>
            <w:pPr>
              <w:spacing w:after="0"/>
              <w:jc w:val="right"/>
            </w:pPr>
            <w:r>
              <w:rPr>
                <w:sz w:val="16"/>
              </w:rPr>
              <w:t>224</w:t>
            </w:r>
          </w:p>
        </w:tc>
        <w:tc>
          <w:tcPr>
            <w:tcW w:type="dxa" w:w="1110"/>
          </w:tcPr>
          <w:p>
            <w:pPr>
              <w:spacing w:after="0"/>
              <w:jc w:val="right"/>
            </w:pPr>
            <w:r>
              <w:rPr>
                <w:sz w:val="16"/>
              </w:rPr>
              <w:t>0</w:t>
            </w:r>
          </w:p>
        </w:tc>
        <w:tc>
          <w:tcPr>
            <w:tcW w:type="dxa" w:w="1912"/>
          </w:tcPr>
          <w:p>
            <w:pPr>
              <w:spacing w:after="0"/>
              <w:jc w:val="right"/>
            </w:pPr>
            <w:r>
              <w:rPr>
                <w:sz w:val="16"/>
              </w:rPr>
              <w:t>9</w:t>
            </w:r>
          </w:p>
        </w:tc>
        <w:tc>
          <w:tcPr>
            <w:tcW w:type="dxa" w:w="773"/>
          </w:tcPr>
          <w:p>
            <w:pPr>
              <w:spacing w:after="0"/>
              <w:jc w:val="right"/>
            </w:pPr>
            <w:r>
              <w:rPr>
                <w:sz w:val="16"/>
              </w:rPr>
              <w:t>51</w:t>
            </w:r>
          </w:p>
        </w:tc>
        <w:tc>
          <w:tcPr>
            <w:tcW w:type="dxa" w:w="1586"/>
          </w:tcPr>
          <w:p>
            <w:pPr>
              <w:spacing w:after="0"/>
              <w:jc w:val="right"/>
            </w:pPr>
            <w:r>
              <w:rPr>
                <w:sz w:val="16"/>
              </w:rPr>
              <w:t>9</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188"/>
        <w:gridCol w:w="3058"/>
        <w:gridCol w:w="935"/>
        <w:gridCol w:w="2336"/>
        <w:gridCol w:w="1491"/>
        <w:gridCol w:w="285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188"/>
            <w:shd w:val="clear" w:color="auto" w:fill="E8E8E8"/>
          </w:tcPr>
          <w:p>
            <w:pPr>
              <w:spacing w:after="0"/>
              <w:jc w:val="left"/>
            </w:pPr>
            <w:r>
              <w:rPr>
                <w:b/>
                <w:sz w:val="16"/>
              </w:rPr>
              <w:t>Magnitude or extent</w:t>
            </w:r>
          </w:p>
        </w:tc>
        <w:tc>
          <w:tcPr>
            <w:tcW w:type="dxa" w:w="3058"/>
            <w:shd w:val="clear" w:color="auto" w:fill="E8E8E8"/>
          </w:tcPr>
          <w:p>
            <w:pPr>
              <w:spacing w:after="0"/>
              <w:jc w:val="left"/>
            </w:pPr>
            <w:r>
              <w:rPr>
                <w:b/>
                <w:sz w:val="16"/>
              </w:rPr>
              <w:t>Damage</w:t>
            </w:r>
          </w:p>
          <w:p>
            <w:pPr>
              <w:spacing w:after="0"/>
              <w:jc w:val="left"/>
            </w:pPr>
            <w:r>
              <w:rPr>
                <w:i/>
                <w:color w:val="555555"/>
                <w:sz w:val="14"/>
              </w:rPr>
              <w:t>nominal dollars</w:t>
            </w:r>
          </w:p>
        </w:tc>
        <w:tc>
          <w:tcPr>
            <w:tcW w:type="dxa" w:w="93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36"/>
            <w:shd w:val="clear" w:color="auto" w:fill="E8E8E8"/>
          </w:tcPr>
          <w:p>
            <w:pPr>
              <w:spacing w:after="0"/>
              <w:jc w:val="left"/>
            </w:pPr>
            <w:r>
              <w:rPr>
                <w:b/>
                <w:sz w:val="16"/>
              </w:rPr>
              <w:t>Location</w:t>
            </w:r>
          </w:p>
        </w:tc>
        <w:tc>
          <w:tcPr>
            <w:tcW w:type="dxa" w:w="1491"/>
            <w:shd w:val="clear" w:color="auto" w:fill="E8E8E8"/>
          </w:tcPr>
          <w:p>
            <w:pPr>
              <w:spacing w:after="0"/>
              <w:jc w:val="left"/>
            </w:pPr>
            <w:r>
              <w:rPr>
                <w:b/>
                <w:sz w:val="16"/>
              </w:rPr>
              <w:t>Flags</w:t>
            </w:r>
          </w:p>
        </w:tc>
        <w:tc>
          <w:tcPr>
            <w:tcW w:type="dxa" w:w="285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2026-01-23</w:t>
            </w:r>
          </w:p>
        </w:tc>
        <w:tc>
          <w:tcPr>
            <w:tcW w:type="dxa" w:w="1215"/>
          </w:tcPr>
          <w:p>
            <w:pPr>
              <w:spacing w:after="0"/>
              <w:jc w:val="left"/>
            </w:pPr>
            <w:r>
              <w:rPr>
                <w:sz w:val="16"/>
              </w:rPr>
              <w:t>Extreme Cold/Wind Chill</w:t>
            </w:r>
          </w:p>
        </w:tc>
        <w:tc>
          <w:tcPr>
            <w:tcW w:type="dxa" w:w="1188"/>
          </w:tcPr>
          <w:p>
            <w:pPr>
              <w:spacing w:after="0"/>
              <w:jc w:val="left"/>
            </w:pPr>
          </w:p>
        </w:tc>
        <w:tc>
          <w:tcPr>
            <w:tcW w:type="dxa" w:w="3058"/>
          </w:tcPr>
          <w:p>
            <w:pPr>
              <w:spacing w:after="0"/>
              <w:jc w:val="left"/>
            </w:pPr>
            <w:r>
              <w:rPr>
                <w:sz w:val="16"/>
              </w:rPr>
              <w:t>damage not reported</w:t>
            </w:r>
          </w:p>
        </w:tc>
        <w:tc>
          <w:tcPr>
            <w:tcW w:type="dxa" w:w="935"/>
          </w:tcPr>
          <w:p>
            <w:pPr>
              <w:spacing w:after="0"/>
              <w:jc w:val="right"/>
            </w:pPr>
            <w:r>
              <w:rPr>
                <w:sz w:val="16"/>
              </w:rPr>
              <w:t>0, 0</w:t>
            </w:r>
          </w:p>
        </w:tc>
        <w:tc>
          <w:tcPr>
            <w:tcW w:type="dxa" w:w="2336"/>
          </w:tcPr>
          <w:p>
            <w:pPr>
              <w:spacing w:after="0"/>
              <w:jc w:val="left"/>
            </w:pPr>
            <w:r>
              <w:rPr>
                <w:sz w:val="16"/>
              </w:rPr>
              <w:t>NWS zone VAZ039 (MADISON), zone-level</w:t>
            </w:r>
          </w:p>
        </w:tc>
        <w:tc>
          <w:tcPr>
            <w:tcW w:type="dxa" w:w="1491"/>
          </w:tcPr>
          <w:p>
            <w:pPr>
              <w:spacing w:after="0"/>
              <w:jc w:val="left"/>
            </w:pPr>
            <w:r>
              <w:rPr>
                <w:sz w:val="16"/>
              </w:rPr>
              <w:t>in the 12 months before plan approval; within last 5 years</w:t>
            </w:r>
          </w:p>
        </w:tc>
        <w:tc>
          <w:tcPr>
            <w:tcW w:type="dxa" w:w="285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2023-08-07</w:t>
            </w:r>
          </w:p>
        </w:tc>
        <w:tc>
          <w:tcPr>
            <w:tcW w:type="dxa" w:w="1215"/>
          </w:tcPr>
          <w:p>
            <w:pPr>
              <w:spacing w:after="0"/>
              <w:jc w:val="left"/>
            </w:pPr>
            <w:r>
              <w:rPr>
                <w:sz w:val="16"/>
              </w:rPr>
              <w:t>Thunderstorm Wind</w:t>
            </w:r>
          </w:p>
        </w:tc>
        <w:tc>
          <w:tcPr>
            <w:tcW w:type="dxa" w:w="1188"/>
          </w:tcPr>
          <w:p>
            <w:pPr>
              <w:spacing w:after="0"/>
              <w:jc w:val="left"/>
            </w:pPr>
            <w:r>
              <w:rPr>
                <w:sz w:val="16"/>
              </w:rPr>
              <w:t>70 kt (81 mph) estimated gust</w:t>
            </w:r>
          </w:p>
        </w:tc>
        <w:tc>
          <w:tcPr>
            <w:tcW w:type="dxa" w:w="3058"/>
          </w:tcPr>
          <w:p>
            <w:pPr>
              <w:spacing w:after="0"/>
              <w:jc w:val="left"/>
            </w:pPr>
            <w:r>
              <w:rPr>
                <w:sz w:val="16"/>
              </w:rPr>
              <w:t>$100,000 property; crops not reported (2023 dollars)</w:t>
            </w:r>
          </w:p>
        </w:tc>
        <w:tc>
          <w:tcPr>
            <w:tcW w:type="dxa" w:w="935"/>
          </w:tcPr>
          <w:p>
            <w:pPr>
              <w:spacing w:after="0"/>
              <w:jc w:val="right"/>
            </w:pPr>
            <w:r>
              <w:rPr>
                <w:sz w:val="16"/>
              </w:rPr>
              <w:t>0, 0</w:t>
            </w:r>
          </w:p>
        </w:tc>
        <w:tc>
          <w:tcPr>
            <w:tcW w:type="dxa" w:w="2336"/>
          </w:tcPr>
          <w:p>
            <w:pPr>
              <w:spacing w:after="0"/>
              <w:jc w:val="left"/>
            </w:pPr>
            <w:r>
              <w:rPr>
                <w:sz w:val="16"/>
              </w:rPr>
              <w:t>SYRIA</w:t>
            </w:r>
          </w:p>
        </w:tc>
        <w:tc>
          <w:tcPr>
            <w:tcW w:type="dxa" w:w="1491"/>
          </w:tcPr>
          <w:p>
            <w:pPr>
              <w:spacing w:after="0"/>
              <w:jc w:val="left"/>
            </w:pPr>
            <w:r>
              <w:rPr>
                <w:sz w:val="16"/>
              </w:rPr>
              <w:t>within last 5 years</w:t>
            </w:r>
          </w:p>
        </w:tc>
        <w:tc>
          <w:tcPr>
            <w:tcW w:type="dxa" w:w="2851"/>
          </w:tcPr>
          <w:p>
            <w:pPr>
              <w:spacing w:after="0"/>
              <w:jc w:val="left"/>
            </w:pPr>
            <w:r>
              <w:rPr>
                <w:sz w:val="16"/>
              </w:rPr>
              <w:t>B1-c worst recorded: Thunderstorm Wind</w:t>
            </w:r>
          </w:p>
        </w:tc>
      </w:tr>
      <w:tr>
        <w:trPr>
          <w:cantSplit/>
        </w:trPr>
        <w:tc>
          <w:tcPr>
            <w:tcW w:type="dxa" w:w="1037"/>
          </w:tcPr>
          <w:p>
            <w:pPr>
              <w:spacing w:after="0"/>
              <w:jc w:val="left"/>
            </w:pPr>
            <w:r>
              <w:rPr>
                <w:sz w:val="16"/>
              </w:rPr>
              <w:t>2019-02-24</w:t>
            </w:r>
          </w:p>
        </w:tc>
        <w:tc>
          <w:tcPr>
            <w:tcW w:type="dxa" w:w="1215"/>
          </w:tcPr>
          <w:p>
            <w:pPr>
              <w:spacing w:after="0"/>
              <w:jc w:val="left"/>
            </w:pPr>
            <w:r>
              <w:rPr>
                <w:sz w:val="16"/>
              </w:rPr>
              <w:t>High Wind</w:t>
            </w:r>
          </w:p>
        </w:tc>
        <w:tc>
          <w:tcPr>
            <w:tcW w:type="dxa" w:w="1188"/>
          </w:tcPr>
          <w:p>
            <w:pPr>
              <w:spacing w:after="0"/>
              <w:jc w:val="left"/>
            </w:pPr>
            <w:r>
              <w:rPr>
                <w:sz w:val="16"/>
              </w:rPr>
              <w:t>61 kt (70 mph) measured gust</w:t>
            </w:r>
          </w:p>
        </w:tc>
        <w:tc>
          <w:tcPr>
            <w:tcW w:type="dxa" w:w="3058"/>
          </w:tcPr>
          <w:p>
            <w:pPr>
              <w:spacing w:after="0"/>
              <w:jc w:val="left"/>
            </w:pPr>
            <w:r>
              <w:rPr>
                <w:sz w:val="16"/>
              </w:rPr>
              <w:t>damage not reported</w:t>
            </w:r>
          </w:p>
        </w:tc>
        <w:tc>
          <w:tcPr>
            <w:tcW w:type="dxa" w:w="935"/>
          </w:tcPr>
          <w:p>
            <w:pPr>
              <w:spacing w:after="0"/>
              <w:jc w:val="right"/>
            </w:pPr>
            <w:r>
              <w:rPr>
                <w:sz w:val="16"/>
              </w:rPr>
              <w:t>0, 0</w:t>
            </w:r>
          </w:p>
        </w:tc>
        <w:tc>
          <w:tcPr>
            <w:tcW w:type="dxa" w:w="2336"/>
          </w:tcPr>
          <w:p>
            <w:pPr>
              <w:spacing w:after="0"/>
              <w:jc w:val="left"/>
            </w:pPr>
            <w:r>
              <w:rPr>
                <w:sz w:val="16"/>
              </w:rPr>
              <w:t>NWS zone VAZ507 (NORTHERN VIRGINIA BLUE RIDGE), zone-level</w:t>
            </w:r>
          </w:p>
        </w:tc>
        <w:tc>
          <w:tcPr>
            <w:tcW w:type="dxa" w:w="1491"/>
          </w:tcPr>
          <w:p>
            <w:pPr>
              <w:spacing w:after="0"/>
              <w:jc w:val="left"/>
            </w:pPr>
          </w:p>
        </w:tc>
        <w:tc>
          <w:tcPr>
            <w:tcW w:type="dxa" w:w="2851"/>
          </w:tcPr>
          <w:p>
            <w:pPr>
              <w:spacing w:after="0"/>
              <w:jc w:val="left"/>
            </w:pPr>
            <w:r>
              <w:rPr>
                <w:sz w:val="16"/>
              </w:rPr>
              <w:t>B1-c worst recorded: High Wind and Strong Wind</w:t>
            </w:r>
          </w:p>
        </w:tc>
      </w:tr>
      <w:tr>
        <w:trPr>
          <w:cantSplit/>
        </w:trPr>
        <w:tc>
          <w:tcPr>
            <w:tcW w:type="dxa" w:w="1037"/>
          </w:tcPr>
          <w:p>
            <w:pPr>
              <w:spacing w:after="0"/>
              <w:jc w:val="left"/>
            </w:pPr>
            <w:r>
              <w:rPr>
                <w:sz w:val="16"/>
              </w:rPr>
              <w:t>2018-05-30</w:t>
            </w:r>
          </w:p>
        </w:tc>
        <w:tc>
          <w:tcPr>
            <w:tcW w:type="dxa" w:w="1215"/>
          </w:tcPr>
          <w:p>
            <w:pPr>
              <w:spacing w:after="0"/>
              <w:jc w:val="left"/>
            </w:pPr>
            <w:r>
              <w:rPr>
                <w:sz w:val="16"/>
              </w:rPr>
              <w:t>Flash Flood</w:t>
            </w:r>
          </w:p>
        </w:tc>
        <w:tc>
          <w:tcPr>
            <w:tcW w:type="dxa" w:w="1188"/>
          </w:tcPr>
          <w:p>
            <w:pPr>
              <w:spacing w:after="0"/>
              <w:jc w:val="left"/>
            </w:pPr>
          </w:p>
        </w:tc>
        <w:tc>
          <w:tcPr>
            <w:tcW w:type="dxa" w:w="3058"/>
          </w:tcPr>
          <w:p>
            <w:pPr>
              <w:spacing w:after="0"/>
              <w:jc w:val="left"/>
            </w:pPr>
            <w:r>
              <w:rPr>
                <w:sz w:val="16"/>
              </w:rPr>
              <w:t>$0 property; $0 crops (2018 dollars)</w:t>
            </w:r>
          </w:p>
        </w:tc>
        <w:tc>
          <w:tcPr>
            <w:tcW w:type="dxa" w:w="935"/>
          </w:tcPr>
          <w:p>
            <w:pPr>
              <w:spacing w:after="0"/>
              <w:jc w:val="right"/>
            </w:pPr>
            <w:r>
              <w:rPr>
                <w:sz w:val="16"/>
              </w:rPr>
              <w:t>1, 0</w:t>
            </w:r>
          </w:p>
        </w:tc>
        <w:tc>
          <w:tcPr>
            <w:tcW w:type="dxa" w:w="2336"/>
          </w:tcPr>
          <w:p>
            <w:pPr>
              <w:spacing w:after="0"/>
              <w:jc w:val="left"/>
            </w:pPr>
            <w:r>
              <w:rPr>
                <w:sz w:val="16"/>
              </w:rPr>
              <w:t>SYRIA</w:t>
            </w:r>
          </w:p>
        </w:tc>
        <w:tc>
          <w:tcPr>
            <w:tcW w:type="dxa" w:w="1491"/>
          </w:tcPr>
          <w:p>
            <w:pPr>
              <w:spacing w:after="0"/>
              <w:jc w:val="left"/>
            </w:pPr>
          </w:p>
        </w:tc>
        <w:tc>
          <w:tcPr>
            <w:tcW w:type="dxa" w:w="2851"/>
          </w:tcPr>
          <w:p>
            <w:pPr>
              <w:spacing w:after="0"/>
              <w:jc w:val="left"/>
            </w:pPr>
            <w:r>
              <w:rPr>
                <w:sz w:val="16"/>
              </w:rPr>
              <w:t>deaths or injuries recorded</w:t>
            </w:r>
          </w:p>
        </w:tc>
      </w:tr>
      <w:tr>
        <w:trPr>
          <w:cantSplit/>
        </w:trPr>
        <w:tc>
          <w:tcPr>
            <w:tcW w:type="dxa" w:w="1037"/>
          </w:tcPr>
          <w:p>
            <w:pPr>
              <w:spacing w:after="0"/>
              <w:jc w:val="left"/>
            </w:pPr>
            <w:r>
              <w:rPr>
                <w:sz w:val="16"/>
              </w:rPr>
              <w:t>2011-08-27</w:t>
            </w:r>
          </w:p>
        </w:tc>
        <w:tc>
          <w:tcPr>
            <w:tcW w:type="dxa" w:w="1215"/>
          </w:tcPr>
          <w:p>
            <w:pPr>
              <w:spacing w:after="0"/>
              <w:jc w:val="left"/>
            </w:pPr>
            <w:r>
              <w:rPr>
                <w:sz w:val="16"/>
              </w:rPr>
              <w:t>Tropical Storm</w:t>
            </w:r>
          </w:p>
        </w:tc>
        <w:tc>
          <w:tcPr>
            <w:tcW w:type="dxa" w:w="1188"/>
          </w:tcPr>
          <w:p>
            <w:pPr>
              <w:spacing w:after="0"/>
              <w:jc w:val="left"/>
            </w:pPr>
          </w:p>
        </w:tc>
        <w:tc>
          <w:tcPr>
            <w:tcW w:type="dxa" w:w="3058"/>
          </w:tcPr>
          <w:p>
            <w:pPr>
              <w:spacing w:after="0"/>
              <w:jc w:val="left"/>
            </w:pPr>
            <w:r>
              <w:rPr>
                <w:sz w:val="16"/>
              </w:rPr>
              <w:t>$5,000 property; crops not reported (zone total, 2011 dollars)</w:t>
            </w:r>
          </w:p>
        </w:tc>
        <w:tc>
          <w:tcPr>
            <w:tcW w:type="dxa" w:w="935"/>
          </w:tcPr>
          <w:p>
            <w:pPr>
              <w:spacing w:after="0"/>
              <w:jc w:val="right"/>
            </w:pPr>
            <w:r>
              <w:rPr>
                <w:sz w:val="16"/>
              </w:rPr>
              <w:t>0, 0</w:t>
            </w:r>
          </w:p>
        </w:tc>
        <w:tc>
          <w:tcPr>
            <w:tcW w:type="dxa" w:w="2336"/>
          </w:tcPr>
          <w:p>
            <w:pPr>
              <w:spacing w:after="0"/>
              <w:jc w:val="left"/>
            </w:pPr>
            <w:r>
              <w:rPr>
                <w:sz w:val="16"/>
              </w:rPr>
              <w:t>NWS zone VAZ039 (MADISON), zone-level</w:t>
            </w:r>
          </w:p>
        </w:tc>
        <w:tc>
          <w:tcPr>
            <w:tcW w:type="dxa" w:w="1491"/>
          </w:tcPr>
          <w:p>
            <w:pPr>
              <w:spacing w:after="0"/>
              <w:jc w:val="left"/>
            </w:pPr>
          </w:p>
        </w:tc>
        <w:tc>
          <w:tcPr>
            <w:tcW w:type="dxa" w:w="285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2004-09-17</w:t>
            </w:r>
          </w:p>
        </w:tc>
        <w:tc>
          <w:tcPr>
            <w:tcW w:type="dxa" w:w="1215"/>
          </w:tcPr>
          <w:p>
            <w:pPr>
              <w:spacing w:after="0"/>
              <w:jc w:val="left"/>
            </w:pPr>
            <w:r>
              <w:rPr>
                <w:sz w:val="16"/>
              </w:rPr>
              <w:t>Tornado</w:t>
            </w:r>
          </w:p>
        </w:tc>
        <w:tc>
          <w:tcPr>
            <w:tcW w:type="dxa" w:w="1188"/>
          </w:tcPr>
          <w:p>
            <w:pPr>
              <w:spacing w:after="0"/>
              <w:jc w:val="left"/>
            </w:pPr>
            <w:r>
              <w:rPr>
                <w:sz w:val="16"/>
              </w:rPr>
              <w:t>F2, 8 mi within this county, 400 yd wide</w:t>
            </w:r>
          </w:p>
        </w:tc>
        <w:tc>
          <w:tcPr>
            <w:tcW w:type="dxa" w:w="3058"/>
          </w:tcPr>
          <w:p>
            <w:pPr>
              <w:spacing w:after="0"/>
              <w:jc w:val="left"/>
            </w:pPr>
            <w:r>
              <w:rPr>
                <w:sz w:val="16"/>
              </w:rPr>
              <w:t>$200,000 property; crops not reported (2004 dollars)</w:t>
            </w:r>
          </w:p>
        </w:tc>
        <w:tc>
          <w:tcPr>
            <w:tcW w:type="dxa" w:w="935"/>
          </w:tcPr>
          <w:p>
            <w:pPr>
              <w:spacing w:after="0"/>
              <w:jc w:val="right"/>
            </w:pPr>
            <w:r>
              <w:rPr>
                <w:sz w:val="16"/>
              </w:rPr>
              <w:t>0, 0</w:t>
            </w:r>
          </w:p>
        </w:tc>
        <w:tc>
          <w:tcPr>
            <w:tcW w:type="dxa" w:w="2336"/>
          </w:tcPr>
          <w:p>
            <w:pPr>
              <w:spacing w:after="0"/>
              <w:jc w:val="left"/>
            </w:pPr>
            <w:r>
              <w:rPr>
                <w:sz w:val="16"/>
              </w:rPr>
              <w:t>HOOD</w:t>
            </w:r>
          </w:p>
        </w:tc>
        <w:tc>
          <w:tcPr>
            <w:tcW w:type="dxa" w:w="1491"/>
          </w:tcPr>
          <w:p>
            <w:pPr>
              <w:spacing w:after="0"/>
              <w:jc w:val="left"/>
            </w:pPr>
          </w:p>
        </w:tc>
        <w:tc>
          <w:tcPr>
            <w:tcW w:type="dxa" w:w="2851"/>
          </w:tcPr>
          <w:p>
            <w:pPr>
              <w:spacing w:after="0"/>
              <w:jc w:val="left"/>
            </w:pPr>
            <w:r>
              <w:rPr>
                <w:sz w:val="16"/>
              </w:rPr>
              <w:t>B1-c worst recorded: Tornado</w:t>
            </w:r>
          </w:p>
        </w:tc>
      </w:tr>
      <w:tr>
        <w:trPr>
          <w:cantSplit/>
        </w:trPr>
        <w:tc>
          <w:tcPr>
            <w:tcW w:type="dxa" w:w="1037"/>
          </w:tcPr>
          <w:p>
            <w:pPr>
              <w:spacing w:after="0"/>
              <w:jc w:val="left"/>
            </w:pPr>
            <w:r>
              <w:rPr>
                <w:sz w:val="16"/>
              </w:rPr>
              <w:t>2002-08-12</w:t>
            </w:r>
          </w:p>
        </w:tc>
        <w:tc>
          <w:tcPr>
            <w:tcW w:type="dxa" w:w="1215"/>
          </w:tcPr>
          <w:p>
            <w:pPr>
              <w:spacing w:after="0"/>
              <w:jc w:val="left"/>
            </w:pPr>
            <w:r>
              <w:rPr>
                <w:sz w:val="16"/>
              </w:rPr>
              <w:t>Heat</w:t>
            </w:r>
          </w:p>
        </w:tc>
        <w:tc>
          <w:tcPr>
            <w:tcW w:type="dxa" w:w="1188"/>
          </w:tcPr>
          <w:p>
            <w:pPr>
              <w:spacing w:after="0"/>
              <w:jc w:val="left"/>
            </w:pPr>
          </w:p>
        </w:tc>
        <w:tc>
          <w:tcPr>
            <w:tcW w:type="dxa" w:w="3058"/>
          </w:tcPr>
          <w:p>
            <w:pPr>
              <w:spacing w:after="0"/>
              <w:jc w:val="left"/>
            </w:pPr>
            <w:r>
              <w:rPr>
                <w:sz w:val="16"/>
              </w:rPr>
              <w:t>damage not reported</w:t>
            </w:r>
          </w:p>
        </w:tc>
        <w:tc>
          <w:tcPr>
            <w:tcW w:type="dxa" w:w="935"/>
          </w:tcPr>
          <w:p>
            <w:pPr>
              <w:spacing w:after="0"/>
              <w:jc w:val="right"/>
            </w:pPr>
            <w:r>
              <w:rPr>
                <w:sz w:val="16"/>
              </w:rPr>
              <w:t>0, 0</w:t>
            </w:r>
          </w:p>
        </w:tc>
        <w:tc>
          <w:tcPr>
            <w:tcW w:type="dxa" w:w="2336"/>
          </w:tcPr>
          <w:p>
            <w:pPr>
              <w:spacing w:after="0"/>
              <w:jc w:val="left"/>
            </w:pPr>
            <w:r>
              <w:rPr>
                <w:sz w:val="16"/>
              </w:rPr>
              <w:t>NWS zone VAZ039 (MADISON), zone-level</w:t>
            </w:r>
          </w:p>
        </w:tc>
        <w:tc>
          <w:tcPr>
            <w:tcW w:type="dxa" w:w="1491"/>
          </w:tcPr>
          <w:p>
            <w:pPr>
              <w:spacing w:after="0"/>
              <w:jc w:val="left"/>
            </w:pPr>
          </w:p>
        </w:tc>
        <w:tc>
          <w:tcPr>
            <w:tcW w:type="dxa" w:w="2851"/>
          </w:tcPr>
          <w:p>
            <w:pPr>
              <w:spacing w:after="0"/>
              <w:jc w:val="left"/>
            </w:pPr>
            <w:r>
              <w:rPr>
                <w:sz w:val="16"/>
              </w:rPr>
              <w:t>B1-c worst recorded: Excessive Heat, Heat</w:t>
            </w:r>
          </w:p>
        </w:tc>
      </w:tr>
      <w:tr>
        <w:trPr>
          <w:cantSplit/>
        </w:trPr>
        <w:tc>
          <w:tcPr>
            <w:tcW w:type="dxa" w:w="1037"/>
          </w:tcPr>
          <w:p>
            <w:pPr>
              <w:spacing w:after="0"/>
              <w:jc w:val="left"/>
            </w:pPr>
            <w:r>
              <w:rPr>
                <w:sz w:val="16"/>
              </w:rPr>
              <w:t>2000-05-10</w:t>
            </w:r>
          </w:p>
        </w:tc>
        <w:tc>
          <w:tcPr>
            <w:tcW w:type="dxa" w:w="1215"/>
          </w:tcPr>
          <w:p>
            <w:pPr>
              <w:spacing w:after="0"/>
              <w:jc w:val="left"/>
            </w:pPr>
            <w:r>
              <w:rPr>
                <w:sz w:val="16"/>
              </w:rPr>
              <w:t>Lightning</w:t>
            </w:r>
          </w:p>
        </w:tc>
        <w:tc>
          <w:tcPr>
            <w:tcW w:type="dxa" w:w="1188"/>
          </w:tcPr>
          <w:p>
            <w:pPr>
              <w:spacing w:after="0"/>
              <w:jc w:val="left"/>
            </w:pPr>
          </w:p>
        </w:tc>
        <w:tc>
          <w:tcPr>
            <w:tcW w:type="dxa" w:w="3058"/>
          </w:tcPr>
          <w:p>
            <w:pPr>
              <w:spacing w:after="0"/>
              <w:jc w:val="left"/>
            </w:pPr>
            <w:r>
              <w:rPr>
                <w:sz w:val="16"/>
              </w:rPr>
              <w:t>$10,000 property; crops not reported (2000 dollars)</w:t>
            </w:r>
          </w:p>
        </w:tc>
        <w:tc>
          <w:tcPr>
            <w:tcW w:type="dxa" w:w="935"/>
          </w:tcPr>
          <w:p>
            <w:pPr>
              <w:spacing w:after="0"/>
              <w:jc w:val="right"/>
            </w:pPr>
            <w:r>
              <w:rPr>
                <w:sz w:val="16"/>
              </w:rPr>
              <w:t>0, 0</w:t>
            </w:r>
          </w:p>
        </w:tc>
        <w:tc>
          <w:tcPr>
            <w:tcW w:type="dxa" w:w="2336"/>
          </w:tcPr>
          <w:p>
            <w:pPr>
              <w:spacing w:after="0"/>
              <w:jc w:val="left"/>
            </w:pPr>
            <w:r>
              <w:rPr>
                <w:sz w:val="16"/>
              </w:rPr>
              <w:t>MADISON</w:t>
            </w:r>
          </w:p>
        </w:tc>
        <w:tc>
          <w:tcPr>
            <w:tcW w:type="dxa" w:w="1491"/>
          </w:tcPr>
          <w:p>
            <w:pPr>
              <w:spacing w:after="0"/>
              <w:jc w:val="left"/>
            </w:pPr>
          </w:p>
        </w:tc>
        <w:tc>
          <w:tcPr>
            <w:tcW w:type="dxa" w:w="2851"/>
          </w:tcPr>
          <w:p>
            <w:pPr>
              <w:spacing w:after="0"/>
              <w:jc w:val="left"/>
            </w:pPr>
            <w:r>
              <w:rPr>
                <w:sz w:val="16"/>
              </w:rPr>
              <w:t>B1-c worst recorded: Lightning</w:t>
            </w:r>
          </w:p>
        </w:tc>
      </w:tr>
      <w:tr>
        <w:trPr>
          <w:cantSplit/>
        </w:trPr>
        <w:tc>
          <w:tcPr>
            <w:tcW w:type="dxa" w:w="1037"/>
          </w:tcPr>
          <w:p>
            <w:pPr>
              <w:spacing w:after="0"/>
              <w:jc w:val="left"/>
            </w:pPr>
            <w:r>
              <w:rPr>
                <w:sz w:val="16"/>
              </w:rPr>
              <w:t>1999-05-01</w:t>
            </w:r>
          </w:p>
        </w:tc>
        <w:tc>
          <w:tcPr>
            <w:tcW w:type="dxa" w:w="1215"/>
          </w:tcPr>
          <w:p>
            <w:pPr>
              <w:spacing w:after="0"/>
              <w:jc w:val="left"/>
            </w:pPr>
            <w:r>
              <w:rPr>
                <w:sz w:val="16"/>
              </w:rPr>
              <w:t>Drought</w:t>
            </w:r>
          </w:p>
        </w:tc>
        <w:tc>
          <w:tcPr>
            <w:tcW w:type="dxa" w:w="1188"/>
          </w:tcPr>
          <w:p>
            <w:pPr>
              <w:spacing w:after="0"/>
              <w:jc w:val="left"/>
            </w:pPr>
          </w:p>
        </w:tc>
        <w:tc>
          <w:tcPr>
            <w:tcW w:type="dxa" w:w="3058"/>
          </w:tcPr>
          <w:p>
            <w:pPr>
              <w:spacing w:after="0"/>
              <w:jc w:val="left"/>
            </w:pPr>
            <w:r>
              <w:rPr>
                <w:sz w:val="16"/>
              </w:rPr>
              <w:t>damage not reported</w:t>
            </w:r>
          </w:p>
        </w:tc>
        <w:tc>
          <w:tcPr>
            <w:tcW w:type="dxa" w:w="935"/>
          </w:tcPr>
          <w:p>
            <w:pPr>
              <w:spacing w:after="0"/>
              <w:jc w:val="right"/>
            </w:pPr>
            <w:r>
              <w:rPr>
                <w:sz w:val="16"/>
              </w:rPr>
              <w:t>0, 0</w:t>
            </w:r>
          </w:p>
        </w:tc>
        <w:tc>
          <w:tcPr>
            <w:tcW w:type="dxa" w:w="2336"/>
          </w:tcPr>
          <w:p>
            <w:pPr>
              <w:spacing w:after="0"/>
              <w:jc w:val="left"/>
            </w:pPr>
            <w:r>
              <w:rPr>
                <w:sz w:val="16"/>
              </w:rPr>
              <w:t>NWS zone VAZ039 (MADISON), zone-level</w:t>
            </w:r>
          </w:p>
        </w:tc>
        <w:tc>
          <w:tcPr>
            <w:tcW w:type="dxa" w:w="1491"/>
          </w:tcPr>
          <w:p>
            <w:pPr>
              <w:spacing w:after="0"/>
              <w:jc w:val="left"/>
            </w:pPr>
          </w:p>
        </w:tc>
        <w:tc>
          <w:tcPr>
            <w:tcW w:type="dxa" w:w="2851"/>
          </w:tcPr>
          <w:p>
            <w:pPr>
              <w:spacing w:after="0"/>
              <w:jc w:val="left"/>
            </w:pPr>
            <w:r>
              <w:rPr>
                <w:sz w:val="16"/>
              </w:rPr>
              <w:t>B1-c worst recorded: Drought</w:t>
            </w:r>
          </w:p>
        </w:tc>
      </w:tr>
      <w:tr>
        <w:trPr>
          <w:cantSplit/>
        </w:trPr>
        <w:tc>
          <w:tcPr>
            <w:tcW w:type="dxa" w:w="1037"/>
          </w:tcPr>
          <w:p>
            <w:pPr>
              <w:spacing w:after="0"/>
              <w:jc w:val="left"/>
            </w:pPr>
            <w:r>
              <w:rPr>
                <w:sz w:val="16"/>
              </w:rPr>
              <w:t>1998-06-16</w:t>
            </w:r>
          </w:p>
        </w:tc>
        <w:tc>
          <w:tcPr>
            <w:tcW w:type="dxa" w:w="1215"/>
          </w:tcPr>
          <w:p>
            <w:pPr>
              <w:spacing w:after="0"/>
              <w:jc w:val="left"/>
            </w:pPr>
            <w:r>
              <w:rPr>
                <w:sz w:val="16"/>
              </w:rPr>
              <w:t>Hail</w:t>
            </w:r>
          </w:p>
        </w:tc>
        <w:tc>
          <w:tcPr>
            <w:tcW w:type="dxa" w:w="1188"/>
          </w:tcPr>
          <w:p>
            <w:pPr>
              <w:spacing w:after="0"/>
              <w:jc w:val="left"/>
            </w:pPr>
            <w:r>
              <w:rPr>
                <w:sz w:val="16"/>
              </w:rPr>
              <w:t>2.75 in</w:t>
            </w:r>
          </w:p>
        </w:tc>
        <w:tc>
          <w:tcPr>
            <w:tcW w:type="dxa" w:w="3058"/>
          </w:tcPr>
          <w:p>
            <w:pPr>
              <w:spacing w:after="0"/>
              <w:jc w:val="left"/>
            </w:pPr>
            <w:r>
              <w:rPr>
                <w:sz w:val="16"/>
              </w:rPr>
              <w:t>$50,000 property; $50,000 crops (1998 dollars)</w:t>
            </w:r>
          </w:p>
        </w:tc>
        <w:tc>
          <w:tcPr>
            <w:tcW w:type="dxa" w:w="935"/>
          </w:tcPr>
          <w:p>
            <w:pPr>
              <w:spacing w:after="0"/>
              <w:jc w:val="right"/>
            </w:pPr>
            <w:r>
              <w:rPr>
                <w:sz w:val="16"/>
              </w:rPr>
              <w:t>0, 0</w:t>
            </w:r>
          </w:p>
        </w:tc>
        <w:tc>
          <w:tcPr>
            <w:tcW w:type="dxa" w:w="2336"/>
          </w:tcPr>
          <w:p>
            <w:pPr>
              <w:spacing w:after="0"/>
              <w:jc w:val="left"/>
            </w:pPr>
            <w:r>
              <w:rPr>
                <w:sz w:val="16"/>
              </w:rPr>
              <w:t>WOLFTOWN</w:t>
            </w:r>
          </w:p>
        </w:tc>
        <w:tc>
          <w:tcPr>
            <w:tcW w:type="dxa" w:w="1491"/>
          </w:tcPr>
          <w:p>
            <w:pPr>
              <w:spacing w:after="0"/>
              <w:jc w:val="left"/>
            </w:pPr>
          </w:p>
        </w:tc>
        <w:tc>
          <w:tcPr>
            <w:tcW w:type="dxa" w:w="2851"/>
          </w:tcPr>
          <w:p>
            <w:pPr>
              <w:spacing w:after="0"/>
              <w:jc w:val="left"/>
            </w:pPr>
            <w:r>
              <w:rPr>
                <w:sz w:val="16"/>
              </w:rPr>
              <w:t>B1-c worst recorded: Hail</w:t>
            </w:r>
          </w:p>
        </w:tc>
      </w:tr>
      <w:tr>
        <w:trPr>
          <w:cantSplit/>
        </w:trPr>
        <w:tc>
          <w:tcPr>
            <w:tcW w:type="dxa" w:w="1037"/>
          </w:tcPr>
          <w:p>
            <w:pPr>
              <w:spacing w:after="0"/>
              <w:jc w:val="left"/>
            </w:pPr>
            <w:r>
              <w:rPr>
                <w:sz w:val="16"/>
              </w:rPr>
              <w:t>1997-04-10</w:t>
            </w:r>
          </w:p>
        </w:tc>
        <w:tc>
          <w:tcPr>
            <w:tcW w:type="dxa" w:w="1215"/>
          </w:tcPr>
          <w:p>
            <w:pPr>
              <w:spacing w:after="0"/>
              <w:jc w:val="left"/>
            </w:pPr>
            <w:r>
              <w:rPr>
                <w:sz w:val="16"/>
              </w:rPr>
              <w:t>Frost/Freeze</w:t>
            </w:r>
          </w:p>
        </w:tc>
        <w:tc>
          <w:tcPr>
            <w:tcW w:type="dxa" w:w="1188"/>
          </w:tcPr>
          <w:p>
            <w:pPr>
              <w:spacing w:after="0"/>
              <w:jc w:val="left"/>
            </w:pPr>
          </w:p>
        </w:tc>
        <w:tc>
          <w:tcPr>
            <w:tcW w:type="dxa" w:w="3058"/>
          </w:tcPr>
          <w:p>
            <w:pPr>
              <w:spacing w:after="0"/>
              <w:jc w:val="left"/>
            </w:pPr>
            <w:r>
              <w:rPr>
                <w:sz w:val="16"/>
              </w:rPr>
              <w:t>property not reported; $200,000 crops (zone total, 1997 dollars)</w:t>
            </w:r>
          </w:p>
        </w:tc>
        <w:tc>
          <w:tcPr>
            <w:tcW w:type="dxa" w:w="935"/>
          </w:tcPr>
          <w:p>
            <w:pPr>
              <w:spacing w:after="0"/>
              <w:jc w:val="right"/>
            </w:pPr>
            <w:r>
              <w:rPr>
                <w:sz w:val="16"/>
              </w:rPr>
              <w:t>0, 0</w:t>
            </w:r>
          </w:p>
        </w:tc>
        <w:tc>
          <w:tcPr>
            <w:tcW w:type="dxa" w:w="2336"/>
          </w:tcPr>
          <w:p>
            <w:pPr>
              <w:spacing w:after="0"/>
              <w:jc w:val="left"/>
            </w:pPr>
            <w:r>
              <w:rPr>
                <w:sz w:val="16"/>
              </w:rPr>
              <w:t>NWS zone VAZ039 (MADISON), zone-level</w:t>
            </w:r>
          </w:p>
        </w:tc>
        <w:tc>
          <w:tcPr>
            <w:tcW w:type="dxa" w:w="1491"/>
          </w:tcPr>
          <w:p>
            <w:pPr>
              <w:spacing w:after="0"/>
              <w:jc w:val="left"/>
            </w:pPr>
          </w:p>
        </w:tc>
        <w:tc>
          <w:tcPr>
            <w:tcW w:type="dxa" w:w="2851"/>
          </w:tcPr>
          <w:p>
            <w:pPr>
              <w:spacing w:after="0"/>
              <w:jc w:val="left"/>
            </w:pPr>
            <w:r>
              <w:rPr>
                <w:sz w:val="16"/>
              </w:rPr>
              <w:t>B1-c worst recorded: Frost/Freeze</w:t>
            </w:r>
          </w:p>
        </w:tc>
      </w:tr>
      <w:tr>
        <w:trPr>
          <w:cantSplit/>
        </w:trPr>
        <w:tc>
          <w:tcPr>
            <w:tcW w:type="dxa" w:w="1037"/>
          </w:tcPr>
          <w:p>
            <w:pPr>
              <w:spacing w:after="0"/>
              <w:jc w:val="left"/>
            </w:pPr>
            <w:r>
              <w:rPr>
                <w:sz w:val="16"/>
              </w:rPr>
              <w:t>1996-09-06</w:t>
            </w:r>
          </w:p>
        </w:tc>
        <w:tc>
          <w:tcPr>
            <w:tcW w:type="dxa" w:w="1215"/>
          </w:tcPr>
          <w:p>
            <w:pPr>
              <w:spacing w:after="0"/>
              <w:jc w:val="left"/>
            </w:pPr>
            <w:r>
              <w:rPr>
                <w:sz w:val="16"/>
              </w:rPr>
              <w:t>Flood</w:t>
            </w:r>
          </w:p>
        </w:tc>
        <w:tc>
          <w:tcPr>
            <w:tcW w:type="dxa" w:w="1188"/>
          </w:tcPr>
          <w:p>
            <w:pPr>
              <w:spacing w:after="0"/>
              <w:jc w:val="left"/>
            </w:pPr>
          </w:p>
        </w:tc>
        <w:tc>
          <w:tcPr>
            <w:tcW w:type="dxa" w:w="3058"/>
          </w:tcPr>
          <w:p>
            <w:pPr>
              <w:spacing w:after="0"/>
              <w:jc w:val="left"/>
            </w:pPr>
            <w:r>
              <w:rPr>
                <w:sz w:val="16"/>
              </w:rPr>
              <w:t>$1,000,000 property; $2,000,000 crops (zone total, 1996 dollars)</w:t>
            </w:r>
          </w:p>
        </w:tc>
        <w:tc>
          <w:tcPr>
            <w:tcW w:type="dxa" w:w="935"/>
          </w:tcPr>
          <w:p>
            <w:pPr>
              <w:spacing w:after="0"/>
              <w:jc w:val="right"/>
            </w:pPr>
            <w:r>
              <w:rPr>
                <w:sz w:val="16"/>
              </w:rPr>
              <w:t>0, 0</w:t>
            </w:r>
          </w:p>
        </w:tc>
        <w:tc>
          <w:tcPr>
            <w:tcW w:type="dxa" w:w="2336"/>
          </w:tcPr>
          <w:p>
            <w:pPr>
              <w:spacing w:after="0"/>
              <w:jc w:val="left"/>
            </w:pPr>
            <w:r>
              <w:rPr>
                <w:sz w:val="16"/>
              </w:rPr>
              <w:t>NWS zone VAZ039 (MADISON), zone-level</w:t>
            </w:r>
          </w:p>
        </w:tc>
        <w:tc>
          <w:tcPr>
            <w:tcW w:type="dxa" w:w="1491"/>
          </w:tcPr>
          <w:p>
            <w:pPr>
              <w:spacing w:after="0"/>
              <w:jc w:val="left"/>
            </w:pPr>
          </w:p>
        </w:tc>
        <w:tc>
          <w:tcPr>
            <w:tcW w:type="dxa" w:w="2851"/>
          </w:tcPr>
          <w:p>
            <w:pPr>
              <w:spacing w:after="0"/>
              <w:jc w:val="left"/>
            </w:pPr>
            <w:r>
              <w:rPr>
                <w:sz w:val="16"/>
              </w:rPr>
              <w:t>B1-c worst recorded: Flash Flood, Flood, Lakeshore Flood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(756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7"/>
        <w:gridCol w:w="1300"/>
        <w:gridCol w:w="1633"/>
        <w:gridCol w:w="1037"/>
        <w:gridCol w:w="2127"/>
        <w:gridCol w:w="1542"/>
        <w:gridCol w:w="1582"/>
        <w:gridCol w:w="1037"/>
        <w:gridCol w:w="1541"/>
      </w:tblGrid>
      <w:tr>
        <w:trPr>
          <w:cantSplit/>
          <w:tblHeader/>
        </w:trPr>
        <w:tc>
          <w:tcPr>
            <w:tcW w:type="dxa" w:w="1037"/>
            <w:shd w:val="clear" w:color="auto" w:fill="E8E8E8"/>
          </w:tcPr>
          <w:p>
            <w:pPr>
              <w:spacing w:after="0"/>
              <w:jc w:val="left"/>
            </w:pPr>
            <w:r>
              <w:rPr>
                <w:b/>
                <w:sz w:val="16"/>
              </w:rPr>
              <w:t>Hazard</w:t>
            </w:r>
          </w:p>
        </w:tc>
        <w:tc>
          <w:tcPr>
            <w:tcW w:type="dxa" w:w="127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0"/>
            <w:shd w:val="clear" w:color="auto" w:fill="E8E8E8"/>
          </w:tcPr>
          <w:p>
            <w:pPr>
              <w:spacing w:after="0"/>
              <w:jc w:val="left"/>
            </w:pPr>
            <w:r>
              <w:rPr>
                <w:b/>
                <w:sz w:val="16"/>
              </w:rPr>
              <w:t>Unit</w:t>
            </w:r>
          </w:p>
        </w:tc>
        <w:tc>
          <w:tcPr>
            <w:tcW w:type="dxa" w:w="163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27"/>
            <w:shd w:val="clear" w:color="auto" w:fill="E8E8E8"/>
          </w:tcPr>
          <w:p>
            <w:pPr>
              <w:spacing w:after="0"/>
              <w:jc w:val="left"/>
            </w:pPr>
            <w:r>
              <w:rPr>
                <w:b/>
                <w:sz w:val="16"/>
              </w:rPr>
              <w:t>Descriptor basis</w:t>
            </w:r>
          </w:p>
        </w:tc>
        <w:tc>
          <w:tcPr>
            <w:tcW w:type="dxa" w:w="1542"/>
            <w:shd w:val="clear" w:color="auto" w:fill="E8E8E8"/>
          </w:tcPr>
          <w:p>
            <w:pPr>
              <w:spacing w:after="0"/>
              <w:jc w:val="right"/>
            </w:pPr>
            <w:r>
              <w:rPr>
                <w:b/>
                <w:sz w:val="16"/>
              </w:rPr>
              <w:t>NRI events or days in its record period (hail, wind and tornado are area-weighted, so can be fractional)</w:t>
            </w:r>
          </w:p>
        </w:tc>
        <w:tc>
          <w:tcPr>
            <w:tcW w:type="dxa" w:w="15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7"/>
          </w:tcPr>
          <w:p>
            <w:pPr>
              <w:spacing w:after="0"/>
              <w:jc w:val="right"/>
            </w:pPr>
            <w:r>
              <w:rPr>
                <w:sz w:val="16"/>
              </w:rPr>
              <w:t>0.01</w:t>
            </w:r>
          </w:p>
        </w:tc>
        <w:tc>
          <w:tcPr>
            <w:tcW w:type="dxa" w:w="1300"/>
          </w:tcPr>
          <w:p>
            <w:pPr>
              <w:spacing w:after="0"/>
              <w:jc w:val="left"/>
            </w:pPr>
            <w:r>
              <w:rPr>
                <w:sz w:val="16"/>
              </w:rPr>
              <w:t>events per year</w:t>
            </w:r>
          </w:p>
        </w:tc>
        <w:tc>
          <w:tcPr>
            <w:tcW w:type="dxa" w:w="1633"/>
          </w:tcPr>
          <w:p>
            <w:pPr>
              <w:spacing w:after="0"/>
              <w:jc w:val="left"/>
            </w:pPr>
            <w:r>
              <w:rPr>
                <w:sz w:val="16"/>
              </w:rPr>
              <w:t>about 1 in 100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0</w:t>
            </w:r>
          </w:p>
        </w:tc>
        <w:tc>
          <w:tcPr>
            <w:tcW w:type="dxa" w:w="1582"/>
          </w:tcPr>
          <w:p>
            <w:pPr>
              <w:spacing w:after="0"/>
              <w:jc w:val="left"/>
            </w:pPr>
            <w:r>
              <w:rPr>
                <w:sz w:val="16"/>
              </w:rPr>
              <w:t>1994 to 2023 (30 years)</w:t>
            </w:r>
          </w:p>
        </w:tc>
        <w:tc>
          <w:tcPr>
            <w:tcW w:type="dxa" w:w="1037"/>
          </w:tcPr>
          <w:p>
            <w:pPr>
              <w:spacing w:after="0"/>
              <w:jc w:val="left"/>
            </w:pPr>
            <w:r>
              <w:rPr>
                <w:sz w:val="16"/>
              </w:rPr>
              <w:t>see B1-f</w:t>
            </w:r>
          </w:p>
        </w:tc>
        <w:tc>
          <w:tcPr>
            <w:tcW w:type="dxa" w:w="154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7"/>
          </w:tcPr>
          <w:p>
            <w:pPr>
              <w:spacing w:after="0"/>
              <w:jc w:val="right"/>
            </w:pPr>
            <w:r>
              <w:rPr>
                <w:sz w:val="16"/>
              </w:rPr>
              <w:t>1.95</w:t>
            </w:r>
          </w:p>
        </w:tc>
        <w:tc>
          <w:tcPr>
            <w:tcW w:type="dxa" w:w="1300"/>
          </w:tcPr>
          <w:p>
            <w:pPr>
              <w:spacing w:after="0"/>
              <w:jc w:val="left"/>
            </w:pPr>
            <w:r>
              <w:rPr>
                <w:sz w:val="16"/>
              </w:rPr>
              <w:t>event-days per year</w:t>
            </w:r>
          </w:p>
        </w:tc>
        <w:tc>
          <w:tcPr>
            <w:tcW w:type="dxa" w:w="1633"/>
          </w:tcPr>
          <w:p>
            <w:pPr>
              <w:spacing w:after="0"/>
              <w:jc w:val="left"/>
            </w:pPr>
            <w:r>
              <w:rPr>
                <w:sz w:val="16"/>
              </w:rPr>
              <w:t>about 1.95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13 of 30 years, 1996 to 2025 (43.3%)</w:t>
            </w:r>
          </w:p>
        </w:tc>
        <w:tc>
          <w:tcPr>
            <w:tcW w:type="dxa" w:w="1542"/>
          </w:tcPr>
          <w:p>
            <w:pPr>
              <w:spacing w:after="0"/>
              <w:jc w:val="right"/>
            </w:pPr>
            <w:r>
              <w:rPr>
                <w:sz w:val="16"/>
              </w:rPr>
              <w:t>37</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Drought</w:t>
            </w:r>
          </w:p>
        </w:tc>
        <w:tc>
          <w:tcPr>
            <w:tcW w:type="dxa" w:w="1277"/>
          </w:tcPr>
          <w:p>
            <w:pPr>
              <w:spacing w:after="0"/>
              <w:jc w:val="right"/>
            </w:pPr>
            <w:r>
              <w:rPr>
                <w:sz w:val="16"/>
              </w:rPr>
              <w:t>3.75</w:t>
            </w:r>
          </w:p>
        </w:tc>
        <w:tc>
          <w:tcPr>
            <w:tcW w:type="dxa" w:w="1300"/>
          </w:tcPr>
          <w:p>
            <w:pPr>
              <w:spacing w:after="0"/>
              <w:jc w:val="left"/>
            </w:pPr>
            <w:r>
              <w:rPr>
                <w:sz w:val="16"/>
              </w:rPr>
              <w:t>event-days per year</w:t>
            </w:r>
          </w:p>
        </w:tc>
        <w:tc>
          <w:tcPr>
            <w:tcW w:type="dxa" w:w="1633"/>
          </w:tcPr>
          <w:p>
            <w:pPr>
              <w:spacing w:after="0"/>
              <w:jc w:val="left"/>
            </w:pPr>
            <w:r>
              <w:rPr>
                <w:sz w:val="16"/>
              </w:rPr>
              <w:t>about 3.75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3 of 30 years, 1996 to 2025 (10%)</w:t>
            </w:r>
          </w:p>
        </w:tc>
        <w:tc>
          <w:tcPr>
            <w:tcW w:type="dxa" w:w="1542"/>
          </w:tcPr>
          <w:p>
            <w:pPr>
              <w:spacing w:after="0"/>
              <w:jc w:val="right"/>
            </w:pPr>
            <w:r>
              <w:rPr>
                <w:sz w:val="16"/>
              </w:rPr>
              <w:t>126</w:t>
            </w:r>
          </w:p>
        </w:tc>
        <w:tc>
          <w:tcPr>
            <w:tcW w:type="dxa" w:w="15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Earthquake</w:t>
            </w:r>
          </w:p>
        </w:tc>
        <w:tc>
          <w:tcPr>
            <w:tcW w:type="dxa" w:w="1277"/>
          </w:tcPr>
          <w:p>
            <w:pPr>
              <w:spacing w:after="0"/>
              <w:jc w:val="right"/>
            </w:pPr>
            <w:r>
              <w:rPr>
                <w:sz w:val="16"/>
              </w:rPr>
              <w:t>0.00175</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has at least minor-damage shaking in a year: 0.175%</w:t>
            </w:r>
          </w:p>
        </w:tc>
        <w:tc>
          <w:tcPr>
            <w:tcW w:type="dxa" w:w="1037"/>
          </w:tcPr>
          <w:p>
            <w:pPr>
              <w:spacing w:after="0"/>
              <w:jc w:val="left"/>
            </w:pPr>
          </w:p>
        </w:tc>
        <w:tc>
          <w:tcPr>
            <w:tcW w:type="dxa" w:w="2127"/>
          </w:tcPr>
          <w:p>
            <w:pPr>
              <w:spacing w:after="0"/>
              <w:jc w:val="left"/>
            </w:pP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7"/>
          </w:tcPr>
          <w:p>
            <w:pPr>
              <w:spacing w:after="0"/>
              <w:jc w:val="right"/>
            </w:pPr>
            <w:r>
              <w:rPr>
                <w:sz w:val="16"/>
              </w:rPr>
              <w:t>3</w:t>
            </w:r>
          </w:p>
        </w:tc>
        <w:tc>
          <w:tcPr>
            <w:tcW w:type="dxa" w:w="1300"/>
          </w:tcPr>
          <w:p>
            <w:pPr>
              <w:spacing w:after="0"/>
              <w:jc w:val="left"/>
            </w:pPr>
            <w:r>
              <w:rPr>
                <w:sz w:val="16"/>
              </w:rPr>
              <w:t>events per year</w:t>
            </w:r>
          </w:p>
        </w:tc>
        <w:tc>
          <w:tcPr>
            <w:tcW w:type="dxa" w:w="1633"/>
          </w:tcPr>
          <w:p>
            <w:pPr>
              <w:spacing w:after="0"/>
              <w:jc w:val="left"/>
            </w:pPr>
            <w:r>
              <w:rPr>
                <w:sz w:val="16"/>
              </w:rPr>
              <w:t>about 3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114.1 (modeled)</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Heat Wave</w:t>
            </w:r>
          </w:p>
        </w:tc>
        <w:tc>
          <w:tcPr>
            <w:tcW w:type="dxa" w:w="1277"/>
          </w:tcPr>
          <w:p>
            <w:pPr>
              <w:spacing w:after="0"/>
              <w:jc w:val="right"/>
            </w:pPr>
            <w:r>
              <w:rPr>
                <w:sz w:val="16"/>
              </w:rPr>
              <w:t>3.77</w:t>
            </w:r>
          </w:p>
        </w:tc>
        <w:tc>
          <w:tcPr>
            <w:tcW w:type="dxa" w:w="1300"/>
          </w:tcPr>
          <w:p>
            <w:pPr>
              <w:spacing w:after="0"/>
              <w:jc w:val="left"/>
            </w:pPr>
            <w:r>
              <w:rPr>
                <w:sz w:val="16"/>
              </w:rPr>
              <w:t>event-days per year</w:t>
            </w:r>
          </w:p>
        </w:tc>
        <w:tc>
          <w:tcPr>
            <w:tcW w:type="dxa" w:w="1633"/>
          </w:tcPr>
          <w:p>
            <w:pPr>
              <w:spacing w:after="0"/>
              <w:jc w:val="left"/>
            </w:pPr>
            <w:r>
              <w:rPr>
                <w:sz w:val="16"/>
              </w:rPr>
              <w:t>about 3.77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15 of 30 years, 1996 to 2025 (50%)</w:t>
            </w:r>
          </w:p>
        </w:tc>
        <w:tc>
          <w:tcPr>
            <w:tcW w:type="dxa" w:w="1542"/>
          </w:tcPr>
          <w:p>
            <w:pPr>
              <w:spacing w:after="0"/>
              <w:jc w:val="right"/>
            </w:pPr>
            <w:r>
              <w:rPr>
                <w:sz w:val="16"/>
              </w:rPr>
              <w:t>66.9</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Hurricane</w:t>
            </w:r>
          </w:p>
        </w:tc>
        <w:tc>
          <w:tcPr>
            <w:tcW w:type="dxa" w:w="1277"/>
          </w:tcPr>
          <w:p>
            <w:pPr>
              <w:spacing w:after="0"/>
              <w:jc w:val="right"/>
            </w:pPr>
            <w:r>
              <w:rPr>
                <w:sz w:val="16"/>
              </w:rPr>
              <w:t>0.0755</w:t>
            </w:r>
          </w:p>
        </w:tc>
        <w:tc>
          <w:tcPr>
            <w:tcW w:type="dxa" w:w="1300"/>
          </w:tcPr>
          <w:p>
            <w:pPr>
              <w:spacing w:after="0"/>
              <w:jc w:val="left"/>
            </w:pPr>
            <w:r>
              <w:rPr>
                <w:sz w:val="16"/>
              </w:rPr>
              <w:t>events per year</w:t>
            </w:r>
          </w:p>
        </w:tc>
        <w:tc>
          <w:tcPr>
            <w:tcW w:type="dxa" w:w="1633"/>
          </w:tcPr>
          <w:p>
            <w:pPr>
              <w:spacing w:after="0"/>
              <w:jc w:val="left"/>
            </w:pPr>
            <w:r>
              <w:rPr>
                <w:sz w:val="16"/>
              </w:rPr>
              <w:t>about 1 in 13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20</w:t>
            </w:r>
          </w:p>
        </w:tc>
        <w:tc>
          <w:tcPr>
            <w:tcW w:type="dxa" w:w="1582"/>
          </w:tcPr>
          <w:p>
            <w:pPr>
              <w:spacing w:after="0"/>
              <w:jc w:val="left"/>
            </w:pPr>
            <w:r>
              <w:rPr>
                <w:sz w:val="16"/>
              </w:rPr>
              <w:t>1851 to 2024 (Atlantic)</w:t>
            </w:r>
          </w:p>
        </w:tc>
        <w:tc>
          <w:tcPr>
            <w:tcW w:type="dxa" w:w="1037"/>
          </w:tcPr>
          <w:p>
            <w:pPr>
              <w:spacing w:after="0"/>
              <w:jc w:val="left"/>
            </w:pPr>
            <w:r>
              <w:rPr>
                <w:sz w:val="16"/>
              </w:rPr>
              <w:t>see B1-f</w:t>
            </w:r>
          </w:p>
        </w:tc>
        <w:tc>
          <w:tcPr>
            <w:tcW w:type="dxa" w:w="154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7"/>
          </w:tcPr>
          <w:p>
            <w:pPr>
              <w:spacing w:after="0"/>
              <w:jc w:val="right"/>
            </w:pPr>
            <w:r>
              <w:rPr>
                <w:sz w:val="16"/>
              </w:rPr>
              <w:t>0.699</w:t>
            </w:r>
          </w:p>
        </w:tc>
        <w:tc>
          <w:tcPr>
            <w:tcW w:type="dxa" w:w="1300"/>
          </w:tcPr>
          <w:p>
            <w:pPr>
              <w:spacing w:after="0"/>
              <w:jc w:val="left"/>
            </w:pPr>
            <w:r>
              <w:rPr>
                <w:sz w:val="16"/>
              </w:rPr>
              <w:t>event-days per year</w:t>
            </w:r>
          </w:p>
        </w:tc>
        <w:tc>
          <w:tcPr>
            <w:tcW w:type="dxa" w:w="1633"/>
          </w:tcPr>
          <w:p>
            <w:pPr>
              <w:spacing w:after="0"/>
              <w:jc w:val="left"/>
            </w:pPr>
            <w:r>
              <w:rPr>
                <w:sz w:val="16"/>
              </w:rPr>
              <w:t>about 0.699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9 of 30 years, 1996 to 2025 (30%)</w:t>
            </w:r>
          </w:p>
        </w:tc>
        <w:tc>
          <w:tcPr>
            <w:tcW w:type="dxa" w:w="1542"/>
          </w:tcPr>
          <w:p>
            <w:pPr>
              <w:spacing w:after="0"/>
              <w:jc w:val="right"/>
            </w:pPr>
            <w:r>
              <w:rPr>
                <w:sz w:val="16"/>
              </w:rPr>
              <w:t>47</w:t>
            </w:r>
          </w:p>
        </w:tc>
        <w:tc>
          <w:tcPr>
            <w:tcW w:type="dxa" w:w="1582"/>
          </w:tcPr>
          <w:p>
            <w:pPr>
              <w:spacing w:after="0"/>
              <w:jc w:val="left"/>
            </w:pPr>
            <w:r>
              <w:rPr>
                <w:sz w:val="16"/>
              </w:rPr>
              <w:t>1946-12-31 to 2014-02-12 (67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Inland Flooding</w:t>
            </w:r>
          </w:p>
        </w:tc>
        <w:tc>
          <w:tcPr>
            <w:tcW w:type="dxa" w:w="1277"/>
          </w:tcPr>
          <w:p>
            <w:pPr>
              <w:spacing w:after="0"/>
              <w:jc w:val="right"/>
            </w:pPr>
            <w:r>
              <w:rPr>
                <w:sz w:val="16"/>
              </w:rPr>
              <w:t>2.61</w:t>
            </w:r>
          </w:p>
        </w:tc>
        <w:tc>
          <w:tcPr>
            <w:tcW w:type="dxa" w:w="1300"/>
          </w:tcPr>
          <w:p>
            <w:pPr>
              <w:spacing w:after="0"/>
              <w:jc w:val="left"/>
            </w:pPr>
            <w:r>
              <w:rPr>
                <w:sz w:val="16"/>
              </w:rPr>
              <w:t>event-days per year</w:t>
            </w:r>
          </w:p>
        </w:tc>
        <w:tc>
          <w:tcPr>
            <w:tcW w:type="dxa" w:w="1633"/>
          </w:tcPr>
          <w:p>
            <w:pPr>
              <w:spacing w:after="0"/>
              <w:jc w:val="left"/>
            </w:pPr>
            <w:r>
              <w:rPr>
                <w:sz w:val="16"/>
              </w:rPr>
              <w:t>about 2.61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24 of 30 years, 1996 to 2025 (80%)</w:t>
            </w:r>
          </w:p>
        </w:tc>
        <w:tc>
          <w:tcPr>
            <w:tcW w:type="dxa" w:w="1542"/>
          </w:tcPr>
          <w:p>
            <w:pPr>
              <w:spacing w:after="0"/>
              <w:jc w:val="right"/>
            </w:pPr>
            <w:r>
              <w:rPr>
                <w:sz w:val="16"/>
              </w:rPr>
              <w:t>73</w:t>
            </w:r>
          </w:p>
        </w:tc>
        <w:tc>
          <w:tcPr>
            <w:tcW w:type="dxa" w:w="1582"/>
          </w:tcPr>
          <w:p>
            <w:pPr>
              <w:spacing w:after="0"/>
              <w:jc w:val="left"/>
            </w:pPr>
            <w:r>
              <w:rPr>
                <w:sz w:val="16"/>
              </w:rPr>
              <w:t>1996 to 2023 (28 years)</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Landslide</w:t>
            </w:r>
          </w:p>
        </w:tc>
        <w:tc>
          <w:tcPr>
            <w:tcW w:type="dxa" w:w="1277"/>
          </w:tcPr>
          <w:p>
            <w:pPr>
              <w:spacing w:after="0"/>
              <w:jc w:val="right"/>
            </w:pPr>
            <w:r>
              <w:rPr>
                <w:sz w:val="16"/>
              </w:rPr>
              <w:t>0.729</w:t>
            </w:r>
          </w:p>
        </w:tc>
        <w:tc>
          <w:tcPr>
            <w:tcW w:type="dxa" w:w="1300"/>
          </w:tcPr>
          <w:p>
            <w:pPr>
              <w:spacing w:after="0"/>
              <w:jc w:val="left"/>
            </w:pPr>
            <w:r>
              <w:rPr>
                <w:sz w:val="16"/>
              </w:rPr>
              <w:t>events per year (modeled)</w:t>
            </w:r>
          </w:p>
        </w:tc>
        <w:tc>
          <w:tcPr>
            <w:tcW w:type="dxa" w:w="1633"/>
          </w:tcPr>
          <w:p>
            <w:pPr>
              <w:spacing w:after="0"/>
              <w:jc w:val="left"/>
            </w:pPr>
            <w:r>
              <w:rPr>
                <w:sz w:val="16"/>
              </w:rPr>
              <w:t>about 0.73 per year</w:t>
            </w:r>
          </w:p>
        </w:tc>
        <w:tc>
          <w:tcPr>
            <w:tcW w:type="dxa" w:w="1037"/>
          </w:tcPr>
          <w:p>
            <w:pPr>
              <w:spacing w:after="0"/>
              <w:jc w:val="left"/>
            </w:pPr>
            <w:r>
              <w:rPr>
                <w:sz w:val="16"/>
              </w:rPr>
              <w:t>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Lightning</w:t>
            </w:r>
          </w:p>
        </w:tc>
        <w:tc>
          <w:tcPr>
            <w:tcW w:type="dxa" w:w="1277"/>
          </w:tcPr>
          <w:p>
            <w:pPr>
              <w:spacing w:after="0"/>
              <w:jc w:val="right"/>
            </w:pPr>
            <w:r>
              <w:rPr>
                <w:sz w:val="16"/>
              </w:rPr>
              <w:t>40.8</w:t>
            </w:r>
          </w:p>
        </w:tc>
        <w:tc>
          <w:tcPr>
            <w:tcW w:type="dxa" w:w="1300"/>
          </w:tcPr>
          <w:p>
            <w:pPr>
              <w:spacing w:after="0"/>
              <w:jc w:val="left"/>
            </w:pPr>
            <w:r>
              <w:rPr>
                <w:sz w:val="16"/>
              </w:rPr>
              <w:t>days per year with a strike</w:t>
            </w:r>
          </w:p>
        </w:tc>
        <w:tc>
          <w:tcPr>
            <w:tcW w:type="dxa" w:w="1633"/>
          </w:tcPr>
          <w:p>
            <w:pPr>
              <w:spacing w:after="0"/>
              <w:jc w:val="left"/>
            </w:pPr>
            <w:r>
              <w:rPr>
                <w:sz w:val="16"/>
              </w:rPr>
              <w:t>about 40.8 days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1995 to 2023 (29 years; CONUS)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Strong Wind</w:t>
            </w:r>
          </w:p>
        </w:tc>
        <w:tc>
          <w:tcPr>
            <w:tcW w:type="dxa" w:w="1277"/>
          </w:tcPr>
          <w:p>
            <w:pPr>
              <w:spacing w:after="0"/>
              <w:jc w:val="right"/>
            </w:pPr>
            <w:r>
              <w:rPr>
                <w:sz w:val="16"/>
              </w:rPr>
              <w:t>4.51</w:t>
            </w:r>
          </w:p>
        </w:tc>
        <w:tc>
          <w:tcPr>
            <w:tcW w:type="dxa" w:w="1300"/>
          </w:tcPr>
          <w:p>
            <w:pPr>
              <w:spacing w:after="0"/>
              <w:jc w:val="left"/>
            </w:pPr>
            <w:r>
              <w:rPr>
                <w:sz w:val="16"/>
              </w:rPr>
              <w:t>events per year</w:t>
            </w:r>
          </w:p>
        </w:tc>
        <w:tc>
          <w:tcPr>
            <w:tcW w:type="dxa" w:w="1633"/>
          </w:tcPr>
          <w:p>
            <w:pPr>
              <w:spacing w:after="0"/>
              <w:jc w:val="left"/>
            </w:pPr>
            <w:r>
              <w:rPr>
                <w:sz w:val="16"/>
              </w:rPr>
              <w:t>about 4.51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172</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Tornado</w:t>
            </w:r>
          </w:p>
        </w:tc>
        <w:tc>
          <w:tcPr>
            <w:tcW w:type="dxa" w:w="1277"/>
          </w:tcPr>
          <w:p>
            <w:pPr>
              <w:spacing w:after="0"/>
              <w:jc w:val="right"/>
            </w:pPr>
            <w:r>
              <w:rPr>
                <w:sz w:val="16"/>
              </w:rPr>
              <w:t>0.145</w:t>
            </w:r>
          </w:p>
        </w:tc>
        <w:tc>
          <w:tcPr>
            <w:tcW w:type="dxa" w:w="1300"/>
          </w:tcPr>
          <w:p>
            <w:pPr>
              <w:spacing w:after="0"/>
              <w:jc w:val="left"/>
            </w:pPr>
            <w:r>
              <w:rPr>
                <w:sz w:val="16"/>
              </w:rPr>
              <w:t>events per year</w:t>
            </w:r>
          </w:p>
        </w:tc>
        <w:tc>
          <w:tcPr>
            <w:tcW w:type="dxa" w:w="1633"/>
          </w:tcPr>
          <w:p>
            <w:pPr>
              <w:spacing w:after="0"/>
              <w:jc w:val="left"/>
            </w:pPr>
            <w:r>
              <w:rPr>
                <w:sz w:val="16"/>
              </w:rPr>
              <w:t>about 1 in 7 years</w:t>
            </w:r>
          </w:p>
        </w:tc>
        <w:tc>
          <w:tcPr>
            <w:tcW w:type="dxa" w:w="1037"/>
          </w:tcPr>
          <w:p>
            <w:pPr>
              <w:spacing w:after="0"/>
              <w:jc w:val="left"/>
            </w:pPr>
            <w:r>
              <w:rPr>
                <w:sz w:val="16"/>
              </w:rPr>
              <w:t>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1950 to 2023 (EF2+); 1986 to 2023 (EF0-1)</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Wildfire</w:t>
            </w:r>
          </w:p>
        </w:tc>
        <w:tc>
          <w:tcPr>
            <w:tcW w:type="dxa" w:w="1277"/>
          </w:tcPr>
          <w:p>
            <w:pPr>
              <w:spacing w:after="0"/>
              <w:jc w:val="right"/>
            </w:pPr>
            <w:r>
              <w:rPr>
                <w:sz w:val="16"/>
              </w:rPr>
              <w:t>0.000927</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burns in a year: 0.0927%</w:t>
            </w:r>
          </w:p>
        </w:tc>
        <w:tc>
          <w:tcPr>
            <w:tcW w:type="dxa" w:w="1037"/>
          </w:tcPr>
          <w:p>
            <w:pPr>
              <w:spacing w:after="0"/>
              <w:jc w:val="left"/>
            </w:pPr>
            <w:r>
              <w:rPr>
                <w:sz w:val="16"/>
              </w:rPr>
              <w:t>Possible</w:t>
            </w:r>
          </w:p>
        </w:tc>
        <w:tc>
          <w:tcPr>
            <w:tcW w:type="dxa" w:w="2127"/>
          </w:tcPr>
          <w:p>
            <w:pPr>
              <w:spacing w:after="0"/>
              <w:jc w:val="left"/>
            </w:pPr>
            <w:r>
              <w:rPr>
                <w:sz w:val="16"/>
              </w:rPr>
              <w:t>Storm Events records in 2 of 30 years, 1996 to 2025 (6.67%)</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Winter Weather</w:t>
            </w:r>
          </w:p>
        </w:tc>
        <w:tc>
          <w:tcPr>
            <w:tcW w:type="dxa" w:w="1277"/>
          </w:tcPr>
          <w:p>
            <w:pPr>
              <w:spacing w:after="0"/>
              <w:jc w:val="right"/>
            </w:pPr>
            <w:r>
              <w:rPr>
                <w:sz w:val="16"/>
              </w:rPr>
              <w:t>10.6</w:t>
            </w:r>
          </w:p>
        </w:tc>
        <w:tc>
          <w:tcPr>
            <w:tcW w:type="dxa" w:w="1300"/>
          </w:tcPr>
          <w:p>
            <w:pPr>
              <w:spacing w:after="0"/>
              <w:jc w:val="left"/>
            </w:pPr>
            <w:r>
              <w:rPr>
                <w:sz w:val="16"/>
              </w:rPr>
              <w:t>event-days per year</w:t>
            </w:r>
          </w:p>
        </w:tc>
        <w:tc>
          <w:tcPr>
            <w:tcW w:type="dxa" w:w="1633"/>
          </w:tcPr>
          <w:p>
            <w:pPr>
              <w:spacing w:after="0"/>
              <w:jc w:val="left"/>
            </w:pPr>
            <w:r>
              <w:rPr>
                <w:sz w:val="16"/>
              </w:rPr>
              <w:t>about 10.6 days per year</w:t>
            </w:r>
          </w:p>
        </w:tc>
        <w:tc>
          <w:tcPr>
            <w:tcW w:type="dxa" w:w="1037"/>
          </w:tcPr>
          <w:p>
            <w:pPr>
              <w:spacing w:after="0"/>
              <w:jc w:val="left"/>
            </w:pPr>
            <w:r>
              <w:rPr>
                <w:sz w:val="16"/>
              </w:rPr>
              <w:t>Highly likely</w:t>
            </w:r>
          </w:p>
        </w:tc>
        <w:tc>
          <w:tcPr>
            <w:tcW w:type="dxa" w:w="2127"/>
          </w:tcPr>
          <w:p>
            <w:pPr>
              <w:spacing w:after="0"/>
              <w:jc w:val="left"/>
            </w:pPr>
            <w:r>
              <w:rPr>
                <w:sz w:val="16"/>
              </w:rPr>
              <w:t>Storm Events event-days in 30 of 30 years, 1996 to 2025 (100%)</w:t>
            </w:r>
          </w:p>
        </w:tc>
        <w:tc>
          <w:tcPr>
            <w:tcW w:type="dxa" w:w="1542"/>
          </w:tcPr>
          <w:p>
            <w:pPr>
              <w:spacing w:after="0"/>
              <w:jc w:val="right"/>
            </w:pPr>
            <w:r>
              <w:rPr>
                <w:sz w:val="16"/>
              </w:rPr>
              <w:t>201</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155</w:t>
            </w:r>
          </w:p>
        </w:tc>
        <w:tc>
          <w:tcPr>
            <w:tcW w:type="dxa" w:w="1381"/>
          </w:tcPr>
          <w:p>
            <w:pPr>
              <w:spacing w:after="0"/>
              <w:jc w:val="right"/>
            </w:pPr>
            <w:r>
              <w:rPr>
                <w:sz w:val="16"/>
              </w:rPr>
              <w:t>30</w:t>
            </w:r>
          </w:p>
        </w:tc>
        <w:tc>
          <w:tcPr>
            <w:tcW w:type="dxa" w:w="1381"/>
          </w:tcPr>
          <w:p>
            <w:pPr>
              <w:spacing w:after="0"/>
              <w:jc w:val="right"/>
            </w:pPr>
            <w:r>
              <w:rPr>
                <w:sz w:val="16"/>
              </w:rPr>
              <w:t>5.17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562"/>
        <w:gridCol w:w="1679"/>
        <w:gridCol w:w="1601"/>
        <w:gridCol w:w="1679"/>
        <w:gridCol w:w="1601"/>
        <w:gridCol w:w="4989"/>
      </w:tblGrid>
      <w:tr>
        <w:trPr>
          <w:cantSplit/>
          <w:tblHeader/>
        </w:trPr>
        <w:tc>
          <w:tcPr>
            <w:tcW w:type="dxa" w:w="2562"/>
            <w:vMerge w:val="restart"/>
            <w:shd w:val="clear" w:color="auto" w:fill="E8E8E8"/>
          </w:tcPr>
          <w:p>
            <w:pPr>
              <w:spacing w:after="0"/>
              <w:jc w:val="left"/>
            </w:pPr>
            <w:r>
              <w:rPr>
                <w:b/>
                <w:sz w:val="16"/>
              </w:rPr>
              <w:t>Hazard</w:t>
            </w:r>
          </w:p>
        </w:tc>
        <w:tc>
          <w:tcPr>
            <w:tcW w:type="dxa" w:w="16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01"/>
            <w:shd w:val="clear" w:color="auto" w:fill="E8E8E8"/>
          </w:tcPr>
          <w:p>
            <w:pPr>
              <w:spacing w:after="0"/>
              <w:jc w:val="right"/>
            </w:pPr>
            <w:r>
              <w:rPr>
                <w:b/>
                <w:sz w:val="16"/>
              </w:rPr>
              <w:t>Min</w:t>
            </w:r>
          </w:p>
        </w:tc>
        <w:tc>
          <w:tcPr>
            <w:tcW w:type="dxa" w:w="1679"/>
            <w:shd w:val="clear" w:color="auto" w:fill="E8E8E8"/>
          </w:tcPr>
          <w:p>
            <w:pPr>
              <w:spacing w:after="0"/>
              <w:jc w:val="right"/>
            </w:pPr>
            <w:r>
              <w:rPr>
                <w:b/>
                <w:sz w:val="16"/>
              </w:rPr>
              <w:t>Median</w:t>
            </w:r>
          </w:p>
        </w:tc>
        <w:tc>
          <w:tcPr>
            <w:tcW w:type="dxa" w:w="1601"/>
            <w:shd w:val="clear" w:color="auto" w:fill="E8E8E8"/>
          </w:tcPr>
          <w:p>
            <w:pPr>
              <w:spacing w:after="0"/>
              <w:jc w:val="right"/>
            </w:pPr>
            <w:r>
              <w:rPr>
                <w:b/>
                <w:sz w:val="16"/>
              </w:rPr>
              <w:t>Max</w:t>
            </w:r>
          </w:p>
        </w:tc>
        <w:tc>
          <w:tcPr>
            <w:tcW w:type="dxa" w:w="2352"/>
            <w:vMerge/>
          </w:tcPr>
          <w:p/>
        </w:tc>
      </w:tr>
      <w:tr>
        <w:trPr>
          <w:cantSplit/>
        </w:trPr>
        <w:tc>
          <w:tcPr>
            <w:tcW w:type="dxa" w:w="2562"/>
          </w:tcPr>
          <w:p>
            <w:pPr>
              <w:spacing w:after="0"/>
              <w:jc w:val="left"/>
            </w:pPr>
            <w:r>
              <w:rPr>
                <w:sz w:val="16"/>
              </w:rPr>
              <w:t>Avalanche</w:t>
            </w:r>
          </w:p>
        </w:tc>
        <w:tc>
          <w:tcPr>
            <w:tcW w:type="dxa" w:w="1679"/>
          </w:tcPr>
          <w:p>
            <w:pPr>
              <w:spacing w:after="0"/>
              <w:jc w:val="right"/>
            </w:pPr>
            <w:r>
              <w:rPr>
                <w:sz w:val="16"/>
              </w:rPr>
              <w:t>1 of 4</w:t>
            </w:r>
          </w:p>
        </w:tc>
        <w:tc>
          <w:tcPr>
            <w:tcW w:type="dxa" w:w="1601"/>
          </w:tcPr>
          <w:p>
            <w:pPr>
              <w:spacing w:after="0"/>
              <w:jc w:val="right"/>
            </w:pPr>
            <w:r>
              <w:rPr>
                <w:sz w:val="16"/>
              </w:rPr>
              <w:t>43.0</w:t>
            </w:r>
          </w:p>
        </w:tc>
        <w:tc>
          <w:tcPr>
            <w:tcW w:type="dxa" w:w="1679"/>
          </w:tcPr>
          <w:p>
            <w:pPr>
              <w:spacing w:after="0"/>
              <w:jc w:val="right"/>
            </w:pPr>
            <w:r>
              <w:rPr>
                <w:sz w:val="16"/>
              </w:rPr>
              <w:t>43.0</w:t>
            </w:r>
          </w:p>
        </w:tc>
        <w:tc>
          <w:tcPr>
            <w:tcW w:type="dxa" w:w="1601"/>
          </w:tcPr>
          <w:p>
            <w:pPr>
              <w:spacing w:after="0"/>
              <w:jc w:val="right"/>
            </w:pPr>
            <w:r>
              <w:rPr>
                <w:sz w:val="16"/>
              </w:rPr>
              <w:t>43.0</w:t>
            </w:r>
          </w:p>
        </w:tc>
        <w:tc>
          <w:tcPr>
            <w:tcW w:type="dxa" w:w="4989"/>
          </w:tcPr>
          <w:p>
            <w:pPr>
              <w:spacing w:after="0"/>
              <w:jc w:val="left"/>
            </w:pPr>
            <w:r>
              <w:rPr>
                <w:sz w:val="16"/>
              </w:rPr>
              <w:t>Very Low 1, Not Applicable 3</w:t>
            </w:r>
          </w:p>
        </w:tc>
      </w:tr>
      <w:tr>
        <w:trPr>
          <w:cantSplit/>
        </w:trPr>
        <w:tc>
          <w:tcPr>
            <w:tcW w:type="dxa" w:w="2562"/>
          </w:tcPr>
          <w:p>
            <w:pPr>
              <w:spacing w:after="0"/>
              <w:jc w:val="left"/>
            </w:pPr>
            <w:r>
              <w:rPr>
                <w:sz w:val="16"/>
              </w:rPr>
              <w:t>Cold Wave</w:t>
            </w:r>
          </w:p>
        </w:tc>
        <w:tc>
          <w:tcPr>
            <w:tcW w:type="dxa" w:w="1679"/>
          </w:tcPr>
          <w:p>
            <w:pPr>
              <w:spacing w:after="0"/>
              <w:jc w:val="right"/>
            </w:pPr>
            <w:r>
              <w:rPr>
                <w:sz w:val="16"/>
              </w:rPr>
              <w:t>4 of 4</w:t>
            </w:r>
          </w:p>
        </w:tc>
        <w:tc>
          <w:tcPr>
            <w:tcW w:type="dxa" w:w="1601"/>
          </w:tcPr>
          <w:p>
            <w:pPr>
              <w:spacing w:after="0"/>
              <w:jc w:val="right"/>
            </w:pPr>
            <w:r>
              <w:rPr>
                <w:sz w:val="16"/>
              </w:rPr>
              <w:t>29.7</w:t>
            </w:r>
          </w:p>
        </w:tc>
        <w:tc>
          <w:tcPr>
            <w:tcW w:type="dxa" w:w="1679"/>
          </w:tcPr>
          <w:p>
            <w:pPr>
              <w:spacing w:after="0"/>
              <w:jc w:val="right"/>
            </w:pPr>
            <w:r>
              <w:rPr>
                <w:sz w:val="16"/>
              </w:rPr>
              <w:t>31.2</w:t>
            </w:r>
          </w:p>
        </w:tc>
        <w:tc>
          <w:tcPr>
            <w:tcW w:type="dxa" w:w="1601"/>
          </w:tcPr>
          <w:p>
            <w:pPr>
              <w:spacing w:after="0"/>
              <w:jc w:val="right"/>
            </w:pPr>
            <w:r>
              <w:rPr>
                <w:sz w:val="16"/>
              </w:rPr>
              <w:t>35.5</w:t>
            </w:r>
          </w:p>
        </w:tc>
        <w:tc>
          <w:tcPr>
            <w:tcW w:type="dxa" w:w="4989"/>
          </w:tcPr>
          <w:p>
            <w:pPr>
              <w:spacing w:after="0"/>
              <w:jc w:val="left"/>
            </w:pPr>
            <w:r>
              <w:rPr>
                <w:sz w:val="16"/>
              </w:rPr>
              <w:t>Relatively Low 4</w:t>
            </w:r>
          </w:p>
        </w:tc>
      </w:tr>
      <w:tr>
        <w:trPr>
          <w:cantSplit/>
        </w:trPr>
        <w:tc>
          <w:tcPr>
            <w:tcW w:type="dxa" w:w="2562"/>
          </w:tcPr>
          <w:p>
            <w:pPr>
              <w:spacing w:after="0"/>
              <w:jc w:val="left"/>
            </w:pPr>
            <w:r>
              <w:rPr>
                <w:sz w:val="16"/>
              </w:rPr>
              <w:t>Drought</w:t>
            </w:r>
          </w:p>
        </w:tc>
        <w:tc>
          <w:tcPr>
            <w:tcW w:type="dxa" w:w="1679"/>
          </w:tcPr>
          <w:p>
            <w:pPr>
              <w:spacing w:after="0"/>
              <w:jc w:val="right"/>
            </w:pPr>
            <w:r>
              <w:rPr>
                <w:sz w:val="16"/>
              </w:rPr>
              <w:t>4 of 4</w:t>
            </w:r>
          </w:p>
        </w:tc>
        <w:tc>
          <w:tcPr>
            <w:tcW w:type="dxa" w:w="1601"/>
          </w:tcPr>
          <w:p>
            <w:pPr>
              <w:spacing w:after="0"/>
              <w:jc w:val="right"/>
            </w:pPr>
            <w:r>
              <w:rPr>
                <w:sz w:val="16"/>
              </w:rPr>
              <w:t>92.6</w:t>
            </w:r>
          </w:p>
        </w:tc>
        <w:tc>
          <w:tcPr>
            <w:tcW w:type="dxa" w:w="1679"/>
          </w:tcPr>
          <w:p>
            <w:pPr>
              <w:spacing w:after="0"/>
              <w:jc w:val="right"/>
            </w:pPr>
            <w:r>
              <w:rPr>
                <w:sz w:val="16"/>
              </w:rPr>
              <w:t>93.8</w:t>
            </w:r>
          </w:p>
        </w:tc>
        <w:tc>
          <w:tcPr>
            <w:tcW w:type="dxa" w:w="1601"/>
          </w:tcPr>
          <w:p>
            <w:pPr>
              <w:spacing w:after="0"/>
              <w:jc w:val="right"/>
            </w:pPr>
            <w:r>
              <w:rPr>
                <w:sz w:val="16"/>
              </w:rPr>
              <w:t>96.3</w:t>
            </w:r>
          </w:p>
        </w:tc>
        <w:tc>
          <w:tcPr>
            <w:tcW w:type="dxa" w:w="4989"/>
          </w:tcPr>
          <w:p>
            <w:pPr>
              <w:spacing w:after="0"/>
              <w:jc w:val="left"/>
            </w:pPr>
            <w:r>
              <w:rPr>
                <w:sz w:val="16"/>
              </w:rPr>
              <w:t>Relatively Moderate 4</w:t>
            </w:r>
          </w:p>
        </w:tc>
      </w:tr>
      <w:tr>
        <w:trPr>
          <w:cantSplit/>
        </w:trPr>
        <w:tc>
          <w:tcPr>
            <w:tcW w:type="dxa" w:w="2562"/>
          </w:tcPr>
          <w:p>
            <w:pPr>
              <w:spacing w:after="0"/>
              <w:jc w:val="left"/>
            </w:pPr>
            <w:r>
              <w:rPr>
                <w:sz w:val="16"/>
              </w:rPr>
              <w:t>Earthquake</w:t>
            </w:r>
          </w:p>
        </w:tc>
        <w:tc>
          <w:tcPr>
            <w:tcW w:type="dxa" w:w="1679"/>
          </w:tcPr>
          <w:p>
            <w:pPr>
              <w:spacing w:after="0"/>
              <w:jc w:val="right"/>
            </w:pPr>
            <w:r>
              <w:rPr>
                <w:sz w:val="16"/>
              </w:rPr>
              <w:t>4 of 4</w:t>
            </w:r>
          </w:p>
        </w:tc>
        <w:tc>
          <w:tcPr>
            <w:tcW w:type="dxa" w:w="1601"/>
          </w:tcPr>
          <w:p>
            <w:pPr>
              <w:spacing w:after="0"/>
              <w:jc w:val="right"/>
            </w:pPr>
            <w:r>
              <w:rPr>
                <w:sz w:val="16"/>
              </w:rPr>
              <w:t>44.1</w:t>
            </w:r>
          </w:p>
        </w:tc>
        <w:tc>
          <w:tcPr>
            <w:tcW w:type="dxa" w:w="1679"/>
          </w:tcPr>
          <w:p>
            <w:pPr>
              <w:spacing w:after="0"/>
              <w:jc w:val="right"/>
            </w:pPr>
            <w:r>
              <w:rPr>
                <w:sz w:val="16"/>
              </w:rPr>
              <w:t>57.3</w:t>
            </w:r>
          </w:p>
        </w:tc>
        <w:tc>
          <w:tcPr>
            <w:tcW w:type="dxa" w:w="1601"/>
          </w:tcPr>
          <w:p>
            <w:pPr>
              <w:spacing w:after="0"/>
              <w:jc w:val="right"/>
            </w:pPr>
            <w:r>
              <w:rPr>
                <w:sz w:val="16"/>
              </w:rPr>
              <w:t>76.0</w:t>
            </w:r>
          </w:p>
        </w:tc>
        <w:tc>
          <w:tcPr>
            <w:tcW w:type="dxa" w:w="4989"/>
          </w:tcPr>
          <w:p>
            <w:pPr>
              <w:spacing w:after="0"/>
              <w:jc w:val="left"/>
            </w:pPr>
            <w:r>
              <w:rPr>
                <w:sz w:val="16"/>
              </w:rPr>
              <w:t>Relatively Low 4</w:t>
            </w:r>
          </w:p>
        </w:tc>
      </w:tr>
      <w:tr>
        <w:trPr>
          <w:cantSplit/>
        </w:trPr>
        <w:tc>
          <w:tcPr>
            <w:tcW w:type="dxa" w:w="2562"/>
          </w:tcPr>
          <w:p>
            <w:pPr>
              <w:spacing w:after="0"/>
              <w:jc w:val="left"/>
            </w:pPr>
            <w:r>
              <w:rPr>
                <w:sz w:val="16"/>
              </w:rPr>
              <w:t>Hail</w:t>
            </w:r>
          </w:p>
        </w:tc>
        <w:tc>
          <w:tcPr>
            <w:tcW w:type="dxa" w:w="1679"/>
          </w:tcPr>
          <w:p>
            <w:pPr>
              <w:spacing w:after="0"/>
              <w:jc w:val="right"/>
            </w:pPr>
            <w:r>
              <w:rPr>
                <w:sz w:val="16"/>
              </w:rPr>
              <w:t>4 of 4</w:t>
            </w:r>
          </w:p>
        </w:tc>
        <w:tc>
          <w:tcPr>
            <w:tcW w:type="dxa" w:w="1601"/>
          </w:tcPr>
          <w:p>
            <w:pPr>
              <w:spacing w:after="0"/>
              <w:jc w:val="right"/>
            </w:pPr>
            <w:r>
              <w:rPr>
                <w:sz w:val="16"/>
              </w:rPr>
              <w:t>64.1</w:t>
            </w:r>
          </w:p>
        </w:tc>
        <w:tc>
          <w:tcPr>
            <w:tcW w:type="dxa" w:w="1679"/>
          </w:tcPr>
          <w:p>
            <w:pPr>
              <w:spacing w:after="0"/>
              <w:jc w:val="right"/>
            </w:pPr>
            <w:r>
              <w:rPr>
                <w:sz w:val="16"/>
              </w:rPr>
              <w:t>69.5</w:t>
            </w:r>
          </w:p>
        </w:tc>
        <w:tc>
          <w:tcPr>
            <w:tcW w:type="dxa" w:w="1601"/>
          </w:tcPr>
          <w:p>
            <w:pPr>
              <w:spacing w:after="0"/>
              <w:jc w:val="right"/>
            </w:pPr>
            <w:r>
              <w:rPr>
                <w:sz w:val="16"/>
              </w:rPr>
              <w:t>72.7</w:t>
            </w:r>
          </w:p>
        </w:tc>
        <w:tc>
          <w:tcPr>
            <w:tcW w:type="dxa" w:w="4989"/>
          </w:tcPr>
          <w:p>
            <w:pPr>
              <w:spacing w:after="0"/>
              <w:jc w:val="left"/>
            </w:pPr>
            <w:r>
              <w:rPr>
                <w:sz w:val="16"/>
              </w:rPr>
              <w:t>Relatively Moderate 2, Relatively Low 2</w:t>
            </w:r>
          </w:p>
        </w:tc>
      </w:tr>
      <w:tr>
        <w:trPr>
          <w:cantSplit/>
        </w:trPr>
        <w:tc>
          <w:tcPr>
            <w:tcW w:type="dxa" w:w="2562"/>
          </w:tcPr>
          <w:p>
            <w:pPr>
              <w:spacing w:after="0"/>
              <w:jc w:val="left"/>
            </w:pPr>
            <w:r>
              <w:rPr>
                <w:sz w:val="16"/>
              </w:rPr>
              <w:t>Heat Wave</w:t>
            </w:r>
          </w:p>
        </w:tc>
        <w:tc>
          <w:tcPr>
            <w:tcW w:type="dxa" w:w="1679"/>
          </w:tcPr>
          <w:p>
            <w:pPr>
              <w:spacing w:after="0"/>
              <w:jc w:val="right"/>
            </w:pPr>
            <w:r>
              <w:rPr>
                <w:sz w:val="16"/>
              </w:rPr>
              <w:t>4 of 4</w:t>
            </w:r>
          </w:p>
        </w:tc>
        <w:tc>
          <w:tcPr>
            <w:tcW w:type="dxa" w:w="1601"/>
          </w:tcPr>
          <w:p>
            <w:pPr>
              <w:spacing w:after="0"/>
              <w:jc w:val="right"/>
            </w:pPr>
            <w:r>
              <w:rPr>
                <w:sz w:val="16"/>
              </w:rPr>
              <w:t>37.9</w:t>
            </w:r>
          </w:p>
        </w:tc>
        <w:tc>
          <w:tcPr>
            <w:tcW w:type="dxa" w:w="1679"/>
          </w:tcPr>
          <w:p>
            <w:pPr>
              <w:spacing w:after="0"/>
              <w:jc w:val="right"/>
            </w:pPr>
            <w:r>
              <w:rPr>
                <w:sz w:val="16"/>
              </w:rPr>
              <w:t>44.5</w:t>
            </w:r>
          </w:p>
        </w:tc>
        <w:tc>
          <w:tcPr>
            <w:tcW w:type="dxa" w:w="1601"/>
          </w:tcPr>
          <w:p>
            <w:pPr>
              <w:spacing w:after="0"/>
              <w:jc w:val="right"/>
            </w:pPr>
            <w:r>
              <w:rPr>
                <w:sz w:val="16"/>
              </w:rPr>
              <w:t>49.3</w:t>
            </w:r>
          </w:p>
        </w:tc>
        <w:tc>
          <w:tcPr>
            <w:tcW w:type="dxa" w:w="4989"/>
          </w:tcPr>
          <w:p>
            <w:pPr>
              <w:spacing w:after="0"/>
              <w:jc w:val="left"/>
            </w:pPr>
            <w:r>
              <w:rPr>
                <w:sz w:val="16"/>
              </w:rPr>
              <w:t>Relatively Low 4</w:t>
            </w:r>
          </w:p>
        </w:tc>
      </w:tr>
      <w:tr>
        <w:trPr>
          <w:cantSplit/>
        </w:trPr>
        <w:tc>
          <w:tcPr>
            <w:tcW w:type="dxa" w:w="2562"/>
          </w:tcPr>
          <w:p>
            <w:pPr>
              <w:spacing w:after="0"/>
              <w:jc w:val="left"/>
            </w:pPr>
            <w:r>
              <w:rPr>
                <w:sz w:val="16"/>
              </w:rPr>
              <w:t>Hurricane</w:t>
            </w:r>
          </w:p>
        </w:tc>
        <w:tc>
          <w:tcPr>
            <w:tcW w:type="dxa" w:w="1679"/>
          </w:tcPr>
          <w:p>
            <w:pPr>
              <w:spacing w:after="0"/>
              <w:jc w:val="right"/>
            </w:pPr>
            <w:r>
              <w:rPr>
                <w:sz w:val="16"/>
              </w:rPr>
              <w:t>4 of 4</w:t>
            </w:r>
          </w:p>
        </w:tc>
        <w:tc>
          <w:tcPr>
            <w:tcW w:type="dxa" w:w="1601"/>
          </w:tcPr>
          <w:p>
            <w:pPr>
              <w:spacing w:after="0"/>
              <w:jc w:val="right"/>
            </w:pPr>
            <w:r>
              <w:rPr>
                <w:sz w:val="16"/>
              </w:rPr>
              <w:t>80.2</w:t>
            </w:r>
          </w:p>
        </w:tc>
        <w:tc>
          <w:tcPr>
            <w:tcW w:type="dxa" w:w="1679"/>
          </w:tcPr>
          <w:p>
            <w:pPr>
              <w:spacing w:after="0"/>
              <w:jc w:val="right"/>
            </w:pPr>
            <w:r>
              <w:rPr>
                <w:sz w:val="16"/>
              </w:rPr>
              <w:t>82.0</w:t>
            </w:r>
          </w:p>
        </w:tc>
        <w:tc>
          <w:tcPr>
            <w:tcW w:type="dxa" w:w="1601"/>
          </w:tcPr>
          <w:p>
            <w:pPr>
              <w:spacing w:after="0"/>
              <w:jc w:val="right"/>
            </w:pPr>
            <w:r>
              <w:rPr>
                <w:sz w:val="16"/>
              </w:rPr>
              <w:t>84.7</w:t>
            </w:r>
          </w:p>
        </w:tc>
        <w:tc>
          <w:tcPr>
            <w:tcW w:type="dxa" w:w="4989"/>
          </w:tcPr>
          <w:p>
            <w:pPr>
              <w:spacing w:after="0"/>
              <w:jc w:val="left"/>
            </w:pPr>
            <w:r>
              <w:rPr>
                <w:sz w:val="16"/>
              </w:rPr>
              <w:t>Relatively Moderate 4</w:t>
            </w:r>
          </w:p>
        </w:tc>
      </w:tr>
      <w:tr>
        <w:trPr>
          <w:cantSplit/>
        </w:trPr>
        <w:tc>
          <w:tcPr>
            <w:tcW w:type="dxa" w:w="2562"/>
          </w:tcPr>
          <w:p>
            <w:pPr>
              <w:spacing w:after="0"/>
              <w:jc w:val="left"/>
            </w:pPr>
            <w:r>
              <w:rPr>
                <w:sz w:val="16"/>
              </w:rPr>
              <w:t>Ice Storm</w:t>
            </w:r>
          </w:p>
        </w:tc>
        <w:tc>
          <w:tcPr>
            <w:tcW w:type="dxa" w:w="1679"/>
          </w:tcPr>
          <w:p>
            <w:pPr>
              <w:spacing w:after="0"/>
              <w:jc w:val="right"/>
            </w:pPr>
            <w:r>
              <w:rPr>
                <w:sz w:val="16"/>
              </w:rPr>
              <w:t>4 of 4</w:t>
            </w:r>
          </w:p>
        </w:tc>
        <w:tc>
          <w:tcPr>
            <w:tcW w:type="dxa" w:w="1601"/>
          </w:tcPr>
          <w:p>
            <w:pPr>
              <w:spacing w:after="0"/>
              <w:jc w:val="right"/>
            </w:pPr>
            <w:r>
              <w:rPr>
                <w:sz w:val="16"/>
              </w:rPr>
              <w:t>14.9</w:t>
            </w:r>
          </w:p>
        </w:tc>
        <w:tc>
          <w:tcPr>
            <w:tcW w:type="dxa" w:w="1679"/>
          </w:tcPr>
          <w:p>
            <w:pPr>
              <w:spacing w:after="0"/>
              <w:jc w:val="right"/>
            </w:pPr>
            <w:r>
              <w:rPr>
                <w:sz w:val="16"/>
              </w:rPr>
              <w:t>17.5</w:t>
            </w:r>
          </w:p>
        </w:tc>
        <w:tc>
          <w:tcPr>
            <w:tcW w:type="dxa" w:w="1601"/>
          </w:tcPr>
          <w:p>
            <w:pPr>
              <w:spacing w:after="0"/>
              <w:jc w:val="right"/>
            </w:pPr>
            <w:r>
              <w:rPr>
                <w:sz w:val="16"/>
              </w:rPr>
              <w:t>27.9</w:t>
            </w:r>
          </w:p>
        </w:tc>
        <w:tc>
          <w:tcPr>
            <w:tcW w:type="dxa" w:w="4989"/>
          </w:tcPr>
          <w:p>
            <w:pPr>
              <w:spacing w:after="0"/>
              <w:jc w:val="left"/>
            </w:pPr>
            <w:r>
              <w:rPr>
                <w:sz w:val="16"/>
              </w:rPr>
              <w:t>Very Low 4</w:t>
            </w:r>
          </w:p>
        </w:tc>
      </w:tr>
      <w:tr>
        <w:trPr>
          <w:cantSplit/>
        </w:trPr>
        <w:tc>
          <w:tcPr>
            <w:tcW w:type="dxa" w:w="2562"/>
          </w:tcPr>
          <w:p>
            <w:pPr>
              <w:spacing w:after="0"/>
              <w:jc w:val="left"/>
            </w:pPr>
            <w:r>
              <w:rPr>
                <w:sz w:val="16"/>
              </w:rPr>
              <w:t>Inland Flooding</w:t>
            </w:r>
          </w:p>
        </w:tc>
        <w:tc>
          <w:tcPr>
            <w:tcW w:type="dxa" w:w="1679"/>
          </w:tcPr>
          <w:p>
            <w:pPr>
              <w:spacing w:after="0"/>
              <w:jc w:val="right"/>
            </w:pPr>
            <w:r>
              <w:rPr>
                <w:sz w:val="16"/>
              </w:rPr>
              <w:t>4 of 4</w:t>
            </w:r>
          </w:p>
        </w:tc>
        <w:tc>
          <w:tcPr>
            <w:tcW w:type="dxa" w:w="1601"/>
          </w:tcPr>
          <w:p>
            <w:pPr>
              <w:spacing w:after="0"/>
              <w:jc w:val="right"/>
            </w:pPr>
            <w:r>
              <w:rPr>
                <w:sz w:val="16"/>
              </w:rPr>
              <w:t>36.7</w:t>
            </w:r>
          </w:p>
        </w:tc>
        <w:tc>
          <w:tcPr>
            <w:tcW w:type="dxa" w:w="1679"/>
          </w:tcPr>
          <w:p>
            <w:pPr>
              <w:spacing w:after="0"/>
              <w:jc w:val="right"/>
            </w:pPr>
            <w:r>
              <w:rPr>
                <w:sz w:val="16"/>
              </w:rPr>
              <w:t>49.7</w:t>
            </w:r>
          </w:p>
        </w:tc>
        <w:tc>
          <w:tcPr>
            <w:tcW w:type="dxa" w:w="1601"/>
          </w:tcPr>
          <w:p>
            <w:pPr>
              <w:spacing w:after="0"/>
              <w:jc w:val="right"/>
            </w:pPr>
            <w:r>
              <w:rPr>
                <w:sz w:val="16"/>
              </w:rPr>
              <w:t>80.0</w:t>
            </w:r>
          </w:p>
        </w:tc>
        <w:tc>
          <w:tcPr>
            <w:tcW w:type="dxa" w:w="4989"/>
          </w:tcPr>
          <w:p>
            <w:pPr>
              <w:spacing w:after="0"/>
              <w:jc w:val="left"/>
            </w:pPr>
            <w:r>
              <w:rPr>
                <w:sz w:val="16"/>
              </w:rPr>
              <w:t>Relatively High 1, Relatively Moderate 1, Relatively Low 2</w:t>
            </w:r>
          </w:p>
        </w:tc>
      </w:tr>
      <w:tr>
        <w:trPr>
          <w:cantSplit/>
        </w:trPr>
        <w:tc>
          <w:tcPr>
            <w:tcW w:type="dxa" w:w="2562"/>
          </w:tcPr>
          <w:p>
            <w:pPr>
              <w:spacing w:after="0"/>
              <w:jc w:val="left"/>
            </w:pPr>
            <w:r>
              <w:rPr>
                <w:sz w:val="16"/>
              </w:rPr>
              <w:t>Landslide</w:t>
            </w:r>
          </w:p>
        </w:tc>
        <w:tc>
          <w:tcPr>
            <w:tcW w:type="dxa" w:w="1679"/>
          </w:tcPr>
          <w:p>
            <w:pPr>
              <w:spacing w:after="0"/>
              <w:jc w:val="right"/>
            </w:pPr>
            <w:r>
              <w:rPr>
                <w:sz w:val="16"/>
              </w:rPr>
              <w:t>4 of 4</w:t>
            </w:r>
          </w:p>
        </w:tc>
        <w:tc>
          <w:tcPr>
            <w:tcW w:type="dxa" w:w="1601"/>
          </w:tcPr>
          <w:p>
            <w:pPr>
              <w:spacing w:after="0"/>
              <w:jc w:val="right"/>
            </w:pPr>
            <w:r>
              <w:rPr>
                <w:sz w:val="16"/>
              </w:rPr>
              <w:t>70.7</w:t>
            </w:r>
          </w:p>
        </w:tc>
        <w:tc>
          <w:tcPr>
            <w:tcW w:type="dxa" w:w="1679"/>
          </w:tcPr>
          <w:p>
            <w:pPr>
              <w:spacing w:after="0"/>
              <w:jc w:val="right"/>
            </w:pPr>
            <w:r>
              <w:rPr>
                <w:sz w:val="16"/>
              </w:rPr>
              <w:t>74.5</w:t>
            </w:r>
          </w:p>
        </w:tc>
        <w:tc>
          <w:tcPr>
            <w:tcW w:type="dxa" w:w="1601"/>
          </w:tcPr>
          <w:p>
            <w:pPr>
              <w:spacing w:after="0"/>
              <w:jc w:val="right"/>
            </w:pPr>
            <w:r>
              <w:rPr>
                <w:sz w:val="16"/>
              </w:rPr>
              <w:t>93.2</w:t>
            </w:r>
          </w:p>
        </w:tc>
        <w:tc>
          <w:tcPr>
            <w:tcW w:type="dxa" w:w="4989"/>
          </w:tcPr>
          <w:p>
            <w:pPr>
              <w:spacing w:after="0"/>
              <w:jc w:val="left"/>
            </w:pPr>
            <w:r>
              <w:rPr>
                <w:sz w:val="16"/>
              </w:rPr>
              <w:t>Relatively Low 1, Very Low 3</w:t>
            </w:r>
          </w:p>
        </w:tc>
      </w:tr>
      <w:tr>
        <w:trPr>
          <w:cantSplit/>
        </w:trPr>
        <w:tc>
          <w:tcPr>
            <w:tcW w:type="dxa" w:w="2562"/>
          </w:tcPr>
          <w:p>
            <w:pPr>
              <w:spacing w:after="0"/>
              <w:jc w:val="left"/>
            </w:pPr>
            <w:r>
              <w:rPr>
                <w:sz w:val="16"/>
              </w:rPr>
              <w:t>Lightning</w:t>
            </w:r>
          </w:p>
        </w:tc>
        <w:tc>
          <w:tcPr>
            <w:tcW w:type="dxa" w:w="1679"/>
          </w:tcPr>
          <w:p>
            <w:pPr>
              <w:spacing w:after="0"/>
              <w:jc w:val="right"/>
            </w:pPr>
            <w:r>
              <w:rPr>
                <w:sz w:val="16"/>
              </w:rPr>
              <w:t>4 of 4</w:t>
            </w:r>
          </w:p>
        </w:tc>
        <w:tc>
          <w:tcPr>
            <w:tcW w:type="dxa" w:w="1601"/>
          </w:tcPr>
          <w:p>
            <w:pPr>
              <w:spacing w:after="0"/>
              <w:jc w:val="right"/>
            </w:pPr>
            <w:r>
              <w:rPr>
                <w:sz w:val="16"/>
              </w:rPr>
              <w:t>62.7</w:t>
            </w:r>
          </w:p>
        </w:tc>
        <w:tc>
          <w:tcPr>
            <w:tcW w:type="dxa" w:w="1679"/>
          </w:tcPr>
          <w:p>
            <w:pPr>
              <w:spacing w:after="0"/>
              <w:jc w:val="right"/>
            </w:pPr>
            <w:r>
              <w:rPr>
                <w:sz w:val="16"/>
              </w:rPr>
              <w:t>68.8</w:t>
            </w:r>
          </w:p>
        </w:tc>
        <w:tc>
          <w:tcPr>
            <w:tcW w:type="dxa" w:w="1601"/>
          </w:tcPr>
          <w:p>
            <w:pPr>
              <w:spacing w:after="0"/>
              <w:jc w:val="right"/>
            </w:pPr>
            <w:r>
              <w:rPr>
                <w:sz w:val="16"/>
              </w:rPr>
              <w:t>72.9</w:t>
            </w:r>
          </w:p>
        </w:tc>
        <w:tc>
          <w:tcPr>
            <w:tcW w:type="dxa" w:w="4989"/>
          </w:tcPr>
          <w:p>
            <w:pPr>
              <w:spacing w:after="0"/>
              <w:jc w:val="left"/>
            </w:pPr>
            <w:r>
              <w:rPr>
                <w:sz w:val="16"/>
              </w:rPr>
              <w:t>Relatively Moderate 4</w:t>
            </w:r>
          </w:p>
        </w:tc>
      </w:tr>
      <w:tr>
        <w:trPr>
          <w:cantSplit/>
        </w:trPr>
        <w:tc>
          <w:tcPr>
            <w:tcW w:type="dxa" w:w="2562"/>
          </w:tcPr>
          <w:p>
            <w:pPr>
              <w:spacing w:after="0"/>
              <w:jc w:val="left"/>
            </w:pPr>
            <w:r>
              <w:rPr>
                <w:sz w:val="16"/>
              </w:rPr>
              <w:t>Strong Wind</w:t>
            </w:r>
          </w:p>
        </w:tc>
        <w:tc>
          <w:tcPr>
            <w:tcW w:type="dxa" w:w="1679"/>
          </w:tcPr>
          <w:p>
            <w:pPr>
              <w:spacing w:after="0"/>
              <w:jc w:val="right"/>
            </w:pPr>
            <w:r>
              <w:rPr>
                <w:sz w:val="16"/>
              </w:rPr>
              <w:t>4 of 4</w:t>
            </w:r>
          </w:p>
        </w:tc>
        <w:tc>
          <w:tcPr>
            <w:tcW w:type="dxa" w:w="1601"/>
          </w:tcPr>
          <w:p>
            <w:pPr>
              <w:spacing w:after="0"/>
              <w:jc w:val="right"/>
            </w:pPr>
            <w:r>
              <w:rPr>
                <w:sz w:val="16"/>
              </w:rPr>
              <w:t>87.4</w:t>
            </w:r>
          </w:p>
        </w:tc>
        <w:tc>
          <w:tcPr>
            <w:tcW w:type="dxa" w:w="1679"/>
          </w:tcPr>
          <w:p>
            <w:pPr>
              <w:spacing w:after="0"/>
              <w:jc w:val="right"/>
            </w:pPr>
            <w:r>
              <w:rPr>
                <w:sz w:val="16"/>
              </w:rPr>
              <w:t>89.9</w:t>
            </w:r>
          </w:p>
        </w:tc>
        <w:tc>
          <w:tcPr>
            <w:tcW w:type="dxa" w:w="1601"/>
          </w:tcPr>
          <w:p>
            <w:pPr>
              <w:spacing w:after="0"/>
              <w:jc w:val="right"/>
            </w:pPr>
            <w:r>
              <w:rPr>
                <w:sz w:val="16"/>
              </w:rPr>
              <w:t>91.3</w:t>
            </w:r>
          </w:p>
        </w:tc>
        <w:tc>
          <w:tcPr>
            <w:tcW w:type="dxa" w:w="4989"/>
          </w:tcPr>
          <w:p>
            <w:pPr>
              <w:spacing w:after="0"/>
              <w:jc w:val="left"/>
            </w:pPr>
            <w:r>
              <w:rPr>
                <w:sz w:val="16"/>
              </w:rPr>
              <w:t>Relatively High 4</w:t>
            </w:r>
          </w:p>
        </w:tc>
      </w:tr>
      <w:tr>
        <w:trPr>
          <w:cantSplit/>
        </w:trPr>
        <w:tc>
          <w:tcPr>
            <w:tcW w:type="dxa" w:w="2562"/>
          </w:tcPr>
          <w:p>
            <w:pPr>
              <w:spacing w:after="0"/>
              <w:jc w:val="left"/>
            </w:pPr>
            <w:r>
              <w:rPr>
                <w:sz w:val="16"/>
              </w:rPr>
              <w:t>Tornado</w:t>
            </w:r>
          </w:p>
        </w:tc>
        <w:tc>
          <w:tcPr>
            <w:tcW w:type="dxa" w:w="1679"/>
          </w:tcPr>
          <w:p>
            <w:pPr>
              <w:spacing w:after="0"/>
              <w:jc w:val="right"/>
            </w:pPr>
            <w:r>
              <w:rPr>
                <w:sz w:val="16"/>
              </w:rPr>
              <w:t>4 of 4</w:t>
            </w:r>
          </w:p>
        </w:tc>
        <w:tc>
          <w:tcPr>
            <w:tcW w:type="dxa" w:w="1601"/>
          </w:tcPr>
          <w:p>
            <w:pPr>
              <w:spacing w:after="0"/>
              <w:jc w:val="right"/>
            </w:pPr>
            <w:r>
              <w:rPr>
                <w:sz w:val="16"/>
              </w:rPr>
              <w:t>34.0</w:t>
            </w:r>
          </w:p>
        </w:tc>
        <w:tc>
          <w:tcPr>
            <w:tcW w:type="dxa" w:w="1679"/>
          </w:tcPr>
          <w:p>
            <w:pPr>
              <w:spacing w:after="0"/>
              <w:jc w:val="right"/>
            </w:pPr>
            <w:r>
              <w:rPr>
                <w:sz w:val="16"/>
              </w:rPr>
              <w:t>39.1</w:t>
            </w:r>
          </w:p>
        </w:tc>
        <w:tc>
          <w:tcPr>
            <w:tcW w:type="dxa" w:w="1601"/>
          </w:tcPr>
          <w:p>
            <w:pPr>
              <w:spacing w:after="0"/>
              <w:jc w:val="right"/>
            </w:pPr>
            <w:r>
              <w:rPr>
                <w:sz w:val="16"/>
              </w:rPr>
              <w:t>44.1</w:t>
            </w:r>
          </w:p>
        </w:tc>
        <w:tc>
          <w:tcPr>
            <w:tcW w:type="dxa" w:w="4989"/>
          </w:tcPr>
          <w:p>
            <w:pPr>
              <w:spacing w:after="0"/>
              <w:jc w:val="left"/>
            </w:pPr>
            <w:r>
              <w:rPr>
                <w:sz w:val="16"/>
              </w:rPr>
              <w:t>Relatively Low 4</w:t>
            </w:r>
          </w:p>
        </w:tc>
      </w:tr>
      <w:tr>
        <w:trPr>
          <w:cantSplit/>
        </w:trPr>
        <w:tc>
          <w:tcPr>
            <w:tcW w:type="dxa" w:w="2562"/>
          </w:tcPr>
          <w:p>
            <w:pPr>
              <w:spacing w:after="0"/>
              <w:jc w:val="left"/>
            </w:pPr>
            <w:r>
              <w:rPr>
                <w:sz w:val="16"/>
              </w:rPr>
              <w:t>Wildfire</w:t>
            </w:r>
          </w:p>
        </w:tc>
        <w:tc>
          <w:tcPr>
            <w:tcW w:type="dxa" w:w="1679"/>
          </w:tcPr>
          <w:p>
            <w:pPr>
              <w:spacing w:after="0"/>
              <w:jc w:val="right"/>
            </w:pPr>
            <w:r>
              <w:rPr>
                <w:sz w:val="16"/>
              </w:rPr>
              <w:t>4 of 4</w:t>
            </w:r>
          </w:p>
        </w:tc>
        <w:tc>
          <w:tcPr>
            <w:tcW w:type="dxa" w:w="1601"/>
          </w:tcPr>
          <w:p>
            <w:pPr>
              <w:spacing w:after="0"/>
              <w:jc w:val="right"/>
            </w:pPr>
            <w:r>
              <w:rPr>
                <w:sz w:val="16"/>
              </w:rPr>
              <w:t>80.6</w:t>
            </w:r>
          </w:p>
        </w:tc>
        <w:tc>
          <w:tcPr>
            <w:tcW w:type="dxa" w:w="1679"/>
          </w:tcPr>
          <w:p>
            <w:pPr>
              <w:spacing w:after="0"/>
              <w:jc w:val="right"/>
            </w:pPr>
            <w:r>
              <w:rPr>
                <w:sz w:val="16"/>
              </w:rPr>
              <w:t>81.6</w:t>
            </w:r>
          </w:p>
        </w:tc>
        <w:tc>
          <w:tcPr>
            <w:tcW w:type="dxa" w:w="1601"/>
          </w:tcPr>
          <w:p>
            <w:pPr>
              <w:spacing w:after="0"/>
              <w:jc w:val="right"/>
            </w:pPr>
            <w:r>
              <w:rPr>
                <w:sz w:val="16"/>
              </w:rPr>
              <w:t>83.5</w:t>
            </w:r>
          </w:p>
        </w:tc>
        <w:tc>
          <w:tcPr>
            <w:tcW w:type="dxa" w:w="4989"/>
          </w:tcPr>
          <w:p>
            <w:pPr>
              <w:spacing w:after="0"/>
              <w:jc w:val="left"/>
            </w:pPr>
            <w:r>
              <w:rPr>
                <w:sz w:val="16"/>
              </w:rPr>
              <w:t>Relatively Low 4</w:t>
            </w:r>
          </w:p>
        </w:tc>
      </w:tr>
      <w:tr>
        <w:trPr>
          <w:cantSplit/>
        </w:trPr>
        <w:tc>
          <w:tcPr>
            <w:tcW w:type="dxa" w:w="2562"/>
          </w:tcPr>
          <w:p>
            <w:pPr>
              <w:spacing w:after="0"/>
              <w:jc w:val="left"/>
            </w:pPr>
            <w:r>
              <w:rPr>
                <w:sz w:val="16"/>
              </w:rPr>
              <w:t>Winter Weather</w:t>
            </w:r>
          </w:p>
        </w:tc>
        <w:tc>
          <w:tcPr>
            <w:tcW w:type="dxa" w:w="1679"/>
          </w:tcPr>
          <w:p>
            <w:pPr>
              <w:spacing w:after="0"/>
              <w:jc w:val="right"/>
            </w:pPr>
            <w:r>
              <w:rPr>
                <w:sz w:val="16"/>
              </w:rPr>
              <w:t>4 of 4</w:t>
            </w:r>
          </w:p>
        </w:tc>
        <w:tc>
          <w:tcPr>
            <w:tcW w:type="dxa" w:w="1601"/>
          </w:tcPr>
          <w:p>
            <w:pPr>
              <w:spacing w:after="0"/>
              <w:jc w:val="right"/>
            </w:pPr>
            <w:r>
              <w:rPr>
                <w:sz w:val="16"/>
              </w:rPr>
              <w:t>49.2</w:t>
            </w:r>
          </w:p>
        </w:tc>
        <w:tc>
          <w:tcPr>
            <w:tcW w:type="dxa" w:w="1679"/>
          </w:tcPr>
          <w:p>
            <w:pPr>
              <w:spacing w:after="0"/>
              <w:jc w:val="right"/>
            </w:pPr>
            <w:r>
              <w:rPr>
                <w:sz w:val="16"/>
              </w:rPr>
              <w:t>54.0</w:t>
            </w:r>
          </w:p>
        </w:tc>
        <w:tc>
          <w:tcPr>
            <w:tcW w:type="dxa" w:w="1601"/>
          </w:tcPr>
          <w:p>
            <w:pPr>
              <w:spacing w:after="0"/>
              <w:jc w:val="right"/>
            </w:pPr>
            <w:r>
              <w:rPr>
                <w:sz w:val="16"/>
              </w:rPr>
              <w:t>58.6</w:t>
            </w:r>
          </w:p>
        </w:tc>
        <w:tc>
          <w:tcPr>
            <w:tcW w:type="dxa" w:w="4989"/>
          </w:tcPr>
          <w:p>
            <w:pPr>
              <w:spacing w:after="0"/>
              <w:jc w:val="left"/>
            </w:pPr>
            <w:r>
              <w:rPr>
                <w:sz w:val="16"/>
              </w:rPr>
              <w:t>Relatively Moderate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28"/>
        <w:gridCol w:w="843"/>
        <w:gridCol w:w="3278"/>
        <w:gridCol w:w="2614"/>
        <w:gridCol w:w="2703"/>
        <w:gridCol w:w="2946"/>
      </w:tblGrid>
      <w:tr>
        <w:trPr>
          <w:cantSplit/>
          <w:tblHeader/>
        </w:trPr>
        <w:tc>
          <w:tcPr>
            <w:tcW w:type="dxa" w:w="1728"/>
            <w:shd w:val="clear" w:color="auto" w:fill="E8E8E8"/>
          </w:tcPr>
          <w:p>
            <w:pPr>
              <w:spacing w:after="0"/>
              <w:jc w:val="left"/>
            </w:pPr>
            <w:r>
              <w:rPr>
                <w:b/>
                <w:sz w:val="16"/>
              </w:rPr>
              <w:t>Jurisdiction</w:t>
            </w:r>
          </w:p>
        </w:tc>
        <w:tc>
          <w:tcPr>
            <w:tcW w:type="dxa" w:w="843"/>
            <w:shd w:val="clear" w:color="auto" w:fill="E8E8E8"/>
          </w:tcPr>
          <w:p>
            <w:pPr>
              <w:spacing w:after="0"/>
              <w:jc w:val="left"/>
            </w:pPr>
            <w:r>
              <w:rPr>
                <w:b/>
                <w:sz w:val="16"/>
              </w:rPr>
              <w:t>Type</w:t>
            </w:r>
          </w:p>
        </w:tc>
        <w:tc>
          <w:tcPr>
            <w:tcW w:type="dxa" w:w="3278"/>
            <w:shd w:val="clear" w:color="auto" w:fill="E8E8E8"/>
          </w:tcPr>
          <w:p>
            <w:pPr>
              <w:spacing w:after="0"/>
              <w:jc w:val="left"/>
            </w:pPr>
            <w:r>
              <w:rPr>
                <w:b/>
                <w:sz w:val="16"/>
              </w:rPr>
              <w:t>Plan status</w:t>
            </w:r>
          </w:p>
        </w:tc>
        <w:tc>
          <w:tcPr>
            <w:tcW w:type="dxa" w:w="261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0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4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28"/>
          </w:tcPr>
          <w:p>
            <w:pPr>
              <w:spacing w:after="0"/>
              <w:jc w:val="left"/>
            </w:pPr>
            <w:r>
              <w:rPr>
                <w:sz w:val="16"/>
              </w:rPr>
              <w:t>Madison County</w:t>
            </w:r>
          </w:p>
        </w:tc>
        <w:tc>
          <w:tcPr>
            <w:tcW w:type="dxa" w:w="843"/>
          </w:tcPr>
          <w:p>
            <w:pPr>
              <w:spacing w:after="0"/>
              <w:jc w:val="left"/>
            </w:pPr>
            <w:r>
              <w:rPr>
                <w:sz w:val="16"/>
              </w:rPr>
              <w:t>County</w:t>
            </w:r>
          </w:p>
        </w:tc>
        <w:tc>
          <w:tcPr>
            <w:tcW w:type="dxa" w:w="3278"/>
          </w:tcPr>
          <w:p>
            <w:pPr>
              <w:spacing w:after="0"/>
              <w:jc w:val="left"/>
            </w:pPr>
            <w:r>
              <w:rPr>
                <w:sz w:val="16"/>
              </w:rPr>
              <w:t>Approved, expires 2031-06-23</w:t>
            </w:r>
          </w:p>
        </w:tc>
        <w:tc>
          <w:tcPr>
            <w:tcW w:type="dxa" w:w="2614"/>
          </w:tcPr>
          <w:p>
            <w:pPr>
              <w:spacing w:after="0"/>
              <w:jc w:val="right"/>
            </w:pPr>
            <w:r>
              <w:rPr>
                <w:sz w:val="16"/>
              </w:rPr>
              <w:t>FMA RL 0, SRL 0; any 2</w:t>
            </w:r>
          </w:p>
        </w:tc>
        <w:tc>
          <w:tcPr>
            <w:tcW w:type="dxa" w:w="2703"/>
          </w:tcPr>
          <w:p>
            <w:pPr>
              <w:spacing w:after="0"/>
              <w:jc w:val="right"/>
            </w:pPr>
            <w:r>
              <w:rPr>
                <w:sz w:val="16"/>
              </w:rPr>
              <w:t>$50,998.55</w:t>
            </w:r>
          </w:p>
        </w:tc>
        <w:tc>
          <w:tcPr>
            <w:tcW w:type="dxa" w:w="2946"/>
          </w:tcPr>
          <w:p>
            <w:pPr>
              <w:spacing w:after="0"/>
              <w:jc w:val="right"/>
            </w:pPr>
            <w:r>
              <w:rPr>
                <w:sz w:val="16"/>
              </w:rPr>
              <w:t>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6"/>
        <w:gridCol w:w="1045"/>
        <w:gridCol w:w="1037"/>
        <w:gridCol w:w="1126"/>
        <w:gridCol w:w="995"/>
        <w:gridCol w:w="1305"/>
        <w:gridCol w:w="1217"/>
        <w:gridCol w:w="1105"/>
        <w:gridCol w:w="1105"/>
        <w:gridCol w:w="161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7"/>
            <w:shd w:val="clear" w:color="auto" w:fill="E8E8E8"/>
          </w:tcPr>
          <w:p>
            <w:pPr>
              <w:spacing w:after="0"/>
              <w:jc w:val="right"/>
            </w:pPr>
            <w:r>
              <w:rPr>
                <w:b/>
                <w:sz w:val="16"/>
              </w:rPr>
              <w:t>Storm Events damage since 2026-06-24</w:t>
            </w:r>
          </w:p>
          <w:p>
            <w:pPr>
              <w:spacing w:after="0"/>
              <w:jc w:val="right"/>
            </w:pPr>
            <w:r>
              <w:rPr>
                <w:i/>
                <w:color w:val="555555"/>
                <w:sz w:val="14"/>
              </w:rPr>
              <w:t>county-coded records, property plus crops, nominal dollars</w:t>
            </w:r>
          </w:p>
        </w:tc>
        <w:tc>
          <w:tcPr>
            <w:tcW w:type="dxa" w:w="110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136"/>
          </w:tcPr>
          <w:p>
            <w:pPr>
              <w:spacing w:after="0"/>
              <w:jc w:val="right"/>
            </w:pPr>
            <w:r>
              <w:rPr>
                <w:sz w:val="16"/>
              </w:rPr>
              <w:t>n/a</w:t>
            </w:r>
          </w:p>
        </w:tc>
        <w:tc>
          <w:tcPr>
            <w:tcW w:type="dxa" w:w="1045"/>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995"/>
          </w:tcPr>
          <w:p>
            <w:pPr>
              <w:spacing w:after="0"/>
              <w:jc w:val="right"/>
            </w:pPr>
            <w:r>
              <w:rPr>
                <w:sz w:val="16"/>
              </w:rPr>
              <w:t>$789</w:t>
            </w:r>
          </w:p>
        </w:tc>
        <w:tc>
          <w:tcPr>
            <w:tcW w:type="dxa" w:w="1305"/>
          </w:tcPr>
          <w:p>
            <w:pPr>
              <w:spacing w:after="0"/>
              <w:jc w:val="right"/>
            </w:pP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$2,600,053,305</w:t>
            </w:r>
          </w:p>
        </w:tc>
        <w:tc>
          <w:tcPr>
            <w:tcW w:type="dxa" w:w="1136"/>
          </w:tcPr>
          <w:p>
            <w:pPr>
              <w:spacing w:after="0"/>
              <w:jc w:val="right"/>
            </w:pPr>
            <w:r>
              <w:rPr>
                <w:sz w:val="16"/>
              </w:rPr>
              <w:t>$36,564,651</w:t>
            </w:r>
          </w:p>
        </w:tc>
        <w:tc>
          <w:tcPr>
            <w:tcW w:type="dxa" w:w="1045"/>
          </w:tcPr>
          <w:p>
            <w:pPr>
              <w:spacing w:after="0"/>
              <w:jc w:val="right"/>
            </w:pPr>
            <w:r>
              <w:rPr>
                <w:sz w:val="16"/>
              </w:rPr>
              <w:t>13,837</w:t>
            </w:r>
          </w:p>
        </w:tc>
        <w:tc>
          <w:tcPr>
            <w:tcW w:type="dxa" w:w="1037"/>
          </w:tcPr>
          <w:p>
            <w:pPr>
              <w:spacing w:after="0"/>
              <w:jc w:val="right"/>
            </w:pPr>
            <w:r>
              <w:rPr>
                <w:sz w:val="16"/>
              </w:rPr>
              <w:t>$54,264</w:t>
            </w:r>
          </w:p>
        </w:tc>
        <w:tc>
          <w:tcPr>
            <w:tcW w:type="dxa" w:w="1126"/>
          </w:tcPr>
          <w:p>
            <w:pPr>
              <w:spacing w:after="0"/>
              <w:jc w:val="right"/>
            </w:pPr>
            <w:r>
              <w:rPr>
                <w:sz w:val="16"/>
              </w:rPr>
              <w:t>$11,633</w:t>
            </w:r>
          </w:p>
        </w:tc>
        <w:tc>
          <w:tcPr>
            <w:tcW w:type="dxa" w:w="995"/>
          </w:tcPr>
          <w:p>
            <w:pPr>
              <w:spacing w:after="0"/>
              <w:jc w:val="right"/>
            </w:pPr>
            <w:r>
              <w:rPr>
                <w:sz w:val="16"/>
              </w:rPr>
              <w:t>$13,631</w:t>
            </w:r>
          </w:p>
        </w:tc>
        <w:tc>
          <w:tcPr>
            <w:tcW w:type="dxa" w:w="1305"/>
          </w:tcPr>
          <w:p>
            <w:pPr>
              <w:spacing w:after="0"/>
              <w:jc w:val="right"/>
            </w:pPr>
            <w:r>
              <w:rPr>
                <w:sz w:val="16"/>
              </w:rPr>
              <w:t>0.00209%</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6"/>
          </w:tcPr>
          <w:p>
            <w:pPr>
              <w:spacing w:after="0"/>
              <w:jc w:val="right"/>
            </w:pPr>
            <w:r>
              <w:rPr>
                <w:sz w:val="16"/>
              </w:rPr>
              <w:t>$12,131,302</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$262,854</w:t>
            </w:r>
          </w:p>
        </w:tc>
        <w:tc>
          <w:tcPr>
            <w:tcW w:type="dxa" w:w="995"/>
          </w:tcPr>
          <w:p>
            <w:pPr>
              <w:spacing w:after="0"/>
              <w:jc w:val="right"/>
            </w:pPr>
            <w:r>
              <w:rPr>
                <w:sz w:val="16"/>
              </w:rPr>
              <w:t>n/a</w:t>
            </w:r>
          </w:p>
        </w:tc>
        <w:tc>
          <w:tcPr>
            <w:tcW w:type="dxa" w:w="1305"/>
          </w:tcPr>
          <w:p>
            <w:pPr>
              <w:spacing w:after="0"/>
              <w:jc w:val="right"/>
            </w:pPr>
            <w:r>
              <w:rPr>
                <w:sz w:val="16"/>
              </w:rPr>
              <w:t>2.17% (agriculture)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$4,440,195,992</w:t>
            </w:r>
          </w:p>
        </w:tc>
        <w:tc>
          <w:tcPr>
            <w:tcW w:type="dxa" w:w="1136"/>
          </w:tcPr>
          <w:p>
            <w:pPr>
              <w:spacing w:after="0"/>
              <w:jc w:val="right"/>
            </w:pPr>
            <w:r>
              <w:rPr>
                <w:sz w:val="16"/>
              </w:rPr>
              <w:t>n/a</w:t>
            </w:r>
          </w:p>
        </w:tc>
        <w:tc>
          <w:tcPr>
            <w:tcW w:type="dxa" w:w="1045"/>
          </w:tcPr>
          <w:p>
            <w:pPr>
              <w:spacing w:after="0"/>
              <w:jc w:val="right"/>
            </w:pPr>
            <w:r>
              <w:rPr>
                <w:sz w:val="16"/>
              </w:rPr>
              <w:t>13,837</w:t>
            </w:r>
          </w:p>
        </w:tc>
        <w:tc>
          <w:tcPr>
            <w:tcW w:type="dxa" w:w="1037"/>
          </w:tcPr>
          <w:p>
            <w:pPr>
              <w:spacing w:after="0"/>
              <w:jc w:val="right"/>
            </w:pPr>
            <w:r>
              <w:rPr>
                <w:sz w:val="16"/>
              </w:rPr>
              <w:t>$156,518</w:t>
            </w:r>
          </w:p>
        </w:tc>
        <w:tc>
          <w:tcPr>
            <w:tcW w:type="dxa" w:w="1126"/>
          </w:tcPr>
          <w:p>
            <w:pPr>
              <w:spacing w:after="0"/>
              <w:jc w:val="right"/>
            </w:pPr>
            <w:r>
              <w:rPr>
                <w:sz w:val="16"/>
              </w:rPr>
              <w:t>n/a</w:t>
            </w:r>
          </w:p>
        </w:tc>
        <w:tc>
          <w:tcPr>
            <w:tcW w:type="dxa" w:w="995"/>
          </w:tcPr>
          <w:p>
            <w:pPr>
              <w:spacing w:after="0"/>
              <w:jc w:val="right"/>
            </w:pPr>
            <w:r>
              <w:rPr>
                <w:sz w:val="16"/>
              </w:rPr>
              <w:t>$58,469</w:t>
            </w:r>
          </w:p>
        </w:tc>
        <w:tc>
          <w:tcPr>
            <w:tcW w:type="dxa" w:w="1305"/>
          </w:tcPr>
          <w:p>
            <w:pPr>
              <w:spacing w:after="0"/>
              <w:jc w:val="right"/>
            </w:pPr>
            <w:r>
              <w:rPr>
                <w:sz w:val="16"/>
              </w:rPr>
              <w:t>0.00353%</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$2,600,053,305</w:t>
            </w:r>
          </w:p>
        </w:tc>
        <w:tc>
          <w:tcPr>
            <w:tcW w:type="dxa" w:w="1136"/>
          </w:tcPr>
          <w:p>
            <w:pPr>
              <w:spacing w:after="0"/>
              <w:jc w:val="right"/>
            </w:pPr>
            <w:r>
              <w:rPr>
                <w:sz w:val="16"/>
              </w:rPr>
              <w:t>$36,564,651</w:t>
            </w:r>
          </w:p>
        </w:tc>
        <w:tc>
          <w:tcPr>
            <w:tcW w:type="dxa" w:w="1045"/>
          </w:tcPr>
          <w:p>
            <w:pPr>
              <w:spacing w:after="0"/>
              <w:jc w:val="right"/>
            </w:pPr>
            <w:r>
              <w:rPr>
                <w:sz w:val="16"/>
              </w:rPr>
              <w:t>13,837</w:t>
            </w:r>
          </w:p>
        </w:tc>
        <w:tc>
          <w:tcPr>
            <w:tcW w:type="dxa" w:w="1037"/>
          </w:tcPr>
          <w:p>
            <w:pPr>
              <w:spacing w:after="0"/>
              <w:jc w:val="right"/>
            </w:pPr>
            <w:r>
              <w:rPr>
                <w:sz w:val="16"/>
              </w:rPr>
              <w:t>$41,693</w:t>
            </w:r>
          </w:p>
        </w:tc>
        <w:tc>
          <w:tcPr>
            <w:tcW w:type="dxa" w:w="1126"/>
          </w:tcPr>
          <w:p>
            <w:pPr>
              <w:spacing w:after="0"/>
              <w:jc w:val="right"/>
            </w:pPr>
            <w:r>
              <w:rPr>
                <w:sz w:val="16"/>
              </w:rPr>
              <w:t>$3,821</w:t>
            </w:r>
          </w:p>
        </w:tc>
        <w:tc>
          <w:tcPr>
            <w:tcW w:type="dxa" w:w="995"/>
          </w:tcPr>
          <w:p>
            <w:pPr>
              <w:spacing w:after="0"/>
              <w:jc w:val="right"/>
            </w:pPr>
            <w:r>
              <w:rPr>
                <w:sz w:val="16"/>
              </w:rPr>
              <w:t>$31,247</w:t>
            </w:r>
          </w:p>
        </w:tc>
        <w:tc>
          <w:tcPr>
            <w:tcW w:type="dxa" w:w="1305"/>
          </w:tcPr>
          <w:p>
            <w:pPr>
              <w:spacing w:after="0"/>
              <w:jc w:val="right"/>
            </w:pPr>
            <w:r>
              <w:rPr>
                <w:sz w:val="16"/>
              </w:rPr>
              <w:t>0.0016%</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$2,600,053,305</w:t>
            </w:r>
          </w:p>
        </w:tc>
        <w:tc>
          <w:tcPr>
            <w:tcW w:type="dxa" w:w="1136"/>
          </w:tcPr>
          <w:p>
            <w:pPr>
              <w:spacing w:after="0"/>
              <w:jc w:val="right"/>
            </w:pPr>
            <w:r>
              <w:rPr>
                <w:sz w:val="16"/>
              </w:rPr>
              <w:t>$36,564,651</w:t>
            </w:r>
          </w:p>
        </w:tc>
        <w:tc>
          <w:tcPr>
            <w:tcW w:type="dxa" w:w="1045"/>
          </w:tcPr>
          <w:p>
            <w:pPr>
              <w:spacing w:after="0"/>
              <w:jc w:val="right"/>
            </w:pPr>
            <w:r>
              <w:rPr>
                <w:sz w:val="16"/>
              </w:rPr>
              <w:t>13,837</w:t>
            </w:r>
          </w:p>
        </w:tc>
        <w:tc>
          <w:tcPr>
            <w:tcW w:type="dxa" w:w="1037"/>
          </w:tcPr>
          <w:p>
            <w:pPr>
              <w:spacing w:after="0"/>
              <w:jc w:val="right"/>
            </w:pPr>
            <w:r>
              <w:rPr>
                <w:sz w:val="16"/>
              </w:rPr>
              <w:t>$8</w:t>
            </w:r>
          </w:p>
        </w:tc>
        <w:tc>
          <w:tcPr>
            <w:tcW w:type="dxa" w:w="1126"/>
          </w:tcPr>
          <w:p>
            <w:pPr>
              <w:spacing w:after="0"/>
              <w:jc w:val="right"/>
            </w:pPr>
            <w:r>
              <w:rPr>
                <w:sz w:val="16"/>
              </w:rPr>
              <w:t>$33</w:t>
            </w:r>
          </w:p>
        </w:tc>
        <w:tc>
          <w:tcPr>
            <w:tcW w:type="dxa" w:w="995"/>
          </w:tcPr>
          <w:p>
            <w:pPr>
              <w:spacing w:after="0"/>
              <w:jc w:val="right"/>
            </w:pPr>
            <w:r>
              <w:rPr>
                <w:sz w:val="16"/>
              </w:rPr>
              <w:t>$123,853</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$2,600,053,305</w:t>
            </w:r>
          </w:p>
        </w:tc>
        <w:tc>
          <w:tcPr>
            <w:tcW w:type="dxa" w:w="1136"/>
          </w:tcPr>
          <w:p>
            <w:pPr>
              <w:spacing w:after="0"/>
              <w:jc w:val="right"/>
            </w:pPr>
            <w:r>
              <w:rPr>
                <w:sz w:val="16"/>
              </w:rPr>
              <w:t>$36,562,801</w:t>
            </w:r>
          </w:p>
        </w:tc>
        <w:tc>
          <w:tcPr>
            <w:tcW w:type="dxa" w:w="1045"/>
          </w:tcPr>
          <w:p>
            <w:pPr>
              <w:spacing w:after="0"/>
              <w:jc w:val="right"/>
            </w:pPr>
            <w:r>
              <w:rPr>
                <w:sz w:val="16"/>
              </w:rPr>
              <w:t>13,837</w:t>
            </w:r>
          </w:p>
        </w:tc>
        <w:tc>
          <w:tcPr>
            <w:tcW w:type="dxa" w:w="1037"/>
          </w:tcPr>
          <w:p>
            <w:pPr>
              <w:spacing w:after="0"/>
              <w:jc w:val="right"/>
            </w:pPr>
            <w:r>
              <w:rPr>
                <w:sz w:val="16"/>
              </w:rPr>
              <w:t>$540,286</w:t>
            </w:r>
          </w:p>
        </w:tc>
        <w:tc>
          <w:tcPr>
            <w:tcW w:type="dxa" w:w="1126"/>
          </w:tcPr>
          <w:p>
            <w:pPr>
              <w:spacing w:after="0"/>
              <w:jc w:val="right"/>
            </w:pPr>
            <w:r>
              <w:rPr>
                <w:sz w:val="16"/>
              </w:rPr>
              <w:t>$101,770</w:t>
            </w:r>
          </w:p>
        </w:tc>
        <w:tc>
          <w:tcPr>
            <w:tcW w:type="dxa" w:w="995"/>
          </w:tcPr>
          <w:p>
            <w:pPr>
              <w:spacing w:after="0"/>
              <w:jc w:val="right"/>
            </w:pPr>
            <w:r>
              <w:rPr>
                <w:sz w:val="16"/>
              </w:rPr>
              <w:t>$15,810</w:t>
            </w:r>
          </w:p>
        </w:tc>
        <w:tc>
          <w:tcPr>
            <w:tcW w:type="dxa" w:w="1305"/>
          </w:tcPr>
          <w:p>
            <w:pPr>
              <w:spacing w:after="0"/>
              <w:jc w:val="right"/>
            </w:pPr>
            <w:r>
              <w:rPr>
                <w:sz w:val="16"/>
              </w:rPr>
              <w:t>0.0208%</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$2,600,053,305</w:t>
            </w:r>
          </w:p>
        </w:tc>
        <w:tc>
          <w:tcPr>
            <w:tcW w:type="dxa" w:w="1136"/>
          </w:tcPr>
          <w:p>
            <w:pPr>
              <w:spacing w:after="0"/>
              <w:jc w:val="right"/>
            </w:pPr>
            <w:r>
              <w:rPr>
                <w:sz w:val="16"/>
              </w:rPr>
              <w:t>n/a</w:t>
            </w:r>
          </w:p>
        </w:tc>
        <w:tc>
          <w:tcPr>
            <w:tcW w:type="dxa" w:w="1045"/>
          </w:tcPr>
          <w:p>
            <w:pPr>
              <w:spacing w:after="0"/>
              <w:jc w:val="right"/>
            </w:pPr>
            <w:r>
              <w:rPr>
                <w:sz w:val="16"/>
              </w:rPr>
              <w:t>13,837</w:t>
            </w:r>
          </w:p>
        </w:tc>
        <w:tc>
          <w:tcPr>
            <w:tcW w:type="dxa" w:w="1037"/>
          </w:tcPr>
          <w:p>
            <w:pPr>
              <w:spacing w:after="0"/>
              <w:jc w:val="right"/>
            </w:pPr>
            <w:r>
              <w:rPr>
                <w:sz w:val="16"/>
              </w:rPr>
              <w:t>$5,303</w:t>
            </w:r>
          </w:p>
        </w:tc>
        <w:tc>
          <w:tcPr>
            <w:tcW w:type="dxa" w:w="1126"/>
          </w:tcPr>
          <w:p>
            <w:pPr>
              <w:spacing w:after="0"/>
              <w:jc w:val="right"/>
            </w:pPr>
            <w:r>
              <w:rPr>
                <w:sz w:val="16"/>
              </w:rPr>
              <w:t>n/a</w:t>
            </w:r>
          </w:p>
        </w:tc>
        <w:tc>
          <w:tcPr>
            <w:tcW w:type="dxa" w:w="995"/>
          </w:tcPr>
          <w:p>
            <w:pPr>
              <w:spacing w:after="0"/>
              <w:jc w:val="right"/>
            </w:pPr>
            <w:r>
              <w:rPr>
                <w:sz w:val="16"/>
              </w:rPr>
              <w:t>$124</w:t>
            </w:r>
          </w:p>
        </w:tc>
        <w:tc>
          <w:tcPr>
            <w:tcW w:type="dxa" w:w="1305"/>
          </w:tcPr>
          <w:p>
            <w:pPr>
              <w:spacing w:after="0"/>
              <w:jc w:val="right"/>
            </w:pPr>
            <w:r>
              <w:rPr>
                <w:sz w:val="16"/>
              </w:rPr>
              <w:t>0.000204%</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$2,596,882,731</w:t>
            </w:r>
          </w:p>
        </w:tc>
        <w:tc>
          <w:tcPr>
            <w:tcW w:type="dxa" w:w="1136"/>
          </w:tcPr>
          <w:p>
            <w:pPr>
              <w:spacing w:after="0"/>
              <w:jc w:val="right"/>
            </w:pPr>
            <w:r>
              <w:rPr>
                <w:sz w:val="16"/>
              </w:rPr>
              <w:t>$4,786,642</w:t>
            </w:r>
          </w:p>
        </w:tc>
        <w:tc>
          <w:tcPr>
            <w:tcW w:type="dxa" w:w="1045"/>
          </w:tcPr>
          <w:p>
            <w:pPr>
              <w:spacing w:after="0"/>
              <w:jc w:val="right"/>
            </w:pPr>
            <w:r>
              <w:rPr>
                <w:sz w:val="16"/>
              </w:rPr>
              <w:t>213</w:t>
            </w:r>
          </w:p>
        </w:tc>
        <w:tc>
          <w:tcPr>
            <w:tcW w:type="dxa" w:w="1037"/>
          </w:tcPr>
          <w:p>
            <w:pPr>
              <w:spacing w:after="0"/>
              <w:jc w:val="right"/>
            </w:pPr>
            <w:r>
              <w:rPr>
                <w:sz w:val="16"/>
              </w:rPr>
              <w:t>$2,210,530</w:t>
            </w:r>
          </w:p>
        </w:tc>
        <w:tc>
          <w:tcPr>
            <w:tcW w:type="dxa" w:w="1126"/>
          </w:tcPr>
          <w:p>
            <w:pPr>
              <w:spacing w:after="0"/>
              <w:jc w:val="right"/>
            </w:pPr>
            <w:r>
              <w:rPr>
                <w:sz w:val="16"/>
              </w:rPr>
              <w:t>$126,535</w:t>
            </w:r>
          </w:p>
        </w:tc>
        <w:tc>
          <w:tcPr>
            <w:tcW w:type="dxa" w:w="995"/>
          </w:tcPr>
          <w:p>
            <w:pPr>
              <w:spacing w:after="0"/>
              <w:jc w:val="right"/>
            </w:pPr>
            <w:r>
              <w:rPr>
                <w:sz w:val="16"/>
              </w:rPr>
              <w:t>$245,935</w:t>
            </w:r>
          </w:p>
        </w:tc>
        <w:tc>
          <w:tcPr>
            <w:tcW w:type="dxa" w:w="1305"/>
          </w:tcPr>
          <w:p>
            <w:pPr>
              <w:spacing w:after="0"/>
              <w:jc w:val="right"/>
            </w:pPr>
            <w:r>
              <w:rPr>
                <w:sz w:val="16"/>
              </w:rPr>
              <w:t>n/a (see note)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$154,867,817</w:t>
            </w:r>
          </w:p>
        </w:tc>
        <w:tc>
          <w:tcPr>
            <w:tcW w:type="dxa" w:w="1136"/>
          </w:tcPr>
          <w:p>
            <w:pPr>
              <w:spacing w:after="0"/>
              <w:jc w:val="right"/>
            </w:pPr>
            <w:r>
              <w:rPr>
                <w:sz w:val="16"/>
              </w:rPr>
              <w:t>n/a</w:t>
            </w:r>
          </w:p>
        </w:tc>
        <w:tc>
          <w:tcPr>
            <w:tcW w:type="dxa" w:w="1045"/>
          </w:tcPr>
          <w:p>
            <w:pPr>
              <w:spacing w:after="0"/>
              <w:jc w:val="right"/>
            </w:pPr>
            <w:r>
              <w:rPr>
                <w:sz w:val="16"/>
              </w:rPr>
              <w:t>871</w:t>
            </w:r>
          </w:p>
        </w:tc>
        <w:tc>
          <w:tcPr>
            <w:tcW w:type="dxa" w:w="1037"/>
          </w:tcPr>
          <w:p>
            <w:pPr>
              <w:spacing w:after="0"/>
              <w:jc w:val="right"/>
            </w:pPr>
            <w:r>
              <w:rPr>
                <w:sz w:val="16"/>
              </w:rPr>
              <w:t>$349</w:t>
            </w:r>
          </w:p>
        </w:tc>
        <w:tc>
          <w:tcPr>
            <w:tcW w:type="dxa" w:w="1126"/>
          </w:tcPr>
          <w:p>
            <w:pPr>
              <w:spacing w:after="0"/>
              <w:jc w:val="right"/>
            </w:pPr>
            <w:r>
              <w:rPr>
                <w:sz w:val="16"/>
              </w:rPr>
              <w:t>n/a</w:t>
            </w:r>
          </w:p>
        </w:tc>
        <w:tc>
          <w:tcPr>
            <w:tcW w:type="dxa" w:w="995"/>
          </w:tcPr>
          <w:p>
            <w:pPr>
              <w:spacing w:after="0"/>
              <w:jc w:val="right"/>
            </w:pPr>
            <w:r>
              <w:rPr>
                <w:sz w:val="16"/>
              </w:rPr>
              <w:t>$1,031</w:t>
            </w:r>
          </w:p>
        </w:tc>
        <w:tc>
          <w:tcPr>
            <w:tcW w:type="dxa" w:w="1305"/>
          </w:tcPr>
          <w:p>
            <w:pPr>
              <w:spacing w:after="0"/>
              <w:jc w:val="right"/>
            </w:pPr>
            <w:r>
              <w:rPr>
                <w:sz w:val="16"/>
              </w:rPr>
              <w:t>0.000225%</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$2,600,053,305</w:t>
            </w:r>
          </w:p>
        </w:tc>
        <w:tc>
          <w:tcPr>
            <w:tcW w:type="dxa" w:w="1136"/>
          </w:tcPr>
          <w:p>
            <w:pPr>
              <w:spacing w:after="0"/>
              <w:jc w:val="right"/>
            </w:pPr>
            <w:r>
              <w:rPr>
                <w:sz w:val="16"/>
              </w:rPr>
              <w:t>n/a</w:t>
            </w:r>
          </w:p>
        </w:tc>
        <w:tc>
          <w:tcPr>
            <w:tcW w:type="dxa" w:w="1045"/>
          </w:tcPr>
          <w:p>
            <w:pPr>
              <w:spacing w:after="0"/>
              <w:jc w:val="right"/>
            </w:pPr>
            <w:r>
              <w:rPr>
                <w:sz w:val="16"/>
              </w:rPr>
              <w:t>13,837</w:t>
            </w:r>
          </w:p>
        </w:tc>
        <w:tc>
          <w:tcPr>
            <w:tcW w:type="dxa" w:w="1037"/>
          </w:tcPr>
          <w:p>
            <w:pPr>
              <w:spacing w:after="0"/>
              <w:jc w:val="right"/>
            </w:pPr>
            <w:r>
              <w:rPr>
                <w:sz w:val="16"/>
              </w:rPr>
              <w:t>$2,420</w:t>
            </w:r>
          </w:p>
        </w:tc>
        <w:tc>
          <w:tcPr>
            <w:tcW w:type="dxa" w:w="1126"/>
          </w:tcPr>
          <w:p>
            <w:pPr>
              <w:spacing w:after="0"/>
              <w:jc w:val="right"/>
            </w:pPr>
            <w:r>
              <w:rPr>
                <w:sz w:val="16"/>
              </w:rPr>
              <w:t>n/a</w:t>
            </w:r>
          </w:p>
        </w:tc>
        <w:tc>
          <w:tcPr>
            <w:tcW w:type="dxa" w:w="995"/>
          </w:tcPr>
          <w:p>
            <w:pPr>
              <w:spacing w:after="0"/>
              <w:jc w:val="right"/>
            </w:pPr>
            <w:r>
              <w:rPr>
                <w:sz w:val="16"/>
              </w:rPr>
              <w:t>$75,475</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$2,600,053,305</w:t>
            </w:r>
          </w:p>
        </w:tc>
        <w:tc>
          <w:tcPr>
            <w:tcW w:type="dxa" w:w="1136"/>
          </w:tcPr>
          <w:p>
            <w:pPr>
              <w:spacing w:after="0"/>
              <w:jc w:val="right"/>
            </w:pPr>
            <w:r>
              <w:rPr>
                <w:sz w:val="16"/>
              </w:rPr>
              <w:t>$36,564,651</w:t>
            </w:r>
          </w:p>
        </w:tc>
        <w:tc>
          <w:tcPr>
            <w:tcW w:type="dxa" w:w="1045"/>
          </w:tcPr>
          <w:p>
            <w:pPr>
              <w:spacing w:after="0"/>
              <w:jc w:val="right"/>
            </w:pPr>
            <w:r>
              <w:rPr>
                <w:sz w:val="16"/>
              </w:rPr>
              <w:t>13,837</w:t>
            </w:r>
          </w:p>
        </w:tc>
        <w:tc>
          <w:tcPr>
            <w:tcW w:type="dxa" w:w="1037"/>
          </w:tcPr>
          <w:p>
            <w:pPr>
              <w:spacing w:after="0"/>
              <w:jc w:val="right"/>
            </w:pPr>
            <w:r>
              <w:rPr>
                <w:sz w:val="16"/>
              </w:rPr>
              <w:t>$60,200</w:t>
            </w:r>
          </w:p>
        </w:tc>
        <w:tc>
          <w:tcPr>
            <w:tcW w:type="dxa" w:w="1126"/>
          </w:tcPr>
          <w:p>
            <w:pPr>
              <w:spacing w:after="0"/>
              <w:jc w:val="right"/>
            </w:pPr>
            <w:r>
              <w:rPr>
                <w:sz w:val="16"/>
              </w:rPr>
              <w:t>$77,590</w:t>
            </w:r>
          </w:p>
        </w:tc>
        <w:tc>
          <w:tcPr>
            <w:tcW w:type="dxa" w:w="995"/>
          </w:tcPr>
          <w:p>
            <w:pPr>
              <w:spacing w:after="0"/>
              <w:jc w:val="right"/>
            </w:pPr>
            <w:r>
              <w:rPr>
                <w:sz w:val="16"/>
              </w:rPr>
              <w:t>$215,495</w:t>
            </w:r>
          </w:p>
        </w:tc>
        <w:tc>
          <w:tcPr>
            <w:tcW w:type="dxa" w:w="1305"/>
          </w:tcPr>
          <w:p>
            <w:pPr>
              <w:spacing w:after="0"/>
              <w:jc w:val="right"/>
            </w:pPr>
            <w:r>
              <w:rPr>
                <w:sz w:val="16"/>
              </w:rPr>
              <w:t>0.00232%</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$2,600,053,305</w:t>
            </w:r>
          </w:p>
        </w:tc>
        <w:tc>
          <w:tcPr>
            <w:tcW w:type="dxa" w:w="1136"/>
          </w:tcPr>
          <w:p>
            <w:pPr>
              <w:spacing w:after="0"/>
              <w:jc w:val="right"/>
            </w:pPr>
            <w:r>
              <w:rPr>
                <w:sz w:val="16"/>
              </w:rPr>
              <w:t>$36,564,651</w:t>
            </w:r>
          </w:p>
        </w:tc>
        <w:tc>
          <w:tcPr>
            <w:tcW w:type="dxa" w:w="1045"/>
          </w:tcPr>
          <w:p>
            <w:pPr>
              <w:spacing w:after="0"/>
              <w:jc w:val="right"/>
            </w:pPr>
            <w:r>
              <w:rPr>
                <w:sz w:val="16"/>
              </w:rPr>
              <w:t>13,837</w:t>
            </w:r>
          </w:p>
        </w:tc>
        <w:tc>
          <w:tcPr>
            <w:tcW w:type="dxa" w:w="1037"/>
          </w:tcPr>
          <w:p>
            <w:pPr>
              <w:spacing w:after="0"/>
              <w:jc w:val="right"/>
            </w:pPr>
            <w:r>
              <w:rPr>
                <w:sz w:val="16"/>
              </w:rPr>
              <w:t>$87,018</w:t>
            </w:r>
          </w:p>
        </w:tc>
        <w:tc>
          <w:tcPr>
            <w:tcW w:type="dxa" w:w="1126"/>
          </w:tcPr>
          <w:p>
            <w:pPr>
              <w:spacing w:after="0"/>
              <w:jc w:val="right"/>
            </w:pPr>
            <w:r>
              <w:rPr>
                <w:sz w:val="16"/>
              </w:rPr>
              <w:t>$758</w:t>
            </w:r>
          </w:p>
        </w:tc>
        <w:tc>
          <w:tcPr>
            <w:tcW w:type="dxa" w:w="995"/>
          </w:tcPr>
          <w:p>
            <w:pPr>
              <w:spacing w:after="0"/>
              <w:jc w:val="right"/>
            </w:pPr>
            <w:r>
              <w:rPr>
                <w:sz w:val="16"/>
              </w:rPr>
              <w:t>$43,175</w:t>
            </w:r>
          </w:p>
        </w:tc>
        <w:tc>
          <w:tcPr>
            <w:tcW w:type="dxa" w:w="1305"/>
          </w:tcPr>
          <w:p>
            <w:pPr>
              <w:spacing w:after="0"/>
              <w:jc w:val="right"/>
            </w:pPr>
            <w:r>
              <w:rPr>
                <w:sz w:val="16"/>
              </w:rPr>
              <w:t>0.00335%</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$247,927,893</w:t>
            </w:r>
          </w:p>
        </w:tc>
        <w:tc>
          <w:tcPr>
            <w:tcW w:type="dxa" w:w="1136"/>
          </w:tcPr>
          <w:p>
            <w:pPr>
              <w:spacing w:after="0"/>
              <w:jc w:val="right"/>
            </w:pPr>
            <w:r>
              <w:rPr>
                <w:sz w:val="16"/>
              </w:rPr>
              <w:t>$11,413,884</w:t>
            </w:r>
          </w:p>
        </w:tc>
        <w:tc>
          <w:tcPr>
            <w:tcW w:type="dxa" w:w="1045"/>
          </w:tcPr>
          <w:p>
            <w:pPr>
              <w:spacing w:after="0"/>
              <w:jc w:val="right"/>
            </w:pPr>
            <w:r>
              <w:rPr>
                <w:sz w:val="16"/>
              </w:rPr>
              <w:t>4,850</w:t>
            </w:r>
          </w:p>
        </w:tc>
        <w:tc>
          <w:tcPr>
            <w:tcW w:type="dxa" w:w="1037"/>
          </w:tcPr>
          <w:p>
            <w:pPr>
              <w:spacing w:after="0"/>
              <w:jc w:val="right"/>
            </w:pPr>
            <w:r>
              <w:rPr>
                <w:sz w:val="16"/>
              </w:rPr>
              <w:t>$21,119</w:t>
            </w:r>
          </w:p>
        </w:tc>
        <w:tc>
          <w:tcPr>
            <w:tcW w:type="dxa" w:w="1126"/>
          </w:tcPr>
          <w:p>
            <w:pPr>
              <w:spacing w:after="0"/>
              <w:jc w:val="right"/>
            </w:pPr>
            <w:r>
              <w:rPr>
                <w:sz w:val="16"/>
              </w:rPr>
              <w:t>$74</w:t>
            </w:r>
          </w:p>
        </w:tc>
        <w:tc>
          <w:tcPr>
            <w:tcW w:type="dxa" w:w="995"/>
          </w:tcPr>
          <w:p>
            <w:pPr>
              <w:spacing w:after="0"/>
              <w:jc w:val="right"/>
            </w:pPr>
            <w:r>
              <w:rPr>
                <w:sz w:val="16"/>
              </w:rPr>
              <w:t>$6,390</w:t>
            </w:r>
          </w:p>
        </w:tc>
        <w:tc>
          <w:tcPr>
            <w:tcW w:type="dxa" w:w="1305"/>
          </w:tcPr>
          <w:p>
            <w:pPr>
              <w:spacing w:after="0"/>
              <w:jc w:val="right"/>
            </w:pPr>
            <w:r>
              <w:rPr>
                <w:sz w:val="16"/>
              </w:rPr>
              <w:t>0.00852%</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$2,600,053,305</w:t>
            </w:r>
          </w:p>
        </w:tc>
        <w:tc>
          <w:tcPr>
            <w:tcW w:type="dxa" w:w="1136"/>
          </w:tcPr>
          <w:p>
            <w:pPr>
              <w:spacing w:after="0"/>
              <w:jc w:val="right"/>
            </w:pPr>
            <w:r>
              <w:rPr>
                <w:sz w:val="16"/>
              </w:rPr>
              <w:t>$36,564,651</w:t>
            </w:r>
          </w:p>
        </w:tc>
        <w:tc>
          <w:tcPr>
            <w:tcW w:type="dxa" w:w="1045"/>
          </w:tcPr>
          <w:p>
            <w:pPr>
              <w:spacing w:after="0"/>
              <w:jc w:val="right"/>
            </w:pPr>
            <w:r>
              <w:rPr>
                <w:sz w:val="16"/>
              </w:rPr>
              <w:t>13,837</w:t>
            </w:r>
          </w:p>
        </w:tc>
        <w:tc>
          <w:tcPr>
            <w:tcW w:type="dxa" w:w="1037"/>
          </w:tcPr>
          <w:p>
            <w:pPr>
              <w:spacing w:after="0"/>
              <w:jc w:val="right"/>
            </w:pPr>
            <w:r>
              <w:rPr>
                <w:sz w:val="16"/>
              </w:rPr>
              <w:t>$5,876</w:t>
            </w:r>
          </w:p>
        </w:tc>
        <w:tc>
          <w:tcPr>
            <w:tcW w:type="dxa" w:w="1126"/>
          </w:tcPr>
          <w:p>
            <w:pPr>
              <w:spacing w:after="0"/>
              <w:jc w:val="right"/>
            </w:pPr>
            <w:r>
              <w:rPr>
                <w:sz w:val="16"/>
              </w:rPr>
              <w:t>$19</w:t>
            </w:r>
          </w:p>
        </w:tc>
        <w:tc>
          <w:tcPr>
            <w:tcW w:type="dxa" w:w="995"/>
          </w:tcPr>
          <w:p>
            <w:pPr>
              <w:spacing w:after="0"/>
              <w:jc w:val="right"/>
            </w:pPr>
            <w:r>
              <w:rPr>
                <w:sz w:val="16"/>
              </w:rPr>
              <w:t>$5,731</w:t>
            </w:r>
          </w:p>
        </w:tc>
        <w:tc>
          <w:tcPr>
            <w:tcW w:type="dxa" w:w="1305"/>
          </w:tcPr>
          <w:p>
            <w:pPr>
              <w:spacing w:after="0"/>
              <w:jc w:val="right"/>
            </w:pPr>
            <w:r>
              <w:rPr>
                <w:sz w:val="16"/>
              </w:rPr>
              <w:t>0.000226%</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2026-06-24 (Storm Events through 2026-06-30): 0 county-coded records, 0 with a damage value recorded (including $0), $0;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13,837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$2,600,053,305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$36,564,651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$3,770,670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$837,155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Madison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Madison County</w:t>
            </w:r>
          </w:p>
        </w:tc>
        <w:tc>
          <w:tcPr>
            <w:tcW w:type="dxa" w:w="1620"/>
          </w:tcPr>
          <w:p>
            <w:pPr>
              <w:spacing w:after="0"/>
              <w:jc w:val="left"/>
            </w:pPr>
            <w:r>
              <w:rPr>
                <w:sz w:val="16"/>
              </w:rPr>
              <w:t>510094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Madison County, VA: risk-assessment baseline packet, release 2026-10 (data as of 2026-09-30; County FIPS 51113). Automated baseline. </w:t>
      </w:r>
      <w:hyperlink r:id="rId15">
        <w:r>
          <w:rPr>
            <w:color w:val="1F4E99"/>
            <w:sz w:val="17"/>
            <w:u w:val="single"/>
          </w:rPr>
          <w:t>https://hazardplain.org/va/51113/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hazard-plain_2026-10_VA_51113.docx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Madison County,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11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Madison County, VA: Risk-assessment baseline packet</dc:title>
  <dc:subject>Hazard Plain release 2026-10, as of 2026-09-30. Automated baseline</dc:subject>
  <dc:creator>Hazard Plain</dc:creator>
  <cp:keywords>Hazard Plain; hazard mitigation; risk assessment; 51113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